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Policy of Sulh (Resolution) in Islam 13 June 2009 - Maulana Wahiduddin Khan</w:t>
      </w:r>
    </w:p>
    <w:p>
      <w:r>
        <w:t>https://www.youtube.com/watch?v=_1M1-7-0TD4</w:t>
      </w:r>
    </w:p>
    <w:p>
      <w:r>
        <w:rPr>
          <w:b/>
        </w:rPr>
        <w:t xml:space="preserve">[00:10] </w:t>
      </w:r>
      <w:r>
        <w:t>bismillah rahman rahim, wa salla Allahu ala al-nabi al-karim. rab ishrah li sadri, wa yassir li amri, wa ahlu al-'uqdatan min lisani yafqahu</w:t>
      </w:r>
    </w:p>
    <w:p>
      <w:pPr>
        <w:jc w:val="right"/>
      </w:pPr>
      <w:r>
        <w:t>بسم اللہ الرحمن الرحیم، وصلی اللہ علی النبی الکریم۔ رب اشرح لی صدری، ویسر لی امری، واحل العقدۃ من لسانی یفقہ</w:t>
      </w:r>
    </w:p>
    <w:p>
      <w:r>
        <w:rPr>
          <w:b/>
        </w:rPr>
        <w:t xml:space="preserve">[00:26] </w:t>
      </w:r>
      <w:r>
        <w:t>qawli. da topic for this evening is</w:t>
      </w:r>
    </w:p>
    <w:p>
      <w:pPr>
        <w:jc w:val="right"/>
      </w:pPr>
      <w:r>
        <w:t>قولی۔ دا ٹاپک فار دس ایوننگ از</w:t>
      </w:r>
    </w:p>
    <w:p>
      <w:r>
        <w:rPr>
          <w:b/>
        </w:rPr>
        <w:t xml:space="preserve">[00:34] </w:t>
      </w:r>
      <w:r>
        <w:t>da policy of sulh in Islam.</w:t>
      </w:r>
    </w:p>
    <w:p>
      <w:pPr>
        <w:jc w:val="right"/>
      </w:pPr>
      <w:r>
        <w:t>دا پالیسی آف صلح ان اسلام۔</w:t>
      </w:r>
    </w:p>
    <w:p>
      <w:r>
        <w:rPr>
          <w:b/>
        </w:rPr>
        <w:t xml:space="preserve">[00:43] </w:t>
      </w:r>
      <w:r>
        <w:t>da policy of sulh in Islam.</w:t>
      </w:r>
    </w:p>
    <w:p>
      <w:pPr>
        <w:jc w:val="right"/>
      </w:pPr>
      <w:r>
        <w:t>دا پالیسی آف صلح ان اسلام۔</w:t>
      </w:r>
    </w:p>
    <w:p>
      <w:r>
        <w:rPr>
          <w:b/>
        </w:rPr>
        <w:t xml:space="preserve">[00:49] </w:t>
      </w:r>
      <w:r>
        <w:t>der ar a number of verses in the Quran that discuss this concept.</w:t>
      </w:r>
    </w:p>
    <w:p>
      <w:pPr>
        <w:jc w:val="right"/>
      </w:pPr>
      <w:r>
        <w:t>دیر آر ا نمبر آف ورسز ان دا قرآن دیٹ ڈسکس دس کانسیپٹ۔</w:t>
      </w:r>
    </w:p>
    <w:p>
      <w:r>
        <w:rPr>
          <w:b/>
        </w:rPr>
        <w:t xml:space="preserve">[01:02] </w:t>
      </w:r>
      <w:r>
        <w:t>here i would like to refer a very specific verse from chapter number four, that is Nisa, and verse number 128.</w:t>
      </w:r>
    </w:p>
    <w:p>
      <w:pPr>
        <w:jc w:val="right"/>
      </w:pPr>
      <w:r>
        <w:t>ہیر آئی وڈ لائک ٹو ریفر ا ویری سپیسیفک ورس فرام چیپٹر نمبر فور، دیٹ از النساء، اینڈ ورس نمبر 128۔</w:t>
      </w:r>
    </w:p>
    <w:p>
      <w:r>
        <w:rPr>
          <w:b/>
        </w:rPr>
        <w:t xml:space="preserve">[01:21] </w:t>
      </w:r>
      <w:r>
        <w:t>it is: "Al-sulhu khayr, sulh is the best, sulh means reconciliation." So according to this verse,</w:t>
      </w:r>
    </w:p>
    <w:p>
      <w:pPr>
        <w:jc w:val="right"/>
      </w:pPr>
      <w:r>
        <w:t>اٹ از: "الصلح خیر، صلح از دا بیسٹ، صلح مینز ریکنسلیشن۔" سو اکارڈنگ ٹو دس ورس،</w:t>
      </w:r>
    </w:p>
    <w:p>
      <w:r>
        <w:rPr>
          <w:b/>
        </w:rPr>
        <w:t xml:space="preserve">[01:40] </w:t>
      </w:r>
      <w:r>
        <w:t>reconciliation is the best, or the policy of reconciliation is the best.</w:t>
      </w:r>
    </w:p>
    <w:p>
      <w:pPr>
        <w:jc w:val="right"/>
      </w:pPr>
      <w:r>
        <w:t>ریکنسلیشن از دا بیسٹ، اور دا پالیسی آف ریکنسلیشن از دا بیسٹ۔</w:t>
      </w:r>
    </w:p>
    <w:p>
      <w:r>
        <w:rPr>
          <w:b/>
        </w:rPr>
        <w:t xml:space="preserve">[01:48] </w:t>
      </w:r>
      <w:r>
        <w:t>reconciliation, you know, means peaceful settlement,</w:t>
      </w:r>
    </w:p>
    <w:p>
      <w:pPr>
        <w:jc w:val="right"/>
      </w:pPr>
      <w:r>
        <w:t>ریکنسلیشن، یو نو، مینز پیس فل سیٹلمنٹ،</w:t>
      </w:r>
    </w:p>
    <w:p>
      <w:r>
        <w:rPr>
          <w:b/>
        </w:rPr>
        <w:t xml:space="preserve">[01:58] </w:t>
      </w:r>
      <w:r>
        <w:t>compromising attitude. now, why</w:t>
      </w:r>
    </w:p>
    <w:p>
      <w:pPr>
        <w:jc w:val="right"/>
      </w:pPr>
      <w:r>
        <w:t>کمپرومائزنگ ایٹیٹیوڈ۔ ناؤ، وائی</w:t>
      </w:r>
    </w:p>
    <w:p>
      <w:r>
        <w:rPr>
          <w:b/>
        </w:rPr>
        <w:t xml:space="preserve">[02:09] </w:t>
      </w:r>
      <w:r>
        <w:t>Quran enjoins us to adopt the policy of sulah, the policy of reconciliation</w:t>
      </w:r>
    </w:p>
    <w:p>
      <w:pPr>
        <w:jc w:val="right"/>
      </w:pPr>
      <w:r>
        <w:t>قرآن انجوائنس اس ٹو اڈاپٹ دی پالیسی آف صلح، دی پالیسی آف ریکنسلیشن</w:t>
      </w:r>
    </w:p>
    <w:p>
      <w:r>
        <w:rPr>
          <w:b/>
        </w:rPr>
        <w:t xml:space="preserve">[02:20] </w:t>
      </w:r>
      <w:r>
        <w:t>? it is not a simple thing.</w:t>
      </w:r>
    </w:p>
    <w:p>
      <w:pPr>
        <w:jc w:val="right"/>
      </w:pPr>
      <w:r>
        <w:t>؟ اٹ از ناٹ ا سمپل تھنگ۔</w:t>
      </w:r>
    </w:p>
    <w:p>
      <w:r>
        <w:rPr>
          <w:b/>
        </w:rPr>
        <w:t xml:space="preserve">[02:27] </w:t>
      </w:r>
      <w:r>
        <w:t>it is derived from the creation plan of God. You know, this world was created by God, and He set the laws of nature.</w:t>
      </w:r>
    </w:p>
    <w:p>
      <w:pPr>
        <w:jc w:val="right"/>
      </w:pPr>
      <w:r>
        <w:t>اٹ از ڈرائیو فرام دی کریشن پلان آف گاڈ۔ یو نو، دس ورلڈ واز کریٹڈ بائی گاڈ، اینڈ ہی سیٹ دا لاز آف نیچر۔</w:t>
      </w:r>
    </w:p>
    <w:p>
      <w:r>
        <w:rPr>
          <w:b/>
        </w:rPr>
        <w:t xml:space="preserve">[02:48] </w:t>
      </w:r>
      <w:r>
        <w:t>so we have to know what is the creation plan of God, what are the laws of nature.</w:t>
      </w:r>
    </w:p>
    <w:p>
      <w:pPr>
        <w:jc w:val="right"/>
      </w:pPr>
      <w:r>
        <w:t>سو وی ہیو ٹو نو واٹ از دا کریشن پلان آف گاڈ، واٹ آر دا لاز آف نیچر۔</w:t>
      </w:r>
    </w:p>
    <w:p>
      <w:r>
        <w:rPr>
          <w:b/>
        </w:rPr>
        <w:t xml:space="preserve">[02:59] </w:t>
      </w:r>
      <w:r>
        <w:t>according to this plan, God has given freedom to every human being, man and woman both.</w:t>
      </w:r>
    </w:p>
    <w:p>
      <w:pPr>
        <w:jc w:val="right"/>
      </w:pPr>
      <w:r>
        <w:t>اکارڈنگ ٹو دس پلان، گاڈ ہیز گیون فریڈم ٹو ایوری ہیومن بینگ، مین اینڈ وومن بوتھ۔</w:t>
      </w:r>
    </w:p>
    <w:p>
      <w:r>
        <w:rPr>
          <w:b/>
        </w:rPr>
        <w:t xml:space="preserve">[03:13] </w:t>
      </w:r>
      <w:r>
        <w:t>and you know, where there is freedom, there is also misuse of freedom.</w:t>
      </w:r>
    </w:p>
    <w:p>
      <w:pPr>
        <w:jc w:val="right"/>
      </w:pPr>
      <w:r>
        <w:t>اینڈ یو نو، ویر دیر از فریڈم، دیر از آلسو مس یوز آف فریڈم۔</w:t>
      </w:r>
    </w:p>
    <w:p>
      <w:r>
        <w:rPr>
          <w:b/>
        </w:rPr>
        <w:t xml:space="preserve">[03:24] </w:t>
      </w:r>
      <w:r>
        <w:t>You cannot abolish this freedom. This freedom is given by God Almighty.</w:t>
      </w:r>
    </w:p>
    <w:p>
      <w:pPr>
        <w:jc w:val="right"/>
      </w:pPr>
      <w:r>
        <w:t>یو کین ناٹ ابالش دس فریڈم۔ دس فریڈم از گیون بائی گاڈ المائٹی۔</w:t>
      </w:r>
    </w:p>
    <w:p>
      <w:r>
        <w:rPr>
          <w:b/>
        </w:rPr>
        <w:t xml:space="preserve">[03:37] </w:t>
      </w:r>
      <w:r>
        <w:t>so no one has the power to abolish it</w:t>
      </w:r>
    </w:p>
    <w:p>
      <w:pPr>
        <w:jc w:val="right"/>
      </w:pPr>
      <w:r>
        <w:t>سو نو ون ہیز ا پاور ٹو ابالش اٹ</w:t>
      </w:r>
    </w:p>
    <w:p>
      <w:r>
        <w:rPr>
          <w:b/>
        </w:rPr>
        <w:t xml:space="preserve">[03:43] </w:t>
      </w:r>
      <w:r>
        <w:t>. so we have to adjust with this freedom. and it is this freedom, or misuse of freedom, that creates problem.</w:t>
      </w:r>
    </w:p>
    <w:p>
      <w:pPr>
        <w:jc w:val="right"/>
      </w:pPr>
      <w:r>
        <w:t>۔ سو وی ہیو ٹو ایڈجسٹ ود دس فریڈم۔ اینڈ اٹ از دس فریڈم، اور مس یوز آف فریڈم، دیٹ کریٹس پرابلم۔</w:t>
      </w:r>
    </w:p>
    <w:p>
      <w:r>
        <w:rPr>
          <w:b/>
        </w:rPr>
        <w:t xml:space="preserve">[03:56] </w:t>
      </w:r>
      <w:r>
        <w:t>all kind of hate, intolerance, and violence, are a direct result of dis freedom.</w:t>
      </w:r>
    </w:p>
    <w:p>
      <w:pPr>
        <w:jc w:val="right"/>
      </w:pPr>
      <w:r>
        <w:t>آل کائنڈ آف ہیٹ، انٹولرنس، اینڈ وائلنس، آر ا ڈائریکٹ رزلٹ آف دس فریڈم۔</w:t>
      </w:r>
    </w:p>
    <w:p>
      <w:r>
        <w:rPr>
          <w:b/>
        </w:rPr>
        <w:t xml:space="preserve">[04:09] </w:t>
      </w:r>
      <w:r>
        <w:t>so there is a question: every believer is a man of mission</w:t>
      </w:r>
    </w:p>
    <w:p>
      <w:pPr>
        <w:jc w:val="right"/>
      </w:pPr>
      <w:r>
        <w:t>سو دیر از ا کوئسچن: ایوری بیلیور از ا مین آف مشن</w:t>
      </w:r>
    </w:p>
    <w:p>
      <w:r>
        <w:rPr>
          <w:b/>
        </w:rPr>
        <w:t xml:space="preserve">[04:18] </w:t>
      </w:r>
      <w:r>
        <w:t>. every believer has a mission, that is da'wah. da'wah is the mission of every believer.</w:t>
      </w:r>
    </w:p>
    <w:p>
      <w:pPr>
        <w:jc w:val="right"/>
      </w:pPr>
      <w:r>
        <w:t>۔ ایوری بیلیور ہیز ا مشن، دیٹ از دعویٰ۔ دعویٰ از دا مشن آف ایوری بیلیور۔</w:t>
      </w:r>
    </w:p>
    <w:p>
      <w:r>
        <w:rPr>
          <w:b/>
        </w:rPr>
        <w:t xml:space="preserve">[04:28] </w:t>
      </w:r>
      <w:r>
        <w:t>and da'wah requires peaceful atmosphere. without peace, there is no da'wah work. so how to do da'wah in such situation</w:t>
      </w:r>
    </w:p>
    <w:p>
      <w:pPr>
        <w:jc w:val="right"/>
      </w:pPr>
      <w:r>
        <w:t>اینڈ دعویٰ ریکوائر پیس فل اٹماسفیئر۔ وداؤٹ پیس، دیر از نو دعویٰ ورک۔ سو ہاؤ ٹو ڈو دعویٰ ان سچ سچویشن</w:t>
      </w:r>
    </w:p>
    <w:p>
      <w:r>
        <w:rPr>
          <w:b/>
        </w:rPr>
        <w:t xml:space="preserve">[04:45] </w:t>
      </w:r>
      <w:r>
        <w:t>? it means that in every society, in every situation, it is but natural that there are unwanted situation,</w:t>
      </w:r>
    </w:p>
    <w:p>
      <w:pPr>
        <w:jc w:val="right"/>
      </w:pPr>
      <w:r>
        <w:t>؟ اٹ مینز دیٹ ان ایوری سوسائٹی، ان ایوری سچویشن، اٹ از بٹ نیچرل دیٹ دیر آر ان وانٹڈ سچویشن،</w:t>
      </w:r>
    </w:p>
    <w:p>
      <w:r>
        <w:rPr>
          <w:b/>
        </w:rPr>
        <w:t xml:space="preserve">[05:03] </w:t>
      </w:r>
      <w:r>
        <w:t>there are abnormal situation, there are violence, there are reasons to go to conflict.</w:t>
      </w:r>
    </w:p>
    <w:p>
      <w:pPr>
        <w:jc w:val="right"/>
      </w:pPr>
      <w:r>
        <w:t>دیر آر ابنارمل سچویشن، دیر آر وائلنس، دیر آر ریزنز ٹو گو ٹو کانفلکٹ۔</w:t>
      </w:r>
    </w:p>
    <w:p>
      <w:r>
        <w:rPr>
          <w:b/>
        </w:rPr>
        <w:t xml:space="preserve">[05:14] </w:t>
      </w:r>
      <w:r>
        <w:t>so what to do?</w:t>
      </w:r>
    </w:p>
    <w:p>
      <w:pPr>
        <w:jc w:val="right"/>
      </w:pPr>
      <w:r>
        <w:t>سو واٹ ٹو ڈو؟</w:t>
      </w:r>
    </w:p>
    <w:p>
      <w:r>
        <w:rPr>
          <w:b/>
        </w:rPr>
        <w:t xml:space="preserve">[05:18] </w:t>
      </w:r>
      <w:r>
        <w:t>according to the quranic injunction, da'i must adopt the policy of mutual adjustment, mutual reconciliation.</w:t>
      </w:r>
    </w:p>
    <w:p>
      <w:pPr>
        <w:jc w:val="right"/>
      </w:pPr>
      <w:r>
        <w:t>اکارڈنگ ٹو دا قرآنک انجنکشن، داعی مسٹ اڈاپٹ دا پالیسی آف انریٹرل ایڈجسٹمنٹ، انریٹرل ریکنسلیشن۔</w:t>
      </w:r>
    </w:p>
    <w:p>
      <w:r>
        <w:rPr>
          <w:b/>
        </w:rPr>
        <w:t xml:space="preserve">[05:32] </w:t>
      </w:r>
      <w:r>
        <w:t>otherwise, he can not do the work.</w:t>
      </w:r>
    </w:p>
    <w:p>
      <w:pPr>
        <w:jc w:val="right"/>
      </w:pPr>
      <w:r>
        <w:t>ادروائز، ہی کین ناٹ ڈو دا ورک۔</w:t>
      </w:r>
    </w:p>
    <w:p>
      <w:r>
        <w:rPr>
          <w:b/>
        </w:rPr>
        <w:t xml:space="preserve">[05:36] </w:t>
      </w:r>
      <w:r>
        <w:t>you know, when the prophet of islam was appointed a prophet in 610 ad, so at the time chapter, chapter al-muddathir was revealed.</w:t>
      </w:r>
    </w:p>
    <w:p>
      <w:pPr>
        <w:jc w:val="right"/>
      </w:pPr>
      <w:r>
        <w:t>یو نو، وین دا پرافٹ آف اسلام واز اپوائنٹڈ ا پرافٹ ان 610 ایڈی، سو ایٹ دا ٹائم چیپٹر، چیپٹر المدثر واز ریویلڈ۔</w:t>
      </w:r>
    </w:p>
    <w:p>
      <w:r>
        <w:rPr>
          <w:b/>
        </w:rPr>
        <w:t xml:space="preserve">[05:55] </w:t>
      </w:r>
      <w:r>
        <w:t>in das chapter,</w:t>
      </w:r>
    </w:p>
    <w:p>
      <w:pPr>
        <w:jc w:val="right"/>
      </w:pPr>
      <w:r>
        <w:t>ان دس چیپٹر،</w:t>
      </w:r>
    </w:p>
    <w:p>
      <w:r>
        <w:rPr>
          <w:b/>
        </w:rPr>
        <w:t xml:space="preserve">[05:58] </w:t>
      </w:r>
      <w:r>
        <w:t>god said: "ya ayyuhal muddathir,</w:t>
      </w:r>
    </w:p>
    <w:p>
      <w:pPr>
        <w:jc w:val="right"/>
      </w:pPr>
      <w:r>
        <w:t>گاڈ سیڈ: "یا ایہا المدثر،</w:t>
      </w:r>
    </w:p>
    <w:p>
      <w:r>
        <w:rPr>
          <w:b/>
        </w:rPr>
        <w:t xml:space="preserve">[06:03] </w:t>
      </w:r>
      <w:r>
        <w:t>deen deir is verse:</w:t>
      </w:r>
    </w:p>
    <w:p>
      <w:pPr>
        <w:jc w:val="right"/>
      </w:pPr>
      <w:r>
        <w:t>دین دیر از ورس:</w:t>
      </w:r>
    </w:p>
    <w:p>
      <w:r>
        <w:rPr>
          <w:b/>
        </w:rPr>
        <w:t xml:space="preserve">[06:08] </w:t>
      </w:r>
      <w:r>
        <w:t>it means that o</w:t>
      </w:r>
    </w:p>
    <w:p>
      <w:pPr>
        <w:jc w:val="right"/>
      </w:pPr>
      <w:r>
        <w:t>اٹ مینز دیٹ او</w:t>
      </w:r>
    </w:p>
    <w:p>
      <w:r>
        <w:rPr>
          <w:b/>
        </w:rPr>
        <w:t xml:space="preserve">[06:15] </w:t>
      </w:r>
      <w:r>
        <w:t>prophet, do the work and</w:t>
      </w:r>
    </w:p>
    <w:p>
      <w:pPr>
        <w:jc w:val="right"/>
      </w:pPr>
      <w:r>
        <w:t>پرافٹ، ڈو دا ورک اینڈ</w:t>
      </w:r>
    </w:p>
    <w:p>
      <w:r>
        <w:rPr>
          <w:b/>
        </w:rPr>
        <w:t xml:space="preserve">[06:20] </w:t>
      </w:r>
      <w:r>
        <w:t>keep patience for the sake of god."</w:t>
      </w:r>
    </w:p>
    <w:p>
      <w:pPr>
        <w:jc w:val="right"/>
      </w:pPr>
      <w:r>
        <w:t>کیپ پیشنس فار دی سیک آف گاڈ۔"</w:t>
      </w:r>
    </w:p>
    <w:p>
      <w:r>
        <w:rPr>
          <w:b/>
        </w:rPr>
        <w:t xml:space="preserve">[06:26] </w:t>
      </w:r>
      <w:r>
        <w:t>it means that patience is an integral part of the work.</w:t>
      </w:r>
    </w:p>
    <w:p>
      <w:pPr>
        <w:jc w:val="right"/>
      </w:pPr>
      <w:r>
        <w:t>اٹ مینز دیٹ پیشنس از این انٹیگرل پارٹ آف دا ورک۔</w:t>
      </w:r>
    </w:p>
    <w:p>
      <w:r>
        <w:rPr>
          <w:b/>
        </w:rPr>
        <w:t xml:space="preserve">[06:34] </w:t>
      </w:r>
      <w:r>
        <w:t>why? because you, because the work needs</w:t>
      </w:r>
    </w:p>
    <w:p>
      <w:pPr>
        <w:jc w:val="right"/>
      </w:pPr>
      <w:r>
        <w:t>وائی؟ بیکاز یو، بیکاز دا ورک نیڈز</w:t>
      </w:r>
    </w:p>
    <w:p>
      <w:r>
        <w:rPr>
          <w:b/>
        </w:rPr>
        <w:t xml:space="preserve">[06:44] </w:t>
      </w:r>
      <w:r>
        <w:t>peace. normal situation. so to normalize the situation, it requires</w:t>
      </w:r>
    </w:p>
    <w:p>
      <w:pPr>
        <w:jc w:val="right"/>
      </w:pPr>
      <w:r>
        <w:t>پیس۔ نارمل سچویشن۔ سو ٹو نارملائز دا سچویشن، اٹ ریکوائر</w:t>
      </w:r>
    </w:p>
    <w:p>
      <w:r>
        <w:rPr>
          <w:b/>
        </w:rPr>
        <w:t xml:space="preserve">[06:57] </w:t>
      </w:r>
      <w:r>
        <w:t>patience. you know, there are two parties: da'i and mad'u. peace is not the concern of mad'u, it is concern of da'i.</w:t>
      </w:r>
    </w:p>
    <w:p>
      <w:pPr>
        <w:jc w:val="right"/>
      </w:pPr>
      <w:r>
        <w:t>پیشنس۔ یو نو، دیر آر ٹو پارٹیز: داعی اینڈ مدعو۔ پیس از ناٹ دا کنسرن آف مدعو، اٹ از کنسرن آف داعی۔</w:t>
      </w:r>
    </w:p>
    <w:p>
      <w:r>
        <w:rPr>
          <w:b/>
        </w:rPr>
        <w:t xml:space="preserve">[07:13] </w:t>
      </w:r>
      <w:r>
        <w:t>so this, this,</w:t>
      </w:r>
    </w:p>
    <w:p>
      <w:pPr>
        <w:jc w:val="right"/>
      </w:pPr>
      <w:r>
        <w:t>سو دس، دس،</w:t>
      </w:r>
    </w:p>
    <w:p>
      <w:r>
        <w:rPr>
          <w:b/>
        </w:rPr>
        <w:t xml:space="preserve">[07:20] </w:t>
      </w:r>
      <w:r>
        <w:t>das situation that is the creation plan of god means in our society, there is a contradiction</w:t>
      </w:r>
    </w:p>
    <w:p>
      <w:pPr>
        <w:jc w:val="right"/>
      </w:pPr>
      <w:r>
        <w:t>دس سچویشن دیٹ از دی کریشن پلان آف گاڈ مینز ان اور سوسائٹی، دیر از ا کنٹراڈکشن</w:t>
      </w:r>
    </w:p>
    <w:p>
      <w:r>
        <w:rPr>
          <w:b/>
        </w:rPr>
        <w:t xml:space="preserve">[07:32] </w:t>
      </w:r>
      <w:r>
        <w:t>contradiction means</w:t>
      </w:r>
    </w:p>
    <w:p>
      <w:pPr>
        <w:jc w:val="right"/>
      </w:pPr>
      <w:r>
        <w:t>۔ کنٹراڈکشن مینز</w:t>
      </w:r>
    </w:p>
    <w:p>
      <w:r>
        <w:rPr>
          <w:b/>
        </w:rPr>
        <w:t xml:space="preserve">[07:37] </w:t>
      </w:r>
      <w:r>
        <w:t>missionary ethics and freedom ethics.</w:t>
      </w:r>
    </w:p>
    <w:p>
      <w:pPr>
        <w:jc w:val="right"/>
      </w:pPr>
      <w:r>
        <w:t>مشنری ایتھکس اینڈ فریڈم ایتھکس۔</w:t>
      </w:r>
    </w:p>
    <w:p>
      <w:r>
        <w:rPr>
          <w:b/>
        </w:rPr>
        <w:t xml:space="preserve">[07:46] </w:t>
      </w:r>
      <w:r>
        <w:t>daai must adopt missionary ethics, and the ethics of mad'u is freedom ethics.</w:t>
      </w:r>
    </w:p>
    <w:p>
      <w:pPr>
        <w:jc w:val="right"/>
      </w:pPr>
      <w:r>
        <w:t>داعی مسٹ اڈاپٹ مشنری ایتھکس، اینڈ دا ایتھکس آف مدعو از فریڈم ایتھکس۔</w:t>
      </w:r>
    </w:p>
    <w:p>
      <w:r>
        <w:rPr>
          <w:b/>
        </w:rPr>
        <w:t xml:space="preserve">[07:57] </w:t>
      </w:r>
      <w:r>
        <w:t>so there is a contradiction between missionary ethics and mad'u ethics.</w:t>
      </w:r>
    </w:p>
    <w:p>
      <w:pPr>
        <w:jc w:val="right"/>
      </w:pPr>
      <w:r>
        <w:t>سو دیر از ا کنٹراڈکشن بٹوین مشنری ایتھکس اینڈ مدعو ایتھکس۔</w:t>
      </w:r>
    </w:p>
    <w:p>
      <w:r>
        <w:rPr>
          <w:b/>
        </w:rPr>
        <w:t xml:space="preserve">[08:04] </w:t>
      </w:r>
      <w:r>
        <w:t>daai need peace, normalcy, but it is not a concern of mad'u.</w:t>
      </w:r>
    </w:p>
    <w:p>
      <w:pPr>
        <w:jc w:val="right"/>
      </w:pPr>
      <w:r>
        <w:t>داعی نیڈ پیس، نارمل سی، بٹ اٹ از ناٹ ا کنسرن آف مدعو۔</w:t>
      </w:r>
    </w:p>
    <w:p>
      <w:r>
        <w:rPr>
          <w:b/>
        </w:rPr>
        <w:t xml:space="preserve">[08:14] </w:t>
      </w:r>
      <w:r>
        <w:t>mad'u may create nuisance,</w:t>
      </w:r>
    </w:p>
    <w:p>
      <w:pPr>
        <w:jc w:val="right"/>
      </w:pPr>
      <w:r>
        <w:t>مدعو می کریٹ نوئسنس،</w:t>
      </w:r>
    </w:p>
    <w:p>
      <w:r>
        <w:rPr>
          <w:b/>
        </w:rPr>
        <w:t xml:space="preserve">[08:17] </w:t>
      </w:r>
      <w:r>
        <w:t>mad'u may create hate, mad'u may create violence. because da'wah is not concern of mad'u.</w:t>
      </w:r>
    </w:p>
    <w:p>
      <w:pPr>
        <w:jc w:val="right"/>
      </w:pPr>
      <w:r>
        <w:t>مدعو می کریٹ ہیٹ، مدعو می کریٹ وائلنس۔ بیکاز دعویٰ از ناٹ کنسرن آف مدعو۔</w:t>
      </w:r>
    </w:p>
    <w:p>
      <w:r>
        <w:rPr>
          <w:b/>
        </w:rPr>
        <w:t xml:space="preserve">[08:29] </w:t>
      </w:r>
      <w:r>
        <w:t>da'wah is mad'u, da'wah is the concern of daai. so it is upon daai to keep patience, to adopt the policy of sulah.</w:t>
      </w:r>
    </w:p>
    <w:p>
      <w:pPr>
        <w:jc w:val="right"/>
      </w:pPr>
      <w:r>
        <w:t>دعویٰ از مدعو، دعویٰ از دی کنسرن آف داعی۔ سو اٹ از اپان داعی ٹو کیپ پیشنس، ٹو اڈاپٹ دا پالیسی آف صلح۔</w:t>
      </w:r>
    </w:p>
    <w:p>
      <w:r>
        <w:rPr>
          <w:b/>
        </w:rPr>
        <w:t xml:space="preserve">[08:49] </w:t>
      </w:r>
      <w:r>
        <w:t>this, you can find adjustment between missionary ethics and freedom ethics.</w:t>
      </w:r>
    </w:p>
    <w:p>
      <w:pPr>
        <w:jc w:val="right"/>
      </w:pPr>
      <w:r>
        <w:t>دس، یو کین فائنڈ ایڈجسٹمنٹ بٹوین مشنری ایتھکس اینڈ فریڈم ایتھکس۔</w:t>
      </w:r>
    </w:p>
    <w:p>
      <w:r>
        <w:rPr>
          <w:b/>
        </w:rPr>
        <w:t xml:space="preserve">[08:59] </w:t>
      </w:r>
      <w:r>
        <w:t>so it is very important to know that if we want to do the work, if we want to discharge our responsibility towards da'wah,</w:t>
      </w:r>
    </w:p>
    <w:p>
      <w:pPr>
        <w:jc w:val="right"/>
      </w:pPr>
      <w:r>
        <w:t>سو اٹ از ویری امپورٹنٹ ٹو نو دیٹ اف وی وانٹ ٹو ڈو دا ورک، اف وی وانٹ ٹو ڈسچارج اور ریسپانسبیلٹی ٹورڈز دعویٰ،</w:t>
      </w:r>
    </w:p>
    <w:p>
      <w:r>
        <w:rPr>
          <w:b/>
        </w:rPr>
        <w:t xml:space="preserve">[09:14] </w:t>
      </w:r>
      <w:r>
        <w:t>then we have to keep patience. there is no option. you can't, can't complain.</w:t>
      </w:r>
    </w:p>
    <w:p>
      <w:pPr>
        <w:jc w:val="right"/>
      </w:pPr>
      <w:r>
        <w:t>دین وی ہیو ٹو کیپ پیشنس۔ دیر از نو اپشن۔ یو کینٹ، کینٹ کمپلین۔</w:t>
      </w:r>
    </w:p>
    <w:p>
      <w:r>
        <w:rPr>
          <w:b/>
        </w:rPr>
        <w:t xml:space="preserve">[09:24] </w:t>
      </w:r>
      <w:r>
        <w:t>you can't complain, you can't register protest, you can't demand.</w:t>
      </w:r>
    </w:p>
    <w:p>
      <w:pPr>
        <w:jc w:val="right"/>
      </w:pPr>
      <w:r>
        <w:t>یو کینٹ کمپلین، یو کینٹ رجسٹر پروٹیسٹ، یو کینٹ ڈیمانڈ۔</w:t>
      </w:r>
    </w:p>
    <w:p>
      <w:r>
        <w:rPr>
          <w:b/>
        </w:rPr>
        <w:t xml:space="preserve">[09:34] </w:t>
      </w:r>
      <w:r>
        <w:t>no, not at all.</w:t>
      </w:r>
    </w:p>
    <w:p>
      <w:pPr>
        <w:jc w:val="right"/>
      </w:pPr>
      <w:r>
        <w:t>نو، ناٹ ایٹ آل۔</w:t>
      </w:r>
    </w:p>
    <w:p>
      <w:r>
        <w:rPr>
          <w:b/>
        </w:rPr>
        <w:t xml:space="preserve">[09:39] </w:t>
      </w:r>
      <w:r>
        <w:t>i will give the example of the prophet of Islam. prophet of Islam adopted in his life two kind of policy: declared sulah and undeclared sulah.</w:t>
      </w:r>
    </w:p>
    <w:p>
      <w:pPr>
        <w:jc w:val="right"/>
      </w:pPr>
      <w:r>
        <w:t>آئی ویل گیو دا ایگزیمپل آف دا پرافٹ آف اسلام۔ پرافٹ آف اسلام اڈاپٹڈ ان ہز لائف ٹو کائنڈ آف پالیسی: ڈیکلیئرڈ صلح اینڈ ان ڈیکلیئرڈ صلح۔</w:t>
      </w:r>
    </w:p>
    <w:p>
      <w:r>
        <w:rPr>
          <w:b/>
        </w:rPr>
        <w:t xml:space="preserve">[09:58] </w:t>
      </w:r>
      <w:r>
        <w:t>undeclared sulah and declared sulah.</w:t>
      </w:r>
    </w:p>
    <w:p>
      <w:pPr>
        <w:jc w:val="right"/>
      </w:pPr>
      <w:r>
        <w:t>ان ڈیکلیئرڈ صلح اینڈ ڈیکلیئرڈ صلح۔</w:t>
      </w:r>
    </w:p>
    <w:p>
      <w:r>
        <w:rPr>
          <w:b/>
        </w:rPr>
        <w:t xml:space="preserve">[10:03] </w:t>
      </w:r>
      <w:r>
        <w:t>when he was in Mecca, up to thirteen years, there were some problems. for example, in Mecca there was Kaaba.</w:t>
      </w:r>
    </w:p>
    <w:p>
      <w:pPr>
        <w:jc w:val="right"/>
      </w:pPr>
      <w:r>
        <w:t>وین ہی واز ان مکہ، اپ ٹو تھرٹین ایئرز، دیر وار سم پرابلمز۔ فار ایگزیمپل، ان مکہ دیر واز کعبہ۔</w:t>
      </w:r>
    </w:p>
    <w:p>
      <w:r>
        <w:rPr>
          <w:b/>
        </w:rPr>
        <w:t xml:space="preserve">[10:15] </w:t>
      </w:r>
      <w:r>
        <w:t>Kaaba was built by prophet Ibrahim as Baitullah.</w:t>
      </w:r>
    </w:p>
    <w:p>
      <w:pPr>
        <w:jc w:val="right"/>
      </w:pPr>
      <w:r>
        <w:t>کعبہ واز بلٹ بائی پرافٹ ابراہیم ایز بیت اللہ۔</w:t>
      </w:r>
    </w:p>
    <w:p>
      <w:r>
        <w:rPr>
          <w:b/>
        </w:rPr>
        <w:t xml:space="preserve">[10:25] </w:t>
      </w:r>
      <w:r>
        <w:t>Baitullah means house of god. so Kaaba was built as Baitullah</w:t>
      </w:r>
    </w:p>
    <w:p>
      <w:pPr>
        <w:jc w:val="right"/>
      </w:pPr>
      <w:r>
        <w:t>بیت اللہ مینز ہاؤس آف گاڈ۔ سو کعبہ واز بلٹ ایز بیت اللہ</w:t>
      </w:r>
    </w:p>
    <w:p>
      <w:r>
        <w:rPr>
          <w:b/>
        </w:rPr>
        <w:t xml:space="preserve">[10:32] </w:t>
      </w:r>
      <w:r>
        <w:t>, but mushrikeen in the later period of history</w:t>
      </w:r>
    </w:p>
    <w:p>
      <w:pPr>
        <w:jc w:val="right"/>
      </w:pPr>
      <w:r>
        <w:t>، بٹ مشرکین ان دا لیٹر پیریڈ آف ہسٹری</w:t>
      </w:r>
    </w:p>
    <w:p>
      <w:r>
        <w:rPr>
          <w:b/>
        </w:rPr>
        <w:t xml:space="preserve">[10:40] </w:t>
      </w:r>
      <w:r>
        <w:t>became dominant in Mecca. so they placed three sixty idols in Kaaba. so what to do?</w:t>
      </w:r>
    </w:p>
    <w:p>
      <w:pPr>
        <w:jc w:val="right"/>
      </w:pPr>
      <w:r>
        <w:t>بیکم ڈومیننٹ ان مکہ۔ سو دے پلیسڈ تھری سکسٹی ائڈلز ان کعبہ۔ سو واٹ ٹو ڈو؟</w:t>
      </w:r>
    </w:p>
    <w:p>
      <w:r>
        <w:rPr>
          <w:b/>
        </w:rPr>
        <w:t xml:space="preserve">[10:52] </w:t>
      </w:r>
      <w:r>
        <w:t>prophet of Islam was prophet of tauheed, and in Mecca the house of god was full of three sixty idols.</w:t>
      </w:r>
    </w:p>
    <w:p>
      <w:pPr>
        <w:jc w:val="right"/>
      </w:pPr>
      <w:r>
        <w:t>پرافٹ آف اسلام واز پرافٹ آف توحید، اینڈ ان مکہ دا ہاؤس آف گاڈ واز فل آف تھری سکسٹی ائڈلز۔</w:t>
      </w:r>
    </w:p>
    <w:p>
      <w:r>
        <w:rPr>
          <w:b/>
        </w:rPr>
        <w:t xml:space="preserve">[11:07] </w:t>
      </w:r>
      <w:r>
        <w:t>so prophet never complained, never demanded. he never tried to destroy those idols.</w:t>
      </w:r>
    </w:p>
    <w:p>
      <w:pPr>
        <w:jc w:val="right"/>
      </w:pPr>
      <w:r>
        <w:t>سو پرافٹ نیور کمپلینڈ، نیور ڈیمانڈڈ۔ ہی نیور ٹرائی ٹو ڈسٹروئے دو ائڈلز۔</w:t>
      </w:r>
    </w:p>
    <w:p>
      <w:r>
        <w:rPr>
          <w:b/>
        </w:rPr>
        <w:t xml:space="preserve">[11:17] </w:t>
      </w:r>
      <w:r>
        <w:t>he simply adopted what i can say: an undeclared sulah.</w:t>
      </w:r>
    </w:p>
    <w:p>
      <w:pPr>
        <w:jc w:val="right"/>
      </w:pPr>
      <w:r>
        <w:t>ہی سمپلی اڈاپٹڈ واٹ آئی کین سی: این ان ڈیکلیئرڈ صلح۔</w:t>
      </w:r>
    </w:p>
    <w:p>
      <w:r>
        <w:rPr>
          <w:b/>
        </w:rPr>
        <w:t xml:space="preserve">[11:32] </w:t>
      </w:r>
      <w:r>
        <w:t>there was no agreement, peace agreement, or any kind of agreement between prophet and the mushrik people. there was no agreement in writing.</w:t>
      </w:r>
    </w:p>
    <w:p>
      <w:pPr>
        <w:jc w:val="right"/>
      </w:pPr>
      <w:r>
        <w:t>دیر واز نو ایگریمنٹ، پیس ایگریمنٹ، اور اینی کائنڈ آف ایگریمنٹ بٹوین پرافٹ اینڈ دی مشرک پیپلز۔ دیر واز نو ایگریمنٹ ان رائٹنگ۔</w:t>
      </w:r>
    </w:p>
    <w:p>
      <w:r>
        <w:rPr>
          <w:b/>
        </w:rPr>
        <w:t xml:space="preserve">[11:46] </w:t>
      </w:r>
      <w:r>
        <w:t>The Prophet adopted a policy of undeclared sulah.</w:t>
      </w:r>
    </w:p>
    <w:p>
      <w:pPr>
        <w:jc w:val="right"/>
      </w:pPr>
      <w:r>
        <w:t>بٹ پرافٹ اڈاپٹڈ یونلی این ان ڈیکلیئرڈ صلح</w:t>
      </w:r>
    </w:p>
    <w:p>
      <w:r>
        <w:rPr>
          <w:b/>
        </w:rPr>
        <w:t xml:space="preserve">[11:56] </w:t>
      </w:r>
      <w:r>
        <w:t>sulah means he keep patience. he never try to destroy the idols.</w:t>
      </w:r>
    </w:p>
    <w:p>
      <w:pPr>
        <w:jc w:val="right"/>
      </w:pPr>
      <w:r>
        <w:t>۔ صلح مینز ہی کیپ پیشنس۔ ہی نیور ٹرائی ٹو ڈسٹروئے دو ائڈلز۔</w:t>
      </w:r>
    </w:p>
    <w:p>
      <w:r>
        <w:rPr>
          <w:b/>
        </w:rPr>
        <w:t xml:space="preserve">[12:07] </w:t>
      </w:r>
      <w:r>
        <w:t>he never try to register his protest. no, he simply</w:t>
      </w:r>
    </w:p>
    <w:p>
      <w:pPr>
        <w:jc w:val="right"/>
      </w:pPr>
      <w:r>
        <w:t>ہی نیور ٹرائی ٹو رجسٹر ہز پروٹیسٹ۔ نو، ہی سمپلی</w:t>
      </w:r>
    </w:p>
    <w:p>
      <w:r>
        <w:rPr>
          <w:b/>
        </w:rPr>
        <w:t xml:space="preserve">[12:18] </w:t>
      </w:r>
      <w:r>
        <w:t>accepted that status quo. the status quo that was prevalent in kaaba.</w:t>
      </w:r>
    </w:p>
    <w:p>
      <w:pPr>
        <w:jc w:val="right"/>
      </w:pPr>
      <w:r>
        <w:t>ایکسیپٹڈ دیٹ سٹیٹس کو۔ دی سٹیٹس کو دیٹ واز پریولنٹ ان کعبہ۔</w:t>
      </w:r>
    </w:p>
    <w:p>
      <w:r>
        <w:rPr>
          <w:b/>
        </w:rPr>
        <w:t xml:space="preserve">[12:28] </w:t>
      </w:r>
      <w:r>
        <w:t>he simply accepted it.</w:t>
      </w:r>
    </w:p>
    <w:p>
      <w:pPr>
        <w:jc w:val="right"/>
      </w:pPr>
      <w:r>
        <w:t>ہی سمپلی ایکسیپٹڈ اٹ۔</w:t>
      </w:r>
    </w:p>
    <w:p>
      <w:r>
        <w:rPr>
          <w:b/>
        </w:rPr>
        <w:t xml:space="preserve">[12:30] </w:t>
      </w:r>
      <w:r>
        <w:t>so it was an undeclared sulah, undeclared reconciliation, undeclared peace.</w:t>
      </w:r>
    </w:p>
    <w:p>
      <w:pPr>
        <w:jc w:val="right"/>
      </w:pPr>
      <w:r>
        <w:t>سو اٹ واز این ان ڈیکلیئرڈ صلح، ان ڈیکلیئرڈ ریکنسلیشن، ان ڈیکلیئرڈ پیس۔</w:t>
      </w:r>
    </w:p>
    <w:p>
      <w:r>
        <w:rPr>
          <w:b/>
        </w:rPr>
        <w:t xml:space="preserve">[12:41] </w:t>
      </w:r>
      <w:r>
        <w:t>this was very, very fruitful for the work. this policy, due to this policy, profit was able to normalize the situation in mecca.</w:t>
      </w:r>
    </w:p>
    <w:p>
      <w:pPr>
        <w:jc w:val="right"/>
      </w:pPr>
      <w:r>
        <w:t>دس واز ویری، ویری فروٹ فل فار دا ورک۔ دس پالیسی، ڈیو ٹو دس پالیسی، پرافٹ واز ایبل ٹو نارملائز دا سچویشن ان مکہ۔</w:t>
      </w:r>
    </w:p>
    <w:p>
      <w:r>
        <w:rPr>
          <w:b/>
        </w:rPr>
        <w:t xml:space="preserve">[12:58] </w:t>
      </w:r>
      <w:r>
        <w:t>use to go to kaaba every day, because kaaba at the time was a gathering place,</w:t>
      </w:r>
    </w:p>
    <w:p>
      <w:pPr>
        <w:jc w:val="right"/>
      </w:pPr>
      <w:r>
        <w:t>یوز ٹو گو ٹو کعبہ ایوری ڈے، بیکاز کعبہ ایٹ دا ٹائم واز ا گیدرنگ پلیس،</w:t>
      </w:r>
    </w:p>
    <w:p>
      <w:r>
        <w:rPr>
          <w:b/>
        </w:rPr>
        <w:t xml:space="preserve">[13:13] </w:t>
      </w:r>
      <w:r>
        <w:t>a kind of assembly</w:t>
      </w:r>
    </w:p>
    <w:p>
      <w:pPr>
        <w:jc w:val="right"/>
      </w:pPr>
      <w:r>
        <w:t>ا کائنڈ آف اسمبلی</w:t>
      </w:r>
    </w:p>
    <w:p>
      <w:r>
        <w:rPr>
          <w:b/>
        </w:rPr>
        <w:t xml:space="preserve">[13:16] </w:t>
      </w:r>
      <w:r>
        <w:t>every day, the visitors</w:t>
      </w:r>
    </w:p>
    <w:p>
      <w:pPr>
        <w:jc w:val="right"/>
      </w:pPr>
      <w:r>
        <w:t>۔ ایوری ڈے، دا وزیٹرز</w:t>
      </w:r>
    </w:p>
    <w:p>
      <w:r>
        <w:rPr>
          <w:b/>
        </w:rPr>
        <w:t xml:space="preserve">[13:23] </w:t>
      </w:r>
      <w:r>
        <w:t>gather in the vicinity of kaaba. so it was a good place to address, to find and audience.</w:t>
      </w:r>
    </w:p>
    <w:p>
      <w:pPr>
        <w:jc w:val="right"/>
      </w:pPr>
      <w:r>
        <w:t>گیدر ان دا ویسنٹی آف کعبہ۔ سو اٹ واز ا گڈ پلیس ٹو ایڈریس، ٹو فائنڈ اینڈ اڈینس۔</w:t>
      </w:r>
    </w:p>
    <w:p>
      <w:r>
        <w:rPr>
          <w:b/>
        </w:rPr>
        <w:t xml:space="preserve">[13:36] </w:t>
      </w:r>
      <w:r>
        <w:t>so he use to go to kaaba, and generally he use to recite quran.</w:t>
      </w:r>
    </w:p>
    <w:p>
      <w:pPr>
        <w:jc w:val="right"/>
      </w:pPr>
      <w:r>
        <w:t>سو ہی یوز ٹو گو ٹو کعبہ، اینڈ جنرلی ہی یوز ٹو ریسائیڈ قرآن۔</w:t>
      </w:r>
    </w:p>
    <w:p>
      <w:r>
        <w:rPr>
          <w:b/>
        </w:rPr>
        <w:t xml:space="preserve">[13:48] </w:t>
      </w:r>
      <w:r>
        <w:t>this was his dawah, speech, his dawah,</w:t>
      </w:r>
    </w:p>
    <w:p>
      <w:pPr>
        <w:jc w:val="right"/>
      </w:pPr>
      <w:r>
        <w:t>دس واز ہز دعویٰ، اسپیچ، ہز دعویٰ،</w:t>
      </w:r>
    </w:p>
    <w:p>
      <w:r>
        <w:rPr>
          <w:b/>
        </w:rPr>
        <w:t xml:space="preserve">[13:57] </w:t>
      </w:r>
      <w:r>
        <w:t>his dawah method.</w:t>
      </w:r>
    </w:p>
    <w:p>
      <w:pPr>
        <w:jc w:val="right"/>
      </w:pPr>
      <w:r>
        <w:t>ہز دعویٰ میتھڈ۔</w:t>
      </w:r>
    </w:p>
    <w:p>
      <w:r>
        <w:rPr>
          <w:b/>
        </w:rPr>
        <w:t xml:space="preserve">[14:03] </w:t>
      </w:r>
      <w:r>
        <w:t>this, the prophet of islam adopted an undeclared sulah in mecca, and this undeclared sulah lasted up to thirteen years.</w:t>
      </w:r>
    </w:p>
    <w:p>
      <w:pPr>
        <w:jc w:val="right"/>
      </w:pPr>
      <w:r>
        <w:t>دس، دا پرافٹ آف اسلام اڈاپٹڈ این ان ڈیکلیئرڈ صلح ان مکہ، اینڈ دس ان ڈیکلیئرڈ صلح لاسٹڈ اپ ٹو تھرٹین ایئرز۔</w:t>
      </w:r>
    </w:p>
    <w:p>
      <w:r>
        <w:rPr>
          <w:b/>
        </w:rPr>
        <w:t xml:space="preserve">[14:21] </w:t>
      </w:r>
      <w:r>
        <w:t>then,</w:t>
      </w:r>
    </w:p>
    <w:p>
      <w:pPr>
        <w:jc w:val="right"/>
      </w:pPr>
      <w:r>
        <w:t>دین،</w:t>
      </w:r>
    </w:p>
    <w:p>
      <w:r>
        <w:rPr>
          <w:b/>
        </w:rPr>
        <w:t xml:space="preserve">[14:25] </w:t>
      </w:r>
      <w:r>
        <w:t>if you want to keep, if you want to follow this sunnah, then you have to keep patience.</w:t>
      </w:r>
    </w:p>
    <w:p>
      <w:pPr>
        <w:jc w:val="right"/>
      </w:pPr>
      <w:r>
        <w:t>اف یو وانٹ ٹو کیپ، اف یو وانٹ ٹو فالو دس سنت، دین یو ہیو ٹو کیپ پیشنس۔</w:t>
      </w:r>
    </w:p>
    <w:p>
      <w:r>
        <w:rPr>
          <w:b/>
        </w:rPr>
        <w:t xml:space="preserve">[14:39] </w:t>
      </w:r>
      <w:r>
        <w:t>you have to adopt tolerance in complete sense of the word.</w:t>
      </w:r>
    </w:p>
    <w:p>
      <w:pPr>
        <w:jc w:val="right"/>
      </w:pPr>
      <w:r>
        <w:t>یو ہیو ٹو اڈاپٹ ٹولرنس ان کمپلیٹ سینس آف دا ورڈ۔</w:t>
      </w:r>
    </w:p>
    <w:p>
      <w:r>
        <w:rPr>
          <w:b/>
        </w:rPr>
        <w:t xml:space="preserve">[14:50] </w:t>
      </w:r>
      <w:r>
        <w:t>even you have tolerate idols in kaaba, because this tolerance or this undeclared sulah gives you opportunity of dawah.</w:t>
      </w:r>
    </w:p>
    <w:p>
      <w:pPr>
        <w:jc w:val="right"/>
      </w:pPr>
      <w:r>
        <w:t>ایون یو ہیو ٹولریٹ ائڈلز ان کعبہ، بیکاز دس ٹولرنس اور دس ان ڈیکلیئرڈ صلح گیوز یو اپرچونیٹی آف دعویٰ۔</w:t>
      </w:r>
    </w:p>
    <w:p>
      <w:r>
        <w:rPr>
          <w:b/>
        </w:rPr>
        <w:t xml:space="preserve">[15:07] </w:t>
      </w:r>
      <w:r>
        <w:t>this policy gives you great opportunity to do the work in normal situation.</w:t>
      </w:r>
    </w:p>
    <w:p>
      <w:pPr>
        <w:jc w:val="right"/>
      </w:pPr>
      <w:r>
        <w:t>دس پالیسی گیوز یو گریٹ اپرچونیٹی ٹو ڈو دا ورک ان نارمل سچویشن۔</w:t>
      </w:r>
    </w:p>
    <w:p>
      <w:r>
        <w:rPr>
          <w:b/>
        </w:rPr>
        <w:t xml:space="preserve">[15:21] </w:t>
      </w:r>
      <w:r>
        <w:t>so prophet of islam adopted a policy of undeclared sulah in mecca. then what happen?</w:t>
      </w:r>
    </w:p>
    <w:p>
      <w:pPr>
        <w:jc w:val="right"/>
      </w:pPr>
      <w:r>
        <w:t>سو پرافٹ آف اسلام اڈاپٹڈ ا پالیسی آف ان ڈیکلیئرڈ صلح ان مکہ۔ دین واٹ ہیپن؟</w:t>
      </w:r>
    </w:p>
    <w:p>
      <w:r>
        <w:rPr>
          <w:b/>
        </w:rPr>
        <w:t xml:space="preserve">[15:35] </w:t>
      </w:r>
      <w:r>
        <w:t>under</w:t>
      </w:r>
    </w:p>
    <w:p>
      <w:pPr>
        <w:jc w:val="right"/>
      </w:pPr>
      <w:r>
        <w:t>انڈر</w:t>
      </w:r>
    </w:p>
    <w:p>
      <w:r>
        <w:rPr>
          <w:b/>
        </w:rPr>
        <w:t xml:space="preserve">[15:36] </w:t>
      </w:r>
      <w:r>
        <w:t>due to some unwanted situation, he migrated from mecca and settle in madina.</w:t>
      </w:r>
    </w:p>
    <w:p>
      <w:pPr>
        <w:jc w:val="right"/>
      </w:pPr>
      <w:r>
        <w:t>، ڈیو ٹو سم ان وانٹڈ سچویشن، ہی مائیگریٹڈ فرام مکہ اینڈ سیٹل ان مدینہ۔</w:t>
      </w:r>
    </w:p>
    <w:p>
      <w:r>
        <w:rPr>
          <w:b/>
        </w:rPr>
        <w:t xml:space="preserve">[15:48] </w:t>
      </w:r>
      <w:r>
        <w:t>then the</w:t>
      </w:r>
    </w:p>
    <w:p>
      <w:pPr>
        <w:jc w:val="right"/>
      </w:pPr>
      <w:r>
        <w:t>دین دا</w:t>
      </w:r>
    </w:p>
    <w:p>
      <w:r>
        <w:rPr>
          <w:b/>
        </w:rPr>
        <w:t xml:space="preserve">[15:52] </w:t>
      </w:r>
      <w:r>
        <w:t>situation was completely change. quraish or mecca people now wanted to attack</w:t>
      </w:r>
    </w:p>
    <w:p>
      <w:pPr>
        <w:jc w:val="right"/>
      </w:pPr>
      <w:r>
        <w:t>سچویشن واز کمپلیٹلی چینج۔ قریش اور مکہ پیپل ناو وانٹڈ ٹو اٹیک</w:t>
      </w:r>
    </w:p>
    <w:p>
      <w:r>
        <w:rPr>
          <w:b/>
        </w:rPr>
        <w:t xml:space="preserve">[16:07] </w:t>
      </w:r>
      <w:r>
        <w:t>several time. They attempted several time to attack, to fight</w:t>
      </w:r>
    </w:p>
    <w:p>
      <w:pPr>
        <w:jc w:val="right"/>
      </w:pPr>
      <w:r>
        <w:t>سورل ٹائم۔ دے اٹیمپٹڈ سورل ٹائم ٹو اٹیک، ٹو فائٹ</w:t>
      </w:r>
    </w:p>
    <w:p>
      <w:r>
        <w:rPr>
          <w:b/>
        </w:rPr>
        <w:t xml:space="preserve">[16:16] </w:t>
      </w:r>
      <w:r>
        <w:t>. de organize army for this purpose. then what happen? then prophet adopted a new kind of sulah, that is declared sulah, declared policy of sulah.</w:t>
      </w:r>
    </w:p>
    <w:p>
      <w:pPr>
        <w:jc w:val="right"/>
      </w:pPr>
      <w:r>
        <w:t>۔ دے ارگنائز ارمی فار دس پرپس۔ دین واٹ ہیپن؟ دین پرافٹ اڈاپٹڈ ا نیو کائنڈ آف صلح، دیٹ از ڈیکلیئرڈ صلح، ڈیکلیئرڈ پالیسی آف صلح۔</w:t>
      </w:r>
    </w:p>
    <w:p>
      <w:r>
        <w:rPr>
          <w:b/>
        </w:rPr>
        <w:t xml:space="preserve">[16:32] </w:t>
      </w:r>
      <w:r>
        <w:t>so prophet. there war some skirmishes, some, some, some fighting. although, all this fighting was unwanted for Islam,</w:t>
      </w:r>
    </w:p>
    <w:p>
      <w:pPr>
        <w:jc w:val="right"/>
      </w:pPr>
      <w:r>
        <w:t>سو پرافٹ۔ دیر وار سم سکرمشز، سم، سم، سم فائٹنگ۔ الدو، ال دس فائٹنگ واز ان وانٹڈ فار اسلام،</w:t>
      </w:r>
    </w:p>
    <w:p>
      <w:r>
        <w:rPr>
          <w:b/>
        </w:rPr>
        <w:t xml:space="preserve">[16:48] </w:t>
      </w:r>
      <w:r>
        <w:t>but when they attack, then prophet has no option other than to go to defence.</w:t>
      </w:r>
    </w:p>
    <w:p>
      <w:pPr>
        <w:jc w:val="right"/>
      </w:pPr>
      <w:r>
        <w:t>بٹ وین دے اٹیک، دین پرافٹ ہیز نو اپشن ادر دین ٹو گو ٹو ڈیفنس۔</w:t>
      </w:r>
    </w:p>
    <w:p>
      <w:r>
        <w:rPr>
          <w:b/>
        </w:rPr>
        <w:t xml:space="preserve">[16:57] </w:t>
      </w:r>
      <w:r>
        <w:t>then prophet</w:t>
      </w:r>
    </w:p>
    <w:p>
      <w:pPr>
        <w:jc w:val="right"/>
      </w:pPr>
      <w:r>
        <w:t>دین پرافٹ</w:t>
      </w:r>
    </w:p>
    <w:p>
      <w:r>
        <w:rPr>
          <w:b/>
        </w:rPr>
        <w:t xml:space="preserve">[17:01] </w:t>
      </w:r>
      <w:r>
        <w:t>try to enter into negotiation. after long time, after long preparation, he was able to finalize a peace treaty or declared</w:t>
      </w:r>
    </w:p>
    <w:p>
      <w:pPr>
        <w:jc w:val="right"/>
      </w:pPr>
      <w:r>
        <w:t>ٹرائی ٹو انٹر انٹو نیگوشی ایشن۔ افٹر لانگ ٹائم، افٹر لانگ پریپریشن، ہی واز ایبل ٹو فائنلائز ا پیس ٹریٹی اور ڈیکلیئرڈ</w:t>
      </w:r>
    </w:p>
    <w:p>
      <w:r>
        <w:rPr>
          <w:b/>
        </w:rPr>
        <w:t xml:space="preserve">[17:20] </w:t>
      </w:r>
      <w:r>
        <w:t>sulah, that is called Hudaybiyyah. Hudaybiyyah treaty was basically peace treaty, agreement of peace between the two parties.</w:t>
      </w:r>
    </w:p>
    <w:p>
      <w:pPr>
        <w:jc w:val="right"/>
      </w:pPr>
      <w:r>
        <w:t>صلح، دیٹ از کالڈ حدیبیہ۔ حدیبیہ ٹریٹی واز بیسیکلی پیس ٹریٹی، ایگریمنٹ آف پیس بٹوین دا ٹو پارٹیز۔</w:t>
      </w:r>
    </w:p>
    <w:p>
      <w:r>
        <w:rPr>
          <w:b/>
        </w:rPr>
        <w:t xml:space="preserve">[17:37] </w:t>
      </w:r>
      <w:r>
        <w:t>although, this, this peace treaty, yani prophet gave high, very high price to finalize this, this peace treaty.</w:t>
      </w:r>
    </w:p>
    <w:p>
      <w:pPr>
        <w:jc w:val="right"/>
      </w:pPr>
      <w:r>
        <w:t>الدو، دس، دس پیس ٹریٹی، یعنی پرافٹ گیو ہائی، ویری ہائی پرائس ٹو فائنلائز دس، دس پیس ٹریٹی۔</w:t>
      </w:r>
    </w:p>
    <w:p>
      <w:r>
        <w:rPr>
          <w:b/>
        </w:rPr>
        <w:t xml:space="preserve">[17:53] </w:t>
      </w:r>
      <w:r>
        <w:t>do people</w:t>
      </w:r>
    </w:p>
    <w:p>
      <w:pPr>
        <w:jc w:val="right"/>
      </w:pPr>
      <w:r>
        <w:t>دو پیپل</w:t>
      </w:r>
    </w:p>
    <w:p>
      <w:r>
        <w:rPr>
          <w:b/>
        </w:rPr>
        <w:t xml:space="preserve">[17:55] </w:t>
      </w:r>
      <w:r>
        <w:t>war called Quraish or Mecca people, they war at the time in a dominant position.</w:t>
      </w:r>
    </w:p>
    <w:p>
      <w:pPr>
        <w:jc w:val="right"/>
      </w:pPr>
      <w:r>
        <w:t>وار کالڈ قریش اور مکہ پیپل، دے وار ایٹ دا ٹائم ان ا ڈومیننٹ پوزیشن۔</w:t>
      </w:r>
    </w:p>
    <w:p>
      <w:r>
        <w:rPr>
          <w:b/>
        </w:rPr>
        <w:t xml:space="preserve">[18:05] </w:t>
      </w:r>
      <w:r>
        <w:t>so they insisted that we can accept, we can finalize peace treaty between two parties.</w:t>
      </w:r>
    </w:p>
    <w:p>
      <w:pPr>
        <w:jc w:val="right"/>
      </w:pPr>
      <w:r>
        <w:t>سو دے انسسٹڈ دیٹ وی کین ایکسیپٹ، وی کین فائنلائز پیس ٹریٹی بٹوین ٹو پارٹیز۔</w:t>
      </w:r>
    </w:p>
    <w:p>
      <w:r>
        <w:rPr>
          <w:b/>
        </w:rPr>
        <w:t xml:space="preserve">[18:19] </w:t>
      </w:r>
      <w:r>
        <w:t>when you accept our conditions, so prophet accepted all their conditions only to have a peace treaty.</w:t>
      </w:r>
    </w:p>
    <w:p>
      <w:pPr>
        <w:jc w:val="right"/>
      </w:pPr>
      <w:r>
        <w:t>وین یو ایکسیپٹ اور کنڈیشنز، سو پرافٹ ایکسیپٹڈ ال دیر کنڈیشنز اونلی ٹو ہیو ا پیس ٹریٹی۔</w:t>
      </w:r>
    </w:p>
    <w:p>
      <w:r>
        <w:rPr>
          <w:b/>
        </w:rPr>
        <w:t xml:space="preserve">[18:33] </w:t>
      </w:r>
      <w:r>
        <w:t>Hudaybiyyah was in fact a no war pact between Muhammad and Muhammad sallallahu alaihi wasallam and Quraish.</w:t>
      </w:r>
    </w:p>
    <w:p>
      <w:pPr>
        <w:jc w:val="right"/>
      </w:pPr>
      <w:r>
        <w:t>حدیبیہ واز ان فیکٹ ا نو وار پیکٹ بٹوین محمد اینڈ محمد صلی اللہ علیہ وسلم اینڈ قریش۔</w:t>
      </w:r>
    </w:p>
    <w:p>
      <w:r>
        <w:rPr>
          <w:b/>
        </w:rPr>
        <w:t xml:space="preserve">[18:45] </w:t>
      </w:r>
      <w:r>
        <w:t>so Hudaybiyyah treaty was basically a no war pact. so</w:t>
      </w:r>
    </w:p>
    <w:p>
      <w:pPr>
        <w:jc w:val="right"/>
      </w:pPr>
      <w:r>
        <w:t>سو حدیبیہ ٹریٹی واز بیسیکلی ا نو وار پیکٹ۔ سو</w:t>
      </w:r>
    </w:p>
    <w:p>
      <w:r>
        <w:rPr>
          <w:b/>
        </w:rPr>
        <w:t xml:space="preserve">[18:53] </w:t>
      </w:r>
      <w:r>
        <w:t>prophet of Islam gave high price. he accepted all the conditions presented by the Quraish.</w:t>
      </w:r>
    </w:p>
    <w:p>
      <w:pPr>
        <w:jc w:val="right"/>
      </w:pPr>
      <w:r>
        <w:t>پرافٹ آف اسلام گیو ہائی پرائس۔ ہی ایکسیپٹڈ ال دا کنڈیشنز پریزنٹڈ بائی دی قریش۔</w:t>
      </w:r>
    </w:p>
    <w:p>
      <w:r>
        <w:rPr>
          <w:b/>
        </w:rPr>
        <w:t xml:space="preserve">[19:06] </w:t>
      </w:r>
      <w:r>
        <w:t>so</w:t>
      </w:r>
    </w:p>
    <w:p>
      <w:pPr>
        <w:jc w:val="right"/>
      </w:pPr>
      <w:r>
        <w:t>سو</w:t>
      </w:r>
    </w:p>
    <w:p>
      <w:r>
        <w:rPr>
          <w:b/>
        </w:rPr>
        <w:t xml:space="preserve">[19:07] </w:t>
      </w:r>
      <w:r>
        <w:t>this was, you can see, an declared</w:t>
      </w:r>
    </w:p>
    <w:p>
      <w:pPr>
        <w:jc w:val="right"/>
      </w:pPr>
      <w:r>
        <w:t>دس واز، یو کین سی، این ا ڈیکلیئرڈ</w:t>
      </w:r>
    </w:p>
    <w:p>
      <w:r>
        <w:rPr>
          <w:b/>
        </w:rPr>
        <w:t xml:space="preserve">[19:16] </w:t>
      </w:r>
      <w:r>
        <w:t>sulah, declared sulah, because what it was written in paper, signed by the two parties.</w:t>
      </w:r>
    </w:p>
    <w:p>
      <w:pPr>
        <w:jc w:val="right"/>
      </w:pPr>
      <w:r>
        <w:t>صلح، ڈیکلیئرڈ صلح، بیکاز وٹ اٹ واز رٹن ان پیپر، سائن بائی دا ٹو پارٹیز۔</w:t>
      </w:r>
    </w:p>
    <w:p>
      <w:r>
        <w:rPr>
          <w:b/>
        </w:rPr>
        <w:t xml:space="preserve">[19:28] </w:t>
      </w:r>
      <w:r>
        <w:t>so this was a declared sulah,</w:t>
      </w:r>
    </w:p>
    <w:p>
      <w:pPr>
        <w:jc w:val="right"/>
      </w:pPr>
      <w:r>
        <w:t>سو دس واز ا ڈیکلیئرڈ صلح،</w:t>
      </w:r>
    </w:p>
    <w:p>
      <w:r>
        <w:rPr>
          <w:b/>
        </w:rPr>
        <w:t xml:space="preserve">[19:34] </w:t>
      </w:r>
      <w:r>
        <w:t>but it was very fruitful, very having very positive result. after this, after this, after the Hudaybiyyah agreement, all the doors were open, all the doors of the work</w:t>
      </w:r>
    </w:p>
    <w:p>
      <w:pPr>
        <w:jc w:val="right"/>
      </w:pPr>
      <w:r>
        <w:t>بٹ اٹ واز ویری فروٹ فل، ویری ہیونگ ویری پوزیٹیو رزلٹ۔ افٹر دس، افٹر دس، افٹر دی حدیبیہ ایگریمنٹ، ال دا ڈورز ویر اوپن، ال دا ڈورز اف دا ورک</w:t>
      </w:r>
    </w:p>
    <w:p>
      <w:r>
        <w:rPr>
          <w:b/>
        </w:rPr>
        <w:t xml:space="preserve">[19:55] </w:t>
      </w:r>
      <w:r>
        <w:t>, because after this Hudaybiyyah, there was interaction between the two parties.</w:t>
      </w:r>
    </w:p>
    <w:p>
      <w:pPr>
        <w:jc w:val="right"/>
      </w:pPr>
      <w:r>
        <w:t>، بیکاز افٹر دس حدیبیہ، دیر واز انٹریکشن بٹوین دا ٹو پارٹیز۔</w:t>
      </w:r>
    </w:p>
    <w:p>
      <w:r>
        <w:rPr>
          <w:b/>
        </w:rPr>
        <w:t xml:space="preserve">[20:05] </w:t>
      </w:r>
      <w:r>
        <w:t>there was the work without any restriction,</w:t>
      </w:r>
    </w:p>
    <w:p>
      <w:pPr>
        <w:jc w:val="right"/>
      </w:pPr>
      <w:r>
        <w:t>دیر واز دا ورک وداؤٹ اینی ریسٹرکشن،</w:t>
      </w:r>
    </w:p>
    <w:p>
      <w:r>
        <w:rPr>
          <w:b/>
        </w:rPr>
        <w:t xml:space="preserve">[20:11] </w:t>
      </w:r>
      <w:r>
        <w:t>and Sahaba and prophet used to recite Quran before those people</w:t>
      </w:r>
    </w:p>
    <w:p>
      <w:pPr>
        <w:jc w:val="right"/>
      </w:pPr>
      <w:r>
        <w:t>اینڈ صحابہ اینڈ پرافٹ یوز ٹو ریسائیڈ قرآن بیفور دو پیپل</w:t>
      </w:r>
    </w:p>
    <w:p>
      <w:r>
        <w:rPr>
          <w:b/>
        </w:rPr>
        <w:t xml:space="preserve">[20:19] </w:t>
      </w:r>
      <w:r>
        <w:t>. so Hudaybiyyah, Hudaybiyyah agreement opened all the doors of dawah, dawah opportunities.</w:t>
      </w:r>
    </w:p>
    <w:p>
      <w:pPr>
        <w:jc w:val="right"/>
      </w:pPr>
      <w:r>
        <w:t>۔ سو حدیبیہ، حدیبیہ ایگریمنٹ اوپنڈ ال دا ڈورز اف دعویٰ، دعویٰ اپرچونیٹیز۔</w:t>
      </w:r>
    </w:p>
    <w:p>
      <w:r>
        <w:rPr>
          <w:b/>
        </w:rPr>
        <w:t xml:space="preserve">[20:36] </w:t>
      </w:r>
      <w:r>
        <w:t>to now, you know, when prophet was in Mecca, some only some hundred people embrace Islam,</w:t>
      </w:r>
    </w:p>
    <w:p>
      <w:pPr>
        <w:jc w:val="right"/>
      </w:pPr>
      <w:r>
        <w:t>تو ناو، یو نو، وین پرافٹ واز ان مکہ، سم اونلی سم ہنڈرڈ پیپل ایمبریس اسلام،</w:t>
      </w:r>
    </w:p>
    <w:p>
      <w:r>
        <w:rPr>
          <w:b/>
        </w:rPr>
        <w:t xml:space="preserve">[20:52] </w:t>
      </w:r>
      <w:r>
        <w:t>yani me be 200 aur 300 people.</w:t>
      </w:r>
    </w:p>
    <w:p>
      <w:pPr>
        <w:jc w:val="right"/>
      </w:pPr>
      <w:r>
        <w:t>یعنی می بی 200 اور 300 پیپل۔</w:t>
      </w:r>
    </w:p>
    <w:p>
      <w:r>
        <w:rPr>
          <w:b/>
        </w:rPr>
        <w:t xml:space="preserve">[20:56] </w:t>
      </w:r>
      <w:r>
        <w:t>but after hudaybiyyah, islam spread so, so rapidly, that within two years, the number</w:t>
      </w:r>
    </w:p>
    <w:p>
      <w:pPr>
        <w:jc w:val="right"/>
      </w:pPr>
      <w:r>
        <w:t>بٹ افٹر حدیبیہ، اسلام سپریڈ سو، سو ریپیڈلی، دیٹ ود ان ٹو ایئرز، دا نمبر</w:t>
      </w:r>
    </w:p>
    <w:p>
      <w:r>
        <w:rPr>
          <w:b/>
        </w:rPr>
        <w:t xml:space="preserve">[21:12] </w:t>
      </w:r>
      <w:r>
        <w:t>arose up to 10,000. 10,000!</w:t>
      </w:r>
    </w:p>
    <w:p>
      <w:pPr>
        <w:jc w:val="right"/>
      </w:pPr>
      <w:r>
        <w:t>اروز اپ ٹو 10,000۔ 10,000!</w:t>
      </w:r>
    </w:p>
    <w:p>
      <w:r>
        <w:rPr>
          <w:b/>
        </w:rPr>
        <w:t xml:space="preserve">[21:19] </w:t>
      </w:r>
      <w:r>
        <w:t>it is this event that is mentioned in the bible, in these verses. he came with 10,000 saints. bible verse, this verse was so important in the history of tawheed, in the history of prophets,</w:t>
      </w:r>
    </w:p>
    <w:p>
      <w:pPr>
        <w:jc w:val="right"/>
      </w:pPr>
      <w:r>
        <w:t>اٹ از دس ایونٹ دیٹ از مینشن ان دا بائبل، ان دیز ورس۔ ہی کیم ود 10,000 سینٹس۔ بائبل ورس، دس ورس واز سو امپورٹنٹ ان دا ہسٹری اف توحید، ان دا ہسٹری اف پرافٹس،</w:t>
      </w:r>
    </w:p>
    <w:p>
      <w:r>
        <w:rPr>
          <w:b/>
        </w:rPr>
        <w:t xml:space="preserve">[21:39] </w:t>
      </w:r>
      <w:r>
        <w:t>that this was mentioned in the previous book, bible.</w:t>
      </w:r>
    </w:p>
    <w:p>
      <w:pPr>
        <w:jc w:val="right"/>
      </w:pPr>
      <w:r>
        <w:t>دیٹ دس واز مینشن ان دا پریویس بک، بائبل۔</w:t>
      </w:r>
    </w:p>
    <w:p>
      <w:r>
        <w:rPr>
          <w:b/>
        </w:rPr>
        <w:t xml:space="preserve">[21:46] </w:t>
      </w:r>
      <w:r>
        <w:t>he came with 10,000 saints. so actually, the prophet of islam, when he marched to mekkah from madinah, there were 10,000 companions with him.</w:t>
      </w:r>
    </w:p>
    <w:p>
      <w:pPr>
        <w:jc w:val="right"/>
      </w:pPr>
      <w:r>
        <w:t>ہی کیم ود 10,000 سینٹس۔ سو ایکچولی، دا پرافٹ آف اسلام، وین ہی مارچ ٹو مکہ فرام مدینہ، دیر وار 10,000 کمپینینٹس ود ہم۔</w:t>
      </w:r>
    </w:p>
    <w:p>
      <w:r>
        <w:rPr>
          <w:b/>
        </w:rPr>
        <w:t xml:space="preserve">[22:07] </w:t>
      </w:r>
      <w:r>
        <w:t>although, there was no fighting, no war, but</w:t>
      </w:r>
    </w:p>
    <w:p>
      <w:pPr>
        <w:jc w:val="right"/>
      </w:pPr>
      <w:r>
        <w:t>الدو، دیر واز نو فائٹنگ، نو وار، بٹ</w:t>
      </w:r>
    </w:p>
    <w:p>
      <w:r>
        <w:rPr>
          <w:b/>
        </w:rPr>
        <w:t xml:space="preserve">[22:13] </w:t>
      </w:r>
      <w:r>
        <w:t>the number was so great that quraish demoralized.</w:t>
      </w:r>
    </w:p>
    <w:p>
      <w:pPr>
        <w:jc w:val="right"/>
      </w:pPr>
      <w:r>
        <w:t>دا نمبر واز سو گریٹ دیٹ قریش ڈیمورلائزڈ۔</w:t>
      </w:r>
    </w:p>
    <w:p>
      <w:r>
        <w:rPr>
          <w:b/>
        </w:rPr>
        <w:t xml:space="preserve">[22:23] </w:t>
      </w:r>
      <w:r>
        <w:t>they said that we have no power to fight against muhammad. so this was prophets,</w:t>
      </w:r>
    </w:p>
    <w:p>
      <w:pPr>
        <w:jc w:val="right"/>
      </w:pPr>
      <w:r>
        <w:t>دے سیڈ دیٹ وی ہیو نو پاور ٹو فائٹ اگینسٹ محمد۔ سو دس واز پرافٹس،</w:t>
      </w:r>
    </w:p>
    <w:p>
      <w:r>
        <w:rPr>
          <w:b/>
        </w:rPr>
        <w:t xml:space="preserve">[22:36] </w:t>
      </w:r>
      <w:r>
        <w:t>prophets uswah, prophets example. and when he was in mekkah, he adopted undeclared sulh,</w:t>
      </w:r>
    </w:p>
    <w:p>
      <w:pPr>
        <w:jc w:val="right"/>
      </w:pPr>
      <w:r>
        <w:t>پرافٹس اسوہ، پرافٹس ایگزیمپل۔ ان وین ہی واز مکہ، ہی اڈاپٹڈ ان ڈیکلیئرڈ صلح،</w:t>
      </w:r>
    </w:p>
    <w:p>
      <w:r>
        <w:rPr>
          <w:b/>
        </w:rPr>
        <w:t xml:space="preserve">[22:50] </w:t>
      </w:r>
      <w:r>
        <w:t>and when he was in madinah, he adopted declared sulh, and both were very successful.</w:t>
      </w:r>
    </w:p>
    <w:p>
      <w:pPr>
        <w:jc w:val="right"/>
      </w:pPr>
      <w:r>
        <w:t>اینڈ وین ہی واز ان مدینہ، ہی اڈاپٹڈ ڈیکلیئرڈ صلح، اینڈ بوتھ ویر ویری سکسیس فل۔</w:t>
      </w:r>
    </w:p>
    <w:p>
      <w:r>
        <w:rPr>
          <w:b/>
        </w:rPr>
        <w:t xml:space="preserve">[23:02] </w:t>
      </w:r>
      <w:r>
        <w:t>now,</w:t>
      </w:r>
    </w:p>
    <w:p>
      <w:pPr>
        <w:jc w:val="right"/>
      </w:pPr>
      <w:r>
        <w:t>ناو،</w:t>
      </w:r>
    </w:p>
    <w:p>
      <w:r>
        <w:rPr>
          <w:b/>
        </w:rPr>
        <w:t xml:space="preserve">[23:08] </w:t>
      </w:r>
      <w:r>
        <w:t>this history shows that</w:t>
      </w:r>
    </w:p>
    <w:p>
      <w:pPr>
        <w:jc w:val="right"/>
      </w:pPr>
      <w:r>
        <w:t>دس ہسٹری شوز دیٹ</w:t>
      </w:r>
    </w:p>
    <w:p>
      <w:r>
        <w:rPr>
          <w:b/>
        </w:rPr>
        <w:t xml:space="preserve">[23:16] </w:t>
      </w:r>
      <w:r>
        <w:t>peace is the, peace is the must, peace is the, peace is, peace is must for the work.</w:t>
      </w:r>
    </w:p>
    <w:p>
      <w:pPr>
        <w:jc w:val="right"/>
      </w:pPr>
      <w:r>
        <w:t>پیس از دا، پیس از دا مسٹ، پیس از دا، پیس از، پیس از مسٹ فار دا ورک۔</w:t>
      </w:r>
    </w:p>
    <w:p>
      <w:r>
        <w:rPr>
          <w:b/>
        </w:rPr>
        <w:t xml:space="preserve">[23:26] </w:t>
      </w:r>
      <w:r>
        <w:t>without peace, there is no the work.</w:t>
      </w:r>
    </w:p>
    <w:p>
      <w:pPr>
        <w:jc w:val="right"/>
      </w:pPr>
      <w:r>
        <w:t>وداؤٹ پیس، دیر از نو دا ورک۔</w:t>
      </w:r>
    </w:p>
    <w:p>
      <w:r>
        <w:rPr>
          <w:b/>
        </w:rPr>
        <w:t xml:space="preserve">[23:29] </w:t>
      </w:r>
      <w:r>
        <w:t>so we have to establish peace at any cost,</w:t>
      </w:r>
    </w:p>
    <w:p>
      <w:pPr>
        <w:jc w:val="right"/>
      </w:pPr>
      <w:r>
        <w:t>سو وی ہیو ٹو اسٹیبلش پیس ایٹ اینی کاسٹ،</w:t>
      </w:r>
    </w:p>
    <w:p>
      <w:r>
        <w:rPr>
          <w:b/>
        </w:rPr>
        <w:t xml:space="preserve">[23:36] </w:t>
      </w:r>
      <w:r>
        <w:t>but we are fortunate enough that now we are living in a different age. at the time of the prophet, it required great sacrifices.</w:t>
      </w:r>
    </w:p>
    <w:p>
      <w:pPr>
        <w:jc w:val="right"/>
      </w:pPr>
      <w:r>
        <w:t>بٹ وی ار فارچونیٹ انف دیٹ ناو وی ار لیونگ ان ا ڈفرنٹ ایج۔ ایٹ دا ٹائم اف دا پرافٹ، اٹ ریکوائرڈ گریٹ سیکریفائسز۔</w:t>
      </w:r>
    </w:p>
    <w:p>
      <w:r>
        <w:rPr>
          <w:b/>
        </w:rPr>
        <w:t xml:space="preserve">[23:52] </w:t>
      </w:r>
      <w:r>
        <w:t>prophet gave great sacrifices in mekkah and madinah, both</w:t>
      </w:r>
    </w:p>
    <w:p>
      <w:pPr>
        <w:jc w:val="right"/>
      </w:pPr>
      <w:r>
        <w:t>پرافٹ گیو گریٹ سیکریفائسز ان مکہ اینڈ مدینہ، بوتھ</w:t>
      </w:r>
    </w:p>
    <w:p>
      <w:r>
        <w:rPr>
          <w:b/>
        </w:rPr>
        <w:t xml:space="preserve">[24:00] </w:t>
      </w:r>
      <w:r>
        <w:t>in mekkah. when he adopted undeclared peace, he, he, it required great patience.</w:t>
      </w:r>
    </w:p>
    <w:p>
      <w:pPr>
        <w:jc w:val="right"/>
      </w:pPr>
      <w:r>
        <w:t>ان مکہ۔ وین ہی اڈاپٹڈ ان ڈیکلیئرڈ پیس، ہی، ہی، اٹ ریکوائرڈ گریٹ پیشنس۔</w:t>
      </w:r>
    </w:p>
    <w:p>
      <w:r>
        <w:rPr>
          <w:b/>
        </w:rPr>
        <w:t xml:space="preserve">[24:13] </w:t>
      </w:r>
      <w:r>
        <w:t>and in madinah, when he adopted declared peace, again, it required so many patience and and tolerance.</w:t>
      </w:r>
    </w:p>
    <w:p>
      <w:pPr>
        <w:jc w:val="right"/>
      </w:pPr>
      <w:r>
        <w:t>اینڈ ان مدینہ، وین ہی اڈاپٹڈ ڈیکلیئرڈ پیس، اگین، اٹ ریکوائرڈ سو مینی پیشنس اینڈ اینڈ ٹولرنس۔</w:t>
      </w:r>
    </w:p>
    <w:p>
      <w:r>
        <w:rPr>
          <w:b/>
        </w:rPr>
        <w:t xml:space="preserve">[24:24] </w:t>
      </w:r>
      <w:r>
        <w:t>but now, you know, we are living in a different age.</w:t>
      </w:r>
    </w:p>
    <w:p>
      <w:pPr>
        <w:jc w:val="right"/>
      </w:pPr>
      <w:r>
        <w:t>بٹ ناو، یو نو، وی ار لیونگ ان ا ڈفرنٹ ایج۔</w:t>
      </w:r>
    </w:p>
    <w:p>
      <w:r>
        <w:rPr>
          <w:b/>
        </w:rPr>
        <w:t xml:space="preserve">[24:33] </w:t>
      </w:r>
      <w:r>
        <w:t>modern age is a, is a, is a different age. after long process of history, after long, after long intellectual process, after long historical process,</w:t>
      </w:r>
    </w:p>
    <w:p>
      <w:pPr>
        <w:jc w:val="right"/>
      </w:pPr>
      <w:r>
        <w:t>ماڈرن ایج از ا، از ا، از ا ڈفرنٹ ایج۔ افٹر لانگ پروسیس اف ہسٹری، افٹر لانگ، افٹر لانگ انٹلیکچول پروسیس، افٹر لانگ ہسٹوریکل پروسیس،</w:t>
      </w:r>
    </w:p>
    <w:p>
      <w:r>
        <w:rPr>
          <w:b/>
        </w:rPr>
        <w:t xml:space="preserve">[24:53] </w:t>
      </w:r>
      <w:r>
        <w:t>now we are living in the age of religious freedom, religious tolerance.</w:t>
      </w:r>
    </w:p>
    <w:p>
      <w:pPr>
        <w:jc w:val="right"/>
      </w:pPr>
      <w:r>
        <w:t>ناو وی ار لیونگ ان دا ایج اف ریلیجس فریڈم، ریلیجس ٹولرنس۔</w:t>
      </w:r>
    </w:p>
    <w:p>
      <w:r>
        <w:rPr>
          <w:b/>
        </w:rPr>
        <w:t xml:space="preserve">[24:59] </w:t>
      </w:r>
      <w:r>
        <w:t>there is no restriction, restriction at all.</w:t>
      </w:r>
    </w:p>
    <w:p>
      <w:pPr>
        <w:jc w:val="right"/>
      </w:pPr>
      <w:r>
        <w:t>دیر از نو ریسٹرکشن، ریسٹرکشن ایٹ ال۔</w:t>
      </w:r>
    </w:p>
    <w:p>
      <w:r>
        <w:rPr>
          <w:b/>
        </w:rPr>
        <w:t xml:space="preserve">[25:05] </w:t>
      </w:r>
      <w:r>
        <w:t>present age has so many favorable conditions for us. for example, there are communication, international communication.</w:t>
      </w:r>
    </w:p>
    <w:p>
      <w:pPr>
        <w:jc w:val="right"/>
      </w:pPr>
      <w:r>
        <w:t>پریزنٹ ایج ہیز سو مینی فیوریبل کنڈیشن فار اس۔ فار ایگزیمپل، دیر ار کمیونیکیشن، انٹرنیشنل کمیونیکیشن۔</w:t>
      </w:r>
    </w:p>
    <w:p>
      <w:r>
        <w:rPr>
          <w:b/>
        </w:rPr>
        <w:t xml:space="preserve">[25:21] </w:t>
      </w:r>
      <w:r>
        <w:t>we have printing press</w:t>
      </w:r>
    </w:p>
    <w:p>
      <w:pPr>
        <w:jc w:val="right"/>
      </w:pPr>
      <w:r>
        <w:t>وی ہیو پرنٹنگ پریس</w:t>
      </w:r>
    </w:p>
    <w:p>
      <w:r>
        <w:rPr>
          <w:b/>
        </w:rPr>
        <w:t xml:space="preserve">[25:25] </w:t>
      </w:r>
      <w:r>
        <w:t>, we have religious freedom, we have interaction,</w:t>
      </w:r>
    </w:p>
    <w:p>
      <w:pPr>
        <w:jc w:val="right"/>
      </w:pPr>
      <w:r>
        <w:t>، وی ہیو ریلیجس فریڈم، وی ہیو انٹریکشن،</w:t>
      </w:r>
    </w:p>
    <w:p>
      <w:r>
        <w:rPr>
          <w:b/>
        </w:rPr>
        <w:t xml:space="preserve">[25:34] </w:t>
      </w:r>
      <w:r>
        <w:t>so many favorable conditions. Then, you know, in 1948, all the nations, you know, at present, there are near about 200 nations in the world.</w:t>
      </w:r>
    </w:p>
    <w:p>
      <w:pPr>
        <w:jc w:val="right"/>
      </w:pPr>
      <w:r>
        <w:t>سو مینی فیوریبل کنڈیشنز۔ دین، یو نو، ان 1948، ال دا نیشنز، یو نو، ایٹ پریزنٹ، دیر ار نیئر اباؤٹ 200 نیشنز ان دا ورلڈ۔</w:t>
      </w:r>
    </w:p>
    <w:p>
      <w:r>
        <w:rPr>
          <w:b/>
        </w:rPr>
        <w:t xml:space="preserve">[25:56] </w:t>
      </w:r>
      <w:r>
        <w:t>So all these nations</w:t>
      </w:r>
    </w:p>
    <w:p>
      <w:pPr>
        <w:jc w:val="right"/>
      </w:pPr>
      <w:r>
        <w:t>سو ال دیز نیشنز</w:t>
      </w:r>
    </w:p>
    <w:p>
      <w:r>
        <w:rPr>
          <w:b/>
        </w:rPr>
        <w:t xml:space="preserve">[26:03] </w:t>
      </w:r>
      <w:r>
        <w:t>establish an organization by consensus. That is called United Nations Organization, United Nations Organization, generally called UN.</w:t>
      </w:r>
    </w:p>
    <w:p>
      <w:pPr>
        <w:jc w:val="right"/>
      </w:pPr>
      <w:r>
        <w:t>اسٹیبلش این ارگنائزیشن بائی کنسنسس۔ دٹ از کالڈ یونائٹڈ نیشنز ارگنائزیشن، یونائٹڈ نیشنز ارگنائزیشن، جنلی کالڈ یو این۔</w:t>
      </w:r>
    </w:p>
    <w:p>
      <w:r>
        <w:rPr>
          <w:b/>
        </w:rPr>
        <w:t xml:space="preserve">[26:18] </w:t>
      </w:r>
      <w:r>
        <w:t>So under this organization, all the nations of the world declared,</w:t>
      </w:r>
    </w:p>
    <w:p>
      <w:pPr>
        <w:jc w:val="right"/>
      </w:pPr>
      <w:r>
        <w:t>سو انڈر دس ارگنائزیشن، ال دا نیشنز اف دا ورلڈ ڈیکلیئرڈ،</w:t>
      </w:r>
    </w:p>
    <w:p>
      <w:r>
        <w:rPr>
          <w:b/>
        </w:rPr>
        <w:t xml:space="preserve">[26:34] </w:t>
      </w:r>
      <w:r>
        <w:t>declared that, issued a declaration, that is called, that is called Universal Declaration of Human Rights.</w:t>
      </w:r>
    </w:p>
    <w:p>
      <w:pPr>
        <w:jc w:val="right"/>
      </w:pPr>
      <w:r>
        <w:t>ڈیکلیئرڈ دیٹ، ایشوڈ ا ڈیکلریشن، دیٹ از کالڈ، دیٹ از کالڈ یونیورسل ڈیکلریشن اف ہیومن رائٹس۔</w:t>
      </w:r>
    </w:p>
    <w:p>
      <w:r>
        <w:rPr>
          <w:b/>
        </w:rPr>
        <w:t xml:space="preserve">[26:50] </w:t>
      </w:r>
      <w:r>
        <w:t>So now we are living under this declaration, Universal Declaration of Human Rights. This declaration was signed by all the nations, including India.</w:t>
      </w:r>
    </w:p>
    <w:p>
      <w:pPr>
        <w:jc w:val="right"/>
      </w:pPr>
      <w:r>
        <w:t>سو ناو وی ار لیونگ انڈر دس ڈیکلریشن، یونیورسل ڈیکلریشن اف ہیومن رائٹس۔ دس ڈیکلریشن واز سائن بائی ال دا نیشنز، انکلوڈنگ انڈیا۔</w:t>
      </w:r>
    </w:p>
    <w:p>
      <w:r>
        <w:rPr>
          <w:b/>
        </w:rPr>
        <w:t xml:space="preserve">[27:06] </w:t>
      </w:r>
      <w:r>
        <w:t>All those nations that are member of nations, they sign. And if you read this Universal Declaration of Human Rights, you will find that it gives you total freedom, total religious freedom.</w:t>
      </w:r>
    </w:p>
    <w:p>
      <w:pPr>
        <w:jc w:val="right"/>
      </w:pPr>
      <w:r>
        <w:t>ال دو نیشنز دیٹ ار ممبر اف نیشنز، دے سائن۔ اینڈ اف یو ریڈ دس یونیورسل ڈیکلریشن اف ہیومن رائٹس، یو ویل فائنڈ دیٹ اٹ گیوز یو ٹوٹل فریڈم، ٹوٹل ریلیجس فریڈم۔</w:t>
      </w:r>
    </w:p>
    <w:p>
      <w:r>
        <w:rPr>
          <w:b/>
        </w:rPr>
        <w:t xml:space="preserve">[27:27] </w:t>
      </w:r>
      <w:r>
        <w:t>So at present, we don't need any kind of, any kind of,</w:t>
      </w:r>
    </w:p>
    <w:p>
      <w:pPr>
        <w:jc w:val="right"/>
      </w:pPr>
      <w:r>
        <w:t>سو ایٹ پریزنٹ، وی ڈونٹ نیڈ اینی کائنڈ اف، اینی کائنڈ اف،</w:t>
      </w:r>
    </w:p>
    <w:p>
      <w:r>
        <w:rPr>
          <w:b/>
        </w:rPr>
        <w:t xml:space="preserve">[27:35] </w:t>
      </w:r>
      <w:r>
        <w:t>we don't need neither, neither declared peace, neither inner in declared peace</w:t>
      </w:r>
    </w:p>
    <w:p>
      <w:pPr>
        <w:jc w:val="right"/>
      </w:pPr>
      <w:r>
        <w:t>وی ڈونٹ نیڈ نیدر، نیدر ڈیکلیئرڈ صلح، نیدر انر ان ڈیکلیئرڈ ص</w:t>
      </w:r>
    </w:p>
    <w:p>
      <w:r>
        <w:rPr>
          <w:b/>
        </w:rPr>
        <w:t xml:space="preserve">[27:45] </w:t>
      </w:r>
      <w:r>
        <w:t>peace, because now it is accepted in the, by, by, by nations, by all the nations.</w:t>
      </w:r>
    </w:p>
    <w:p>
      <w:pPr>
        <w:jc w:val="right"/>
      </w:pPr>
      <w:r>
        <w:t>لح، بیکاز ناو اٹ از ایکسیپٹڈ ان دا، بائے، بائے، بائے نیشنز، بائے ال دا نیشنز۔</w:t>
      </w:r>
    </w:p>
    <w:p>
      <w:r>
        <w:rPr>
          <w:b/>
        </w:rPr>
        <w:t xml:space="preserve">[27:56] </w:t>
      </w:r>
      <w:r>
        <w:t>So it is, I can see, that it is international peace, international reconciliation, international freedom.</w:t>
      </w:r>
    </w:p>
    <w:p>
      <w:pPr>
        <w:jc w:val="right"/>
      </w:pPr>
      <w:r>
        <w:t>سو اٹ از، ائی کین سی، دیٹ اٹ از انٹرنیشنل صلح، انٹرنیشنل ریکنسلیشن، انٹرنیشنل فریڈم۔</w:t>
      </w:r>
    </w:p>
    <w:p>
      <w:r>
        <w:rPr>
          <w:b/>
        </w:rPr>
        <w:t xml:space="preserve">[28:10] </w:t>
      </w:r>
      <w:r>
        <w:t>In the constitution of India, you can find also very clear provision that every citizen of India have total religious freedom, freedom of, freedom of practice, freedom of faith, even freedom of</w:t>
      </w:r>
    </w:p>
    <w:p>
      <w:pPr>
        <w:jc w:val="right"/>
      </w:pPr>
      <w:r>
        <w:t>ان دا کانسٹیٹیوشن اف انڈیا، یو کین فائنڈ السو ویری کلیئر پروویژن دیٹ ایوری سٹیزن اف انڈیا ہیو ٹوٹل ریلیجس فریڈم، فریڈم اف، فریڈم اف پریکٹس، فریڈم اف فیتھ، ایون فریڈم اف</w:t>
      </w:r>
    </w:p>
    <w:p>
      <w:r>
        <w:rPr>
          <w:b/>
        </w:rPr>
        <w:t xml:space="preserve">[28:29] </w:t>
      </w:r>
      <w:r>
        <w:t>preaching. So now we are living in an age of, of international peace, international,</w:t>
      </w:r>
    </w:p>
    <w:p>
      <w:pPr>
        <w:jc w:val="right"/>
      </w:pPr>
      <w:r>
        <w:t>پریچنگ۔ سو ناو وی ار لیونگ ان این ایج اف، اف انٹرنیشنل صلح، انٹرنیشنل،</w:t>
      </w:r>
    </w:p>
    <w:p>
      <w:r>
        <w:rPr>
          <w:b/>
        </w:rPr>
        <w:t xml:space="preserve">[28:42] </w:t>
      </w:r>
      <w:r>
        <w:t>international peace</w:t>
      </w:r>
    </w:p>
    <w:p>
      <w:pPr>
        <w:jc w:val="right"/>
      </w:pPr>
      <w:r>
        <w:t>انٹرنیشنل پیس</w:t>
      </w:r>
    </w:p>
    <w:p>
      <w:r>
        <w:rPr>
          <w:b/>
        </w:rPr>
        <w:t xml:space="preserve">[28:48] </w:t>
      </w:r>
      <w:r>
        <w:t>. So we have to do without any restriction. We have to do the work.</w:t>
      </w:r>
    </w:p>
    <w:p>
      <w:pPr>
        <w:jc w:val="right"/>
      </w:pPr>
      <w:r>
        <w:t>۔ سو وی ہیو ٹو ڈو وداؤٹ اینی ریسٹرکشن۔ وی ہیو ٹو دا ورک۔</w:t>
      </w:r>
    </w:p>
    <w:p>
      <w:r>
        <w:rPr>
          <w:b/>
        </w:rPr>
        <w:t xml:space="preserve">[29:00] </w:t>
      </w:r>
      <w:r>
        <w:t>It,</w:t>
      </w:r>
    </w:p>
    <w:p>
      <w:pPr>
        <w:jc w:val="right"/>
      </w:pPr>
      <w:r>
        <w:t>اٹ،</w:t>
      </w:r>
    </w:p>
    <w:p>
      <w:r>
        <w:rPr>
          <w:b/>
        </w:rPr>
        <w:t xml:space="preserve">[29:03] </w:t>
      </w:r>
      <w:r>
        <w:t>there is a long history of prophets, long history of, of religion. In previous ages, there were, there were, there were religious persecutions, religious intolerance,</w:t>
      </w:r>
    </w:p>
    <w:p>
      <w:pPr>
        <w:jc w:val="right"/>
      </w:pPr>
      <w:r>
        <w:t>دیر از ا لانگ ہسٹری اف پرافٹس، لانگ ہسٹری اف، اف ریلیجن۔ ان پریویس ایجز، دیر وار، دیر ویر، دیر ویر ریلیجس پرسیکیوشنز، ریلیجس انٹولرنس،</w:t>
      </w:r>
    </w:p>
    <w:p>
      <w:r>
        <w:rPr>
          <w:b/>
        </w:rPr>
        <w:t xml:space="preserve">[29:21] </w:t>
      </w:r>
      <w:r>
        <w:t>religious fighting. But now we are living in an age when we enjoy complete religious freedom,</w:t>
      </w:r>
    </w:p>
    <w:p>
      <w:pPr>
        <w:jc w:val="right"/>
      </w:pPr>
      <w:r>
        <w:t>ریلیجس فائٹنگ۔ بٹ ناو وی ار لیونگ ان این ایج وین وی انجوائے کمپلیٹ ریلیجس فریڈم،</w:t>
      </w:r>
    </w:p>
    <w:p>
      <w:r>
        <w:rPr>
          <w:b/>
        </w:rPr>
        <w:t xml:space="preserve">[29:36] </w:t>
      </w:r>
      <w:r>
        <w:t>freedom of belief, freedom of practice, and also freedom of, freedom of, of,</w:t>
      </w:r>
    </w:p>
    <w:p>
      <w:pPr>
        <w:jc w:val="right"/>
      </w:pPr>
      <w:r>
        <w:t>فریڈم اف بیلیو، فریڈم اف پریکٹس، اینڈ السو فریڈم اف، فریڈم اف، اف،</w:t>
      </w:r>
    </w:p>
    <w:p>
      <w:r>
        <w:rPr>
          <w:b/>
        </w:rPr>
        <w:t xml:space="preserve">[29:47] </w:t>
      </w:r>
      <w:r>
        <w:t>freedom of, of preaching. So now we can do the work freely,</w:t>
      </w:r>
    </w:p>
    <w:p>
      <w:pPr>
        <w:jc w:val="right"/>
      </w:pPr>
      <w:r>
        <w:t>فریڈم اف، اف پریچنگ۔ سو ناو وی کین ڈو دا ورک فریلی،</w:t>
      </w:r>
    </w:p>
    <w:p>
      <w:r>
        <w:rPr>
          <w:b/>
        </w:rPr>
        <w:t xml:space="preserve">[30:00] </w:t>
      </w:r>
      <w:r>
        <w:t>and we marshal, by the, by the grace of God,</w:t>
      </w:r>
    </w:p>
    <w:p>
      <w:pPr>
        <w:jc w:val="right"/>
      </w:pPr>
      <w:r>
        <w:t>اینڈ وی مارشل، بائے دا، بائے دا گیس اف گ</w:t>
      </w:r>
    </w:p>
    <w:p>
      <w:r>
        <w:rPr>
          <w:b/>
        </w:rPr>
        <w:t xml:space="preserve">[30:05] </w:t>
      </w:r>
      <w:r>
        <w:t>God, we are doing the work. Yesterday, I and my colleague, we are, I, yesterday, I and my colleague attended a function in Imperial Hotel.</w:t>
      </w:r>
    </w:p>
    <w:p>
      <w:pPr>
        <w:jc w:val="right"/>
      </w:pPr>
      <w:r>
        <w:t>اڈ، وی ار ڈوئنگ دا ورک۔ یسٹرڈے، ائی اینڈ مائی کولیگ، وی ار، ائی، یسٹرڈے، ائی اینڈ مائی کولیگ اٹینڈڈ ا فنکشن ان ایمپیریل ہوٹل۔</w:t>
      </w:r>
    </w:p>
    <w:p>
      <w:r>
        <w:rPr>
          <w:b/>
        </w:rPr>
        <w:t xml:space="preserve">[30:19] </w:t>
      </w:r>
      <w:r>
        <w:t>In that function, there were a large number of VIPs,</w:t>
      </w:r>
    </w:p>
    <w:p>
      <w:pPr>
        <w:jc w:val="right"/>
      </w:pPr>
      <w:r>
        <w:t>ان دیٹ فنکشن، دیر وار ا لارڈ نمبر اف وی ائی پیز،</w:t>
      </w:r>
    </w:p>
    <w:p>
      <w:r>
        <w:rPr>
          <w:b/>
        </w:rPr>
        <w:t xml:space="preserve">[30:26] </w:t>
      </w:r>
      <w:r>
        <w:t>There were ministers and MPs and doctors and engineers and scientists. And we, as we distributed Islamic literature and of the Quran freely.</w:t>
      </w:r>
    </w:p>
    <w:p>
      <w:pPr>
        <w:jc w:val="right"/>
      </w:pPr>
      <w:r>
        <w:t>دیر وار منسٹرز اینڈ ایم پیز اینڈ ڈاکٹرز اینڈ انجینئرز اینڈ سائنٹسٹ۔ اینڈ وی، اس وی ڈسٹریبیوٹڈ اسلامک لٹریچر اینڈ اف دا قرآن فریلی۔</w:t>
      </w:r>
    </w:p>
    <w:p>
      <w:r>
        <w:rPr>
          <w:b/>
        </w:rPr>
        <w:t xml:space="preserve">[30:41] </w:t>
      </w:r>
      <w:r>
        <w:t>der was no restriction at all.</w:t>
      </w:r>
    </w:p>
    <w:p>
      <w:pPr>
        <w:jc w:val="right"/>
      </w:pPr>
      <w:r>
        <w:t>دیر واز نو ریسٹرکشن ایٹ ال۔</w:t>
      </w:r>
    </w:p>
    <w:p>
      <w:r>
        <w:rPr>
          <w:b/>
        </w:rPr>
        <w:t xml:space="preserve">[30:45] </w:t>
      </w:r>
      <w:r>
        <w:t>de war happy.</w:t>
      </w:r>
    </w:p>
    <w:p>
      <w:pPr>
        <w:jc w:val="right"/>
      </w:pPr>
      <w:r>
        <w:t>دے وار ہیپی۔</w:t>
      </w:r>
    </w:p>
    <w:p>
      <w:r>
        <w:rPr>
          <w:b/>
        </w:rPr>
        <w:t xml:space="preserve">[30:49] </w:t>
      </w:r>
      <w:r>
        <w:t>everyone accepted with thanks. why this also a new phenomena.</w:t>
      </w:r>
    </w:p>
    <w:p>
      <w:pPr>
        <w:jc w:val="right"/>
      </w:pPr>
      <w:r>
        <w:t>ایوری ون ایکسیپٹڈ ود تھینکس۔ وائی دس السو ا نیو فیناومینا۔</w:t>
      </w:r>
    </w:p>
    <w:p>
      <w:r>
        <w:rPr>
          <w:b/>
        </w:rPr>
        <w:t xml:space="preserve">[31:00] </w:t>
      </w:r>
      <w:r>
        <w:t>you know, we are living in the age of science. and what is a scientific age? what is</w:t>
      </w:r>
    </w:p>
    <w:p>
      <w:pPr>
        <w:jc w:val="right"/>
      </w:pPr>
      <w:r>
        <w:t>یو نو، وی ار لیونگ ان دا ایج اف سائنس۔ اینڈ واٹ از ا سائنٹیفک ایج؟ واٹ از</w:t>
      </w:r>
    </w:p>
    <w:p>
      <w:r>
        <w:rPr>
          <w:b/>
        </w:rPr>
        <w:t xml:space="preserve">[31:08] </w:t>
      </w:r>
      <w:r>
        <w:t>scientific age? has, has brought out our son some very new thing.</w:t>
      </w:r>
    </w:p>
    <w:p>
      <w:pPr>
        <w:jc w:val="right"/>
      </w:pPr>
      <w:r>
        <w:t>سائنٹیفک ایج؟ ہیز، ہیز براٹ اؤٹ اور سن سم ویری نیو تھنگ۔</w:t>
      </w:r>
    </w:p>
    <w:p>
      <w:r>
        <w:rPr>
          <w:b/>
        </w:rPr>
        <w:t xml:space="preserve">[31:17] </w:t>
      </w:r>
      <w:r>
        <w:t>one is, one is spirit of inquiry. science is, science is based on spirit of inquiry.</w:t>
      </w:r>
    </w:p>
    <w:p>
      <w:pPr>
        <w:jc w:val="right"/>
      </w:pPr>
      <w:r>
        <w:t>ون از، ون از سپرٹ اف انکوائری۔ سائنس از، سائنس از بیسڈ ان سپرٹ اف انکوائری۔</w:t>
      </w:r>
    </w:p>
    <w:p>
      <w:r>
        <w:rPr>
          <w:b/>
        </w:rPr>
        <w:t xml:space="preserve">[31:28] </w:t>
      </w:r>
      <w:r>
        <w:t>it was the phenomena of spirit of inquiry that all those things were discovered by scientists. so spirit of inquiry is very important phenomena of modern age.</w:t>
      </w:r>
    </w:p>
    <w:p>
      <w:pPr>
        <w:jc w:val="right"/>
      </w:pPr>
      <w:r>
        <w:t>اٹ واز دا فیناومینا اف سپرٹ اف انکوائری دیٹ ال دو تھنگز ویر ڈسکورڈ بائے سائنٹسٹ۔ سو سپرٹ اف انکوائری از ویری امپورٹنٹ فیناومینا اف ماڈرن ایج۔</w:t>
      </w:r>
    </w:p>
    <w:p>
      <w:r>
        <w:rPr>
          <w:b/>
        </w:rPr>
        <w:t xml:space="preserve">[31:45] </w:t>
      </w:r>
      <w:r>
        <w:t>so modern man wants to know everything, not about astronomy, not about psychology, not about physics and chemistry,</w:t>
      </w:r>
    </w:p>
    <w:p>
      <w:pPr>
        <w:jc w:val="right"/>
      </w:pPr>
      <w:r>
        <w:t>سو ماڈرن مین وانٹس ٹو نو ایوری تھنگ، ناٹ اباؤٹ اسٹرانومی، ناٹ اباؤٹ سائیکالوجی، ناٹ اباؤٹ فزکس اینڈ کیمسٹری،</w:t>
      </w:r>
    </w:p>
    <w:p>
      <w:r>
        <w:rPr>
          <w:b/>
        </w:rPr>
        <w:t xml:space="preserve">[31:59] </w:t>
      </w:r>
      <w:r>
        <w:t>but also about religion.</w:t>
      </w:r>
    </w:p>
    <w:p>
      <w:pPr>
        <w:jc w:val="right"/>
      </w:pPr>
      <w:r>
        <w:t>بٹ السو اباؤٹ ریلیجن۔</w:t>
      </w:r>
    </w:p>
    <w:p>
      <w:r>
        <w:rPr>
          <w:b/>
        </w:rPr>
        <w:t xml:space="preserve">[32:04] </w:t>
      </w:r>
      <w:r>
        <w:t>about religion, everyone</w:t>
      </w:r>
    </w:p>
    <w:p>
      <w:pPr>
        <w:jc w:val="right"/>
      </w:pPr>
      <w:r>
        <w:t>اباؤٹ ریلیجن، ایوری ون</w:t>
      </w:r>
    </w:p>
    <w:p>
      <w:r>
        <w:rPr>
          <w:b/>
        </w:rPr>
        <w:t xml:space="preserve">[32:10] </w:t>
      </w:r>
      <w:r>
        <w:t>want to know about religion, not about his and instr religion, but every religion. so when we present islamic literature, they accept freely</w:t>
      </w:r>
    </w:p>
    <w:p>
      <w:pPr>
        <w:jc w:val="right"/>
      </w:pPr>
      <w:r>
        <w:t>وانٹ ٹو نو اباؤٹ ریلیجن، ناٹ اباؤٹ ہز اینڈ انسٹر ریلیجن، بٹ ایوری ریلیجن۔ سو وین وی پریزنٹ اسلامک لٹریچر، دے ایکسیپٹ فریلی</w:t>
      </w:r>
    </w:p>
    <w:p>
      <w:r>
        <w:rPr>
          <w:b/>
        </w:rPr>
        <w:t xml:space="preserve">[32:28] </w:t>
      </w:r>
      <w:r>
        <w:t>with thanks. why</w:t>
      </w:r>
    </w:p>
    <w:p>
      <w:pPr>
        <w:jc w:val="right"/>
      </w:pPr>
      <w:r>
        <w:t>ود تھینکس۔ وائی</w:t>
      </w:r>
    </w:p>
    <w:p>
      <w:r>
        <w:rPr>
          <w:b/>
        </w:rPr>
        <w:t xml:space="preserve">[32:34] </w:t>
      </w:r>
      <w:r>
        <w:t>? because they have spirit of inquiry in their mind. it is their, it is already there in their mind.</w:t>
      </w:r>
    </w:p>
    <w:p>
      <w:pPr>
        <w:jc w:val="right"/>
      </w:pPr>
      <w:r>
        <w:t>؟ بیکاز دے ہیو سپرٹ اف انکوائری ان دیر مائنڈ۔ اٹ از دیر، اٹ از الریڈی دیر ان دیر مائنڈ۔</w:t>
      </w:r>
    </w:p>
    <w:p>
      <w:r>
        <w:rPr>
          <w:b/>
        </w:rPr>
        <w:t xml:space="preserve">[32:44] </w:t>
      </w:r>
      <w:r>
        <w:t>so due to this spirit of inquiry, they will come. they say, oh we need to know about islam.</w:t>
      </w:r>
    </w:p>
    <w:p>
      <w:pPr>
        <w:jc w:val="right"/>
      </w:pPr>
      <w:r>
        <w:t>سو ڈیو ٹو دس سپرٹ اف انکوائری، دے ویل کم۔ دے سے، او وی نیڈ ٹو نو اباؤٹ اسلام۔</w:t>
      </w:r>
    </w:p>
    <w:p>
      <w:r>
        <w:rPr>
          <w:b/>
        </w:rPr>
        <w:t xml:space="preserve">[32:55] </w:t>
      </w:r>
      <w:r>
        <w:t>we want to know what is islam.</w:t>
      </w:r>
    </w:p>
    <w:p>
      <w:pPr>
        <w:jc w:val="right"/>
      </w:pPr>
      <w:r>
        <w:t>وی وانٹ ٹو نو واٹ از اسلام۔</w:t>
      </w:r>
    </w:p>
    <w:p>
      <w:r>
        <w:rPr>
          <w:b/>
        </w:rPr>
        <w:t xml:space="preserve">[33:01] </w:t>
      </w:r>
      <w:r>
        <w:t>when we were in this, in this function in imperial hotel, there was a central minister.</w:t>
      </w:r>
    </w:p>
    <w:p>
      <w:pPr>
        <w:jc w:val="right"/>
      </w:pPr>
      <w:r>
        <w:t>وین وی ویر ان دس، ان دس فنکشن ان ایمپیریل ہوٹل، دیر واز ا سینٹرل منسٹر۔</w:t>
      </w:r>
    </w:p>
    <w:p>
      <w:r>
        <w:rPr>
          <w:b/>
        </w:rPr>
        <w:t xml:space="preserve">[33:10] </w:t>
      </w:r>
      <w:r>
        <w:t>he is member of our central cabinet. so our colleague presented him quran, translation of quran in english</w:t>
      </w:r>
    </w:p>
    <w:p>
      <w:pPr>
        <w:jc w:val="right"/>
      </w:pPr>
      <w:r>
        <w:t>ہی از ممبر اف اور سینٹرل کیبنٹ۔ سو اور کولیگ پریزنٹڈ ہم قرآن، ٹرانسلیشن اف قرآن ان انگلش</w:t>
      </w:r>
    </w:p>
    <w:p>
      <w:r>
        <w:rPr>
          <w:b/>
        </w:rPr>
        <w:t xml:space="preserve">[33:23] </w:t>
      </w:r>
      <w:r>
        <w:t>. so he said that today i am traveling, but he kept that quran in pocket and said, it is very good gift from you, and i will read surely in my, during my journey.</w:t>
      </w:r>
    </w:p>
    <w:p>
      <w:pPr>
        <w:jc w:val="right"/>
      </w:pPr>
      <w:r>
        <w:t>۔ سو ہی سیڈ دیٹ ٹوڈے ائی ایم ٹریولنگ، بٹ ہی کیپٹ دیٹ قرآن ان پاکٹ اینڈ سیڈ، اٹ از ویری گڈ گفٹ فرام یو، اینڈ ائی ویل ریڈ سورلی ان مائی، ڈیورنگ مائی جرنی۔</w:t>
      </w:r>
    </w:p>
    <w:p>
      <w:r>
        <w:rPr>
          <w:b/>
        </w:rPr>
        <w:t xml:space="preserve">[33:47] </w:t>
      </w:r>
      <w:r>
        <w:t>so it is also very important to know that we are living in an age where everyone has spirit of inquiry, not a, not only about philosophy and science and other disciplines, also about religion.</w:t>
      </w:r>
    </w:p>
    <w:p>
      <w:pPr>
        <w:jc w:val="right"/>
      </w:pPr>
      <w:r>
        <w:t>سو اٹ از السو ویری امپورٹنٹ ٹو نو دیٹ وی ار لیونگ ان این ایج ویر ایوری ون ہیز سپرٹ اف انکوائری، ناٹ ا، ناٹ اونلی اباؤٹ فلاسفی اینڈ سائنس اینڈ ادر ڈسپلنز، السو اباؤٹ ریلیجن۔</w:t>
      </w:r>
    </w:p>
    <w:p>
      <w:r>
        <w:rPr>
          <w:b/>
        </w:rPr>
        <w:t xml:space="preserve">[34:08] </w:t>
      </w:r>
      <w:r>
        <w:t>so modern man has no hate against islam,</w:t>
      </w:r>
    </w:p>
    <w:p>
      <w:pPr>
        <w:jc w:val="right"/>
      </w:pPr>
      <w:r>
        <w:t>سو ماڈرن مین ہیز نو ہیٹ اگینسٹ اسلام،</w:t>
      </w:r>
    </w:p>
    <w:p>
      <w:r>
        <w:rPr>
          <w:b/>
        </w:rPr>
        <w:t xml:space="preserve">[34:13] </w:t>
      </w:r>
      <w:r>
        <w:t>not at all. no hate. he is quite objective. he want to know what is islam.</w:t>
      </w:r>
    </w:p>
    <w:p>
      <w:pPr>
        <w:jc w:val="right"/>
      </w:pPr>
      <w:r>
        <w:t>ناٹ ایٹ ال۔ نو ہیٹ۔ ہی از کوائٹ ابجیکٹو۔ ہی وانٹ ٹو نو واٹ از اسلام۔</w:t>
      </w:r>
    </w:p>
    <w:p>
      <w:r>
        <w:rPr>
          <w:b/>
        </w:rPr>
        <w:t xml:space="preserve">[34:27] </w:t>
      </w:r>
      <w:r>
        <w:t>so we have to present islamic literature and translation of the quran and other,</w:t>
      </w:r>
    </w:p>
    <w:p>
      <w:pPr>
        <w:jc w:val="right"/>
      </w:pPr>
      <w:r>
        <w:t>سو وی ہیو ٹو پریزنٹ اسلامک لٹریچر اینڈ ٹرانسلیشن اف دا قرآن اینڈ ادر،</w:t>
      </w:r>
    </w:p>
    <w:p>
      <w:r>
        <w:rPr>
          <w:b/>
        </w:rPr>
        <w:t xml:space="preserve">[34:38] </w:t>
      </w:r>
      <w:r>
        <w:t>other books in islam, and they will accept with thanks.</w:t>
      </w:r>
    </w:p>
    <w:p>
      <w:pPr>
        <w:jc w:val="right"/>
      </w:pPr>
      <w:r>
        <w:t>ادر بکس ان اسلام، اینڈ دے ویل ایکسیپٹ ود تھینکس۔</w:t>
      </w:r>
    </w:p>
    <w:p>
      <w:r>
        <w:rPr>
          <w:b/>
        </w:rPr>
        <w:t xml:space="preserve">[34:48] </w:t>
      </w:r>
      <w:r>
        <w:t>so it is also a great opportunity. we have to avail this opportunity. this opportunity, you can have every where in the world, in every country,</w:t>
      </w:r>
    </w:p>
    <w:p>
      <w:pPr>
        <w:jc w:val="right"/>
      </w:pPr>
      <w:r>
        <w:t>سو اٹ از السو ا گریٹ اپرچونیٹی۔ وی ہیو ٹو اویل دس اپرچونیٹی۔ دس اپرچونیٹی، یو کین ہیو ایوری ویر ان دا ورلڈ، ان ایوری کنٹری،</w:t>
      </w:r>
    </w:p>
    <w:p>
      <w:r>
        <w:rPr>
          <w:b/>
        </w:rPr>
        <w:t xml:space="preserve">[35:01] </w:t>
      </w:r>
      <w:r>
        <w:t>in east, in west,</w:t>
      </w:r>
    </w:p>
    <w:p>
      <w:pPr>
        <w:jc w:val="right"/>
      </w:pPr>
      <w:r>
        <w:t>ان ایسٹ، ان ویسٹ،</w:t>
      </w:r>
    </w:p>
    <w:p>
      <w:r>
        <w:rPr>
          <w:b/>
        </w:rPr>
        <w:t xml:space="preserve">[35:06] </w:t>
      </w:r>
      <w:r>
        <w:t>in every country. so we have to, we have to be grateful to god.</w:t>
      </w:r>
    </w:p>
    <w:p>
      <w:pPr>
        <w:jc w:val="right"/>
      </w:pPr>
      <w:r>
        <w:t>ان ایوری کنٹری۔ سو وی ہیو ٹو، وی ہیو ٹو بی گریٹ فل ٹو گاڈ۔</w:t>
      </w:r>
    </w:p>
    <w:p>
      <w:r>
        <w:rPr>
          <w:b/>
        </w:rPr>
        <w:t xml:space="preserve">[35:16] </w:t>
      </w:r>
      <w:r>
        <w:t>we have to avail this opportunity.</w:t>
      </w:r>
    </w:p>
    <w:p>
      <w:pPr>
        <w:jc w:val="right"/>
      </w:pPr>
      <w:r>
        <w:t>وی ہیو ٹو اویل دس اپرچونیٹی۔</w:t>
      </w:r>
    </w:p>
    <w:p>
      <w:r>
        <w:rPr>
          <w:b/>
        </w:rPr>
        <w:t xml:space="preserve">[35:24] </w:t>
      </w:r>
      <w:r>
        <w:t>this is the brickle of the policy of sulah.</w:t>
      </w:r>
    </w:p>
    <w:p>
      <w:pPr>
        <w:jc w:val="right"/>
      </w:pPr>
      <w:r>
        <w:t>دس از دا بریکل اف دی پالیسی اف صلح۔</w:t>
      </w:r>
    </w:p>
    <w:p>
      <w:r>
        <w:rPr>
          <w:b/>
        </w:rPr>
        <w:t xml:space="preserve">[35:32] </w:t>
      </w:r>
      <w:r>
        <w:t>in the early period of islam, prophet islam was compelled to accept undeclared sulah</w:t>
      </w:r>
    </w:p>
    <w:p>
      <w:pPr>
        <w:jc w:val="right"/>
      </w:pPr>
      <w:r>
        <w:t>ان دا ارلی پیریڈ اف اسلام، پرافٹ اسلام واز کمپلڈ ٹو ایکسیپٹ ان ڈیکلیرڈ صلح</w:t>
      </w:r>
    </w:p>
    <w:p>
      <w:r>
        <w:rPr>
          <w:b/>
        </w:rPr>
        <w:t xml:space="preserve">[35:46] </w:t>
      </w:r>
      <w:r>
        <w:t>by keeping patience. Then he finalized or declared</w:t>
      </w:r>
    </w:p>
    <w:p>
      <w:pPr>
        <w:jc w:val="right"/>
      </w:pPr>
      <w:r>
        <w:t>بائے کیپنگ پیشنس۔ دین ہی فائنلائز اور ڈیکلیر پی</w:t>
      </w:r>
    </w:p>
    <w:p>
      <w:r>
        <w:rPr>
          <w:b/>
        </w:rPr>
        <w:t xml:space="preserve">[35:56] </w:t>
      </w:r>
      <w:r>
        <w:t>s. again, he was, again, he gave some sacrifices. but now, you don't need to give any sacrifice.</w:t>
      </w:r>
    </w:p>
    <w:p>
      <w:pPr>
        <w:jc w:val="right"/>
      </w:pPr>
      <w:r>
        <w:t>س۔ اگین، ہی واز، اگین، ہی گیو سم سیکریفائسز۔ بٹ ناو، یو ڈونٹ نیڈ ٹو گیو اینی سیکریفائس۔</w:t>
      </w:r>
    </w:p>
    <w:p>
      <w:r>
        <w:rPr>
          <w:b/>
        </w:rPr>
        <w:t xml:space="preserve">[36:07] </w:t>
      </w:r>
      <w:r>
        <w:t>you don't need to even to keep patience. it is our right. it is our right,</w:t>
      </w:r>
    </w:p>
    <w:p>
      <w:pPr>
        <w:jc w:val="right"/>
      </w:pPr>
      <w:r>
        <w:t>یو ڈونٹ نیڈ ٹو ایون ٹو کیپ پیشنس۔ اٹ از اور رائٹ۔ اٹ از اور رائٹ،</w:t>
      </w:r>
    </w:p>
    <w:p>
      <w:r>
        <w:rPr>
          <w:b/>
        </w:rPr>
        <w:t xml:space="preserve">[36:16] </w:t>
      </w:r>
      <w:r>
        <w:t>according to the universal discussion of human rights and also according to the constitution of india. it is our right to profess any religion, to practice any religion, to preach any religion,</w:t>
      </w:r>
    </w:p>
    <w:p>
      <w:pPr>
        <w:jc w:val="right"/>
      </w:pPr>
      <w:r>
        <w:t>اکارڈنگ ٹو دا یونیورسل ڈسکشن اف ہیومن رائٹس اینڈ السو اکارڈنگ ٹو دا کانسٹیٹیوشن اف انڈیا۔ اٹ از اور رائٹ ٹو پروفس اینی ریلیجن، ٹو پریکٹس اینی ریلیجن، ٹو پریچ اینی ریلیجن،</w:t>
      </w:r>
    </w:p>
    <w:p>
      <w:r>
        <w:rPr>
          <w:b/>
        </w:rPr>
        <w:t xml:space="preserve">[36:34] </w:t>
      </w:r>
      <w:r>
        <w:t>only with the only one condition. there is only one condition,</w:t>
      </w:r>
    </w:p>
    <w:p>
      <w:pPr>
        <w:jc w:val="right"/>
      </w:pPr>
      <w:r>
        <w:t>اونلی ود دی اونلی ون کنڈیشن۔ دیر از اونلی ون کنڈیشن،</w:t>
      </w:r>
    </w:p>
    <w:p>
      <w:r>
        <w:rPr>
          <w:b/>
        </w:rPr>
        <w:t xml:space="preserve">[36:39] </w:t>
      </w:r>
      <w:r>
        <w:t>that is not to be intolerant, not to be violent.</w:t>
      </w:r>
    </w:p>
    <w:p>
      <w:pPr>
        <w:jc w:val="right"/>
      </w:pPr>
      <w:r>
        <w:t>دیٹ از ناٹ ٹو بی انٹولرنٹ، ناٹ ٹو بی وائلنٹ۔</w:t>
      </w:r>
    </w:p>
    <w:p>
      <w:r>
        <w:rPr>
          <w:b/>
        </w:rPr>
        <w:t xml:space="preserve">[36:49] </w:t>
      </w:r>
      <w:r>
        <w:t>violence is only taboo.</w:t>
      </w:r>
    </w:p>
    <w:p>
      <w:pPr>
        <w:jc w:val="right"/>
      </w:pPr>
      <w:r>
        <w:t>وائلنس از اونلی ٹیبو۔</w:t>
      </w:r>
    </w:p>
    <w:p>
      <w:r>
        <w:rPr>
          <w:b/>
        </w:rPr>
        <w:t xml:space="preserve">[36:54] </w:t>
      </w:r>
      <w:r>
        <w:t>in the paradise for adam, for wooden tree was a taboo. but now, in our age, violence is the only taboo.</w:t>
      </w:r>
    </w:p>
    <w:p>
      <w:pPr>
        <w:jc w:val="right"/>
      </w:pPr>
      <w:r>
        <w:t>ان دا پیراڈائز فار ادم، فار وڈن ٹری واز ا ٹیبو۔ بٹ ناو، ان اور ایج، وائلنس از دا اونلی ٹیبو۔</w:t>
      </w:r>
    </w:p>
    <w:p>
      <w:r>
        <w:rPr>
          <w:b/>
        </w:rPr>
        <w:t xml:space="preserve">[37:13] </w:t>
      </w:r>
      <w:r>
        <w:t>i will give a relevant example, which illustrates this point</w:t>
      </w:r>
    </w:p>
    <w:p>
      <w:pPr>
        <w:jc w:val="right"/>
      </w:pPr>
      <w:r>
        <w:t>ائی ویل گیو ا ریلیونٹ ایگزیمپل، وچ السٹریٹس دس پوائنٹ</w:t>
      </w:r>
    </w:p>
    <w:p>
      <w:r>
        <w:rPr>
          <w:b/>
        </w:rPr>
        <w:t xml:space="preserve">[37:21] </w:t>
      </w:r>
      <w:r>
        <w:t>. you know, when the america became free</w:t>
      </w:r>
    </w:p>
    <w:p>
      <w:pPr>
        <w:jc w:val="right"/>
      </w:pPr>
      <w:r>
        <w:t>۔ یو نو، وین دا امریکہ بیکم فری</w:t>
      </w:r>
    </w:p>
    <w:p>
      <w:r>
        <w:rPr>
          <w:b/>
        </w:rPr>
        <w:t xml:space="preserve">[37:32] </w:t>
      </w:r>
      <w:r>
        <w:t>from european powers, so when american went out from his house, he was walking in some street by shaking his hand like this.</w:t>
      </w:r>
    </w:p>
    <w:p>
      <w:pPr>
        <w:jc w:val="right"/>
      </w:pPr>
      <w:r>
        <w:t>فرام یورپین پاورز، سو وین امریکن وینٹ اؤٹ فرام ہز ہاؤس، ہی واز واکنگ ان سم اسٹریٹ بائے شیکنگ ہز ہینڈ لائک دس۔</w:t>
      </w:r>
    </w:p>
    <w:p>
      <w:r>
        <w:rPr>
          <w:b/>
        </w:rPr>
        <w:t xml:space="preserve">[37:50] </w:t>
      </w:r>
      <w:r>
        <w:t>so what happened?</w:t>
      </w:r>
    </w:p>
    <w:p>
      <w:pPr>
        <w:jc w:val="right"/>
      </w:pPr>
      <w:r>
        <w:t>سو واٹ ہیپن؟</w:t>
      </w:r>
    </w:p>
    <w:p>
      <w:r>
        <w:rPr>
          <w:b/>
        </w:rPr>
        <w:t xml:space="preserve">[37:52] </w:t>
      </w:r>
      <w:r>
        <w:t>he hit the nose of a certain, of a passer by.</w:t>
      </w:r>
    </w:p>
    <w:p>
      <w:pPr>
        <w:jc w:val="right"/>
      </w:pPr>
      <w:r>
        <w:t>ہی ہٹ دا نوز اف ا سرٹن، اف ا پاسر بائی۔</w:t>
      </w:r>
    </w:p>
    <w:p>
      <w:r>
        <w:rPr>
          <w:b/>
        </w:rPr>
        <w:t xml:space="preserve">[38:01] </w:t>
      </w:r>
      <w:r>
        <w:t>so that passer by said, "what is this nonsense? why you hit my nose?</w:t>
      </w:r>
    </w:p>
    <w:p>
      <w:pPr>
        <w:jc w:val="right"/>
      </w:pPr>
      <w:r>
        <w:t>سو دیٹ پاسر بائی سیڈ، "واٹ از دس نان سینس؟ وائی یو ہٹ مائی نوز؟</w:t>
      </w:r>
    </w:p>
    <w:p>
      <w:r>
        <w:rPr>
          <w:b/>
        </w:rPr>
        <w:t xml:space="preserve">[38:06] </w:t>
      </w:r>
      <w:r>
        <w:t>"</w:t>
      </w:r>
    </w:p>
    <w:p>
      <w:pPr>
        <w:jc w:val="right"/>
      </w:pPr>
      <w:r>
        <w:t>"</w:t>
      </w:r>
    </w:p>
    <w:p>
      <w:r>
        <w:rPr>
          <w:b/>
        </w:rPr>
        <w:t xml:space="preserve">[38:09] </w:t>
      </w:r>
      <w:r>
        <w:t>that gentleman said, "today i am free, so i am free to do anything.</w:t>
      </w:r>
    </w:p>
    <w:p>
      <w:pPr>
        <w:jc w:val="right"/>
      </w:pPr>
      <w:r>
        <w:t>دیٹ جنٹلمین سیڈ، "ٹوڈے ائی ایم فری، سو ائی ایم فری ٹو ڈو اینی تھنگ۔</w:t>
      </w:r>
    </w:p>
    <w:p>
      <w:r>
        <w:rPr>
          <w:b/>
        </w:rPr>
        <w:t xml:space="preserve">[38:22] </w:t>
      </w:r>
      <w:r>
        <w:t>today america is free, so i am free to do anything." so that passer by said politely, "that</w:t>
      </w:r>
    </w:p>
    <w:p>
      <w:pPr>
        <w:jc w:val="right"/>
      </w:pPr>
      <w:r>
        <w:t>ٹوڈے امریکہ از فری، سو ائی ایم فری ٹو ڈو اینی تھنگ۔" تو دیٹ پاسر بائی سیڈ پلائٹلی، "دیٹ</w:t>
      </w:r>
    </w:p>
    <w:p>
      <w:r>
        <w:rPr>
          <w:b/>
        </w:rPr>
        <w:t xml:space="preserve">[38:39] </w:t>
      </w:r>
      <w:r>
        <w:t>you are free is right</w:t>
      </w:r>
    </w:p>
    <w:p>
      <w:pPr>
        <w:jc w:val="right"/>
      </w:pPr>
      <w:r>
        <w:t>یو ار فری از رائٹ</w:t>
      </w:r>
    </w:p>
    <w:p>
      <w:r>
        <w:rPr>
          <w:b/>
        </w:rPr>
        <w:t xml:space="preserve">[38:44] </w:t>
      </w:r>
      <w:r>
        <w:t>, but my brother, your freedom means where my nose begins. this is the best illustration of the, of the spirit of the present age.</w:t>
      </w:r>
    </w:p>
    <w:p>
      <w:pPr>
        <w:jc w:val="right"/>
      </w:pPr>
      <w:r>
        <w:t>، بٹ مائی برادر، یور فریڈم مینز ویر مائی ڈوز بگنز۔ دس از دا بیسٹ السٹریشن اف دا، اف دا سپرٹ اف دا پریزنٹ ایج۔</w:t>
      </w:r>
    </w:p>
    <w:p>
      <w:r>
        <w:rPr>
          <w:b/>
        </w:rPr>
        <w:t xml:space="preserve">[39:02] </w:t>
      </w:r>
      <w:r>
        <w:t>your freedom means where my nose begins.</w:t>
      </w:r>
    </w:p>
    <w:p>
      <w:pPr>
        <w:jc w:val="right"/>
      </w:pPr>
      <w:r>
        <w:t>یور فریڈم مینز ویر مائی ڈوز بگنز۔</w:t>
      </w:r>
    </w:p>
    <w:p>
      <w:r>
        <w:rPr>
          <w:b/>
        </w:rPr>
        <w:t xml:space="preserve">[39:08] </w:t>
      </w:r>
      <w:r>
        <w:t>so if you, if you, if you keep peace, if you, if you, if you, if you refrain yourself from going to violence, then you can enjoy any kind of freedom,</w:t>
      </w:r>
    </w:p>
    <w:p>
      <w:pPr>
        <w:jc w:val="right"/>
      </w:pPr>
      <w:r>
        <w:t>سو اف یو، اف یو، اف یو کیپ پیس، اف یو، اف یو، اف یو، اف یو ریفرین یور سیلف فرام گوئنگ ٹو وائلنس، دین یو کین انجوائے اینی کائنڈ اف فریڈم،</w:t>
      </w:r>
    </w:p>
    <w:p>
      <w:r>
        <w:rPr>
          <w:b/>
        </w:rPr>
        <w:t xml:space="preserve">[39:31] </w:t>
      </w:r>
      <w:r>
        <w:t>total freedom. the present culture is based on total freedom, except one.</w:t>
      </w:r>
    </w:p>
    <w:p>
      <w:pPr>
        <w:jc w:val="right"/>
      </w:pPr>
      <w:r>
        <w:t>ٹوٹل فریڈم۔ دا پریزنٹ کلچر از بیسڈ ان ٹوٹل فریڈم، ایکسیپٹ ون۔</w:t>
      </w:r>
    </w:p>
    <w:p>
      <w:r>
        <w:rPr>
          <w:b/>
        </w:rPr>
        <w:t xml:space="preserve">[39:40] </w:t>
      </w:r>
      <w:r>
        <w:t>you are not allowed to go to violence.</w:t>
      </w:r>
    </w:p>
    <w:p>
      <w:pPr>
        <w:jc w:val="right"/>
      </w:pPr>
      <w:r>
        <w:t>یو ار ناٹ الاؤڈ ٹو گو ٹو وائلنس۔</w:t>
      </w:r>
    </w:p>
    <w:p>
      <w:r>
        <w:rPr>
          <w:b/>
        </w:rPr>
        <w:t xml:space="preserve">[39:45] </w:t>
      </w:r>
      <w:r>
        <w:t>so it is a good news for us.</w:t>
      </w:r>
    </w:p>
    <w:p>
      <w:pPr>
        <w:jc w:val="right"/>
      </w:pPr>
      <w:r>
        <w:t>سو اٹ از ا گڈ نیوز فار اس۔</w:t>
      </w:r>
    </w:p>
    <w:p>
      <w:r>
        <w:rPr>
          <w:b/>
        </w:rPr>
        <w:t xml:space="preserve">[39:51] </w:t>
      </w:r>
      <w:r>
        <w:t>there is no room for violence in the work. the work is completely a peaceful work.</w:t>
      </w:r>
    </w:p>
    <w:p>
      <w:pPr>
        <w:jc w:val="right"/>
      </w:pPr>
      <w:r>
        <w:t>دیر از نو روم فار وائلنس ان دا ورک۔ دا ورک از کمپلیٹلی ا پیس فل ورک۔</w:t>
      </w:r>
    </w:p>
    <w:p>
      <w:r>
        <w:rPr>
          <w:b/>
        </w:rPr>
        <w:t xml:space="preserve">[40:03] </w:t>
      </w:r>
      <w:r>
        <w:t>so all the opportunities are open in this age. we don't need neither an declared sulah, na declared sulah.</w:t>
      </w:r>
    </w:p>
    <w:p>
      <w:pPr>
        <w:jc w:val="right"/>
      </w:pPr>
      <w:r>
        <w:t>سو ال دا اپرچونیٹیز ار اوپن ان دس ایج۔ وی ڈونٹ نیڈ نیدر ان ڈیکلیرڈ صلح، نہ ڈیکلیرڈ صلح۔</w:t>
      </w:r>
    </w:p>
    <w:p>
      <w:r>
        <w:rPr>
          <w:b/>
        </w:rPr>
        <w:t xml:space="preserve">[40:20] </w:t>
      </w:r>
      <w:r>
        <w:t>sulah is there already. it proves everywhere in the world.</w:t>
      </w:r>
    </w:p>
    <w:p>
      <w:pPr>
        <w:jc w:val="right"/>
      </w:pPr>
      <w:r>
        <w:t>صلح از دیر الریڈی۔ اٹ پرویس ایوری ویر ان دا ورلڈ۔</w:t>
      </w:r>
    </w:p>
    <w:p>
      <w:r>
        <w:rPr>
          <w:b/>
        </w:rPr>
        <w:t xml:space="preserve">[40:29] </w:t>
      </w:r>
      <w:r>
        <w:t>it is not our problem. establishing peace is not our problem. it is already there.</w:t>
      </w:r>
    </w:p>
    <w:p>
      <w:pPr>
        <w:jc w:val="right"/>
      </w:pPr>
      <w:r>
        <w:t>اٹ از ناٹ اور پرابلم۔ اسٹیبلشنگ پیس از ناٹ اور پرابلم۔ اٹ از الریڈی دیر۔</w:t>
      </w:r>
    </w:p>
    <w:p>
      <w:r>
        <w:rPr>
          <w:b/>
        </w:rPr>
        <w:t xml:space="preserve">[40:42] </w:t>
      </w:r>
      <w:r>
        <w:t>so we have to, we have to, we have to refrain our self from all kind of violence, and we have to do the work peacefully.</w:t>
      </w:r>
    </w:p>
    <w:p>
      <w:pPr>
        <w:jc w:val="right"/>
      </w:pPr>
      <w:r>
        <w:t>سو وی ہیو ٹو، وی ہیو ٹو، وی ہیو ٹو ریفرین اور سیلف فرام ال کائنڈ اف وائلنس، اینڈ وی ہیو ٹو ڈو دا ورک پیس فلی۔</w:t>
      </w:r>
    </w:p>
    <w:p>
      <w:r>
        <w:rPr>
          <w:b/>
        </w:rPr>
        <w:t xml:space="preserve">[41:02] </w:t>
      </w:r>
      <w:r>
        <w:t>so khair is the, is the, is the motto of modern age.</w:t>
      </w:r>
    </w:p>
    <w:p>
      <w:pPr>
        <w:jc w:val="right"/>
      </w:pPr>
      <w:r>
        <w:t>سو خیر از دا، از دا، از دا موٹو اف ماڈرن ایج۔</w:t>
      </w:r>
    </w:p>
    <w:p>
      <w:r>
        <w:rPr>
          <w:b/>
        </w:rPr>
        <w:t xml:space="preserve">[41:15] </w:t>
      </w:r>
      <w:r>
        <w:t>i and my, my colleague and my companions are witness of this fact.</w:t>
      </w:r>
    </w:p>
    <w:p>
      <w:pPr>
        <w:jc w:val="right"/>
      </w:pPr>
      <w:r>
        <w:t>ائی اینڈ مائی، مائی کولیگ اینڈ مائی کمپینینٹس ار وٹنس اف دس فیکٹ۔</w:t>
      </w:r>
    </w:p>
    <w:p>
      <w:r>
        <w:rPr>
          <w:b/>
        </w:rPr>
        <w:t xml:space="preserve">[41:25] </w:t>
      </w:r>
      <w:r>
        <w:t>we are doing the work everywhere in the world, not, not, not only in india, in other countries also.</w:t>
      </w:r>
    </w:p>
    <w:p>
      <w:pPr>
        <w:jc w:val="right"/>
      </w:pPr>
      <w:r>
        <w:t>وی ار ڈوئنگ دا ورک ایوری ویر ان دا ورلڈ، ناٹ، ناٹ، ناٹ اونلی ان انڈیا، ان ادر کنٹریز السو۔</w:t>
      </w:r>
    </w:p>
    <w:p>
      <w:r>
        <w:rPr>
          <w:b/>
        </w:rPr>
        <w:t xml:space="preserve">[41:35] </w:t>
      </w:r>
      <w:r>
        <w:t>to we attend conferences and seminars in every part of the world,</w:t>
      </w:r>
    </w:p>
    <w:p>
      <w:pPr>
        <w:jc w:val="right"/>
      </w:pPr>
      <w:r>
        <w:t>تو وی اٹینڈ کانفرنسز اینڈ سیمینارز ان ایوری پارٹ اف دا ورلڈ،</w:t>
      </w:r>
    </w:p>
    <w:p>
      <w:r>
        <w:rPr>
          <w:b/>
        </w:rPr>
        <w:t xml:space="preserve">[41:45] </w:t>
      </w:r>
      <w:r>
        <w:t>and we distribute our literature. we distribute translation of the quran, and there is no restriction at all.</w:t>
      </w:r>
    </w:p>
    <w:p>
      <w:pPr>
        <w:jc w:val="right"/>
      </w:pPr>
      <w:r>
        <w:t>اینڈ وی ڈسٹریبیوٹ اور لٹریچر۔ وی ڈسٹریبیوٹ ٹرانسلیشن اف دا قرآن، اینڈ دیر از نو ریسٹرکشن ایٹ ال۔</w:t>
      </w:r>
    </w:p>
    <w:p>
      <w:r>
        <w:rPr>
          <w:b/>
        </w:rPr>
        <w:t xml:space="preserve">[41:57] </w:t>
      </w:r>
      <w:r>
        <w:t>we don't need to finalize any agreement. we don't need to finalize any agreement.</w:t>
      </w:r>
    </w:p>
    <w:p>
      <w:pPr>
        <w:jc w:val="right"/>
      </w:pPr>
      <w:r>
        <w:t>وی ڈونٹ نیڈ ٹو فائنلائز اینی ایگریمنٹ۔ وی ڈونٹ نیڈ ٹو فائنلائز اینی ایگریمنٹ۔</w:t>
      </w:r>
    </w:p>
    <w:p>
      <w:r>
        <w:rPr>
          <w:b/>
        </w:rPr>
        <w:t xml:space="preserve">[42:07] </w:t>
      </w:r>
      <w:r>
        <w:t>it is already, it, it, it already proves there.</w:t>
      </w:r>
    </w:p>
    <w:p>
      <w:pPr>
        <w:jc w:val="right"/>
      </w:pPr>
      <w:r>
        <w:t>اٹ از الریڈی، اٹ، اٹ، اٹ الریڈی پرویس دیر۔</w:t>
      </w:r>
    </w:p>
    <w:p>
      <w:r>
        <w:rPr>
          <w:b/>
        </w:rPr>
        <w:t xml:space="preserve">[42:17] </w:t>
      </w:r>
      <w:r>
        <w:t>so it is a good news for us.</w:t>
      </w:r>
    </w:p>
    <w:p>
      <w:pPr>
        <w:jc w:val="right"/>
      </w:pPr>
      <w:r>
        <w:t>سو اٹ از ا گڈ نیوز فار اس۔</w:t>
      </w:r>
    </w:p>
    <w:p>
      <w:r>
        <w:rPr>
          <w:b/>
        </w:rPr>
        <w:t xml:space="preserve">[42:25] </w:t>
      </w:r>
      <w:r>
        <w:t>people are confused in, in dawah and in, in dawah and community.</w:t>
      </w:r>
    </w:p>
    <w:p>
      <w:pPr>
        <w:jc w:val="right"/>
      </w:pPr>
      <w:r>
        <w:t>پیپل ار کنفیوزڈ ان، ان دعوی اینڈ ان، ان دعوی اینڈ کمیونٹی۔</w:t>
      </w:r>
    </w:p>
    <w:p>
      <w:r>
        <w:rPr>
          <w:b/>
        </w:rPr>
        <w:t xml:space="preserve">[42:37] </w:t>
      </w:r>
      <w:r>
        <w:t>dawah is a, is a islamic phenomena. people are engaged in commercial problems everywhere in the world.</w:t>
      </w:r>
    </w:p>
    <w:p>
      <w:pPr>
        <w:jc w:val="right"/>
      </w:pPr>
      <w:r>
        <w:t>دعوی از ا، از ا اسلامک فیناومینا۔ پیپل ار انگیج ان کمرل پرابلمز ایوری ویر ان دا ورلڈ۔</w:t>
      </w:r>
    </w:p>
    <w:p>
      <w:r>
        <w:rPr>
          <w:b/>
        </w:rPr>
        <w:t xml:space="preserve">[42:51] </w:t>
      </w:r>
      <w:r>
        <w:t>there are so many</w:t>
      </w:r>
    </w:p>
    <w:p>
      <w:pPr>
        <w:jc w:val="right"/>
      </w:pPr>
      <w:r>
        <w:t>دیر ار سو مینی</w:t>
      </w:r>
    </w:p>
    <w:p>
      <w:r>
        <w:rPr>
          <w:b/>
        </w:rPr>
        <w:t xml:space="preserve">[42:55] </w:t>
      </w:r>
      <w:r>
        <w:t>leaders who say that muslims are re discovered their pride in islam.</w:t>
      </w:r>
    </w:p>
    <w:p>
      <w:pPr>
        <w:jc w:val="right"/>
      </w:pPr>
      <w:r>
        <w:t>لیڈرز ہو سی دیٹ مسلمز ار ری ڈسکورڈ دیر پریڈ ان اسلام۔</w:t>
      </w:r>
    </w:p>
    <w:p>
      <w:r>
        <w:rPr>
          <w:b/>
        </w:rPr>
        <w:t xml:space="preserve">[43:03] </w:t>
      </w:r>
      <w:r>
        <w:t>they say that muslims are re discovered their pride in islam. to he was having that kind of mind.</w:t>
      </w:r>
    </w:p>
    <w:p>
      <w:pPr>
        <w:jc w:val="right"/>
      </w:pPr>
      <w:r>
        <w:t>دے سی دیٹ مسلمز ار ری ڈسکورڈ دیر پریڈ ان اسلام۔ تو ہی واز ہیونگ دیٹ کائنڈ اف مائنڈ۔</w:t>
      </w:r>
    </w:p>
    <w:p>
      <w:r>
        <w:rPr>
          <w:b/>
        </w:rPr>
        <w:t xml:space="preserve">[43:12] </w:t>
      </w:r>
      <w:r>
        <w:t>so i said that is not the work. is not the work.</w:t>
      </w:r>
    </w:p>
    <w:p>
      <w:pPr>
        <w:jc w:val="right"/>
      </w:pPr>
      <w:r>
        <w:t>سو ائی سیڈ دیٹ از ناٹ دا ورک۔ از ناٹ دا ورک۔</w:t>
      </w:r>
    </w:p>
    <w:p>
      <w:r>
        <w:rPr>
          <w:b/>
        </w:rPr>
        <w:t xml:space="preserve">[43:20] </w:t>
      </w:r>
      <w:r>
        <w:t>this gentleman living in, in, in europe, and he said that i am doing the work. and also he presented some pamphlet he had prepared.</w:t>
      </w:r>
    </w:p>
    <w:p>
      <w:pPr>
        <w:jc w:val="right"/>
      </w:pPr>
      <w:r>
        <w:t>دس جنٹلمین لیونگ ان، ان، ان یورپ، اینڈ ہی سیڈ دیٹ ائی ایم ڈوئنگ دا ورک۔ اینڈ السو ہی پریزنٹڈ سم پمفلیٹ ہی ہیڈ پریپیرڈ۔</w:t>
      </w:r>
    </w:p>
    <w:p>
      <w:r>
        <w:rPr>
          <w:b/>
        </w:rPr>
        <w:t xml:space="preserve">[43:32] </w:t>
      </w:r>
      <w:r>
        <w:t>so his writing and his speech both were in, in, in tone of pride.</w:t>
      </w:r>
    </w:p>
    <w:p>
      <w:pPr>
        <w:jc w:val="right"/>
      </w:pPr>
      <w:r>
        <w:t>سو ہز رائٹنگ اینڈ ہز سپیچ بوتھ ویر ان، ان، ان ٹون اف پریڈ۔</w:t>
      </w:r>
    </w:p>
    <w:p>
      <w:r>
        <w:rPr>
          <w:b/>
        </w:rPr>
        <w:t xml:space="preserve">[43:42] </w:t>
      </w:r>
      <w:r>
        <w:t>in every thing there was pride, sense of pride. so i said that</w:t>
      </w:r>
    </w:p>
    <w:p>
      <w:pPr>
        <w:jc w:val="right"/>
      </w:pPr>
      <w:r>
        <w:t>ان ایوری تھنگ دیر واز پریڈ، سینس اف پریڈ۔ سو ائی سیڈ دیٹ</w:t>
      </w:r>
    </w:p>
    <w:p>
      <w:r>
        <w:rPr>
          <w:b/>
        </w:rPr>
        <w:t xml:space="preserve">[43:50] </w:t>
      </w:r>
      <w:r>
        <w:t>da'wah had nothing to do with the muslim pride. i said that the, the</w:t>
      </w:r>
    </w:p>
    <w:p>
      <w:pPr>
        <w:jc w:val="right"/>
      </w:pPr>
      <w:r>
        <w:t>دعوی ہیڈ نتھنگ ٹو ڈو ود دا مسلم پریڈ۔ ائی سیڈ دیٹ دا، دا</w:t>
      </w:r>
    </w:p>
    <w:p>
      <w:r>
        <w:rPr>
          <w:b/>
        </w:rPr>
        <w:t xml:space="preserve">[44:04] </w:t>
      </w:r>
      <w:r>
        <w:t>there is a verse in the quran. 'ani lakum naseer'. prophet said to his, to his audience, to his madhu: "ani lakum naseer,</w:t>
      </w:r>
    </w:p>
    <w:p>
      <w:pPr>
        <w:jc w:val="right"/>
      </w:pPr>
      <w:r>
        <w:t>دیر از ا ورس ان دا قرآن۔ انی لکم ناصر۔ پرافٹ سیڈ ٹو ہز، ٹو ہز اڈینس، ٹو ہز مدھو: "انی لکم ناصر،</w:t>
      </w:r>
    </w:p>
    <w:p>
      <w:r>
        <w:rPr>
          <w:b/>
        </w:rPr>
        <w:t xml:space="preserve">[44:15] </w:t>
      </w:r>
      <w:r>
        <w:t>i am your well wisher. i am your well wisher." to the spirit of da'wah is well wishing towards others.</w:t>
      </w:r>
    </w:p>
    <w:p>
      <w:pPr>
        <w:jc w:val="right"/>
      </w:pPr>
      <w:r>
        <w:t>ائی ایم یور ویل وشر۔ ائی ایم یور ویل وشر۔" تو دا سپرٹ اف دعوی از ویل وشنگ ٹورڈز ادر۔</w:t>
      </w:r>
    </w:p>
    <w:p>
      <w:r>
        <w:rPr>
          <w:b/>
        </w:rPr>
        <w:t xml:space="preserve">[44:27] </w:t>
      </w:r>
      <w:r>
        <w:t>pride means that you are superior and others are inferior.</w:t>
      </w:r>
    </w:p>
    <w:p>
      <w:pPr>
        <w:jc w:val="right"/>
      </w:pPr>
      <w:r>
        <w:t>پریڈ مینز دیٹ یو ار سپیئر اینڈ ادر ار انفیریر۔</w:t>
      </w:r>
    </w:p>
    <w:p>
      <w:r>
        <w:rPr>
          <w:b/>
        </w:rPr>
        <w:t xml:space="preserve">[44:33] </w:t>
      </w:r>
      <w:r>
        <w:t>when you say that i am proud to be a muslim, when you say that i am proud to be a muslim, it means that i am superior and others are inferior.</w:t>
      </w:r>
    </w:p>
    <w:p>
      <w:pPr>
        <w:jc w:val="right"/>
      </w:pPr>
      <w:r>
        <w:t>وین یو سی دیٹ ائی ایم پراؤڈ ٹو بی ا مسلم، وین یو سی دیٹ ائی ایم پراؤڈ ٹو بی ا مسلم، اٹ مینز دیٹ ائی ایم سپیریر اینڈ ادر ار انفیریر۔</w:t>
      </w:r>
    </w:p>
    <w:p>
      <w:r>
        <w:rPr>
          <w:b/>
        </w:rPr>
        <w:t xml:space="preserve">[44:50] </w:t>
      </w:r>
      <w:r>
        <w:t>when you say that i am proud to be a muslim, it means that you are, you are saying that you are superior, superior and others are inferior.</w:t>
      </w:r>
    </w:p>
    <w:p>
      <w:pPr>
        <w:jc w:val="right"/>
      </w:pPr>
      <w:r>
        <w:t>وین یو سی دیٹ ائی ایم پراؤڈ ٹو بی ا مسلم، اٹ مینز دیٹ یو ار، یو ار سینگ دیٹ یو ار سپیئر، سپیریر اینڈ ادر ار انفیریر۔</w:t>
      </w:r>
    </w:p>
    <w:p>
      <w:r>
        <w:rPr>
          <w:b/>
        </w:rPr>
        <w:t xml:space="preserve">[45:05] </w:t>
      </w:r>
      <w:r>
        <w:t>this kind of thing is quite unislamic.</w:t>
      </w:r>
    </w:p>
    <w:p>
      <w:pPr>
        <w:jc w:val="right"/>
      </w:pPr>
      <w:r>
        <w:t>دس کائنڈ اف تھنک از کوائٹ ان اسلامک۔</w:t>
      </w:r>
    </w:p>
    <w:p>
      <w:r>
        <w:rPr>
          <w:b/>
        </w:rPr>
        <w:t xml:space="preserve">[45:09] </w:t>
      </w:r>
      <w:r>
        <w:t>this kind of thinking is quite unislamic.</w:t>
      </w:r>
    </w:p>
    <w:p>
      <w:pPr>
        <w:jc w:val="right"/>
      </w:pPr>
      <w:r>
        <w:t>دس کائنڈ اف تھنکنگ از کوائٹ ان اسلامک۔</w:t>
      </w:r>
    </w:p>
    <w:p>
      <w:r>
        <w:rPr>
          <w:b/>
        </w:rPr>
        <w:t xml:space="preserve">[45:16] </w:t>
      </w:r>
      <w:r>
        <w:t>and i said that you can't not do the work with this kind of mind.</w:t>
      </w:r>
    </w:p>
    <w:p>
      <w:pPr>
        <w:jc w:val="right"/>
      </w:pPr>
      <w:r>
        <w:t>اینڈ ائی سیڈ دیٹ یو کانٹ ناٹ ڈو دا ورک ود دس کائنڈ اف مائنڈ۔</w:t>
      </w:r>
    </w:p>
    <w:p>
      <w:r>
        <w:rPr>
          <w:b/>
        </w:rPr>
        <w:t xml:space="preserve">[45:25] </w:t>
      </w:r>
      <w:r>
        <w:t>you can't not do the work if you want to establish your pride. no, you have to be friendly</w:t>
      </w:r>
    </w:p>
    <w:p>
      <w:pPr>
        <w:jc w:val="right"/>
      </w:pPr>
      <w:r>
        <w:t>یو کانٹ ناٹ ڈو دا ورک اف یو وانٹ ٹو اسٹیبلش یور پریڈ۔ نو، یو ہیو ٹو بی فرینڈلی</w:t>
      </w:r>
    </w:p>
    <w:p>
      <w:r>
        <w:rPr>
          <w:b/>
        </w:rPr>
        <w:t xml:space="preserve">[45:37] </w:t>
      </w:r>
      <w:r>
        <w:t>. you have to be, you have to compassionate to others. you have to be well wisher to others.</w:t>
      </w:r>
    </w:p>
    <w:p>
      <w:pPr>
        <w:jc w:val="right"/>
      </w:pPr>
      <w:r>
        <w:t>۔ یو ہیو ٹو بی، یو ہیو ٹو کمپیشنٹ ٹو ادر۔ یو ہیو ٹو بی ویل وشر ٹو ادر۔</w:t>
      </w:r>
    </w:p>
    <w:p>
      <w:r>
        <w:rPr>
          <w:b/>
        </w:rPr>
        <w:t xml:space="preserve">[45:51] </w:t>
      </w:r>
      <w:r>
        <w:t>and you have to be modest. i said that one who discovers god, he becomes modest.</w:t>
      </w:r>
    </w:p>
    <w:p>
      <w:pPr>
        <w:jc w:val="right"/>
      </w:pPr>
      <w:r>
        <w:t>اینڈ یو ہیو ٹو بی ماڈسٹ۔ ائی سیڈ دیٹ ون ہو ڈسکورز گاڈ، ہی بیکم ماڈسٹ۔</w:t>
      </w:r>
    </w:p>
    <w:p>
      <w:r>
        <w:rPr>
          <w:b/>
        </w:rPr>
        <w:t xml:space="preserve">[46:02] </w:t>
      </w:r>
      <w:r>
        <w:t>discovery of god means discovery of your own helplessness</w:t>
      </w:r>
    </w:p>
    <w:p>
      <w:pPr>
        <w:jc w:val="right"/>
      </w:pPr>
      <w:r>
        <w:t>ڈسکوری اف گاڈ مینز ڈسکوری اف یور اون ہیلپلیسنس</w:t>
      </w:r>
    </w:p>
    <w:p>
      <w:r>
        <w:rPr>
          <w:b/>
        </w:rPr>
        <w:t xml:space="preserve">[46:09] </w:t>
      </w:r>
      <w:r>
        <w:t>. when you discover god, it means that you have discovered the greatness of god. at the same time, it means that you have discovered your helplessness, your ages.</w:t>
      </w:r>
    </w:p>
    <w:p>
      <w:pPr>
        <w:jc w:val="right"/>
      </w:pPr>
      <w:r>
        <w:t>۔ وین یو ڈسکور گاڈ، اٹ مینز دیٹ یو ہیو ڈسکورڈ دا گریٹنس اف گاڈ۔ ایٹ دا سیم ٹائم، اٹ مینز دیٹ یو ہیو ڈسکورڈ یور ہیلپلیسنس، یور ایجز۔</w:t>
      </w:r>
    </w:p>
    <w:p>
      <w:r>
        <w:rPr>
          <w:b/>
        </w:rPr>
        <w:t xml:space="preserve">[46:23] </w:t>
      </w:r>
      <w:r>
        <w:t>so the work means doing divine work. the work means divine work.</w:t>
      </w:r>
    </w:p>
    <w:p>
      <w:pPr>
        <w:jc w:val="right"/>
      </w:pPr>
      <w:r>
        <w:t>سو دا ورک مینز ڈوئنگ ڈیوائن ورک۔ دا ورک مینز ڈیوائن ورک۔</w:t>
      </w:r>
    </w:p>
    <w:p>
      <w:r>
        <w:rPr>
          <w:b/>
        </w:rPr>
        <w:t xml:space="preserve">[46:33] </w:t>
      </w:r>
      <w:r>
        <w:t>so the work begins from the discovery of god.</w:t>
      </w:r>
    </w:p>
    <w:p>
      <w:pPr>
        <w:jc w:val="right"/>
      </w:pPr>
      <w:r>
        <w:t>سو دا ورک بگنز فرام دا ڈسکوری اف گاڈ۔</w:t>
      </w:r>
    </w:p>
    <w:p>
      <w:r>
        <w:rPr>
          <w:b/>
        </w:rPr>
        <w:t xml:space="preserve">[46:40] </w:t>
      </w:r>
      <w:r>
        <w:t>the work begins from the discovery of god. when you discover god with all his greatness, with all his glory, then you want to strete this, this feeling, this knowledge.</w:t>
      </w:r>
    </w:p>
    <w:p>
      <w:pPr>
        <w:jc w:val="right"/>
      </w:pPr>
      <w:r>
        <w:t>دا ورک بگنز فرام دا ڈسکوری اف گاڈ۔ وین یو ڈسکور گاڈ ود ال ہز گریٹنس، ود ال ہز گلوری، دین یو وانٹ ٹو اسٹریٹ دس، دس فیلنگ، دس نالج۔</w:t>
      </w:r>
    </w:p>
    <w:p>
      <w:r>
        <w:rPr>
          <w:b/>
        </w:rPr>
        <w:t xml:space="preserve">[47:03] </w:t>
      </w:r>
      <w:r>
        <w:t>that is da'wah. so one who discovers the greatness of god, he at the same time, he discovers his ages, his helplessness.</w:t>
      </w:r>
    </w:p>
    <w:p>
      <w:pPr>
        <w:jc w:val="right"/>
      </w:pPr>
      <w:r>
        <w:t>دیٹ از دعوی۔ سو ون ہو ڈسکورز دا گریٹنس اف گاڈ، ہی ایٹ دا سیم ٹائم، ہی ڈسکورز ہز ایجز، ہز ہیلپلیسنس۔</w:t>
      </w:r>
    </w:p>
    <w:p>
      <w:r>
        <w:rPr>
          <w:b/>
        </w:rPr>
        <w:t xml:space="preserve">[47:18] </w:t>
      </w:r>
      <w:r>
        <w:t>so this is the true psychology of a da'i.</w:t>
      </w:r>
    </w:p>
    <w:p>
      <w:pPr>
        <w:jc w:val="right"/>
      </w:pPr>
      <w:r>
        <w:t>سو دس از دا ٹرو سائیکالوجی اف ا دائی۔</w:t>
      </w:r>
    </w:p>
    <w:p>
      <w:r>
        <w:rPr>
          <w:b/>
        </w:rPr>
        <w:t xml:space="preserve">[47:24] </w:t>
      </w:r>
      <w:r>
        <w:t>the psychology of da'i is modesty. the psychology of da'i is ages, ages.</w:t>
      </w:r>
    </w:p>
    <w:p>
      <w:pPr>
        <w:jc w:val="right"/>
      </w:pPr>
      <w:r>
        <w:t>دا سائیکالوجی اف دائی از ماڈسٹری۔ دا سائیکالوجی اف دائی از ایجز، ایجز۔</w:t>
      </w:r>
    </w:p>
    <w:p>
      <w:r>
        <w:rPr>
          <w:b/>
        </w:rPr>
        <w:t xml:space="preserve">[47:36] </w:t>
      </w:r>
      <w:r>
        <w:t>so the psychology of pride is quite against the psychology of da'i. to i said that if you are living in, in the sense of pride, you can't not do the work,</w:t>
      </w:r>
    </w:p>
    <w:p>
      <w:pPr>
        <w:jc w:val="right"/>
      </w:pPr>
      <w:r>
        <w:t>سو دا سائیکالوجی اف پریڈ از کوائٹ اگینسٹ دی سائیکالوجی اف دائی۔ تو ائی سیڈ دیٹ اف یو ار لیونگ ان، ان دا سینس اف پریڈ، یو کانٹ ناٹ ڈو دا ورک،</w:t>
      </w:r>
    </w:p>
    <w:p>
      <w:r>
        <w:rPr>
          <w:b/>
        </w:rPr>
        <w:t xml:space="preserve">[47:52] </w:t>
      </w:r>
      <w:r>
        <w:t>not at all.</w:t>
      </w:r>
    </w:p>
    <w:p>
      <w:pPr>
        <w:jc w:val="right"/>
      </w:pPr>
      <w:r>
        <w:t>ناٹ ایٹ ال۔</w:t>
      </w:r>
    </w:p>
    <w:p>
      <w:r>
        <w:rPr>
          <w:b/>
        </w:rPr>
        <w:t xml:space="preserve">[47:58] </w:t>
      </w:r>
      <w:r>
        <w:t>he said that. but there is the quran, there is a, there are verses in the quran that, that tell us that all the people are kafir.</w:t>
      </w:r>
    </w:p>
    <w:p>
      <w:pPr>
        <w:jc w:val="right"/>
      </w:pPr>
      <w:r>
        <w:t>ہی سیڈ دیٹ۔ بٹ دیر از دا قرآن، دیر از اے، دیر ار ورسز ان دا قرآن دیٹ، دیٹ ٹیل اس دیٹ ال دی پیپل ار کافر۔</w:t>
      </w:r>
    </w:p>
    <w:p>
      <w:r>
        <w:rPr>
          <w:b/>
        </w:rPr>
        <w:t xml:space="preserve">[48:11] </w:t>
      </w:r>
      <w:r>
        <w:t>to we are muslim, they are kafir. i said</w:t>
      </w:r>
    </w:p>
    <w:p>
      <w:pPr>
        <w:jc w:val="right"/>
      </w:pPr>
      <w:r>
        <w:t>تو وی ار مسلم، دے ار کافر۔ ائی سیڈ</w:t>
      </w:r>
    </w:p>
    <w:p>
      <w:r>
        <w:rPr>
          <w:b/>
        </w:rPr>
        <w:t xml:space="preserve">[48:15] </w:t>
      </w:r>
      <w:r>
        <w:t>again, you are doing wrong. the word kafir in quran is mentioned as mentioned by the, by God almighty.</w:t>
      </w:r>
    </w:p>
    <w:p>
      <w:pPr>
        <w:jc w:val="right"/>
      </w:pPr>
      <w:r>
        <w:t>اگین، یو ار ڈوئنگ رونگ۔ دا ورڈ کافر ان قرآن از مینشن ایز مینشن بائی دا، بائی گاڈ المائٹی۔</w:t>
      </w:r>
    </w:p>
    <w:p>
      <w:r>
        <w:rPr>
          <w:b/>
        </w:rPr>
        <w:t xml:space="preserve">[48:32] </w:t>
      </w:r>
      <w:r>
        <w:t>he said that there is a verse in the quran: "wallah la yuhibbul kuffareen, wallah la yuhibbul kuffareen." i said yes, it is there, but prophet never said ana la yuhibbul kuffareen.</w:t>
      </w:r>
    </w:p>
    <w:p>
      <w:pPr>
        <w:jc w:val="right"/>
      </w:pPr>
      <w:r>
        <w:t>ہی سیڈ دیٹ دیر از اے ورس ان دا قرآن: "واللہ لا یحب الکافرین، واللہ لا یحب الکافرین۔" ائی سیڈ یس، اٹ از دیر، بٹ پرافٹ نیور سیڈ انا لا یحب الکافرین۔</w:t>
      </w:r>
    </w:p>
    <w:p>
      <w:r>
        <w:rPr>
          <w:b/>
        </w:rPr>
        <w:t xml:space="preserve">[48:51] </w:t>
      </w:r>
      <w:r>
        <w:t>the verse is that god dont love the kafir, but there is, you cant not find such word in the quran, such verse in the quran or in hadith that ana la yuhibbul kuffareen.</w:t>
      </w:r>
    </w:p>
    <w:p>
      <w:pPr>
        <w:jc w:val="right"/>
      </w:pPr>
      <w:r>
        <w:t>دا ورس از دیٹ گاڈ ڈونٹ لو دی کافر، بٹ دیر از، یو کانٹ ناٹ فائنڈ سچ ورڈ ان دا قرآن، سچ ورس ان دا قرآن اور ان حدیث دیٹ انا لا یحب الکافرین۔</w:t>
      </w:r>
    </w:p>
    <w:p>
      <w:r>
        <w:rPr>
          <w:b/>
        </w:rPr>
        <w:t xml:space="preserve">[49:08] </w:t>
      </w:r>
      <w:r>
        <w:t>prophet never said</w:t>
      </w:r>
    </w:p>
    <w:p>
      <w:pPr>
        <w:jc w:val="right"/>
      </w:pPr>
      <w:r>
        <w:t>پرافٹ نیور سیڈ</w:t>
      </w:r>
    </w:p>
    <w:p>
      <w:r>
        <w:rPr>
          <w:b/>
        </w:rPr>
        <w:t xml:space="preserve">[49:10] </w:t>
      </w:r>
      <w:r>
        <w:t>that i dont love these kaffirs. no, according the quran, all are men, all are human being, all are insan.</w:t>
      </w:r>
    </w:p>
    <w:p>
      <w:pPr>
        <w:jc w:val="right"/>
      </w:pPr>
      <w:r>
        <w:t>دیٹ ائی ڈونٹ لو دیز کافرز۔ نو، اکارڈنگ دا قرآن، ال ار مین، ال ار ہیومن بینگ، ال ار انسان۔</w:t>
      </w:r>
    </w:p>
    <w:p>
      <w:r>
        <w:rPr>
          <w:b/>
        </w:rPr>
        <w:t xml:space="preserve">[49:22] </w:t>
      </w:r>
      <w:r>
        <w:t>jews are insan, hindus are insan, americans are insan, christians are insan,</w:t>
      </w:r>
    </w:p>
    <w:p>
      <w:pPr>
        <w:jc w:val="right"/>
      </w:pPr>
      <w:r>
        <w:t>جود ار انسان، ہندو ار انسان، امریکنز ار انسان، کرسچنز ار انسان،</w:t>
      </w:r>
    </w:p>
    <w:p>
      <w:r>
        <w:rPr>
          <w:b/>
        </w:rPr>
        <w:t xml:space="preserve">[49:29] </w:t>
      </w:r>
      <w:r>
        <w:t>all are insan.</w:t>
      </w:r>
    </w:p>
    <w:p>
      <w:pPr>
        <w:jc w:val="right"/>
      </w:pPr>
      <w:r>
        <w:t>ال ار انسان۔</w:t>
      </w:r>
    </w:p>
    <w:p>
      <w:r>
        <w:rPr>
          <w:b/>
        </w:rPr>
        <w:t xml:space="preserve">[49:33] </w:t>
      </w:r>
      <w:r>
        <w:t>to declare kafir is a prerogative of god</w:t>
      </w:r>
    </w:p>
    <w:p>
      <w:pPr>
        <w:jc w:val="right"/>
      </w:pPr>
      <w:r>
        <w:t>ٹو ڈیکلیئر کافر از اے پراگٹیو اف گاڈ</w:t>
      </w:r>
    </w:p>
    <w:p>
      <w:r>
        <w:rPr>
          <w:b/>
        </w:rPr>
        <w:t xml:space="preserve">[49:40] </w:t>
      </w:r>
      <w:r>
        <w:t>. i said that to declare a person that he is a kafir, it is a prerogative of god. no one other that god can declare that mr a or mr b is kafir.</w:t>
      </w:r>
    </w:p>
    <w:p>
      <w:pPr>
        <w:jc w:val="right"/>
      </w:pPr>
      <w:r>
        <w:t>۔ ائی سیڈ دیٹ ٹو ڈیکلیئر ا پرسن دیٹ ہی از اے کافر، اٹ از اے پراگٹیو اف گاڈ۔ نو ون ادر دیٹ گاڈ کین ڈیکلیئر دیٹ مسٹر اے اور مسٹر بی از کافر۔</w:t>
      </w:r>
    </w:p>
    <w:p>
      <w:r>
        <w:rPr>
          <w:b/>
        </w:rPr>
        <w:t xml:space="preserve">[49:55] </w:t>
      </w:r>
      <w:r>
        <w:t>is not the language of prophet or not language of companions.</w:t>
      </w:r>
    </w:p>
    <w:p>
      <w:pPr>
        <w:jc w:val="right"/>
      </w:pPr>
      <w:r>
        <w:t>از ناٹ دا لینگویج اف پرافٹ اور ناٹ لینگویج اف کمپینینٹس۔</w:t>
      </w:r>
    </w:p>
    <w:p>
      <w:r>
        <w:rPr>
          <w:b/>
        </w:rPr>
        <w:t xml:space="preserve">[50:01] </w:t>
      </w:r>
      <w:r>
        <w:t>then i said that there is well known saying of jesus christ: "love your enemy." love your enemy is a kalma of dai.</w:t>
      </w:r>
    </w:p>
    <w:p>
      <w:pPr>
        <w:jc w:val="right"/>
      </w:pPr>
      <w:r>
        <w:t>دین ائی سیڈ دیٹ دیر از ویل نون سینگ اف جیسس کرائسٹ: "لو یور اینمی۔" لو یور اینمی از ا کلمہ اف دائی۔</w:t>
      </w:r>
    </w:p>
    <w:p>
      <w:r>
        <w:rPr>
          <w:b/>
        </w:rPr>
        <w:t xml:space="preserve">[50:23] </w:t>
      </w:r>
      <w:r>
        <w:t>it means that dai says, it is, it is the ethics of dai. love your enemy is the ethics of dai, that the dai loves all including his enemy.</w:t>
      </w:r>
    </w:p>
    <w:p>
      <w:pPr>
        <w:jc w:val="right"/>
      </w:pPr>
      <w:r>
        <w:t>اٹ مینز دیٹ دائی سیز، اٹ از، اٹ از دا ایتھکس اف دائی۔ لو یور اینمی از دا ایتھکس اف دائی، دیٹ دا دائی لوز ال انکلوڈنگ ہز اینمی۔</w:t>
      </w:r>
    </w:p>
    <w:p>
      <w:r>
        <w:rPr>
          <w:b/>
        </w:rPr>
        <w:t xml:space="preserve">[50:40] </w:t>
      </w:r>
      <w:r>
        <w:t>dai is one who loves all including his enemy. love, love all, love your enemy means that dai loves all including his enemy.</w:t>
      </w:r>
    </w:p>
    <w:p>
      <w:pPr>
        <w:jc w:val="right"/>
      </w:pPr>
      <w:r>
        <w:t>دائی از ون ہو لوز ال انکلوڈنگ ہز اینمی۔ لو، لو ال، لو یور اینمی مینز دیٹ دائی لوز ال انکلوڈنگ ہز اینمی۔</w:t>
      </w:r>
    </w:p>
    <w:p>
      <w:r>
        <w:rPr>
          <w:b/>
        </w:rPr>
        <w:t xml:space="preserve">[50:58] </w:t>
      </w:r>
      <w:r>
        <w:t>i said this is also the, the teaching of islam.</w:t>
      </w:r>
    </w:p>
    <w:p>
      <w:pPr>
        <w:jc w:val="right"/>
      </w:pPr>
      <w:r>
        <w:t>ائی سیڈ دس از السو دا، دا ٹیچنگ اف اسلام۔</w:t>
      </w:r>
    </w:p>
    <w:p>
      <w:r>
        <w:rPr>
          <w:b/>
        </w:rPr>
        <w:t xml:space="preserve">[51:11] </w:t>
      </w:r>
      <w:r>
        <w:t>he said that there are so many enemy. so what to do? there are so many enemy of islam</w:t>
      </w:r>
    </w:p>
    <w:p>
      <w:pPr>
        <w:jc w:val="right"/>
      </w:pPr>
      <w:r>
        <w:t>ہی سیڈ دیٹ دیر ار سو مینی اینمی۔ سو واٹ ٹو ڈو؟ دیر ار سو مینی اینمی اف اسلام</w:t>
      </w:r>
    </w:p>
    <w:p>
      <w:r>
        <w:rPr>
          <w:b/>
        </w:rPr>
        <w:t xml:space="preserve">[51:23] </w:t>
      </w:r>
      <w:r>
        <w:t>. i said no, again, you are wrong. you have to see what quran says about enemy, about so called enemy.</w:t>
      </w:r>
    </w:p>
    <w:p>
      <w:pPr>
        <w:jc w:val="right"/>
      </w:pPr>
      <w:r>
        <w:t>۔ ائی سیڈ نو، اگین، یو ار رونگ۔ یو ہیو ٹو سی واٹ قرآن سیز اباؤٹ اینمی، اباؤٹ سو کالڈ اینمی۔</w:t>
      </w:r>
    </w:p>
    <w:p>
      <w:r>
        <w:rPr>
          <w:b/>
        </w:rPr>
        <w:t xml:space="preserve">[51:38] </w:t>
      </w:r>
      <w:r>
        <w:t>you have to see what quran says about the so called enemy. then i recited this verse: "la tastawil hasanatu wassayyi'ah,</w:t>
      </w:r>
    </w:p>
    <w:p>
      <w:pPr>
        <w:jc w:val="right"/>
      </w:pPr>
      <w:r>
        <w:t>یو ہیو ٹو سی واٹ قرآن سیز اباؤٹ دی سو کالڈ اینمی۔ دین ائی ریسائیٹڈ دس ورس: "لا تستوی الحسنۃ والسیہ،</w:t>
      </w:r>
    </w:p>
    <w:p>
      <w:r>
        <w:rPr>
          <w:b/>
        </w:rPr>
        <w:t xml:space="preserve">[51:56] </w:t>
      </w:r>
      <w:r>
        <w:t>hasanatun walay hamim."</w:t>
      </w:r>
    </w:p>
    <w:p>
      <w:pPr>
        <w:jc w:val="right"/>
      </w:pPr>
      <w:r>
        <w:t>حسن بینہ ولی حمیم۔"</w:t>
      </w:r>
    </w:p>
    <w:p>
      <w:r>
        <w:rPr>
          <w:b/>
        </w:rPr>
        <w:t xml:space="preserve">[52:03] </w:t>
      </w:r>
      <w:r>
        <w:t>so i said that according to this verse, according to this quranic verse, there no enemy.</w:t>
      </w:r>
    </w:p>
    <w:p>
      <w:pPr>
        <w:jc w:val="right"/>
      </w:pPr>
      <w:r>
        <w:t>سو ائی سیڈ دیٹ اکارڈنگ ٹو دس ورس، اکارڈنگ ٹو دس قرآنک ورس، دیر نو اینمی۔</w:t>
      </w:r>
    </w:p>
    <w:p>
      <w:r>
        <w:rPr>
          <w:b/>
        </w:rPr>
        <w:t xml:space="preserve">[52:18] </w:t>
      </w:r>
      <w:r>
        <w:t>enemy is your potential friend</w:t>
      </w:r>
    </w:p>
    <w:p>
      <w:pPr>
        <w:jc w:val="right"/>
      </w:pPr>
      <w:r>
        <w:t>اینمی از یور پوٹینشل فرینڈ</w:t>
      </w:r>
    </w:p>
    <w:p>
      <w:r>
        <w:rPr>
          <w:b/>
        </w:rPr>
        <w:t xml:space="preserve">[52:23] </w:t>
      </w:r>
      <w:r>
        <w:t>. every enemy is your potential friend. so you have to turn this potential into actual. bank walay hamim.</w:t>
      </w:r>
    </w:p>
    <w:p>
      <w:pPr>
        <w:jc w:val="right"/>
      </w:pPr>
      <w:r>
        <w:t>۔ ایوری اینمی از یور پوٹینشل فرینڈ۔ سو یو ہیو ٹو ٹرن دس پوٹینشل انٹو ایکچول۔ بینک ولیون حمیم۔</w:t>
      </w:r>
    </w:p>
    <w:p>
      <w:r>
        <w:rPr>
          <w:b/>
        </w:rPr>
        <w:t xml:space="preserve">[52:41] </w:t>
      </w:r>
      <w:r>
        <w:t>so according to the quran, you cant not declare that mr so or mr so is our enemy.</w:t>
      </w:r>
    </w:p>
    <w:p>
      <w:pPr>
        <w:jc w:val="right"/>
      </w:pPr>
      <w:r>
        <w:t>سو اکارڈنگ ٹو دا قرآن، یو کانٹ ناٹ ڈیکلیئر دیٹ مسٹر سو اور مسٹر سو از اور اینمی۔</w:t>
      </w:r>
    </w:p>
    <w:p>
      <w:r>
        <w:rPr>
          <w:b/>
        </w:rPr>
        <w:t xml:space="preserve">[52:50] </w:t>
      </w:r>
      <w:r>
        <w:t>no, not at all,</w:t>
      </w:r>
    </w:p>
    <w:p>
      <w:pPr>
        <w:jc w:val="right"/>
      </w:pPr>
      <w:r>
        <w:t>نو، ناٹ ایٹ ال،</w:t>
      </w:r>
    </w:p>
    <w:p>
      <w:r>
        <w:rPr>
          <w:b/>
        </w:rPr>
        <w:t xml:space="preserve">[52:52] </w:t>
      </w:r>
      <w:r>
        <w:t>because according to the quranic teachings, everyone is your, is your potential friend. every enemy is your potential friend.</w:t>
      </w:r>
    </w:p>
    <w:p>
      <w:pPr>
        <w:jc w:val="right"/>
      </w:pPr>
      <w:r>
        <w:t>بیکاز اکارڈنگ ٹو دا قرآنک ٹیچنگز، ایوری ون از یور، از یور پوٹینشل فرینڈ۔ ایوری اینمی از یور پوٹینشل فرینڈ۔</w:t>
      </w:r>
    </w:p>
    <w:p>
      <w:r>
        <w:rPr>
          <w:b/>
        </w:rPr>
        <w:t xml:space="preserve">[53:04] </w:t>
      </w:r>
      <w:r>
        <w:t>so you have to turn this potential into actual.</w:t>
      </w:r>
    </w:p>
    <w:p>
      <w:pPr>
        <w:jc w:val="right"/>
      </w:pPr>
      <w:r>
        <w:t>سو یو ہیو ٹو ٹرن دس پوٹینشل انٹو ایکچول۔</w:t>
      </w:r>
    </w:p>
    <w:p>
      <w:r>
        <w:rPr>
          <w:b/>
        </w:rPr>
        <w:t xml:space="preserve">[53:10] </w:t>
      </w:r>
      <w:r>
        <w:t>find out friend among, among your enemies.</w:t>
      </w:r>
    </w:p>
    <w:p>
      <w:pPr>
        <w:jc w:val="right"/>
      </w:pPr>
      <w:r>
        <w:t>فائنڈ اؤٹ فرینڈ امنگ، امنگ یور اینمیز۔</w:t>
      </w:r>
    </w:p>
    <w:p>
      <w:r>
        <w:rPr>
          <w:b/>
        </w:rPr>
        <w:t xml:space="preserve">[53:21] </w:t>
      </w:r>
      <w:r>
        <w:t>so people are confused, people are confused. what is the concept of da'wah?</w:t>
      </w:r>
    </w:p>
    <w:p>
      <w:pPr>
        <w:jc w:val="right"/>
      </w:pPr>
      <w:r>
        <w:t>سو پیپل ار کنفیوزڈ، پیپل ار کنفیوزڈ۔ واٹ از دا کانسیپٹ اف دعوی؟</w:t>
      </w:r>
    </w:p>
    <w:p>
      <w:r>
        <w:rPr>
          <w:b/>
        </w:rPr>
        <w:t xml:space="preserve">[53:34] </w:t>
      </w:r>
      <w:r>
        <w:t>da'wah</w:t>
      </w:r>
    </w:p>
    <w:p>
      <w:pPr>
        <w:jc w:val="right"/>
      </w:pPr>
      <w:r>
        <w:t>دعوی</w:t>
      </w:r>
    </w:p>
    <w:p>
      <w:r>
        <w:rPr>
          <w:b/>
        </w:rPr>
        <w:t xml:space="preserve">[53:38] </w:t>
      </w:r>
      <w:r>
        <w:t>is completely a divine work. is not a, it is not a, it is not.</w:t>
      </w:r>
    </w:p>
    <w:p>
      <w:pPr>
        <w:jc w:val="right"/>
      </w:pPr>
      <w:r>
        <w:t>از کمپلیٹلی ا ڈیوائن ورک۔ از ناٹ ا، اٹ از ناٹ ا، اٹ از ناٹ۔</w:t>
      </w:r>
    </w:p>
    <w:p>
      <w:r>
        <w:rPr>
          <w:b/>
        </w:rPr>
        <w:t xml:space="preserve">[53:51] </w:t>
      </w:r>
      <w:r>
        <w:t>you can't not.</w:t>
      </w:r>
    </w:p>
    <w:p>
      <w:pPr>
        <w:jc w:val="right"/>
      </w:pPr>
      <w:r>
        <w:t>یو کانٹ ناٹ۔</w:t>
      </w:r>
    </w:p>
    <w:p>
      <w:r>
        <w:rPr>
          <w:b/>
        </w:rPr>
        <w:t xml:space="preserve">[53:55] </w:t>
      </w:r>
      <w:r>
        <w:t>ah, it is completely any divine work</w:t>
      </w:r>
    </w:p>
    <w:p>
      <w:pPr>
        <w:jc w:val="right"/>
      </w:pPr>
      <w:r>
        <w:t>اہ، اٹ از کمپلیٹلی اینی ڈیوائن ورک</w:t>
      </w:r>
    </w:p>
    <w:p>
      <w:r>
        <w:rPr>
          <w:b/>
        </w:rPr>
        <w:t xml:space="preserve">[54:02] </w:t>
      </w:r>
      <w:r>
        <w:t>. no worldly interest is,</w:t>
      </w:r>
    </w:p>
    <w:p>
      <w:pPr>
        <w:jc w:val="right"/>
      </w:pPr>
      <w:r>
        <w:t>۔ نو ورلڈلی انٹرسٹ از،</w:t>
      </w:r>
    </w:p>
    <w:p>
      <w:r>
        <w:rPr>
          <w:b/>
        </w:rPr>
        <w:t xml:space="preserve">[54:10] </w:t>
      </w:r>
      <w:r>
        <w:t>it has no worldly interest. it is completely a divine work.</w:t>
      </w:r>
    </w:p>
    <w:p>
      <w:pPr>
        <w:jc w:val="right"/>
      </w:pPr>
      <w:r>
        <w:t>اٹ ہیز نو ورلڈلی انٹرسٹ۔ اٹ از کمپلیٹلی ا ڈیوائن ورک۔</w:t>
      </w:r>
    </w:p>
    <w:p>
      <w:r>
        <w:rPr>
          <w:b/>
        </w:rPr>
        <w:t xml:space="preserve">[54:19] </w:t>
      </w:r>
      <w:r>
        <w:t>so you have, if you, if you want to, if you want to do the work, if you want to do the work according to the Quranic teachings,</w:t>
      </w:r>
    </w:p>
    <w:p>
      <w:pPr>
        <w:jc w:val="right"/>
      </w:pPr>
      <w:r>
        <w:t>سو یو ہیو، اف یو، اف یو وانٹ ٹو، اف یو وانٹ ٹو ڈو دا ورک، اف یو وانٹ ٹو ڈو دا ورک اکارڈنگ ٹو دا قرآنک ٹیچنگز،</w:t>
      </w:r>
    </w:p>
    <w:p>
      <w:r>
        <w:rPr>
          <w:b/>
        </w:rPr>
        <w:t xml:space="preserve">[54:33] </w:t>
      </w:r>
      <w:r>
        <w:t>then you have to begin this from your, from your,</w:t>
      </w:r>
    </w:p>
    <w:p>
      <w:pPr>
        <w:jc w:val="right"/>
      </w:pPr>
      <w:r>
        <w:t>دین یو ہیو ٹو بگن دس فرام یور، فرام یور،</w:t>
      </w:r>
    </w:p>
    <w:p>
      <w:r>
        <w:rPr>
          <w:b/>
        </w:rPr>
        <w:t xml:space="preserve">[54:46] </w:t>
      </w:r>
      <w:r>
        <w:t>from your. first of all, you have to change your mind.</w:t>
      </w:r>
    </w:p>
    <w:p>
      <w:pPr>
        <w:jc w:val="right"/>
      </w:pPr>
      <w:r>
        <w:t>فرام یور۔ فرسٹ اف ال، یو ہیو ٹو چینج یور مائنڈ۔</w:t>
      </w:r>
    </w:p>
    <w:p>
      <w:r>
        <w:rPr>
          <w:b/>
        </w:rPr>
        <w:t xml:space="preserve">[54:54] </w:t>
      </w:r>
      <w:r>
        <w:t>i said that there are a hadith. there is, there is a hadith: "kal mauloodi yulad al-fitrah, ya wajdan, ya nasrani."</w:t>
      </w:r>
    </w:p>
    <w:p>
      <w:pPr>
        <w:jc w:val="right"/>
      </w:pPr>
      <w:r>
        <w:t>ائی سیڈ دیٹ دیر ار ا حدیث۔ دیر از، دیر از اے حدیث: "کل مولدی یولد الفطرہ، یا وجدان، یا نصرانی۔"</w:t>
      </w:r>
    </w:p>
    <w:p>
      <w:r>
        <w:rPr>
          <w:b/>
        </w:rPr>
        <w:t xml:space="preserve">[55:15] </w:t>
      </w:r>
      <w:r>
        <w:t>according to this hadith, everyone is condition, every person is condition person.</w:t>
      </w:r>
    </w:p>
    <w:p>
      <w:pPr>
        <w:jc w:val="right"/>
      </w:pPr>
      <w:r>
        <w:t>اکارڈنگ ٹو دس حدیث، ایوری ون از کنڈیشن، ایوری پرسن از کنڈیشن پرسن۔</w:t>
      </w:r>
    </w:p>
    <w:p>
      <w:r>
        <w:rPr>
          <w:b/>
        </w:rPr>
        <w:t xml:space="preserve">[55:26] </w:t>
      </w:r>
      <w:r>
        <w:t>so the work begins from deconditioning.</w:t>
      </w:r>
    </w:p>
    <w:p>
      <w:pPr>
        <w:jc w:val="right"/>
      </w:pPr>
      <w:r>
        <w:t>سو دا ورک بگنز فرام ڈی کنڈیشننگ۔</w:t>
      </w:r>
    </w:p>
    <w:p>
      <w:r>
        <w:rPr>
          <w:b/>
        </w:rPr>
        <w:t xml:space="preserve">[55:33] </w:t>
      </w:r>
      <w:r>
        <w:t>da'wah work begins from deconditioning. la ilaha illallah, la ilaha is deconditioning.</w:t>
      </w:r>
    </w:p>
    <w:p>
      <w:pPr>
        <w:jc w:val="right"/>
      </w:pPr>
      <w:r>
        <w:t>دعوی ورک بگنز فرام ڈی کنڈیشننگ۔ لا الہ الا اللہ، لا الہ از ڈی کنڈیشننگ۔</w:t>
      </w:r>
    </w:p>
    <w:p>
      <w:r>
        <w:rPr>
          <w:b/>
        </w:rPr>
        <w:t xml:space="preserve">[55:43] </w:t>
      </w:r>
      <w:r>
        <w:t>before deconditioning, there is no marifah, there is no discovery, no realization.</w:t>
      </w:r>
    </w:p>
    <w:p>
      <w:pPr>
        <w:jc w:val="right"/>
      </w:pPr>
      <w:r>
        <w:t>بیفور ڈی کنڈیشننگ، دیر از نو معرفہ، دیر از نو ڈسکوری، نو ریلائزیشن۔</w:t>
      </w:r>
    </w:p>
    <w:p>
      <w:r>
        <w:rPr>
          <w:b/>
        </w:rPr>
        <w:t xml:space="preserve">[55:55] </w:t>
      </w:r>
      <w:r>
        <w:t>so the work begins from deconditioning, from we engineering the mind of madhu.</w:t>
      </w:r>
    </w:p>
    <w:p>
      <w:pPr>
        <w:jc w:val="right"/>
      </w:pPr>
      <w:r>
        <w:t>سو دا ورک بگنز فرام ڈی کنڈیشننگ، فرام وی انجینئرنگ دا مائنڈ اف مدھو۔</w:t>
      </w:r>
    </w:p>
    <w:p>
      <w:r>
        <w:rPr>
          <w:b/>
        </w:rPr>
        <w:t xml:space="preserve">[56:08] </w:t>
      </w:r>
      <w:r>
        <w:t>without deconditioning, no one can understand your point of view.</w:t>
      </w:r>
    </w:p>
    <w:p>
      <w:pPr>
        <w:jc w:val="right"/>
      </w:pPr>
      <w:r>
        <w:t>وداؤٹ ڈی کنڈیشننگ، نو ون کین انڈرسٹینڈ یور پوائنٹ اف ویو۔</w:t>
      </w:r>
    </w:p>
    <w:p>
      <w:r>
        <w:rPr>
          <w:b/>
        </w:rPr>
        <w:t xml:space="preserve">[56:15] </w:t>
      </w:r>
      <w:r>
        <w:t>recently, three persons came to me from south</w:t>
      </w:r>
    </w:p>
    <w:p>
      <w:pPr>
        <w:jc w:val="right"/>
      </w:pPr>
      <w:r>
        <w:t>ریسنٹلی، تھری پرسنز کیم ٹو می فرام ساؤتھ</w:t>
      </w:r>
    </w:p>
    <w:p>
      <w:r>
        <w:rPr>
          <w:b/>
        </w:rPr>
        <w:t xml:space="preserve">[56:23] </w:t>
      </w:r>
      <w:r>
        <w:t>. they lived with me up to 10 days. they were condition, their mind were condition.</w:t>
      </w:r>
    </w:p>
    <w:p>
      <w:pPr>
        <w:jc w:val="right"/>
      </w:pPr>
      <w:r>
        <w:t>۔ دے لیوڈ ود می اپ ٹو 10 ڈیز۔ دے وار کنڈیشن، دیر مائنڈ وار کنڈیشن۔</w:t>
      </w:r>
    </w:p>
    <w:p>
      <w:r>
        <w:rPr>
          <w:b/>
        </w:rPr>
        <w:t xml:space="preserve">[56:32] </w:t>
      </w:r>
      <w:r>
        <w:t>up to 10 days, they admitted that now we know what is Islam. interventions to the world,</w:t>
      </w:r>
    </w:p>
    <w:p>
      <w:pPr>
        <w:jc w:val="right"/>
      </w:pPr>
      <w:r>
        <w:t>اپ ٹو 10 ڈیز، دے ایڈمیٹڈ دیٹ ناو وی نو واٹ از اسلام۔ انٹروشنز ٹو دا ورلڈ،</w:t>
      </w:r>
    </w:p>
    <w:p>
      <w:r>
        <w:rPr>
          <w:b/>
        </w:rPr>
        <w:t xml:space="preserve">[56:42] </w:t>
      </w:r>
      <w:r>
        <w:t>due to conditioning, we are unaware.</w:t>
      </w:r>
    </w:p>
    <w:p>
      <w:pPr>
        <w:jc w:val="right"/>
      </w:pPr>
      <w:r>
        <w:t>ڈیو ٹو کنڈیشننگ، وی ار ان اویئر۔</w:t>
      </w:r>
    </w:p>
    <w:p>
      <w:r>
        <w:rPr>
          <w:b/>
        </w:rPr>
        <w:t xml:space="preserve">[56:48] </w:t>
      </w:r>
      <w:r>
        <w:t>they admitted that without deconditioning, no one can understand Islam, and also no one can do the work.</w:t>
      </w:r>
    </w:p>
    <w:p>
      <w:pPr>
        <w:jc w:val="right"/>
      </w:pPr>
      <w:r>
        <w:t>دے ایڈمیٹڈ دیٹ وداؤٹ ڈی کنڈیشننگ، نو ون کین انڈرسٹینڈ اسلام، اینڈ السو نو ون کین ڈو دا ورک۔</w:t>
      </w:r>
    </w:p>
    <w:p>
      <w:r>
        <w:rPr>
          <w:b/>
        </w:rPr>
        <w:t xml:space="preserve">[57:03] </w:t>
      </w:r>
      <w:r>
        <w:t>so da'wah is a great blessing from God.</w:t>
      </w:r>
    </w:p>
    <w:p>
      <w:pPr>
        <w:jc w:val="right"/>
      </w:pPr>
      <w:r>
        <w:t>سو دعوی از ا گریٹ بلیسنگ فرام گاڈ۔</w:t>
      </w:r>
    </w:p>
    <w:p>
      <w:r>
        <w:rPr>
          <w:b/>
        </w:rPr>
        <w:t xml:space="preserve">[57:07] </w:t>
      </w:r>
      <w:r>
        <w:t>is, is a, it is a rewardable. it has great reward, great reward.</w:t>
      </w:r>
    </w:p>
    <w:p>
      <w:pPr>
        <w:jc w:val="right"/>
      </w:pPr>
      <w:r>
        <w:t>از، از ا، اٹ از ا ریوارڈیبل۔ اٹ ہیز گریٹ ریوارڈ، گریٹ ریوارڈ۔</w:t>
      </w:r>
    </w:p>
    <w:p>
      <w:r>
        <w:rPr>
          <w:b/>
        </w:rPr>
        <w:t xml:space="preserve">[57:19] </w:t>
      </w:r>
      <w:r>
        <w:t>so if you want to receive that great reward from God, you have to, you have to inculcate all those qualities, like deconditioning your mind, like keeping patience, like tolerance, like love,</w:t>
      </w:r>
    </w:p>
    <w:p>
      <w:pPr>
        <w:jc w:val="right"/>
      </w:pPr>
      <w:r>
        <w:t>سو اف یو وانٹ ٹو ریسیو دیٹ گریٹ ریوارڈ فرام گاڈ، یو ہیو ٹو، یو ہیو ٹو انکلکیٹ ال دوز کوالٹیز، لائک ڈی کنڈیشننگ یور مائنڈ، لائک کیپنگ پیشنس، لائک ٹولرنس، لائک لو،</w:t>
      </w:r>
    </w:p>
    <w:p>
      <w:r>
        <w:rPr>
          <w:b/>
        </w:rPr>
        <w:t xml:space="preserve">[57:48] </w:t>
      </w:r>
      <w:r>
        <w:t>like compassion, like friendly behavior. All these things are necessary requirement of the work.</w:t>
      </w:r>
    </w:p>
    <w:p>
      <w:pPr>
        <w:jc w:val="right"/>
      </w:pPr>
      <w:r>
        <w:t>لائک کمپیشن، لائک فرینڈلی بیہیویئر۔ ال دیز تھنگز ار نیسیسری ریکوائرمنٹ اف دا ورک۔</w:t>
      </w:r>
    </w:p>
    <w:p>
      <w:r>
        <w:rPr>
          <w:b/>
        </w:rPr>
        <w:t xml:space="preserve">[58:05] </w:t>
      </w:r>
      <w:r>
        <w:t>So we are fortunate enough that we are living in an age where the condition is quite favorable to us.</w:t>
      </w:r>
    </w:p>
    <w:p>
      <w:pPr>
        <w:jc w:val="right"/>
      </w:pPr>
      <w:r>
        <w:t>سو وی ار فارچونیٹ انف دیٹ وی ار لیونگ ان این ایج ویر دا کنڈیشن از کوائٹ فیوریبل ٹو اس۔</w:t>
      </w:r>
    </w:p>
    <w:p>
      <w:r>
        <w:rPr>
          <w:b/>
        </w:rPr>
        <w:t xml:space="preserve">[58:18] </w:t>
      </w:r>
      <w:r>
        <w:t>So if we refrain ourselves from indulging in violence, then everything is, then all the doors are open.</w:t>
      </w:r>
    </w:p>
    <w:p>
      <w:pPr>
        <w:jc w:val="right"/>
      </w:pPr>
      <w:r>
        <w:t>سو اف وی ریفریڈ اور سیلف فرام انڈلجنگ ان وائلنس، دین ایوری تھنگ از، دین ال دا ڈورز ار اوپن۔</w:t>
      </w:r>
    </w:p>
    <w:p>
      <w:r>
        <w:rPr>
          <w:b/>
        </w:rPr>
        <w:t xml:space="preserve">[58:32] </w:t>
      </w:r>
      <w:r>
        <w:t>We can do, we can do the work in India, we can do the work in Asia, we can do the work in Africa, we can do the work in Europe, we can do the work in America.</w:t>
      </w:r>
    </w:p>
    <w:p>
      <w:pPr>
        <w:jc w:val="right"/>
      </w:pPr>
      <w:r>
        <w:t>وی کین ڈو، وی کین ڈو دا ورک ان انڈیا، وی کین ڈو دا ورک ان ایشیا، وی کین ڈو دا ورک ان افریقہ، وی کین ڈو دا ورک ان یورپ، وی کین ڈو دا ورک ان امریکہ۔</w:t>
      </w:r>
    </w:p>
    <w:p>
      <w:r>
        <w:rPr>
          <w:b/>
        </w:rPr>
        <w:t xml:space="preserve">[58:44] </w:t>
      </w:r>
      <w:r>
        <w:t>The whole world is our, with the only condition that we, we refrain ourselves from indulging in violence.</w:t>
      </w:r>
    </w:p>
    <w:p>
      <w:pPr>
        <w:jc w:val="right"/>
      </w:pPr>
      <w:r>
        <w:t>دا ہول ورلڈ از اور، ود دی اونلی کنڈیشن دیٹ وی، وی ریفر اور سیلف فرام انڈلجنگ ان وائلنس۔</w:t>
      </w:r>
    </w:p>
    <w:p>
      <w:r>
        <w:rPr>
          <w:b/>
        </w:rPr>
        <w:t xml:space="preserve">[58:55] </w:t>
      </w:r>
      <w:r>
        <w:t>Violence is the only taboo in our present age.</w:t>
      </w:r>
    </w:p>
    <w:p>
      <w:pPr>
        <w:jc w:val="right"/>
      </w:pPr>
      <w:r>
        <w:t>وائلنس از دا اونلی ٹیبو ان اور پریزنٹ ایج۔</w:t>
      </w:r>
    </w:p>
    <w:p>
      <w:r>
        <w:rPr>
          <w:b/>
        </w:rPr>
        <w:t xml:space="preserve">[59:02] </w:t>
      </w:r>
      <w:r>
        <w:t>Violence is the only taboo, only haram in, in our present age. All the doors are open. So we have no, we can't not any go to complain.</w:t>
      </w:r>
    </w:p>
    <w:p>
      <w:pPr>
        <w:jc w:val="right"/>
      </w:pPr>
      <w:r>
        <w:t>وائلنس از دا اونلی ٹیبو، اونلی حرام ان، ان اور پریزنٹ ایج۔ ال دا ڈورز ار اوپن۔ سو وی ہیو نو، وی کانٹ ناٹ اینی گو ٹو کمپلین۔</w:t>
      </w:r>
    </w:p>
    <w:p>
      <w:r>
        <w:rPr>
          <w:b/>
        </w:rPr>
        <w:t xml:space="preserve">[59:19] </w:t>
      </w:r>
      <w:r>
        <w:t>Why complain? Why come</w:t>
      </w:r>
    </w:p>
    <w:p>
      <w:pPr>
        <w:jc w:val="right"/>
      </w:pPr>
      <w:r>
        <w:t>وائی کمپلین؟ وائی کم</w:t>
      </w:r>
    </w:p>
    <w:p>
      <w:r>
        <w:rPr>
          <w:b/>
        </w:rPr>
        <w:t xml:space="preserve">[59:22] </w:t>
      </w:r>
      <w:r>
        <w:t>plain? When opportunities are open, when all opportunities are open, then why complain? Why protest?</w:t>
      </w:r>
    </w:p>
    <w:p>
      <w:pPr>
        <w:jc w:val="right"/>
      </w:pPr>
      <w:r>
        <w:t>پلین؟ وین اپرچونیٹیز ار اوپن، وین ال اپرچونیٹیز ار اوپن، دین وائی کمپلین؟ وائی پروٹیسٹ؟</w:t>
      </w:r>
    </w:p>
    <w:p>
      <w:r>
        <w:rPr>
          <w:b/>
        </w:rPr>
        <w:t xml:space="preserve">[59:35] </w:t>
      </w:r>
      <w:r>
        <w:t>This is my study, this is my experience, which I wanted to share with you,</w:t>
      </w:r>
    </w:p>
    <w:p>
      <w:pPr>
        <w:jc w:val="right"/>
      </w:pPr>
      <w:r>
        <w:t>دس از مائی اسٹڈی، دس از مائی ایکسپیرینس، وچ ائی وانٹڈ ٹو شیئر ود یو،</w:t>
      </w:r>
    </w:p>
    <w:p>
      <w:r>
        <w:rPr>
          <w:b/>
        </w:rPr>
        <w:t xml:space="preserve">[59:47] </w:t>
      </w:r>
      <w:r>
        <w:t>and I think that</w:t>
      </w:r>
    </w:p>
    <w:p>
      <w:pPr>
        <w:jc w:val="right"/>
      </w:pPr>
      <w:r>
        <w:t>اینڈ ائی تھنک دیٹ</w:t>
      </w:r>
    </w:p>
    <w:p>
      <w:r>
        <w:rPr>
          <w:b/>
        </w:rPr>
        <w:t xml:space="preserve">[59:52] </w:t>
      </w:r>
      <w:r>
        <w:t>it, it will, it will give you</w:t>
      </w:r>
    </w:p>
    <w:p>
      <w:pPr>
        <w:jc w:val="right"/>
      </w:pPr>
      <w:r>
        <w:t>اٹ، اٹ ول، اٹ ول گیو یو</w:t>
      </w:r>
    </w:p>
    <w:p>
      <w:r>
        <w:rPr>
          <w:b/>
        </w:rPr>
        <w:t xml:space="preserve">[59:59] </w:t>
      </w:r>
      <w:r>
        <w:t>some matters that you can ponder over, that you can understand the position of dawah, position of dawah in Islam, and also in our present age.</w:t>
      </w:r>
    </w:p>
    <w:p>
      <w:pPr>
        <w:jc w:val="right"/>
      </w:pPr>
      <w:r>
        <w:t>سم میٹرز دیٹ یو کین وانڈر اوور، دیٹ یو کین انڈرسٹینڈ دا پوزیشن اف دعوی، پوزیشن اف دعوی ان اسلام، اینڈ السو ان اور پریزنٹ ایج۔</w:t>
      </w:r>
    </w:p>
    <w:p>
      <w:r>
        <w:rPr>
          <w:b/>
        </w:rPr>
        <w:t xml:space="preserve">[1:00:17] </w:t>
      </w:r>
      <w:r>
        <w:t>So may God bless you, and I would request you to re plan your life.</w:t>
      </w:r>
    </w:p>
    <w:p>
      <w:pPr>
        <w:jc w:val="right"/>
      </w:pPr>
      <w:r>
        <w:t>سو می گاڈ بلیس یو، اینڈ ائی وڈ ریکویسٹ یو ٹو ری پلان یور لائف۔</w:t>
      </w:r>
    </w:p>
    <w:p>
      <w:r>
        <w:rPr>
          <w:b/>
        </w:rPr>
        <w:t xml:space="preserve">[1:00:31] </w:t>
      </w:r>
      <w:r>
        <w:t>Akuulu qawli wa astaghfirullah</w:t>
      </w:r>
    </w:p>
    <w:p>
      <w:pPr>
        <w:jc w:val="right"/>
      </w:pPr>
      <w:r>
        <w:t>اقول قولی واستغفراللہ</w:t>
      </w:r>
    </w:p>
    <w:p>
      <w:r>
        <w:rPr>
          <w:b/>
        </w:rPr>
        <w:t xml:space="preserve">[1:00:34] </w:t>
      </w:r>
      <w:r>
        <w:t>.</w:t>
      </w:r>
    </w:p>
    <w:p>
      <w:pPr>
        <w:jc w:val="right"/>
      </w:pPr>
      <w:r>
        <w:t>۔</w:t>
      </w:r>
    </w:p>
    <w:p>
      <w:r>
        <w:rPr>
          <w:b/>
        </w:rPr>
        <w:t xml:space="preserve">[1:00:48] </w:t>
      </w:r>
      <w:r>
        <w:t>Question is from Mr. Suresh from Singapore. Maulana, what is the true way to do taubah?</w:t>
      </w:r>
    </w:p>
    <w:p>
      <w:pPr>
        <w:jc w:val="right"/>
      </w:pPr>
      <w:r>
        <w:t>کوسچن از فرام مسٹر سلیش فرام سنگاپور۔ مولانا، واٹ از دا ٹرو وے ٹو ڈو توبہ؟</w:t>
      </w:r>
    </w:p>
    <w:p>
      <w:r>
        <w:rPr>
          <w:b/>
        </w:rPr>
        <w:t xml:space="preserve">[1:00:57] </w:t>
      </w:r>
      <w:r>
        <w:t>What are the principles around taubah?</w:t>
      </w:r>
    </w:p>
    <w:p>
      <w:pPr>
        <w:jc w:val="right"/>
      </w:pPr>
      <w:r>
        <w:t>واٹ ار دا پرنسپلز اراؤنڈ توبہ؟</w:t>
      </w:r>
    </w:p>
    <w:p>
      <w:r>
        <w:rPr>
          <w:b/>
        </w:rPr>
        <w:t xml:space="preserve">[1:01:01] </w:t>
      </w:r>
      <w:r>
        <w:t>Kindly comment. There is a hadith: "At taubatu nadam".</w:t>
      </w:r>
    </w:p>
    <w:p>
      <w:pPr>
        <w:jc w:val="right"/>
      </w:pPr>
      <w:r>
        <w:t>کائنڈلی کمنٹ۔ دیر از اے حدیث: "التوبہ الندم"۔</w:t>
      </w:r>
    </w:p>
    <w:p>
      <w:r>
        <w:rPr>
          <w:b/>
        </w:rPr>
        <w:t xml:space="preserve">[1:01:12] </w:t>
      </w:r>
      <w:r>
        <w:t>This gives the definition of taubah. At taubatu nadam means taubah is repentance.</w:t>
      </w:r>
    </w:p>
    <w:p>
      <w:pPr>
        <w:jc w:val="right"/>
      </w:pPr>
      <w:r>
        <w:t>دس گیو دا ڈیفینیشن اف توبہ۔ التوبہ الندم مینز توبہ از ریپینٹنس۔</w:t>
      </w:r>
    </w:p>
    <w:p>
      <w:r>
        <w:rPr>
          <w:b/>
        </w:rPr>
        <w:t xml:space="preserve">[1:01:24] </w:t>
      </w:r>
      <w:r>
        <w:t>The literal translation of this hadith is: "Taubah is repentance".</w:t>
      </w:r>
    </w:p>
    <w:p>
      <w:pPr>
        <w:jc w:val="right"/>
      </w:pPr>
      <w:r>
        <w:t>دا لٹرل ٹرانسلیشن اف دس حدیث از: "توبہ از ریپینٹنس"۔</w:t>
      </w:r>
    </w:p>
    <w:p>
      <w:r>
        <w:rPr>
          <w:b/>
        </w:rPr>
        <w:t xml:space="preserve">[1:01:32] </w:t>
      </w:r>
      <w:r>
        <w:t>So one who commits some wrong or some sin, the door of taubah is open, because there is a verse in the Quran that God will forgive any kind of wrong, any kind of sin after taubah, provided his taubah is true taubah.</w:t>
      </w:r>
    </w:p>
    <w:p>
      <w:pPr>
        <w:jc w:val="right"/>
      </w:pPr>
      <w:r>
        <w:t>سو ون ہو کمٹس سم رونگ اور سم سن، دا ڈور اف توبہ از اوپن، بیکاز دیر از اے ورس ان دا قرآن دیٹ گاڈ ول فارگیو اینی کائنڈ اف رونگ، اینی کائنڈ اف سن افٹر توبہ، پرووائیڈڈ ہز توبہ از ٹرو توبہ۔</w:t>
      </w:r>
    </w:p>
    <w:p>
      <w:r>
        <w:rPr>
          <w:b/>
        </w:rPr>
        <w:t xml:space="preserve">[1:02:01] </w:t>
      </w:r>
      <w:r>
        <w:t>True taubah, taubatan nasuha. So true taubah means deep repentance, repentance by heart.</w:t>
      </w:r>
    </w:p>
    <w:p>
      <w:pPr>
        <w:jc w:val="right"/>
      </w:pPr>
      <w:r>
        <w:t>ٹرو توبہ، توبۃ النسوحہ۔ سو ٹرو توبہ مینز ڈیپ ریپینٹنس، ریپینٹنس بائی ہارٹ۔</w:t>
      </w:r>
    </w:p>
    <w:p>
      <w:r>
        <w:rPr>
          <w:b/>
        </w:rPr>
        <w:t xml:space="preserve">[1:02:12] </w:t>
      </w:r>
      <w:r>
        <w:t>You know, dependence is a very powerful feeling. Repentance, a true repentance is a very very powerful feeling.</w:t>
      </w:r>
    </w:p>
    <w:p>
      <w:pPr>
        <w:jc w:val="right"/>
      </w:pPr>
      <w:r>
        <w:t>یو نو، ڈیپینڈنس از ویری پاورفل فیلنگ۔ ریپینٹنس، ا ٹرو ریپینٹنس از ا ویری ویری پاورفل فیلنگ۔</w:t>
      </w:r>
    </w:p>
    <w:p>
      <w:r>
        <w:rPr>
          <w:b/>
        </w:rPr>
        <w:t xml:space="preserve">[1:02:27] </w:t>
      </w:r>
      <w:r>
        <w:t>One who fell into repentance</w:t>
      </w:r>
    </w:p>
    <w:p>
      <w:pPr>
        <w:jc w:val="right"/>
      </w:pPr>
      <w:r>
        <w:t>ون ہو فیل انٹو ریپینٹنس</w:t>
      </w:r>
    </w:p>
    <w:p>
      <w:r>
        <w:rPr>
          <w:b/>
        </w:rPr>
        <w:t xml:space="preserve">[1:02:29] </w:t>
      </w:r>
      <w:r>
        <w:t>so repentance will reverse your personality.</w:t>
      </w:r>
    </w:p>
    <w:p>
      <w:pPr>
        <w:jc w:val="right"/>
      </w:pPr>
      <w:r>
        <w:t>۔ سو ریپینٹنس ول ریورسائز یور پرسنیلٹی۔</w:t>
      </w:r>
    </w:p>
    <w:p>
      <w:r>
        <w:rPr>
          <w:b/>
        </w:rPr>
        <w:t xml:space="preserve">[1:02:38] </w:t>
      </w:r>
      <w:r>
        <w:t>if, if you feel dependent, then this will reverse your personality, the whole personality.</w:t>
      </w:r>
    </w:p>
    <w:p>
      <w:pPr>
        <w:jc w:val="right"/>
      </w:pPr>
      <w:r>
        <w:t>اف، اف یو فیل ڈیپینڈنٹ، دین دس ول ریورسائز یور پرسنیلٹی، دا ہول پرسنیلٹی۔</w:t>
      </w:r>
    </w:p>
    <w:p>
      <w:r>
        <w:rPr>
          <w:b/>
        </w:rPr>
        <w:t xml:space="preserve">[1:02:54] </w:t>
      </w:r>
      <w:r>
        <w:t>so tauba means to confess that you were wrong, to confess that you were wrong, then determine that you are not going to repeat this act again.</w:t>
      </w:r>
    </w:p>
    <w:p>
      <w:pPr>
        <w:jc w:val="right"/>
      </w:pPr>
      <w:r>
        <w:t>سو توبہ مینز ٹو کانفیس دیٹ یو ویر رونگ، ٹو کانفیس دیٹ یو ویر رونگ، دین ڈیٹرمن دیٹ یو ار ناٹ گوئنگ ٹو ریپیٹ دس ایکٹ اگین۔</w:t>
      </w:r>
    </w:p>
    <w:p>
      <w:r>
        <w:rPr>
          <w:b/>
        </w:rPr>
        <w:t xml:space="preserve">[1:03:15] </w:t>
      </w:r>
      <w:r>
        <w:t>and then, if your sin was pertaining to some person, so you have to ask forgiveness for that person also.</w:t>
      </w:r>
    </w:p>
    <w:p>
      <w:pPr>
        <w:jc w:val="right"/>
      </w:pPr>
      <w:r>
        <w:t>اینڈ دین، اف یور سن واز پٹرنگ ٹو سم پرسن، سو یو ہیو ٹو اسک فارگونس فار دیٹ پرسن السو۔</w:t>
      </w:r>
    </w:p>
    <w:p>
      <w:r>
        <w:rPr>
          <w:b/>
        </w:rPr>
        <w:t xml:space="preserve">[1:03:29] </w:t>
      </w:r>
      <w:r>
        <w:t>so these are three conditions</w:t>
      </w:r>
    </w:p>
    <w:p>
      <w:pPr>
        <w:jc w:val="right"/>
      </w:pPr>
      <w:r>
        <w:t>سو دس ار تھری کنڈیشنز</w:t>
      </w:r>
    </w:p>
    <w:p>
      <w:r>
        <w:rPr>
          <w:b/>
        </w:rPr>
        <w:t xml:space="preserve">[1:03:33] </w:t>
      </w:r>
      <w:r>
        <w:t>of tauba.</w:t>
      </w:r>
    </w:p>
    <w:p>
      <w:pPr>
        <w:jc w:val="right"/>
      </w:pPr>
      <w:r>
        <w:t>اف توبہ۔</w:t>
      </w:r>
    </w:p>
    <w:p>
      <w:r>
        <w:rPr>
          <w:b/>
        </w:rPr>
        <w:t xml:space="preserve">[1:03:39] </w:t>
      </w:r>
      <w:r>
        <w:t>to</w:t>
      </w:r>
    </w:p>
    <w:p>
      <w:pPr>
        <w:jc w:val="right"/>
      </w:pPr>
      <w:r>
        <w:t>ٹو</w:t>
      </w:r>
    </w:p>
    <w:p>
      <w:r>
        <w:rPr>
          <w:b/>
        </w:rPr>
        <w:t xml:space="preserve">[1:03:41] </w:t>
      </w:r>
      <w:r>
        <w:t>these are three conditions of tauba.</w:t>
      </w:r>
    </w:p>
    <w:p>
      <w:pPr>
        <w:jc w:val="right"/>
      </w:pPr>
      <w:r>
        <w:t>دس ار تھری کنڈیشنز اف توبہ۔</w:t>
      </w:r>
    </w:p>
    <w:p>
      <w:r>
        <w:rPr>
          <w:b/>
        </w:rPr>
        <w:t xml:space="preserve">[1:03:49] </w:t>
      </w:r>
      <w:r>
        <w:t>this question is from Mr. Munjib Akbar from Chennai. Your lectures are very good, Maulana sahib.</w:t>
      </w:r>
    </w:p>
    <w:p>
      <w:pPr>
        <w:jc w:val="right"/>
      </w:pPr>
      <w:r>
        <w:t>دس کوسچن از فرام مسٹر منتجیب اکبر فرام چنئی۔ یور لیکچرز ار ویری گڈ، مولانا صاحب۔</w:t>
      </w:r>
    </w:p>
    <w:p>
      <w:r>
        <w:rPr>
          <w:b/>
        </w:rPr>
        <w:t xml:space="preserve">[1:04:00] </w:t>
      </w:r>
      <w:r>
        <w:t>the question that I have is: "in China, I have heard there is a lot of restrictions on the people to follow their religion.</w:t>
      </w:r>
    </w:p>
    <w:p>
      <w:pPr>
        <w:jc w:val="right"/>
      </w:pPr>
      <w:r>
        <w:t>دا کوسچن دیٹ ائی ہیو از: "ان چائنہ، ائی ہیو ہرڈ دیر از لاٹ اف ریسٹرکشنز ان دا پیپل ٹو فالو دیر ریلیجن۔</w:t>
      </w:r>
    </w:p>
    <w:p>
      <w:r>
        <w:rPr>
          <w:b/>
        </w:rPr>
        <w:t xml:space="preserve">[1:04:10] </w:t>
      </w:r>
      <w:r>
        <w:t>Muslims have some restrictions to preach also. Is this true? If so, what is the solution to the</w:t>
      </w:r>
    </w:p>
    <w:p>
      <w:pPr>
        <w:jc w:val="right"/>
      </w:pPr>
      <w:r>
        <w:t>مسلمز ہیو سم ریسٹرکشنز ٹو پریچ السو۔ از دس ٹرو؟ اف سو، واٹ از دا سولیوشن ٹو د</w:t>
      </w:r>
    </w:p>
    <w:p>
      <w:r>
        <w:rPr>
          <w:b/>
        </w:rPr>
        <w:t xml:space="preserve">[1:04:18] </w:t>
      </w:r>
      <w:r>
        <w:t>so problem?"</w:t>
      </w:r>
    </w:p>
    <w:p>
      <w:pPr>
        <w:jc w:val="right"/>
      </w:pPr>
      <w:r>
        <w:t>س پرابلم؟"</w:t>
      </w:r>
    </w:p>
    <w:p>
      <w:r>
        <w:rPr>
          <w:b/>
        </w:rPr>
        <w:t xml:space="preserve">[1:04:22] </w:t>
      </w:r>
      <w:r>
        <w:t>according to my knowledge, Muslims have committed a great mistake in China, and now they are paying the price.</w:t>
      </w:r>
    </w:p>
    <w:p>
      <w:pPr>
        <w:jc w:val="right"/>
      </w:pPr>
      <w:r>
        <w:t>اکارڈنگ ٹو مائی نالج، مسلمز ہیو کمٹڈ ا گریٹ مسٹیک ان چائنہ، اینڈ ناو دے ار پینگ دا پرائس۔</w:t>
      </w:r>
    </w:p>
    <w:p>
      <w:r>
        <w:rPr>
          <w:b/>
        </w:rPr>
        <w:t xml:space="preserve">[1:04:33] </w:t>
      </w:r>
      <w:r>
        <w:t>these restrictions are nothing but price of their own own mistake. What was that mistake?</w:t>
      </w:r>
    </w:p>
    <w:p>
      <w:pPr>
        <w:jc w:val="right"/>
      </w:pPr>
      <w:r>
        <w:t>دیز ریسٹرکشنز ار نتھنگ بٹ پرائس اف دیر اون اون مسٹیک۔ واٹ واز دیٹ مسٹیک؟</w:t>
      </w:r>
    </w:p>
    <w:p>
      <w:r>
        <w:rPr>
          <w:b/>
        </w:rPr>
        <w:t xml:space="preserve">[1:04:45] </w:t>
      </w:r>
      <w:r>
        <w:t>there is a region Xinjiang is a part of China. Xinjiang is a part of China, like Kashmir.</w:t>
      </w:r>
    </w:p>
    <w:p>
      <w:pPr>
        <w:jc w:val="right"/>
      </w:pPr>
      <w:r>
        <w:t>دیر از ا سینگ کیونگ از دا پارٹ اف چائنہ۔ سینگ کیونگ از دا پارٹ اف چائنہ، لائک کاشمیر۔</w:t>
      </w:r>
    </w:p>
    <w:p>
      <w:r>
        <w:rPr>
          <w:b/>
        </w:rPr>
        <w:t xml:space="preserve">[1:04:57] </w:t>
      </w:r>
      <w:r>
        <w:t>so in Xinjiang, Muslims are in majority. So</w:t>
      </w:r>
    </w:p>
    <w:p>
      <w:pPr>
        <w:jc w:val="right"/>
      </w:pPr>
      <w:r>
        <w:t>سو ان سینگ کیونگ، مسلمز ار ان میجورٹی۔ سو</w:t>
      </w:r>
    </w:p>
    <w:p>
      <w:r>
        <w:rPr>
          <w:b/>
        </w:rPr>
        <w:t xml:space="preserve">[1:05:03] </w:t>
      </w:r>
      <w:r>
        <w:t>some Polish leaders wanted to establish Islamic state in Xinjiang. They started jihad.</w:t>
      </w:r>
    </w:p>
    <w:p>
      <w:pPr>
        <w:jc w:val="right"/>
      </w:pPr>
      <w:r>
        <w:t>سم پولش لیڈرز وانٹڈ ٹو اسٹیبلش اسلامک اسٹیٹ ان سینگ کیونگ۔ دے سٹارٹڈ جہاد۔</w:t>
      </w:r>
    </w:p>
    <w:p>
      <w:r>
        <w:rPr>
          <w:b/>
        </w:rPr>
        <w:t xml:space="preserve">[1:05:15] </w:t>
      </w:r>
      <w:r>
        <w:t>it is, it was this Polish movement</w:t>
      </w:r>
    </w:p>
    <w:p>
      <w:pPr>
        <w:jc w:val="right"/>
      </w:pPr>
      <w:r>
        <w:t>اٹ از، اٹ واز دس پولش موومنٹ</w:t>
      </w:r>
    </w:p>
    <w:p>
      <w:r>
        <w:rPr>
          <w:b/>
        </w:rPr>
        <w:t xml:space="preserve">[1:05:20] </w:t>
      </w:r>
      <w:r>
        <w:t>that created problems. Otherwise, there was freedom.</w:t>
      </w:r>
    </w:p>
    <w:p>
      <w:pPr>
        <w:jc w:val="right"/>
      </w:pPr>
      <w:r>
        <w:t>دیٹ کریٹڈ پرابلمز۔ ادروائز، دیر واز فریڈم۔</w:t>
      </w:r>
    </w:p>
    <w:p>
      <w:r>
        <w:rPr>
          <w:b/>
        </w:rPr>
        <w:t xml:space="preserve">[1:05:28] </w:t>
      </w:r>
      <w:r>
        <w:t>so if you want to have a real solution, then you have to say those Polish leaders: "stop your movement</w:t>
      </w:r>
    </w:p>
    <w:p>
      <w:pPr>
        <w:jc w:val="right"/>
      </w:pPr>
      <w:r>
        <w:t>سو اف یو وانٹ ٹو ہیو ا ریل سولیوشن، دین یو ہیو ٹو سے دوز پولش لیڈرز: "اسٹاپ یور موومنٹ</w:t>
      </w:r>
    </w:p>
    <w:p>
      <w:r>
        <w:rPr>
          <w:b/>
        </w:rPr>
        <w:t xml:space="preserve">[1:05:45] </w:t>
      </w:r>
      <w:r>
        <w:t>and live in China like other Chinese."</w:t>
      </w:r>
    </w:p>
    <w:p>
      <w:pPr>
        <w:jc w:val="right"/>
      </w:pPr>
      <w:r>
        <w:t>اینڈ لیو ان چائنہ لائک ادر چائنیز۔"</w:t>
      </w:r>
    </w:p>
    <w:p>
      <w:r>
        <w:rPr>
          <w:b/>
        </w:rPr>
        <w:t xml:space="preserve">[1:05:53] </w:t>
      </w:r>
      <w:r>
        <w:t>and Xinjiang is a part of China, not part of Muslim land.</w:t>
      </w:r>
    </w:p>
    <w:p>
      <w:pPr>
        <w:jc w:val="right"/>
      </w:pPr>
      <w:r>
        <w:t>اینڈ سینگ کیونگ از ا پارٹ اف چائنہ، ناٹ پارٹ اف مسلم لائن۔</w:t>
      </w:r>
    </w:p>
    <w:p>
      <w:r>
        <w:rPr>
          <w:b/>
        </w:rPr>
        <w:t xml:space="preserve">[1:06:01] </w:t>
      </w:r>
      <w:r>
        <w:t>so I think that if you want a total solution, then you have to to convince those stepped leaders to abandon all those activities against Chinese, Chinese government,</w:t>
      </w:r>
    </w:p>
    <w:p>
      <w:pPr>
        <w:jc w:val="right"/>
      </w:pPr>
      <w:r>
        <w:t>سو ائی تھنک دیٹ اف یو وانٹ ا ٹوٹل سولیوشن، دین یو ہیو ٹو ٹو کنونس دوز سٹیپڈ لیڈرز ٹو ابینڈن ال دوز ایکٹیویٹیز اگینسٹ چائنیز، چائنیز گورنمنٹ،</w:t>
      </w:r>
    </w:p>
    <w:p>
      <w:r>
        <w:rPr>
          <w:b/>
        </w:rPr>
        <w:t xml:space="preserve">[1:06:19] </w:t>
      </w:r>
      <w:r>
        <w:t>and live like other, like other Chinese, with complete loyalty.</w:t>
      </w:r>
    </w:p>
    <w:p>
      <w:pPr>
        <w:jc w:val="right"/>
      </w:pPr>
      <w:r>
        <w:t>اینڈ لیو لائک ادر، لائک ادر چائنیز، ود کمپلیٹ لائلٹی۔</w:t>
      </w:r>
    </w:p>
    <w:p>
      <w:r>
        <w:rPr>
          <w:b/>
        </w:rPr>
        <w:t xml:space="preserve">[1:06:29] </w:t>
      </w:r>
      <w:r>
        <w:t>then there is no problem, no problem at all.</w:t>
      </w:r>
    </w:p>
    <w:p>
      <w:pPr>
        <w:jc w:val="right"/>
      </w:pPr>
      <w:r>
        <w:t>دین دیر از نو پرابلم، نو پرابلم ایٹ ال۔</w:t>
      </w:r>
    </w:p>
    <w:p>
      <w:r>
        <w:rPr>
          <w:b/>
        </w:rPr>
        <w:t xml:space="preserve">[1:06:36] </w:t>
      </w:r>
      <w:r>
        <w:t>bat at present, there are problems due to that mistakes committed by Muslims.</w:t>
      </w:r>
    </w:p>
    <w:p>
      <w:pPr>
        <w:jc w:val="right"/>
      </w:pPr>
      <w:r>
        <w:t>بٹ ایٹ پریزنٹ، دیر ار پرابلمز ڈیو ٹو دیٹ مسٹیکس کمٹڈ بائی مسلمز۔</w:t>
      </w:r>
    </w:p>
    <w:p>
      <w:r>
        <w:rPr>
          <w:b/>
        </w:rPr>
        <w:t xml:space="preserve">[1:06:47] </w:t>
      </w:r>
      <w:r>
        <w:t>so at present, you can make dua, you can distribute some harmless pamphlets, you can meet person to person</w:t>
      </w:r>
    </w:p>
    <w:p>
      <w:pPr>
        <w:jc w:val="right"/>
      </w:pPr>
      <w:r>
        <w:t>سو ایٹ پریزنٹ، یو کین میک دعا، یو کین ڈسٹریبیوٹ سم سم ہارملیس پیمفلیٹس، یو کین میٹ پرسن ٹو پرسن</w:t>
      </w:r>
    </w:p>
    <w:p>
      <w:r>
        <w:rPr>
          <w:b/>
        </w:rPr>
        <w:t xml:space="preserve">[1:07:05] </w:t>
      </w:r>
      <w:r>
        <w:t>. so i know that there are limited scopes in China, but Muslims have committed a great sin, according to my self,</w:t>
      </w:r>
    </w:p>
    <w:p>
      <w:pPr>
        <w:jc w:val="right"/>
      </w:pPr>
      <w:r>
        <w:t>۔ سو ائی نو دیٹ دیر ار لمیٹڈ اسکوپس ان چائنہ، بٹ مسلمز ہیو کمٹڈ ا گریٹ سن، اکارڈنگ ٹو مائی سیلف،</w:t>
      </w:r>
    </w:p>
    <w:p>
      <w:r>
        <w:rPr>
          <w:b/>
        </w:rPr>
        <w:t xml:space="preserve">[1:07:18] </w:t>
      </w:r>
      <w:r>
        <w:t>that they wanted to establish Islamic state in Sinkiang and and make it separate land like Pakistan.</w:t>
      </w:r>
    </w:p>
    <w:p>
      <w:pPr>
        <w:jc w:val="right"/>
      </w:pPr>
      <w:r>
        <w:t>دیٹ دے وانٹڈ ٹو اسٹیبلش اسلامک اسٹیٹ ان سینگ کیونگ اینڈ اینڈ میک اٹ سیپریٹ لینڈ لائک پاکستان۔</w:t>
      </w:r>
    </w:p>
    <w:p>
      <w:r>
        <w:rPr>
          <w:b/>
        </w:rPr>
        <w:t xml:space="preserve">[1:07:29] </w:t>
      </w:r>
      <w:r>
        <w:t>this was brander mistake, and now they are paying the price of this mistake.</w:t>
      </w:r>
    </w:p>
    <w:p>
      <w:pPr>
        <w:jc w:val="right"/>
      </w:pPr>
      <w:r>
        <w:t>دس واز برینڈر مسٹیک، اینڈ ناو دے ار پینگ دا پرائس اف دس مسٹیک۔</w:t>
      </w:r>
    </w:p>
    <w:p>
      <w:r>
        <w:rPr>
          <w:b/>
        </w:rPr>
        <w:t xml:space="preserve">[1:07:41] </w:t>
      </w:r>
      <w:r>
        <w:t>this question is from doctor Farida Khanum: "how can we make Muslims well wishers of the whole humanity?</w:t>
      </w:r>
    </w:p>
    <w:p>
      <w:pPr>
        <w:jc w:val="right"/>
      </w:pPr>
      <w:r>
        <w:t>دس کوسچن از فرام ڈاکٹر فریدہ خانم: "ہاؤ کین وی میک مسلمز ویل وشرز اف دا ہول ہیومینٹی؟</w:t>
      </w:r>
    </w:p>
    <w:p>
      <w:r>
        <w:rPr>
          <w:b/>
        </w:rPr>
        <w:t xml:space="preserve">[1:07:51] </w:t>
      </w:r>
      <w:r>
        <w:t>the majority of the people are well wishers of their families or their communities. that is why they are not able to perform dawa work as desired.</w:t>
      </w:r>
    </w:p>
    <w:p>
      <w:pPr>
        <w:jc w:val="right"/>
      </w:pPr>
      <w:r>
        <w:t>دا میجورٹی اف دا پیپل ار ویل وشرز اف دیر فیملیز اور دیر کمیونٹیز۔ دیٹ از وائی دے ار ناٹ ایبل ٹو پرفارم داوا ورک ایز ڈیزائرڈ۔</w:t>
      </w:r>
    </w:p>
    <w:p>
      <w:r>
        <w:rPr>
          <w:b/>
        </w:rPr>
        <w:t xml:space="preserve">[1:08:03] </w:t>
      </w:r>
      <w:r>
        <w:t>what is the solution to this problem?"</w:t>
      </w:r>
    </w:p>
    <w:p>
      <w:pPr>
        <w:jc w:val="right"/>
      </w:pPr>
      <w:r>
        <w:t>واٹ از دا سولیوشن ٹو دس پرابلم؟"</w:t>
      </w:r>
    </w:p>
    <w:p>
      <w:r>
        <w:rPr>
          <w:b/>
        </w:rPr>
        <w:t xml:space="preserve">[1:08:09] </w:t>
      </w:r>
      <w:r>
        <w:t>it required re engineering of mind.</w:t>
      </w:r>
    </w:p>
    <w:p>
      <w:pPr>
        <w:jc w:val="right"/>
      </w:pPr>
      <w:r>
        <w:t>اٹ ریکوائرڈ ری انجینئرنگ اف مائنڈ۔</w:t>
      </w:r>
    </w:p>
    <w:p>
      <w:r>
        <w:rPr>
          <w:b/>
        </w:rPr>
        <w:t xml:space="preserve">[1:08:13] </w:t>
      </w:r>
      <w:r>
        <w:t>there is no simple solution, because Muslims are obsessed with negative thought. every Muslim, perhaps without exception, live in negativity,</w:t>
      </w:r>
    </w:p>
    <w:p>
      <w:pPr>
        <w:jc w:val="right"/>
      </w:pPr>
      <w:r>
        <w:t>دیر از نو سمپل سولیوشن، بیکاز مسلمز ار ابسسڈ ود نیگیٹیو تھاٹ۔ ایوری مسلم، پرہیپس وداؤٹ ایکسیپشن، لیو ان نیگیٹیوٹی،</w:t>
      </w:r>
    </w:p>
    <w:p>
      <w:r>
        <w:rPr>
          <w:b/>
        </w:rPr>
        <w:t xml:space="preserve">[1:08:33] </w:t>
      </w:r>
      <w:r>
        <w:t>not not only in India, every where in the world. so</w:t>
      </w:r>
    </w:p>
    <w:p>
      <w:pPr>
        <w:jc w:val="right"/>
      </w:pPr>
      <w:r>
        <w:t>ناٹ ناٹ اونلی ان انڈیا، ایوری ویر ان دا ورلڈ۔ سو</w:t>
      </w:r>
    </w:p>
    <w:p>
      <w:r>
        <w:rPr>
          <w:b/>
        </w:rPr>
        <w:t xml:space="preserve">[1:08:40] </w:t>
      </w:r>
      <w:r>
        <w:t>this negativity is a legacy of long history,</w:t>
      </w:r>
    </w:p>
    <w:p>
      <w:pPr>
        <w:jc w:val="right"/>
      </w:pPr>
      <w:r>
        <w:t>دس نیگیٹیوٹی از ا لیگیسی اف لانگ ہسٹری،</w:t>
      </w:r>
    </w:p>
    <w:p>
      <w:r>
        <w:rPr>
          <w:b/>
        </w:rPr>
        <w:t xml:space="preserve">[1:08:50] </w:t>
      </w:r>
      <w:r>
        <w:t>long history.</w:t>
      </w:r>
    </w:p>
    <w:p>
      <w:pPr>
        <w:jc w:val="right"/>
      </w:pPr>
      <w:r>
        <w:t>لانگ ہسٹری۔</w:t>
      </w:r>
    </w:p>
    <w:p>
      <w:r>
        <w:rPr>
          <w:b/>
        </w:rPr>
        <w:t xml:space="preserve">[1:08:54] </w:t>
      </w:r>
      <w:r>
        <w:t>so all the literature, all the Muslim activities were based negativity. so it required</w:t>
      </w:r>
    </w:p>
    <w:p>
      <w:pPr>
        <w:jc w:val="right"/>
      </w:pPr>
      <w:r>
        <w:t>سو ال دا لٹریچرز، ال دا مسلم ایکٹیویٹیز ویر بیسڈ نیگیٹیوٹی۔ سو اٹ ریکوائرڈ</w:t>
      </w:r>
    </w:p>
    <w:p>
      <w:r>
        <w:rPr>
          <w:b/>
        </w:rPr>
        <w:t xml:space="preserve">[1:09:08] </w:t>
      </w:r>
      <w:r>
        <w:t>a re engineering of Muslim mind.</w:t>
      </w:r>
    </w:p>
    <w:p>
      <w:pPr>
        <w:jc w:val="right"/>
      </w:pPr>
      <w:r>
        <w:t>ا ری انجینئرنگ اف مسلم مائنڈ۔</w:t>
      </w:r>
    </w:p>
    <w:p>
      <w:r>
        <w:rPr>
          <w:b/>
        </w:rPr>
        <w:t xml:space="preserve">[1:09:12] </w:t>
      </w:r>
      <w:r>
        <w:t>so we are engaged in</w:t>
      </w:r>
    </w:p>
    <w:p>
      <w:pPr>
        <w:jc w:val="right"/>
      </w:pPr>
      <w:r>
        <w:t>سو وی ار انگیج ان</w:t>
      </w:r>
    </w:p>
    <w:p>
      <w:r>
        <w:rPr>
          <w:b/>
        </w:rPr>
        <w:t xml:space="preserve">[1:09:18] </w:t>
      </w:r>
      <w:r>
        <w:t>this task. so you have to use our literature, you have to spread literature among Muslims, and result is very very encouraging, because there are so many Muslims, maybe thousand and thousand Muslims who living in negativity.</w:t>
      </w:r>
    </w:p>
    <w:p>
      <w:pPr>
        <w:jc w:val="right"/>
      </w:pPr>
      <w:r>
        <w:t>دس ٹاسک۔ سو یو ہیو ٹو یوز اور لٹریچر، یو ہیو ٹو سپریڈ لٹریچر امنگ مسلمز، اینڈ رزلٹ از ویری ویری انکریجنگ، بیکاز دیر ار سو مینی مسلمز، می بی تھاؤزنڈ اینڈ تھاؤزنڈ مسلمز ہو لیونگ ان نیگیٹیوٹی۔</w:t>
      </w:r>
    </w:p>
    <w:p>
      <w:r>
        <w:rPr>
          <w:b/>
        </w:rPr>
        <w:t xml:space="preserve">[1:09:40] </w:t>
      </w:r>
      <w:r>
        <w:t>but now,</w:t>
      </w:r>
    </w:p>
    <w:p>
      <w:pPr>
        <w:jc w:val="right"/>
      </w:pPr>
      <w:r>
        <w:t>بٹ ناو،</w:t>
      </w:r>
    </w:p>
    <w:p>
      <w:r>
        <w:rPr>
          <w:b/>
        </w:rPr>
        <w:t xml:space="preserve">[1:09:42] </w:t>
      </w:r>
      <w:r>
        <w:t>after reading this materials, they are living in positivity.</w:t>
      </w:r>
    </w:p>
    <w:p>
      <w:pPr>
        <w:jc w:val="right"/>
      </w:pPr>
      <w:r>
        <w:t>افٹر ریڈنگ دس مٹیریلز، دے ار لیونگ ان پازیٹیوٹی۔</w:t>
      </w:r>
    </w:p>
    <w:p>
      <w:r>
        <w:rPr>
          <w:b/>
        </w:rPr>
        <w:t xml:space="preserve">[1:09:53] </w:t>
      </w:r>
      <w:r>
        <w:t>so i think that spread this literature, spread our literature, this is the only solution. otherwise, there is no solution.</w:t>
      </w:r>
    </w:p>
    <w:p>
      <w:pPr>
        <w:jc w:val="right"/>
      </w:pPr>
      <w:r>
        <w:t>سو ائی تھنک دیٹ اسپریڈ دس لٹریچر، اسپریڈ اور لٹریچر، دس از دا اونلی سولیوشن۔ ادروائز، دیر از نو سولیوشن۔</w:t>
      </w:r>
    </w:p>
    <w:p>
      <w:r>
        <w:rPr>
          <w:b/>
        </w:rPr>
        <w:t xml:space="preserve">[1:10:06] </w:t>
      </w:r>
      <w:r>
        <w:t>This question is from Miss Naqma from Delhi: "Is deconditioning the same as purification or tazkiyah?"</w:t>
      </w:r>
    </w:p>
    <w:p>
      <w:pPr>
        <w:jc w:val="right"/>
      </w:pPr>
      <w:r>
        <w:t>دس کوسچن از فرام مس نقمہ فرام دہلی: "از ڈی کنڈیشننگ دا سیم ایز پیوریفیکیشن اور تزکیہ</w:t>
      </w:r>
    </w:p>
    <w:p>
      <w:r>
        <w:rPr>
          <w:b/>
        </w:rPr>
        <w:t xml:space="preserve">[1:10:15] </w:t>
      </w:r>
      <w:r>
        <w:t>? how do we do this?" yes, you are right. what is called in hadith or Quran tazkiyah?</w:t>
      </w:r>
    </w:p>
    <w:p>
      <w:pPr>
        <w:jc w:val="right"/>
      </w:pPr>
      <w:r>
        <w:t>؟ ہاؤ ڈو وی ڈو دس؟" یس، یو ار رائٹ۔ واٹ از کالڈ ان حدیث اور قرآن تزکیہ؟</w:t>
      </w:r>
    </w:p>
    <w:p>
      <w:r>
        <w:rPr>
          <w:b/>
        </w:rPr>
        <w:t xml:space="preserve">[1:10:29] </w:t>
      </w:r>
      <w:r>
        <w:t>that is de conditioning. de conditioning new word,</w:t>
      </w:r>
    </w:p>
    <w:p>
      <w:pPr>
        <w:jc w:val="right"/>
      </w:pPr>
      <w:r>
        <w:t>دیٹ از ڈی کنڈیشننگ۔ ڈی کنڈیشننگ نیو ورڈ،</w:t>
      </w:r>
    </w:p>
    <w:p>
      <w:r>
        <w:rPr>
          <w:b/>
        </w:rPr>
        <w:t xml:space="preserve">[1:10:35] </w:t>
      </w:r>
      <w:r>
        <w:t>otherwise tazkiyah. i only use this word because modern mind can understand de conditioning.</w:t>
      </w:r>
    </w:p>
    <w:p>
      <w:pPr>
        <w:jc w:val="right"/>
      </w:pPr>
      <w:r>
        <w:t>ادروائز تزکیہ۔ ائی اونلی یوز دس ورڈ بیکاز ماڈرن مائنڈ کین انڈرسٹینڈ ڈی کنڈیشننگ۔</w:t>
      </w:r>
    </w:p>
    <w:p>
      <w:r>
        <w:rPr>
          <w:b/>
        </w:rPr>
        <w:t xml:space="preserve">[1:10:46] </w:t>
      </w:r>
      <w:r>
        <w:t>perhaps they are not able to understand tazkiyah, otherwise it is synonymous word.</w:t>
      </w:r>
    </w:p>
    <w:p>
      <w:pPr>
        <w:jc w:val="right"/>
      </w:pPr>
      <w:r>
        <w:t>پرہیپس دے ار ناٹ ایبل ٹو انڈرسٹینڈ تزکیہ، ادروائز اٹ از سینونیمس ورڈ۔</w:t>
      </w:r>
    </w:p>
    <w:p>
      <w:r>
        <w:rPr>
          <w:b/>
        </w:rPr>
        <w:t xml:space="preserve">[1:10:55] </w:t>
      </w:r>
      <w:r>
        <w:t>What is mentioned in the Quran or Hadith as tazkiyah? That is deconditioning. There is no difference at all between the two words.</w:t>
      </w:r>
    </w:p>
    <w:p>
      <w:pPr>
        <w:jc w:val="right"/>
      </w:pPr>
      <w:r>
        <w:t>واٹ از مینشن ان دا قرآن اور حدیث ایز تزکیہ؟ دیٹ از ڈی کنڈیشننگ۔ دیر از نو ڈیفرنس ایٹ ال بٹوین دا ٹو ورڈز۔</w:t>
      </w:r>
    </w:p>
    <w:p>
      <w:r>
        <w:rPr>
          <w:b/>
        </w:rPr>
        <w:t xml:space="preserve">[1:11:09] </w:t>
      </w:r>
      <w:r>
        <w:t>This question is from Miss Aisha from Delhi: "How important is the principle of talif qalb while doing da'wah?"</w:t>
      </w:r>
    </w:p>
    <w:p>
      <w:pPr>
        <w:jc w:val="right"/>
      </w:pPr>
      <w:r>
        <w:t>دس کوسچن از فرام مس عائشہ فرام دہلی: "ہاؤ امپورٹنٹ از دی پرنسپل اف طالیف قلب وائل ڈوئنگ داوا</w:t>
      </w:r>
    </w:p>
    <w:p>
      <w:r>
        <w:rPr>
          <w:b/>
        </w:rPr>
        <w:t xml:space="preserve">[1:11:20] </w:t>
      </w:r>
      <w:r>
        <w:t>work?" i think it is must. talif qalb means softening the heart.</w:t>
      </w:r>
    </w:p>
    <w:p>
      <w:pPr>
        <w:jc w:val="right"/>
      </w:pPr>
      <w:r>
        <w:t>ورک؟" ائی تھنک اٹ از مسٹ۔ طالیف قلب مینز سافٹننگ دا ہارٹ۔</w:t>
      </w:r>
    </w:p>
    <w:p>
      <w:r>
        <w:rPr>
          <w:b/>
        </w:rPr>
        <w:t xml:space="preserve">[1:11:32] </w:t>
      </w:r>
      <w:r>
        <w:t>it is a law of nature. if you want to, if you want to,</w:t>
      </w:r>
    </w:p>
    <w:p>
      <w:pPr>
        <w:jc w:val="right"/>
      </w:pPr>
      <w:r>
        <w:t>اٹ از ا لاء اف نیچر۔ اف یو وانٹ ٹو، اف یو وانٹ ٹو،</w:t>
      </w:r>
    </w:p>
    <w:p>
      <w:r>
        <w:rPr>
          <w:b/>
        </w:rPr>
        <w:t xml:space="preserve">[1:11:43] </w:t>
      </w:r>
      <w:r>
        <w:t>if you are, if you are in business, then you. you have to do, you have to follow this principle. you have to adopt what is called friendly customer friendly behaviour.</w:t>
      </w:r>
    </w:p>
    <w:p>
      <w:pPr>
        <w:jc w:val="right"/>
      </w:pPr>
      <w:r>
        <w:t>اف یو ار، اف یو ار ان بزنس، دین یو۔ یو ہیو ٹو ڈو، یو ہیو ٹو فالو دس پرنسپل۔ یو ہیو ٹو اڈاپٹ واٹ از کالڈ فرینڈلی کسٹمر فرینڈلی بیہیویئر۔</w:t>
      </w:r>
    </w:p>
    <w:p>
      <w:r>
        <w:rPr>
          <w:b/>
        </w:rPr>
        <w:t xml:space="preserve">[1:11:57] </w:t>
      </w:r>
      <w:r>
        <w:t>so talif qalb means mad'u friendly behaviour. what is called in business circle customer friendly behaviour?</w:t>
      </w:r>
    </w:p>
    <w:p>
      <w:pPr>
        <w:jc w:val="right"/>
      </w:pPr>
      <w:r>
        <w:t>سو طاریف قلب مینز مدو فرینڈلی بیہیویئر۔ واٹ از کالڈ ان بزنس سرکل کسٹمر فرینڈلی بیہیویئر؟</w:t>
      </w:r>
    </w:p>
    <w:p>
      <w:r>
        <w:rPr>
          <w:b/>
        </w:rPr>
        <w:t xml:space="preserve">[1:12:09] </w:t>
      </w:r>
      <w:r>
        <w:t>same is required the word.</w:t>
      </w:r>
    </w:p>
    <w:p>
      <w:pPr>
        <w:jc w:val="right"/>
      </w:pPr>
      <w:r>
        <w:t>سیم از ریکوائرڈ دا ورڈ۔</w:t>
      </w:r>
    </w:p>
    <w:p>
      <w:r>
        <w:rPr>
          <w:b/>
        </w:rPr>
        <w:t xml:space="preserve">[1:12:12] </w:t>
      </w:r>
      <w:r>
        <w:t>that is mad'u friendly behaviour. and i sent that, i think that without talif qalb, no effective da'wah work is possible.</w:t>
      </w:r>
    </w:p>
    <w:p>
      <w:pPr>
        <w:jc w:val="right"/>
      </w:pPr>
      <w:r>
        <w:t>دیٹ از مدو فرینڈلی بیہیویئر۔ اینڈ ائی سینٹ دیٹ، ائی تھنک دیٹ وداؤٹ طالیف قلب، نو ایفیکٹیو دا ورک از پاسیبل۔</w:t>
      </w:r>
    </w:p>
    <w:p>
      <w:r>
        <w:rPr>
          <w:b/>
        </w:rPr>
        <w:t xml:space="preserve">[1:12:27] </w:t>
      </w:r>
      <w:r>
        <w:t>talif qalb makes the da'wah effective. there so many ways of talif qalb, so many ways.</w:t>
      </w:r>
    </w:p>
    <w:p>
      <w:pPr>
        <w:jc w:val="right"/>
      </w:pPr>
      <w:r>
        <w:t>طالیف قلب میکس دا ورک ایفیکٹیو۔ دیر سو مینی ویز اف طالیف قلب، سو مینی ویز۔</w:t>
      </w:r>
    </w:p>
    <w:p>
      <w:r>
        <w:rPr>
          <w:b/>
        </w:rPr>
        <w:t xml:space="preserve">[1:12:39] </w:t>
      </w:r>
      <w:r>
        <w:t>it depends upon your situation. so you have to read your situation, and according to your situation, you can find out what kind of talif qalb you need in your situation.</w:t>
      </w:r>
    </w:p>
    <w:p>
      <w:pPr>
        <w:jc w:val="right"/>
      </w:pPr>
      <w:r>
        <w:t>اٹ ڈیپینڈز اپ یور سچویشن۔ سو یو ہیو ٹو ریڈ یور سچویشن، اینڈ اکارڈنگ ٹو یور سچویشن، یو کین فائنڈ اؤٹ واٹ کائنڈ اف طالیف قلب یو نیڈ ان یور سچویشن۔</w:t>
      </w:r>
    </w:p>
    <w:p>
      <w:r>
        <w:rPr>
          <w:b/>
        </w:rPr>
        <w:t xml:space="preserve">[1:12:57] </w:t>
      </w:r>
      <w:r>
        <w:t>so talif qalb is must for the da'wah</w:t>
      </w:r>
    </w:p>
    <w:p>
      <w:pPr>
        <w:jc w:val="right"/>
      </w:pPr>
      <w:r>
        <w:t>سو طالیف قلب از مسٹ فار دا اور</w:t>
      </w:r>
    </w:p>
    <w:p>
      <w:r>
        <w:rPr>
          <w:b/>
        </w:rPr>
        <w:t xml:space="preserve">[1:13:01] </w:t>
      </w:r>
      <w:r>
        <w:t>, but its, but its method varies according to your, according to your situation. this question is from mr muhammad sultan from kashmir.</w:t>
      </w:r>
    </w:p>
    <w:p>
      <w:pPr>
        <w:jc w:val="right"/>
      </w:pPr>
      <w:r>
        <w:t>، بٹ اٹس، بٹ اٹس میتھڈ ویریز اکارڈنگ ٹو یور، اکارڈنگ ٹو یور سچویشن۔ دس کوسچن از فرام مسٹر محمد سلطان فرام کشمیر۔</w:t>
      </w:r>
    </w:p>
    <w:p>
      <w:r>
        <w:rPr>
          <w:b/>
        </w:rPr>
        <w:t xml:space="preserve">[1:13:18] </w:t>
      </w:r>
      <w:r>
        <w:t>he has written: "thanks for bringing the class online and live. i thank allah to be a part of this class.</w:t>
      </w:r>
    </w:p>
    <w:p>
      <w:pPr>
        <w:jc w:val="right"/>
      </w:pPr>
      <w:r>
        <w:t>ہی از رٹن: "تھینکس فار برنگنگ دا کلاس ان لائن اینڈ لائیو۔ ائی تھینک اللہ ٹو بی ا پارٹ اف دس کلاس۔</w:t>
      </w:r>
    </w:p>
    <w:p>
      <w:r>
        <w:rPr>
          <w:b/>
        </w:rPr>
        <w:t xml:space="preserve">[1:13:25] </w:t>
      </w:r>
      <w:r>
        <w:t>i would like to ask Maulana how to respond to the harsh questions that are asked by certain non muslims about certain verses in the quran." he has written: "i try to find answers in the classical tafsir, but i could not find any answer.</w:t>
      </w:r>
    </w:p>
    <w:p>
      <w:pPr>
        <w:jc w:val="right"/>
      </w:pPr>
      <w:r>
        <w:t>ائی وڈ لائک ٹو اسک مولانا ہاؤ ٹو ریسپانڈ ٹو دا ہارش کوسچنز دیٹ ار اسکڈ بائی سرٹن نان مسلمز اباؤٹ سرٹن ورسز ان دا قرآن۔" ہی از رٹن: "ائی ٹرائی ٹو فائنڈ انسرز ان دا کلاسیکل تفسیر، بٹ ائی کڈ ناٹ فائنڈ اینی انسر۔</w:t>
      </w:r>
    </w:p>
    <w:p>
      <w:r>
        <w:rPr>
          <w:b/>
        </w:rPr>
        <w:t xml:space="preserve">[1:13:45] </w:t>
      </w:r>
      <w:r>
        <w:t>can you please explain this verse in the surah muhammad chapter 48 verse number 29, where it is written: 'muhammad is the messenger of allah, and those who are with him are strong against unbelievers,</w:t>
      </w:r>
    </w:p>
    <w:p>
      <w:pPr>
        <w:jc w:val="right"/>
      </w:pPr>
      <w:r>
        <w:t>کین یو پلیز ایکسپلین دس ورس ان دا سورہ محمد چیپٹر 48 ورس نمبر 29، ویر اٹ از رٹن: 'محمد از دا میسنجر اف اللہ، اینڈ دوز ہو ار ود ہم ار سٹرونگ اگینسٹ ان بیلیورز،</w:t>
      </w:r>
    </w:p>
    <w:p>
      <w:r>
        <w:rPr>
          <w:b/>
        </w:rPr>
        <w:t xml:space="preserve">[1:14:04] </w:t>
      </w:r>
      <w:r>
        <w:t>but compassionate amongst each other.'"</w:t>
      </w:r>
    </w:p>
    <w:p>
      <w:pPr>
        <w:jc w:val="right"/>
      </w:pPr>
      <w:r>
        <w:t>بٹ کمپیشنیٹ امنگز ایچ ادر۔'"</w:t>
      </w:r>
    </w:p>
    <w:p>
      <w:r>
        <w:rPr>
          <w:b/>
        </w:rPr>
        <w:t xml:space="preserve">[1:14:12] </w:t>
      </w:r>
      <w:r>
        <w:t>i think that harsh behaviour towards mad'u is haram.</w:t>
      </w:r>
    </w:p>
    <w:p>
      <w:pPr>
        <w:jc w:val="right"/>
      </w:pPr>
      <w:r>
        <w:t>ائی تھنک دیٹ ہارش بیہیویئر ٹورڈز مدو از حرام۔</w:t>
      </w:r>
    </w:p>
    <w:p>
      <w:r>
        <w:rPr>
          <w:b/>
        </w:rPr>
        <w:t xml:space="preserve">[1:14:21] </w:t>
      </w:r>
      <w:r>
        <w:t>when you are, when you face some kind of harsh question, then first of all, you have to keep silence for a moment,</w:t>
      </w:r>
    </w:p>
    <w:p>
      <w:pPr>
        <w:jc w:val="right"/>
      </w:pPr>
      <w:r>
        <w:t>وین یو ار، وین یو فیس سم کائنڈ اف ہارش کوسچن، دین فرسٹ اف ال، یو ہیو ٹو کیپ سائلنس فار ا مومنٹ،</w:t>
      </w:r>
    </w:p>
    <w:p>
      <w:r>
        <w:rPr>
          <w:b/>
        </w:rPr>
        <w:t xml:space="preserve">[1:14:37] </w:t>
      </w:r>
      <w:r>
        <w:t>do dua,</w:t>
      </w:r>
    </w:p>
    <w:p>
      <w:pPr>
        <w:jc w:val="right"/>
      </w:pPr>
      <w:r>
        <w:t>ڈو دعا،</w:t>
      </w:r>
    </w:p>
    <w:p>
      <w:r>
        <w:rPr>
          <w:b/>
        </w:rPr>
        <w:t xml:space="preserve">[1:14:39] </w:t>
      </w:r>
      <w:r>
        <w:t>and and and and think positively. don't try to retort to react.</w:t>
      </w:r>
    </w:p>
    <w:p>
      <w:pPr>
        <w:jc w:val="right"/>
      </w:pPr>
      <w:r>
        <w:t>اینڈ اینڈ اینڈ اینڈ تھنک پازیٹیولی۔ ڈونٹ ٹرائی ٹو ریٹ ٹو ری ایکٹ۔</w:t>
      </w:r>
    </w:p>
    <w:p>
      <w:r>
        <w:rPr>
          <w:b/>
        </w:rPr>
        <w:t xml:space="preserve">[1:14:56] </w:t>
      </w:r>
      <w:r>
        <w:t>if you keep patience, if you keep silence for a moment, then within second, maybe thirty second is enough to make yourself normal, and then you are able to give any positive answer.</w:t>
      </w:r>
    </w:p>
    <w:p>
      <w:pPr>
        <w:jc w:val="right"/>
      </w:pPr>
      <w:r>
        <w:t>اف یو کیپ پیشنس، اف یو کیپ سائلنس فار ا مومنٹ، دین ود ان سیکنڈ، می بی تھرٹی سیکنڈ از انف ٹو میک یور سیلف نارمل، اینڈ دین یو ار ایبل ٹو گیو اینی پازیٹیو انسر۔</w:t>
      </w:r>
    </w:p>
    <w:p>
      <w:r>
        <w:rPr>
          <w:b/>
        </w:rPr>
        <w:t xml:space="preserve">[1:15:15] </w:t>
      </w:r>
      <w:r>
        <w:t>and as far as the verse of surah muhammad is concerned, that is: "muhammad rasulullah ashaddah al-kuffar." so ashaddah al-kuffar meant strong against</w:t>
      </w:r>
    </w:p>
    <w:p>
      <w:pPr>
        <w:jc w:val="right"/>
      </w:pPr>
      <w:r>
        <w:t>اینڈ ایز فرائیز دا ورس اف سورہ محمد از کنسرن، دیٹ از: "محمد رسول اللہ اشدہ الکفار۔" سو اشدہ الکفار مینٹ سٹرونگ اگینسٹ</w:t>
      </w:r>
    </w:p>
    <w:p>
      <w:r>
        <w:rPr>
          <w:b/>
        </w:rPr>
        <w:t xml:space="preserve">[1:15:33] </w:t>
      </w:r>
      <w:r>
        <w:t>those</w:t>
      </w:r>
    </w:p>
    <w:p>
      <w:pPr>
        <w:jc w:val="right"/>
      </w:pPr>
      <w:r>
        <w:t>دوز</w:t>
      </w:r>
    </w:p>
    <w:p>
      <w:r>
        <w:rPr>
          <w:b/>
        </w:rPr>
        <w:t xml:space="preserve">[1:15:34] </w:t>
      </w:r>
      <w:r>
        <w:t>people. no, you can see by tafsir tazkirul quran, you will find the correct explanation of this verse.</w:t>
      </w:r>
    </w:p>
    <w:p>
      <w:pPr>
        <w:jc w:val="right"/>
      </w:pPr>
      <w:r>
        <w:t>پیپل۔ نو، یو کین سی بائی تفسیر تذکر القرآن، یو ویل فائنڈ دا کریکٹ ایکسپلینیشن اف دس ورس۔</w:t>
      </w:r>
    </w:p>
    <w:p>
      <w:r>
        <w:rPr>
          <w:b/>
        </w:rPr>
        <w:t xml:space="preserve">[1:15:44] </w:t>
      </w:r>
      <w:r>
        <w:t>this question is from mr. faik from pennsylvania: "we understand the importance of da'wah work</w:t>
      </w:r>
    </w:p>
    <w:p>
      <w:pPr>
        <w:jc w:val="right"/>
      </w:pPr>
      <w:r>
        <w:t>دس کوسچن از فرام مسٹر فیک فرام پینسلوینیا: "وی انڈرسٹینڈ دی امپورٹنس اف داوا ورک</w:t>
      </w:r>
    </w:p>
    <w:p>
      <w:r>
        <w:rPr>
          <w:b/>
        </w:rPr>
        <w:t xml:space="preserve">[1:15:52] </w:t>
      </w:r>
      <w:r>
        <w:t>. far understanding the practice of dawa, is it coming from the direct command of Allah, like amr bil maroof, or is it just an understanding derived that all messengers was send to spread the message of Allah, and now that it is our responsibility, since no new prophet is going to be sent?</w:t>
      </w:r>
    </w:p>
    <w:p>
      <w:pPr>
        <w:jc w:val="right"/>
      </w:pPr>
      <w:r>
        <w:t>۔ فار انڈرسٹینڈنگ دا پریکٹس اف داوا، از اٹ کمنگ فرام دا ڈائریکٹ کمانڈ اف اللہ، لائک امر بالمعروف، اور از اٹ جسٹ اینڈ انڈرسٹینڈنگ ڈیرائیوڈ دیٹ ال میسنجرز واز سینڈ ٹو سپریڈ دی میسج اف اللہ، اینڈ ناو دیٹ اٹ از ار ریسپانسبیلٹی، سنس نو نیو پرافٹ از گوئنگ ٹو بی سینڈ؟</w:t>
      </w:r>
    </w:p>
    <w:p>
      <w:r>
        <w:rPr>
          <w:b/>
        </w:rPr>
        <w:t xml:space="preserve">[1:16:16] </w:t>
      </w:r>
      <w:r>
        <w:t>also cite examples of dawa work done in the time of caliphate, who are prophets immediate companions."</w:t>
      </w:r>
    </w:p>
    <w:p>
      <w:pPr>
        <w:jc w:val="right"/>
      </w:pPr>
      <w:r>
        <w:t>السو سائیٹ ایگزیمپلز اف داوا ورک ڈن ان دا ٹائم اف کیلیفیٹ، ہو ار پرافٹس امیڈیٹ کمپینینز۔"</w:t>
      </w:r>
    </w:p>
    <w:p>
      <w:r>
        <w:rPr>
          <w:b/>
        </w:rPr>
        <w:t xml:space="preserve">[1:16:27] </w:t>
      </w:r>
      <w:r>
        <w:t>i cant give any my answer in in an detail</w:t>
      </w:r>
    </w:p>
    <w:p>
      <w:pPr>
        <w:jc w:val="right"/>
      </w:pPr>
      <w:r>
        <w:t>ائی کینٹ گیو اینی مائی انسر ان ان ان ڈیٹیل</w:t>
      </w:r>
    </w:p>
    <w:p>
      <w:r>
        <w:rPr>
          <w:b/>
        </w:rPr>
        <w:t xml:space="preserve">[1:16:36] </w:t>
      </w:r>
      <w:r>
        <w:t>. you can read our literature, especially tazkir al quran and other books.</w:t>
      </w:r>
    </w:p>
    <w:p>
      <w:pPr>
        <w:jc w:val="right"/>
      </w:pPr>
      <w:r>
        <w:t>۔ یو کین ریڈ اور لٹریچر، اسپیشلی تذکر القرآن اینڈ ادر بکس۔</w:t>
      </w:r>
    </w:p>
    <w:p>
      <w:r>
        <w:rPr>
          <w:b/>
        </w:rPr>
        <w:t xml:space="preserve">[1:16:45] </w:t>
      </w:r>
      <w:r>
        <w:t>i can clear only one point that the work is not influential in the quran.</w:t>
      </w:r>
    </w:p>
    <w:p>
      <w:pPr>
        <w:jc w:val="right"/>
      </w:pPr>
      <w:r>
        <w:t>ائی کین کلیئر اونلی ون پوائنٹ دیٹ دا ورک از ناٹ انفلوئنشل ان دا قرآن۔</w:t>
      </w:r>
    </w:p>
    <w:p>
      <w:r>
        <w:rPr>
          <w:b/>
        </w:rPr>
        <w:t xml:space="preserve">[1:16:57] </w:t>
      </w:r>
      <w:r>
        <w:t>there are so many references in the quran. in the first surah, you will find: "dawa means inzar tafsir." then there are dain munirah</w:t>
      </w:r>
    </w:p>
    <w:p>
      <w:pPr>
        <w:jc w:val="right"/>
      </w:pPr>
      <w:r>
        <w:t>دیر ار سو مینی ریفرنسز ان دا قرآن۔ ان دا فرسٹ سورہ، یو ویل فائنڈ: "داوا مینز انظار تفسیر۔" دین دیر ار داین منیرہ</w:t>
      </w:r>
    </w:p>
    <w:p>
      <w:r>
        <w:rPr>
          <w:b/>
        </w:rPr>
        <w:t xml:space="preserve">[1:17:16] </w:t>
      </w:r>
      <w:r>
        <w:t>. there are so many verses in the quran and also in hadith that directly what is called munsus nass. it gave us</w:t>
      </w:r>
    </w:p>
    <w:p>
      <w:pPr>
        <w:jc w:val="right"/>
      </w:pPr>
      <w:r>
        <w:t>۔ دیر ار سو مینی ورسز ان دا قرآن اینڈ السو ان حدیث دیٹ ڈائریکٹلی واٹ از کالڈ منسوس نسن۔ اٹ گیو اس</w:t>
      </w:r>
    </w:p>
    <w:p>
      <w:r>
        <w:rPr>
          <w:b/>
        </w:rPr>
        <w:t xml:space="preserve">[1:17:31] </w:t>
      </w:r>
      <w:r>
        <w:t>it is a commandment of god. it is obligatory for us to do the work, just like salat and and and sawm.</w:t>
      </w:r>
    </w:p>
    <w:p>
      <w:pPr>
        <w:jc w:val="right"/>
      </w:pPr>
      <w:r>
        <w:t>اٹ از ا کمانڈمنٹ اف گاڈ۔ اٹ از ابلیگیٹری فار اس ٹو ڈو دا ورک، جسٹ لائک صلاۃ اینڈ اینڈ اینڈ سوم۔</w:t>
      </w:r>
    </w:p>
    <w:p>
      <w:r>
        <w:rPr>
          <w:b/>
        </w:rPr>
        <w:t xml:space="preserve">[1:17:43] </w:t>
      </w:r>
      <w:r>
        <w:t>if you want to, if you want to know the detail, you can refer our books. there are a number of books publish on this subject.</w:t>
      </w:r>
    </w:p>
    <w:p>
      <w:pPr>
        <w:jc w:val="right"/>
      </w:pPr>
      <w:r>
        <w:t>اف یو وانٹ ٹو، اف یو وانٹ ٹو نو دا ڈیٹیل، یو کین ریفر اور بکس۔ دیر ار ا نمبر اف بکس پبلش ان دس سبجیکٹ۔</w:t>
      </w:r>
    </w:p>
    <w:p>
      <w:r>
        <w:rPr>
          <w:b/>
        </w:rPr>
        <w:t xml:space="preserve">[1:17:54] </w:t>
      </w:r>
      <w:r>
        <w:t>this question is from mr riyaz bhat from kashmir: "i want to understand quran and follow it.</w:t>
      </w:r>
    </w:p>
    <w:p>
      <w:pPr>
        <w:jc w:val="right"/>
      </w:pPr>
      <w:r>
        <w:t>دس کوسچن از فرام مسٹر ریاض بھٹ فرام کشمیر: "ائی وانٹ ٹو انڈرسٹینڈ قرآن اینڈ فالو اٹ۔</w:t>
      </w:r>
    </w:p>
    <w:p>
      <w:r>
        <w:rPr>
          <w:b/>
        </w:rPr>
        <w:t xml:space="preserve">[1:18:02] </w:t>
      </w:r>
      <w:r>
        <w:t>there is always the problem of misinterpretation. i want to know when should i say that the meaning that i have understood while contemplating is the actual meaning, and i am not deviating from what god wants to convey."</w:t>
      </w:r>
    </w:p>
    <w:p>
      <w:pPr>
        <w:jc w:val="right"/>
      </w:pPr>
      <w:r>
        <w:t>دیر از الویز دا پرابلم اف مس انٹرپریٹیشن۔ ائی وانٹ ٹو نو وین شوڈ ائی سے دیٹ دا میننگ دیٹ ائی ہیو انڈرسٹوڈ وائل کنٹیمپلیٹنگ از دا ایکچول میننگ، اینڈ ائی ایم ناٹ ڈیویٹنگ فرام واٹ گاڈ وانٹس ٹو کنوے۔"</w:t>
      </w:r>
    </w:p>
    <w:p>
      <w:r>
        <w:rPr>
          <w:b/>
        </w:rPr>
        <w:t xml:space="preserve">[1:18:22] </w:t>
      </w:r>
      <w:r>
        <w:t>there are two ways for you: either you have to to to study all those relevant books, like quran and hadith and sirah and all those relevant books, and also you have great command in arabic language.</w:t>
      </w:r>
    </w:p>
    <w:p>
      <w:pPr>
        <w:jc w:val="right"/>
      </w:pPr>
      <w:r>
        <w:t>دیر ار ٹو ویز فار یو: ایدر یو ہیو ٹو ٹو ٹو سٹڈی ال دوز ریلیونٹ بکس، لائک قرآن اینڈ حدیث اینڈ سیرہ اینڈ ال دوز ریلیونٹ بکس، اینڈ السو یو ہیو گریٹ کمانڈ ان عربک لینگویج۔</w:t>
      </w:r>
    </w:p>
    <w:p>
      <w:r>
        <w:rPr>
          <w:b/>
        </w:rPr>
        <w:t xml:space="preserve">[1:18:45] </w:t>
      </w:r>
      <w:r>
        <w:t>so you have to study scholarly,</w:t>
      </w:r>
    </w:p>
    <w:p>
      <w:pPr>
        <w:jc w:val="right"/>
      </w:pPr>
      <w:r>
        <w:t>سو یو ہیو ٹو سٹڈی سکالرلی،</w:t>
      </w:r>
    </w:p>
    <w:p>
      <w:r>
        <w:rPr>
          <w:b/>
        </w:rPr>
        <w:t xml:space="preserve">[1:18:50] </w:t>
      </w:r>
      <w:r>
        <w:t>and then you have to read the, you have to read the real meaning of the islam.</w:t>
      </w:r>
    </w:p>
    <w:p>
      <w:pPr>
        <w:jc w:val="right"/>
      </w:pPr>
      <w:r>
        <w:t>اینڈ دین یو ہیو ٹو ریڈ دا، یو ہیو ٹو ریڈ دا ریل میننگ اف دا اسلام۔</w:t>
      </w:r>
    </w:p>
    <w:p>
      <w:r>
        <w:rPr>
          <w:b/>
        </w:rPr>
        <w:t xml:space="preserve">[1:18:59] </w:t>
      </w:r>
      <w:r>
        <w:t>but it is very difficult for present people, because they have no such time. so the other option is to trust in in a scholar.</w:t>
      </w:r>
    </w:p>
    <w:p>
      <w:pPr>
        <w:jc w:val="right"/>
      </w:pPr>
      <w:r>
        <w:t>بٹ اٹ از ویری ڈیفیکلٹ فار پریزنٹ پیپل، بیکاز دے ہیو نو سچ ٹائم۔ سو دی ادر اپشن از ٹو ٹرسٹ ان ان اے سکالر۔</w:t>
      </w:r>
    </w:p>
    <w:p>
      <w:r>
        <w:rPr>
          <w:b/>
        </w:rPr>
        <w:t xml:space="preserve">[1:19:12] </w:t>
      </w:r>
      <w:r>
        <w:t>trust</w:t>
      </w:r>
    </w:p>
    <w:p>
      <w:pPr>
        <w:jc w:val="right"/>
      </w:pPr>
      <w:r>
        <w:t>ٹرسٹ</w:t>
      </w:r>
    </w:p>
    <w:p>
      <w:r>
        <w:rPr>
          <w:b/>
        </w:rPr>
        <w:t xml:space="preserve">[1:19:14] </w:t>
      </w:r>
      <w:r>
        <w:t>first is based on study. first stand is based on study, comprehensive study, and the other stand is based on as trust.</w:t>
      </w:r>
    </w:p>
    <w:p>
      <w:pPr>
        <w:jc w:val="right"/>
      </w:pPr>
      <w:r>
        <w:t>فرسٹ از بیسڈ ان اسٹڈی۔ فرسٹ اسٹینڈ از بیسڈ ان اسٹڈی، کمپرہنسیو اسٹڈی، اینڈ دا ادر اسٹینڈ از بیسڈ ان اس ٹرسٹ۔</w:t>
      </w:r>
    </w:p>
    <w:p>
      <w:r>
        <w:rPr>
          <w:b/>
        </w:rPr>
        <w:t xml:space="preserve">[1:19:26] </w:t>
      </w:r>
      <w:r>
        <w:t>for example, if you trust in our our books, you have to follow those messages given in the in our books.</w:t>
      </w:r>
    </w:p>
    <w:p>
      <w:pPr>
        <w:jc w:val="right"/>
      </w:pPr>
      <w:r>
        <w:t>فار ایگزیمپل، اف یو ٹرسٹ ان اور اور بکس، یو ہیو ٹو فالو دوز میسجز گیون ان دا ان اور بکس۔</w:t>
      </w:r>
    </w:p>
    <w:p>
      <w:r>
        <w:rPr>
          <w:b/>
        </w:rPr>
        <w:t xml:space="preserve">[1:19:36] </w:t>
      </w:r>
      <w:r>
        <w:t>there is no third option. so either you have to study in detail in arabic, in direct from direct sources, and if you have no time, then you have to trust in some scholar.</w:t>
      </w:r>
    </w:p>
    <w:p>
      <w:pPr>
        <w:jc w:val="right"/>
      </w:pPr>
      <w:r>
        <w:t>دیر از نو تھرڈ اپشن۔ سو ایدر یو ہیو ٹو اسٹڈی ان ڈیٹیل ان عربک، ان ڈائریکٹ فرام ڈائریکٹ سورسز، اینڈ اف یو ہیو نو ٹائم، دین یو ہیو ٹو ٹرسٹ ان سم سکالر۔</w:t>
      </w:r>
    </w:p>
    <w:p>
      <w:r>
        <w:rPr>
          <w:b/>
        </w:rPr>
        <w:t xml:space="preserve">[1:20:03] </w:t>
      </w:r>
      <w:r>
        <w:t>this was the given by the prophet of islam.</w:t>
      </w:r>
    </w:p>
    <w:p>
      <w:pPr>
        <w:jc w:val="right"/>
      </w:pPr>
      <w:r>
        <w:t>دس واز دا گیون بائی دا پرافٹ اف اسلام۔</w:t>
      </w:r>
    </w:p>
    <w:p>
      <w:r>
        <w:rPr>
          <w:b/>
        </w:rPr>
        <w:t xml:space="preserve">[1:20:09] </w:t>
      </w:r>
      <w:r>
        <w:t>third option is very very dangerous. so i will suggest you that you read our books like tazkir al quran, mutala sirat and other books.</w:t>
      </w:r>
    </w:p>
    <w:p>
      <w:pPr>
        <w:jc w:val="right"/>
      </w:pPr>
      <w:r>
        <w:t>تھرڈ اپشن از ویری ویری ڈینجرس۔ سو ائی ویل سجیسٹ یو دیٹ یو ریڈ اور بکس لائک تذکر القرآن، مطالعہ سیرت اینڈ ادر بکس۔</w:t>
      </w:r>
    </w:p>
    <w:p>
      <w:r>
        <w:rPr>
          <w:b/>
        </w:rPr>
        <w:t xml:space="preserve">[1:20:25] </w:t>
      </w:r>
      <w:r>
        <w:t>and and if your time, so you can go through study, but is very difficult, very very difficult.</w:t>
      </w:r>
    </w:p>
    <w:p>
      <w:pPr>
        <w:jc w:val="right"/>
      </w:pPr>
      <w:r>
        <w:t>اینڈ اینڈ اف یور ٹائم، سو یو کین گو ٹو تھرو اسٹڈی، بٹ از ویری ڈیفیکلٹ، ویری ویری ڈیفیکلٹ۔</w:t>
      </w:r>
    </w:p>
    <w:p>
      <w:r>
        <w:rPr>
          <w:b/>
        </w:rPr>
        <w:t xml:space="preserve">[1:20:39] </w:t>
      </w:r>
      <w:r>
        <w:t>this question is from mr khwaja kaleemuddin from pennsylvania: "maulana sahib, different people are conditioned in different things.</w:t>
      </w:r>
    </w:p>
    <w:p>
      <w:pPr>
        <w:jc w:val="right"/>
      </w:pPr>
      <w:r>
        <w:t>دس کوسچن از فرام مسٹر خواجہ کلیم الدین فرام پینسلوینیا: "مولانا صاحب، ڈفرنٹ پیپل ار کنڈیشنڈ ان ڈفرنٹ تھنگز۔</w:t>
      </w:r>
    </w:p>
    <w:p>
      <w:r>
        <w:rPr>
          <w:b/>
        </w:rPr>
        <w:t xml:space="preserve">[1:20:51] </w:t>
      </w:r>
      <w:r>
        <w:t>for example, people are conditioned in different religions in general, and muslims are conditioned in different aspects of islam or maslak of islam in particular.</w:t>
      </w:r>
    </w:p>
    <w:p>
      <w:pPr>
        <w:jc w:val="right"/>
      </w:pPr>
      <w:r>
        <w:t>فار ایگزیمپل، پیپل ار کنڈیشنڈ ان ڈفرنٹ ریلیجنز ان جنرل، اینڈ مسلمز ار کنڈیشنڈ ان ڈفرنٹ ایسپیکٹس اف اسلام اور مسلک اف اسلام ان پرٹیکولر۔</w:t>
      </w:r>
    </w:p>
    <w:p>
      <w:r>
        <w:rPr>
          <w:b/>
        </w:rPr>
        <w:t xml:space="preserve">[1:21:04] </w:t>
      </w:r>
      <w:r>
        <w:t>therefore, it has become very difficult to break their respective conditioning of their mind. therefore, my question to you is: do you have any particular suggestion or formula in how to go about and de conditioning the mind mind sets of these people, and also make them aware about the creation plan</w:t>
      </w:r>
    </w:p>
    <w:p>
      <w:pPr>
        <w:jc w:val="right"/>
      </w:pPr>
      <w:r>
        <w:t>دیر فور، اٹ ہیز بیکم ویری ڈیفیکلٹ ٹو بریک دیر ریسپیکٹیو کنڈیشننگ اف دیر مائنڈ۔ دیر فور، مائی کوسچن ٹو یو از: ڈو یو ہیو اینی پرٹیکولر سجیشن اور فارمولا ان ہاؤ ٹو گو اباؤٹ اینڈ ڈی کنڈیشننگ دی مائنڈ مائنڈ سیٹس اف دیز پیپل، اینڈ السو میک دیم اویئر اباؤٹ دا کریشن پلان</w:t>
      </w:r>
    </w:p>
    <w:p>
      <w:r>
        <w:rPr>
          <w:b/>
        </w:rPr>
        <w:t xml:space="preserve">[1:21:28] </w:t>
      </w:r>
      <w:r>
        <w:t>af god?</w:t>
      </w:r>
    </w:p>
    <w:p>
      <w:pPr>
        <w:jc w:val="right"/>
      </w:pPr>
      <w:r>
        <w:t>اف گاڈ؟"</w:t>
      </w:r>
    </w:p>
    <w:p>
      <w:r>
        <w:rPr>
          <w:b/>
        </w:rPr>
        <w:t xml:space="preserve">[1:21:32] </w:t>
      </w:r>
      <w:r>
        <w:t>is difficult but not impossible. generally, why this conditioning?</w:t>
      </w:r>
    </w:p>
    <w:p>
      <w:pPr>
        <w:jc w:val="right"/>
      </w:pPr>
      <w:r>
        <w:t>ایس ڈیفیکلٹ بٹ ناٹ امپاسیبل۔ جنرلی، وائی دس کنڈیشننگ؟</w:t>
      </w:r>
    </w:p>
    <w:p>
      <w:r>
        <w:rPr>
          <w:b/>
        </w:rPr>
        <w:t xml:space="preserve">[1:21:42] </w:t>
      </w:r>
      <w:r>
        <w:t>generally, people rely on sub, on some, some scholars, some buzurg, some akabir.</w:t>
      </w:r>
    </w:p>
    <w:p>
      <w:pPr>
        <w:jc w:val="right"/>
      </w:pPr>
      <w:r>
        <w:t>جنرلی، پیپل ریلائی ان سب، ان سم، سم سکالرز، سم بزرگ، سم اکابر۔</w:t>
      </w:r>
    </w:p>
    <w:p>
      <w:r>
        <w:rPr>
          <w:b/>
        </w:rPr>
        <w:t xml:space="preserve">[1:21:52] </w:t>
      </w:r>
      <w:r>
        <w:t>generally, they fail to derive their concept of Islam from original books.</w:t>
      </w:r>
    </w:p>
    <w:p>
      <w:pPr>
        <w:jc w:val="right"/>
      </w:pPr>
      <w:r>
        <w:t>جنرلی، دے فیل ٹو ڈرائیو دیر کانسیپٹ اف اسلام فرام اوریجنل بکس۔</w:t>
      </w:r>
    </w:p>
    <w:p>
      <w:r>
        <w:rPr>
          <w:b/>
        </w:rPr>
        <w:t xml:space="preserve">[1:22:03] </w:t>
      </w:r>
      <w:r>
        <w:t>they fail to, to, they fail to, to derive their concept of Islam from the quran and hadith and life the prophet of islam.</w:t>
      </w:r>
    </w:p>
    <w:p>
      <w:pPr>
        <w:jc w:val="right"/>
      </w:pPr>
      <w:r>
        <w:t>دے فیل ٹو، ٹو، دے فیل ٹو، ٹو ڈرائیو دیر کانسیپٹ اف اسلام فرام دا قرآن اینڈ حدیث اینڈ لائف دا پرافٹ اف اسلام۔</w:t>
      </w:r>
    </w:p>
    <w:p>
      <w:r>
        <w:rPr>
          <w:b/>
        </w:rPr>
        <w:t xml:space="preserve">[1:22:20] </w:t>
      </w:r>
      <w:r>
        <w:t>so i would like to say that you have to, you have to provide them all these books, and insist them that you have to obtain your islamic concept from the original books, from arabic, from arabic text.</w:t>
      </w:r>
    </w:p>
    <w:p>
      <w:pPr>
        <w:jc w:val="right"/>
      </w:pPr>
      <w:r>
        <w:t>سو ائی وڈ لائک ٹو سے دیٹ یو ہیو ٹو، یو ہیو ٹو پرووائیڈ دیم ال دس بکس، اینڈ انسسٹ دیم دیٹ یو ہیو ٹو ابٹین یور اسلامک کانسیپٹ فرام دا اوریجنل بکس، فرام عربک، فرام عربک ٹیکسٹ۔</w:t>
      </w:r>
    </w:p>
    <w:p>
      <w:r>
        <w:rPr>
          <w:b/>
        </w:rPr>
        <w:t xml:space="preserve">[1:22:45] </w:t>
      </w:r>
      <w:r>
        <w:t>if you, if you ask these books, books, if you ask these people, they generally refer some, some other scholars, but they, they never refer to quran and hadith.</w:t>
      </w:r>
    </w:p>
    <w:p>
      <w:pPr>
        <w:jc w:val="right"/>
      </w:pPr>
      <w:r>
        <w:t>اف یو، اف یو اسک دیز بکس، بکس، اف یو اسک دیز پیپل، دے جنرلی ریفر سم، سم ادر سکالرز، بٹ دے، دے نیور ریفر ٹو قرآن اینڈ حدیث۔</w:t>
      </w:r>
    </w:p>
    <w:p>
      <w:r>
        <w:rPr>
          <w:b/>
        </w:rPr>
        <w:t xml:space="preserve">[1:23:02] </w:t>
      </w:r>
      <w:r>
        <w:t>so</w:t>
      </w:r>
    </w:p>
    <w:p>
      <w:pPr>
        <w:jc w:val="right"/>
      </w:pPr>
      <w:r>
        <w:t>سو</w:t>
      </w:r>
    </w:p>
    <w:p>
      <w:r>
        <w:rPr>
          <w:b/>
        </w:rPr>
        <w:t xml:space="preserve">[1:23:03] </w:t>
      </w:r>
      <w:r>
        <w:t>basic reason is that their islam is derived from, from some other books, and not from the quran and hadith.</w:t>
      </w:r>
    </w:p>
    <w:p>
      <w:pPr>
        <w:jc w:val="right"/>
      </w:pPr>
      <w:r>
        <w:t>بیسک ریزن از دیٹ دیر اسلام از ڈرائیو فرام، فرام سم ادر بکس، اینڈ ناٹ فرام دا قرآن اینڈ حدیث۔</w:t>
      </w:r>
    </w:p>
    <w:p>
      <w:r>
        <w:rPr>
          <w:b/>
        </w:rPr>
        <w:t xml:space="preserve">[1:23:14] </w:t>
      </w:r>
      <w:r>
        <w:t>this is the basic problem. now, those who don't know, who don't know, who don't understand arabic language.</w:t>
      </w:r>
    </w:p>
    <w:p>
      <w:pPr>
        <w:jc w:val="right"/>
      </w:pPr>
      <w:r>
        <w:t>دس از دا بیسک پرابلم۔ ناؤ، دوز ہو ڈونٹ نو، ہو ڈونٹ نو، ہو ڈونٹ انڈرسٹینڈ عربک لینگویج۔</w:t>
      </w:r>
    </w:p>
    <w:p>
      <w:r>
        <w:rPr>
          <w:b/>
        </w:rPr>
        <w:t xml:space="preserve">[1:23:27] </w:t>
      </w:r>
      <w:r>
        <w:t>so there are so many translation in, in, in, in different languages. we have published so many books in english and other languages.</w:t>
      </w:r>
    </w:p>
    <w:p>
      <w:pPr>
        <w:jc w:val="right"/>
      </w:pPr>
      <w:r>
        <w:t>سو دیر ار سو مینی ٹرانسلیشن ان، ان، ان، ان ڈفرنٹ لینگویجز۔ وی ہیو پبلش سو مینی بکس ان انگلش اینڈ ادر لینگویجز۔</w:t>
      </w:r>
    </w:p>
    <w:p>
      <w:r>
        <w:rPr>
          <w:b/>
        </w:rPr>
        <w:t xml:space="preserve">[1:23:39] </w:t>
      </w:r>
      <w:r>
        <w:t>So I think that study is the only answer. Study is the only answer. Without study, are possible to, to decondition these pe</w:t>
      </w:r>
    </w:p>
    <w:p>
      <w:pPr>
        <w:jc w:val="right"/>
      </w:pPr>
      <w:r>
        <w:t>سو ائی تھنک دیٹ اسٹڈی از دا اونلی انسر۔ اسٹڈی از دا اونلی انسر۔ وداؤٹ اسٹڈی، ار پاسیبل ٹو، ٹو ڈی کنڈیشن دیز پی</w:t>
      </w:r>
    </w:p>
    <w:p>
      <w:r>
        <w:rPr>
          <w:b/>
        </w:rPr>
        <w:t xml:space="preserve">[1:23:51] </w:t>
      </w:r>
      <w:r>
        <w:t>ople. my session is that you have to, you have to, you have to make these people, you have to prepare these people to, to, to study quran and hadith.</w:t>
      </w:r>
    </w:p>
    <w:p>
      <w:pPr>
        <w:jc w:val="right"/>
      </w:pPr>
      <w:r>
        <w:t>پل۔ مائی سیشن از دیٹ یو ہیو ٹو، یو ہیو ٹو، یو ہیو ٹو میک دیز پیپل، یو ہیو ٹو پریپیئر دیز پیپل ٹو، ٹو، ٹو اسٹڈی قرآن اینڈ حدیث۔</w:t>
      </w:r>
    </w:p>
    <w:p>
      <w:r>
        <w:rPr>
          <w:b/>
        </w:rPr>
        <w:t xml:space="preserve">[1:24:08] </w:t>
      </w:r>
      <w:r>
        <w:t>without study, is not possible to understand the real picture of islam.</w:t>
      </w:r>
    </w:p>
    <w:p>
      <w:pPr>
        <w:jc w:val="right"/>
      </w:pPr>
      <w:r>
        <w:t>وداؤٹ اسٹڈی، از ناٹ پاسیبل ٹو انڈرسٹینڈ دا ریل پکچر اف اسلام۔</w:t>
      </w:r>
    </w:p>
    <w:p>
      <w:r>
        <w:rPr>
          <w:b/>
        </w:rPr>
        <w:t xml:space="preserve">[1:24:15] </w:t>
      </w:r>
      <w:r>
        <w:t>this question is from doctor farida khanam from delhi: "violence is our forbidden tree. this makes the point very clear that we have to shun violence like the forbidden tree.</w:t>
      </w:r>
    </w:p>
    <w:p>
      <w:pPr>
        <w:jc w:val="right"/>
      </w:pPr>
      <w:r>
        <w:t>دس کوسچن از فرام ڈاکٹر فریدہ خانم فرام دہلی: "وائلنس از اور فوربیڈن ٹری۔ دس میکس دا پوائنٹ ویری کلیئر دیٹ وی ہیو ٹو شن وائلنس لائک دا فوربیڈن ٹری۔</w:t>
      </w:r>
    </w:p>
    <w:p>
      <w:r>
        <w:rPr>
          <w:b/>
        </w:rPr>
        <w:t xml:space="preserve">[1:24:31] </w:t>
      </w:r>
      <w:r>
        <w:t>how can we make muslims</w:t>
      </w:r>
    </w:p>
    <w:p>
      <w:pPr>
        <w:jc w:val="right"/>
      </w:pPr>
      <w:r>
        <w:t>ہاؤ کین وی میک مسلمز</w:t>
      </w:r>
    </w:p>
    <w:p>
      <w:r>
        <w:rPr>
          <w:b/>
        </w:rPr>
        <w:t xml:space="preserve">[1:24:33] </w:t>
      </w:r>
      <w:r>
        <w:t>realize this?"</w:t>
      </w:r>
    </w:p>
    <w:p>
      <w:pPr>
        <w:jc w:val="right"/>
      </w:pPr>
      <w:r>
        <w:t>ریلائز دس؟"</w:t>
      </w:r>
    </w:p>
    <w:p>
      <w:r>
        <w:rPr>
          <w:b/>
        </w:rPr>
        <w:t xml:space="preserve">[1:24:38] </w:t>
      </w:r>
      <w:r>
        <w:t>muslims are doing violence in the name of jihad. here is the mistake.</w:t>
      </w:r>
    </w:p>
    <w:p>
      <w:pPr>
        <w:jc w:val="right"/>
      </w:pPr>
      <w:r>
        <w:t>مسلمز ار ڈوئنگ وائلنس ان دا نیم اف جہاد۔ ہیر از دا مسٹیک۔</w:t>
      </w:r>
    </w:p>
    <w:p>
      <w:r>
        <w:rPr>
          <w:b/>
        </w:rPr>
        <w:t xml:space="preserve">[1:24:48] </w:t>
      </w:r>
      <w:r>
        <w:t>there are two different word in the quran: jihad and qital. jihad is peaceful struggle. jihad, not to do with the, with the, with the fighting.</w:t>
      </w:r>
    </w:p>
    <w:p>
      <w:pPr>
        <w:jc w:val="right"/>
      </w:pPr>
      <w:r>
        <w:t>دیر ار ٹو ڈفرنٹ ورڈ ان دا قرآن: جہاد اینڈ قتال۔ جہاد از پیس فل سٹرگل۔ جہاد، نٹ ٹو ڈو ود دا، ود دا، ود دا فائٹنگ۔</w:t>
      </w:r>
    </w:p>
    <w:p>
      <w:r>
        <w:rPr>
          <w:b/>
        </w:rPr>
        <w:t xml:space="preserve">[1:25:00] </w:t>
      </w:r>
      <w:r>
        <w:t>or qital.</w:t>
      </w:r>
    </w:p>
    <w:p>
      <w:pPr>
        <w:jc w:val="right"/>
      </w:pPr>
      <w:r>
        <w:t>ار قتال۔</w:t>
      </w:r>
    </w:p>
    <w:p>
      <w:r>
        <w:rPr>
          <w:b/>
        </w:rPr>
        <w:t xml:space="preserve">[1:25:01] </w:t>
      </w:r>
      <w:r>
        <w:t>qital means war, but jihad means peaceful struggle.</w:t>
      </w:r>
    </w:p>
    <w:p>
      <w:pPr>
        <w:jc w:val="right"/>
      </w:pPr>
      <w:r>
        <w:t>قتال مینز وار، بٹ جہاد مینز پیس فل سٹرگل۔</w:t>
      </w:r>
    </w:p>
    <w:p>
      <w:r>
        <w:rPr>
          <w:b/>
        </w:rPr>
        <w:t xml:space="preserve">[1:25:11] </w:t>
      </w:r>
      <w:r>
        <w:t>then qital is the parameter of state. now, every muslims are engaged in, in, in violence in the name of jihad, but they have no right.</w:t>
      </w:r>
    </w:p>
    <w:p>
      <w:pPr>
        <w:jc w:val="right"/>
      </w:pPr>
      <w:r>
        <w:t>دین قتال از دا پیرامیٹر اف اسٹیٹ۔ ناو، ایوری مسلمز ار انگیج ان، ان، ان وائلنس ان دا نیم اف جہاد، بٹ دے ہیو نو رائٹ۔</w:t>
      </w:r>
    </w:p>
    <w:p>
      <w:r>
        <w:rPr>
          <w:b/>
        </w:rPr>
        <w:t xml:space="preserve">[1:25:28] </w:t>
      </w:r>
      <w:r>
        <w:t>you know what is terrorism in islam?</w:t>
      </w:r>
    </w:p>
    <w:p>
      <w:pPr>
        <w:jc w:val="right"/>
      </w:pPr>
      <w:r>
        <w:t>یو نو واٹ از ٹیررزم ان اسلام؟</w:t>
      </w:r>
    </w:p>
    <w:p>
      <w:r>
        <w:rPr>
          <w:b/>
        </w:rPr>
        <w:t xml:space="preserve">[1:25:33] </w:t>
      </w:r>
      <w:r>
        <w:t>the definition of terrorism is that use of arms by agencies other than state. this is terrorism: use of arms by agencies other than state.</w:t>
      </w:r>
    </w:p>
    <w:p>
      <w:pPr>
        <w:jc w:val="right"/>
      </w:pPr>
      <w:r>
        <w:t>دی ڈیفینیشن اف ٹیررزم از دیٹ یوز اف ارم بائی ایجنسیز ادر دین اسٹیٹ۔ دس از ٹیررزم: یوز اف ارم بائی ایجنسیز ادر دین اسٹیٹ۔</w:t>
      </w:r>
    </w:p>
    <w:p>
      <w:r>
        <w:rPr>
          <w:b/>
        </w:rPr>
        <w:t xml:space="preserve">[1:25:46] </w:t>
      </w:r>
      <w:r>
        <w:t>so all these people who are doing jihad, doing, doing violence in the name of jihad. they are individuals, they are ngos, they are not state.</w:t>
      </w:r>
    </w:p>
    <w:p>
      <w:pPr>
        <w:jc w:val="right"/>
      </w:pPr>
      <w:r>
        <w:t>سو ال دیز پیپل ہو ار ڈوئنگ جہاد، ڈوئنگ، ڈوئنگ وائلنس ان دا نیم اف جہاد۔ دیر ار انڈیویجولز، دیر ار این جی اوز، دیر ار ناٹ اسٹیٹ۔</w:t>
      </w:r>
    </w:p>
    <w:p>
      <w:r>
        <w:rPr>
          <w:b/>
        </w:rPr>
        <w:t xml:space="preserve">[1:25:57] </w:t>
      </w:r>
      <w:r>
        <w:t>so all these things are quite unlawful in Islam.</w:t>
      </w:r>
    </w:p>
    <w:p>
      <w:pPr>
        <w:jc w:val="right"/>
      </w:pPr>
      <w:r>
        <w:t>سو ال دیز تھنگز ار کوائٹ ان لافل ان اسلام۔</w:t>
      </w:r>
    </w:p>
    <w:p>
      <w:r>
        <w:rPr>
          <w:b/>
        </w:rPr>
        <w:t xml:space="preserve">[1:26:01] </w:t>
      </w:r>
      <w:r>
        <w:t>batil, batil.</w:t>
      </w:r>
    </w:p>
    <w:p>
      <w:pPr>
        <w:jc w:val="right"/>
      </w:pPr>
      <w:r>
        <w:t>باطل، باطل۔</w:t>
      </w:r>
    </w:p>
    <w:p>
      <w:r>
        <w:rPr>
          <w:b/>
        </w:rPr>
        <w:t xml:space="preserve">[1:26:07] </w:t>
      </w:r>
      <w:r>
        <w:t>so you have to make them aware of this, of this false belief.</w:t>
      </w:r>
    </w:p>
    <w:p>
      <w:pPr>
        <w:jc w:val="right"/>
      </w:pPr>
      <w:r>
        <w:t>سو یو ہیو ٹو میک دیم اویئر اف دس، اف دس فالس بیلیف۔</w:t>
      </w:r>
    </w:p>
    <w:p>
      <w:r>
        <w:rPr>
          <w:b/>
        </w:rPr>
        <w:t xml:space="preserve">[1:26:17] </w:t>
      </w:r>
      <w:r>
        <w:t>and I can say that there are thousand and thousand people who have read our book, and they have now, they are, they, they say that we, we were wrong</w:t>
      </w:r>
    </w:p>
    <w:p>
      <w:pPr>
        <w:jc w:val="right"/>
      </w:pPr>
      <w:r>
        <w:t>اینڈ ائی کین سے دیٹ دیر ار تھاؤزنڈ اینڈ تھاؤزنڈ پیپل ہو ہیو ریڈ اور بک، اینڈ دے ہیو ناؤ، دے ار، دے، دے سے دیٹ وی، وی ویر رونگ</w:t>
      </w:r>
    </w:p>
    <w:p>
      <w:r>
        <w:rPr>
          <w:b/>
        </w:rPr>
        <w:t xml:space="preserve">[1:26:32] </w:t>
      </w:r>
      <w:r>
        <w:t>, and now we have discovered that jihad is jihad dawa. jihad means peaceful work for dawa. so is not, is not impossible, although difficult to make people believe this concept.</w:t>
      </w:r>
    </w:p>
    <w:p>
      <w:pPr>
        <w:jc w:val="right"/>
      </w:pPr>
      <w:r>
        <w:t>، اینڈ ناؤ وی ہیو ڈسکورڈ دیٹ جہاد از جہاد داوا۔ جہاد مینز پیس فل ورک فار داوا۔ سو از ناٹ، از ناٹ امپاسیبل، الدو ڈیفیکلٹ ٹو میک پیپل بیلیو دس کانسیپٹ۔</w:t>
      </w:r>
    </w:p>
    <w:p>
      <w:r>
        <w:rPr>
          <w:b/>
        </w:rPr>
        <w:t xml:space="preserve">[1:26:54] </w:t>
      </w:r>
      <w:r>
        <w:t>this question is from Mr. Idris from Delhi: "Maulana, kindly explain the words in the Quran which says cut the hand of</w:t>
      </w:r>
    </w:p>
    <w:p>
      <w:pPr>
        <w:jc w:val="right"/>
      </w:pPr>
      <w:r>
        <w:t>دس کوسچن از فرام مسٹر ادریس فرام دہلی: "مولانا، کائنڈلی ایکسپلین دی ورڈز ان دا قرآن وچ سیز کٹ دی ہینڈ اف</w:t>
      </w:r>
    </w:p>
    <w:p>
      <w:r>
        <w:rPr>
          <w:b/>
        </w:rPr>
        <w:t xml:space="preserve">[1:27:05] </w:t>
      </w:r>
      <w:r>
        <w:t>the thief."</w:t>
      </w:r>
    </w:p>
    <w:p>
      <w:pPr>
        <w:jc w:val="right"/>
      </w:pPr>
      <w:r>
        <w:t>دا تھیف۔"</w:t>
      </w:r>
    </w:p>
    <w:p>
      <w:r>
        <w:rPr>
          <w:b/>
        </w:rPr>
        <w:t xml:space="preserve">[1:27:09] </w:t>
      </w:r>
      <w:r>
        <w:t>as deterrent punishment, deterrent punishment in law. there is a concept of deterrent punishment.</w:t>
      </w:r>
    </w:p>
    <w:p>
      <w:pPr>
        <w:jc w:val="right"/>
      </w:pPr>
      <w:r>
        <w:t>ایس ڈیٹرنٹ پنشمنٹ، ڈیٹرنٹ پنشمنٹ ان لاء۔ دیر از ا کانسیپٹ اف ڈیٹرنٹ پنشمنٹ۔</w:t>
      </w:r>
    </w:p>
    <w:p>
      <w:r>
        <w:rPr>
          <w:b/>
        </w:rPr>
        <w:t xml:space="preserve">[1:27:19] </w:t>
      </w:r>
      <w:r>
        <w:t>deterrent punishment means if you, if want to save the society, then you have to punish.</w:t>
      </w:r>
    </w:p>
    <w:p>
      <w:pPr>
        <w:jc w:val="right"/>
      </w:pPr>
      <w:r>
        <w:t>ڈیٹرنٹ پنشمنٹ مینز اف یو، اف وانٹ ٹو سیو دا سوسائٹی، دین یو ہیو ٹو پنش۔</w:t>
      </w:r>
    </w:p>
    <w:p>
      <w:r>
        <w:rPr>
          <w:b/>
        </w:rPr>
        <w:t xml:space="preserve">[1:27:29] </w:t>
      </w:r>
      <w:r>
        <w:t>you have save punishment</w:t>
      </w:r>
    </w:p>
    <w:p>
      <w:pPr>
        <w:jc w:val="right"/>
      </w:pPr>
      <w:r>
        <w:t>یو ہیو سیو پنشمنٹ</w:t>
      </w:r>
    </w:p>
    <w:p>
      <w:r>
        <w:rPr>
          <w:b/>
        </w:rPr>
        <w:t xml:space="preserve">[1:27:31] </w:t>
      </w:r>
      <w:r>
        <w:t>giving severe punishment. one person save the whole society, but if you, if you, if you set free all these people, then the whole society becomes hostage.</w:t>
      </w:r>
    </w:p>
    <w:p>
      <w:pPr>
        <w:jc w:val="right"/>
      </w:pPr>
      <w:r>
        <w:t>گیونگ سیور پنشمنٹ۔ ون پرسن سیو دا ہول سوسائٹی، بٹ اف یو، اف یو، اف یو سیٹ فری ال دیز پیپل، دین دا ہول سوسائٹی بیکمز ہاسٹیج۔</w:t>
      </w:r>
    </w:p>
    <w:p>
      <w:r>
        <w:rPr>
          <w:b/>
        </w:rPr>
        <w:t xml:space="preserve">[1:27:50] </w:t>
      </w:r>
      <w:r>
        <w:t>so when, when Islam adopts the concept of severe punishment, it means that it want to save the whole society, because deterrent punishment means</w:t>
      </w:r>
    </w:p>
    <w:p>
      <w:pPr>
        <w:jc w:val="right"/>
      </w:pPr>
      <w:r>
        <w:t>سو وین، وین اسلام اڈاپٹس دا کانسیپٹ اف سیور پنشمنٹ، اٹ مینز دیٹ اٹ وانٹ ٹو سیو دا ہول سوسائٹی، بیکاز ڈیٹرنٹ پنشمنٹ مینز</w:t>
      </w:r>
    </w:p>
    <w:p>
      <w:r>
        <w:rPr>
          <w:b/>
        </w:rPr>
        <w:t xml:space="preserve">[1:28:06] </w:t>
      </w:r>
      <w:r>
        <w:t>if one, if one person was given severe punishment, then all the other person will refrain themself.</w:t>
      </w:r>
    </w:p>
    <w:p>
      <w:pPr>
        <w:jc w:val="right"/>
      </w:pPr>
      <w:r>
        <w:t>اف ون، اف ون پرسن واز گیون سیور پنشمنٹ، دین ال دی ادر پرسن ویل ریفرنٹ دیم سیلف۔</w:t>
      </w:r>
    </w:p>
    <w:p>
      <w:r>
        <w:rPr>
          <w:b/>
        </w:rPr>
        <w:t xml:space="preserve">[1:28:20] </w:t>
      </w:r>
      <w:r>
        <w:t>it become deterrent.</w:t>
      </w:r>
    </w:p>
    <w:p>
      <w:pPr>
        <w:jc w:val="right"/>
      </w:pPr>
      <w:r>
        <w:t>اٹ بیکم ڈیٹرنٹ۔</w:t>
      </w:r>
    </w:p>
    <w:p>
      <w:r>
        <w:rPr>
          <w:b/>
        </w:rPr>
        <w:t xml:space="preserve">[1:28:26] </w:t>
      </w:r>
      <w:r>
        <w:t>so that verses, any that punishment is right, but that is in the sense of deterrent punishment</w:t>
      </w:r>
    </w:p>
    <w:p>
      <w:pPr>
        <w:jc w:val="right"/>
      </w:pPr>
      <w:r>
        <w:t>سو دیٹ ورسز، اینی دیٹ پنشمنٹ از رائٹ، بٹ دیٹ از ان دا سینس اف ڈیٹرنٹ پنشمنٹ</w:t>
      </w:r>
    </w:p>
    <w:p>
      <w:r>
        <w:rPr>
          <w:b/>
        </w:rPr>
        <w:t xml:space="preserve">[1:28:40] </w:t>
      </w:r>
      <w:r>
        <w:t>. I have, I have written about this in my books, also in my Tazkir al-Quran in my commentary.</w:t>
      </w:r>
    </w:p>
    <w:p>
      <w:pPr>
        <w:jc w:val="right"/>
      </w:pPr>
      <w:r>
        <w:t>۔ ائی ہیو، ائی ہیو ریٹن اباؤٹ دس ان مائی بکس، السو ان مائی تذکر القرآن ان مائی کمٹری۔</w:t>
      </w:r>
    </w:p>
    <w:p>
      <w:r>
        <w:rPr>
          <w:b/>
        </w:rPr>
        <w:t xml:space="preserve">[1:28:54] </w:t>
      </w:r>
      <w:r>
        <w:t>this question is from Mr. Khwaja Kaleemuddin from Pennsylvania: "Maulana, there is a words in chapter 48 of Quran which says when those who disbelieved harbored in their hearts the bigotry, the bigotry of the days of ignorance.</w:t>
      </w:r>
    </w:p>
    <w:p>
      <w:pPr>
        <w:jc w:val="right"/>
      </w:pPr>
      <w:r>
        <w:t>دس کوسچن از فرام مسٹر خواجہ کلیم الدین فرام پینسلوینیا: "مولانا، دیر از ا ورڈز ان چیپٹر 48 اف قرآن وچ سیز وین دوز ہو ڈس بیلیو ہاربرڈ ان دیر ہارٹس بائیگوٹری، دا بائیگوٹری اف دا ڈیز اف اگنورنس۔</w:t>
      </w:r>
    </w:p>
    <w:p>
      <w:r>
        <w:rPr>
          <w:b/>
        </w:rPr>
        <w:t xml:space="preserve">[1:29:15] </w:t>
      </w:r>
      <w:r>
        <w:t>Allah sent down His tranquility on His Messenger and on the believers, and made the word of piety binding on them, for they were most worthy and deserving of it</w:t>
      </w:r>
    </w:p>
    <w:p>
      <w:pPr>
        <w:jc w:val="right"/>
      </w:pPr>
      <w:r>
        <w:t>اللہ سینڈ ڈاؤن ہز ٹرینکولٹی ان ہز میسنجر اینڈ ان دا بیلیورز، اینڈ میڈ دا ورڈ اف پائٹی بائنڈنگ ان دیم، فار دے وار موسٹ وردی اینڈ ڈیزرونگ اف اٹ</w:t>
      </w:r>
    </w:p>
    <w:p>
      <w:r>
        <w:rPr>
          <w:b/>
        </w:rPr>
        <w:t xml:space="preserve">[1:29:29] </w:t>
      </w:r>
      <w:r>
        <w:t>. Allah has knowledge of all things. Kindly explain to us its context and application of these words in today time." Detailed explanation of these words you can find in my commentary on Quran.</w:t>
      </w:r>
    </w:p>
    <w:p>
      <w:pPr>
        <w:jc w:val="right"/>
      </w:pPr>
      <w:r>
        <w:t>۔ اللہ ہیز نالج اف ال تھنگز۔ کائنڈلی ایکسپلین ٹو اس اٹس کانٹیکسٹ اینڈ ایپلیکیشن اف دس ورڈز ان ٹوڈے ٹائم۔" ڈیٹیلڈ ایکسپلینیشن اف دس ورڈز یو کین فائنڈ ان مائی کمنٹری ان قرآن۔</w:t>
      </w:r>
    </w:p>
    <w:p>
      <w:r>
        <w:rPr>
          <w:b/>
        </w:rPr>
        <w:t xml:space="preserve">[1:29:47] </w:t>
      </w:r>
      <w:r>
        <w:t>this was the time when, when the other party wanted to, to go to conflict, to, to war</w:t>
      </w:r>
    </w:p>
    <w:p>
      <w:pPr>
        <w:jc w:val="right"/>
      </w:pPr>
      <w:r>
        <w:t>دس واز دا ٹائم وین، وین دی ادر پارٹی وانٹڈ ٹو، ٹو گو ٹو کانفلکٹ، ٹو، ٹو وار</w:t>
      </w:r>
    </w:p>
    <w:p>
      <w:r>
        <w:rPr>
          <w:b/>
        </w:rPr>
        <w:t xml:space="preserve">[1:29:58] </w:t>
      </w:r>
      <w:r>
        <w:t>, but Prophet and his companion</w:t>
      </w:r>
    </w:p>
    <w:p>
      <w:pPr>
        <w:jc w:val="right"/>
      </w:pPr>
      <w:r>
        <w:t>، بٹ پرافٹ اینڈ ہز کمپینین</w:t>
      </w:r>
    </w:p>
    <w:p>
      <w:r>
        <w:rPr>
          <w:b/>
        </w:rPr>
        <w:t xml:space="preserve">[1:30:04] </w:t>
      </w:r>
      <w:r>
        <w:t>kept patience. there was all kind of provocation from the other side.</w:t>
      </w:r>
    </w:p>
    <w:p>
      <w:pPr>
        <w:jc w:val="right"/>
      </w:pPr>
      <w:r>
        <w:t>کیپ پیشنس۔ دیر واز ال کائنڈ اف پرووکیشن فرام دا ادر سائیڈ۔</w:t>
      </w:r>
    </w:p>
    <w:p>
      <w:r>
        <w:rPr>
          <w:b/>
        </w:rPr>
        <w:t xml:space="preserve">[1:30:14] </w:t>
      </w:r>
      <w:r>
        <w:t>from the other, at the time, there was this Hadith. these words pertain to the time of Hudaybiyyah.</w:t>
      </w:r>
    </w:p>
    <w:p>
      <w:pPr>
        <w:jc w:val="right"/>
      </w:pPr>
      <w:r>
        <w:t>فرام دا ادر، ایٹ دا ٹائم، دیر واز دس حدیث۔ دس ورڈز پرٹین ٹو دا ٹائم اف حدیبیہ۔</w:t>
      </w:r>
    </w:p>
    <w:p>
      <w:r>
        <w:rPr>
          <w:b/>
        </w:rPr>
        <w:t xml:space="preserve">[1:30:28] </w:t>
      </w:r>
      <w:r>
        <w:t>Hudaybiyyah, at the time of Hudaybiyyah, the other party adopted every kind of provocation, all kind of provocation, but Prophet and companion kept patience unilaterally, because they made dua.</w:t>
      </w:r>
    </w:p>
    <w:p>
      <w:pPr>
        <w:jc w:val="right"/>
      </w:pPr>
      <w:r>
        <w:t>حدیبیہ، ایٹ دا ٹائم اف حدیبیہ، دی ادر پارٹی اڈاپٹڈ ایوری کائنڈ اف پرووکیشن، ال کائنڈ اف پرووکیشن، بٹ پرافٹ اینڈ کمپینین کیپ پیشنس انلیٹرلی، بیکاز دے میڈ دعا۔</w:t>
      </w:r>
    </w:p>
    <w:p>
      <w:r>
        <w:rPr>
          <w:b/>
        </w:rPr>
        <w:t xml:space="preserve">[1:30:49] </w:t>
      </w:r>
      <w:r>
        <w:t>they ask help from G</w:t>
      </w:r>
    </w:p>
    <w:p>
      <w:pPr>
        <w:jc w:val="right"/>
      </w:pPr>
      <w:r>
        <w:t>دے اسک ہیلپ فرام گ</w:t>
      </w:r>
    </w:p>
    <w:p>
      <w:r>
        <w:rPr>
          <w:b/>
        </w:rPr>
        <w:t xml:space="preserve">[1:30:51] </w:t>
      </w:r>
      <w:r>
        <w:t>ad, so god gave them this kind of blessing. by the, by the, by the blessing of god, they keep this kind of patience.</w:t>
      </w:r>
    </w:p>
    <w:p>
      <w:pPr>
        <w:jc w:val="right"/>
      </w:pPr>
      <w:r>
        <w:t>اڈ، سو گاڈ گیو دیم دس کائنڈ اف بلیسنگ۔ بائی دا، بائی دا، بائی دا بلیسنگ اف گاڈ، دے کیپ دس کائنڈ اف پیشن۔</w:t>
      </w:r>
    </w:p>
    <w:p>
      <w:r>
        <w:rPr>
          <w:b/>
        </w:rPr>
        <w:t xml:space="preserve">[1:31:02] </w:t>
      </w:r>
      <w:r>
        <w:t>otherwise, not, it was not possible.</w:t>
      </w:r>
    </w:p>
    <w:p>
      <w:pPr>
        <w:jc w:val="right"/>
      </w:pPr>
      <w:r>
        <w:t>ادروائز، ناٹ، اٹ واز ناٹ پاسیبل۔</w:t>
      </w:r>
    </w:p>
    <w:p>
      <w:r>
        <w:rPr>
          <w:b/>
        </w:rPr>
        <w:t xml:space="preserve">[1:31:06] </w:t>
      </w:r>
      <w:r>
        <w:t>so other party provoke them, but they, they, they were not provoked.</w:t>
      </w:r>
    </w:p>
    <w:p>
      <w:pPr>
        <w:jc w:val="right"/>
      </w:pPr>
      <w:r>
        <w:t>سو ادر پارٹی پرووک دیم، بٹ دے، دے، دے وار ناٹ پرووکڈ۔</w:t>
      </w:r>
    </w:p>
    <w:p>
      <w:r>
        <w:rPr>
          <w:b/>
        </w:rPr>
        <w:t xml:space="preserve">[1:31:16] </w:t>
      </w:r>
      <w:r>
        <w:t>they became patient and they made dua. this is the meaning of that word.</w:t>
      </w:r>
    </w:p>
    <w:p>
      <w:pPr>
        <w:jc w:val="right"/>
      </w:pPr>
      <w:r>
        <w:t>دے بیکم پیشنٹ اینڈ دے میڈ دعا۔ دس از دا میننگ اف دیٹ ورڈ۔</w:t>
      </w:r>
    </w:p>
    <w:p>
      <w:r>
        <w:rPr>
          <w:b/>
        </w:rPr>
        <w:t xml:space="preserve">[1:31:32] </w:t>
      </w:r>
      <w:r>
        <w:t>this question is from mr riyaz bhat from kashmir. he is written that his head an experience of doing dawa work along with mr burmi and sarah fatima of bangalore, but several times he feels that while giving a pamphlet to a person relieve a dai from his responsibility.</w:t>
      </w:r>
    </w:p>
    <w:p>
      <w:pPr>
        <w:jc w:val="right"/>
      </w:pPr>
      <w:r>
        <w:t>دس کوسچن از فرام مسٹر ریاض بھٹ فرام کشمیر۔ ہی از ریٹن دیٹ ہیز ہیڈ این ایکسپیرینس اف ڈوئنگ داوا ورک الونگ ود مسٹر برمی اینڈ سارہ فاطمہ اف بینگلور، بٹ سیورل ٹائمز ہی فیلز دیٹ ویل گیونگ ا پیمفلیٹ ٹو ا پرسن ریلیو ا دائی فرام ہز ریسپانسبیلٹی۔</w:t>
      </w:r>
    </w:p>
    <w:p>
      <w:r>
        <w:rPr>
          <w:b/>
        </w:rPr>
        <w:t xml:space="preserve">[1:31:56] </w:t>
      </w:r>
      <w:r>
        <w:t>and he wants to know that is it the same way as prophet and his companions did dawa work as they were working in each and every individual</w:t>
      </w:r>
    </w:p>
    <w:p>
      <w:pPr>
        <w:jc w:val="right"/>
      </w:pPr>
      <w:r>
        <w:t>اینڈ ہی وانٹس ٹو نو دیٹ از اٹ دا سیم وے ایز پرافٹ اینڈ ہز کمپینینز ڈیڈ داوا ورک ایز دے وار ورکنگ ان ایچ اینڈ ایوری انڈیویجول</w:t>
      </w:r>
    </w:p>
    <w:p>
      <w:r>
        <w:rPr>
          <w:b/>
        </w:rPr>
        <w:t xml:space="preserve">[1:32:05] </w:t>
      </w:r>
      <w:r>
        <w:t>. in our case, just by giving a pamphlet, you are no more responsible whether he accepts the truth or not. kindly comment.</w:t>
      </w:r>
    </w:p>
    <w:p>
      <w:pPr>
        <w:jc w:val="right"/>
      </w:pPr>
      <w:r>
        <w:t>۔ ان اور کیس، جسٹ بائی گیونگ ا پیمفلیٹ، یو ار نو مور ریسپانسبل ویدر ہی ایکسیپٹس دا ٹروتھ اور ناٹ۔ کائنڈلی کمنٹ۔</w:t>
      </w:r>
    </w:p>
    <w:p>
      <w:r>
        <w:rPr>
          <w:b/>
        </w:rPr>
        <w:t xml:space="preserve">[1:32:16] </w:t>
      </w:r>
      <w:r>
        <w:t>no, giving pamphlet is the beginning, is the process.</w:t>
      </w:r>
    </w:p>
    <w:p>
      <w:pPr>
        <w:jc w:val="right"/>
      </w:pPr>
      <w:r>
        <w:t>نو، گیونگ پیمفلیٹ از دا بگننگ، از دا پروسیس۔</w:t>
      </w:r>
    </w:p>
    <w:p>
      <w:r>
        <w:rPr>
          <w:b/>
        </w:rPr>
        <w:t xml:space="preserve">[1:32:21] </w:t>
      </w:r>
      <w:r>
        <w:t>you have to interact, you have to, you have to point out their impression, you have to seek their feedback from them.</w:t>
      </w:r>
    </w:p>
    <w:p>
      <w:pPr>
        <w:jc w:val="right"/>
      </w:pPr>
      <w:r>
        <w:t>یو ہیو ٹو انٹریکٹ، یو ہیو ٹو، یو ہیو ٹو پوائنٹ اؤٹ دیر امپریشن، یو ہیو ٹو سیک دیر فیڈ بیک فرام دیم۔</w:t>
      </w:r>
    </w:p>
    <w:p>
      <w:r>
        <w:rPr>
          <w:b/>
        </w:rPr>
        <w:t xml:space="preserve">[1:32:37] </w:t>
      </w:r>
      <w:r>
        <w:t>it doesn't mean that simply distributing papration of. that is, that is the beginning. you have to involve yourself from, you have to involve yourself in the process.</w:t>
      </w:r>
    </w:p>
    <w:p>
      <w:pPr>
        <w:jc w:val="right"/>
      </w:pPr>
      <w:r>
        <w:t>اٹ ڈزنٹ مین دیٹ سمپلی ڈسٹریبیوٹنگ پاپریشن اف۔ دیٹ از، دیٹ از دا بگننگ۔ یو ہیو ٹو انوالو یور سیلف فرام، یو ہیو ٹو انوالو یور سیلف ان دا پروسیس۔</w:t>
      </w:r>
    </w:p>
    <w:p>
      <w:r>
        <w:rPr>
          <w:b/>
        </w:rPr>
        <w:t xml:space="preserve">[1:32:52] </w:t>
      </w:r>
      <w:r>
        <w:t>you are dai for the, for the, for the life time. every, every moment you are dai.</w:t>
      </w:r>
    </w:p>
    <w:p>
      <w:pPr>
        <w:jc w:val="right"/>
      </w:pPr>
      <w:r>
        <w:t>یو ار دائی فار دا، فار دا، فار دا لائف ٹائم۔ ایوری، ایوری مومنٹ یو ار دائی۔</w:t>
      </w:r>
    </w:p>
    <w:p>
      <w:r>
        <w:rPr>
          <w:b/>
        </w:rPr>
        <w:t xml:space="preserve">[1:33:02] </w:t>
      </w:r>
      <w:r>
        <w:t>so dawa is the process, life long process.</w:t>
      </w:r>
    </w:p>
    <w:p>
      <w:pPr>
        <w:jc w:val="right"/>
      </w:pPr>
      <w:r>
        <w:t>سو داوا از دا پروسیس، لائف لانگ پروسیس۔</w:t>
      </w:r>
    </w:p>
    <w:p>
      <w:r>
        <w:rPr>
          <w:b/>
        </w:rPr>
        <w:t xml:space="preserve">[1:33:08] </w:t>
      </w:r>
      <w:r>
        <w:t>it is, it is, aspiring, aspiring pamphlet is the only, its the beginning. otherwise, dawa is the long proce</w:t>
      </w:r>
    </w:p>
    <w:p>
      <w:pPr>
        <w:jc w:val="right"/>
      </w:pPr>
      <w:r>
        <w:t>اٹ از، اٹ از، اسپیریٹنگ، اسپیریٹنگ پیمفلیٹ از دا اونلی، اٹس دا بگننگ۔ ادروائز، داوا از دا لانگ پروسی</w:t>
      </w:r>
    </w:p>
    <w:p>
      <w:r>
        <w:rPr>
          <w:b/>
        </w:rPr>
        <w:t xml:space="preserve">[1:33:17] </w:t>
      </w:r>
      <w:r>
        <w:t>ss. you have to involve your whole life in this, in this process. in term of energy, in term of money, in term of dua.</w:t>
      </w:r>
    </w:p>
    <w:p>
      <w:pPr>
        <w:jc w:val="right"/>
      </w:pPr>
      <w:r>
        <w:t>س۔ یو ہیو ٹو انوالو یور ہول لائف ان دس، ان دس پروسیس۔ ان ٹرم اف انرجی، ان ٹرم اف منی، ان ٹرم اف دعا۔</w:t>
      </w:r>
    </w:p>
    <w:p>
      <w:r>
        <w:rPr>
          <w:b/>
        </w:rPr>
        <w:t xml:space="preserve">[1:33:30] </w:t>
      </w:r>
      <w:r>
        <w:t>so dawa is a, dawa is a, is a, is a complete task.</w:t>
      </w:r>
    </w:p>
    <w:p>
      <w:pPr>
        <w:jc w:val="right"/>
      </w:pPr>
      <w:r>
        <w:t>سو داوا از ا، داوا از ا، از ا، از ا کمپلیٹ ٹاسک۔</w:t>
      </w:r>
    </w:p>
    <w:p>
      <w:r>
        <w:rPr>
          <w:b/>
        </w:rPr>
        <w:t xml:space="preserve">[1:33:39] </w:t>
      </w:r>
      <w:r>
        <w:t>dawa is a continuous struggle.</w:t>
      </w:r>
    </w:p>
    <w:p>
      <w:pPr>
        <w:jc w:val="right"/>
      </w:pPr>
      <w:r>
        <w:t>داوا از ا کنٹینیوس سٹرگل۔</w:t>
      </w:r>
    </w:p>
    <w:p>
      <w:r>
        <w:rPr>
          <w:b/>
        </w:rPr>
        <w:t xml:space="preserve">[1:33:49] </w:t>
      </w:r>
      <w:r>
        <w:t>it is not simply distribute to distribute the pamphlet.</w:t>
      </w:r>
    </w:p>
    <w:p>
      <w:pPr>
        <w:jc w:val="right"/>
      </w:pPr>
      <w:r>
        <w:t>اٹ از ناٹ سمپلی ڈسٹریبیوٹ ٹو ڈسٹریبیوٹ دا پیمفلیٹ۔</w:t>
      </w:r>
    </w:p>
    <w:p>
      <w:r>
        <w:rPr>
          <w:b/>
        </w:rPr>
        <w:t xml:space="preserve">[1:33:54] </w:t>
      </w:r>
      <w:r>
        <w:t>distribution is beginning, it not end. distributing pamphlet is beginning, it is not end.</w:t>
      </w:r>
    </w:p>
    <w:p>
      <w:pPr>
        <w:jc w:val="right"/>
      </w:pPr>
      <w:r>
        <w:t>ڈسٹریبیوشن از بگننگ، اٹ ناٹ اینڈ۔ ڈسٹریبیوٹنگ پیمفلیٹ از بگننگ، اٹ از ناٹ اینڈ۔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