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Best Story 9 May 2014 - Maulana Wahiduddin Khan</w:t>
      </w:r>
    </w:p>
    <w:p>
      <w:r>
        <w:t>https://www.youtube.com/watch?v=rZnIPTO2QWs</w:t>
      </w:r>
    </w:p>
    <w:p>
      <w:r>
        <w:rPr>
          <w:b/>
        </w:rPr>
        <w:t xml:space="preserve">[00:13] </w:t>
      </w:r>
      <w:r>
        <w:t>bismillah rahman rahim, 9 may 2014. aaj mein quran ki surah yusuf ko lekar kuch arz karna chahta hoon.</w:t>
      </w:r>
    </w:p>
    <w:p>
      <w:pPr>
        <w:jc w:val="right"/>
      </w:pPr>
      <w:r>
        <w:t>بسم اللہ الرحمن الرحیم، 9 مئی 2014۔ آج میں قرآن کی سورہ یوسف کو لے کر کچھ عرض کرنا چاہتا ہوں۔</w:t>
      </w:r>
    </w:p>
    <w:p>
      <w:r>
        <w:rPr>
          <w:b/>
        </w:rPr>
        <w:t xml:space="preserve">[00:31] </w:t>
      </w:r>
      <w:r>
        <w:t>surah yusuf quran ki surah number 12 hai, aur yeh ek alag dhang ki surah hai.</w:t>
      </w:r>
    </w:p>
    <w:p>
      <w:pPr>
        <w:jc w:val="right"/>
      </w:pPr>
      <w:r>
        <w:t>سورہ یوسف قرآن کی سورہ نمبر 12 ہے، اور یہ ایک الگ ڈھنگ کی سورہ ہے۔</w:t>
      </w:r>
    </w:p>
    <w:p>
      <w:r>
        <w:rPr>
          <w:b/>
        </w:rPr>
        <w:t xml:space="preserve">[00:43] </w:t>
      </w:r>
      <w:r>
        <w:t>yani quran mein aap padhenge to doosri jo suratein hain us mein zyada tar baatein,</w:t>
      </w:r>
    </w:p>
    <w:p>
      <w:pPr>
        <w:jc w:val="right"/>
      </w:pPr>
      <w:r>
        <w:t>یعنی قرآن میں آپ پڑھیں گے تو دوسری جو سورتیں ہیں اس میں زیادہ تر باتیں،</w:t>
      </w:r>
    </w:p>
    <w:p>
      <w:r>
        <w:rPr>
          <w:b/>
        </w:rPr>
        <w:t xml:space="preserve">[00:49] </w:t>
      </w:r>
      <w:r>
        <w:t>yani yun kehna chahiye ke, fragmentary andaaz mein hoti hain. lekin surah yusuf mein ek hi qissa shuru se aakhir tak chala ja raha hai,</w:t>
      </w:r>
    </w:p>
    <w:p>
      <w:pPr>
        <w:jc w:val="right"/>
      </w:pPr>
      <w:r>
        <w:t>یعنی یوں کہنا چاہیے کہ، فریگمنٹری انداز میں ہوتی ہیں۔ لیکن سورہ یوسف میں ایک ہی قصہ شروع سے آخر تک چلا جا رہا ہے،</w:t>
      </w:r>
    </w:p>
    <w:p>
      <w:r>
        <w:rPr>
          <w:b/>
        </w:rPr>
        <w:t xml:space="preserve">[01:02] </w:t>
      </w:r>
      <w:r>
        <w:t>yeh different style hai. Is liye yeh surah aik, aik,</w:t>
      </w:r>
    </w:p>
    <w:p>
      <w:pPr>
        <w:jc w:val="right"/>
      </w:pPr>
      <w:r>
        <w:t>یہ ڈفرنٹ اسٹائل ہے۔ اس لیے یہ سورہ ایک، ایک،</w:t>
      </w:r>
    </w:p>
    <w:p>
      <w:r>
        <w:rPr>
          <w:b/>
        </w:rPr>
        <w:t xml:space="preserve">[01:10] </w:t>
      </w:r>
      <w:r>
        <w:t>mislan, exceptions lagti hai poore, poore quran mein. Doosri baat yeh hai ke aik hi surah aisi hai quran mein jis mein, jis ke, jis ko shuru kiya is lafz se ke yeh asal al-qasas hai.</w:t>
      </w:r>
    </w:p>
    <w:p>
      <w:pPr>
        <w:jc w:val="right"/>
      </w:pPr>
      <w:r>
        <w:t>مثلاً، ایکسیپشنز لگتی ہے پورے، پورے قرآن میں۔ دوسری بات یہ ہے کہ ایک ہی سورہ ایسی ہے قرآن میں جس میں، جس کے، جس کو شروع کیا اس لفظ سے کہ یہ اصل القصص ہے۔</w:t>
      </w:r>
    </w:p>
    <w:p>
      <w:r>
        <w:rPr>
          <w:b/>
        </w:rPr>
        <w:t xml:space="preserve">[01:28] </w:t>
      </w:r>
      <w:r>
        <w:t>yani surah yusuf mein jo baat kahi ja rahi hai us ko quran ne asal al-qasas bataya hai, yani best story. Sari quran mein aur bhi kai stories hain, kisi story ko quran mein</w:t>
      </w:r>
    </w:p>
    <w:p>
      <w:pPr>
        <w:jc w:val="right"/>
      </w:pPr>
      <w:r>
        <w:t>یعنی سورہ یوسف میں جو بات کہی جا رہی ہے اس کو قرآن نے اصل القصص بتایا ہے، یعنی بیسٹ سٹوری۔ سارے قرآن میں اور بھی کئی اسٹوریز ہیں، کسی اسٹوری کو قرآن میں</w:t>
      </w:r>
    </w:p>
    <w:p>
      <w:r>
        <w:rPr>
          <w:b/>
        </w:rPr>
        <w:t xml:space="preserve">[01:46] </w:t>
      </w:r>
      <w:r>
        <w:t>best story nahi kaha gaya. To yeh sochne ki baat hai ke yeh best story kaise hai?</w:t>
      </w:r>
    </w:p>
    <w:p>
      <w:pPr>
        <w:jc w:val="right"/>
      </w:pPr>
      <w:r>
        <w:t>بیسٹ سٹوری نہیں کہا گیا۔ تو یہ سوچنے کی بات ہے کہ یہ بیسٹ سٹوری کیسے ہے؟</w:t>
      </w:r>
    </w:p>
    <w:p>
      <w:r>
        <w:rPr>
          <w:b/>
        </w:rPr>
        <w:t xml:space="preserve">[01:56] </w:t>
      </w:r>
      <w:r>
        <w:t>Ab is ko le kar jab mein sochna shuru kiya to mein ne socha ke hazrat yusuf ki zindagi mein to bohat zyada set back aaye, masla ho taqreeban 40 saal tak aik ke baad aik set back.</w:t>
      </w:r>
    </w:p>
    <w:p>
      <w:pPr>
        <w:jc w:val="right"/>
      </w:pPr>
      <w:r>
        <w:t>اب اس کو لے کر جب میں سوچنا شروع کیا تو میں نے سوچا کہ حضرت یوسف کی زندگی میں تو بہت زیادہ سیٹ بیک آئے، مسئلہ ہو تقریباً 40 سال تک ایک کے بعد ایک سیٹ بیک۔</w:t>
      </w:r>
    </w:p>
    <w:p>
      <w:r>
        <w:rPr>
          <w:b/>
        </w:rPr>
        <w:t xml:space="preserve">[02:09] </w:t>
      </w:r>
      <w:r>
        <w:t>To yeh kaise best story ban gaya?</w:t>
      </w:r>
    </w:p>
    <w:p>
      <w:pPr>
        <w:jc w:val="right"/>
      </w:pPr>
      <w:r>
        <w:t>تو یہ کیسے بیسٹ سٹوری بن گیا؟</w:t>
      </w:r>
    </w:p>
    <w:p>
      <w:r>
        <w:rPr>
          <w:b/>
        </w:rPr>
        <w:t xml:space="preserve">[02:13] </w:t>
      </w:r>
      <w:r>
        <w:t>Dekhiye, pehli baat yeh hai ke woh paida hue the aik, aik gaon mein, aik village mein.</w:t>
      </w:r>
    </w:p>
    <w:p>
      <w:pPr>
        <w:jc w:val="right"/>
      </w:pPr>
      <w:r>
        <w:t>دیکھیے، پہلی بات یہ ہے کہ وہ پیدا ہوئے تھے ایک، ایک گاؤں میں، ایک ولیج میں۔</w:t>
      </w:r>
    </w:p>
    <w:p>
      <w:r>
        <w:rPr>
          <w:b/>
        </w:rPr>
        <w:t xml:space="preserve">[02:22] </w:t>
      </w:r>
      <w:r>
        <w:t>Khud quran mein maujood hai yeh baat. Wahan kya tha? Bakri charana aur doodh pilana, yahi khana tha in ka.</w:t>
      </w:r>
    </w:p>
    <w:p>
      <w:pPr>
        <w:jc w:val="right"/>
      </w:pPr>
      <w:r>
        <w:t>خود قرآن میں موجود ہے یہ بات۔ وہاں کیا تھا؟ بکری چرانا اور دودھ پلانا، یہی کھانا تھا ان کا۔</w:t>
      </w:r>
    </w:p>
    <w:p>
      <w:r>
        <w:rPr>
          <w:b/>
        </w:rPr>
        <w:t xml:space="preserve">[02:32] </w:t>
      </w:r>
      <w:r>
        <w:t>Yani din bhar bakri charana aur sham ko doodh pi kar is ka pee jana, so jana. Aur kuch mamooli cheezein khane ko hoti hongi.</w:t>
      </w:r>
    </w:p>
    <w:p>
      <w:pPr>
        <w:jc w:val="right"/>
      </w:pPr>
      <w:r>
        <w:t>یعنی دن بھر بکری چرانا اور شام کو دودھ پی کر اس کا پی جانا، سو جانا۔ اور کچھ معمولی چیزیں کھانے کو ہوتی ہوں گی۔</w:t>
      </w:r>
    </w:p>
    <w:p>
      <w:r>
        <w:rPr>
          <w:b/>
        </w:rPr>
        <w:t xml:space="preserve">[02:42] </w:t>
      </w:r>
      <w:r>
        <w:t>To yahan se in ki beginning hui. Is ke baad dekhiye, jab chote the woh tabhi in ke bhaiyon ne in ko kuwein mein daal diya.</w:t>
      </w:r>
    </w:p>
    <w:p>
      <w:pPr>
        <w:jc w:val="right"/>
      </w:pPr>
      <w:r>
        <w:t>تو یہاں سے ان کی بگننگ ہوئی۔ اس کے بعد دیکھیے، جب چھوٹے تھے وہ تبھی ان کے بھائیوں نے ان کو کنویں میں ڈال دیا۔</w:t>
      </w:r>
    </w:p>
    <w:p>
      <w:r>
        <w:rPr>
          <w:b/>
        </w:rPr>
        <w:t xml:space="preserve">[02:55] </w:t>
      </w:r>
      <w:r>
        <w:t>Ab kaisi ajeeb baat thi ke kuwein mein kai din tak pade rahe woh, aur pata nahi kaise khate honge, kya karte honge.</w:t>
      </w:r>
    </w:p>
    <w:p>
      <w:pPr>
        <w:jc w:val="right"/>
      </w:pPr>
      <w:r>
        <w:t>اب کیسی عجیب بات تھی کہ کنویں میں کئی دن تک پڑے رہے وہ، اور پتہ نہیں کیسے کھاتے ہوں گے، کیا کرتے ہوں گے۔</w:t>
      </w:r>
    </w:p>
    <w:p>
      <w:r>
        <w:rPr>
          <w:b/>
        </w:rPr>
        <w:t xml:space="preserve">[03:04] </w:t>
      </w:r>
      <w:r>
        <w:t>To kehta hoon in ko kaisi ajeeb, in ke kaise kaise sochte honge woh. Acha, is ke baad phir dekhiye, koi traders ka koi karwan guzar raha tha wahan se, us ne nikala in ko.</w:t>
      </w:r>
    </w:p>
    <w:p>
      <w:pPr>
        <w:jc w:val="right"/>
      </w:pPr>
      <w:r>
        <w:t>تو کہتا ہوں ان کو کیسی عجیب، ان کے کیسے کیسے سوچتے ہوں گے وہ۔ اچھا، اس کے بعد پھر دیکھیے، کوئی ٹریڈرز کا کوئی کارواں گزر رہا تھا وہاں سے، اس نے نکالا ان کو۔</w:t>
      </w:r>
    </w:p>
    <w:p>
      <w:r>
        <w:rPr>
          <w:b/>
        </w:rPr>
        <w:t xml:space="preserve">[03:21] </w:t>
      </w:r>
      <w:r>
        <w:t>To us ne bhi kya kiya? Yani usay woh commodity ke tor par</w:t>
      </w:r>
    </w:p>
    <w:p>
      <w:pPr>
        <w:jc w:val="right"/>
      </w:pPr>
      <w:r>
        <w:t>تو اس نے بھی کیا کیا؟ یعنی اسے وہ کمیوڈیٹی کے طور پر</w:t>
      </w:r>
    </w:p>
    <w:p>
      <w:r>
        <w:rPr>
          <w:b/>
        </w:rPr>
        <w:t xml:space="preserve">[03:25] </w:t>
      </w:r>
      <w:r>
        <w:t>usay nikala aur market ki jo bikti hain cheezein is tareeqe se ja ke bech diya. Aik commodity samajh lije.</w:t>
      </w:r>
    </w:p>
    <w:p>
      <w:pPr>
        <w:jc w:val="right"/>
      </w:pPr>
      <w:r>
        <w:t>اسے نکالا اور مارکیٹ کی جو بکتی ہیں چیزیں اس طریقے سے جا کے بیچ دیا۔ ایک کمیوڈیٹی سمجھ لیجئے۔</w:t>
      </w:r>
    </w:p>
    <w:p>
      <w:r>
        <w:rPr>
          <w:b/>
        </w:rPr>
        <w:t xml:space="preserve">[03:37] </w:t>
      </w:r>
      <w:r>
        <w:t>Kaisi ajeeb baat hai ke aik, aik bachay ko bech diya gaya bazaar mein</w:t>
      </w:r>
    </w:p>
    <w:p>
      <w:pPr>
        <w:jc w:val="right"/>
      </w:pPr>
      <w:r>
        <w:t>کیسی عجیب بات ہے کہ ایک، ایک بچے کو بیچ دیا گیا بازار میں</w:t>
      </w:r>
    </w:p>
    <w:p>
      <w:r>
        <w:rPr>
          <w:b/>
        </w:rPr>
        <w:t xml:space="preserve">[03:42] </w:t>
      </w:r>
      <w:r>
        <w:t>aik commodity ke tor par. Acha, is ke baad jis ne khareeda us ne us ko slave banaya. Aap ghor kijiye ke slave ban kar rahe aik, aik,</w:t>
      </w:r>
    </w:p>
    <w:p>
      <w:pPr>
        <w:jc w:val="right"/>
      </w:pPr>
      <w:r>
        <w:t>ایک کمیوڈیٹی کے طور پر۔ اچھا، اس کے بعد جس نے خریدا اس نے اس کو سلیب بنایا۔ آپ غور کیجئے کہ سلیب بن کر رہے ایک، ایک،</w:t>
      </w:r>
    </w:p>
    <w:p>
      <w:r>
        <w:rPr>
          <w:b/>
        </w:rPr>
        <w:t xml:space="preserve">[03:56] </w:t>
      </w:r>
      <w:r>
        <w:t>aik shakhs ke ghar mein kuch arsay tak woh.</w:t>
      </w:r>
    </w:p>
    <w:p>
      <w:pPr>
        <w:jc w:val="right"/>
      </w:pPr>
      <w:r>
        <w:t>ایک شخص کے گھر میں کچھ عرصے تک وہ۔</w:t>
      </w:r>
    </w:p>
    <w:p>
      <w:r>
        <w:rPr>
          <w:b/>
        </w:rPr>
        <w:t xml:space="preserve">[04:00] </w:t>
      </w:r>
      <w:r>
        <w:t>Is ke baad kya hua ke in ko</w:t>
      </w:r>
    </w:p>
    <w:p>
      <w:pPr>
        <w:jc w:val="right"/>
      </w:pPr>
      <w:r>
        <w:t>اس کے بعد کیا ہوا کہ ان کو</w:t>
      </w:r>
    </w:p>
    <w:p>
      <w:r>
        <w:rPr>
          <w:b/>
        </w:rPr>
        <w:t xml:space="preserve">[04:07] </w:t>
      </w:r>
      <w:r>
        <w:t>kuch aise halaat paida hue ke in ko jail bhej diya gaya. Aap ghor kijiye ke us zamane ki jail aaj kal ki jail jaisi nahi hoti thi.</w:t>
      </w:r>
    </w:p>
    <w:p>
      <w:pPr>
        <w:jc w:val="right"/>
      </w:pPr>
      <w:r>
        <w:t>کچھ ایسے حالات پیدا ہوئے کہ ان کو جیل بھیج دیا گیا۔ آپ غور کیجئے کہ اس زمانے کی جیل آج کل کی جیل جیسے نہیں ہوتی تھی۔</w:t>
      </w:r>
    </w:p>
    <w:p>
      <w:r>
        <w:rPr>
          <w:b/>
        </w:rPr>
        <w:t xml:space="preserve">[04:18] </w:t>
      </w:r>
      <w:r>
        <w:t>Ab jaisi jail hoti hai wahi jail nahi thi un ki hoti thi us zamane mein. Bohat hi mamooli zindagi jail mein.</w:t>
      </w:r>
    </w:p>
    <w:p>
      <w:pPr>
        <w:jc w:val="right"/>
      </w:pPr>
      <w:r>
        <w:t>اب جیسی جیل ہوتی ہے وہی جیل نہیں تھی ان کی ہوتی تھی اس زمانے میں۔ بہت ہی معمولی زندگی جیل میں۔</w:t>
      </w:r>
    </w:p>
    <w:p>
      <w:r>
        <w:rPr>
          <w:b/>
        </w:rPr>
        <w:t xml:space="preserve">[04:27] </w:t>
      </w:r>
      <w:r>
        <w:t>Is tarah bar bar in ko aise halaat pesh aaye jo hum mein se shayad kisi par guzre nahi honge. Hum mein se kisi shakhs par nahi guzre honge.</w:t>
      </w:r>
    </w:p>
    <w:p>
      <w:pPr>
        <w:jc w:val="right"/>
      </w:pPr>
      <w:r>
        <w:t>اس طرح بار بار ان کو ایسے حالات پیش آئے جو ہم میں سے شاید کسی پر گزرے نہیں ہوں گے۔ ہم میں سے کسی شخص پر نہیں گزرے ہوں گے۔</w:t>
      </w:r>
    </w:p>
    <w:p>
      <w:r>
        <w:rPr>
          <w:b/>
        </w:rPr>
        <w:t xml:space="preserve">[04:41] </w:t>
      </w:r>
      <w:r>
        <w:t>Aur yeh to chand cheezein hain jo quran mein mention ki gayeen. Aur aik so aik cheezein ho sakti hain jo mention nahi ki gayeen ke gaon mein ho gaye to khane peene ko theek se milta nahi hoga, kabhi bhooka hi sona padta hoga.</w:t>
      </w:r>
    </w:p>
    <w:p>
      <w:pPr>
        <w:jc w:val="right"/>
      </w:pPr>
      <w:r>
        <w:t>اور یہ تو چند چیزیں ہیں جو قرآن میں مینشن کی گئیں۔ اور ایک سو ایک چیزیں ہو سکتی ہیں جو مینشن نہیں کی گئی ہوں کہ گاؤں میں ہو گئے تو کھانے پینے کو ٹھیک سے ملتا نہیں ہوگا، کبھی بھوکا ہی سونا پڑتا ہوگا۔</w:t>
      </w:r>
    </w:p>
    <w:p>
      <w:r>
        <w:rPr>
          <w:b/>
        </w:rPr>
        <w:t xml:space="preserve">[04:57] </w:t>
      </w:r>
      <w:r>
        <w:t>Aur aaj kal kis tareeqe se nahi, jaise ke aaj kal ghar hote hain, attach bath hota hai, yeh sab kuch bhi nahi.</w:t>
      </w:r>
    </w:p>
    <w:p>
      <w:pPr>
        <w:jc w:val="right"/>
      </w:pPr>
      <w:r>
        <w:t>اور آج کل کس طریقے سے نہیں، جیسے کہ آج کل گھر ہوتے ہیں، اٹیچ باتھ ہوتا ہے، یہ سب کچھ بھی نہیں۔</w:t>
      </w:r>
    </w:p>
    <w:p>
      <w:r>
        <w:rPr>
          <w:b/>
        </w:rPr>
        <w:t xml:space="preserve">[05:04] </w:t>
      </w:r>
      <w:r>
        <w:t>Pani hota hai, pata nahi kis tareeqe se pani, kis tarah se khana, kya intazam karte honge, yeh sab to is mein mazkoor nahi hai. Aisi yeh bhi mazkoor nahi ke kuwein mein kaise guzara guzara unhon ne.</w:t>
      </w:r>
    </w:p>
    <w:p>
      <w:pPr>
        <w:jc w:val="right"/>
      </w:pPr>
      <w:r>
        <w:t>پانی ہوتا ہے، پتہ نہیں کس طریقے سے پانی، کس طرح سے کھانا، کیا انتظام کرتے ہوں گے، یہ سب تو اس میں مذکور نہیں ہے۔ ایسی یہ بھی مذکور نہیں کہ کنویں میں کیسے گزارا گزارا انہوں نے۔</w:t>
      </w:r>
    </w:p>
    <w:p>
      <w:r>
        <w:rPr>
          <w:b/>
        </w:rPr>
        <w:t xml:space="preserve">[05:18] </w:t>
      </w:r>
      <w:r>
        <w:t>Yani matlab jangla hai, kuwan hai, wahan koi aa gaya ya nahi, peechay</w:t>
      </w:r>
    </w:p>
    <w:p>
      <w:pPr>
        <w:jc w:val="right"/>
      </w:pPr>
      <w:r>
        <w:t>یعنی مطلب جنگل ہے، کنواں ہے، وہاں کوئی آ گیا یا نہیں، پیچھے</w:t>
      </w:r>
    </w:p>
    <w:p>
      <w:r>
        <w:rPr>
          <w:b/>
        </w:rPr>
        <w:t xml:space="preserve">[05:22] </w:t>
      </w:r>
      <w:r>
        <w:t>kaise woh raatein hain, woh din guzre honge un ke kunwein mein. phir jab un ko bazaar mein ja ke aik bazaar ki aik item ke taur par becha unhon ne to kaisa dil ka haal un ka hoga ke mein aik bazaar ka item ban gaya.</w:t>
      </w:r>
    </w:p>
    <w:p>
      <w:pPr>
        <w:jc w:val="right"/>
      </w:pPr>
      <w:r>
        <w:t>کیسے وہ راتیں ہیں، وہ دن گزرے ہوں گے ان کے کنویں میں۔ پھر جب ان کو بازار میں جا کے ایک بازار کی ایک آئٹم کے طور پر بیچا انہوں نے تو کیسا دل کا حال ان کا ہوگا کہ میں ایک بازار کا آئٹم بن گیا۔</w:t>
      </w:r>
    </w:p>
    <w:p>
      <w:r>
        <w:rPr>
          <w:b/>
        </w:rPr>
        <w:t xml:space="preserve">[05:41] </w:t>
      </w:r>
      <w:r>
        <w:t>aap sochiye, phir jab saleeb bane to wahan bhi kaise kaise tajrube un ko hue honge. to kitne aur bhi baatein hain jo mazkoor nahi hui hui hain, lekin aap qayas kar sakte hain ke bohat hi</w:t>
      </w:r>
    </w:p>
    <w:p>
      <w:pPr>
        <w:jc w:val="right"/>
      </w:pPr>
      <w:r>
        <w:t>آپ سوچیے، پھر جب سلیب بنے تو وہاں بھی کیسے کیسے تجربے ان کو ہوئے ہوں گے۔ تو کتنے اور بھی باتیں ہیں جو مذکور نہیں ہوئی ہوئی ہیں، لیکن آپ قیاس کر سکتے ہیں کہ بہت ہی</w:t>
      </w:r>
    </w:p>
    <w:p>
      <w:r>
        <w:rPr>
          <w:b/>
        </w:rPr>
        <w:t xml:space="preserve">[05:58] </w:t>
      </w:r>
      <w:r>
        <w:t>ajeeb qism ke halaat the, baar baar un ko setback hua. is ke bawajood Quran kehta hai ke woh asal al-qasas tha, best story.</w:t>
      </w:r>
    </w:p>
    <w:p>
      <w:pPr>
        <w:jc w:val="right"/>
      </w:pPr>
      <w:r>
        <w:t>عجیب قسم کے حالات تھے، بار بار ان کو سیٹ بیک ہوا۔ اس کے باوجود قرآن کہتا ہے کہ وہ اصل القصص تھا، بیسٹ سٹوری۔</w:t>
      </w:r>
    </w:p>
    <w:p>
      <w:r>
        <w:rPr>
          <w:b/>
        </w:rPr>
        <w:t xml:space="preserve">[06:10] </w:t>
      </w:r>
      <w:r>
        <w:t>yeh bohat anokhi baat hai. is ke bawajood woh best story.</w:t>
      </w:r>
    </w:p>
    <w:p>
      <w:pPr>
        <w:jc w:val="right"/>
      </w:pPr>
      <w:r>
        <w:t>یہ بہت انوکھی بات ہے۔ اس کے باوجود وہ بیسٹ سٹوری۔</w:t>
      </w:r>
    </w:p>
    <w:p>
      <w:r>
        <w:rPr>
          <w:b/>
        </w:rPr>
        <w:t xml:space="preserve">[06:17] </w:t>
      </w:r>
      <w:r>
        <w:t>to is ka jawab hum ko milta hai surah ke aakhir mein. yeh, yeh jo surah hai is ke aakhir mein. wa man yattaqi wa yasbir fa inna Allaha la yudeeu al-muhsineen yani aakhri marhale mein woh badshah ke paas un ko le jaya jata hai aur badshah un ko, un ko</w:t>
      </w:r>
    </w:p>
    <w:p>
      <w:pPr>
        <w:jc w:val="right"/>
      </w:pPr>
      <w:r>
        <w:t>تو اس کا جواب ہم کو ملتا ہے سورہ کے آخر میں۔ یہ، یہ جو سورہ ہے اس کے آخر میں۔ ومن یتق ویصبر فان اللہ لا یضی المرسلین یعنی آخری مرحلے میں وہ بادشاہ کے پاس ان کو لے جایا جاتا ہے اور بادشاہ ان کو، ان کو</w:t>
      </w:r>
    </w:p>
    <w:p>
      <w:r>
        <w:rPr>
          <w:b/>
        </w:rPr>
        <w:t xml:space="preserve">[06:40] </w:t>
      </w:r>
      <w:r>
        <w:t>aik, aik bara position, bari position de deta hai. aaj kal ke zamane ke lehaz se kehna chahiye ke un ko, yani food minister bana deta hai, food minister.</w:t>
      </w:r>
    </w:p>
    <w:p>
      <w:pPr>
        <w:jc w:val="right"/>
      </w:pPr>
      <w:r>
        <w:t>ایک، ایک بڑا پوزیشن، بڑی پوزیشن دے دیتا ہے۔ آج کل کے زمانے کے لحاظ سے کہنا چاہیے کہ ان کو، یعنی فوڈ منسٹر بنا دیتا ہے، فوڈ منسٹر۔</w:t>
      </w:r>
    </w:p>
    <w:p>
      <w:r>
        <w:rPr>
          <w:b/>
        </w:rPr>
        <w:t xml:space="preserve">[06:50] </w:t>
      </w:r>
      <w:r>
        <w:t>kyun ke badshah takht par khud to maujood tha, woh</w:t>
      </w:r>
    </w:p>
    <w:p>
      <w:pPr>
        <w:jc w:val="right"/>
      </w:pPr>
      <w:r>
        <w:t>کیونکہ بادشاہ تخت پر خود تو موجود تھا، وہ</w:t>
      </w:r>
    </w:p>
    <w:p>
      <w:r>
        <w:rPr>
          <w:b/>
        </w:rPr>
        <w:t xml:space="preserve">[07:00] </w:t>
      </w:r>
      <w:r>
        <w:t>aik takht par badshahi raha phir bhi, lekin un ko ikhtiyarat de di. is mein Bible mein bhi aik qissa tafseel ke sath hai.</w:t>
      </w:r>
    </w:p>
    <w:p>
      <w:pPr>
        <w:jc w:val="right"/>
      </w:pPr>
      <w:r>
        <w:t>ایک تخت پر بادشاہی رہا پھر بھی، لیکن ان کو اختیارات دے دیے۔ اس میں بائبل میں بھی ایک قصہ تفصیل کے ساتھ ہے۔</w:t>
      </w:r>
    </w:p>
    <w:p>
      <w:r>
        <w:rPr>
          <w:b/>
        </w:rPr>
        <w:t xml:space="preserve">[07:11] </w:t>
      </w:r>
      <w:r>
        <w:t>to Bible mein yeh alfaaz hain ke only in regard to the throne</w:t>
      </w:r>
    </w:p>
    <w:p>
      <w:pPr>
        <w:jc w:val="right"/>
      </w:pPr>
      <w:r>
        <w:t>تو بائبل میں یہ الفاظ ہیں کہ only in regard to the throne</w:t>
      </w:r>
    </w:p>
    <w:p>
      <w:r>
        <w:rPr>
          <w:b/>
        </w:rPr>
        <w:t xml:space="preserve">[07:17] </w:t>
      </w:r>
      <w:r>
        <w:t>I will be greater than you</w:t>
      </w:r>
    </w:p>
    <w:p>
      <w:pPr>
        <w:jc w:val="right"/>
      </w:pPr>
      <w:r>
        <w:t>I will be greater than you</w:t>
      </w:r>
    </w:p>
    <w:p>
      <w:r>
        <w:rPr>
          <w:b/>
        </w:rPr>
        <w:t xml:space="preserve">[07:21] </w:t>
      </w:r>
      <w:r>
        <w:t>to yeh darja jo mila un ko is ke baray mein Quran ki ayat hai aakhir mein ke wa in yattaqi wa yasbir fa inna Allaha la yudeeu ajr al-muslimeen yani taqwa aur sabr ka saboot dene dene ke nateejay mein un ko aisa</w:t>
      </w:r>
    </w:p>
    <w:p>
      <w:pPr>
        <w:jc w:val="right"/>
      </w:pPr>
      <w:r>
        <w:t>تو یہ درجہ جو ملا ان کو اس کے بارے میں قرآن کی آیت ہے آخر میں کہ وان یتق ویصبر فان اللہ لا یضی اجل المسلمین یعنی تقویٰ اور صبر کا ثبوت دینے دینے کے نتیجے میں ان کو ایسا</w:t>
      </w:r>
    </w:p>
    <w:p>
      <w:r>
        <w:rPr>
          <w:b/>
        </w:rPr>
        <w:t xml:space="preserve">[07:41] </w:t>
      </w:r>
      <w:r>
        <w:t>kamyabi mili, baar baar ki mushkilat aur ke bawajood. to is mein sochne ki baat hai ke taqwa kya hai aur sabr kya hai.</w:t>
      </w:r>
    </w:p>
    <w:p>
      <w:pPr>
        <w:jc w:val="right"/>
      </w:pPr>
      <w:r>
        <w:t>کامیابی ملی، بار بار کی مشکلات اور کے باوجود۔ تو اس میں سوچنے کی بات ہے کہ تقویٰ کیا ہے اور صبر کیا ہے۔</w:t>
      </w:r>
    </w:p>
    <w:p>
      <w:r>
        <w:rPr>
          <w:b/>
        </w:rPr>
        <w:t xml:space="preserve">[07:56] </w:t>
      </w:r>
      <w:r>
        <w:t>taqwa kya hai aur sabr kya hai.</w:t>
      </w:r>
    </w:p>
    <w:p>
      <w:pPr>
        <w:jc w:val="right"/>
      </w:pPr>
      <w:r>
        <w:t>تقویٰ کیا ہے اور صبر کیا ہے۔</w:t>
      </w:r>
    </w:p>
    <w:p>
      <w:r>
        <w:rPr>
          <w:b/>
        </w:rPr>
        <w:t xml:space="preserve">[07:59] </w:t>
      </w:r>
      <w:r>
        <w:t>kyun ke itni bari baat yeh hai ke aik shakhs, yani mamooli halat mein hota hai, paida hone ke baad phir baar baar us ko setback hote hain,</w:t>
      </w:r>
    </w:p>
    <w:p>
      <w:pPr>
        <w:jc w:val="right"/>
      </w:pPr>
      <w:r>
        <w:t>کیونکہ اتنی بڑی بات یہ ہے کہ ایک شخص، یعنی معمولی حالت میں ہوتا ہے، پیدا ہونے کے بعد پھر بار بار اس کو سیٹ بیک ہوتے ہیں،</w:t>
      </w:r>
    </w:p>
    <w:p>
      <w:r>
        <w:rPr>
          <w:b/>
        </w:rPr>
        <w:t xml:space="preserve">[08:15] </w:t>
      </w:r>
      <w:r>
        <w:t>aur phir us ko</w:t>
      </w:r>
    </w:p>
    <w:p>
      <w:pPr>
        <w:jc w:val="right"/>
      </w:pPr>
      <w:r>
        <w:t>اور پھر اس کو</w:t>
      </w:r>
    </w:p>
    <w:p>
      <w:r>
        <w:rPr>
          <w:b/>
        </w:rPr>
        <w:t xml:space="preserve">[08:17] </w:t>
      </w:r>
      <w:r>
        <w:t>taqreeban 40 saal beet jate hain inhi baaton mein. aur phir us ko Misr mein, Misr ka jo badshah us zamane mein tha, un ko aik bari position de deta hai, bari position.</w:t>
      </w:r>
    </w:p>
    <w:p>
      <w:pPr>
        <w:jc w:val="right"/>
      </w:pPr>
      <w:r>
        <w:t>تقریباً 40 سال بیت جاتے ہیں انہی باتوں میں۔ اور پھر اس کو مصر میں، مصر کا جو بادشاہ اس زمانے میں تھا، ان کو ایک بڑی پوزیشن دے دیتا ہے، بڑی پوزیشن۔</w:t>
      </w:r>
    </w:p>
    <w:p>
      <w:r>
        <w:rPr>
          <w:b/>
        </w:rPr>
        <w:t xml:space="preserve">[08:33] </w:t>
      </w:r>
      <w:r>
        <w:t>aur</w:t>
      </w:r>
    </w:p>
    <w:p>
      <w:pPr>
        <w:jc w:val="right"/>
      </w:pPr>
      <w:r>
        <w:t>اور</w:t>
      </w:r>
    </w:p>
    <w:p>
      <w:r>
        <w:rPr>
          <w:b/>
        </w:rPr>
        <w:t xml:space="preserve">[08:35] </w:t>
      </w:r>
      <w:r>
        <w:t>taqreeban 14 saal tak wahan bohat achi halat mein rehte hain.</w:t>
      </w:r>
    </w:p>
    <w:p>
      <w:pPr>
        <w:jc w:val="right"/>
      </w:pPr>
      <w:r>
        <w:t>تقریباً 14 سال تک وہاں بہت اچھی حالت میں رہتے ہیں۔</w:t>
      </w:r>
    </w:p>
    <w:p>
      <w:r>
        <w:rPr>
          <w:b/>
        </w:rPr>
        <w:t xml:space="preserve">[08:41] </w:t>
      </w:r>
      <w:r>
        <w:t>to sochne ki baat hai ke Quran mein yeh baat hai ke yeh jo kaha gaya hai ke un ko yeh, yeh jo bala darja hai to taqwa aur sabr ki wajah se.</w:t>
      </w:r>
    </w:p>
    <w:p>
      <w:pPr>
        <w:jc w:val="right"/>
      </w:pPr>
      <w:r>
        <w:t>تو سوچنے کی بات ہے کہ قرآن میں یہ بات ہے کہ یہ جو کہا گیا ہے کہ ان کو یہ، یہ جو بلا درجہ ہے تو تقویٰ اور صبر کی وجہ سے۔</w:t>
      </w:r>
    </w:p>
    <w:p>
      <w:r>
        <w:rPr>
          <w:b/>
        </w:rPr>
        <w:t xml:space="preserve">[08:51] </w:t>
      </w:r>
      <w:r>
        <w:t>to sab se ziyada sochne ki baat yeh hai ke taqwa kya hai aur sabr kya hai.</w:t>
      </w:r>
    </w:p>
    <w:p>
      <w:pPr>
        <w:jc w:val="right"/>
      </w:pPr>
      <w:r>
        <w:t>تو سب سے زیادہ سوچنے کی بات یہ ہے کہ تقویٰ کیا ہے اور صبر کیا ہے۔</w:t>
      </w:r>
    </w:p>
    <w:p>
      <w:r>
        <w:rPr>
          <w:b/>
        </w:rPr>
        <w:t xml:space="preserve">[08:59] </w:t>
      </w:r>
      <w:r>
        <w:t>is par sochte hue mujhe samajh aata hai ke</w:t>
      </w:r>
    </w:p>
    <w:p>
      <w:pPr>
        <w:jc w:val="right"/>
      </w:pPr>
      <w:r>
        <w:t>اس پر سوچتے ہوئے مجھے سمجھ آتا ہے کہ</w:t>
      </w:r>
    </w:p>
    <w:p>
      <w:r>
        <w:rPr>
          <w:b/>
        </w:rPr>
        <w:t xml:space="preserve">[09:05] </w:t>
      </w:r>
      <w:r>
        <w:t>taqwa aur sabr ka matlab hai, yani sabr ka matlab hai insaan ki taraf jo kuch paish aaye us par patience.</w:t>
      </w:r>
    </w:p>
    <w:p>
      <w:pPr>
        <w:jc w:val="right"/>
      </w:pPr>
      <w:r>
        <w:t>تقویٰ اور صبر کا مطلب ہے، یعنی صبر کا مطلب ہے انسان کی طرف جو کچھ پیش آئے اس پر پیشنس۔</w:t>
      </w:r>
    </w:p>
    <w:p>
      <w:r>
        <w:rPr>
          <w:b/>
        </w:rPr>
        <w:t xml:space="preserve">[09:16] </w:t>
      </w:r>
      <w:r>
        <w:t>sabr ka talluq insaan se hai. sabr ka jo talluq hai woh insaan se hai. yani insaan ki taraf se jo kuch bhi paish aaye us par sabr karna.</w:t>
      </w:r>
    </w:p>
    <w:p>
      <w:pPr>
        <w:jc w:val="right"/>
      </w:pPr>
      <w:r>
        <w:t>صبر کا تعلق انسان سے ہے۔ صبر کا جو تعلق ہے وہ انسان سے ہے۔ یعنی انسان کی طرف سے جو کچھ بھی پیش آئے اس پر صبر کرنا۔</w:t>
      </w:r>
    </w:p>
    <w:p>
      <w:r>
        <w:rPr>
          <w:b/>
        </w:rPr>
        <w:t xml:space="preserve">[09:27] </w:t>
      </w:r>
      <w:r>
        <w:t>yani reaction nahi, negative thinking nahi, ghussa nahi, rage nahi, violence nahi.</w:t>
      </w:r>
    </w:p>
    <w:p>
      <w:pPr>
        <w:jc w:val="right"/>
      </w:pPr>
      <w:r>
        <w:t>یعنی ری ایکشن نہیں، نیگیٹیو تھنکنگ نہیں، غصہ نہیں، رینج نہیں، وائیلنس نہیں۔</w:t>
      </w:r>
    </w:p>
    <w:p>
      <w:r>
        <w:rPr>
          <w:b/>
        </w:rPr>
        <w:t xml:space="preserve">[09:37] </w:t>
      </w:r>
      <w:r>
        <w:t>to insaan ki taraf se jo kuch paish aaye us par unilateral sabr, unilateral patience.</w:t>
      </w:r>
    </w:p>
    <w:p>
      <w:pPr>
        <w:jc w:val="right"/>
      </w:pPr>
      <w:r>
        <w:t>تو انسان کی طرف سے جو کچھ پیش آئے اس پر یونی لیٹرل صبر، یونی لیٹرل پیشنس۔</w:t>
      </w:r>
    </w:p>
    <w:p>
      <w:r>
        <w:rPr>
          <w:b/>
        </w:rPr>
        <w:t xml:space="preserve">[09:45] </w:t>
      </w:r>
      <w:r>
        <w:t>unilateral aap ab, yani positive attitude ko baqi rakhen. yeh hua insaan ki taraf se, yeh hai sabr.</w:t>
      </w:r>
    </w:p>
    <w:p>
      <w:pPr>
        <w:jc w:val="right"/>
      </w:pPr>
      <w:r>
        <w:t>یونی لیٹرلی آپ اب، یعنی پوزیٹیو ایٹیٹیوڈ کو باقی رکھیں۔ یہ ہوا انسان کی طرف سے، یہ ہے صبر۔</w:t>
      </w:r>
    </w:p>
    <w:p>
      <w:r>
        <w:rPr>
          <w:b/>
        </w:rPr>
        <w:t xml:space="preserve">[09:58] </w:t>
      </w:r>
      <w:r>
        <w:t>yeh bohat hi mushkil kaam hai. yani unilateral tor par sabr par qaim rehna yeh bohat mushkil kaam hai.</w:t>
      </w:r>
    </w:p>
    <w:p>
      <w:pPr>
        <w:jc w:val="right"/>
      </w:pPr>
      <w:r>
        <w:t>یہ بہت ہی مشکل کام ہے۔ یعنی یونی لیٹرل طور پر صبر پر قائم رہنا یہ بہت مشکل کام ہے۔</w:t>
      </w:r>
    </w:p>
    <w:p>
      <w:r>
        <w:rPr>
          <w:b/>
        </w:rPr>
        <w:t xml:space="preserve">[10:12] </w:t>
      </w:r>
      <w:r>
        <w:t>kyunke aap ko is mein apne emotion ko control karna parta hai,</w:t>
      </w:r>
    </w:p>
    <w:p>
      <w:pPr>
        <w:jc w:val="right"/>
      </w:pPr>
      <w:r>
        <w:t>کیونکہ آپ کو اس میں اپنے ایموشن کو کنٹرول کرنا پڑتا ہے،</w:t>
      </w:r>
    </w:p>
    <w:p>
      <w:r>
        <w:rPr>
          <w:b/>
        </w:rPr>
        <w:t xml:space="preserve">[10:16] </w:t>
      </w:r>
      <w:r>
        <w:t>apne ghusse ko control karna parta hai, apne andar jo pressure pressure aata hai us ko control karna parta hai, negative thought aate hain us ko aap ko control control karna parta hai.</w:t>
      </w:r>
    </w:p>
    <w:p>
      <w:pPr>
        <w:jc w:val="right"/>
      </w:pPr>
      <w:r>
        <w:t>اپنے غصے کو کنٹرول کرنا پڑتا ہے، اپنے اندر جو پریشر پریشر آتا ہے اس کو کنٹرول کرنا پڑتا ہے، نیگیٹیو تھاٹ آتے ہیں اس کو آپ کو کنٹرول کنٹرول کرنا پڑتا ہے۔</w:t>
      </w:r>
    </w:p>
    <w:p>
      <w:r>
        <w:rPr>
          <w:b/>
        </w:rPr>
        <w:t xml:space="preserve">[10:28] </w:t>
      </w:r>
      <w:r>
        <w:t>toh yeh kehne mein toh saada si baat hai lekin hai bohat hi mushkil kaam.</w:t>
      </w:r>
    </w:p>
    <w:p>
      <w:pPr>
        <w:jc w:val="right"/>
      </w:pPr>
      <w:r>
        <w:t>تو یہ کہنے میں تو سادہ سی بات ہے لیکن ہے بہت ہی مشکل کام۔</w:t>
      </w:r>
    </w:p>
    <w:p>
      <w:r>
        <w:rPr>
          <w:b/>
        </w:rPr>
        <w:t xml:space="preserve">[10:34] </w:t>
      </w:r>
      <w:r>
        <w:t>toh 40 saal ke douran unhon ne is baat ko, yani is is par woh poore utre ke woh insaan ki taraf se jo kuch pesh aaye us par woh sabr karne ke liye tayyar hain.</w:t>
      </w:r>
    </w:p>
    <w:p>
      <w:pPr>
        <w:jc w:val="right"/>
      </w:pPr>
      <w:r>
        <w:t>تو 40 سال کے دوران انہوں نے اس بات کو، یعنی اس اس پر وہ پورے اترے کہ وہ انسان کی طرف سے جو کچھ پیش آئے اس پر وہ صبر کرنے کے لیے تیار ہیں۔</w:t>
      </w:r>
    </w:p>
    <w:p>
      <w:r>
        <w:rPr>
          <w:b/>
        </w:rPr>
        <w:t xml:space="preserve">[10:50] </w:t>
      </w:r>
      <w:r>
        <w:t>aur isi ka ek hissa yeh hai</w:t>
      </w:r>
    </w:p>
    <w:p>
      <w:pPr>
        <w:jc w:val="right"/>
      </w:pPr>
      <w:r>
        <w:t>اور اسی کا ایک حصہ یہ ہے</w:t>
      </w:r>
    </w:p>
    <w:p>
      <w:r>
        <w:rPr>
          <w:b/>
        </w:rPr>
        <w:t xml:space="preserve">[10:54] </w:t>
      </w:r>
      <w:r>
        <w:t>ke jin bhaiyon ne un ko dala tha kunwein mein toh baad ko jab ke unhein wahan food minister ko jo kehta hoon mein, yani ziraat ka poora intezam us waqt misr jo tha aaj ke misr se bara tha, yani libya bhi shamil tha is mein us waqt ke misr mein.</w:t>
      </w:r>
    </w:p>
    <w:p>
      <w:pPr>
        <w:jc w:val="right"/>
      </w:pPr>
      <w:r>
        <w:t>کہ جن بھائیوں نے ان کو ڈالا تھا کنویں میں تو بعد کو جب کہ انہیں وہاں فوڈ منسٹر کو جو کہتا ہوں میں، یعنی زراعت کا پورا انتظام اس وقت مصر جو تھا آج کے مصر سے بڑا تھا، یعنی لیبیا بھی شامل تھا اس میں اس وقت کے مصر میں۔</w:t>
      </w:r>
    </w:p>
    <w:p>
      <w:r>
        <w:rPr>
          <w:b/>
        </w:rPr>
        <w:t xml:space="preserve">[11:15] </w:t>
      </w:r>
      <w:r>
        <w:t>toh yani greater egypt ka un ko woh de diya jaye ga, yani agriculture ka sara maamla.</w:t>
      </w:r>
    </w:p>
    <w:p>
      <w:pPr>
        <w:jc w:val="right"/>
      </w:pPr>
      <w:r>
        <w:t>تو یعنی گریٹر ایجپٹ کا ان کو وہ دے دیا جائے گا، یعنی ایگریکلچر کا سارا معاملہ۔</w:t>
      </w:r>
    </w:p>
    <w:p>
      <w:r>
        <w:rPr>
          <w:b/>
        </w:rPr>
        <w:t xml:space="preserve">[11:24] </w:t>
      </w:r>
      <w:r>
        <w:t>aur aap jante hain ke is zamane mein agriculture sab kuch hota tha. is zamane mein sari income, sari activities</w:t>
      </w:r>
    </w:p>
    <w:p>
      <w:pPr>
        <w:jc w:val="right"/>
      </w:pPr>
      <w:r>
        <w:t>اور آپ جانتے ہیں کہ اس زمانے میں ایگریکلچر سب کچھ ہوتا تھا۔ اس زمانے میں ساری انکم، ساری ایکٹیویٹیز</w:t>
      </w:r>
    </w:p>
    <w:p>
      <w:r>
        <w:rPr>
          <w:b/>
        </w:rPr>
        <w:t xml:space="preserve">[11:33] </w:t>
      </w:r>
      <w:r>
        <w:t>sab agriculture se taluq rakhti thi. toh aakhir mein jaisa ke aap jante honge yeh qissa jo aaya hai ke un ke bhai wahan aaye aur aakhri marhale mein</w:t>
      </w:r>
    </w:p>
    <w:p>
      <w:pPr>
        <w:jc w:val="right"/>
      </w:pPr>
      <w:r>
        <w:t>سب ایگریکلچر سے تعلق رکھتی تھی۔ تو آخر میں جیسا کہ آپ جانتے ہوں گے یہ قصہ جو آیا ہے کہ ان کے بھائی وہاں آئے اور آخری مرحلے میں</w:t>
      </w:r>
    </w:p>
    <w:p>
      <w:r>
        <w:rPr>
          <w:b/>
        </w:rPr>
        <w:t xml:space="preserve">[11:51] </w:t>
      </w:r>
      <w:r>
        <w:t>un ko khula ke yeh yusuf hain yeh. toh unhon ne kaha ke hum ne bohat ghalti ki ke hum tumhare sath acha sulook nahi kiya toh koi dala.</w:t>
      </w:r>
    </w:p>
    <w:p>
      <w:pPr>
        <w:jc w:val="right"/>
      </w:pPr>
      <w:r>
        <w:t>ان کو کھلا کہ یہ یوسف ہیں یہ۔ تو انہوں نے کہا کہ ہم نے بہت غلطی کی کہ ہم تمہارے ساتھ اچھا سلوک نہیں کیا تو کوئی ڈال دیا۔</w:t>
      </w:r>
    </w:p>
    <w:p>
      <w:r>
        <w:rPr>
          <w:b/>
        </w:rPr>
        <w:t xml:space="preserve">[12:01] </w:t>
      </w:r>
      <w:r>
        <w:t>toh yusuf ne us waqt kaha ke la tasrif alaikum yani koi malamat nahi, koi bura bhala nahi kaha unhon ne, kuch bhi nahi la tasrif alaikum</w:t>
      </w:r>
    </w:p>
    <w:p>
      <w:pPr>
        <w:jc w:val="right"/>
      </w:pPr>
      <w:r>
        <w:t>تو یوسف نے اس وقت کہا کہ لا تصریف علیکم یعنی کوئی ملامت نہیں، کوئی برا بھلا نہیں کہا انہوں نے، کچھ بھی نہیں لا تصریف علیکم</w:t>
      </w:r>
    </w:p>
    <w:p>
      <w:r>
        <w:rPr>
          <w:b/>
        </w:rPr>
        <w:t xml:space="preserve">[12:13] </w:t>
      </w:r>
      <w:r>
        <w:t>koi baat nahi, okay. jaisa aaj kal zaban mein kehte hain na it's okay, it's okay toh unhon ne ek toh yeh kiya ke insaan ki taraf se jo kuch pesh aaya us par yak tarfa tor par, unilateral tor par sabr karte rahe.</w:t>
      </w:r>
    </w:p>
    <w:p>
      <w:pPr>
        <w:jc w:val="right"/>
      </w:pPr>
      <w:r>
        <w:t>کوئی بات نہیں، اوکے۔ جیسے آج کل زبان میں کہتے ہیں نا it's okay, it's okay تو انہوں نے ایک تو یہ کیا کہ انسان کی طرف سے جو کچھ پیش آیا اس پر یکطرفہ طور پر، یونی لیٹرل طور پر صبر کرتے رہے۔</w:t>
      </w:r>
    </w:p>
    <w:p>
      <w:r>
        <w:rPr>
          <w:b/>
        </w:rPr>
        <w:t xml:space="preserve">[12:33] </w:t>
      </w:r>
      <w:r>
        <w:t>acha, doosra hai taqwa. taqwa ka matlab kya hai? taqwa ka matlab hai sare maamle ko Allah ke khane mein dalna.</w:t>
      </w:r>
    </w:p>
    <w:p>
      <w:pPr>
        <w:jc w:val="right"/>
      </w:pPr>
      <w:r>
        <w:t>اچھا، دوسرا ہے تقویٰ۔ تقویٰ کا مطلب کیا ہے؟ تقویٰ کا مطلب ہے سارے معاملے کو اللہ کے خانے میں ڈالنا۔</w:t>
      </w:r>
    </w:p>
    <w:p>
      <w:r>
        <w:rPr>
          <w:b/>
        </w:rPr>
        <w:t xml:space="preserve">[12:44] </w:t>
      </w:r>
      <w:r>
        <w:t>tabhi toh aap sabr kar payenge. log jo sabr nahi kar pate is ki wajah yeh hai ke woh</w:t>
      </w:r>
    </w:p>
    <w:p>
      <w:pPr>
        <w:jc w:val="right"/>
      </w:pPr>
      <w:r>
        <w:t>تبھی تو آپ صبر کر پائیں گے۔ لوگ جو صبر نہیں کر پاتے اس کی وجہ یہ ہے کہ وہ</w:t>
      </w:r>
    </w:p>
    <w:p>
      <w:r>
        <w:rPr>
          <w:b/>
        </w:rPr>
        <w:t xml:space="preserve">[12:50] </w:t>
      </w:r>
      <w:r>
        <w:t>jis ne kiya hai kuch usi ke upar dalna chahte hain.</w:t>
      </w:r>
    </w:p>
    <w:p>
      <w:pPr>
        <w:jc w:val="right"/>
      </w:pPr>
      <w:r>
        <w:t>جس نے کیا ہے کچھ اسی کے اوپر ڈالنا چاہتے ہیں۔</w:t>
      </w:r>
    </w:p>
    <w:p>
      <w:r>
        <w:rPr>
          <w:b/>
        </w:rPr>
        <w:t xml:space="preserve">[12:57] </w:t>
      </w:r>
      <w:r>
        <w:t>sabr na karne ka sabab kya hota hai? aap ko jis se kuch takleef pahunchi hai, jis ne problem create kiya hai toh us ko usi ke upar dalna chahte hain.</w:t>
      </w:r>
    </w:p>
    <w:p>
      <w:pPr>
        <w:jc w:val="right"/>
      </w:pPr>
      <w:r>
        <w:t>صبر نہ کرنے کا سبب کیا ہوتا ہے؟ آپ کو جس سے کچھ تکلیف پہنچی ہے، جس نے پرابلم کریٹ کیا ہے تو اس کو اسی کے اوپر ڈالنا چاہتے ہیں۔</w:t>
      </w:r>
    </w:p>
    <w:p>
      <w:r>
        <w:rPr>
          <w:b/>
        </w:rPr>
        <w:t xml:space="preserve">[13:11] </w:t>
      </w:r>
      <w:r>
        <w:t>is liye aap sabr nahi kar paate. lekin jis ke andar sabr ka, patience ka, ki spirit ho toh woh kya karega?</w:t>
      </w:r>
    </w:p>
    <w:p>
      <w:pPr>
        <w:jc w:val="right"/>
      </w:pPr>
      <w:r>
        <w:t>اس لیے آپ صبر نہیں کر پاتے۔ لیکن جس کے اندر صبر کا، پیشنس کا، کی سپرٹ ہو تو وہ کیا کرے گا؟</w:t>
      </w:r>
    </w:p>
    <w:p>
      <w:r>
        <w:rPr>
          <w:b/>
        </w:rPr>
        <w:t xml:space="preserve">[13:19] </w:t>
      </w:r>
      <w:r>
        <w:t>woh sari baaton ko Allah ke khane mein dalega, Allah ke khane mein dalega. tabhi aap ke andar positive thinking aayegi warna nahi, nahi aa sakti.</w:t>
      </w:r>
    </w:p>
    <w:p>
      <w:pPr>
        <w:jc w:val="right"/>
      </w:pPr>
      <w:r>
        <w:t>وہ ساری باتوں کو اللہ کے خانے میں ڈالے گا، اللہ کے خانے میں ڈالے گا۔ تبھی آپ کے اندر پوزیٹیو تھنکنگ آئے گی ورنہ نہیں، نہیں آ سکتی۔</w:t>
      </w:r>
    </w:p>
    <w:p>
      <w:r>
        <w:rPr>
          <w:b/>
        </w:rPr>
        <w:t xml:space="preserve">[13:30] </w:t>
      </w:r>
      <w:r>
        <w:t>warna ghussa, jhilat, mayusi, inteqam hi sab aayega. toh kya hazrat yusuf ne 40 saal ke douran yeh sabit kiya ke woh insanon ki taraf se jo kuch pesh aaye us ko Allah ke khane mein dal dalenge, Allah ke hawale karenge?</w:t>
      </w:r>
    </w:p>
    <w:p>
      <w:pPr>
        <w:jc w:val="right"/>
      </w:pPr>
      <w:r>
        <w:t>ورنہ غصہ، جھلات، مایوسی، انتقام ہی سب آئے گا۔ تو کیا حضرت یوسف نے 40 سال کے دوران یہ ثابت کیا کہ وہ انسانوں کی طرف سے جو کچھ پیش آئے اس کو اللہ کے خانے میں ڈال ڈالیں گے، اللہ کے حوالے کریں گے؟</w:t>
      </w:r>
    </w:p>
    <w:p>
      <w:r>
        <w:rPr>
          <w:b/>
        </w:rPr>
        <w:t xml:space="preserve">[13:52] </w:t>
      </w:r>
      <w:r>
        <w:t>aur yeh un ke baap ki zuban se yeh baat quran mein maujood hai ke un ke baap ko bhi bohat sadma pahuncha tha ke ke un ke beton ne unhi ke apne ek bhai ko aisa aisa kar diya.</w:t>
      </w:r>
    </w:p>
    <w:p>
      <w:pPr>
        <w:jc w:val="right"/>
      </w:pPr>
      <w:r>
        <w:t>اور یہ ان کے باپ کی زبان سے یہ بات قرآن میں موجود ہے کہ ان کے باپ کو بھی بہت صدمہ پہنچا تھا کہ کہ ان کے بیٹوں نے انہی کے اپنے ایک بھائی کو ایسا ایسا کر دیا۔</w:t>
      </w:r>
    </w:p>
    <w:p>
      <w:r>
        <w:rPr>
          <w:b/>
        </w:rPr>
        <w:t xml:space="preserve">[14:09] </w:t>
      </w:r>
      <w:r>
        <w:t>toh unhon ne kaha tha ke yani hazrat yaqoob un ke baap the. toh unhon ne kaha tha ke innamā ashku bisatī waḥdanī ilā Allāh yahi tha yusuf ka tareeqa innamā ashku bisatī waḥdanī ilā Allāh yani mein apne gham ko Allah par dalta hoon, apni takleef ko Allah par dalta hoon, apni shikayat ko Allah par dalta hoon, yani insanon par nahi dalta.</w:t>
      </w:r>
    </w:p>
    <w:p>
      <w:pPr>
        <w:jc w:val="right"/>
      </w:pPr>
      <w:r>
        <w:t>تو انہوں نے کہا تھا کہ یعنی حضرت یعقوب ان کے باپ تھے۔ تو انہوں نے کہا تھا کہ إنما أشكو بسطي وحدني إلى الله یہی تھا یوسف کا طریقہ إنما أشكو بسطي وحدني إلى الله یعنی میں اپنے غم کو اللہ پر ڈالتا ہوں، اپنی تکلیف کو اللہ پر ڈالتا ہوں، اپنی شکایت کو اللہ پر ڈالتا ہوں، یعنی انسانوں پر نہیں ڈالتا۔</w:t>
      </w:r>
    </w:p>
    <w:p>
      <w:r>
        <w:rPr>
          <w:b/>
        </w:rPr>
        <w:t xml:space="preserve">[14:37] </w:t>
      </w:r>
      <w:r>
        <w:t>yani agarchay insaan ne mujhe takleef pahunchai hai, insaan ne mujhe dukh diya hai, lekin mein dalta hoon Allah ke upar innamā ashku bisatī waḥdanī ilā Allāh yeh us character ka ek bohat hi wazeh bayan hai ke woh character kya tha</w:t>
      </w:r>
    </w:p>
    <w:p>
      <w:pPr>
        <w:jc w:val="right"/>
      </w:pPr>
      <w:r>
        <w:t>یعنی اگرچہ انسان نے مجھے تکلیف پہنچائی ہے، انسان نے مجھے دکھ دیا ہے، لیکن میں ڈالتا ہوں اللہ کے اوپر إنما أشكو بسطي وحدني إلى الله یہ اس کریکٹر کا ایک بہت ہی واضح بیان ہے کہ وہ کریکٹر کیا تھا</w:t>
      </w:r>
    </w:p>
    <w:p>
      <w:r>
        <w:rPr>
          <w:b/>
        </w:rPr>
        <w:t xml:space="preserve">[14:57] </w:t>
      </w:r>
      <w:r>
        <w:t>jo un ke baap ke andar tha aur aur bete yusuf ke andar tha ke innamā ashku bisatī waḥdanī ilā Allāh ke jo dukh mujhe pahuncha hai insaan ki taraf se, jo problem create kiya hai insaan ne mere liye, jo mujhe nuqsan mila hai insaan ki taraf se, toh mein is sab ko Allah par dalta hoon, Allah par dalta hoon.</w:t>
      </w:r>
    </w:p>
    <w:p>
      <w:pPr>
        <w:jc w:val="right"/>
      </w:pPr>
      <w:r>
        <w:t>جو ان کے باپ کے اندر تھا اور اور بیٹے یوسف کے اندر تھا کہ إنما أشكو بسطي وحدني إلى الله کہ جو دکھ مجھے پہنچا ہے انسان کی طرف سے، جو پرابلم کریٹ کیا ہے انسان نے میرے لیے، جو مجھے نقصان ملا ہے انسان کی طرف سے، تو میں اس سب کو اللہ پر ڈالتا ہوں، اللہ پر ڈالتا ہوں۔</w:t>
      </w:r>
    </w:p>
    <w:p>
      <w:r>
        <w:rPr>
          <w:b/>
        </w:rPr>
        <w:t xml:space="preserve">[15:19] </w:t>
      </w:r>
      <w:r>
        <w:t>tab yeh mumkin hua ke woh sabr kar paye. sabr ka matlab hai yani har haal mein peaceful mind ke sath rehna, har haal mein negative thinking se apne ko bachana,</w:t>
      </w:r>
    </w:p>
    <w:p>
      <w:pPr>
        <w:jc w:val="right"/>
      </w:pPr>
      <w:r>
        <w:t>تب یہ ممکن ہوا کہ وہ صبر کر پائے۔ صبر کا مطلب ہے یعنی ہر حال میں پیس فل مائنڈ کے ساتھ رہنا، ہر حال میں نیگیٹیو تھنکنگ سے اپنے کو بچانا،</w:t>
      </w:r>
    </w:p>
    <w:p>
      <w:r>
        <w:rPr>
          <w:b/>
        </w:rPr>
        <w:t xml:space="preserve">[15:35] </w:t>
      </w:r>
      <w:r>
        <w:t>har haal mein</w:t>
      </w:r>
    </w:p>
    <w:p>
      <w:pPr>
        <w:jc w:val="right"/>
      </w:pPr>
      <w:r>
        <w:t>ہر حال میں</w:t>
      </w:r>
    </w:p>
    <w:p>
      <w:r>
        <w:rPr>
          <w:b/>
        </w:rPr>
        <w:t xml:space="preserve">[15:36] </w:t>
      </w:r>
      <w:r>
        <w:t>reactions se apne ko door rakhna. yeh hai sabr. to ab yeh formula jo mila hai is mein, yani kamyabi ka ke Allah ke test mein yeh Allah ka test tha Hazrat Yusuf ke liye.</w:t>
      </w:r>
    </w:p>
    <w:p>
      <w:pPr>
        <w:jc w:val="right"/>
      </w:pPr>
      <w:r>
        <w:t>ری ایکشنز سے اپنے کو دور رکھنا۔ یہ ہے صبر۔ تو اب یہ فارمولا جو ملا ہے اس میں، یعنی کامیابی کا کہ اللہ کے ٹیسٹ میں یہ اللہ کا ٹیسٹ تھا حضرت یوسف کے لیے۔</w:t>
      </w:r>
    </w:p>
    <w:p>
      <w:r>
        <w:rPr>
          <w:b/>
        </w:rPr>
        <w:t xml:space="preserve">[15:53] </w:t>
      </w:r>
      <w:r>
        <w:t>to test hota hai isi baat ka ke tarah tarah ke insaan ki taraf se tarah tarah ki baatein pesh ayengi aap ko, jaise un ko pesh ayen Hazrat Yusuf ko.</w:t>
      </w:r>
    </w:p>
    <w:p>
      <w:pPr>
        <w:jc w:val="right"/>
      </w:pPr>
      <w:r>
        <w:t>تو ٹیسٹ ہوتا ہے اسی بات کا کہ طرح طرح کے انسان کی طرف سے طرح طرح کے باتیں پیش آئیں گی آپ کو، جیسے ان کو پیش آئیں حضرت یوسف کو۔</w:t>
      </w:r>
    </w:p>
    <w:p>
      <w:r>
        <w:rPr>
          <w:b/>
        </w:rPr>
        <w:t xml:space="preserve">[16:09] </w:t>
      </w:r>
      <w:r>
        <w:t>lekin in cheezon par</w:t>
      </w:r>
    </w:p>
    <w:p>
      <w:pPr>
        <w:jc w:val="right"/>
      </w:pPr>
      <w:r>
        <w:t>لیکن ان چیزوں پر</w:t>
      </w:r>
    </w:p>
    <w:p>
      <w:r>
        <w:rPr>
          <w:b/>
        </w:rPr>
        <w:t xml:space="preserve">[16:12] </w:t>
      </w:r>
      <w:r>
        <w:t>yeh test hota hai ke aap Khuda dekhta hai aap ko test mein daal kar ke aap ke andar yeh baat hai ke aap react na karen, aap ghussa na karen, aap ke andar rage aur inteqam na jaage,</w:t>
      </w:r>
    </w:p>
    <w:p>
      <w:pPr>
        <w:jc w:val="right"/>
      </w:pPr>
      <w:r>
        <w:t>یہ ٹیسٹ ہوتا ہے کہ آپ خدا دیکھتا ہے آپ کو ٹیسٹ میں ڈال کر کہ آپ کے اندر یہ بات ہے کہ آپ ری ایکٹ نہ کریں، آپ غصہ نہ کریں، آپ کے اندر رینج اور انتقام نہ جاگے،</w:t>
      </w:r>
    </w:p>
    <w:p>
      <w:r>
        <w:rPr>
          <w:b/>
        </w:rPr>
        <w:t xml:space="preserve">[16:28] </w:t>
      </w:r>
      <w:r>
        <w:t>aap ke andar negative thought na aaye, aap ki positivity barabar qaim rahe. yeh dekhna chahta hai Allah taala jo aap sabit kar dete hain ke haan, main aise hi ek insaan hoon.</w:t>
      </w:r>
    </w:p>
    <w:p>
      <w:pPr>
        <w:jc w:val="right"/>
      </w:pPr>
      <w:r>
        <w:t>آپ کے اندر نیگیٹیو تھاٹ نہ آئے، آپ کی پوزیٹیوٹی برابر قائم رہے۔ یہ دیکھنا چاہتا ہے اللہ تعالیٰ جو آپ ثابت کر دیتے ہیں کہ ہاں، میں ایسے ہی ایک انسان ہوں۔</w:t>
      </w:r>
    </w:p>
    <w:p>
      <w:r>
        <w:rPr>
          <w:b/>
        </w:rPr>
        <w:t xml:space="preserve">[16:42] </w:t>
      </w:r>
      <w:r>
        <w:t>tab aakhir mein ja kar ke Hazrat Yusuf ke misaal ki shakal mein 40 saal ke baad</w:t>
      </w:r>
    </w:p>
    <w:p>
      <w:pPr>
        <w:jc w:val="right"/>
      </w:pPr>
      <w:r>
        <w:t>تب آخر میں جا کر کے حضرت یوسف کے مثال کی شکل میں 40 سال کے بعد</w:t>
      </w:r>
    </w:p>
    <w:p>
      <w:r>
        <w:rPr>
          <w:b/>
        </w:rPr>
        <w:t xml:space="preserve">[16:47] </w:t>
      </w:r>
      <w:r>
        <w:t>Allah ki taraf se phir rehmat toot padti hai, blessing aati hai itni zyada ke ek aadmi jo paida hua tha ek mamooli village mein, ab bakri charata tha, us ko Allah taala ne wahan government ne bohat bara uhda de diya.</w:t>
      </w:r>
    </w:p>
    <w:p>
      <w:pPr>
        <w:jc w:val="right"/>
      </w:pPr>
      <w:r>
        <w:t>اللہ کی طرف سے پھر رحمت ٹوٹ پڑتی ہے، بلیسنگ آتی ہے اتنی زیادہ کہ ایک آدمی جو پیدا ہوا تھا ایک معمولی ولیج میں، اب بکری چراتا تھا، اس کو اللہ تعالیٰ نے وہاں گورنمنٹ نے بہت بڑا عہدہ دے دیا۔</w:t>
      </w:r>
    </w:p>
    <w:p>
      <w:r>
        <w:rPr>
          <w:b/>
        </w:rPr>
        <w:t xml:space="preserve">[17:02] </w:t>
      </w:r>
      <w:r>
        <w:t>yani practically wohi is inhi ke haath mein poora administration tha,</w:t>
      </w:r>
    </w:p>
    <w:p>
      <w:pPr>
        <w:jc w:val="right"/>
      </w:pPr>
      <w:r>
        <w:t>یعنی پریکٹیکلی وہی اس انہی کے ہاتھ میں پورا ایڈمنسٹریشن تھا،</w:t>
      </w:r>
    </w:p>
    <w:p>
      <w:r>
        <w:rPr>
          <w:b/>
        </w:rPr>
        <w:t xml:space="preserve">[17:07] </w:t>
      </w:r>
      <w:r>
        <w:t>badshahat to takht par tha, lekin practically sara intezam inhi ke haath mein tha. isi liye Bible mein yeh lafz hai ke only in regard to the throne I will be greater than you to yeh hai asal al-qasas,</w:t>
      </w:r>
    </w:p>
    <w:p>
      <w:pPr>
        <w:jc w:val="right"/>
      </w:pPr>
      <w:r>
        <w:t>بادشاہت تو تخت پر تھا، لیکن پریکٹیکلی سارا انتظام انہی کے ہاتھ میں تھا۔ اسی لیے بائبل میں یہ لفظ ہے کہ only in regard to the throne I will be greater than you تو یہ ہے اصل القصص،</w:t>
      </w:r>
    </w:p>
    <w:p>
      <w:r>
        <w:rPr>
          <w:b/>
        </w:rPr>
        <w:t xml:space="preserve">[17:24] </w:t>
      </w:r>
      <w:r>
        <w:t>yani is qisse ka yahi woh aspect hai jis ki wajah se yeh best story ban gayi, best story ban gayi.</w:t>
      </w:r>
    </w:p>
    <w:p>
      <w:pPr>
        <w:jc w:val="right"/>
      </w:pPr>
      <w:r>
        <w:t>یعنی اس قصے کا یہی وہ اسپیکٹ ہے جس کی وجہ سے یہ بیسٹ سٹوری بن گئی، بیسٹ سٹوری بن گئی۔</w:t>
      </w:r>
    </w:p>
    <w:p>
      <w:r>
        <w:rPr>
          <w:b/>
        </w:rPr>
        <w:t xml:space="preserve">[17:33] </w:t>
      </w:r>
      <w:r>
        <w:t>ab dekhen, is best story ke do do aspect hain: ek hai 40 saal se pehle ka, ek hai 40 saal ke baad ka.</w:t>
      </w:r>
    </w:p>
    <w:p>
      <w:pPr>
        <w:jc w:val="right"/>
      </w:pPr>
      <w:r>
        <w:t>اب دیکھیں، اس بیسٹ سٹوری کے دو دو اسپیکٹ ہیں: ایک ہے 40 سال سے پہلے کا، ایک ہے 40 سال کے بعد کا۔</w:t>
      </w:r>
    </w:p>
    <w:p>
      <w:r>
        <w:rPr>
          <w:b/>
        </w:rPr>
        <w:t xml:space="preserve">[17:43] </w:t>
      </w:r>
      <w:r>
        <w:t>to 40 saal ke baad hi ko agar aap len to woh lena sahi nahi hoga. yani 40 saal ka jo test hai, us mein poora utarne ke baad hi aap ko woh cheez milti hai jo jo 40 saal ke baad mili.</w:t>
      </w:r>
    </w:p>
    <w:p>
      <w:pPr>
        <w:jc w:val="right"/>
      </w:pPr>
      <w:r>
        <w:t>تو 40 سال کے بعد ہی کو اگر آپ لیں تو وہ لینا صحیح نہیں ہوگا۔ یعنی 40 سال کا جو ٹیسٹ ہے، اس میں پورا اترنے کے بعد ہی آپ کو وہ چیز ملتی ہے جو جو 40 سال کے بعد ملی۔</w:t>
      </w:r>
    </w:p>
    <w:p>
      <w:r>
        <w:rPr>
          <w:b/>
        </w:rPr>
        <w:t xml:space="preserve">[18:02] </w:t>
      </w:r>
      <w:r>
        <w:t>to ek hai blessing, ek hai pre blessing, ek hai blessing, ek hai pre blessing. to pre blessing mein jab aap stand karte hain is test mein, tab aap ko blessing aati hai Allah ki taraf se, tab aap ka aap ki story best story banti hai.</w:t>
      </w:r>
    </w:p>
    <w:p>
      <w:pPr>
        <w:jc w:val="right"/>
      </w:pPr>
      <w:r>
        <w:t>تو ایک ہے بلیسنگ، ایک ہے پری بلیسنگ، ایک ہے بلیسنگ، ایک ہے پری بلیسنگ۔ تو پری بلیسنگ میں جب آپ اسٹینڈ کرتے ہیں اس ٹیسٹ میں، تب آپ کو بلیسنگ آتی ہے اللہ کی طرف سے، تب آپ کا آپ کی سٹوری بیسٹ سٹوری بنتی ہے۔</w:t>
      </w:r>
    </w:p>
    <w:p>
      <w:r>
        <w:rPr>
          <w:b/>
        </w:rPr>
        <w:t xml:space="preserve">[18:25] </w:t>
      </w:r>
      <w:r>
        <w:t>to yeh kitna bara sabak hai jo is surah mein bataya gaya hai.</w:t>
      </w:r>
    </w:p>
    <w:p>
      <w:pPr>
        <w:jc w:val="right"/>
      </w:pPr>
      <w:r>
        <w:t>تو یہ کتنا بڑا سبق ہے جو اس سورہ میں بتایا گیا ہے۔</w:t>
      </w:r>
    </w:p>
    <w:p>
      <w:r>
        <w:rPr>
          <w:b/>
        </w:rPr>
        <w:t xml:space="preserve">[18:34] </w:t>
      </w:r>
      <w:r>
        <w:t>aur dekhiye, yeh maamla saada maamla nahi hai, yeh law of nature hai. yeh duniya mein Allah taala ne</w:t>
      </w:r>
    </w:p>
    <w:p>
      <w:pPr>
        <w:jc w:val="right"/>
      </w:pPr>
      <w:r>
        <w:t>اور دیکھیے، یہ معاملہ سادہ معاملہ نہیں ہے، یہ لاء آف نیچر ہے۔ یہ دنیا میں اللہ تعالیٰ نے</w:t>
      </w:r>
    </w:p>
    <w:p>
      <w:r>
        <w:rPr>
          <w:b/>
        </w:rPr>
        <w:t xml:space="preserve">[18:43] </w:t>
      </w:r>
      <w:r>
        <w:t>jo jis jis Allah taala ne is duniya ke liye Allah taala ka jo creation plan hai, is duniya ke liye Allah ka jo qanoon hai, woh woh sab ka sab isi pe mabni hai.</w:t>
      </w:r>
    </w:p>
    <w:p>
      <w:pPr>
        <w:jc w:val="right"/>
      </w:pPr>
      <w:r>
        <w:t>جو جس جس اللہ تعالیٰ نے اس دنیا کے لیے اللہ تعالیٰ کا جو کرشن پلان ہے، اس دنیا کے لیے اللہ کا جو قانون ہے، وہ وہ سب کا سب اسی پہ مبنی ہے۔</w:t>
      </w:r>
    </w:p>
    <w:p>
      <w:r>
        <w:rPr>
          <w:b/>
        </w:rPr>
        <w:t xml:space="preserve">[19:00] </w:t>
      </w:r>
      <w:r>
        <w:t>yeh jo Hazrat Yusuf ke sath pesh aaya, woh kya</w:t>
      </w:r>
    </w:p>
    <w:p>
      <w:pPr>
        <w:jc w:val="right"/>
      </w:pPr>
      <w:r>
        <w:t>یہ جو حضرت یوسف کے ساتھ پیش آیا، وہ کیا</w:t>
      </w:r>
    </w:p>
    <w:p>
      <w:r>
        <w:rPr>
          <w:b/>
        </w:rPr>
        <w:t xml:space="preserve">[19:04] </w:t>
      </w:r>
      <w:r>
        <w:t>Khuda ke creation plan ko bata raha hai, law of nature ko bata raha hai. har aadmi isi law of nature ke se guzarna hai, har aadmi ko apne apne hisab se isi law of nature se guzarna hai.</w:t>
      </w:r>
    </w:p>
    <w:p>
      <w:pPr>
        <w:jc w:val="right"/>
      </w:pPr>
      <w:r>
        <w:t>خدا کے کرشن پلان کو بتا رہا ہے، لاء آف نیچر کو بتا رہا ہے۔ ہر آدمی اسی لاء آف نیچر کے سے کو گزرنا ہے، ہر آدمی کو اپنے اپنے حساب سے اسی لاء آف نیچر سے گزرنا ہے۔</w:t>
      </w:r>
    </w:p>
    <w:p>
      <w:r>
        <w:rPr>
          <w:b/>
        </w:rPr>
        <w:t xml:space="preserve">[19:17] </w:t>
      </w:r>
      <w:r>
        <w:t>koi short cut nahi zindagi mein, koi doosra</w:t>
      </w:r>
    </w:p>
    <w:p>
      <w:pPr>
        <w:jc w:val="right"/>
      </w:pPr>
      <w:r>
        <w:t>کوئی شارٹ کٹ نہیں زندگی میں، کوئی دوسرا</w:t>
      </w:r>
    </w:p>
    <w:p>
      <w:r>
        <w:rPr>
          <w:b/>
        </w:rPr>
        <w:t xml:space="preserve">[19:23] </w:t>
      </w:r>
      <w:r>
        <w:t>yani aur koi doosra rasta nahi hai,</w:t>
      </w:r>
    </w:p>
    <w:p>
      <w:pPr>
        <w:jc w:val="right"/>
      </w:pPr>
      <w:r>
        <w:t>یعنی اور کوئی دوسرا راستہ نہیں ہے،</w:t>
      </w:r>
    </w:p>
    <w:p>
      <w:r>
        <w:rPr>
          <w:b/>
        </w:rPr>
        <w:t xml:space="preserve">[19:31] </w:t>
      </w:r>
      <w:r>
        <w:t>isi se guzarna hai bas.</w:t>
      </w:r>
    </w:p>
    <w:p>
      <w:pPr>
        <w:jc w:val="right"/>
      </w:pPr>
      <w:r>
        <w:t>اسی سے گزرنا ہے بس۔</w:t>
      </w:r>
    </w:p>
    <w:p>
      <w:r>
        <w:rPr>
          <w:b/>
        </w:rPr>
        <w:t xml:space="preserve">[19:37] </w:t>
      </w:r>
      <w:r>
        <w:t>to yeh bohat hi important baat hai jo har aadmi ko samajhna chahiye,</w:t>
      </w:r>
    </w:p>
    <w:p>
      <w:pPr>
        <w:jc w:val="right"/>
      </w:pPr>
      <w:r>
        <w:t>تو یہ بہت ہی امپورٹنٹ بات ہے جو ہر آدمی کو سمجھنا چاہیے،</w:t>
      </w:r>
    </w:p>
    <w:p>
      <w:r>
        <w:rPr>
          <w:b/>
        </w:rPr>
        <w:t xml:space="preserve">[19:46] </w:t>
      </w:r>
      <w:r>
        <w:t>bohat hi important baat hai.</w:t>
      </w:r>
    </w:p>
    <w:p>
      <w:pPr>
        <w:jc w:val="right"/>
      </w:pPr>
      <w:r>
        <w:t>بہت ہی امپورٹنٹ بات ہے۔</w:t>
      </w:r>
    </w:p>
    <w:p>
      <w:r>
        <w:rPr>
          <w:b/>
        </w:rPr>
        <w:t xml:space="preserve">[19:53] </w:t>
      </w:r>
      <w:r>
        <w:t>jaise aaj kal ke zamane mein log koi shortcut dhoondhte hain to duniya mein is is basti se is basti jaane ke liye koi shortcut hota hoga, lekin jo law of nature hai,</w:t>
      </w:r>
    </w:p>
    <w:p>
      <w:pPr>
        <w:jc w:val="right"/>
      </w:pPr>
      <w:r>
        <w:t>جیسے آج کل کے زمانے میں لوگ کوئی شارٹ کٹ ڈھونڈتے ہیں تو دنیا میں اس اس بستی سے اس بستی جانے کے لیے کوئی شارٹ کٹ ہوتا ہوگا، لیکن جو لاء آف نیچر ہے،</w:t>
      </w:r>
    </w:p>
    <w:p>
      <w:r>
        <w:rPr>
          <w:b/>
        </w:rPr>
        <w:t xml:space="preserve">[20:08] </w:t>
      </w:r>
      <w:r>
        <w:t>jo zindagi ka jo qanoon hai, is mein koi shortcut nahin.</w:t>
      </w:r>
    </w:p>
    <w:p>
      <w:pPr>
        <w:jc w:val="right"/>
      </w:pPr>
      <w:r>
        <w:t>جو زندگی کا جو قانون ہے، اس میں کوئی شارٹ کٹ نہیں۔</w:t>
      </w:r>
    </w:p>
    <w:p>
      <w:r>
        <w:rPr>
          <w:b/>
        </w:rPr>
        <w:t xml:space="preserve">[20:12] </w:t>
      </w:r>
      <w:r>
        <w:t>is mein to woh yahi yahi pesh aayega har aadmi ke saath. Ya to aap is test par stand karein, ya to aap stand yeh jo test hai, is pe stand karein, ya nahin to phir Allah</w:t>
      </w:r>
    </w:p>
    <w:p>
      <w:pPr>
        <w:jc w:val="right"/>
      </w:pPr>
      <w:r>
        <w:t>اس میں تو وہ یہی یہی پیش آئے گا ہر آدمی کے ساتھ۔ یا تو آپ اس ٹیسٹ پر اسٹینڈ کریں، یا تو آپ اسٹینڈ یہ جو ٹیسٹ ہے، اس پہ اسٹینڈ کریں، یا نہیں تو پھر اللہ</w:t>
      </w:r>
    </w:p>
    <w:p>
      <w:r>
        <w:rPr>
          <w:b/>
        </w:rPr>
        <w:t xml:space="preserve">[20:28] </w:t>
      </w:r>
      <w:r>
        <w:t>ki blessing se apne ko maroof yani phir Allah ki blessing aap par nahin aayegi. To option do mein se ek ka hai: ya to Allah ki blessing</w:t>
      </w:r>
    </w:p>
    <w:p>
      <w:pPr>
        <w:jc w:val="right"/>
      </w:pPr>
      <w:r>
        <w:t>کی بلیسنگ سے اپنے کو معروف یعنی پھر اللہ کی بلیسنگ آپ پر نہیں آئے گی۔ تو آپشن دو میں سے ایک کا ہے: یا تو اللہ کی بلیسنگ</w:t>
      </w:r>
    </w:p>
    <w:p>
      <w:r>
        <w:rPr>
          <w:b/>
        </w:rPr>
        <w:t xml:space="preserve">[20:43] </w:t>
      </w:r>
      <w:r>
        <w:t>test mein poora utre ek shakal mein, nahin to aap wadi taur par Allah ki blessing se maroof hain. Koi doosra shakal nahin hai jis se aap Allah ki blessing ko pa saken.</w:t>
      </w:r>
    </w:p>
    <w:p>
      <w:pPr>
        <w:jc w:val="right"/>
      </w:pPr>
      <w:r>
        <w:t>ٹیسٹ میں پورا اترے ایک شکل میں، نہیں تو آپ ودی طور پر اللہ کی بلیسنگ سے معروف ہیں۔ کوئی دوسرا شکل نہیں ہے جس سے آپ اللہ کی بلیسنگ کو پا سکیں۔</w:t>
      </w:r>
    </w:p>
    <w:p>
      <w:r>
        <w:rPr>
          <w:b/>
        </w:rPr>
        <w:t xml:space="preserve">[20:56] </w:t>
      </w:r>
      <w:r>
        <w:t>test se guzre baghair aap kisi ko bhi</w:t>
      </w:r>
    </w:p>
    <w:p>
      <w:pPr>
        <w:jc w:val="right"/>
      </w:pPr>
      <w:r>
        <w:t>ٹیسٹ سے گزرے بغیر آپ کسی کو بھی</w:t>
      </w:r>
    </w:p>
    <w:p>
      <w:r>
        <w:rPr>
          <w:b/>
        </w:rPr>
        <w:t xml:space="preserve">[21:00] </w:t>
      </w:r>
      <w:r>
        <w:t>jab tak test mein poora na utre, aadmi chahe koi paighambar hi kyun na ho, aap ghaur kijiye, Hazrat Yusuf paighambar the, paighambar ke paighambar ke bete, paighambar ke pote.</w:t>
      </w:r>
    </w:p>
    <w:p>
      <w:pPr>
        <w:jc w:val="right"/>
      </w:pPr>
      <w:r>
        <w:t>جب تک ٹیسٹ میں پورا نہ اترے، آدمی چاہے کوئی پیغمبر ہی کیوں نہ ہو، آپ غور کیجئے، حضرت یوسف پیغمبر تھے، پیغمبر کے پیغمبر کے بیٹے، پیغمبر کے پوتے۔</w:t>
      </w:r>
    </w:p>
    <w:p>
      <w:r>
        <w:rPr>
          <w:b/>
        </w:rPr>
        <w:t xml:space="preserve">[21:14] </w:t>
      </w:r>
      <w:r>
        <w:t>kaisi ajeeb baat hai! Hazrat Ibrahim ke pote the, woh</w:t>
      </w:r>
    </w:p>
    <w:p>
      <w:pPr>
        <w:jc w:val="right"/>
      </w:pPr>
      <w:r>
        <w:t>کیسی عجیب بات ہے! حضرت ابراہیم کے پوتے تھے، وہ</w:t>
      </w:r>
    </w:p>
    <w:p>
      <w:r>
        <w:rPr>
          <w:b/>
        </w:rPr>
        <w:t xml:space="preserve">[21:19] </w:t>
      </w:r>
      <w:r>
        <w:t>Hazrat Ibrahim ke bete the, Yaqoob un ke bete the. Yeh to Yusuf khud paighambar, paighambar ke bete, paighambar ke pote.</w:t>
      </w:r>
    </w:p>
    <w:p>
      <w:pPr>
        <w:jc w:val="right"/>
      </w:pPr>
      <w:r>
        <w:t>حضرت ابراہیم کے بیٹے تھے، یعقوب ان کے بیٹے تھے۔ یہ تو یوسف خود پیغمبر، پیغمبر کے بیٹے، پیغمبر کے پوتے۔</w:t>
      </w:r>
    </w:p>
    <w:p>
      <w:r>
        <w:rPr>
          <w:b/>
        </w:rPr>
        <w:t xml:space="preserve">[21:29] </w:t>
      </w:r>
      <w:r>
        <w:t>itni saari nisbatein un ko haasil thin, itni saari nisbatein, lekin phir bhi un ko isi test se guzarna pada.</w:t>
      </w:r>
    </w:p>
    <w:p>
      <w:pPr>
        <w:jc w:val="right"/>
      </w:pPr>
      <w:r>
        <w:t>اتنی ساری نسبتیں ان کو حاصل تھیں، اتنی ساری نسبتیں، لیکن پھر بھی ان کو اسی ٹیسٹ سے گزرنا پڑا۔</w:t>
      </w:r>
    </w:p>
    <w:p>
      <w:r>
        <w:rPr>
          <w:b/>
        </w:rPr>
        <w:t xml:space="preserve">[21:39] </w:t>
      </w:r>
      <w:r>
        <w:t>wo exempt nahin kar diye gaye. Aisa nahin hua ke Allah ne kaha ho ke bhai yeh to paighambar ke bete hain, paighambar ke pote hain, khud hi paighambar hain, unhein exempt kar do.</w:t>
      </w:r>
    </w:p>
    <w:p>
      <w:pPr>
        <w:jc w:val="right"/>
      </w:pPr>
      <w:r>
        <w:t>وہ ایگزیمپٹ نہیں کر دیے گئے۔ ایسا نہیں ہوا کہ اللہ نے کہا ہو کہ بھئی یہ تو پیغمبر کے بیٹے ہیں، پیغمبر کے پوتے ہیں، خود ہی پیغمبر ہیں، انہیں ایگزیمپٹ کر دو۔</w:t>
      </w:r>
    </w:p>
    <w:p>
      <w:r>
        <w:rPr>
          <w:b/>
        </w:rPr>
        <w:t xml:space="preserve">[21:48] </w:t>
      </w:r>
      <w:r>
        <w:t>Aisa nahin hua. To kisi aur ko yeh umeed nahin rakhna chahiye ke is test se guzre baghair us ki</w:t>
      </w:r>
    </w:p>
    <w:p>
      <w:pPr>
        <w:jc w:val="right"/>
      </w:pPr>
      <w:r>
        <w:t>ایسا نہیں ہوا۔ تو کسی اور کو یہ امید نہیں رکھنا چاہیے کہ اس ٹیسٹ سے گزرے بغیر اس کی</w:t>
      </w:r>
    </w:p>
    <w:p>
      <w:r>
        <w:rPr>
          <w:b/>
        </w:rPr>
        <w:t xml:space="preserve">[21:58] </w:t>
      </w:r>
      <w:r>
        <w:t>kahani best kahani ban jayegi, us ki story best story ban jayegi. Yeh nahin umeed rakhna chahiye. Agar koi yeh samjhe ke is test se guzre baghair us ki story best story ban sakti hai to woh is mein force priority de raha hai,</w:t>
      </w:r>
    </w:p>
    <w:p>
      <w:pPr>
        <w:jc w:val="right"/>
      </w:pPr>
      <w:r>
        <w:t>کہانی بیسٹ کہانی بن جائے گی، اس کی سٹوری بیسٹ سٹوری بن جائے گی۔ یہ نہیں امید رکھنا چاہیے۔ اگر کوئی یہ سمجھے کہ اس ٹیسٹ سے گزرے بغیر اس کی سٹوری بیسٹ سٹوری بن سکتی ہے تو وہ اس میں فورس پرائیورٹی دے رہا ہے،</w:t>
      </w:r>
    </w:p>
    <w:p>
      <w:r>
        <w:rPr>
          <w:b/>
        </w:rPr>
        <w:t xml:space="preserve">[22:20] </w:t>
      </w:r>
      <w:r>
        <w:t>force priority de raha hai, jannat al maqam mein de raha hai. Woh kyunke aisa hone wala nahin. Jo cheez ek paighambar ke liye nahin hui, woh aap ke liye kaise ho jayegi?</w:t>
      </w:r>
    </w:p>
    <w:p>
      <w:pPr>
        <w:jc w:val="right"/>
      </w:pPr>
      <w:r>
        <w:t>فورس پرائیورٹی دے رہا ہے، جنت المقام میں دے رہا ہے۔ وہ کیونکہ ایسا ہونے والا نہیں۔ جو چیز ایک پیغمبر کے لیے نہیں ہوئی، وہ آپ کے لیے کیسے ہو جائے گی؟</w:t>
      </w:r>
    </w:p>
    <w:p>
      <w:r>
        <w:rPr>
          <w:b/>
        </w:rPr>
        <w:t xml:space="preserve">[22:37] </w:t>
      </w:r>
      <w:r>
        <w:t>To ya to Allah ki blessing se maloomi ko bardasht kijiye hamesha ke liye, ya phir is test mein poora utriye.</w:t>
      </w:r>
    </w:p>
    <w:p>
      <w:pPr>
        <w:jc w:val="right"/>
      </w:pPr>
      <w:r>
        <w:t>تو یا تو اللہ کی بلیسنگ سے معلومی کو برداشت کیجئے ہمیشہ کے لیے، یا پھر اس ٹیسٹ میں پورا اتریے۔</w:t>
      </w:r>
    </w:p>
    <w:p>
      <w:r>
        <w:rPr>
          <w:b/>
        </w:rPr>
        <w:t xml:space="preserve">[22:49] </w:t>
      </w:r>
      <w:r>
        <w:t>Option in dono mein ke beech ka beech mein kaha hai ke jinn yahan to koi third option nahin hai.</w:t>
      </w:r>
    </w:p>
    <w:p>
      <w:pPr>
        <w:jc w:val="right"/>
      </w:pPr>
      <w:r>
        <w:t>آپشن ان دونوں میں کے بیچ کا بیچ میں کہا ہے کہ جن یہاں تو کوئی تھرڈ آپشن نہیں ہے۔</w:t>
      </w:r>
    </w:p>
    <w:p>
      <w:r>
        <w:rPr>
          <w:b/>
        </w:rPr>
        <w:t xml:space="preserve">[22:57] </w:t>
      </w:r>
      <w:r>
        <w:t>Achhi tarah sambhalna chahiye ke is maamle mein koi third option nahin hai. Ya to aap hamesha ke liye Allah ki blessing se maloomi ko bardasht kijiye, aur ya ya aisa karna hai ke aap test mein poora utriye, test mein stand kijiye</w:t>
      </w:r>
    </w:p>
    <w:p>
      <w:pPr>
        <w:jc w:val="right"/>
      </w:pPr>
      <w:r>
        <w:t>اچھی طرح سنبھلنا چاہیے کہ اس معاملے میں کوئی تھرڈ آپشن نہیں ہے۔ یا تو آپ ہمیشہ کے لیے اللہ کی بلیسنگ سے معلومی کو برداشت کیجئے، اور یا یا ایسا کرنا ہے کہ آپ ٹیسٹ میں پورا اتریے، ٹیسٹ میں اسٹینڈ کیجئے</w:t>
      </w:r>
    </w:p>
    <w:p>
      <w:r>
        <w:rPr>
          <w:b/>
        </w:rPr>
        <w:t xml:space="preserve">[23:16] </w:t>
      </w:r>
      <w:r>
        <w:t>apni poori energy, apni poori wisdom, apni poori planning ke saath aap test mein poora utriye, apni aql ko istemal kijiye.</w:t>
      </w:r>
    </w:p>
    <w:p>
      <w:pPr>
        <w:jc w:val="right"/>
      </w:pPr>
      <w:r>
        <w:t>اپنی پوری انرجی، اپنی پوری وزڈم، اپنی پوری پلاننگ کے ساتھ آپ ٹیسٹ میں پورا اتریے، اپنی عقل کو استعمال کیجئے۔</w:t>
      </w:r>
    </w:p>
    <w:p>
      <w:r>
        <w:rPr>
          <w:b/>
        </w:rPr>
        <w:t xml:space="preserve">[23:26] </w:t>
      </w:r>
      <w:r>
        <w:t>There is no third option, kyunke jab paighambar ke liye nahin third option tha to hawalay kaise ho jayega?</w:t>
      </w:r>
    </w:p>
    <w:p>
      <w:pPr>
        <w:jc w:val="right"/>
      </w:pPr>
      <w:r>
        <w:t>دیر از نو تھرڈ آپشن، کیونکہ جب پیغمبر کے لیے نہیں تھرڈ آپشن تھا تو حوالے کیسے ہو جائے گا؟</w:t>
      </w:r>
    </w:p>
    <w:p>
      <w:r>
        <w:rPr>
          <w:b/>
        </w:rPr>
        <w:t xml:space="preserve">[23:35] </w:t>
      </w:r>
      <w:r>
        <w:t>Yeh to ek maloom baat hai ke Hazrat Yusuf jo the, khud bhi paighambar the, paighambar ke bete bhi the, aur paighambar ke pote bhi the. Itni sab nisbatein un ko haasil thin, phir bhi un ke liye un ko exempt nahin kiya gaya is test se.</w:t>
      </w:r>
    </w:p>
    <w:p>
      <w:pPr>
        <w:jc w:val="right"/>
      </w:pPr>
      <w:r>
        <w:t>یہ تو ایک معلوم بات ہے کہ حضرت یوسف جو تھے، خود بھی پیغمبر تھے، پیغمبر کے بیٹے بھی تھے، اور پیغمبر کے پوتے بھی تھے۔ اتنی سب نسبتیں ان کو حاصل تھیں، پھر بھی ان کے لیے ان کو ایگزیمپٹ نہیں کیا گیا اس ٹیسٹ سے۔</w:t>
      </w:r>
    </w:p>
    <w:p>
      <w:r>
        <w:rPr>
          <w:b/>
        </w:rPr>
        <w:t xml:space="preserve">[23:54] </w:t>
      </w:r>
      <w:r>
        <w:t>To is soorat mein main samajhta hoon ke bohat hi bada sabak hai, aur is mein law of nature ko bataya gaya hai jo har ek ke liye hai.</w:t>
      </w:r>
    </w:p>
    <w:p>
      <w:pPr>
        <w:jc w:val="right"/>
      </w:pPr>
      <w:r>
        <w:t>تو اس صورت میں میں سمجھتا ہوں کہ بہت ہی بڑا سبق ہے، اور اس میں لاء آف نیچر کو بتایا گیا ہے جو ہر ایک کے لیے ہے۔</w:t>
      </w:r>
    </w:p>
    <w:p>
      <w:r>
        <w:rPr>
          <w:b/>
        </w:rPr>
        <w:t xml:space="preserve">[24:05] </w:t>
      </w:r>
      <w:r>
        <w:t>Woh law of nature hai ke agar tum chahte ho duniya mein kamyabi,</w:t>
      </w:r>
    </w:p>
    <w:p>
      <w:pPr>
        <w:jc w:val="right"/>
      </w:pPr>
      <w:r>
        <w:t>وہ لاء آف نیچر ہے کہ اگر تم چاہتے ہو دنیا میں کامیابی،</w:t>
      </w:r>
    </w:p>
    <w:p>
      <w:r>
        <w:rPr>
          <w:b/>
        </w:rPr>
        <w:t xml:space="preserve">[24:12] </w:t>
      </w:r>
      <w:r>
        <w:t>kamyabi ka matlab yeh hai ke Allah ki blessing, Allah ki madad yeh chahte ho to</w:t>
      </w:r>
    </w:p>
    <w:p>
      <w:pPr>
        <w:jc w:val="right"/>
      </w:pPr>
      <w:r>
        <w:t>کامیابی کا مطلب یہ ہے کہ اللہ کی بلیسنگ، اللہ کی مدد یہ چاہتے ہو تو</w:t>
      </w:r>
    </w:p>
    <w:p>
      <w:r>
        <w:rPr>
          <w:b/>
        </w:rPr>
        <w:t xml:space="preserve">[24:21] </w:t>
      </w:r>
      <w:r>
        <w:t>tum ko yeh karna padega ke ke duniya mein dekhiye, duniya mein Allah ne sab ko azadi di hai,</w:t>
      </w:r>
    </w:p>
    <w:p>
      <w:pPr>
        <w:jc w:val="right"/>
      </w:pPr>
      <w:r>
        <w:t>تم کو یہ کرنا پڑے گا کہ کہ دنیا میں دیکھیے، دنیا میں اللہ نے سب کو آزادی دی ہے،</w:t>
      </w:r>
    </w:p>
    <w:p>
      <w:r>
        <w:rPr>
          <w:b/>
        </w:rPr>
        <w:t xml:space="preserve">[24:29] </w:t>
      </w:r>
      <w:r>
        <w:t>yahan challenges hain, competition hai, to doosre logon ki taraf se problem bhi aayenge, zaroor zaroor problem aayenge. To yeh karna padega ke insano ki taraf se jo kuch pesh aaye, us ko us par sabr karna,</w:t>
      </w:r>
    </w:p>
    <w:p>
      <w:pPr>
        <w:jc w:val="right"/>
      </w:pPr>
      <w:r>
        <w:t>یہاں چیلنجز ہیں، کمپیٹیشن ہے، تو دوسرے لوگوں کی طرف سے پرابلم بھی آئیں گے، ضرور ضرور پرابلم آئیں گے۔ تو یہ کرنا پڑے گا کہ انسانوں کی طرف سے جو کچھ پیش آئے، اس کو اس پر صبر کرنا،</w:t>
      </w:r>
    </w:p>
    <w:p>
      <w:r>
        <w:rPr>
          <w:b/>
        </w:rPr>
        <w:t xml:space="preserve">[24:48] </w:t>
      </w:r>
      <w:r>
        <w:t>without yani negative reaction, sabr karna, aur sab kuch Allah ke khane mein daal dena. aur yeh kehna ke innamā ashku bisatī waḥdanī ilā Allāh</w:t>
      </w:r>
    </w:p>
    <w:p>
      <w:pPr>
        <w:jc w:val="right"/>
      </w:pPr>
      <w:r>
        <w:t>وِد آؤٹ یعنی نیگیٹیو ری ایکشن، صبر کرنا، اور سب کچھ اللہ کے خانے میں ڈال دینا۔ اور یہ کہنا کہ إنما أشكو بسطي وحدني إلى الله</w:t>
      </w:r>
    </w:p>
    <w:p>
      <w:r>
        <w:rPr>
          <w:b/>
        </w:rPr>
        <w:t xml:space="preserve">[25:01] </w:t>
      </w:r>
      <w:r>
        <w:t>to yahi haqeeqat hai jo surah ke aakhir mein in lafzon mein batai gayi ke wa man yattaqi wa yaṣbiru fa inna Allāha la yuḍīʻu ajra al-muḥsinīn yahan par sochne ki baat yeh hai ke waqi'a to ek insaan ka tha,</w:t>
      </w:r>
    </w:p>
    <w:p>
      <w:pPr>
        <w:jc w:val="right"/>
      </w:pPr>
      <w:r>
        <w:t>تو یہی حقیقت ہے جو سورہ کے آخر میں ان لفظوں میں بتائی گئی کہ ومن يتق ویصبر فإن الله لا يضيء أجر المحسنين یہاں پر سوچنے کی بات یہ ہے کہ واقعہ تو ایک انسان کا تھا،</w:t>
      </w:r>
    </w:p>
    <w:p>
      <w:r>
        <w:rPr>
          <w:b/>
        </w:rPr>
        <w:t xml:space="preserve">[25:17] </w:t>
      </w:r>
      <w:r>
        <w:t>lekin yahan generalize kar diya.</w:t>
      </w:r>
    </w:p>
    <w:p>
      <w:pPr>
        <w:jc w:val="right"/>
      </w:pPr>
      <w:r>
        <w:t>لیکن یہاں جرنلائز کر دیا۔</w:t>
      </w:r>
    </w:p>
    <w:p>
      <w:r>
        <w:rPr>
          <w:b/>
        </w:rPr>
        <w:t xml:space="preserve">[25:19] </w:t>
      </w:r>
      <w:r>
        <w:t>yeh bohat khaas baat hai sochne ki ke surah Yusuf mein waqi'a to ek insaan ka hai, Yusuf ka, lekin jo end mein kehte hain ke wa man yattaqi wa yaṣbiru fa inna Allāha la yuḍīʻu ajra al-muḥsinīn yani jo log aisa karein,</w:t>
      </w:r>
    </w:p>
    <w:p>
      <w:pPr>
        <w:jc w:val="right"/>
      </w:pPr>
      <w:r>
        <w:t>یہ بہت خاص بات ہے سوچنے کی کہ سورہ یوسف میں واقعہ تو ایک انسان کا ہے، یوسف کا، لیکن جو اینڈ میں کہتے ہیں کہ ومن يتق ويصبر فإن الله لا يضيء أجر المحسنين یعنی جو لوگ ایسا کریں،</w:t>
      </w:r>
    </w:p>
    <w:p>
      <w:r>
        <w:rPr>
          <w:b/>
        </w:rPr>
        <w:t xml:space="preserve">[25:34] </w:t>
      </w:r>
      <w:r>
        <w:t>dekha is ko generalize kar diya,</w:t>
      </w:r>
    </w:p>
    <w:p>
      <w:pPr>
        <w:jc w:val="right"/>
      </w:pPr>
      <w:r>
        <w:t>دیکھا اس کو جرنلائز کر دیا،</w:t>
      </w:r>
    </w:p>
    <w:p>
      <w:r>
        <w:rPr>
          <w:b/>
        </w:rPr>
        <w:t xml:space="preserve">[25:37] </w:t>
      </w:r>
      <w:r>
        <w:t>sab ke upar apply kar diya is ko. to main samajhta hoon ke bohat bara sabak is ke andar hai ke is ko ek insaan ki baat na samjho,</w:t>
      </w:r>
    </w:p>
    <w:p>
      <w:pPr>
        <w:jc w:val="right"/>
      </w:pPr>
      <w:r>
        <w:t>سب کے اوپر اپلائی کر دیا اس کو۔ تو میں سمجھتا ہوں کہ بہت بڑا سبق اس کے اندر ہے کہ اس کو ایک انسان کی بات نہ سمجھو،</w:t>
      </w:r>
    </w:p>
    <w:p>
      <w:r>
        <w:rPr>
          <w:b/>
        </w:rPr>
        <w:t xml:space="preserve">[25:50] </w:t>
      </w:r>
      <w:r>
        <w:t>is ko general principle samjho,</w:t>
      </w:r>
    </w:p>
    <w:p>
      <w:pPr>
        <w:jc w:val="right"/>
      </w:pPr>
      <w:r>
        <w:t>اس کو جنرل پرنسپل سمجھو،</w:t>
      </w:r>
    </w:p>
    <w:p>
      <w:r>
        <w:rPr>
          <w:b/>
        </w:rPr>
        <w:t xml:space="preserve">[25:53] </w:t>
      </w:r>
      <w:r>
        <w:t>apne upar bhi is ko apply karo.</w:t>
      </w:r>
    </w:p>
    <w:p>
      <w:pPr>
        <w:jc w:val="right"/>
      </w:pPr>
      <w:r>
        <w:t>اپنے اوپر بھی اس کو اپلائی کرو۔</w:t>
      </w:r>
    </w:p>
    <w:p>
      <w:r>
        <w:rPr>
          <w:b/>
        </w:rPr>
        <w:t xml:space="preserve">[25:59] </w:t>
      </w:r>
      <w:r>
        <w:t>yeh jo test se guzre Hazrat Yusuf, isi test se tum ko bhi guzarna hai. shaklein mukhtalif hongi, aap ka yani aap ka gaon doosra hoga, aap ka ku'an doosra hoga,</w:t>
      </w:r>
    </w:p>
    <w:p>
      <w:pPr>
        <w:jc w:val="right"/>
      </w:pPr>
      <w:r>
        <w:t>یہ جو ٹیسٹ سے گزرے حضرت یوسف، اسی ٹیسٹ سے تم کو بھی گزرنا ہے۔ شکلیں مختلف ہوں گی، آپ کا یعنی آپ کا گاؤں دوسرا ہوگا، آپ کا کنواں دوسرا ہوگا،</w:t>
      </w:r>
    </w:p>
    <w:p>
      <w:r>
        <w:rPr>
          <w:b/>
        </w:rPr>
        <w:t xml:space="preserve">[26:15] </w:t>
      </w:r>
      <w:r>
        <w:t>aap ke</w:t>
      </w:r>
    </w:p>
    <w:p>
      <w:pPr>
        <w:jc w:val="right"/>
      </w:pPr>
      <w:r>
        <w:t>آپ کے</w:t>
      </w:r>
    </w:p>
    <w:p>
      <w:r>
        <w:rPr>
          <w:b/>
        </w:rPr>
        <w:t xml:space="preserve">[26:17] </w:t>
      </w:r>
      <w:r>
        <w:t>jail doosri qism ke honge. yani yeh saare marhale aap par guzrenge, lekin yani lekin is ke is ka form alag alag hoga,</w:t>
      </w:r>
    </w:p>
    <w:p>
      <w:pPr>
        <w:jc w:val="right"/>
      </w:pPr>
      <w:r>
        <w:t>جیل دوسری قسم کے ہوں گے۔ یعنی یہ سارے مرحلے آپ پر گزریں گے، لیکن یعنی لیکن اس کے اس کا فارم الگ الگ ہوگا،</w:t>
      </w:r>
    </w:p>
    <w:p>
      <w:r>
        <w:rPr>
          <w:b/>
        </w:rPr>
        <w:t xml:space="preserve">[26:31] </w:t>
      </w:r>
      <w:r>
        <w:t>form alag alag hoga.</w:t>
      </w:r>
    </w:p>
    <w:p>
      <w:pPr>
        <w:jc w:val="right"/>
      </w:pPr>
      <w:r>
        <w:t>فارم الگ الگ ہوگا۔</w:t>
      </w:r>
    </w:p>
    <w:p>
      <w:r>
        <w:rPr>
          <w:b/>
        </w:rPr>
        <w:t xml:space="preserve">[26:34] </w:t>
      </w:r>
      <w:r>
        <w:t>kyunke zamane mein zamana badalta rehta hai, to form badalte rehte hain. to aaj bhi aap ko yeh sab kuch pesh aayega, agarche form doosra hoga, aaj ka gaon doosra hoga, aaj ka ku'an doosra hoga, aaj ka market doosra hoga, aaj ka jail doosra hoga.</w:t>
      </w:r>
    </w:p>
    <w:p>
      <w:pPr>
        <w:jc w:val="right"/>
      </w:pPr>
      <w:r>
        <w:t>کیونکہ زمانے میں زمانہ بدلتا رہتا ہے، تو فارم بدلتے رہتے ہیں۔ تو آج بھی آپ کو یہ سب کچھ پیش آئے گا، اگرچہ فارم دوسرا ہوگا، آج کا گاؤں دوسرا ہوگا، آج کا کنواں دوسرا ہوگا، آج کا مارکیٹ دوسرا ہوگا، آج کا جیل دوسرا ہوگا۔</w:t>
      </w:r>
    </w:p>
    <w:p>
      <w:r>
        <w:rPr>
          <w:b/>
        </w:rPr>
        <w:t xml:space="preserve">[27:01] </w:t>
      </w:r>
      <w:r>
        <w:t>to yeh bohat zyada sochne ki baat hai, bohat zyada sochne ki baat hai.</w:t>
      </w:r>
    </w:p>
    <w:p>
      <w:pPr>
        <w:jc w:val="right"/>
      </w:pPr>
      <w:r>
        <w:t>تو یہ بہت زیادہ سوچنے کی بات ہے، بہت زیادہ سوچنے کی بات ہے۔</w:t>
      </w:r>
    </w:p>
    <w:p>
      <w:r>
        <w:rPr>
          <w:b/>
        </w:rPr>
        <w:t xml:space="preserve">[27:11] </w:t>
      </w:r>
      <w:r>
        <w:t>aur jab main is par sochta hoon ke shuru se qissa ek insaan chal raha hai Yusuf ka, aur aakhir mein jab bata rahe hain as a principle to wahan generalize kar diya.</w:t>
      </w:r>
    </w:p>
    <w:p>
      <w:pPr>
        <w:jc w:val="right"/>
      </w:pPr>
      <w:r>
        <w:t>اور جب میں اس پر سوچتا ہوں کہ شروع سے قصہ ایک انسان چل رہا ہے یوسف کا، اور آخر میں جب بتا رہے ہیں ایز اے پرنسپل تو وہاں جرنلائز کر دیا۔</w:t>
      </w:r>
    </w:p>
    <w:p>
      <w:r>
        <w:rPr>
          <w:b/>
        </w:rPr>
        <w:t xml:space="preserve">[27:23] </w:t>
      </w:r>
      <w:r>
        <w:t>wa man yattaqi wa yaṣbiru fa inna Allāha la yuḍīʻu ajra al-muḥsinīn ke jo log taqwa aur sabr ka suboot dein, to un ko Allah ta'ala bohat bari basic se nawazega.</w:t>
      </w:r>
    </w:p>
    <w:p>
      <w:pPr>
        <w:jc w:val="right"/>
      </w:pPr>
      <w:r>
        <w:t>ومن يتق ویصبر فإن الله لا يضيء أجر المحسنين کہ جو لوگ تقویٰ اور صبر کا ثبوت دیں، تو ان کو اللہ تعالیٰ بہت بڑی بیسک سے نوازے گا۔</w:t>
      </w:r>
    </w:p>
    <w:p>
      <w:r>
        <w:rPr>
          <w:b/>
        </w:rPr>
        <w:t xml:space="preserve">[27:41] </w:t>
      </w:r>
      <w:r>
        <w:t>to Quran ki is surah mein principle bhi bataya gaya hai, aur is principle ka practical form bhi bataya gaya hai.</w:t>
      </w:r>
    </w:p>
    <w:p>
      <w:pPr>
        <w:jc w:val="right"/>
      </w:pPr>
      <w:r>
        <w:t>تو قرآن کی اس سورہ میں پرنسپل بھی بتایا گیا ہے، اور اس پرنسپل کا پریکٹیکل فارم بھی بتایا گیا ہے۔</w:t>
      </w:r>
    </w:p>
    <w:p>
      <w:r>
        <w:rPr>
          <w:b/>
        </w:rPr>
        <w:t xml:space="preserve">[27:52] </w:t>
      </w:r>
      <w:r>
        <w:t>yani jo law of nature hai, woh bhi bataya gaya hai, aur sath sath is ka ek practical</w:t>
      </w:r>
    </w:p>
    <w:p>
      <w:pPr>
        <w:jc w:val="right"/>
      </w:pPr>
      <w:r>
        <w:t>یعنی جو لاء آف نیچر ہے، وہ بھی بتایا گیا ہے، اور ساتھ ساتھ اس کا ایک پریکٹیکل</w:t>
      </w:r>
    </w:p>
    <w:p>
      <w:r>
        <w:rPr>
          <w:b/>
        </w:rPr>
        <w:t xml:space="preserve">[27:58] </w:t>
      </w:r>
      <w:r>
        <w:t>jo form hai tareekh mein, us ko bhi bataya gaya hai taake insaan har pehlu se is ko samajh sake.</w:t>
      </w:r>
    </w:p>
    <w:p>
      <w:pPr>
        <w:jc w:val="right"/>
      </w:pPr>
      <w:r>
        <w:t>جو فارم ہے تاریخ میں، اس کو بھی بتایا گیا ہے تاکہ انسان ہر پہلو سے اس کو سمجھ سکے۔</w:t>
      </w:r>
    </w:p>
    <w:p>
      <w:r>
        <w:rPr>
          <w:b/>
        </w:rPr>
        <w:t xml:space="preserve">[28:12] </w:t>
      </w:r>
      <w:r>
        <w:t>koi is ko doubt na rahe is maamle mein,</w:t>
      </w:r>
    </w:p>
    <w:p>
      <w:pPr>
        <w:jc w:val="right"/>
      </w:pPr>
      <w:r>
        <w:t>کوئی اس کو ڈاؤٹ نہ رہے اس معاملے میں،</w:t>
      </w:r>
    </w:p>
    <w:p>
      <w:r>
        <w:rPr>
          <w:b/>
        </w:rPr>
        <w:t xml:space="preserve">[28:17] </w:t>
      </w:r>
      <w:r>
        <w:t>koi doubt na rahe. to yeh aakhir mein jo ayat jo hai, general term mein jo ayat aayi hai, aakhir mein woh bohat hope is ke andar hai, bohat hope.</w:t>
      </w:r>
    </w:p>
    <w:p>
      <w:pPr>
        <w:jc w:val="right"/>
      </w:pPr>
      <w:r>
        <w:t>کوئی ڈاؤٹ نہ رہے۔ تو یہ آخر میں جو آیت جو ہے، جنرل ٹرم میں جو آیت آئی ہے، آخر میں وہ بہت ہوپ اس کے اندر ہے، بہت ہوپ۔</w:t>
      </w:r>
    </w:p>
    <w:p>
      <w:r>
        <w:rPr>
          <w:b/>
        </w:rPr>
        <w:t xml:space="preserve">[28:31] </w:t>
      </w:r>
      <w:r>
        <w:t>is ka matlab hai ke wohi aap ko bhi blessing mil sakti hai jo Yusuf ko mili. kaisi ajeeb baat hai!</w:t>
      </w:r>
    </w:p>
    <w:p>
      <w:pPr>
        <w:jc w:val="right"/>
      </w:pPr>
      <w:r>
        <w:t>اس کا معنی ہے کہ وہی آپ کو بھی بلیسنگ مل سکتی ہے جو یوسف کو ملی۔ کیسی عجیب بات ہے!</w:t>
      </w:r>
    </w:p>
    <w:p>
      <w:r>
        <w:rPr>
          <w:b/>
        </w:rPr>
        <w:t xml:space="preserve">[28:40] </w:t>
      </w:r>
      <w:r>
        <w:t>aakhir mein jo general term mein is ko kaha, to is ke matlab yeh hain ke wohi wohi blessing aap ko mil sakti hai jo Yusuf ko mili.</w:t>
      </w:r>
    </w:p>
    <w:p>
      <w:pPr>
        <w:jc w:val="right"/>
      </w:pPr>
      <w:r>
        <w:t>آخر میں جو جنرل ٹرم میں اس کو کہا، تو اس کے معنی یہ ہیں کہ وہی وہی بلیسنگ آپ کو مل سکتی ہے جو یوسف کو ملی۔</w:t>
      </w:r>
    </w:p>
    <w:p>
      <w:r>
        <w:rPr>
          <w:b/>
        </w:rPr>
        <w:t xml:space="preserve">[28:51] </w:t>
      </w:r>
      <w:r>
        <w:t>lekin yahan bhi main kahunga, form form alag hoga. matlab yeh nahi ke aap koi Misr hoga, koi badshah hoga, koi wahan zira'at hogi, aur phir wahan aap ko bithaya jayega kisi gaddi par.</w:t>
      </w:r>
    </w:p>
    <w:p>
      <w:pPr>
        <w:jc w:val="right"/>
      </w:pPr>
      <w:r>
        <w:t>لیکن یہاں بھی میں کہوں گا، فارم فارم الگ ہوگا۔ مطلب یہ نہیں کہ آپ کوئی مصر ہوگا، کوئی بادشاہ ہوگا، کوئی وہاں زراعت ہوگی، اور پھر وہاں آپ کو بٹھایا جائے گا کسی گدی پر۔</w:t>
      </w:r>
    </w:p>
    <w:p>
      <w:r>
        <w:rPr>
          <w:b/>
        </w:rPr>
        <w:t xml:space="preserve">[29:02] </w:t>
      </w:r>
      <w:r>
        <w:t>aisa nahi hoga. jis tarah test ki shaklein alag alag hoti hain, usi tarah se blessing ki shaklein bhi alag al</w:t>
      </w:r>
    </w:p>
    <w:p>
      <w:pPr>
        <w:jc w:val="right"/>
      </w:pPr>
      <w:r>
        <w:t>ایسا نہیں ہوگا۔ جس طرح ٹیسٹ کی شکلیں الگ الگ ہوتی ہیں، اسی طرح سے بلیسنگ کی شکلیں بھی الگ 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