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Principles of Zakat in Islam 11 May 2007 - Maulana Wahiduddin Khan</w:t>
      </w:r>
    </w:p>
    <w:p>
      <w:r>
        <w:t>https://www.youtube.com/watch?v=RmfLc_lQrxs</w:t>
      </w:r>
    </w:p>
    <w:p>
      <w:r>
        <w:rPr>
          <w:b/>
        </w:rPr>
        <w:t xml:space="preserve">[00:10] </w:t>
      </w:r>
      <w:r>
        <w:t>I would like to tell you something about the principle of Zakat in Islam. You know there are 5 pillars, according to a Hadith, there are 5 pillars of Islam.</w:t>
      </w:r>
    </w:p>
    <w:p>
      <w:pPr>
        <w:jc w:val="right"/>
      </w:pPr>
      <w:r>
        <w:t>I would like to tell you something about the principle of Zakat in Islam. You know there are 5 pillars, according to a Hadith, there are 5 pillars of Islam.</w:t>
      </w:r>
    </w:p>
    <w:p>
      <w:r>
        <w:rPr>
          <w:b/>
        </w:rPr>
        <w:t xml:space="preserve">[00:25] </w:t>
      </w:r>
      <w:r>
        <w:t>One of these 5 pillars is Zakat. Z-A-K-A-T.</w:t>
      </w:r>
    </w:p>
    <w:p>
      <w:pPr>
        <w:jc w:val="right"/>
      </w:pPr>
      <w:r>
        <w:t>One of these 5 pillars is Zakat. Z-A-K-A-T.</w:t>
      </w:r>
    </w:p>
    <w:p>
      <w:r>
        <w:rPr>
          <w:b/>
        </w:rPr>
        <w:t xml:space="preserve">[00:35] </w:t>
      </w:r>
      <w:r>
        <w:t>So what are those 5 pillars? And what is the place of Zakat in this system of 5 pillars?</w:t>
      </w:r>
    </w:p>
    <w:p>
      <w:pPr>
        <w:jc w:val="right"/>
      </w:pPr>
      <w:r>
        <w:t>So what are those 5 pillars? And what is the place of Zakat in this system of 5 pillars?</w:t>
      </w:r>
    </w:p>
    <w:p>
      <w:r>
        <w:rPr>
          <w:b/>
        </w:rPr>
        <w:t xml:space="preserve">[00:46] </w:t>
      </w:r>
      <w:r>
        <w:t>I think that these 5 pillars cover all the human life. All the aspects of human life.</w:t>
      </w:r>
    </w:p>
    <w:p>
      <w:pPr>
        <w:jc w:val="right"/>
      </w:pPr>
      <w:r>
        <w:t>I think that these 5 pillars cover all the human life. All the aspects of human life.</w:t>
      </w:r>
    </w:p>
    <w:p>
      <w:r>
        <w:rPr>
          <w:b/>
        </w:rPr>
        <w:t xml:space="preserve">[00:56] </w:t>
      </w:r>
      <w:r>
        <w:t>These 5 pillars are not simply religious pillars. Religious pillars. No. These are life pillars.</w:t>
      </w:r>
    </w:p>
    <w:p>
      <w:pPr>
        <w:jc w:val="right"/>
      </w:pPr>
      <w:r>
        <w:t>These 5 pillars are not simply religious pillars. Religious pillars. No. These are life pillars.</w:t>
      </w:r>
    </w:p>
    <w:p>
      <w:r>
        <w:rPr>
          <w:b/>
        </w:rPr>
        <w:t xml:space="preserve">[01:04] </w:t>
      </w:r>
      <w:r>
        <w:t>According to my analysis, there are distinctively 5 pillars of your life.</w:t>
      </w:r>
    </w:p>
    <w:p>
      <w:pPr>
        <w:jc w:val="right"/>
      </w:pPr>
      <w:r>
        <w:t>According to my analysis, there are distinctively 5 pillars of your life.</w:t>
      </w:r>
    </w:p>
    <w:p>
      <w:r>
        <w:rPr>
          <w:b/>
        </w:rPr>
        <w:t xml:space="preserve">[01:15] </w:t>
      </w:r>
      <w:r>
        <w:t>Pillar means aspect. So there are 5 aspects of human life. And these 5 pillars cover.</w:t>
      </w:r>
    </w:p>
    <w:p>
      <w:pPr>
        <w:jc w:val="right"/>
      </w:pPr>
      <w:r>
        <w:t>Pillar means aspect. So there are 5 aspects of human life. And these 5 pillars cover.</w:t>
      </w:r>
    </w:p>
    <w:p>
      <w:r>
        <w:rPr>
          <w:b/>
        </w:rPr>
        <w:t xml:space="preserve">[01:28] </w:t>
      </w:r>
      <w:r>
        <w:t>All those 5 aspects are pillars of human life. Now, what are those 5</w:t>
      </w:r>
    </w:p>
    <w:p>
      <w:pPr>
        <w:jc w:val="right"/>
      </w:pPr>
      <w:r>
        <w:t>All those 5 aspects are pillars of human life. Now, what are those 5</w:t>
      </w:r>
    </w:p>
    <w:p>
      <w:r>
        <w:rPr>
          <w:b/>
        </w:rPr>
        <w:t xml:space="preserve">[01:36] </w:t>
      </w:r>
      <w:r>
        <w:t>aspects? First of all,</w:t>
      </w:r>
    </w:p>
    <w:p>
      <w:pPr>
        <w:jc w:val="right"/>
      </w:pPr>
      <w:r>
        <w:t>aspects? First of all,</w:t>
      </w:r>
    </w:p>
    <w:p>
      <w:r>
        <w:rPr>
          <w:b/>
        </w:rPr>
        <w:t xml:space="preserve">[01:41] </w:t>
      </w:r>
      <w:r>
        <w:t>man is a thinking animal.</w:t>
      </w:r>
    </w:p>
    <w:p>
      <w:pPr>
        <w:jc w:val="right"/>
      </w:pPr>
      <w:r>
        <w:t>man is a thinking animal.</w:t>
      </w:r>
    </w:p>
    <w:p>
      <w:r>
        <w:rPr>
          <w:b/>
        </w:rPr>
        <w:t xml:space="preserve">[01:46] </w:t>
      </w:r>
      <w:r>
        <w:t>So thinking is one aspect of life. It is called that. It is said that man is a thinking animal.</w:t>
      </w:r>
    </w:p>
    <w:p>
      <w:pPr>
        <w:jc w:val="right"/>
      </w:pPr>
      <w:r>
        <w:t>So thinking is one aspect of life. It is called that. It is said that man is a thinking animal.</w:t>
      </w:r>
    </w:p>
    <w:p>
      <w:r>
        <w:rPr>
          <w:b/>
        </w:rPr>
        <w:t xml:space="preserve">[01:55] </w:t>
      </w:r>
      <w:r>
        <w:t>So thinking is</w:t>
      </w:r>
    </w:p>
    <w:p>
      <w:pPr>
        <w:jc w:val="right"/>
      </w:pPr>
      <w:r>
        <w:t>So thinking is</w:t>
      </w:r>
    </w:p>
    <w:p>
      <w:r>
        <w:rPr>
          <w:b/>
        </w:rPr>
        <w:t xml:space="preserve">[01:59] </w:t>
      </w:r>
      <w:r>
        <w:t>an aspect of human life. You can say thought. The first pillar is thought.</w:t>
      </w:r>
    </w:p>
    <w:p>
      <w:pPr>
        <w:jc w:val="right"/>
      </w:pPr>
      <w:r>
        <w:t>an aspect of human life. You can say thought. The first pillar is thought.</w:t>
      </w:r>
    </w:p>
    <w:p>
      <w:r>
        <w:rPr>
          <w:b/>
        </w:rPr>
        <w:t xml:space="preserve">[02:09] </w:t>
      </w:r>
      <w:r>
        <w:t>Then time. Everyone has time. Time is the most precious asset of your life.</w:t>
      </w:r>
    </w:p>
    <w:p>
      <w:pPr>
        <w:jc w:val="right"/>
      </w:pPr>
      <w:r>
        <w:t>Then time. Everyone has time. Time is the most precious asset of your life.</w:t>
      </w:r>
    </w:p>
    <w:p>
      <w:r>
        <w:rPr>
          <w:b/>
        </w:rPr>
        <w:t xml:space="preserve">[02:19] </w:t>
      </w:r>
      <w:r>
        <w:t>Then</w:t>
      </w:r>
    </w:p>
    <w:p>
      <w:pPr>
        <w:jc w:val="right"/>
      </w:pPr>
      <w:r>
        <w:t>Then</w:t>
      </w:r>
    </w:p>
    <w:p>
      <w:r>
        <w:rPr>
          <w:b/>
        </w:rPr>
        <w:t xml:space="preserve">[02:22] </w:t>
      </w:r>
      <w:r>
        <w:t>you have desires. Everyone is full of desires. So desires are also part of human life. Then you have time.</w:t>
      </w:r>
    </w:p>
    <w:p>
      <w:pPr>
        <w:jc w:val="right"/>
      </w:pPr>
      <w:r>
        <w:t>you have desires. Everyone is full of desires. So desires are also part of human life. Then you have time.</w:t>
      </w:r>
    </w:p>
    <w:p>
      <w:r>
        <w:rPr>
          <w:b/>
        </w:rPr>
        <w:t xml:space="preserve">[02:35] </w:t>
      </w:r>
      <w:r>
        <w:t>It is said that time is everything. So you have time.</w:t>
      </w:r>
    </w:p>
    <w:p>
      <w:pPr>
        <w:jc w:val="right"/>
      </w:pPr>
      <w:r>
        <w:t>It is said that time is everything. So you have time.</w:t>
      </w:r>
    </w:p>
    <w:p>
      <w:r>
        <w:rPr>
          <w:b/>
        </w:rPr>
        <w:t xml:space="preserve">[02:42] </w:t>
      </w:r>
      <w:r>
        <w:t>Then</w:t>
      </w:r>
    </w:p>
    <w:p>
      <w:pPr>
        <w:jc w:val="right"/>
      </w:pPr>
      <w:r>
        <w:t>Then</w:t>
      </w:r>
    </w:p>
    <w:p>
      <w:r>
        <w:rPr>
          <w:b/>
        </w:rPr>
        <w:t xml:space="preserve">[02:45] </w:t>
      </w:r>
      <w:r>
        <w:t>you have money. Everyone has some money.</w:t>
      </w:r>
    </w:p>
    <w:p>
      <w:pPr>
        <w:jc w:val="right"/>
      </w:pPr>
      <w:r>
        <w:t>you have money. Everyone has some money.</w:t>
      </w:r>
    </w:p>
    <w:p>
      <w:r>
        <w:rPr>
          <w:b/>
        </w:rPr>
        <w:t xml:space="preserve">[02:55] </w:t>
      </w:r>
      <w:r>
        <w:t>More or less. Then everyone wants to set a goal. Setting a goal is also a part of human life.</w:t>
      </w:r>
    </w:p>
    <w:p>
      <w:pPr>
        <w:jc w:val="right"/>
      </w:pPr>
      <w:r>
        <w:t>More or less. Then everyone wants to set a goal. Setting a goal is also a part of human life.</w:t>
      </w:r>
    </w:p>
    <w:p>
      <w:r>
        <w:rPr>
          <w:b/>
        </w:rPr>
        <w:t xml:space="preserve">[03:08] </w:t>
      </w:r>
      <w:r>
        <w:t>So these are 5 aspects: thought, time, desires,</w:t>
      </w:r>
    </w:p>
    <w:p>
      <w:pPr>
        <w:jc w:val="right"/>
      </w:pPr>
      <w:r>
        <w:t>So these are 5 aspects: thought, time, desires,</w:t>
      </w:r>
    </w:p>
    <w:p>
      <w:r>
        <w:rPr>
          <w:b/>
        </w:rPr>
        <w:t xml:space="preserve">[03:15] </w:t>
      </w:r>
      <w:r>
        <w:t>money, and goal. I think that these are 5 aspects of human life. And these 5 aspects cover all the...</w:t>
      </w:r>
    </w:p>
    <w:p>
      <w:pPr>
        <w:jc w:val="right"/>
      </w:pPr>
      <w:r>
        <w:t>money, and goal. I think that these are 5 aspects of human life. And these 5 aspects cover all the...</w:t>
      </w:r>
    </w:p>
    <w:p>
      <w:r>
        <w:rPr>
          <w:b/>
        </w:rPr>
        <w:t xml:space="preserve">[03:30] </w:t>
      </w:r>
      <w:r>
        <w:t>all the human personality.</w:t>
      </w:r>
    </w:p>
    <w:p>
      <w:pPr>
        <w:jc w:val="right"/>
      </w:pPr>
      <w:r>
        <w:t>all the human personality.</w:t>
      </w:r>
    </w:p>
    <w:p>
      <w:r>
        <w:rPr>
          <w:b/>
        </w:rPr>
        <w:t xml:space="preserve">[03:35] </w:t>
      </w:r>
      <w:r>
        <w:t>So these 5 pillars of Islam</w:t>
      </w:r>
    </w:p>
    <w:p>
      <w:pPr>
        <w:jc w:val="right"/>
      </w:pPr>
      <w:r>
        <w:t>So these 5 pillars of Islam</w:t>
      </w:r>
    </w:p>
    <w:p>
      <w:r>
        <w:rPr>
          <w:b/>
        </w:rPr>
        <w:t xml:space="preserve">[03:40] </w:t>
      </w:r>
      <w:r>
        <w:t>cover all these 5 aspects of human life. So I can say these 5 pillars mean...</w:t>
      </w:r>
    </w:p>
    <w:p>
      <w:pPr>
        <w:jc w:val="right"/>
      </w:pPr>
      <w:r>
        <w:t>cover all these 5 aspects of human life. So I can say these 5 pillars mean...</w:t>
      </w:r>
    </w:p>
    <w:p>
      <w:r>
        <w:rPr>
          <w:b/>
        </w:rPr>
        <w:t xml:space="preserve">[03:49] </w:t>
      </w:r>
      <w:r>
        <w:t>Art of thought management. Art of time management. Art of</w:t>
      </w:r>
    </w:p>
    <w:p>
      <w:pPr>
        <w:jc w:val="right"/>
      </w:pPr>
      <w:r>
        <w:t>Art of thought management. Art of time management. Art of</w:t>
      </w:r>
    </w:p>
    <w:p>
      <w:r>
        <w:rPr>
          <w:b/>
        </w:rPr>
        <w:t xml:space="preserve">[03:58] </w:t>
      </w:r>
      <w:r>
        <w:t>desire management. Art of money management. And art of goal management.</w:t>
      </w:r>
    </w:p>
    <w:p>
      <w:pPr>
        <w:jc w:val="right"/>
      </w:pPr>
      <w:r>
        <w:t>desire management. Art of money management. And art of goal management.</w:t>
      </w:r>
    </w:p>
    <w:p>
      <w:r>
        <w:rPr>
          <w:b/>
        </w:rPr>
        <w:t xml:space="preserve">[04:08] </w:t>
      </w:r>
      <w:r>
        <w:t>Setting a goal. So according to the Hadith, the... the Hadith is</w:t>
      </w:r>
    </w:p>
    <w:p>
      <w:pPr>
        <w:jc w:val="right"/>
      </w:pPr>
      <w:r>
        <w:t>Setting a goal. So according to the Hadith, the... the Hadith is</w:t>
      </w:r>
    </w:p>
    <w:p>
      <w:r>
        <w:rPr>
          <w:b/>
        </w:rPr>
        <w:t xml:space="preserve">[04:15] </w:t>
      </w:r>
      <w:r>
        <w:t>like this. These are the Arabic words of Hadith: bani al-islam ala khams: shahadat la ilaha illallah, wa iqam al-salat, wa ita al-zakat,</w:t>
      </w:r>
    </w:p>
    <w:p>
      <w:pPr>
        <w:jc w:val="right"/>
      </w:pPr>
      <w:r>
        <w:t>like this. These are the Arabic words of Hadith: بني الإسلام على خمس: شهادة لا إله إلا الله، وإقام الصلاة، وإيتاء الزكاة،</w:t>
      </w:r>
    </w:p>
    <w:p>
      <w:r>
        <w:rPr>
          <w:b/>
        </w:rPr>
        <w:t xml:space="preserve">[04:31] </w:t>
      </w:r>
      <w:r>
        <w:t>wa al-hajj, wa sawm ramadan.</w:t>
      </w:r>
    </w:p>
    <w:p>
      <w:pPr>
        <w:jc w:val="right"/>
      </w:pPr>
      <w:r>
        <w:t>والحج، وصوم رمضان.</w:t>
      </w:r>
    </w:p>
    <w:p>
      <w:r>
        <w:rPr>
          <w:b/>
        </w:rPr>
        <w:t xml:space="preserve">[04:35] </w:t>
      </w:r>
      <w:r>
        <w:t>These are 5 pillars. The first is Kalimah.</w:t>
      </w:r>
    </w:p>
    <w:p>
      <w:pPr>
        <w:jc w:val="right"/>
      </w:pPr>
      <w:r>
        <w:t>These are 5 pillars. The first is Kalimah.</w:t>
      </w:r>
    </w:p>
    <w:p>
      <w:r>
        <w:rPr>
          <w:b/>
        </w:rPr>
        <w:t xml:space="preserve">[04:42] </w:t>
      </w:r>
      <w:r>
        <w:t>Kalimah, word of tawhid. That represents art of thought management. When you say la ilaha illallah, there is no God but one God.</w:t>
      </w:r>
    </w:p>
    <w:p>
      <w:pPr>
        <w:jc w:val="right"/>
      </w:pPr>
      <w:r>
        <w:t>Kalimah, word of tawhid. That represents art of thought management. When you say لا إله إلا الله, there is no God but one God.</w:t>
      </w:r>
    </w:p>
    <w:p>
      <w:r>
        <w:rPr>
          <w:b/>
        </w:rPr>
        <w:t xml:space="preserve">[04:59] </w:t>
      </w:r>
      <w:r>
        <w:t>So you are</w:t>
      </w:r>
    </w:p>
    <w:p>
      <w:pPr>
        <w:jc w:val="right"/>
      </w:pPr>
      <w:r>
        <w:t>So you are</w:t>
      </w:r>
    </w:p>
    <w:p>
      <w:r>
        <w:rPr>
          <w:b/>
        </w:rPr>
        <w:t xml:space="preserve">[05:01] </w:t>
      </w:r>
      <w:r>
        <w:t>managing your thought process.</w:t>
      </w:r>
    </w:p>
    <w:p>
      <w:pPr>
        <w:jc w:val="right"/>
      </w:pPr>
      <w:r>
        <w:t>managing your thought process.</w:t>
      </w:r>
    </w:p>
    <w:p>
      <w:r>
        <w:rPr>
          <w:b/>
        </w:rPr>
        <w:t xml:space="preserve">[05:07] </w:t>
      </w:r>
      <w:r>
        <w:t>So it is art of thought management. Then Salat, 5 time prayers. That is management of time.</w:t>
      </w:r>
    </w:p>
    <w:p>
      <w:pPr>
        <w:jc w:val="right"/>
      </w:pPr>
      <w:r>
        <w:t>So it is art of thought management. Then Salat, 5 time prayers. That is management of time.</w:t>
      </w:r>
    </w:p>
    <w:p>
      <w:r>
        <w:rPr>
          <w:b/>
        </w:rPr>
        <w:t xml:space="preserve">[05:18] </w:t>
      </w:r>
      <w:r>
        <w:t>So Salat means... So Salat means art of time management.</w:t>
      </w:r>
    </w:p>
    <w:p>
      <w:pPr>
        <w:jc w:val="right"/>
      </w:pPr>
      <w:r>
        <w:t>So Salat means... So Salat means art of time management.</w:t>
      </w:r>
    </w:p>
    <w:p>
      <w:r>
        <w:rPr>
          <w:b/>
        </w:rPr>
        <w:t xml:space="preserve">[05:26] </w:t>
      </w:r>
      <w:r>
        <w:t>Then there is money. And Zakat pertains to money. So Zakat means art of money management.</w:t>
      </w:r>
    </w:p>
    <w:p>
      <w:pPr>
        <w:jc w:val="right"/>
      </w:pPr>
      <w:r>
        <w:t>Then there is money. And Zakat pertains to money. So Zakat means art of money management.</w:t>
      </w:r>
    </w:p>
    <w:p>
      <w:r>
        <w:rPr>
          <w:b/>
        </w:rPr>
        <w:t xml:space="preserve">[05:42] </w:t>
      </w:r>
      <w:r>
        <w:t>Then</w:t>
      </w:r>
    </w:p>
    <w:p>
      <w:pPr>
        <w:jc w:val="right"/>
      </w:pPr>
      <w:r>
        <w:t>Then</w:t>
      </w:r>
    </w:p>
    <w:p>
      <w:r>
        <w:rPr>
          <w:b/>
        </w:rPr>
        <w:t xml:space="preserve">[05:43] </w:t>
      </w:r>
      <w:r>
        <w:t>there is Sawm. There is fasting. In fasting, you are supposed to...</w:t>
      </w:r>
    </w:p>
    <w:p>
      <w:pPr>
        <w:jc w:val="right"/>
      </w:pPr>
      <w:r>
        <w:t>there is Sawm. There is fasting. In fasting, you are supposed to...</w:t>
      </w:r>
    </w:p>
    <w:p>
      <w:r>
        <w:rPr>
          <w:b/>
        </w:rPr>
        <w:t xml:space="preserve">[05:53] </w:t>
      </w:r>
      <w:r>
        <w:t>to go in fasting, not to take... eat and...</w:t>
      </w:r>
    </w:p>
    <w:p>
      <w:pPr>
        <w:jc w:val="right"/>
      </w:pPr>
      <w:r>
        <w:t>to go in fasting, not to take... eat and...</w:t>
      </w:r>
    </w:p>
    <w:p>
      <w:r>
        <w:rPr>
          <w:b/>
        </w:rPr>
        <w:t xml:space="preserve">[06:00] </w:t>
      </w:r>
      <w:r>
        <w:t>not to take food and water</w:t>
      </w:r>
    </w:p>
    <w:p>
      <w:pPr>
        <w:jc w:val="right"/>
      </w:pPr>
      <w:r>
        <w:t>not to take food and water</w:t>
      </w:r>
    </w:p>
    <w:p>
      <w:r>
        <w:rPr>
          <w:b/>
        </w:rPr>
        <w:t xml:space="preserve">[06:03] </w:t>
      </w:r>
      <w:r>
        <w:t>in daytime. You are allowed to take these things only in nighttime. Not in the day.</w:t>
      </w:r>
    </w:p>
    <w:p>
      <w:pPr>
        <w:jc w:val="right"/>
      </w:pPr>
      <w:r>
        <w:t>in daytime. You are allowed to take these things only in nighttime. Not in the day.</w:t>
      </w:r>
    </w:p>
    <w:p>
      <w:r>
        <w:rPr>
          <w:b/>
        </w:rPr>
        <w:t xml:space="preserve">[06:14] </w:t>
      </w:r>
      <w:r>
        <w:t>So you know... food is the greatest desire of a human being.</w:t>
      </w:r>
    </w:p>
    <w:p>
      <w:pPr>
        <w:jc w:val="right"/>
      </w:pPr>
      <w:r>
        <w:t>So you know... food is the greatest desire of a human being.</w:t>
      </w:r>
    </w:p>
    <w:p>
      <w:r>
        <w:rPr>
          <w:b/>
        </w:rPr>
        <w:t xml:space="preserve">[06:22] </w:t>
      </w:r>
      <w:r>
        <w:t>It covers all the desires.</w:t>
      </w:r>
    </w:p>
    <w:p>
      <w:pPr>
        <w:jc w:val="right"/>
      </w:pPr>
      <w:r>
        <w:t>It covers all the desires.</w:t>
      </w:r>
    </w:p>
    <w:p>
      <w:r>
        <w:rPr>
          <w:b/>
        </w:rPr>
        <w:t xml:space="preserve">[06:27] </w:t>
      </w:r>
      <w:r>
        <w:t>So Sawm means art of desire management.</w:t>
      </w:r>
    </w:p>
    <w:p>
      <w:pPr>
        <w:jc w:val="right"/>
      </w:pPr>
      <w:r>
        <w:t>So Sawm means art of desire management.</w:t>
      </w:r>
    </w:p>
    <w:p>
      <w:r>
        <w:rPr>
          <w:b/>
        </w:rPr>
        <w:t xml:space="preserve">[06:36] </w:t>
      </w:r>
      <w:r>
        <w:t>Then there is Hajj. Hajj is like setting your goal. When you visit Bakkah, there is Kaaba, and Safa, and Marwa.</w:t>
      </w:r>
    </w:p>
    <w:p>
      <w:pPr>
        <w:jc w:val="right"/>
      </w:pPr>
      <w:r>
        <w:t>Then there is Hajj. Hajj is like setting your goal. When you visit Bakkah, there is Kaaba, and Safa, and Marwa.</w:t>
      </w:r>
    </w:p>
    <w:p>
      <w:r>
        <w:rPr>
          <w:b/>
        </w:rPr>
        <w:t xml:space="preserve">[06:47] </w:t>
      </w:r>
      <w:r>
        <w:t>So you encircle the Kaaba. You move around the Kaaba. That is setting your goal.</w:t>
      </w:r>
    </w:p>
    <w:p>
      <w:pPr>
        <w:jc w:val="right"/>
      </w:pPr>
      <w:r>
        <w:t>So you encircle the Kaaba. You move around the Kaaba. That is setting your goal.</w:t>
      </w:r>
    </w:p>
    <w:p>
      <w:r>
        <w:rPr>
          <w:b/>
        </w:rPr>
        <w:t xml:space="preserve">[06:58] </w:t>
      </w:r>
      <w:r>
        <w:t>By this practice, you are declaring that... God Almighty is my goal. God Almighty is my supreme concern.</w:t>
      </w:r>
    </w:p>
    <w:p>
      <w:pPr>
        <w:jc w:val="right"/>
      </w:pPr>
      <w:r>
        <w:t>By this practice, you are declaring that... God Almighty is my goal. God Almighty is my supreme concern.</w:t>
      </w:r>
    </w:p>
    <w:p>
      <w:r>
        <w:rPr>
          <w:b/>
        </w:rPr>
        <w:t xml:space="preserve">[07:11] </w:t>
      </w:r>
      <w:r>
        <w:t>God Almighty is my only target.</w:t>
      </w:r>
    </w:p>
    <w:p>
      <w:pPr>
        <w:jc w:val="right"/>
      </w:pPr>
      <w:r>
        <w:t>God Almighty is my only target.</w:t>
      </w:r>
    </w:p>
    <w:p>
      <w:r>
        <w:rPr>
          <w:b/>
        </w:rPr>
        <w:t xml:space="preserve">[07:14] </w:t>
      </w:r>
      <w:r>
        <w:t>God Almighty is everything for me. So this is setting...</w:t>
      </w:r>
    </w:p>
    <w:p>
      <w:pPr>
        <w:jc w:val="right"/>
      </w:pPr>
      <w:r>
        <w:t>God Almighty is everything for me. So this is setting...</w:t>
      </w:r>
    </w:p>
    <w:p>
      <w:r>
        <w:rPr>
          <w:b/>
        </w:rPr>
        <w:t xml:space="preserve">[07:23] </w:t>
      </w:r>
      <w:r>
        <w:t>setting the goal of your life. So 5 pillars means... covering the 5 aspects of human life.</w:t>
      </w:r>
    </w:p>
    <w:p>
      <w:pPr>
        <w:jc w:val="right"/>
      </w:pPr>
      <w:r>
        <w:t>setting the goal of your life. So 5 pillars means... covering the 5 aspects of human life.</w:t>
      </w:r>
    </w:p>
    <w:p>
      <w:r>
        <w:rPr>
          <w:b/>
        </w:rPr>
        <w:t xml:space="preserve">[07:33] </w:t>
      </w:r>
      <w:r>
        <w:t>So it is... thought management, time management, desire management, money management, and goal management.</w:t>
      </w:r>
    </w:p>
    <w:p>
      <w:pPr>
        <w:jc w:val="right"/>
      </w:pPr>
      <w:r>
        <w:t>So it is... thought management, time management, desire management, money management, and goal management.</w:t>
      </w:r>
    </w:p>
    <w:p>
      <w:r>
        <w:rPr>
          <w:b/>
        </w:rPr>
        <w:t xml:space="preserve">[07:46] </w:t>
      </w:r>
      <w:r>
        <w:t>These are the 5 pillars of Islam. Now, let us take the Zakat.</w:t>
      </w:r>
    </w:p>
    <w:p>
      <w:pPr>
        <w:jc w:val="right"/>
      </w:pPr>
      <w:r>
        <w:t>These are the 5 pillars of Islam. Now, let us take the Zakat.</w:t>
      </w:r>
    </w:p>
    <w:p>
      <w:r>
        <w:rPr>
          <w:b/>
        </w:rPr>
        <w:t xml:space="preserve">[07:50] </w:t>
      </w:r>
      <w:r>
        <w:t>What is Zakat?</w:t>
      </w:r>
    </w:p>
    <w:p>
      <w:pPr>
        <w:jc w:val="right"/>
      </w:pPr>
      <w:r>
        <w:t>What is Zakat?</w:t>
      </w:r>
    </w:p>
    <w:p>
      <w:r>
        <w:rPr>
          <w:b/>
        </w:rPr>
        <w:t xml:space="preserve">[07:55] </w:t>
      </w:r>
      <w:r>
        <w:t>Zakat is... the... Zakat gives you the principle of money management.</w:t>
      </w:r>
    </w:p>
    <w:p>
      <w:pPr>
        <w:jc w:val="right"/>
      </w:pPr>
      <w:r>
        <w:t>Zakat is... the... Zakat gives you the principle of money management.</w:t>
      </w:r>
    </w:p>
    <w:p>
      <w:r>
        <w:rPr>
          <w:b/>
        </w:rPr>
        <w:t xml:space="preserve">[08:04] </w:t>
      </w:r>
      <w:r>
        <w:t>Now... Zakat literally means purification. Purification.</w:t>
      </w:r>
    </w:p>
    <w:p>
      <w:pPr>
        <w:jc w:val="right"/>
      </w:pPr>
      <w:r>
        <w:t>Now... Zakat literally means purification. Purification.</w:t>
      </w:r>
    </w:p>
    <w:p>
      <w:r>
        <w:rPr>
          <w:b/>
        </w:rPr>
        <w:t xml:space="preserve">[08:15] </w:t>
      </w:r>
      <w:r>
        <w:t>The literal meaning of Zakat is purification. So when you pay Zakat from your earning... you are purifying yourself.</w:t>
      </w:r>
    </w:p>
    <w:p>
      <w:pPr>
        <w:jc w:val="right"/>
      </w:pPr>
      <w:r>
        <w:t>The literal meaning of Zakat is purification. So when you pay Zakat from your earning... you are purifying yourself.</w:t>
      </w:r>
    </w:p>
    <w:p>
      <w:r>
        <w:rPr>
          <w:b/>
        </w:rPr>
        <w:t xml:space="preserve">[08:28] </w:t>
      </w:r>
      <w:r>
        <w:t>You know... money is the greatest... thing for everyone. The center of love is money.</w:t>
      </w:r>
    </w:p>
    <w:p>
      <w:pPr>
        <w:jc w:val="right"/>
      </w:pPr>
      <w:r>
        <w:t>You know... money is the greatest... thing for everyone. The center of love is money.</w:t>
      </w:r>
    </w:p>
    <w:p>
      <w:r>
        <w:rPr>
          <w:b/>
        </w:rPr>
        <w:t xml:space="preserve">[08:37] </w:t>
      </w:r>
      <w:r>
        <w:t>For everyone.</w:t>
      </w:r>
    </w:p>
    <w:p>
      <w:pPr>
        <w:jc w:val="right"/>
      </w:pPr>
      <w:r>
        <w:t>For everyone.</w:t>
      </w:r>
    </w:p>
    <w:p>
      <w:r>
        <w:rPr>
          <w:b/>
        </w:rPr>
        <w:t xml:space="preserve">[08:40] </w:t>
      </w:r>
      <w:r>
        <w:t>Everyone loves money. So there is a verse in the Quran... lan tanalul birra hatta tunfiqu mimma tuhibbun Money is your supreme concern.</w:t>
      </w:r>
    </w:p>
    <w:p>
      <w:pPr>
        <w:jc w:val="right"/>
      </w:pPr>
      <w:r>
        <w:t>Everyone loves money. So there is a verse in the Quran... لَنْ تَنَالُوا الْبِرَّ حَتَّىٰ تُنْفِقُوا مِمَّا تُحِبُّونَ Money is your supreme concern.</w:t>
      </w:r>
    </w:p>
    <w:p>
      <w:r>
        <w:rPr>
          <w:b/>
        </w:rPr>
        <w:t xml:space="preserve">[08:59] </w:t>
      </w:r>
      <w:r>
        <w:t>You love money. So until you pay from this... money, you are not a true believer. This is purification.</w:t>
      </w:r>
    </w:p>
    <w:p>
      <w:pPr>
        <w:jc w:val="right"/>
      </w:pPr>
      <w:r>
        <w:t>You love money. So until you pay from this... money, you are not a true believer. This is purification.</w:t>
      </w:r>
    </w:p>
    <w:p>
      <w:r>
        <w:rPr>
          <w:b/>
        </w:rPr>
        <w:t xml:space="preserve">[09:10] </w:t>
      </w:r>
      <w:r>
        <w:t>When you pay a part of your earning... for the sake of God...</w:t>
      </w:r>
    </w:p>
    <w:p>
      <w:pPr>
        <w:jc w:val="right"/>
      </w:pPr>
      <w:r>
        <w:t>When you pay a part of your earning... for the sake of God...</w:t>
      </w:r>
    </w:p>
    <w:p>
      <w:r>
        <w:rPr>
          <w:b/>
        </w:rPr>
        <w:t xml:space="preserve">[09:20] </w:t>
      </w:r>
      <w:r>
        <w:t>it means that you are purifying your money. You are inculcating the spirit of...</w:t>
      </w:r>
    </w:p>
    <w:p>
      <w:pPr>
        <w:jc w:val="right"/>
      </w:pPr>
      <w:r>
        <w:t>it means that you are purifying your money. You are inculcating the spirit of...</w:t>
      </w:r>
    </w:p>
    <w:p>
      <w:r>
        <w:rPr>
          <w:b/>
        </w:rPr>
        <w:t xml:space="preserve">[09:31] </w:t>
      </w:r>
      <w:r>
        <w:t>consciousness. That God is everything. My money is for God.</w:t>
      </w:r>
    </w:p>
    <w:p>
      <w:pPr>
        <w:jc w:val="right"/>
      </w:pPr>
      <w:r>
        <w:t>consciousness. That God is everything. My money is for God.</w:t>
      </w:r>
    </w:p>
    <w:p>
      <w:r>
        <w:rPr>
          <w:b/>
        </w:rPr>
        <w:t xml:space="preserve">[09:38] </w:t>
      </w:r>
      <w:r>
        <w:t>I am for God.</w:t>
      </w:r>
    </w:p>
    <w:p>
      <w:pPr>
        <w:jc w:val="right"/>
      </w:pPr>
      <w:r>
        <w:t>I am for God.</w:t>
      </w:r>
    </w:p>
    <w:p>
      <w:r>
        <w:rPr>
          <w:b/>
        </w:rPr>
        <w:t xml:space="preserve">[09:42] </w:t>
      </w:r>
      <w:r>
        <w:t>Every... belonging of my...</w:t>
      </w:r>
    </w:p>
    <w:p>
      <w:pPr>
        <w:jc w:val="right"/>
      </w:pPr>
      <w:r>
        <w:t>Every... belonging of my...</w:t>
      </w:r>
    </w:p>
    <w:p>
      <w:r>
        <w:rPr>
          <w:b/>
        </w:rPr>
        <w:t xml:space="preserve">[09:48] </w:t>
      </w:r>
      <w:r>
        <w:t>myself is for God. So... Zakat is a sign of this kind of...</w:t>
      </w:r>
    </w:p>
    <w:p>
      <w:pPr>
        <w:jc w:val="right"/>
      </w:pPr>
      <w:r>
        <w:t>myself is for God. So... Zakat is a sign of this kind of...</w:t>
      </w:r>
    </w:p>
    <w:p>
      <w:r>
        <w:rPr>
          <w:b/>
        </w:rPr>
        <w:t xml:space="preserve">[10:00] </w:t>
      </w:r>
      <w:r>
        <w:t>decision, this kind of...</w:t>
      </w:r>
    </w:p>
    <w:p>
      <w:pPr>
        <w:jc w:val="right"/>
      </w:pPr>
      <w:r>
        <w:t>decision, this kind of...</w:t>
      </w:r>
    </w:p>
    <w:p>
      <w:r>
        <w:rPr>
          <w:b/>
        </w:rPr>
        <w:t xml:space="preserve">[10:04] </w:t>
      </w:r>
      <w:r>
        <w:t>of</w:t>
      </w:r>
    </w:p>
    <w:p>
      <w:pPr>
        <w:jc w:val="right"/>
      </w:pPr>
      <w:r>
        <w:t>of</w:t>
      </w:r>
    </w:p>
    <w:p>
      <w:r>
        <w:rPr>
          <w:b/>
        </w:rPr>
        <w:t xml:space="preserve">[10:06] </w:t>
      </w:r>
      <w:r>
        <w:t>declaration. So, there are 2 aspects, 2 basic aspects of Zakat. There are 2 basic aspects of Zakat.</w:t>
      </w:r>
    </w:p>
    <w:p>
      <w:pPr>
        <w:jc w:val="right"/>
      </w:pPr>
      <w:r>
        <w:t>declaration. So, there are 2 aspects, 2 basic aspects of Zakat. There are 2 basic aspects of Zakat.</w:t>
      </w:r>
    </w:p>
    <w:p>
      <w:r>
        <w:rPr>
          <w:b/>
        </w:rPr>
        <w:t xml:space="preserve">[10:21] </w:t>
      </w:r>
      <w:r>
        <w:t>One is personal.</w:t>
      </w:r>
    </w:p>
    <w:p>
      <w:pPr>
        <w:jc w:val="right"/>
      </w:pPr>
      <w:r>
        <w:t>One is personal.</w:t>
      </w:r>
    </w:p>
    <w:p>
      <w:r>
        <w:rPr>
          <w:b/>
        </w:rPr>
        <w:t xml:space="preserve">[10:23] </w:t>
      </w:r>
      <w:r>
        <w:t>And the second is social. 2 aspects. Personal and social. So, personal aspect is referred in the Quran...</w:t>
      </w:r>
    </w:p>
    <w:p>
      <w:pPr>
        <w:jc w:val="right"/>
      </w:pPr>
      <w:r>
        <w:t>And the second is social. 2 aspects. Personal and social. So, personal aspect is referred in the Quran...</w:t>
      </w:r>
    </w:p>
    <w:p>
      <w:r>
        <w:rPr>
          <w:b/>
        </w:rPr>
        <w:t xml:space="preserve">[10:35] </w:t>
      </w:r>
      <w:r>
        <w:t>in these verses.</w:t>
      </w:r>
    </w:p>
    <w:p>
      <w:pPr>
        <w:jc w:val="right"/>
      </w:pPr>
      <w:r>
        <w:t>in these verses.</w:t>
      </w:r>
    </w:p>
    <w:p>
      <w:r>
        <w:rPr>
          <w:b/>
        </w:rPr>
        <w:t xml:space="preserve">[10:40] </w:t>
      </w:r>
      <w:r>
        <w:t>yuti malahu yatazakka Then the social aspect is referred in the Hadith... in these verses.</w:t>
      </w:r>
    </w:p>
    <w:p>
      <w:pPr>
        <w:jc w:val="right"/>
      </w:pPr>
      <w:r>
        <w:t>يُؤْتِي مَالَهُ يَتَزَكَّىٰ Then the social aspect is referred in the Hadith... in these verses.</w:t>
      </w:r>
    </w:p>
    <w:p>
      <w:r>
        <w:rPr>
          <w:b/>
        </w:rPr>
        <w:t xml:space="preserve">[10:53] </w:t>
      </w:r>
      <w:r>
        <w:t>tukhz min aghniyaikum wa turad ila fuqaraikum This is the social aspect of Zakat. Now, let us take the first. That is the personal aspect of Zakat.</w:t>
      </w:r>
    </w:p>
    <w:p>
      <w:pPr>
        <w:jc w:val="right"/>
      </w:pPr>
      <w:r>
        <w:t>تُؤْخَذُ مِنْ أَغْنِيَائِكُمْ وَتُرَدُّ إِلَى فُقْرَائِكُمْ This is the social aspect of Zakat. Now, let us take the first. That is the personal aspect of Zakat.</w:t>
      </w:r>
    </w:p>
    <w:p>
      <w:r>
        <w:rPr>
          <w:b/>
        </w:rPr>
        <w:t xml:space="preserve">[11:06] </w:t>
      </w:r>
      <w:r>
        <w:t>This is mentioned in this verse. yu'ti malahu yatazakka</w:t>
      </w:r>
    </w:p>
    <w:p>
      <w:pPr>
        <w:jc w:val="right"/>
      </w:pPr>
      <w:r>
        <w:t>This is mentioned in this verse. يُؤْتِي مَالَهُ يَتَزَكَّىٰ</w:t>
      </w:r>
    </w:p>
    <w:p>
      <w:r>
        <w:rPr>
          <w:b/>
        </w:rPr>
        <w:t xml:space="preserve">[11:14] </w:t>
      </w:r>
      <w:r>
        <w:t>It means that believer is one... who... gives his money... for the sake of self-purification.</w:t>
      </w:r>
    </w:p>
    <w:p>
      <w:pPr>
        <w:jc w:val="right"/>
      </w:pPr>
      <w:r>
        <w:t>It means that believer is one... who... gives his money... for the sake of self-purification.</w:t>
      </w:r>
    </w:p>
    <w:p>
      <w:r>
        <w:rPr>
          <w:b/>
        </w:rPr>
        <w:t xml:space="preserve">[11:25] </w:t>
      </w:r>
      <w:r>
        <w:t>yu'ti malahu yatazakka A true believer is one...</w:t>
      </w:r>
    </w:p>
    <w:p>
      <w:pPr>
        <w:jc w:val="right"/>
      </w:pPr>
      <w:r>
        <w:t>يُؤْتِي مَالَهُ يَتَزَكَّىٰ A true believer is one...</w:t>
      </w:r>
    </w:p>
    <w:p>
      <w:r>
        <w:rPr>
          <w:b/>
        </w:rPr>
        <w:t xml:space="preserve">[11:31] </w:t>
      </w:r>
      <w:r>
        <w:t>who...</w:t>
      </w:r>
    </w:p>
    <w:p>
      <w:pPr>
        <w:jc w:val="right"/>
      </w:pPr>
      <w:r>
        <w:t>who...</w:t>
      </w:r>
    </w:p>
    <w:p>
      <w:r>
        <w:rPr>
          <w:b/>
        </w:rPr>
        <w:t xml:space="preserve">[11:35] </w:t>
      </w:r>
      <w:r>
        <w:t>spends his money for the sake of God. So that he may purify himself.</w:t>
      </w:r>
    </w:p>
    <w:p>
      <w:pPr>
        <w:jc w:val="right"/>
      </w:pPr>
      <w:r>
        <w:t>spends his money for the sake of God. So that he may purify himself.</w:t>
      </w:r>
    </w:p>
    <w:p>
      <w:r>
        <w:rPr>
          <w:b/>
        </w:rPr>
        <w:t xml:space="preserve">[11:47] </w:t>
      </w:r>
      <w:r>
        <w:t>How... how one purifies himself? By paying... Zakat.</w:t>
      </w:r>
    </w:p>
    <w:p>
      <w:pPr>
        <w:jc w:val="right"/>
      </w:pPr>
      <w:r>
        <w:t>How... how one purifies himself? By paying... Zakat.</w:t>
      </w:r>
    </w:p>
    <w:p>
      <w:r>
        <w:rPr>
          <w:b/>
        </w:rPr>
        <w:t xml:space="preserve">[11:58] </w:t>
      </w:r>
      <w:r>
        <w:t>Because... because Zakat... you pay Zakat from your money.</w:t>
      </w:r>
    </w:p>
    <w:p>
      <w:pPr>
        <w:jc w:val="right"/>
      </w:pPr>
      <w:r>
        <w:t>Because... because Zakat... you pay Zakat from your money.</w:t>
      </w:r>
    </w:p>
    <w:p>
      <w:r>
        <w:rPr>
          <w:b/>
        </w:rPr>
        <w:t xml:space="preserve">[12:07] </w:t>
      </w:r>
      <w:r>
        <w:t>You have earned money... after a long struggle. After a great struggle. Money is your greatest...</w:t>
      </w:r>
    </w:p>
    <w:p>
      <w:pPr>
        <w:jc w:val="right"/>
      </w:pPr>
      <w:r>
        <w:t>You have earned money... after a long struggle. After a great struggle. Money is your greatest...</w:t>
      </w:r>
    </w:p>
    <w:p>
      <w:r>
        <w:rPr>
          <w:b/>
        </w:rPr>
        <w:t xml:space="preserve">[12:18] </w:t>
      </w:r>
      <w:r>
        <w:t>greatest... goal. Everyone...</w:t>
      </w:r>
    </w:p>
    <w:p>
      <w:pPr>
        <w:jc w:val="right"/>
      </w:pPr>
      <w:r>
        <w:t>greatest... goal. Everyone...</w:t>
      </w:r>
    </w:p>
    <w:p>
      <w:r>
        <w:rPr>
          <w:b/>
        </w:rPr>
        <w:t xml:space="preserve">[12:24] </w:t>
      </w:r>
      <w:r>
        <w:t>tries... tries to acquire money. To acquire more and more money.</w:t>
      </w:r>
    </w:p>
    <w:p>
      <w:pPr>
        <w:jc w:val="right"/>
      </w:pPr>
      <w:r>
        <w:t>tries... tries to acquire money. To acquire more and more money.</w:t>
      </w:r>
    </w:p>
    <w:p>
      <w:r>
        <w:rPr>
          <w:b/>
        </w:rPr>
        <w:t xml:space="preserve">[12:33] </w:t>
      </w:r>
      <w:r>
        <w:t>Money is the sole concern of everyone. Every human being.</w:t>
      </w:r>
    </w:p>
    <w:p>
      <w:pPr>
        <w:jc w:val="right"/>
      </w:pPr>
      <w:r>
        <w:t>Money is the sole concern of everyone. Every human being.</w:t>
      </w:r>
    </w:p>
    <w:p>
      <w:r>
        <w:rPr>
          <w:b/>
        </w:rPr>
        <w:t xml:space="preserve">[12:41] </w:t>
      </w:r>
      <w:r>
        <w:t>So, when you acquire money... after a long struggle. Consciously, unconsciously.</w:t>
      </w:r>
    </w:p>
    <w:p>
      <w:pPr>
        <w:jc w:val="right"/>
      </w:pPr>
      <w:r>
        <w:t>So, when you acquire money... after a long struggle. Consciously, unconsciously.</w:t>
      </w:r>
    </w:p>
    <w:p>
      <w:r>
        <w:rPr>
          <w:b/>
        </w:rPr>
        <w:t xml:space="preserve">[12:51] </w:t>
      </w:r>
      <w:r>
        <w:t>You take it as your own.</w:t>
      </w:r>
    </w:p>
    <w:p>
      <w:pPr>
        <w:jc w:val="right"/>
      </w:pPr>
      <w:r>
        <w:t>You take it as your own.</w:t>
      </w:r>
    </w:p>
    <w:p>
      <w:r>
        <w:rPr>
          <w:b/>
        </w:rPr>
        <w:t xml:space="preserve">[12:57] </w:t>
      </w:r>
      <w:r>
        <w:t>Take it as your own asset.</w:t>
      </w:r>
    </w:p>
    <w:p>
      <w:pPr>
        <w:jc w:val="right"/>
      </w:pPr>
      <w:r>
        <w:t>Take it as your own asset.</w:t>
      </w:r>
    </w:p>
    <w:p>
      <w:r>
        <w:rPr>
          <w:b/>
        </w:rPr>
        <w:t xml:space="preserve">[13:03] </w:t>
      </w:r>
      <w:r>
        <w:t>You think that money is for me. For my house. For my family. For my relatives. This is the first...</w:t>
      </w:r>
    </w:p>
    <w:p>
      <w:pPr>
        <w:jc w:val="right"/>
      </w:pPr>
      <w:r>
        <w:t>You think that money is for me. For my house. For my family. For my relatives. This is the first...</w:t>
      </w:r>
    </w:p>
    <w:p>
      <w:r>
        <w:rPr>
          <w:b/>
        </w:rPr>
        <w:t xml:space="preserve">[13:15] </w:t>
      </w:r>
      <w:r>
        <w:t>idea... you acquire from money. But Zakat is quite against this idea.</w:t>
      </w:r>
    </w:p>
    <w:p>
      <w:pPr>
        <w:jc w:val="right"/>
      </w:pPr>
      <w:r>
        <w:t>idea... you acquire from money. But Zakat is quite against this idea.</w:t>
      </w:r>
    </w:p>
    <w:p>
      <w:r>
        <w:rPr>
          <w:b/>
        </w:rPr>
        <w:t xml:space="preserve">[13:27] </w:t>
      </w:r>
      <w:r>
        <w:t>You are living in this idea that money is for myself. Money is for my family. Money is for my own interest.</w:t>
      </w:r>
    </w:p>
    <w:p>
      <w:pPr>
        <w:jc w:val="right"/>
      </w:pPr>
      <w:r>
        <w:t>You are living in this idea that money is for myself. Money is for my family. Money is for my own interest.</w:t>
      </w:r>
    </w:p>
    <w:p>
      <w:r>
        <w:rPr>
          <w:b/>
        </w:rPr>
        <w:t xml:space="preserve">[13:37] </w:t>
      </w:r>
      <w:r>
        <w:t>But Zakat says, No. Money is not yours. You have to spend money... for the sake of God.</w:t>
      </w:r>
    </w:p>
    <w:p>
      <w:pPr>
        <w:jc w:val="right"/>
      </w:pPr>
      <w:r>
        <w:t>But Zakat says, No. Money is not yours. You have to spend money... for the sake of God.</w:t>
      </w:r>
    </w:p>
    <w:p>
      <w:r>
        <w:rPr>
          <w:b/>
        </w:rPr>
        <w:t xml:space="preserve">[13:49] </w:t>
      </w:r>
      <w:r>
        <w:t>So... Zakat reminds you of a very important... aspect of the... Creation. Very, very important aspect.</w:t>
      </w:r>
    </w:p>
    <w:p>
      <w:pPr>
        <w:jc w:val="right"/>
      </w:pPr>
      <w:r>
        <w:t>So... Zakat reminds you of a very important... aspect of the... Creation. Very, very important aspect.</w:t>
      </w:r>
    </w:p>
    <w:p>
      <w:r>
        <w:rPr>
          <w:b/>
        </w:rPr>
        <w:t xml:space="preserve">[14:02] </w:t>
      </w:r>
      <w:r>
        <w:t>What is that aspect?</w:t>
      </w:r>
    </w:p>
    <w:p>
      <w:pPr>
        <w:jc w:val="right"/>
      </w:pPr>
      <w:r>
        <w:t>What is that aspect?</w:t>
      </w:r>
    </w:p>
    <w:p>
      <w:r>
        <w:rPr>
          <w:b/>
        </w:rPr>
        <w:t xml:space="preserve">[14:07] </w:t>
      </w:r>
      <w:r>
        <w:t>People... people are generally obsessed with the notion... that money is my... my own earning.</w:t>
      </w:r>
    </w:p>
    <w:p>
      <w:pPr>
        <w:jc w:val="right"/>
      </w:pPr>
      <w:r>
        <w:t>People... people are generally obsessed with the notion... that money is my... my own earning.</w:t>
      </w:r>
    </w:p>
    <w:p>
      <w:r>
        <w:rPr>
          <w:b/>
        </w:rPr>
        <w:t xml:space="preserve">[14:17] </w:t>
      </w:r>
      <w:r>
        <w:t>I have earned it after a long struggle. But... whether it is fact?</w:t>
      </w:r>
    </w:p>
    <w:p>
      <w:pPr>
        <w:jc w:val="right"/>
      </w:pPr>
      <w:r>
        <w:t>I have earned it after a long struggle. But... whether it is fact?</w:t>
      </w:r>
    </w:p>
    <w:p>
      <w:r>
        <w:rPr>
          <w:b/>
        </w:rPr>
        <w:t xml:space="preserve">[14:27] </w:t>
      </w:r>
      <w:r>
        <w:t>The fact is that... money is God's blessing. Money is God's blessing.</w:t>
      </w:r>
    </w:p>
    <w:p>
      <w:pPr>
        <w:jc w:val="right"/>
      </w:pPr>
      <w:r>
        <w:t>The fact is that... money is God's blessing. Money is God's blessing.</w:t>
      </w:r>
    </w:p>
    <w:p>
      <w:r>
        <w:rPr>
          <w:b/>
        </w:rPr>
        <w:t xml:space="preserve">[14:36] </w:t>
      </w:r>
      <w:r>
        <w:t>Without God's... blessing, you cannot earn money.</w:t>
      </w:r>
    </w:p>
    <w:p>
      <w:pPr>
        <w:jc w:val="right"/>
      </w:pPr>
      <w:r>
        <w:t>Without God's... blessing, you cannot earn money.</w:t>
      </w:r>
    </w:p>
    <w:p>
      <w:r>
        <w:rPr>
          <w:b/>
        </w:rPr>
        <w:t xml:space="preserve">[14:46] </w:t>
      </w:r>
      <w:r>
        <w:t>When you... try to earn money... you walk on this Earth.</w:t>
      </w:r>
    </w:p>
    <w:p>
      <w:pPr>
        <w:jc w:val="right"/>
      </w:pPr>
      <w:r>
        <w:t>When you... try to earn money... you walk on this Earth.</w:t>
      </w:r>
    </w:p>
    <w:p>
      <w:r>
        <w:rPr>
          <w:b/>
        </w:rPr>
        <w:t xml:space="preserve">[14:55] </w:t>
      </w:r>
      <w:r>
        <w:t>When you walk on this Earth... is it... on your... it is your... it is your own?</w:t>
      </w:r>
    </w:p>
    <w:p>
      <w:pPr>
        <w:jc w:val="right"/>
      </w:pPr>
      <w:r>
        <w:t>When you walk on this Earth... is it... on your... it is your... it is your own?</w:t>
      </w:r>
    </w:p>
    <w:p>
      <w:r>
        <w:rPr>
          <w:b/>
        </w:rPr>
        <w:t xml:space="preserve">[15:04] </w:t>
      </w:r>
      <w:r>
        <w:t>No. God has created gravity in this Earth. Without gravitational pull, you can't walk on the Earth.</w:t>
      </w:r>
    </w:p>
    <w:p>
      <w:pPr>
        <w:jc w:val="right"/>
      </w:pPr>
      <w:r>
        <w:t>No. God has created gravity in this Earth. Without gravitational pull, you can't walk on the Earth.</w:t>
      </w:r>
    </w:p>
    <w:p>
      <w:r>
        <w:rPr>
          <w:b/>
        </w:rPr>
        <w:t xml:space="preserve">[15:16] </w:t>
      </w:r>
      <w:r>
        <w:t>Then you need oxygen. You move here and there.</w:t>
      </w:r>
    </w:p>
    <w:p>
      <w:pPr>
        <w:jc w:val="right"/>
      </w:pPr>
      <w:r>
        <w:t>Then you need oxygen. You move here and there.</w:t>
      </w:r>
    </w:p>
    <w:p>
      <w:r>
        <w:rPr>
          <w:b/>
        </w:rPr>
        <w:t xml:space="preserve">[15:22] </w:t>
      </w:r>
      <w:r>
        <w:t>Every time you are in any place... there is a fresh... supply of... supply of oxygen. Whether you are in India...</w:t>
      </w:r>
    </w:p>
    <w:p>
      <w:pPr>
        <w:jc w:val="right"/>
      </w:pPr>
      <w:r>
        <w:t>Every time you are in any place... there is a fresh... supply of... supply of oxygen. Whether you are in India...</w:t>
      </w:r>
    </w:p>
    <w:p>
      <w:r>
        <w:rPr>
          <w:b/>
        </w:rPr>
        <w:t xml:space="preserve">[15:31] </w:t>
      </w:r>
      <w:r>
        <w:t>or you are in the USA... or you are... or you are in Europe. Everywhere you... very... when you move to earn money...</w:t>
      </w:r>
    </w:p>
    <w:p>
      <w:pPr>
        <w:jc w:val="right"/>
      </w:pPr>
      <w:r>
        <w:t>or you are in the USA... or you are... or you are in Europe. Everywhere you... very... when you move to earn money...</w:t>
      </w:r>
    </w:p>
    <w:p>
      <w:r>
        <w:rPr>
          <w:b/>
        </w:rPr>
        <w:t xml:space="preserve">[15:42] </w:t>
      </w:r>
      <w:r>
        <w:t>when you travel to earn money... everywhere you find that... supply of oxygen is continued.</w:t>
      </w:r>
    </w:p>
    <w:p>
      <w:pPr>
        <w:jc w:val="right"/>
      </w:pPr>
      <w:r>
        <w:t>when you travel to earn money... everywhere you find that... supply of oxygen is continued.</w:t>
      </w:r>
    </w:p>
    <w:p>
      <w:r>
        <w:rPr>
          <w:b/>
        </w:rPr>
        <w:t xml:space="preserve">[15:51] </w:t>
      </w:r>
      <w:r>
        <w:t>Everywhere God is supplying... fresh oxygen. Without oxygen, you cannot live on this Earth.</w:t>
      </w:r>
    </w:p>
    <w:p>
      <w:pPr>
        <w:jc w:val="right"/>
      </w:pPr>
      <w:r>
        <w:t>Everywhere God is supplying... fresh oxygen. Without oxygen, you cannot live on this Earth.</w:t>
      </w:r>
    </w:p>
    <w:p>
      <w:r>
        <w:rPr>
          <w:b/>
        </w:rPr>
        <w:t xml:space="preserve">[16:01] </w:t>
      </w:r>
      <w:r>
        <w:t>Then there are million, billion items... for, suppose, sunlight. You have eyes, but you cannot see without light.</w:t>
      </w:r>
    </w:p>
    <w:p>
      <w:pPr>
        <w:jc w:val="right"/>
      </w:pPr>
      <w:r>
        <w:t>Then there are million, billion items... for, suppose, sunlight. You have eyes, but you cannot see without light.</w:t>
      </w:r>
    </w:p>
    <w:p>
      <w:r>
        <w:rPr>
          <w:b/>
        </w:rPr>
        <w:t xml:space="preserve">[16:13] </w:t>
      </w:r>
      <w:r>
        <w:t>You have two eyes... on your forehead. But... without light, you cannot see anything.</w:t>
      </w:r>
    </w:p>
    <w:p>
      <w:pPr>
        <w:jc w:val="right"/>
      </w:pPr>
      <w:r>
        <w:t>You have two eyes... on your forehead. But... without light, you cannot see anything.</w:t>
      </w:r>
    </w:p>
    <w:p>
      <w:r>
        <w:rPr>
          <w:b/>
        </w:rPr>
        <w:t xml:space="preserve">[16:24] </w:t>
      </w:r>
      <w:r>
        <w:t>And who created light? It is God who created Sun. S-U-N Sun.</w:t>
      </w:r>
    </w:p>
    <w:p>
      <w:pPr>
        <w:jc w:val="right"/>
      </w:pPr>
      <w:r>
        <w:t>And who created light? It is God who created Sun. S-U-N Sun.</w:t>
      </w:r>
    </w:p>
    <w:p>
      <w:r>
        <w:rPr>
          <w:b/>
        </w:rPr>
        <w:t xml:space="preserve">[16:32] </w:t>
      </w:r>
      <w:r>
        <w:t>It is God who created light. So, it is God's Creation... in terms of light...</w:t>
      </w:r>
    </w:p>
    <w:p>
      <w:pPr>
        <w:jc w:val="right"/>
      </w:pPr>
      <w:r>
        <w:t>It is God who created light. So, it is God's Creation... in terms of light...</w:t>
      </w:r>
    </w:p>
    <w:p>
      <w:r>
        <w:rPr>
          <w:b/>
        </w:rPr>
        <w:t xml:space="preserve">[16:41] </w:t>
      </w:r>
      <w:r>
        <w:t>that you are able to see everything.</w:t>
      </w:r>
    </w:p>
    <w:p>
      <w:pPr>
        <w:jc w:val="right"/>
      </w:pPr>
      <w:r>
        <w:t>that you are able to see everything.</w:t>
      </w:r>
    </w:p>
    <w:p>
      <w:r>
        <w:rPr>
          <w:b/>
        </w:rPr>
        <w:t xml:space="preserve">[16:46] </w:t>
      </w:r>
      <w:r>
        <w:t>You are able to manage all those... business dealings.</w:t>
      </w:r>
    </w:p>
    <w:p>
      <w:pPr>
        <w:jc w:val="right"/>
      </w:pPr>
      <w:r>
        <w:t>You are able to manage all those... business dealings.</w:t>
      </w:r>
    </w:p>
    <w:p>
      <w:r>
        <w:rPr>
          <w:b/>
        </w:rPr>
        <w:t xml:space="preserve">[16:54] </w:t>
      </w:r>
      <w:r>
        <w:t>So, without... Divine support system... established in this Earth... you cannot do any business. You cannot uni-dealing.</w:t>
      </w:r>
    </w:p>
    <w:p>
      <w:pPr>
        <w:jc w:val="right"/>
      </w:pPr>
      <w:r>
        <w:t>So, without... Divine support system... established in this Earth... you cannot do any business. You cannot uni-dealing.</w:t>
      </w:r>
    </w:p>
    <w:p>
      <w:r>
        <w:rPr>
          <w:b/>
        </w:rPr>
        <w:t xml:space="preserve">[17:05] </w:t>
      </w:r>
      <w:r>
        <w:t>You cannot... any transactions. So... Zakat reminds you of this fact.</w:t>
      </w:r>
    </w:p>
    <w:p>
      <w:pPr>
        <w:jc w:val="right"/>
      </w:pPr>
      <w:r>
        <w:t>You cannot... any transactions. So... Zakat reminds you of this fact.</w:t>
      </w:r>
    </w:p>
    <w:p>
      <w:r>
        <w:rPr>
          <w:b/>
        </w:rPr>
        <w:t xml:space="preserve">[17:18] </w:t>
      </w:r>
      <w:r>
        <w:t>Zakat reminds you of this fact... that all those money... you have acquired... is nothing but a blessing from God.</w:t>
      </w:r>
    </w:p>
    <w:p>
      <w:pPr>
        <w:jc w:val="right"/>
      </w:pPr>
      <w:r>
        <w:t>Zakat reminds you of this fact... that all those money... you have acquired... is nothing but a blessing from God.</w:t>
      </w:r>
    </w:p>
    <w:p>
      <w:r>
        <w:rPr>
          <w:b/>
        </w:rPr>
        <w:t xml:space="preserve">[17:31] </w:t>
      </w:r>
      <w:r>
        <w:t>You by... by... by... by... you under your own cannot... acquire money. You have Will.</w:t>
      </w:r>
    </w:p>
    <w:p>
      <w:pPr>
        <w:jc w:val="right"/>
      </w:pPr>
      <w:r>
        <w:t>You by... by... by... by... you under your own cannot... acquire money. You have Will.</w:t>
      </w:r>
    </w:p>
    <w:p>
      <w:r>
        <w:rPr>
          <w:b/>
        </w:rPr>
        <w:t xml:space="preserve">[17:42] </w:t>
      </w:r>
      <w:r>
        <w:t>You have Will... to earn money. Will is yours. But other than Will, everything is God's... from God.</w:t>
      </w:r>
    </w:p>
    <w:p>
      <w:pPr>
        <w:jc w:val="right"/>
      </w:pPr>
      <w:r>
        <w:t>You have Will... to earn money. Will is yours. But other than Will, everything is God's... from God.</w:t>
      </w:r>
    </w:p>
    <w:p>
      <w:r>
        <w:rPr>
          <w:b/>
        </w:rPr>
        <w:t xml:space="preserve">[17:55] </w:t>
      </w:r>
      <w:r>
        <w:t>You have... Will. You want... to earn money. This is your own Will. But apart from this Will...</w:t>
      </w:r>
    </w:p>
    <w:p>
      <w:pPr>
        <w:jc w:val="right"/>
      </w:pPr>
      <w:r>
        <w:t>You have... Will. You want... to earn money. This is your own Will. But apart from this Will...</w:t>
      </w:r>
    </w:p>
    <w:p>
      <w:r>
        <w:rPr>
          <w:b/>
        </w:rPr>
        <w:t xml:space="preserve">[18:06] </w:t>
      </w:r>
      <w:r>
        <w:t>apart from this Evil... this Desire... all the... all other things are... supplied from God.</w:t>
      </w:r>
    </w:p>
    <w:p>
      <w:pPr>
        <w:jc w:val="right"/>
      </w:pPr>
      <w:r>
        <w:t>apart from this Evil... this Desire... all the... all other things are... supplied from God.</w:t>
      </w:r>
    </w:p>
    <w:p>
      <w:r>
        <w:rPr>
          <w:b/>
        </w:rPr>
        <w:t xml:space="preserve">[18:15] </w:t>
      </w:r>
      <w:r>
        <w:t>Everything, everything. All the natural sources... all the support system... all the...</w:t>
      </w:r>
    </w:p>
    <w:p>
      <w:pPr>
        <w:jc w:val="right"/>
      </w:pPr>
      <w:r>
        <w:t>Everything, everything. All the natural sources... all the support system... all the...</w:t>
      </w:r>
    </w:p>
    <w:p>
      <w:r>
        <w:rPr>
          <w:b/>
        </w:rPr>
        <w:t xml:space="preserve">[18:26] </w:t>
      </w:r>
      <w:r>
        <w:t>all the... items of life. Everything from gravitational pull up to the sunlight...</w:t>
      </w:r>
    </w:p>
    <w:p>
      <w:pPr>
        <w:jc w:val="right"/>
      </w:pPr>
      <w:r>
        <w:t>all the... items of life. Everything from gravitational pull up to the sunlight...</w:t>
      </w:r>
    </w:p>
    <w:p>
      <w:r>
        <w:rPr>
          <w:b/>
        </w:rPr>
        <w:t xml:space="preserve">[18:35] </w:t>
      </w:r>
      <w:r>
        <w:t>is supplied from God.</w:t>
      </w:r>
    </w:p>
    <w:p>
      <w:pPr>
        <w:jc w:val="right"/>
      </w:pPr>
      <w:r>
        <w:t>is supplied from God.</w:t>
      </w:r>
    </w:p>
    <w:p>
      <w:r>
        <w:rPr>
          <w:b/>
        </w:rPr>
        <w:t xml:space="preserve">[18:41] </w:t>
      </w:r>
      <w:r>
        <w:t>So... Zakat reminds you...</w:t>
      </w:r>
    </w:p>
    <w:p>
      <w:pPr>
        <w:jc w:val="right"/>
      </w:pPr>
      <w:r>
        <w:t>So... Zakat reminds you...</w:t>
      </w:r>
    </w:p>
    <w:p>
      <w:r>
        <w:rPr>
          <w:b/>
        </w:rPr>
        <w:t xml:space="preserve">[18:48] </w:t>
      </w:r>
      <w:r>
        <w:t>that, O Man... you have to acknowledge this fact. Zakat means acknowledgment.</w:t>
      </w:r>
    </w:p>
    <w:p>
      <w:pPr>
        <w:jc w:val="right"/>
      </w:pPr>
      <w:r>
        <w:t>that, O Man... you have to acknowledge this fact. Zakat means acknowledgment.</w:t>
      </w:r>
    </w:p>
    <w:p>
      <w:r>
        <w:rPr>
          <w:b/>
        </w:rPr>
        <w:t xml:space="preserve">[18:57] </w:t>
      </w:r>
      <w:r>
        <w:t>When you pay Zakat... from your earned money... you are acknowledging... the contribution of God.</w:t>
      </w:r>
    </w:p>
    <w:p>
      <w:pPr>
        <w:jc w:val="right"/>
      </w:pPr>
      <w:r>
        <w:t>When you pay Zakat... from your earned money... you are acknowledging... the contribution of God.</w:t>
      </w:r>
    </w:p>
    <w:p>
      <w:r>
        <w:rPr>
          <w:b/>
        </w:rPr>
        <w:t xml:space="preserve">[19:09] </w:t>
      </w:r>
      <w:r>
        <w:t>When you... pay Zakat for the sake of God... you are acknowledging this fact...</w:t>
      </w:r>
    </w:p>
    <w:p>
      <w:pPr>
        <w:jc w:val="right"/>
      </w:pPr>
      <w:r>
        <w:t>When you... pay Zakat for the sake of God... you are acknowledging this fact...</w:t>
      </w:r>
    </w:p>
    <w:p>
      <w:r>
        <w:rPr>
          <w:b/>
        </w:rPr>
        <w:t xml:space="preserve">[19:17] </w:t>
      </w:r>
      <w:r>
        <w:t>that this money was... given to me by God.</w:t>
      </w:r>
    </w:p>
    <w:p>
      <w:pPr>
        <w:jc w:val="right"/>
      </w:pPr>
      <w:r>
        <w:t>that this money was... given to me by God.</w:t>
      </w:r>
    </w:p>
    <w:p>
      <w:r>
        <w:rPr>
          <w:b/>
        </w:rPr>
        <w:t xml:space="preserve">[19:27] </w:t>
      </w:r>
      <w:r>
        <w:t>Less than 1%... my contribution was less than 1%. And more than 99% was... blessing or supplied by God.</w:t>
      </w:r>
    </w:p>
    <w:p>
      <w:pPr>
        <w:jc w:val="right"/>
      </w:pPr>
      <w:r>
        <w:t>Less than 1%... my contribution was less than 1%. And more than 99% was... blessing or supplied by God.</w:t>
      </w:r>
    </w:p>
    <w:p>
      <w:r>
        <w:rPr>
          <w:b/>
        </w:rPr>
        <w:t xml:space="preserve">[19:40] </w:t>
      </w:r>
      <w:r>
        <w:t>So, when you pay Zakat... you acknowledge God's contribution.</w:t>
      </w:r>
    </w:p>
    <w:p>
      <w:pPr>
        <w:jc w:val="right"/>
      </w:pPr>
      <w:r>
        <w:t>So, when you pay Zakat... you acknowledge God's contribution.</w:t>
      </w:r>
    </w:p>
    <w:p>
      <w:r>
        <w:rPr>
          <w:b/>
        </w:rPr>
        <w:t xml:space="preserve">[19:49] </w:t>
      </w:r>
      <w:r>
        <w:t>This is the importance of Zakat. And this is the purification of Soul. youti malahu yatazaka This is Quranic verse.</w:t>
      </w:r>
    </w:p>
    <w:p>
      <w:pPr>
        <w:jc w:val="right"/>
      </w:pPr>
      <w:r>
        <w:t>This is the importance of Zakat. And this is the purification of Soul. يُؤْتِي مَالَهُ يَتَزَكَّىٰ This is Quranic verse.</w:t>
      </w:r>
    </w:p>
    <w:p>
      <w:r>
        <w:rPr>
          <w:b/>
        </w:rPr>
        <w:t xml:space="preserve">[20:00] </w:t>
      </w:r>
      <w:r>
        <w:t>This is Quranic verse. youti malahu yatazaka The true believer gives... Zakat... so that he may purify his Soul.</w:t>
      </w:r>
    </w:p>
    <w:p>
      <w:pPr>
        <w:jc w:val="right"/>
      </w:pPr>
      <w:r>
        <w:t>This is Quranic verse. يُؤْتِي مَالَهُ يَتَزَكَّىٰ The true believer gives... Zakat... so that he may purify his Soul.</w:t>
      </w:r>
    </w:p>
    <w:p>
      <w:r>
        <w:rPr>
          <w:b/>
        </w:rPr>
        <w:t xml:space="preserve">[20:13] </w:t>
      </w:r>
      <w:r>
        <w:t>So, how Zakat purifies your Soul? Zakat reminds you... God's blessing.</w:t>
      </w:r>
    </w:p>
    <w:p>
      <w:pPr>
        <w:jc w:val="right"/>
      </w:pPr>
      <w:r>
        <w:t>So, how Zakat purifies your Soul? Zakat reminds you... God's blessing.</w:t>
      </w:r>
    </w:p>
    <w:p>
      <w:r>
        <w:rPr>
          <w:b/>
        </w:rPr>
        <w:t xml:space="preserve">[20:23] </w:t>
      </w:r>
      <w:r>
        <w:t>Zakat makes you able to acknowledge... God's contribution...</w:t>
      </w:r>
    </w:p>
    <w:p>
      <w:pPr>
        <w:jc w:val="right"/>
      </w:pPr>
      <w:r>
        <w:t>Zakat makes you able to acknowledge... God's contribution...</w:t>
      </w:r>
    </w:p>
    <w:p>
      <w:r>
        <w:rPr>
          <w:b/>
        </w:rPr>
        <w:t xml:space="preserve">[20:30] </w:t>
      </w:r>
      <w:r>
        <w:t>regarding money. Regarding your earnings. This is purification of Soul. So, when the Quran says...</w:t>
      </w:r>
    </w:p>
    <w:p>
      <w:pPr>
        <w:jc w:val="right"/>
      </w:pPr>
      <w:r>
        <w:t>regarding money. Regarding your earnings. This is purification of Soul. So, when the Quran says...</w:t>
      </w:r>
    </w:p>
    <w:p>
      <w:r>
        <w:rPr>
          <w:b/>
        </w:rPr>
        <w:t xml:space="preserve">[20:40] </w:t>
      </w:r>
      <w:r>
        <w:t>yuti malahu yatazaka A true believer... is one who purifies his Soul... by giving money.</w:t>
      </w:r>
    </w:p>
    <w:p>
      <w:pPr>
        <w:jc w:val="right"/>
      </w:pPr>
      <w:r>
        <w:t>يُؤْتِي مَالَهُ يَتَزَكَّىٰ A true believer... is one who purifies his Soul... by giving money.</w:t>
      </w:r>
    </w:p>
    <w:p>
      <w:r>
        <w:rPr>
          <w:b/>
        </w:rPr>
        <w:t xml:space="preserve">[20:50] </w:t>
      </w:r>
      <w:r>
        <w:t>It is not a mysterious principle.</w:t>
      </w:r>
    </w:p>
    <w:p>
      <w:pPr>
        <w:jc w:val="right"/>
      </w:pPr>
      <w:r>
        <w:t>It is not a mysterious principle.</w:t>
      </w:r>
    </w:p>
    <w:p>
      <w:r>
        <w:rPr>
          <w:b/>
        </w:rPr>
        <w:t xml:space="preserve">[20:53] </w:t>
      </w:r>
      <w:r>
        <w:t>There is no mystery. It is a scientific principle. You can explain it in scientific terms. And not...</w:t>
      </w:r>
    </w:p>
    <w:p>
      <w:pPr>
        <w:jc w:val="right"/>
      </w:pPr>
      <w:r>
        <w:t>There is no mystery. It is a scientific principle. You can explain it in scientific terms. And not...</w:t>
      </w:r>
    </w:p>
    <w:p>
      <w:r>
        <w:rPr>
          <w:b/>
        </w:rPr>
        <w:t xml:space="preserve">[21:05] </w:t>
      </w:r>
      <w:r>
        <w:t>something mysterious. When you contemplate... when you reflect...</w:t>
      </w:r>
    </w:p>
    <w:p>
      <w:pPr>
        <w:jc w:val="right"/>
      </w:pPr>
      <w:r>
        <w:t>something mysterious. When you contemplate... when you reflect...</w:t>
      </w:r>
    </w:p>
    <w:p>
      <w:r>
        <w:rPr>
          <w:b/>
        </w:rPr>
        <w:t xml:space="preserve">[21:14] </w:t>
      </w:r>
      <w:r>
        <w:t>all those factors... which were involved... in money. The money you acquired.</w:t>
      </w:r>
    </w:p>
    <w:p>
      <w:pPr>
        <w:jc w:val="right"/>
      </w:pPr>
      <w:r>
        <w:t>all those factors... which were involved... in money. The money you acquired.</w:t>
      </w:r>
    </w:p>
    <w:p>
      <w:r>
        <w:rPr>
          <w:b/>
        </w:rPr>
        <w:t xml:space="preserve">[21:24] </w:t>
      </w:r>
      <w:r>
        <w:t>The money you earned.</w:t>
      </w:r>
    </w:p>
    <w:p>
      <w:pPr>
        <w:jc w:val="right"/>
      </w:pPr>
      <w:r>
        <w:t>The money you earned.</w:t>
      </w:r>
    </w:p>
    <w:p>
      <w:r>
        <w:rPr>
          <w:b/>
        </w:rPr>
        <w:t xml:space="preserve">[21:28] </w:t>
      </w:r>
      <w:r>
        <w:t>When you...</w:t>
      </w:r>
    </w:p>
    <w:p>
      <w:pPr>
        <w:jc w:val="right"/>
      </w:pPr>
      <w:r>
        <w:t>When you...</w:t>
      </w:r>
    </w:p>
    <w:p>
      <w:r>
        <w:rPr>
          <w:b/>
        </w:rPr>
        <w:t xml:space="preserve">[21:32] </w:t>
      </w:r>
      <w:r>
        <w:t>contemplate... and discover all those factors... which were involved... without those factors...</w:t>
      </w:r>
    </w:p>
    <w:p>
      <w:pPr>
        <w:jc w:val="right"/>
      </w:pPr>
      <w:r>
        <w:t>contemplate... and discover all those factors... which were involved... without those factors...</w:t>
      </w:r>
    </w:p>
    <w:p>
      <w:r>
        <w:rPr>
          <w:b/>
        </w:rPr>
        <w:t xml:space="preserve">[21:40] </w:t>
      </w:r>
      <w:r>
        <w:t>you are not able to earn this money.</w:t>
      </w:r>
    </w:p>
    <w:p>
      <w:pPr>
        <w:jc w:val="right"/>
      </w:pPr>
      <w:r>
        <w:t>you are not able to earn this money.</w:t>
      </w:r>
    </w:p>
    <w:p>
      <w:r>
        <w:rPr>
          <w:b/>
        </w:rPr>
        <w:t xml:space="preserve">[21:49] </w:t>
      </w:r>
      <w:r>
        <w:t>So, when you... for example, if you are a paper merchant... you have established a paper mill. So, what is paper?</w:t>
      </w:r>
    </w:p>
    <w:p>
      <w:pPr>
        <w:jc w:val="right"/>
      </w:pPr>
      <w:r>
        <w:t>So, when you... for example, if you are a paper merchant... you have established a paper mill. So, what is paper?</w:t>
      </w:r>
    </w:p>
    <w:p>
      <w:r>
        <w:rPr>
          <w:b/>
        </w:rPr>
        <w:t xml:space="preserve">[21:59] </w:t>
      </w:r>
      <w:r>
        <w:t>Paper is directly a supplied... paper is a... is a Divine commodity... supplied by God.</w:t>
      </w:r>
    </w:p>
    <w:p>
      <w:pPr>
        <w:jc w:val="right"/>
      </w:pPr>
      <w:r>
        <w:t>Paper is directly a supplied... paper is a... is a Divine commodity... supplied by God.</w:t>
      </w:r>
    </w:p>
    <w:p>
      <w:r>
        <w:rPr>
          <w:b/>
        </w:rPr>
        <w:t xml:space="preserve">[22:09] </w:t>
      </w:r>
      <w:r>
        <w:t>Because you... make paper by some... natural... resources. There is something in nature.</w:t>
      </w:r>
    </w:p>
    <w:p>
      <w:pPr>
        <w:jc w:val="right"/>
      </w:pPr>
      <w:r>
        <w:t>Because you... make paper by some... natural... resources. There is something in nature.</w:t>
      </w:r>
    </w:p>
    <w:p>
      <w:r>
        <w:rPr>
          <w:b/>
        </w:rPr>
        <w:t xml:space="preserve">[22:22] </w:t>
      </w:r>
      <w:r>
        <w:t>And you only... exploit all those natural resources. Then you turn it into paper.</w:t>
      </w:r>
    </w:p>
    <w:p>
      <w:pPr>
        <w:jc w:val="right"/>
      </w:pPr>
      <w:r>
        <w:t>And you only... exploit all those natural resources. Then you turn it into paper.</w:t>
      </w:r>
    </w:p>
    <w:p>
      <w:r>
        <w:rPr>
          <w:b/>
        </w:rPr>
        <w:t xml:space="preserve">[22:33] </w:t>
      </w:r>
      <w:r>
        <w:t>So, paper mill is nothing but a conversion industry. Paper mill is nothing but a conversion industry.</w:t>
      </w:r>
    </w:p>
    <w:p>
      <w:pPr>
        <w:jc w:val="right"/>
      </w:pPr>
      <w:r>
        <w:t>So, paper mill is nothing but a conversion industry. Paper mill is nothing but a conversion industry.</w:t>
      </w:r>
    </w:p>
    <w:p>
      <w:r>
        <w:rPr>
          <w:b/>
        </w:rPr>
        <w:t xml:space="preserve">[22:43] </w:t>
      </w:r>
      <w:r>
        <w:t>It tries to convert... those natural resources into... into paper.</w:t>
      </w:r>
    </w:p>
    <w:p>
      <w:pPr>
        <w:jc w:val="right"/>
      </w:pPr>
      <w:r>
        <w:t>It tries to convert... those natural resources into... into paper.</w:t>
      </w:r>
    </w:p>
    <w:p>
      <w:r>
        <w:rPr>
          <w:b/>
        </w:rPr>
        <w:t xml:space="preserve">[22:52] </w:t>
      </w:r>
      <w:r>
        <w:t>So, it is blessing of God.</w:t>
      </w:r>
    </w:p>
    <w:p>
      <w:pPr>
        <w:jc w:val="right"/>
      </w:pPr>
      <w:r>
        <w:t>So, it is blessing of God.</w:t>
      </w:r>
    </w:p>
    <w:p>
      <w:r>
        <w:rPr>
          <w:b/>
        </w:rPr>
        <w:t xml:space="preserve">[22:57] </w:t>
      </w:r>
      <w:r>
        <w:t>So, all those factors... that were involved... in earning money...</w:t>
      </w:r>
    </w:p>
    <w:p>
      <w:pPr>
        <w:jc w:val="right"/>
      </w:pPr>
      <w:r>
        <w:t>So, all those factors... that were involved... in earning money...</w:t>
      </w:r>
    </w:p>
    <w:p>
      <w:r>
        <w:rPr>
          <w:b/>
        </w:rPr>
        <w:t xml:space="preserve">[23:05] </w:t>
      </w:r>
      <w:r>
        <w:t>were supplied by God directly. So, when you pay Zakat... you simply acknowledge...</w:t>
      </w:r>
    </w:p>
    <w:p>
      <w:pPr>
        <w:jc w:val="right"/>
      </w:pPr>
      <w:r>
        <w:t>were supplied by God directly. So, when you pay Zakat... you simply acknowledge...</w:t>
      </w:r>
    </w:p>
    <w:p>
      <w:r>
        <w:rPr>
          <w:b/>
        </w:rPr>
        <w:t xml:space="preserve">[23:15] </w:t>
      </w:r>
      <w:r>
        <w:t>these blessings... of God. So, this is the first point. yuti malahu yatazakka</w:t>
      </w:r>
    </w:p>
    <w:p>
      <w:pPr>
        <w:jc w:val="right"/>
      </w:pPr>
      <w:r>
        <w:t>these blessings... of God. So, this is the first point. يُؤْتِي مَالَهُ يَتَزَكَّىٰ</w:t>
      </w:r>
    </w:p>
    <w:p>
      <w:r>
        <w:rPr>
          <w:b/>
        </w:rPr>
        <w:t xml:space="preserve">[23:29] </w:t>
      </w:r>
      <w:r>
        <w:t>He gives... from his money... to purify his Soul. This is the personal aspect of Zakat.</w:t>
      </w:r>
    </w:p>
    <w:p>
      <w:pPr>
        <w:jc w:val="right"/>
      </w:pPr>
      <w:r>
        <w:t>He gives... from his money... to purify his Soul. This is the personal aspect of Zakat.</w:t>
      </w:r>
    </w:p>
    <w:p>
      <w:r>
        <w:rPr>
          <w:b/>
        </w:rPr>
        <w:t xml:space="preserve">[23:40] </w:t>
      </w:r>
      <w:r>
        <w:t>This is the personal aspect of Zakat.</w:t>
      </w:r>
    </w:p>
    <w:p>
      <w:pPr>
        <w:jc w:val="right"/>
      </w:pPr>
      <w:r>
        <w:t>This is the personal aspect of Zakat.</w:t>
      </w:r>
    </w:p>
    <w:p>
      <w:r>
        <w:rPr>
          <w:b/>
        </w:rPr>
        <w:t xml:space="preserve">[23:45] </w:t>
      </w:r>
      <w:r>
        <w:t>Then there is... social aspect. And this social aspect is mentioned in the... in... in Hadith.</w:t>
      </w:r>
    </w:p>
    <w:p>
      <w:pPr>
        <w:jc w:val="right"/>
      </w:pPr>
      <w:r>
        <w:t>Then there is... social aspect. And this social aspect is mentioned in the... in... in Hadith.</w:t>
      </w:r>
    </w:p>
    <w:p>
      <w:r>
        <w:rPr>
          <w:b/>
        </w:rPr>
        <w:t xml:space="preserve">[23:55] </w:t>
      </w:r>
      <w:r>
        <w:t>The Prophet of Islam has said... about Zakat...</w:t>
      </w:r>
    </w:p>
    <w:p>
      <w:pPr>
        <w:jc w:val="right"/>
      </w:pPr>
      <w:r>
        <w:t>The Prophet of Islam has said... about Zakat...</w:t>
      </w:r>
    </w:p>
    <w:p>
      <w:r>
        <w:rPr>
          <w:b/>
        </w:rPr>
        <w:t xml:space="preserve">[24:04] </w:t>
      </w:r>
      <w:r>
        <w:t>yukhaz min aghniyaikum wa turaddu ila fuqaraiqum</w:t>
      </w:r>
    </w:p>
    <w:p>
      <w:pPr>
        <w:jc w:val="right"/>
      </w:pPr>
      <w:r>
        <w:t>يُؤْخَذُ مِنْ أَغْنِيَائِكُمْ وَتُرَدُّ إِلَى فُقْرَائِكُمْ</w:t>
      </w:r>
    </w:p>
    <w:p>
      <w:r>
        <w:rPr>
          <w:b/>
        </w:rPr>
        <w:t xml:space="preserve">[24:17] </w:t>
      </w:r>
      <w:r>
        <w:t>It means that...</w:t>
      </w:r>
    </w:p>
    <w:p>
      <w:pPr>
        <w:jc w:val="right"/>
      </w:pPr>
      <w:r>
        <w:t>It means that...</w:t>
      </w:r>
    </w:p>
    <w:p>
      <w:r>
        <w:rPr>
          <w:b/>
        </w:rPr>
        <w:t xml:space="preserve">[24:23] </w:t>
      </w:r>
      <w:r>
        <w:t>that we... take... money from rich people... only to return it to poor people.</w:t>
      </w:r>
    </w:p>
    <w:p>
      <w:pPr>
        <w:jc w:val="right"/>
      </w:pPr>
      <w:r>
        <w:t>that we... take... money from rich people... only to return it to poor people.</w:t>
      </w:r>
    </w:p>
    <w:p>
      <w:r>
        <w:rPr>
          <w:b/>
        </w:rPr>
        <w:t xml:space="preserve">[24:34] </w:t>
      </w:r>
      <w:r>
        <w:t>This is a money management.</w:t>
      </w:r>
    </w:p>
    <w:p>
      <w:pPr>
        <w:jc w:val="right"/>
      </w:pPr>
      <w:r>
        <w:t>This is a money management.</w:t>
      </w:r>
    </w:p>
    <w:p>
      <w:r>
        <w:rPr>
          <w:b/>
        </w:rPr>
        <w:t xml:space="preserve">[24:39] </w:t>
      </w:r>
      <w:r>
        <w:t>The social aspect of Zakat. Zakat tries to... to establish balance between...</w:t>
      </w:r>
    </w:p>
    <w:p>
      <w:pPr>
        <w:jc w:val="right"/>
      </w:pPr>
      <w:r>
        <w:t>The social aspect of Zakat. Zakat tries to... to establish balance between...</w:t>
      </w:r>
    </w:p>
    <w:p>
      <w:r>
        <w:rPr>
          <w:b/>
        </w:rPr>
        <w:t xml:space="preserve">[24:50] </w:t>
      </w:r>
      <w:r>
        <w:t>two different sectors of the society.</w:t>
      </w:r>
    </w:p>
    <w:p>
      <w:pPr>
        <w:jc w:val="right"/>
      </w:pPr>
      <w:r>
        <w:t>two different sectors of the society.</w:t>
      </w:r>
    </w:p>
    <w:p>
      <w:r>
        <w:rPr>
          <w:b/>
        </w:rPr>
        <w:t xml:space="preserve">[24:57] </w:t>
      </w:r>
      <w:r>
        <w:t>Why... why this problem? Why this issue? Because... it... here you can remind the...</w:t>
      </w:r>
    </w:p>
    <w:p>
      <w:pPr>
        <w:jc w:val="right"/>
      </w:pPr>
      <w:r>
        <w:t>Why... why this problem? Why this issue? Because... it... here you can remind the...</w:t>
      </w:r>
    </w:p>
    <w:p>
      <w:r>
        <w:rPr>
          <w:b/>
        </w:rPr>
        <w:t xml:space="preserve">[25:07] </w:t>
      </w:r>
      <w:r>
        <w:t>Creation Plan of God. What is the Creation Plan of God? God's... plan is based on competition...</w:t>
      </w:r>
    </w:p>
    <w:p>
      <w:pPr>
        <w:jc w:val="right"/>
      </w:pPr>
      <w:r>
        <w:t>Creation Plan of God. What is the Creation Plan of God? God's... plan is based on competition...</w:t>
      </w:r>
    </w:p>
    <w:p>
      <w:r>
        <w:rPr>
          <w:b/>
        </w:rPr>
        <w:t xml:space="preserve">[25:15] </w:t>
      </w:r>
      <w:r>
        <w:t>on challenge.</w:t>
      </w:r>
    </w:p>
    <w:p>
      <w:pPr>
        <w:jc w:val="right"/>
      </w:pPr>
      <w:r>
        <w:t>on challenge.</w:t>
      </w:r>
    </w:p>
    <w:p>
      <w:r>
        <w:rPr>
          <w:b/>
        </w:rPr>
        <w:t xml:space="preserve">[25:17] </w:t>
      </w:r>
      <w:r>
        <w:t>So... in society... you see disparity. You cannot establish...</w:t>
      </w:r>
    </w:p>
    <w:p>
      <w:pPr>
        <w:jc w:val="right"/>
      </w:pPr>
      <w:r>
        <w:t>So... in society... you see disparity. You cannot establish...</w:t>
      </w:r>
    </w:p>
    <w:p>
      <w:r>
        <w:rPr>
          <w:b/>
        </w:rPr>
        <w:t xml:space="preserve">[25:27] </w:t>
      </w:r>
      <w:r>
        <w:t>equality. It is impossible</w:t>
      </w:r>
    </w:p>
    <w:p>
      <w:pPr>
        <w:jc w:val="right"/>
      </w:pPr>
      <w:r>
        <w:t>equality. It is impossible</w:t>
      </w:r>
    </w:p>
    <w:p>
      <w:r>
        <w:rPr>
          <w:b/>
        </w:rPr>
        <w:t xml:space="preserve">[25:33] </w:t>
      </w:r>
      <w:r>
        <w:t>. God hates equality. According to the Creation Plan of God...</w:t>
      </w:r>
    </w:p>
    <w:p>
      <w:pPr>
        <w:jc w:val="right"/>
      </w:pPr>
      <w:r>
        <w:t>. God hates equality. According to the Creation Plan of God...</w:t>
      </w:r>
    </w:p>
    <w:p>
      <w:r>
        <w:rPr>
          <w:b/>
        </w:rPr>
        <w:t xml:space="preserve">[25:43] </w:t>
      </w:r>
      <w:r>
        <w:t>He... God Himself created disparity. God Himself created differences. Why?</w:t>
      </w:r>
    </w:p>
    <w:p>
      <w:pPr>
        <w:jc w:val="right"/>
      </w:pPr>
      <w:r>
        <w:t>He... God Himself created disparity. God Himself created differences. Why?</w:t>
      </w:r>
    </w:p>
    <w:p>
      <w:r>
        <w:rPr>
          <w:b/>
        </w:rPr>
        <w:t xml:space="preserve">[25:53] </w:t>
      </w:r>
      <w:r>
        <w:t>Because want to... because God want to... want to... introduce... compet</w:t>
      </w:r>
    </w:p>
    <w:p>
      <w:pPr>
        <w:jc w:val="right"/>
      </w:pPr>
      <w:r>
        <w:t>Because want to... because God want to... want to... introduce... compet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