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Human History in Light of the Creation Plan of God 11 May, 2007 - Maulana Wahiduddin Khan</w:t>
      </w:r>
    </w:p>
    <w:p>
      <w:r>
        <w:t>https://www.youtube.com/watch?v=8m_jiYlUZ0c</w:t>
      </w:r>
    </w:p>
    <w:p>
      <w:r>
        <w:rPr>
          <w:b/>
        </w:rPr>
        <w:t xml:space="preserve">[00:13] </w:t>
      </w:r>
      <w:r>
        <w:t>Bismillah Rahman Rahim. Wa salli Allahu ala Nabi al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yafqa qawli.</w:t>
      </w:r>
    </w:p>
    <w:p>
      <w:pPr>
        <w:jc w:val="right"/>
      </w:pPr>
      <w:r>
        <w:t>یفقہ قولی۔</w:t>
      </w:r>
    </w:p>
    <w:p>
      <w:r>
        <w:rPr>
          <w:b/>
        </w:rPr>
        <w:t xml:space="preserve">[00:34] </w:t>
      </w:r>
      <w:r>
        <w:t>Jaisa ke aap jante hain, abhi hum ne yahan haal mein maghrib ki namaz ada ki.</w:t>
      </w:r>
    </w:p>
    <w:p>
      <w:pPr>
        <w:jc w:val="right"/>
      </w:pPr>
      <w:r>
        <w:t>جیسا کہ آپ جانتے ہیں، ابھی ہم نے یہاں حال میں مغرب کی نماز ادا کی۔</w:t>
      </w:r>
    </w:p>
    <w:p>
      <w:r>
        <w:rPr>
          <w:b/>
        </w:rPr>
        <w:t xml:space="preserve">[00:45] </w:t>
      </w:r>
      <w:r>
        <w:t>hamare imam sahib jo the, unhon ne ek surah parhi Quran ki, surah al-asr.</w:t>
      </w:r>
    </w:p>
    <w:p>
      <w:pPr>
        <w:jc w:val="right"/>
      </w:pPr>
      <w:r>
        <w:t>ہمارے امام صاحب جو تھے، انہوں نے ایک سورہ پڑھی قرآن کی، سورہ العصر۔</w:t>
      </w:r>
    </w:p>
    <w:p>
      <w:r>
        <w:rPr>
          <w:b/>
        </w:rPr>
        <w:t xml:space="preserve">[00:53] </w:t>
      </w:r>
      <w:r>
        <w:t>yeh surah choti si surah hai, lekin is mein ek bohat bara message tha jo strike karta hai sunne wale ko.</w:t>
      </w:r>
    </w:p>
    <w:p>
      <w:pPr>
        <w:jc w:val="right"/>
      </w:pPr>
      <w:r>
        <w:t>یہ سورہ چھوٹی سی سورہ ہے، لیکن اس میں ایک بہت بڑا میسج تھا جو اسٹائیک کرتا ہے سننے والے کو۔</w:t>
      </w:r>
    </w:p>
    <w:p>
      <w:r>
        <w:rPr>
          <w:b/>
        </w:rPr>
        <w:t xml:space="preserve">[01:06] </w:t>
      </w:r>
      <w:r>
        <w:t>is mein kya hai, aap sab ko surah yaad hogi.</w:t>
      </w:r>
    </w:p>
    <w:p>
      <w:pPr>
        <w:jc w:val="right"/>
      </w:pPr>
      <w:r>
        <w:t>اس میں کیا ہے، آپ سب کو سورہ یاد ہوگی۔</w:t>
      </w:r>
    </w:p>
    <w:p>
      <w:r>
        <w:rPr>
          <w:b/>
        </w:rPr>
        <w:t xml:space="preserve">[01:11] </w:t>
      </w:r>
      <w:r>
        <w:t>wal-asr innal insana lafi khusr, illa allazeena amanoo wa amilus salihat.</w:t>
      </w:r>
    </w:p>
    <w:p>
      <w:pPr>
        <w:jc w:val="right"/>
      </w:pPr>
      <w:r>
        <w:t>والعصر إن الإنسان لفي خسر، إلا الذين آمنوا بأعمال الصالحات.</w:t>
      </w:r>
    </w:p>
    <w:p>
      <w:r>
        <w:rPr>
          <w:b/>
        </w:rPr>
        <w:t xml:space="preserve">[01:20] </w:t>
      </w:r>
      <w:r>
        <w:t>qasam hai zamane ki. zamane se murad hai yahan history, ke insan ghaate mein hai, siwa un logon ke jo iman aur amal saleh par qaim hain.</w:t>
      </w:r>
    </w:p>
    <w:p>
      <w:pPr>
        <w:jc w:val="right"/>
      </w:pPr>
      <w:r>
        <w:t>قسم ہے زمانے کی۔ زمانے سے مراد ہے یہاں ہسٹری، کہ انسان گھاٹے میں ہے، سوا ان لوگوں کے جو ایمان اور عمل صالح کا پر قائم ہوں۔</w:t>
      </w:r>
    </w:p>
    <w:p>
      <w:r>
        <w:rPr>
          <w:b/>
        </w:rPr>
        <w:t xml:space="preserve">[01:39] </w:t>
      </w:r>
      <w:r>
        <w:t>yani history is a witness. ab dekhen, kitna bara statement hai, ek sweeping statement hai. history is a witness that man is in loss.</w:t>
      </w:r>
    </w:p>
    <w:p>
      <w:pPr>
        <w:jc w:val="right"/>
      </w:pPr>
      <w:r>
        <w:t>یعنی History is a witness. اب دیکھیں، کتنا بڑا اسٹیٹمنٹ ہے، ایک سویپنگ اسٹیٹمنٹ ہے۔ History is a witness that man is in loss.</w:t>
      </w:r>
    </w:p>
    <w:p>
      <w:r>
        <w:rPr>
          <w:b/>
        </w:rPr>
        <w:t xml:space="preserve">[01:55] </w:t>
      </w:r>
      <w:r>
        <w:t>history is a witness that man is in loss, except those who are believers and those who follow the follow the commandments of God.</w:t>
      </w:r>
    </w:p>
    <w:p>
      <w:pPr>
        <w:jc w:val="right"/>
      </w:pPr>
      <w:r>
        <w:t>History is a witness that man is in loss, except those who are believers and those who follow the follow the commandments of God.</w:t>
      </w:r>
    </w:p>
    <w:p>
      <w:r>
        <w:rPr>
          <w:b/>
        </w:rPr>
        <w:t xml:space="preserve">[02:11] </w:t>
      </w:r>
      <w:r>
        <w:t>itna sweeping remark hai yeh, itna sweeping statement hai yeh.</w:t>
      </w:r>
    </w:p>
    <w:p>
      <w:pPr>
        <w:jc w:val="right"/>
      </w:pPr>
      <w:r>
        <w:t>اتنا سویپنگ ریمارک ہے یہ، اتنا سویپنگ اسٹیٹمنٹ ہے یہ۔</w:t>
      </w:r>
    </w:p>
    <w:p>
      <w:r>
        <w:rPr>
          <w:b/>
        </w:rPr>
        <w:t xml:space="preserve">[02:16] </w:t>
      </w:r>
      <w:r>
        <w:t>is ko sochne ki baat hai. main yeh kahunga ke yeh koi mysterious baat nahi hai, yeh bohat hi samajh mein aane wali baat hai.</w:t>
      </w:r>
    </w:p>
    <w:p>
      <w:pPr>
        <w:jc w:val="right"/>
      </w:pPr>
      <w:r>
        <w:t>اس کو سوچنے کی بات ہے۔ میں یہ کہوں گا کہ یہ کوئی مسٹیریس بات نہیں ہے، یہ بہت ہی سمجھ میں آنے والی بات ہے۔</w:t>
      </w:r>
    </w:p>
    <w:p>
      <w:r>
        <w:rPr>
          <w:b/>
        </w:rPr>
        <w:t xml:space="preserve">[02:27] </w:t>
      </w:r>
      <w:r>
        <w:t>aap reason ko apply karen, aap logic ko apply karen, to aap samajh sakte hain is ko.</w:t>
      </w:r>
    </w:p>
    <w:p>
      <w:pPr>
        <w:jc w:val="right"/>
      </w:pPr>
      <w:r>
        <w:t>آپ ریزن کو اپلائی کریں، آپ لاجک کو اپلائی کریں، تو آپ سمجھ سکتے ہیں اس کو۔</w:t>
      </w:r>
    </w:p>
    <w:p>
      <w:r>
        <w:rPr>
          <w:b/>
        </w:rPr>
        <w:t xml:space="preserve">[02:36] </w:t>
      </w:r>
      <w:r>
        <w:t>to is mein bohat sari baaten hain, yani namaz, roza aur haj se le kar ke sari zindagi is ke andar shamil hai, lekin main is waqt kuch aspects is ke aap ke samne rakhunga.</w:t>
      </w:r>
    </w:p>
    <w:p>
      <w:pPr>
        <w:jc w:val="right"/>
      </w:pPr>
      <w:r>
        <w:t>تو اس میں بہت ساری باتیں ہیں، یعنی نماز، روزہ اور حج سے لے کر کے ساری زندگی اس کے اندر شامل ہے، لیکن میں اس وقت کچھ آسبیکٹ اس کے آپ کے سامنے رکھوں گا۔</w:t>
      </w:r>
    </w:p>
    <w:p>
      <w:r>
        <w:rPr>
          <w:b/>
        </w:rPr>
        <w:t xml:space="preserve">[02:53] </w:t>
      </w:r>
      <w:r>
        <w:t>dekhen, pehli cheez yeh hai</w:t>
      </w:r>
    </w:p>
    <w:p>
      <w:pPr>
        <w:jc w:val="right"/>
      </w:pPr>
      <w:r>
        <w:t>دیکھیں، پہلی چیز یہ ہے</w:t>
      </w:r>
    </w:p>
    <w:p>
      <w:r>
        <w:rPr>
          <w:b/>
        </w:rPr>
        <w:t xml:space="preserve">[02:57] </w:t>
      </w:r>
      <w:r>
        <w:t>is ayat mein</w:t>
      </w:r>
    </w:p>
    <w:p>
      <w:pPr>
        <w:jc w:val="right"/>
      </w:pPr>
      <w:r>
        <w:t>اس آیت میں</w:t>
      </w:r>
    </w:p>
    <w:p>
      <w:r>
        <w:rPr>
          <w:b/>
        </w:rPr>
        <w:t xml:space="preserve">[03:00] </w:t>
      </w:r>
      <w:r>
        <w:t>ke Khuda ne is duniya ko banaya hai. God is the creator of this universe.</w:t>
      </w:r>
    </w:p>
    <w:p>
      <w:pPr>
        <w:jc w:val="right"/>
      </w:pPr>
      <w:r>
        <w:t>کہ خدا نے اس دنیا کو بنایا ہے۔ God is the creator of this universe.</w:t>
      </w:r>
    </w:p>
    <w:p>
      <w:r>
        <w:rPr>
          <w:b/>
        </w:rPr>
        <w:t xml:space="preserve">[03:10] </w:t>
      </w:r>
      <w:r>
        <w:t>so only God knows what is the purpose of life.</w:t>
      </w:r>
    </w:p>
    <w:p>
      <w:pPr>
        <w:jc w:val="right"/>
      </w:pPr>
      <w:r>
        <w:t>So only God knows what is the purpose of life.</w:t>
      </w:r>
    </w:p>
    <w:p>
      <w:r>
        <w:rPr>
          <w:b/>
        </w:rPr>
        <w:t xml:space="preserve">[03:19] </w:t>
      </w:r>
      <w:r>
        <w:t>yani jis ko main kehta hoon creation plan of God. Khuda hi bata sakta hai ke creation plan is ka kya hai is duniya ko paida karne se.</w:t>
      </w:r>
    </w:p>
    <w:p>
      <w:pPr>
        <w:jc w:val="right"/>
      </w:pPr>
      <w:r>
        <w:t>یعنی جس کو میں کہتا ہوں کریشن پلان آف گاڈ۔ خدا ہی بتا سکتا ہے کہ کریشن پلان اس کا کیا ہے اس دنیا کو پیدا کرنے سے۔</w:t>
      </w:r>
    </w:p>
    <w:p>
      <w:r>
        <w:rPr>
          <w:b/>
        </w:rPr>
        <w:t xml:space="preserve">[03:34] </w:t>
      </w:r>
      <w:r>
        <w:t>aap jante hain ke har aadmi is question mein rehta hai:</w:t>
      </w:r>
    </w:p>
    <w:p>
      <w:pPr>
        <w:jc w:val="right"/>
      </w:pPr>
      <w:r>
        <w:t>آپ جانتے ہیں کہ ہر آدمی اس کوئسچن میں رہتا ہے:</w:t>
      </w:r>
    </w:p>
    <w:p>
      <w:r>
        <w:rPr>
          <w:b/>
        </w:rPr>
        <w:t xml:space="preserve">[03:38] </w:t>
      </w:r>
      <w:r>
        <w:t>who am I?</w:t>
      </w:r>
    </w:p>
    <w:p>
      <w:pPr>
        <w:jc w:val="right"/>
      </w:pPr>
      <w:r>
        <w:t>ہو آئی؟</w:t>
      </w:r>
    </w:p>
    <w:p>
      <w:r>
        <w:rPr>
          <w:b/>
        </w:rPr>
        <w:t xml:space="preserve">[03:39] </w:t>
      </w:r>
      <w:r>
        <w:t>what is the purpose of my life? what is life and what is death? yeh sare question har ek ko rehte hain.</w:t>
      </w:r>
    </w:p>
    <w:p>
      <w:pPr>
        <w:jc w:val="right"/>
      </w:pPr>
      <w:r>
        <w:t>واٹ از دا پرپس آف مائی لائف؟ واٹ از لائف اینڈ واٹ از ڈیتھ؟ یہ سارے کوئسچن ہر ایک کو رہتے ہیں۔</w:t>
      </w:r>
    </w:p>
    <w:p>
      <w:r>
        <w:rPr>
          <w:b/>
        </w:rPr>
        <w:t xml:space="preserve">[03:53] </w:t>
      </w:r>
      <w:r>
        <w:t>to hamein is duniya mein jo planning karni hai apni zindagi ki,</w:t>
      </w:r>
    </w:p>
    <w:p>
      <w:pPr>
        <w:jc w:val="right"/>
      </w:pPr>
      <w:r>
        <w:t>تو ہمیں اس دنیا میں جو پلاننگ کرنی ہے اپنی زندگی کی،</w:t>
      </w:r>
    </w:p>
    <w:p>
      <w:r>
        <w:rPr>
          <w:b/>
        </w:rPr>
        <w:t xml:space="preserve">[04:01] </w:t>
      </w:r>
      <w:r>
        <w:t>to sab ka concern hota hai ke woh apni zindagi ki planning kare, individual ka bhi, nation ka bhi, sab ka. lekin poori history batati hai, poori history ke logon ne thokar khai sirf ek baat ki wajah se ke</w:t>
      </w:r>
    </w:p>
    <w:p>
      <w:pPr>
        <w:jc w:val="right"/>
      </w:pPr>
      <w:r>
        <w:t>تو سب کا کنسرن ہوتا ہے کہ وہ اپنی زندگی کی پلاننگ کرے، انڈیویجول کا بھی، نیشن کا بھی، سب کا۔ لیکن پوری ہسٹری بتاتی ہے، پوری ہسٹری کہ لوگوں نے ٹھوکر کھائی صرف ایک بات کی وجہ سے کہ</w:t>
      </w:r>
    </w:p>
    <w:p>
      <w:r>
        <w:rPr>
          <w:b/>
        </w:rPr>
        <w:t xml:space="preserve">[04:19] </w:t>
      </w:r>
      <w:r>
        <w:t>they were unaware of the creation plan of God.</w:t>
      </w:r>
    </w:p>
    <w:p>
      <w:pPr>
        <w:jc w:val="right"/>
      </w:pPr>
      <w:r>
        <w:t>دے ویر ان ایوئر آف دا کریشن پلان آف گاڈ۔</w:t>
      </w:r>
    </w:p>
    <w:p>
      <w:r>
        <w:rPr>
          <w:b/>
        </w:rPr>
        <w:t xml:space="preserve">[04:26] </w:t>
      </w:r>
      <w:r>
        <w:t>Khuda ke creation plan ko na janne ki wajah se woh sahi planning nahi kar sake aur zindagi mein kamyab nahi hue.</w:t>
      </w:r>
    </w:p>
    <w:p>
      <w:pPr>
        <w:jc w:val="right"/>
      </w:pPr>
      <w:r>
        <w:t>خدا کے کریشن پلان کو نہ جاننے کی وجہ سے وہ صحیح پلاننگ نہیں کر سکے اور زندگی میں کامیاب نہیں ہوئے۔</w:t>
      </w:r>
    </w:p>
    <w:p>
      <w:r>
        <w:rPr>
          <w:b/>
        </w:rPr>
        <w:t xml:space="preserve">[04:40] </w:t>
      </w:r>
      <w:r>
        <w:t>aap jante hain ke America ka ek</w:t>
      </w:r>
    </w:p>
    <w:p>
      <w:pPr>
        <w:jc w:val="right"/>
      </w:pPr>
      <w:r>
        <w:t>آپ جانتے ہیں کہ امریکہ کا ایک</w:t>
      </w:r>
    </w:p>
    <w:p>
      <w:r>
        <w:rPr>
          <w:b/>
        </w:rPr>
        <w:t xml:space="preserve">[04:43] </w:t>
      </w:r>
      <w:r>
        <w:t>ek scholar, Dr. Hart, Dr. Michael Hart ne ek book likhi hai: The Hundred.</w:t>
      </w:r>
    </w:p>
    <w:p>
      <w:pPr>
        <w:jc w:val="right"/>
      </w:pPr>
      <w:r>
        <w:t>ایک اسکالر، ڈاکٹر ہارٹ، ڈاکٹر مائیکل ہارٹ نے ایک بک لکھی ہے: دا ہنڈرڈ۔</w:t>
      </w:r>
    </w:p>
    <w:p>
      <w:r>
        <w:rPr>
          <w:b/>
        </w:rPr>
        <w:t xml:space="preserve">[04:55] </w:t>
      </w:r>
      <w:r>
        <w:t>the hundred. is book mein is ne poori history ke, poori known history jo hai,</w:t>
      </w:r>
    </w:p>
    <w:p>
      <w:pPr>
        <w:jc w:val="right"/>
      </w:pPr>
      <w:r>
        <w:t>دا ہنڈرڈ۔ اس بک میں اس نے پوری ہسٹری کے، پوری نون ہسٹری جو ہے،</w:t>
      </w:r>
    </w:p>
    <w:p>
      <w:r>
        <w:rPr>
          <w:b/>
        </w:rPr>
        <w:t xml:space="preserve">[05:03] </w:t>
      </w:r>
      <w:r>
        <w:t>is ke hundred bare logon ko chuna hai. is mein top par likha hai Muhammad (SAW) ko. is mein likha hai ke Muhammad was the supremely successful person in the whole history of mankind.</w:t>
      </w:r>
    </w:p>
    <w:p>
      <w:pPr>
        <w:jc w:val="right"/>
      </w:pPr>
      <w:r>
        <w:t>اس کے ہنڈرڈ بڑے لوگوں کو چنا ہے۔ اس میں ٹاپ پر لکھا ہے محمد صلی اللہ علیہ وسلم کو۔ اس میں لکھا ہے کہ محمد واز دا سپریملی سکسیس فل پرسن ان دا ہول ہسٹری آف مین کائنڈ۔</w:t>
      </w:r>
    </w:p>
    <w:p>
      <w:r>
        <w:rPr>
          <w:b/>
        </w:rPr>
        <w:t xml:space="preserve">[05:21] </w:t>
      </w:r>
      <w:r>
        <w:t>to mein yeh kahunga ke yeh statement adha hai. poora statement yeh hai ke Rasool Allah ne supreme success hasil kar ke yeh bataya ke what is the secret of supreme success?</w:t>
      </w:r>
    </w:p>
    <w:p>
      <w:pPr>
        <w:jc w:val="right"/>
      </w:pPr>
      <w:r>
        <w:t>تو میں یہ کہوں گا کہ یہ اسٹیٹمنٹ ادھا ہے۔ پورا اسٹیٹمنٹ یہ ہے کہ رسول اللہ نے سپریم سکسیس فل حاصل کر کے یہ بتایا کہ واٹ از دا سیکرٹ آف سپریم سکسیس فل؟</w:t>
      </w:r>
    </w:p>
    <w:p>
      <w:r>
        <w:rPr>
          <w:b/>
        </w:rPr>
        <w:t xml:space="preserve">[05:38] </w:t>
      </w:r>
      <w:r>
        <w:t>sup</w:t>
      </w:r>
    </w:p>
    <w:p>
      <w:pPr>
        <w:jc w:val="right"/>
      </w:pPr>
      <w:r>
        <w:t>سپ</w:t>
      </w:r>
    </w:p>
    <w:p>
      <w:r>
        <w:rPr>
          <w:b/>
        </w:rPr>
        <w:t xml:space="preserve">[05:39] </w:t>
      </w:r>
      <w:r>
        <w:t>reme success? what is the secret of supreme success? ke khud khud unhon ne bari kamyabi hasil ki.</w:t>
      </w:r>
    </w:p>
    <w:p>
      <w:pPr>
        <w:jc w:val="right"/>
      </w:pPr>
      <w:r>
        <w:t>ریم سکسیس؟ واٹ از دا سیکرٹ آف سپریم سکسیس؟ کہ خود خود انہوں نے بڑی کامیابی حاصل کی۔</w:t>
      </w:r>
    </w:p>
    <w:p>
      <w:r>
        <w:rPr>
          <w:b/>
        </w:rPr>
        <w:t xml:space="preserve">[05:48] </w:t>
      </w:r>
      <w:r>
        <w:t>to yeh bhi bataya ke supreme success ka raaz kya hai. to mein kahunga woh raaz yeh hai ke aap</w:t>
      </w:r>
    </w:p>
    <w:p>
      <w:pPr>
        <w:jc w:val="right"/>
      </w:pPr>
      <w:r>
        <w:t>تو یہ بھی بتایا کہ سپریم سکسیس کا راز کیا ہے۔ تو میں کہوں گا وہ راز یہ ہے کہ آپ</w:t>
      </w:r>
    </w:p>
    <w:p>
      <w:r>
        <w:rPr>
          <w:b/>
        </w:rPr>
        <w:t xml:space="preserve">[05:57] </w:t>
      </w:r>
      <w:r>
        <w:t>koi mysterious baat nahi hai yeh. aap yeh janen ke Khuda ka creation plan kya hai, is ke mutabiq apni planning karen.</w:t>
      </w:r>
    </w:p>
    <w:p>
      <w:pPr>
        <w:jc w:val="right"/>
      </w:pPr>
      <w:r>
        <w:t>کوئی مسٹیریس بات نہیں ہے یہ۔ آپ یہ جانیں کہ خدا کا کریشن پلان کیا ہے، اس کے مطابق اپنی پلاننگ کریں۔</w:t>
      </w:r>
    </w:p>
    <w:p>
      <w:r>
        <w:rPr>
          <w:b/>
        </w:rPr>
        <w:t xml:space="preserve">[06:10] </w:t>
      </w:r>
      <w:r>
        <w:t>dunya ke bare bare mind yahan par fail ho gaye. jaise aap dekhiye,</w:t>
      </w:r>
    </w:p>
    <w:p>
      <w:pPr>
        <w:jc w:val="right"/>
      </w:pPr>
      <w:r>
        <w:t>دنیا کے بڑے بڑے مائنڈ یہاں پر فیل ہو گئے۔ جیسے آپ دیکھیے،</w:t>
      </w:r>
    </w:p>
    <w:p>
      <w:r>
        <w:rPr>
          <w:b/>
        </w:rPr>
        <w:t xml:space="preserve">[06:16] </w:t>
      </w:r>
      <w:r>
        <w:t>Aristotle jo Yunan ka bohat hi bara philosopher tha, is ka ideal kya tha? ideal state. ideal state banana.</w:t>
      </w:r>
    </w:p>
    <w:p>
      <w:pPr>
        <w:jc w:val="right"/>
      </w:pPr>
      <w:r>
        <w:t>ارسٹوٹل جو یونان کا بہت ہی بڑا فلاسفر تھا، اس کا آئیڈیل کیا تھا؟ آئیڈیل اسٹیٹ۔ آئیڈیل اسٹیٹ بنانا۔</w:t>
      </w:r>
    </w:p>
    <w:p>
      <w:r>
        <w:rPr>
          <w:b/>
        </w:rPr>
        <w:t xml:space="preserve">[06:28] </w:t>
      </w:r>
      <w:r>
        <w:t>is ka disciple tha Alexander, jo ke ek emperor tha.</w:t>
      </w:r>
    </w:p>
    <w:p>
      <w:pPr>
        <w:jc w:val="right"/>
      </w:pPr>
      <w:r>
        <w:t>اس کا ڈسائپل تھا الیگزینڈر، جو کہ ایک ایمپرر تھا۔</w:t>
      </w:r>
    </w:p>
    <w:p>
      <w:r>
        <w:rPr>
          <w:b/>
        </w:rPr>
        <w:t xml:space="preserve">[06:36] </w:t>
      </w:r>
      <w:r>
        <w:t>tab bhi woh ideal state banane mein nakaam raha. kyun? is dunya mein Khuda ne, is dunya ko Khuda ne banaya is liye nahi hai ke aap wahan par apna ideal state bana saken, ideal society bana saken.</w:t>
      </w:r>
    </w:p>
    <w:p>
      <w:pPr>
        <w:jc w:val="right"/>
      </w:pPr>
      <w:r>
        <w:t>تب بھی وہ آئیڈیل اسٹیٹ بنانے میں ناکام رہا۔ کیوں؟ اس دنیا میں خدا نے، اس دنیا کو خدا نے بنایا اس لیے نہیں ہے کہ آپ وہاں پر اپنا آئیڈیل اسٹیٹ بنا سکیں، آئیڈیل سوسائٹی بنا سکیں۔</w:t>
      </w:r>
    </w:p>
    <w:p>
      <w:r>
        <w:rPr>
          <w:b/>
        </w:rPr>
        <w:t xml:space="preserve">[06:52] </w:t>
      </w:r>
      <w:r>
        <w:t>woh to banegi paradise mein.</w:t>
      </w:r>
    </w:p>
    <w:p>
      <w:pPr>
        <w:jc w:val="right"/>
      </w:pPr>
      <w:r>
        <w:t>وہ تو بنے گی پیراڈائز میں۔</w:t>
      </w:r>
    </w:p>
    <w:p>
      <w:r>
        <w:rPr>
          <w:b/>
        </w:rPr>
        <w:t xml:space="preserve">[06:57] </w:t>
      </w:r>
      <w:r>
        <w:t>according to creation plan of God, yeh dunya hai testing ground. is liye logon ko Khuda ne azadi di hai. jab azadi di hai to log misuse bhi karenge.</w:t>
      </w:r>
    </w:p>
    <w:p>
      <w:pPr>
        <w:jc w:val="right"/>
      </w:pPr>
      <w:r>
        <w:t>اکارڈنگ ٹو کریشن پلان آف گاڈ، یہ دنیا ہے ٹیسٹنگ گراؤنڈ۔ اس لیے لوگوں کو خدا نے آزادی دی ہے۔ جب آزادی دی ہے تو لوگ مس یوز بھی کریں گے۔</w:t>
      </w:r>
    </w:p>
    <w:p>
      <w:r>
        <w:rPr>
          <w:b/>
        </w:rPr>
        <w:t xml:space="preserve">[07:08] </w:t>
      </w:r>
      <w:r>
        <w:t>to ek aadmi misuse kar ke sab ko jeopardize kar deta hai.</w:t>
      </w:r>
    </w:p>
    <w:p>
      <w:pPr>
        <w:jc w:val="right"/>
      </w:pPr>
      <w:r>
        <w:t>تو ایک آدمی مس یوز کر کے سب کو جیپرٹائز کر دیتا ہے۔</w:t>
      </w:r>
    </w:p>
    <w:p>
      <w:r>
        <w:rPr>
          <w:b/>
        </w:rPr>
        <w:t xml:space="preserve">[07:13] </w:t>
      </w:r>
      <w:r>
        <w:t>hamare India mein aap ne dekha ke ek aadmi ne apni freedom ko misuse kiya aur us ne Mahatma Gandhi ko maar dala. ek aadmi ne apni freedom ko misuse kiya aur us ne Indira Gandhi ko maar dala.</w:t>
      </w:r>
    </w:p>
    <w:p>
      <w:pPr>
        <w:jc w:val="right"/>
      </w:pPr>
      <w:r>
        <w:t>ہمارے انڈیا میں آپ نے دیکھا کہ ایک آدمی نے اپنی فریڈم کو مس یوز کیا اور اس نے مہاتما گاندھی کو مار ڈالا۔ ایک آدمی نے اپنی فریڈم کو مس یوز کیا اور اس نے اندرا گاندھی کو مار ڈالا۔</w:t>
      </w:r>
    </w:p>
    <w:p>
      <w:r>
        <w:rPr>
          <w:b/>
        </w:rPr>
        <w:t xml:space="preserve">[07:28] </w:t>
      </w:r>
      <w:r>
        <w:t>ek aadmi ne apni freedom ko misuse kiya aur us ne Rajiv Gandhi ko maar dala.</w:t>
      </w:r>
    </w:p>
    <w:p>
      <w:pPr>
        <w:jc w:val="right"/>
      </w:pPr>
      <w:r>
        <w:t>ایک آدمی نے اپنی فریڈم کو مس یوز کیا اور اس نے راجو گاندھی کو مار ڈالا۔</w:t>
      </w:r>
    </w:p>
    <w:p>
      <w:r>
        <w:rPr>
          <w:b/>
        </w:rPr>
        <w:t xml:space="preserve">[07:34] </w:t>
      </w:r>
      <w:r>
        <w:t>to yeh baat hum ko pata chalti hai ke yeh dunya testing ground hai. yeh dunya aisi hai hi nahi ke aap yahan par apni ideal life banaen.</w:t>
      </w:r>
    </w:p>
    <w:p>
      <w:pPr>
        <w:jc w:val="right"/>
      </w:pPr>
      <w:r>
        <w:t>تو یہ بات ہم کو پتہ چلتی ہے کہ یہ دنیا ٹیسٹنگ گراؤنڈ ہے۔ یہ دنیا ایسی ہے ہی نہیں کہ آپ یہاں پر اپنی آئیڈیل لائف بنائیں۔</w:t>
      </w:r>
    </w:p>
    <w:p>
      <w:r>
        <w:rPr>
          <w:b/>
        </w:rPr>
        <w:t xml:space="preserve">[07:44] </w:t>
      </w:r>
      <w:r>
        <w:t>woh to banegi paradise mein. poori history mein log isi se, aap isi obsession mein jeete rahe. Karl Marx, Rousseau,</w:t>
      </w:r>
    </w:p>
    <w:p>
      <w:pPr>
        <w:jc w:val="right"/>
      </w:pPr>
      <w:r>
        <w:t>وہ تو بنے گی پیراڈائز میں۔ پوری ہسٹری میں لوگ اسی سے، آپ اسی ابسیشن میں جیتے رہے۔ کارل مارکس، روسو،</w:t>
      </w:r>
    </w:p>
    <w:p>
      <w:r>
        <w:rPr>
          <w:b/>
        </w:rPr>
        <w:t xml:space="preserve">[07:55] </w:t>
      </w:r>
      <w:r>
        <w:t>Aristotle, Bertrand Russell, sab ke sab ke dunya mein woh ideal society banaen. jab ke dunya mein ban nahi sakti, woh to banegi paradise mein.</w:t>
      </w:r>
    </w:p>
    <w:p>
      <w:pPr>
        <w:jc w:val="right"/>
      </w:pPr>
      <w:r>
        <w:t>ارسٹوٹل، برٹن رسل، سب کے سب کہ دنیا میں وہ آئیڈیل سوسائٹی بنائیں۔ جبکہ دنیا میں بن نہیں سکتی، وہ تو بنے گی پیراڈائز میں۔</w:t>
      </w:r>
    </w:p>
    <w:p>
      <w:r>
        <w:rPr>
          <w:b/>
        </w:rPr>
        <w:t xml:space="preserve">[08:08] </w:t>
      </w:r>
      <w:r>
        <w:t>dunya is liye hai ke aap apne aap ko deserving candidate banaen</w:t>
      </w:r>
    </w:p>
    <w:p>
      <w:pPr>
        <w:jc w:val="right"/>
      </w:pPr>
      <w:r>
        <w:t>دنیا اس لیے ہے کہ آپ اپنے آپ کو ڈیزرونگ کینڈیڈیٹ بنائیں</w:t>
      </w:r>
    </w:p>
    <w:p>
      <w:r>
        <w:rPr>
          <w:b/>
        </w:rPr>
        <w:t xml:space="preserve">[08:15] </w:t>
      </w:r>
      <w:r>
        <w:t>paradise ka. yeh aap ki kamyabi hai. yeh raaz hum ko maloom hota hai kis se?</w:t>
      </w:r>
    </w:p>
    <w:p>
      <w:pPr>
        <w:jc w:val="right"/>
      </w:pPr>
      <w:r>
        <w:t>پیراڈائز کا۔ یہ آپ کی کامیابی ہے۔ یہ راز ہم کو معلوم ہوتا ہے کس سے؟</w:t>
      </w:r>
    </w:p>
    <w:p>
      <w:r>
        <w:rPr>
          <w:b/>
        </w:rPr>
        <w:t xml:space="preserve">[08:24] </w:t>
      </w:r>
      <w:r>
        <w:t>Quran se. ab mein aap ko chand baaten bataun, batana chahunga</w:t>
      </w:r>
    </w:p>
    <w:p>
      <w:pPr>
        <w:jc w:val="right"/>
      </w:pPr>
      <w:r>
        <w:t>قرآن سے۔ اب میں آپ کو چند باتیں بتاؤں، بتانا چاہوں گا</w:t>
      </w:r>
    </w:p>
    <w:p>
      <w:r>
        <w:rPr>
          <w:b/>
        </w:rPr>
        <w:t xml:space="preserve">[08:32] </w:t>
      </w:r>
      <w:r>
        <w:t>ke Quran mein zindagi ka kaam, zindagi ko kamyab banane ka raaz kya bataya gaya hai. sab se pehli cheez jo hai woh yeh hai ke Quran jo Khuda, word of God hai,</w:t>
      </w:r>
    </w:p>
    <w:p>
      <w:pPr>
        <w:jc w:val="right"/>
      </w:pPr>
      <w:r>
        <w:t>کہ قرآن میں زندگی کا کام، زندگی کو کامیاب بنانے کا راز کیا بتایا گیا ہے۔ سب سے پہلی چیز جو ہے وہ یہ ہے کہ قرآن جو خدا، ورڈ آف گاڈ ہے،</w:t>
      </w:r>
    </w:p>
    <w:p>
      <w:r>
        <w:rPr>
          <w:b/>
        </w:rPr>
        <w:t xml:space="preserve">[08:54] </w:t>
      </w:r>
      <w:r>
        <w:t>humein dawat deta hai ke hum Quran ko, ke hum Khuda ko manen, Khuda ke believer banen. yeh ek bohat, ek koi simple baat nahi hai.</w:t>
      </w:r>
    </w:p>
    <w:p>
      <w:pPr>
        <w:jc w:val="right"/>
      </w:pPr>
      <w:r>
        <w:t>ہمیں دعوت دیتا ہے کہ ہم قرآن کو، کہ ہم خدا کو مانیں، خدا کے بیلیور بنیں۔ یہ ایک بہت، ایک کوئی سمپل بات نہیں ہے۔</w:t>
      </w:r>
    </w:p>
    <w:p>
      <w:r>
        <w:rPr>
          <w:b/>
        </w:rPr>
        <w:t xml:space="preserve">[09:05] </w:t>
      </w:r>
      <w:r>
        <w:t>aap ko is dunya mein jeene ke liye ek source of conviction chahiye. dunya mein bar bar hota hai</w:t>
      </w:r>
    </w:p>
    <w:p>
      <w:pPr>
        <w:jc w:val="right"/>
      </w:pPr>
      <w:r>
        <w:t>آپ کو اس دنیا میں جینے کے لیے ایک سورس آف کنوکشن چاہیے۔ دنیا میں بار بار ہوتا ہے</w:t>
      </w:r>
    </w:p>
    <w:p>
      <w:r>
        <w:rPr>
          <w:b/>
        </w:rPr>
        <w:t xml:space="preserve">[09:12] </w:t>
      </w:r>
      <w:r>
        <w:t>keh aap ko experience hota hai helplessness ka, failure ka, frustration aata hai, despair aata hai. Aap tension mein hotay hain, aap stress mein hotay hain.</w:t>
      </w:r>
    </w:p>
    <w:p>
      <w:pPr>
        <w:jc w:val="right"/>
      </w:pPr>
      <w:r>
        <w:t>کہ آپ کو ایکسپیرینس ہوتا ہے ہیلپ لیسنس کا، فیلیر کا، فرسٹریشن آتا ہے، ڈسپیئر آتا ہے۔ آپ ٹینشن میں ہوتے ہیں، آپ اسٹریس میں ہوتے ہیں۔</w:t>
      </w:r>
    </w:p>
    <w:p>
      <w:r>
        <w:rPr>
          <w:b/>
        </w:rPr>
        <w:t xml:space="preserve">[09:23] </w:t>
      </w:r>
      <w:r>
        <w:t>Aap ko aik source chahiye, source of conviction, jis pe aap kharay ho sakein.</w:t>
      </w:r>
    </w:p>
    <w:p>
      <w:pPr>
        <w:jc w:val="right"/>
      </w:pPr>
      <w:r>
        <w:t>آپ کو ایک سورس چاہیے، سورس آف کنوکشن، جس پہ آپ کھڑے ہو سکیں۔</w:t>
      </w:r>
    </w:p>
    <w:p>
      <w:r>
        <w:rPr>
          <w:b/>
        </w:rPr>
        <w:t xml:space="preserve">[09:30] </w:t>
      </w:r>
      <w:r>
        <w:t>Isi liye Quran mein aik aala bizikrillah tatmain al quloob. Sirf Khuda ke yaad se dilon ko itminan hasil hota hai.</w:t>
      </w:r>
    </w:p>
    <w:p>
      <w:pPr>
        <w:jc w:val="right"/>
      </w:pPr>
      <w:r>
        <w:t>اسی لیے قرآن میں ایک اعلیٰ بذکر اللہ تطمئن القلوب۔ صرف خدا کے یاد سے دلوں کو اطمینان حاصل ہوتا ہے۔</w:t>
      </w:r>
    </w:p>
    <w:p>
      <w:r>
        <w:rPr>
          <w:b/>
        </w:rPr>
        <w:t xml:space="preserve">[09:40] </w:t>
      </w:r>
      <w:r>
        <w:t>Ab aap dekhiye ke jo log Khuda wali zindagi guzartay hain, God oriented life, un ki zindagi kitni peaceful hoti hai.</w:t>
      </w:r>
    </w:p>
    <w:p>
      <w:pPr>
        <w:jc w:val="right"/>
      </w:pPr>
      <w:r>
        <w:t>اب آپ دیکھیے کہ جو لوگ خدا والی زندگی گزارتے ہیں، گاڈ اوریٹڈ لائف، ان کی زندگی کتنی پیس فل ہوتی ہے۔</w:t>
      </w:r>
    </w:p>
    <w:p>
      <w:r>
        <w:rPr>
          <w:b/>
        </w:rPr>
        <w:t xml:space="preserve">[09:51] </w:t>
      </w:r>
      <w:r>
        <w:t>Tension se khali, stress se khali, despair se khali. Woh kabhi suicide nahi kareinge.</w:t>
      </w:r>
    </w:p>
    <w:p>
      <w:pPr>
        <w:jc w:val="right"/>
      </w:pPr>
      <w:r>
        <w:t>ٹینشن سے خالی، اسٹریس سے خالی، ڈسپیئر سے خالی۔ وہ کبھی سوسائیڈ نہیں کریں گے۔</w:t>
      </w:r>
    </w:p>
    <w:p>
      <w:r>
        <w:rPr>
          <w:b/>
        </w:rPr>
        <w:t xml:space="preserve">[10:00] </w:t>
      </w:r>
      <w:r>
        <w:t>Rasool Allah dekhiye, Ghar e Saur mein thay, bilkul helpless thay. Sirf aik insan aap ke sath tha aur aap ke dushman wahan talwar le kar aa gaye.</w:t>
      </w:r>
    </w:p>
    <w:p>
      <w:pPr>
        <w:jc w:val="right"/>
      </w:pPr>
      <w:r>
        <w:t>رسول اللہ دیکھیے، غار ثور میں تھے، بالکل ہیلپ لیس تھے۔ صرف ایک انسان آپ کے ساتھ تھا اور آپ کے دشمن وہاں تلوار لے کر آ گئے۔</w:t>
      </w:r>
    </w:p>
    <w:p>
      <w:r>
        <w:rPr>
          <w:b/>
        </w:rPr>
        <w:t xml:space="preserve">[10:10] </w:t>
      </w:r>
      <w:r>
        <w:t>Unhon ne kaha ke bhai yeh to wahan bhi pohanch gaye. Aap ne kaha ke la tahzan in Allah ma'ana</w:t>
      </w:r>
    </w:p>
    <w:p>
      <w:pPr>
        <w:jc w:val="right"/>
      </w:pPr>
      <w:r>
        <w:t>انہوں نے کہا کہ بھئی یہ تو وہاں بھی پہنچ گئے۔ آپ نے کہا کہ لا تحزن ان اللہ معنا</w:t>
      </w:r>
    </w:p>
    <w:p>
      <w:r>
        <w:rPr>
          <w:b/>
        </w:rPr>
        <w:t xml:space="preserve">[10:18] </w:t>
      </w:r>
      <w:r>
        <w:t>Na daro kyunke Khuda hamare sath hai. Yeh jo conviction hai, hamein chahiye zindagi mein. Koi bhi doosri cheez aisi nahi hai jo aap ke liye source of conviction ban sake, Khuda ke siwa.</w:t>
      </w:r>
    </w:p>
    <w:p>
      <w:pPr>
        <w:jc w:val="right"/>
      </w:pPr>
      <w:r>
        <w:t>نہ ڈرو کیونکہ خدا ہمارے ساتھ ہے۔ یہ جو کنوکشن ہے، ہمیں چاہیے زندگی میں۔ کوئی بھی دوسری چیز ایسی نہیں ہے جو آپ کے لیے سورس آف کنوکشن بن سکے، خدا کے سوا۔</w:t>
      </w:r>
    </w:p>
    <w:p>
      <w:r>
        <w:rPr>
          <w:b/>
        </w:rPr>
        <w:t xml:space="preserve">[10:37] </w:t>
      </w:r>
      <w:r>
        <w:t>To mazhab ya Islam, is waqt mein mazhab ko Islam ki roshni mein bata raha hoon, woh hum ko source of conviction deta hai jis pe hum kharay ho sakein, poore yaqeen ke sath.</w:t>
      </w:r>
    </w:p>
    <w:p>
      <w:pPr>
        <w:jc w:val="right"/>
      </w:pPr>
      <w:r>
        <w:t>تو مذہب یا اسلام، اس وقت میں مذہب کو اسلام کی روشنی میں بتا رہا ہوں، وہ ہم کو سورس آف کنوکشن دیتا ہے جس پہ ہم کھڑے ہو سکیں، پورے یقین کے ساتھ۔</w:t>
      </w:r>
    </w:p>
    <w:p>
      <w:r>
        <w:rPr>
          <w:b/>
        </w:rPr>
        <w:t xml:space="preserve">[10:53] </w:t>
      </w:r>
      <w:r>
        <w:t>Yeh kitni bari dein hai.</w:t>
      </w:r>
    </w:p>
    <w:p>
      <w:pPr>
        <w:jc w:val="right"/>
      </w:pPr>
      <w:r>
        <w:t>یہ کتنی بڑی دین ہے۔</w:t>
      </w:r>
    </w:p>
    <w:p>
      <w:r>
        <w:rPr>
          <w:b/>
        </w:rPr>
        <w:t xml:space="preserve">[10:55] </w:t>
      </w:r>
      <w:r>
        <w:t>Kisi bhi halat mein do char hon, aap aap fail hon tab bhi, aap ko success mile tab bhi, dono halaton mein aap ko Khuda par trust hota hai.</w:t>
      </w:r>
    </w:p>
    <w:p>
      <w:pPr>
        <w:jc w:val="right"/>
      </w:pPr>
      <w:r>
        <w:t>کسی بھی حالت میں دوچار ہوں، آپ آپ فیل ہوں تب بھی، آپ کو سکسیس ملے تب بھی، دونوں حالتوں میں آپ کو خدا پر ٹرسٹ ہوتا ہے۔</w:t>
      </w:r>
    </w:p>
    <w:p>
      <w:r>
        <w:rPr>
          <w:b/>
        </w:rPr>
        <w:t xml:space="preserve">[11:12] </w:t>
      </w:r>
      <w:r>
        <w:t>Isi tarah se kayi zindagi ke formula hamein chahiye zindagi guzarnay ke liye. Kaise hum dunya mein apni zindagi ko manage karein? Kaise hum manage karein?</w:t>
      </w:r>
    </w:p>
    <w:p>
      <w:pPr>
        <w:jc w:val="right"/>
      </w:pPr>
      <w:r>
        <w:t>اسی طرح سے کئی زندگی کے فارمولا ہمیں چاہیے زندگی گزارنے کے لیے۔ کیسے ہم دنیا میں اپنی زندگی کو مینج کریں؟ کیسے ہم مینج کریں؟</w:t>
      </w:r>
    </w:p>
    <w:p>
      <w:r>
        <w:rPr>
          <w:b/>
        </w:rPr>
        <w:t xml:space="preserve">[11:24] </w:t>
      </w:r>
      <w:r>
        <w:t>Woh aap ko Quran mein milenge, Islam ki teaching mein milenge.</w:t>
      </w:r>
    </w:p>
    <w:p>
      <w:pPr>
        <w:jc w:val="right"/>
      </w:pPr>
      <w:r>
        <w:t>وہ آپ کو قرآن میں ملیں گے، اسلام کی ٹیچنگ میں ملیں گے۔</w:t>
      </w:r>
    </w:p>
    <w:p>
      <w:r>
        <w:rPr>
          <w:b/>
        </w:rPr>
        <w:t xml:space="preserve">[11:30] </w:t>
      </w:r>
      <w:r>
        <w:t>Jaise dekhiye ke Quran mein aik verse hai: In ma'a al 'usri yusra. In ma'a al 'usri yusra. With every hardship there is ease. With every hardship there is ease. Is ka matlab kya hai?</w:t>
      </w:r>
    </w:p>
    <w:p>
      <w:pPr>
        <w:jc w:val="right"/>
      </w:pPr>
      <w:r>
        <w:t>جیسے دیکھیے کہ قرآن میں ایک ورس ہے: ان مال غصر یسرا ان مال غصر یسرا ود ایوری ہارڈشپ دیر از ایز ود ایوری ہارڈشپ دیر از ایز اس کا مطلب کیا ہے؟</w:t>
      </w:r>
    </w:p>
    <w:p>
      <w:r>
        <w:rPr>
          <w:b/>
        </w:rPr>
        <w:t xml:space="preserve">[11:49] </w:t>
      </w:r>
      <w:r>
        <w:t>With every problem there are opportunities.</w:t>
      </w:r>
    </w:p>
    <w:p>
      <w:pPr>
        <w:jc w:val="right"/>
      </w:pPr>
      <w:r>
        <w:t>ود ایوری پرابلم دیر ار اپرچونیٹیز۔</w:t>
      </w:r>
    </w:p>
    <w:p>
      <w:r>
        <w:rPr>
          <w:b/>
        </w:rPr>
        <w:t xml:space="preserve">[11:54] </w:t>
      </w:r>
      <w:r>
        <w:t>Aik kitne koi good timing hai, kitni bari khushkhabri hai ke hum in advance yeh jante hain ke with every problem there is opportunities.</w:t>
      </w:r>
    </w:p>
    <w:p>
      <w:pPr>
        <w:jc w:val="right"/>
      </w:pPr>
      <w:r>
        <w:t>ایک کتنے کوئی گڈ ٹائمنگ ہے، کتنی بڑی خوشخبری ہے کہ ہم ان ایڈوانس یہ جانتے ہیں کہ ود ایوری پرابلم دیر از اپرچونیٹیز۔</w:t>
      </w:r>
    </w:p>
    <w:p>
      <w:r>
        <w:rPr>
          <w:b/>
        </w:rPr>
        <w:t xml:space="preserve">[12:05] </w:t>
      </w:r>
      <w:r>
        <w:t>So the best formula kya hai? Avoid the problem or avail the opportunities.</w:t>
      </w:r>
    </w:p>
    <w:p>
      <w:pPr>
        <w:jc w:val="right"/>
      </w:pPr>
      <w:r>
        <w:t>سو دا بیسٹ فارمولا کیا ہے؟ اوائڈ دا پرابلم اور اویل دا اپرچونیٹیز۔</w:t>
      </w:r>
    </w:p>
    <w:p>
      <w:r>
        <w:rPr>
          <w:b/>
        </w:rPr>
        <w:t xml:space="preserve">[12:15] </w:t>
      </w:r>
      <w:r>
        <w:t>Rasool Allah sal Allah alayhi wasallam ne poori zindagi mein message kiya. Is mein aik aur bohat bari baat yeh hai ke is ayat ki sharah karte hue Rasool Allah ne farmaya tha ke lan yaghlib 'usrun yusrain aap</w:t>
      </w:r>
    </w:p>
    <w:p>
      <w:pPr>
        <w:jc w:val="right"/>
      </w:pPr>
      <w:r>
        <w:t>رسول اللہ صلی اللہ علیہ وسلم نے پوری زندگی میں مسیح کیا۔ اس میں ایک اور بہت بڑی بات یہ ہے کہ اس آیت کی شرح کرتے ہوئے رسول اللہ نے فرمایا تھا کہ لن یغلب عسر یسرین آپ</w:t>
      </w:r>
    </w:p>
    <w:p>
      <w:r>
        <w:rPr>
          <w:b/>
        </w:rPr>
        <w:t xml:space="preserve">[12:34] </w:t>
      </w:r>
      <w:r>
        <w:t>ne kaha ke</w:t>
      </w:r>
    </w:p>
    <w:p>
      <w:pPr>
        <w:jc w:val="right"/>
      </w:pPr>
      <w:r>
        <w:t>نے کہا کہ</w:t>
      </w:r>
    </w:p>
    <w:p>
      <w:r>
        <w:rPr>
          <w:b/>
        </w:rPr>
        <w:t xml:space="preserve">[12:38] </w:t>
      </w:r>
      <w:r>
        <w:t>Aik 'usr par aik 'usr do yusr par ghaleb nahi aa sakta. Is ka matlab yeh hai ke is dunya mein</w:t>
      </w:r>
    </w:p>
    <w:p>
      <w:pPr>
        <w:jc w:val="right"/>
      </w:pPr>
      <w:r>
        <w:t>ایک عصر پر ایک عصر دو یسر پر غالب نہیں آ سکتا۔ اس کا مطلب یہ ہے کہ اس دنیا میں</w:t>
      </w:r>
    </w:p>
    <w:p>
      <w:r>
        <w:rPr>
          <w:b/>
        </w:rPr>
        <w:t xml:space="preserve">[12:50] </w:t>
      </w:r>
      <w:r>
        <w:t>Agar problem aik hai to opportunity double hai.</w:t>
      </w:r>
    </w:p>
    <w:p>
      <w:pPr>
        <w:jc w:val="right"/>
      </w:pPr>
      <w:r>
        <w:t>اگر پرابلم ایک ہے تو اپرچونیٹی ڈبل ہے۔</w:t>
      </w:r>
    </w:p>
    <w:p>
      <w:r>
        <w:rPr>
          <w:b/>
        </w:rPr>
        <w:t xml:space="preserve">[12:58] </w:t>
      </w:r>
      <w:r>
        <w:t>Problem agar aik hai to opportunity double, double hai. Opportunity yeh kaise hai? Is par maine bohat socha to is mein bohat bari baat batai gayi hai.</w:t>
      </w:r>
    </w:p>
    <w:p>
      <w:pPr>
        <w:jc w:val="right"/>
      </w:pPr>
      <w:r>
        <w:t>پرابلم اگر ایک ہے تو اپرچونیٹی ڈبل، ڈبل ہے۔ اپرچونیٹی یہ کیسے ہے؟ اس پر میں نے بہت سوچا تو اس میں بہت بڑی بات بتائی گئی ہے۔</w:t>
      </w:r>
    </w:p>
    <w:p>
      <w:r>
        <w:rPr>
          <w:b/>
        </w:rPr>
        <w:t xml:space="preserve">[13:10] </w:t>
      </w:r>
      <w:r>
        <w:t>Kyun? Jab aap problem ko face karte hain to kya hota hai?</w:t>
      </w:r>
    </w:p>
    <w:p>
      <w:pPr>
        <w:jc w:val="right"/>
      </w:pPr>
      <w:r>
        <w:t>کیوں؟ جب آپ پرابلم کو فیس کرتے ہیں تو کیا ہوتا ہے؟</w:t>
      </w:r>
    </w:p>
    <w:p>
      <w:r>
        <w:rPr>
          <w:b/>
        </w:rPr>
        <w:t xml:space="preserve">[13:17] </w:t>
      </w:r>
      <w:r>
        <w:t>Aik to hota hai problem, doosra hota hai brainstorming jo aap ke andar hota hai. Yeh law of nature hai ke jab bhi aap problem ko face kareinge to aap ke andar storming hogi,</w:t>
      </w:r>
    </w:p>
    <w:p>
      <w:pPr>
        <w:jc w:val="right"/>
      </w:pPr>
      <w:r>
        <w:t>ایک تو ہوتا ہے پرابلم، دوسرا ہوتا ہے برین سٹارمنگ جو آپ کے اندر ہوتا ہے۔ یہ لاء آف نیچر ہے کہ جب بھی آپ پرابلم کو فیس کریں گے تو آپ کے اندر سٹارمنگ ہوگی،</w:t>
      </w:r>
    </w:p>
    <w:p>
      <w:r>
        <w:rPr>
          <w:b/>
        </w:rPr>
        <w:t xml:space="preserve">[13:31] </w:t>
      </w:r>
      <w:r>
        <w:t>aap ke andar motivation aayega,</w:t>
      </w:r>
    </w:p>
    <w:p>
      <w:pPr>
        <w:jc w:val="right"/>
      </w:pPr>
      <w:r>
        <w:t>آپ کے اندر موٹیویشن آئے گا،</w:t>
      </w:r>
    </w:p>
    <w:p>
      <w:r>
        <w:rPr>
          <w:b/>
        </w:rPr>
        <w:t xml:space="preserve">[13:33] </w:t>
      </w:r>
      <w:r>
        <w:t>aik naya incentive jaage ga aap ke andar. yeh kaheen bhi aap dekh sakte hain, apni zindagi mein bhi dekh sakte hain, aap khud ke jab aap ko koi problem aaya to aap hero ban gaye is se fight karne ke liye.</w:t>
      </w:r>
    </w:p>
    <w:p>
      <w:pPr>
        <w:jc w:val="right"/>
      </w:pPr>
      <w:r>
        <w:t>ایک نیا انسنٹیو جاگے گا آپ کے اندر۔ یہ کہیں بھی آپ دیکھ سکتے ہیں، اپنی زندگی میں بھی دیکھ سکتے ہیں، آپ خود کہ جب آپ کو کوئی پرابلم آیا تو آپ ہیرو بن گئے اس سے فائٹ کرنے کے لیے۔</w:t>
      </w:r>
    </w:p>
    <w:p>
      <w:r>
        <w:rPr>
          <w:b/>
        </w:rPr>
        <w:t xml:space="preserve">[13:47] </w:t>
      </w:r>
      <w:r>
        <w:t>to yeh matlab hai aap ka</w:t>
      </w:r>
    </w:p>
    <w:p>
      <w:pPr>
        <w:jc w:val="right"/>
      </w:pPr>
      <w:r>
        <w:t>تو یہ مطلب ہے آپ کا</w:t>
      </w:r>
    </w:p>
    <w:p>
      <w:r>
        <w:rPr>
          <w:b/>
        </w:rPr>
        <w:t xml:space="preserve">[13:49] </w:t>
      </w:r>
      <w:r>
        <w:t>ke problem agar aik hai to opportunity double hai. yani aik opportunity woh hai jo law of nature ne de rakhi hai aap ko, doosri woh hai jo aap ke andar aati hai ke aap double tor par face karne ke push up ho jaate hain.</w:t>
      </w:r>
    </w:p>
    <w:p>
      <w:pPr>
        <w:jc w:val="right"/>
      </w:pPr>
      <w:r>
        <w:t>کہ پرابلم اگر ایک ہے تو اپرچونیٹی ڈبل ہے۔ یعنی ایک اپرچونیٹی وہ ہے جو لاء آف نیچر نے دے رکھی ہے آپ کو، دوسری وہ ہے جو آپ کے اندر آتی ہے کہ آپ ڈبل طور پر فیس کرنے کے پش اپ ہو جاتے ہیں۔</w:t>
      </w:r>
    </w:p>
    <w:p>
      <w:r>
        <w:rPr>
          <w:b/>
        </w:rPr>
        <w:t xml:space="preserve">[14:06] </w:t>
      </w:r>
      <w:r>
        <w:t>aap ka motivation double ho jaata hai.</w:t>
      </w:r>
    </w:p>
    <w:p>
      <w:pPr>
        <w:jc w:val="right"/>
      </w:pPr>
      <w:r>
        <w:t>آپ کا موٹیویشن ڈبل ہو جاتا ہے۔</w:t>
      </w:r>
    </w:p>
    <w:p>
      <w:r>
        <w:rPr>
          <w:b/>
        </w:rPr>
        <w:t xml:space="preserve">[14:10] </w:t>
      </w:r>
      <w:r>
        <w:t>to kitni bari hope ki baat hai yeh!</w:t>
      </w:r>
    </w:p>
    <w:p>
      <w:pPr>
        <w:jc w:val="right"/>
      </w:pPr>
      <w:r>
        <w:t>تو کتنی بڑی ہوپ کی بات ہے یہ!</w:t>
      </w:r>
    </w:p>
    <w:p>
      <w:r>
        <w:rPr>
          <w:b/>
        </w:rPr>
        <w:t xml:space="preserve">[14:14] </w:t>
      </w:r>
      <w:r>
        <w:t>yeh kitni bari hope ki baat hai hamare liye.</w:t>
      </w:r>
    </w:p>
    <w:p>
      <w:pPr>
        <w:jc w:val="right"/>
      </w:pPr>
      <w:r>
        <w:t>یہ کتنی بڑی ہوپ کی بات ہے ہمارے لیے۔</w:t>
      </w:r>
    </w:p>
    <w:p>
      <w:r>
        <w:rPr>
          <w:b/>
        </w:rPr>
        <w:t xml:space="preserve">[14:18] </w:t>
      </w:r>
      <w:r>
        <w:t>aise hi rasool Allah ne farmaya ke</w:t>
      </w:r>
    </w:p>
    <w:p>
      <w:pPr>
        <w:jc w:val="right"/>
      </w:pPr>
      <w:r>
        <w:t>ایسے ہی رسول اللہ نے فرمایا کہ</w:t>
      </w:r>
    </w:p>
    <w:p>
      <w:r>
        <w:rPr>
          <w:b/>
        </w:rPr>
        <w:t xml:space="preserve">[14:27] </w:t>
      </w:r>
      <w:r>
        <w:t>addu ilaihim haqqah wasallo Allah haqqakum.</w:t>
      </w:r>
    </w:p>
    <w:p>
      <w:pPr>
        <w:jc w:val="right"/>
      </w:pPr>
      <w:r>
        <w:t>ادو الیہم حقہ وصلو اللہ حقکم۔</w:t>
      </w:r>
    </w:p>
    <w:p>
      <w:r>
        <w:rPr>
          <w:b/>
        </w:rPr>
        <w:t xml:space="preserve">[14:36] </w:t>
      </w:r>
      <w:r>
        <w:t xml:space="preserve">yani authority ko baray mein farmaya hai jo authority, political authority, un ka haq un ko do aur apna jo haq hai woh Khuda se mango. </w:t>
      </w:r>
    </w:p>
    <w:p>
      <w:pPr>
        <w:jc w:val="right"/>
      </w:pPr>
      <w:r>
        <w:t>یعنی اتھارٹی کو بارے میں فرمایا ہے جو اتھارٹی، پولیٹیکل اتھارٹی، ان کا حق ان کو دو اور اپنا جو حق ہے وہ خدا سے مانگو۔</w:t>
      </w:r>
    </w:p>
    <w:p>
      <w:r>
        <w:rPr>
          <w:b/>
        </w:rPr>
        <w:t xml:space="preserve">[14:50] </w:t>
      </w:r>
      <w:r>
        <w:t>apna haq un ko do, un ka un ka right un ko do, apna right Khuda se mango. is ka matlab kya hua? ke Islam duty conscious society banana chahta hai,</w:t>
      </w:r>
    </w:p>
    <w:p>
      <w:pPr>
        <w:jc w:val="right"/>
      </w:pPr>
      <w:r>
        <w:t>اپنا حق ان کو دو، ان کا ان کا رائٹ ان کو دو، اپنا رائٹ خدا سے مانگو۔ اس کا مطلب کیا ہوا؟ کہ اسلام ڈیوٹی کانشیس سوسائٹی بنانا چاہتا ہے،</w:t>
      </w:r>
    </w:p>
    <w:p>
      <w:r>
        <w:rPr>
          <w:b/>
        </w:rPr>
        <w:t xml:space="preserve">[15:08] </w:t>
      </w:r>
      <w:r>
        <w:t>right conscious society nahi. yeh kitni bari baat hai!</w:t>
      </w:r>
    </w:p>
    <w:p>
      <w:pPr>
        <w:jc w:val="right"/>
      </w:pPr>
      <w:r>
        <w:t>رائٹ کانشیس سوسائٹی نہیں۔ یہ کتنی بڑی بات ہے!</w:t>
      </w:r>
    </w:p>
    <w:p>
      <w:r>
        <w:rPr>
          <w:b/>
        </w:rPr>
        <w:t xml:space="preserve">[15:16] </w:t>
      </w:r>
      <w:r>
        <w:t>aaj kal kya hai? har aadmi right ki boli bolta hai: right, right, right! apna haq, haq, haq! to jab aap sab right ki wali boli bolenge to kya hoga?</w:t>
      </w:r>
    </w:p>
    <w:p>
      <w:pPr>
        <w:jc w:val="right"/>
      </w:pPr>
      <w:r>
        <w:t>آج کل کیا ہے؟ ہر آدمی رائٹ کی بولی بولتا ہے: رائٹ، رائٹ، رائٹ! اپنا حق، حق، حق! تو جب آپ سب رائٹ کی والی بولی بولیں گے تو کیا ہوگا؟</w:t>
      </w:r>
    </w:p>
    <w:p>
      <w:r>
        <w:rPr>
          <w:b/>
        </w:rPr>
        <w:t xml:space="preserve">[15:28] </w:t>
      </w:r>
      <w:r>
        <w:t>takrao hoga, nafratein hongi, protest ka mizaj banega,</w:t>
      </w:r>
    </w:p>
    <w:p>
      <w:pPr>
        <w:jc w:val="right"/>
      </w:pPr>
      <w:r>
        <w:t>ٹکراؤ ہوگا، نفرتیں ہوں گی، پروٹیسٹ کا مزاج بنے گا،</w:t>
      </w:r>
    </w:p>
    <w:p>
      <w:r>
        <w:rPr>
          <w:b/>
        </w:rPr>
        <w:t xml:space="preserve">[15:33] </w:t>
      </w:r>
      <w:r>
        <w:t>complaint ka mizaj banega. har ek apna right chahta hai kisi aur se, kisi aur se apna right chahta hai. to poori society jo hai, do is mein bat jaati hai: aik woh jo right khoye hue hain, aik woh jis se right lena hai.</w:t>
      </w:r>
    </w:p>
    <w:p>
      <w:pPr>
        <w:jc w:val="right"/>
      </w:pPr>
      <w:r>
        <w:t>کمپلینٹ کا مزاج بنے گا۔ ہر ایک اپنا رائٹ چاہتا ہے کسی اور سے، کسی اور سے اپنا رائٹ چاہتا ہے۔ تو پوری سوسائٹی جو ہے، دو اس میں بٹ جاتی ہے: ایک وہ جو رائٹ کھوئے ہوئے ہیں، ایک وہ جس سے رائٹ لینا ہے۔</w:t>
      </w:r>
    </w:p>
    <w:p>
      <w:r>
        <w:rPr>
          <w:b/>
        </w:rPr>
        <w:t xml:space="preserve">[15:48] </w:t>
      </w:r>
      <w:r>
        <w:t>isko</w:t>
      </w:r>
    </w:p>
    <w:p>
      <w:pPr>
        <w:jc w:val="right"/>
      </w:pPr>
      <w:r>
        <w:t>اس کو</w:t>
      </w:r>
    </w:p>
    <w:p>
      <w:r>
        <w:rPr>
          <w:b/>
        </w:rPr>
        <w:t xml:space="preserve">[15:49] </w:t>
      </w:r>
      <w:r>
        <w:t>ab takrao banta hai. lekin Islam mein jo bataya gaya hai ke addu ilaihim haqqah wasallo Allah haqqakum.</w:t>
      </w:r>
    </w:p>
    <w:p>
      <w:pPr>
        <w:jc w:val="right"/>
      </w:pPr>
      <w:r>
        <w:t>اب ٹکراؤ بنتا ہے۔ لیکن اسلام میں جو بتایا گیا ہے کہ ادو الیہم حقہ وصلو اللہ حقکم۔</w:t>
      </w:r>
    </w:p>
    <w:p>
      <w:r>
        <w:rPr>
          <w:b/>
        </w:rPr>
        <w:t xml:space="preserve">[15:58] </w:t>
      </w:r>
      <w:r>
        <w:t>yani jo tum ko nahi mila hua, is mein Khuda se mango. Khuda se mangne kya hai? apni</w:t>
      </w:r>
    </w:p>
    <w:p>
      <w:pPr>
        <w:jc w:val="right"/>
      </w:pPr>
      <w:r>
        <w:t>یعنی جو تم کو نہیں ملا ہوا، اس میں خدا سے مانگو۔ خدا سے مانگنے کیا ہے؟ اپنی</w:t>
      </w:r>
    </w:p>
    <w:p>
      <w:r>
        <w:rPr>
          <w:b/>
        </w:rPr>
        <w:t xml:space="preserve">[16:06] </w:t>
      </w:r>
      <w:r>
        <w:t>apni struggle par bharosa karo, apni mehnat par bharosa karo aur apna jo tum ko jo right hai towards society, towards system, us ko ada karo.</w:t>
      </w:r>
    </w:p>
    <w:p>
      <w:pPr>
        <w:jc w:val="right"/>
      </w:pPr>
      <w:r>
        <w:t>اپنی اسٹرکل پر بھروسہ کرو، اپنی محنت پر بھروسہ کرو اور اپنا جو تم کو جو رائٹ ہے ٹورڈز سوسائٹی، ٹورڈز سسٹم، اس کو ادا کرو۔</w:t>
      </w:r>
    </w:p>
    <w:p>
      <w:r>
        <w:rPr>
          <w:b/>
        </w:rPr>
        <w:t xml:space="preserve">[16:20] </w:t>
      </w:r>
      <w:r>
        <w:t>agar logon mein yeh mizaj ho</w:t>
      </w:r>
    </w:p>
    <w:p>
      <w:pPr>
        <w:jc w:val="right"/>
      </w:pPr>
      <w:r>
        <w:t>اگر لوگوں میں یہ مزاج ہو</w:t>
      </w:r>
    </w:p>
    <w:p>
      <w:r>
        <w:rPr>
          <w:b/>
        </w:rPr>
        <w:t xml:space="preserve">[16:22] </w:t>
      </w:r>
      <w:r>
        <w:t>ke hamein apni duty poora karna hai aur right ke liye hamein apne aap par bharosa karna hai, to poori society ban jayegi duty conscious society.</w:t>
      </w:r>
    </w:p>
    <w:p>
      <w:pPr>
        <w:jc w:val="right"/>
      </w:pPr>
      <w:r>
        <w:t>کہ ہمیں اپنی ڈیوٹی پورا کرنا ہے اور رائٹ کے لیے ہمیں اپنے آپ پر بھروسہ کرنا ہے، تو پوری سوسائٹی بن جائے گی ڈیوٹی کانشیس سوسائٹی۔</w:t>
      </w:r>
    </w:p>
    <w:p>
      <w:r>
        <w:rPr>
          <w:b/>
        </w:rPr>
        <w:t xml:space="preserve">[16:33] </w:t>
      </w:r>
      <w:r>
        <w:t>aur duty conscious society ka naam hai healthy society. healthy society Quran majeed mein aik ayat hai:</w:t>
      </w:r>
    </w:p>
    <w:p>
      <w:pPr>
        <w:jc w:val="right"/>
      </w:pPr>
      <w:r>
        <w:t>اور ڈیوٹی کانشیس سوسائٹی کا نام ہے ہیلدی سوسائٹی۔ ہیلدی سوسائٹی قرآن مجید میں ایک آیت ہے:</w:t>
      </w:r>
    </w:p>
    <w:p>
      <w:r>
        <w:rPr>
          <w:b/>
        </w:rPr>
        <w:t xml:space="preserve">[16:44] </w:t>
      </w:r>
      <w:r>
        <w:t>alsul al-khair sul is the best is ka matlab kya hua? ke peaceful settlement is the best, peaceful method is the best.</w:t>
      </w:r>
    </w:p>
    <w:p>
      <w:pPr>
        <w:jc w:val="right"/>
      </w:pPr>
      <w:r>
        <w:t>السل الخیر سل از دا بیسٹ اس کا مطلب کیا ہوا؟ کہ پیس فل سیٹلمنٹ از دا بیسٹ، پیس فل میتھڈ از دا بیسٹ۔</w:t>
      </w:r>
    </w:p>
    <w:p>
      <w:r>
        <w:rPr>
          <w:b/>
        </w:rPr>
        <w:t xml:space="preserve">[17:01] </w:t>
      </w:r>
      <w:r>
        <w:t>ab dekhiye ke insan hamesha is duniya mein</w:t>
      </w:r>
    </w:p>
    <w:p>
      <w:pPr>
        <w:jc w:val="right"/>
      </w:pPr>
      <w:r>
        <w:t>اب دیکھیے کہ انسان ہمیشہ اس دنیا میں</w:t>
      </w:r>
    </w:p>
    <w:p>
      <w:r>
        <w:rPr>
          <w:b/>
        </w:rPr>
        <w:t xml:space="preserve">[17:04] </w:t>
      </w:r>
      <w:r>
        <w:t>problem ko face karna parta hai. insan ko bar bar problem aate hain, individual life mein, family life mein, national life mein.</w:t>
      </w:r>
    </w:p>
    <w:p>
      <w:pPr>
        <w:jc w:val="right"/>
      </w:pPr>
      <w:r>
        <w:t>پرابلم کو فیس کرنا پڑتا ہے۔ انسان کو بار بار پرابلم آتے ہیں، انڈیویجول لائف میں، فیملی لائف میں، نیشنل لائف میں۔</w:t>
      </w:r>
    </w:p>
    <w:p>
      <w:r>
        <w:rPr>
          <w:b/>
        </w:rPr>
        <w:t xml:space="preserve">[17:16] </w:t>
      </w:r>
      <w:r>
        <w:t>wahan par kya hai? aik yeh hai ke aap confrontational approach lein,</w:t>
      </w:r>
    </w:p>
    <w:p>
      <w:pPr>
        <w:jc w:val="right"/>
      </w:pPr>
      <w:r>
        <w:t>وہاں پر کیا ہے؟ ایک یہ ہے کہ آپ کنفронٹیشنل اپروچ لیں،</w:t>
      </w:r>
    </w:p>
    <w:p>
      <w:r>
        <w:rPr>
          <w:b/>
        </w:rPr>
        <w:t xml:space="preserve">[17:24] </w:t>
      </w:r>
      <w:r>
        <w:t>aik hai non confrontational approach lain. aap jab bhi confrontational approach lain ge to kya hoga? samaj mein anarchy aye gi, nafratein barhein gi, takrao hoga,</w:t>
      </w:r>
    </w:p>
    <w:p>
      <w:pPr>
        <w:jc w:val="right"/>
      </w:pPr>
      <w:r>
        <w:t>ایک ہے نان کنفронٹیشنل اپروچ لیں۔ آپ جب بھی کنفронٹیشنل اپروچ لیں گے تو کیا ہوگا؟ سماج میں انارکی آئے گی، نفرتیں بڑھیں گی، ٹکراؤ ہوگا،</w:t>
      </w:r>
    </w:p>
    <w:p>
      <w:r>
        <w:rPr>
          <w:b/>
        </w:rPr>
        <w:t xml:space="preserve">[17:38] </w:t>
      </w:r>
      <w:r>
        <w:t>ethic bloodshed hoga. lekin jab aap non confrontational approach lain ge to society mein kya hoga? mohabbat barhe gi, pyar barhe ga,</w:t>
      </w:r>
    </w:p>
    <w:p>
      <w:pPr>
        <w:jc w:val="right"/>
      </w:pPr>
      <w:r>
        <w:t>ایتھک بلڈ شیڈ ہوگا۔ لیکن جب آپ نان کنفронٹیشنل اپروچ لیں گے تو سوسائٹی میں کیا ہوگا؟ محبت بڑھے گی، پیار بڑھے گا،</w:t>
      </w:r>
    </w:p>
    <w:p>
      <w:r>
        <w:rPr>
          <w:b/>
        </w:rPr>
        <w:t xml:space="preserve">[17:49] </w:t>
      </w:r>
      <w:r>
        <w:t>yeh sab kuch hoga. is mein hota hai ke is mein raaz kya hai? dekhiye, is mein raaz yeh hai ke Khuda ne is dunya ko is tarah banaya hai</w:t>
      </w:r>
    </w:p>
    <w:p>
      <w:pPr>
        <w:jc w:val="right"/>
      </w:pPr>
      <w:r>
        <w:t>یہ سب کچھ ہوگا۔ اس میں ہوتا ہے کہ اس میں راز کیا ہے؟ دیکھیے، اس میں راز یہ ہے کہ خدا نے اس دنیا کو اس طرح بنایا ہے</w:t>
      </w:r>
    </w:p>
    <w:p>
      <w:r>
        <w:rPr>
          <w:b/>
        </w:rPr>
        <w:t xml:space="preserve">[18:03] </w:t>
      </w:r>
      <w:r>
        <w:t>ke wahan par problem paida hon. kyunke competition nahi hoga, challenge nahi hoga, taraqqi nahi hogi.</w:t>
      </w:r>
    </w:p>
    <w:p>
      <w:pPr>
        <w:jc w:val="right"/>
      </w:pPr>
      <w:r>
        <w:t>کہ وہاں پر پرابلم پیدا ہوں۔ کیونکہ کمپیٹیشن نہیں ہوگا، چیلنج نہیں ہوگا، ترقی نہیں ہوگی۔</w:t>
      </w:r>
    </w:p>
    <w:p>
      <w:r>
        <w:rPr>
          <w:b/>
        </w:rPr>
        <w:t xml:space="preserve">[18:13] </w:t>
      </w:r>
      <w:r>
        <w:t>to jab bhi problem paida hon to aap bajaye is ke ke is se takrain, aap positive tareeqe se sochiye is ke bare mein.</w:t>
      </w:r>
    </w:p>
    <w:p>
      <w:pPr>
        <w:jc w:val="right"/>
      </w:pPr>
      <w:r>
        <w:t>تو جب بھی پرابلم پیدا ہوں تو آپ بجائے اس کے کہ اس سے ٹکرائیں، آپ پوزیٹیو طریقے سے سوچیے اس کے بارے میں۔</w:t>
      </w:r>
    </w:p>
    <w:p>
      <w:r>
        <w:rPr>
          <w:b/>
        </w:rPr>
        <w:t xml:space="preserve">[18:24] </w:t>
      </w:r>
      <w:r>
        <w:t>abhi dekhiye, maine ek article parha globalization ke bare mein. bohat bara bara kaha gaya tha is mein ke globalization jo hai, woh ek sazish hai, conspiracy hai.</w:t>
      </w:r>
    </w:p>
    <w:p>
      <w:pPr>
        <w:jc w:val="right"/>
      </w:pPr>
      <w:r>
        <w:t>ابھی دیکھیے، میں نے ایک آرٹیکل پڑھا گلوبلائزیشن کے بارے میں۔ بہت بڑا بڑا کہا گیا تھا اس میں کہ گلوبلائزیشن جو ہے، وہ ایک سازش ہے، کانسپریسی ہے۔</w:t>
      </w:r>
    </w:p>
    <w:p>
      <w:r>
        <w:rPr>
          <w:b/>
        </w:rPr>
        <w:t xml:space="preserve">[18:35] </w:t>
      </w:r>
      <w:r>
        <w:t>main kehta hoon ke blessing hai. woh dekhiye, globalization ke mani kya hain?</w:t>
      </w:r>
    </w:p>
    <w:p>
      <w:pPr>
        <w:jc w:val="right"/>
      </w:pPr>
      <w:r>
        <w:t>میں کہتا ہوں کہ بلیسنگ ہے۔ وہ دیکھیں، گلوبلائزیشن کے معنی کیا ہیں؟</w:t>
      </w:r>
    </w:p>
    <w:p>
      <w:r>
        <w:rPr>
          <w:b/>
        </w:rPr>
        <w:t xml:space="preserve">[18:41] </w:t>
      </w:r>
      <w:r>
        <w:t>is ka mani hai global interaction. global interaction, global interaction bohat bari cheez hai.</w:t>
      </w:r>
    </w:p>
    <w:p>
      <w:pPr>
        <w:jc w:val="right"/>
      </w:pPr>
      <w:r>
        <w:t>اس کا معنی ہے گلوبل انٹریکشن۔ گلوبل انٹریکشن، گلوبل انٹریکشن بہت بڑی چیز ہے۔</w:t>
      </w:r>
    </w:p>
    <w:p>
      <w:r>
        <w:rPr>
          <w:b/>
        </w:rPr>
        <w:t xml:space="preserve">[18:54] </w:t>
      </w:r>
      <w:r>
        <w:t>is zamane mein jo media hua hai, jo communication barha hai, modern history ayi hai,</w:t>
      </w:r>
    </w:p>
    <w:p>
      <w:pPr>
        <w:jc w:val="right"/>
      </w:pPr>
      <w:r>
        <w:t>اس زمانے میں جو میڈیا ہوا ہے، جو کمیونیکیشن بڑھا ہے، ماڈرن ہسٹری آئی ہے،</w:t>
      </w:r>
    </w:p>
    <w:p>
      <w:r>
        <w:rPr>
          <w:b/>
        </w:rPr>
        <w:t xml:space="preserve">[19:04] </w:t>
      </w:r>
      <w:r>
        <w:t>modern cheezein ayi hain, to is ki wajah se yeh possible hua hai ke globalization ho. globalization ka matlab hai global interaction.</w:t>
      </w:r>
    </w:p>
    <w:p>
      <w:pPr>
        <w:jc w:val="right"/>
      </w:pPr>
      <w:r>
        <w:t>ماڈرن چیزیں آئیں ہیں، تو اس کی وجہ سے یہ پوسیبل ہوا ہے کہ گلوبلائزیشن ہو۔ گلوبلائزیشن کا مطلب ہے گلوبل انٹریکشن۔</w:t>
      </w:r>
    </w:p>
    <w:p>
      <w:r>
        <w:rPr>
          <w:b/>
        </w:rPr>
        <w:t xml:space="preserve">[19:14] </w:t>
      </w:r>
      <w:r>
        <w:t>aap ko doosron se seekhne ka mauqa barha. pehle aap ek gaon mein ek aadmi se, doosre aadmi se ek pata tha bas,</w:t>
      </w:r>
    </w:p>
    <w:p>
      <w:pPr>
        <w:jc w:val="right"/>
      </w:pPr>
      <w:r>
        <w:t>آپ کو دوسروں سے سیکھنے کا موقع بڑھ گیا۔ پہلے آپ ایک گاؤں میں ایک آدمی سے، دوسرے آدمی سے ایک پاتا تھا بس،</w:t>
      </w:r>
    </w:p>
    <w:p>
      <w:r>
        <w:rPr>
          <w:b/>
        </w:rPr>
        <w:t xml:space="preserve">[19:22] </w:t>
      </w:r>
      <w:r>
        <w:t>kyunke communication nahi tha. ab aap global level par interact kar sakte hain, global level par learning process chala sakte hain, aur aap global level par daao work kar sakte hain, apni baat ko pohncha sakte hain.</w:t>
      </w:r>
    </w:p>
    <w:p>
      <w:pPr>
        <w:jc w:val="right"/>
      </w:pPr>
      <w:r>
        <w:t>کیونکہ کمیونیکیشن نہیں تھا۔ اب آپ گلوبل لیول پر انٹریکٹ کر سکتے ہیں، گلوبل لیول پر لرننگ پروسیس چلا سکتے ہیں، اور آپ گلوبل لیول پر داؤ ورک کر سکتے ہیں، اپنی بات کو پہنچا سکتے ہیں۔</w:t>
      </w:r>
    </w:p>
    <w:p>
      <w:r>
        <w:rPr>
          <w:b/>
        </w:rPr>
        <w:t xml:space="preserve">[19:39] </w:t>
      </w:r>
      <w:r>
        <w:t>to agar ek har cheez mein do aspect hota hai, yaad rakhiye: negative aspect, positive aspect.</w:t>
      </w:r>
    </w:p>
    <w:p>
      <w:pPr>
        <w:jc w:val="right"/>
      </w:pPr>
      <w:r>
        <w:t>تو اگر ایک ہر چیز میں دو اسپیکٹ ہوتا ہے، یاد رکھیے: نیگیٹیو اسپیکٹ، پازیٹیو اسپیکٹ۔</w:t>
      </w:r>
    </w:p>
    <w:p>
      <w:r>
        <w:rPr>
          <w:b/>
        </w:rPr>
        <w:t xml:space="preserve">[19:47] </w:t>
      </w:r>
      <w:r>
        <w:t>agar aap negative aspect ko lain to aap ke andar kya hoga? jhijhlahat, ghussa, nafrat, inteqam aye ga. aur positive aspect ko lain to kya hoga?</w:t>
      </w:r>
    </w:p>
    <w:p>
      <w:pPr>
        <w:jc w:val="right"/>
      </w:pPr>
      <w:r>
        <w:t>اگر آپ نیگیٹیو اسپیکٹ کو لیں تو آپ کے اندر کیا ہوگا؟ جھجھلات، غصہ، نفرت، انتقام آئے گا۔ اور پازیٹیو اسپیکٹ کو لیں تو کیا ہوگا؟</w:t>
      </w:r>
    </w:p>
    <w:p>
      <w:r>
        <w:rPr>
          <w:b/>
        </w:rPr>
        <w:t xml:space="preserve">[19:59] </w:t>
      </w:r>
      <w:r>
        <w:t>aap ke andar pyar aur mohabbat aur humdardi aur tolerance aye ga.</w:t>
      </w:r>
    </w:p>
    <w:p>
      <w:pPr>
        <w:jc w:val="right"/>
      </w:pPr>
      <w:r>
        <w:t>آپ کے اندر پیار اور محبت اور ہمدردی اور ٹالرنس آئے گا۔</w:t>
      </w:r>
    </w:p>
    <w:p>
      <w:r>
        <w:rPr>
          <w:b/>
        </w:rPr>
        <w:t xml:space="preserve">[20:06] </w:t>
      </w:r>
      <w:r>
        <w:t>main aap ko ek misaal deta hoon: Japan ki misaal. Japan ne wahi kiya jo Islam mein is se pehle Hudaybiyah ke mauqe par kiya gaya tha, takrao ke tareeqe ko chhod kar ke</w:t>
      </w:r>
    </w:p>
    <w:p>
      <w:pPr>
        <w:jc w:val="right"/>
      </w:pPr>
      <w:r>
        <w:t>میں آپ کو ایک مثال دیتا ہوں: جاپان کی مثال۔ جاپان نے وہی کیا جو اسلام میں اس سے پہلے حدیبیہ کے موقع پر کیا گیا تھا، ٹکراؤ کے طریقے کو چھوڑ کر کے</w:t>
      </w:r>
    </w:p>
    <w:p>
      <w:r>
        <w:rPr>
          <w:b/>
        </w:rPr>
        <w:t xml:space="preserve">[20:22] </w:t>
      </w:r>
      <w:r>
        <w:t>opportunity ko avail karna. Japan ki main is liye deta hoon misaal ke aaj bhi woh woh cheez relevant hai, aaj bhi woh cheez valid hai.</w:t>
      </w:r>
    </w:p>
    <w:p>
      <w:pPr>
        <w:jc w:val="right"/>
      </w:pPr>
      <w:r>
        <w:t>اپرچونیٹی کو اویل کرنا۔ جاپان کی میں اس لیے دیتا ہوں مثال کہ آج بھی وہ وہ چیز ریلیونٹ ہے، آج بھی وہ چیز ویلڈ ہے۔</w:t>
      </w:r>
    </w:p>
    <w:p>
      <w:r>
        <w:rPr>
          <w:b/>
        </w:rPr>
        <w:t xml:space="preserve">[20:30] </w:t>
      </w:r>
      <w:r>
        <w:t>is liye log kahenge ke Hudaybiyah to do saal pehle hui thi. Hudaybiyah kya thi? Hudaybiyah agreement yeh tha</w:t>
      </w:r>
    </w:p>
    <w:p>
      <w:pPr>
        <w:jc w:val="right"/>
      </w:pPr>
      <w:r>
        <w:t>اس لیے لوگ کہیں گے کہ حدیبیہ تو دو سال پہلے ہوئی تھی۔ حدیبیہ کیا تھی؟ حدیبیہ ایگریمنٹ یہ تھا</w:t>
      </w:r>
    </w:p>
    <w:p>
      <w:r>
        <w:rPr>
          <w:b/>
        </w:rPr>
        <w:t xml:space="preserve">[20:42] </w:t>
      </w:r>
      <w:r>
        <w:t>ke jo doosri party thi, woh ladne ko khuli hui thi, aur ladte to bloodshed hota.</w:t>
      </w:r>
    </w:p>
    <w:p>
      <w:pPr>
        <w:jc w:val="right"/>
      </w:pPr>
      <w:r>
        <w:t>کہ جو دوسری پارٹی تھی، وہ لڑنے کو کھلی ہوئی تھی، اور لڑتے تو بلیک شرٹ ہوتا۔</w:t>
      </w:r>
    </w:p>
    <w:p>
      <w:r>
        <w:rPr>
          <w:b/>
        </w:rPr>
        <w:t xml:space="preserve">[20:51] </w:t>
      </w:r>
      <w:r>
        <w:t>Rasool Allah ne kya kiya? un ki sharton ko maan kar aap ne peace treaty kar li,</w:t>
      </w:r>
    </w:p>
    <w:p>
      <w:pPr>
        <w:jc w:val="right"/>
      </w:pPr>
      <w:r>
        <w:t>رسول اللہ نے کیا کیا؟ ان کی شرطوں کو مان کر آپ نے پیس ٹریٹی کر لی،</w:t>
      </w:r>
    </w:p>
    <w:p>
      <w:r>
        <w:rPr>
          <w:b/>
        </w:rPr>
        <w:t xml:space="preserve">[21:00] </w:t>
      </w:r>
      <w:r>
        <w:t>das saal ka no war pact kar liya, aur phir is ke baad aap ko jo opportunities khuli, aap ke liye us ko avail karna shuru kar diya.</w:t>
      </w:r>
    </w:p>
    <w:p>
      <w:pPr>
        <w:jc w:val="right"/>
      </w:pPr>
      <w:r>
        <w:t>دس سال کا نو وار پیکٹ کر لیا، اور پھر اس کے بعد آپ کو جو اپرچونیٹیز کھلی، آپ کے لیے اس کو اویل کرنا شروع کر دیا۔</w:t>
      </w:r>
    </w:p>
    <w:p>
      <w:r>
        <w:rPr>
          <w:b/>
        </w:rPr>
        <w:t xml:space="preserve">[21:09] </w:t>
      </w:r>
      <w:r>
        <w:t>aap ne do saal ke andar history badal gayi. to log kehte hain ke jo purane zamane ki baat hai,</w:t>
      </w:r>
    </w:p>
    <w:p>
      <w:pPr>
        <w:jc w:val="right"/>
      </w:pPr>
      <w:r>
        <w:t>آپ نے دو سال کے اندر ہسٹری بدل گئی۔ تو لوگ کہتے ہیں کہ جو پرانے زمانے کی بات ہے،</w:t>
      </w:r>
    </w:p>
    <w:p>
      <w:r>
        <w:rPr>
          <w:b/>
        </w:rPr>
        <w:t xml:space="preserve">[21:18] </w:t>
      </w:r>
      <w:r>
        <w:t>use aap Japan ki misaal deta hoon ke woh aaj bhi relevant hai, aaj bhi valid hai. lekin second world war mein kya hua?</w:t>
      </w:r>
    </w:p>
    <w:p>
      <w:pPr>
        <w:jc w:val="right"/>
      </w:pPr>
      <w:r>
        <w:t>اسے آپ جاپان کی مثال دیتا ہوں کہ وہ آج بھی ریلیونٹ ہے، آج بھی ویلڈ ہے۔ لیکن سیکنڈ ورلڈ وار میں کیا ہوا؟</w:t>
      </w:r>
    </w:p>
    <w:p>
      <w:r>
        <w:rPr>
          <w:b/>
        </w:rPr>
        <w:t xml:space="preserve">[21:30] </w:t>
      </w:r>
      <w:r>
        <w:t>1945 mein America ne do atom bomb giraye Japan ke upar.</w:t>
      </w:r>
    </w:p>
    <w:p>
      <w:pPr>
        <w:jc w:val="right"/>
      </w:pPr>
      <w:r>
        <w:t>1945 میں امریکہ نے دو ایٹم بم گرائے جاپان کے اوپر۔</w:t>
      </w:r>
    </w:p>
    <w:p>
      <w:r>
        <w:rPr>
          <w:b/>
        </w:rPr>
        <w:t xml:space="preserve">[21:36] </w:t>
      </w:r>
      <w:r>
        <w:t>uski industry tabah ho gayi, uski economy tabah ho gayi. ab sari Japan jo ghusse mein the ke hamein ladna hai, ladne ke liye kya hai?</w:t>
      </w:r>
    </w:p>
    <w:p>
      <w:pPr>
        <w:jc w:val="right"/>
      </w:pPr>
      <w:r>
        <w:t>اس کی انڈسٹری تباہ ہو گئی، اس کی اکانومی تباہ ہو گئی۔ اب ساری جاپان جو غصے میں تھے کہ ہمیں لڑنا ہے، لڑنے کے لیے کیا ہے؟</w:t>
      </w:r>
    </w:p>
    <w:p>
      <w:r>
        <w:rPr>
          <w:b/>
        </w:rPr>
        <w:t xml:space="preserve">[21:47] </w:t>
      </w:r>
      <w:r>
        <w:t>aap society, society building to phir bhi kar sakte hain, aap kitna hi kuch aap ka mamla bigar jaye, lekin society building bhi kon rokta hai? aap ko</w:t>
      </w:r>
    </w:p>
    <w:p>
      <w:pPr>
        <w:jc w:val="right"/>
      </w:pPr>
      <w:r>
        <w:t>آپ سوسائیڈ، سوسائیڈ بابنگ تو پھر بھی کر سکتے ہیں، آپ کتنا ہی کچھ آپ کا معاملہ بگڑ جائے، لیکن سوسائیڈ بابنگ بھی کون روکتا ہے؟ آپ کو</w:t>
      </w:r>
    </w:p>
    <w:p>
      <w:r>
        <w:rPr>
          <w:b/>
        </w:rPr>
        <w:t xml:space="preserve">[21:58] </w:t>
      </w:r>
      <w:r>
        <w:t>to sari qom larne phirne ke liye tayar thi. hiro eto jo us waqt un ka king tha, wo bohat hi parha likha aadmi tha, bohat learned aadmi tha.</w:t>
      </w:r>
    </w:p>
    <w:p>
      <w:pPr>
        <w:jc w:val="right"/>
      </w:pPr>
      <w:r>
        <w:t>تو ساری قوم لڑنے پھرنے کے لیے تیار تھی۔ ہیرو ایٹو جو اس وقت ان کا کنگ تھا، وہ بہت ہی پڑھا لکھا آدمی تھا، بہت لرنڈ آدمی تھا۔</w:t>
      </w:r>
    </w:p>
    <w:p>
      <w:r>
        <w:rPr>
          <w:b/>
        </w:rPr>
        <w:t xml:space="preserve">[22:08] </w:t>
      </w:r>
      <w:r>
        <w:t>us ne ek speech di, main ne wo speech parhi hai, uska translation english mein ke "We have to suffer the unsufortable,</w:t>
      </w:r>
    </w:p>
    <w:p>
      <w:pPr>
        <w:jc w:val="right"/>
      </w:pPr>
      <w:r>
        <w:t>اس نے ایک سپیچ دی، میں نے وہ سپیچ پڑھی ہے، اس کا ٹرانسلیشن انگلش میں کہ "We have to suffer the unsufortable,</w:t>
      </w:r>
    </w:p>
    <w:p>
      <w:r>
        <w:rPr>
          <w:b/>
        </w:rPr>
        <w:t xml:space="preserve">[22:18] </w:t>
      </w:r>
      <w:r>
        <w:t>we have to bear the unbearable" kyun? taake hum japan ki agli generation ko tayar kar saken, consolidate kar saken apne mamlaat ko.</w:t>
      </w:r>
    </w:p>
    <w:p>
      <w:pPr>
        <w:jc w:val="right"/>
      </w:pPr>
      <w:r>
        <w:t>we have to bear the unbearable" کیوں؟ تاکہ ہم جاپان کی اگلی جنریشن کو تیار کر سکیں، کنسولیڈیٹ کر سکیں اپنے معاملات کو۔</w:t>
      </w:r>
    </w:p>
    <w:p>
      <w:r>
        <w:rPr>
          <w:b/>
        </w:rPr>
        <w:t xml:space="preserve">[22:31] </w:t>
      </w:r>
      <w:r>
        <w:t>larain ge agar america se to aur tabahi aye gi.</w:t>
      </w:r>
    </w:p>
    <w:p>
      <w:pPr>
        <w:jc w:val="right"/>
      </w:pPr>
      <w:r>
        <w:t>لڑیں گے اگر امریکہ سے تو اور تباہی آئے گی۔</w:t>
      </w:r>
    </w:p>
    <w:p>
      <w:r>
        <w:rPr>
          <w:b/>
        </w:rPr>
        <w:t xml:space="preserve">[22:36] </w:t>
      </w:r>
      <w:r>
        <w:t>ab jo baqi hamare paas jo kuch bhi, is ko le kar ke hum nai planning karen ge. aap ko maloom hai ke japan ka ek bohat bara area, jis ko okinawa kaha jata hai, us ko america ne qabza kar liya tha.</w:t>
      </w:r>
    </w:p>
    <w:p>
      <w:pPr>
        <w:jc w:val="right"/>
      </w:pPr>
      <w:r>
        <w:t>اب جو باقی ہمارے پاس جو کچھ بھی، اس کو لے کر کے ہم نئی پلاننگ کریں گے۔ آپ کو معلوم ہے کہ جاپان کا ایک بہت بڑا ایریا، جس کو اوکیناوا کہا جاتا ہے، اس کو امریکہ نے قبضہ کر لیا تھا۔</w:t>
      </w:r>
    </w:p>
    <w:p>
      <w:r>
        <w:rPr>
          <w:b/>
        </w:rPr>
        <w:t xml:space="preserve">[22:50] </w:t>
      </w:r>
      <w:r>
        <w:t>pure japan par us ne apne</w:t>
      </w:r>
    </w:p>
    <w:p>
      <w:pPr>
        <w:jc w:val="right"/>
      </w:pPr>
      <w:r>
        <w:t>پورے جاپان پر اس نے اپنے</w:t>
      </w:r>
    </w:p>
    <w:p>
      <w:r>
        <w:rPr>
          <w:b/>
        </w:rPr>
        <w:t xml:space="preserve">[22:53] </w:t>
      </w:r>
      <w:r>
        <w:t>ko apne is mein le liya tha, apne asar mein. us ko unhon ne ignore kiya, us ko nazar andaz kiya, aur jo kuch bacha tha un ke paas, us ko le kar ke kaam shuru kiya.</w:t>
      </w:r>
    </w:p>
    <w:p>
      <w:pPr>
        <w:jc w:val="right"/>
      </w:pPr>
      <w:r>
        <w:t>کو اپنے اس میں لے لیا تھا، اپنے اثر میں۔ اس کو انہوں نے اگنور کیا، اس کو نظر انداز کیا، اور جو کچھ بچا تھا ان کے پاس، اس کو لے کر کے کام شروع کیا۔</w:t>
      </w:r>
    </w:p>
    <w:p>
      <w:r>
        <w:rPr>
          <w:b/>
        </w:rPr>
        <w:t xml:space="preserve">[23:08] </w:t>
      </w:r>
      <w:r>
        <w:t>unhon ne pehla kaam kiya kiya? unhon ne ke 30 years ki unhon ne planning ki,</w:t>
      </w:r>
    </w:p>
    <w:p>
      <w:pPr>
        <w:jc w:val="right"/>
      </w:pPr>
      <w:r>
        <w:t>انہوں نے پہلا کام کیا کیا؟ انہوں نے کہ 30 ایئرز کی انہوں نے پلاننگ کی،</w:t>
      </w:r>
    </w:p>
    <w:p>
      <w:r>
        <w:rPr>
          <w:b/>
        </w:rPr>
        <w:t xml:space="preserve">[23:14] </w:t>
      </w:r>
      <w:r>
        <w:t>education ki, yani scientific education. 30 years tak, 30 saal ki education ke baad kya hua?</w:t>
      </w:r>
    </w:p>
    <w:p>
      <w:pPr>
        <w:jc w:val="right"/>
      </w:pPr>
      <w:r>
        <w:t>ایجوکیشن کی، یعنی سائنٹیفک ایجوکیشن۔ 30 ایئرز تک، 30 سال کی ایجوکیشن کے بعد کیا ہوا؟</w:t>
      </w:r>
    </w:p>
    <w:p>
      <w:r>
        <w:rPr>
          <w:b/>
        </w:rPr>
        <w:t xml:space="preserve">[23:25] </w:t>
      </w:r>
      <w:r>
        <w:t>ke america, japan jo hai, duniya ki sab se zyada educated society ban gaya.</w:t>
      </w:r>
    </w:p>
    <w:p>
      <w:pPr>
        <w:jc w:val="right"/>
      </w:pPr>
      <w:r>
        <w:t>کہ امریکہ، جاپان جو ہے، دنیا کی سب سے زیادہ ایجوکیٹڈ سوسائٹی بن گیا۔</w:t>
      </w:r>
    </w:p>
    <w:p>
      <w:r>
        <w:rPr>
          <w:b/>
        </w:rPr>
        <w:t xml:space="preserve">[23:33] </w:t>
      </w:r>
      <w:r>
        <w:t>30 years ke pahanch karne ki tarteeb mein, duniya ki sab se zyada educated society. is ki history apne aap badal gayi.</w:t>
      </w:r>
    </w:p>
    <w:p>
      <w:pPr>
        <w:jc w:val="right"/>
      </w:pPr>
      <w:r>
        <w:t>30 ایئرز کے پہنچ کرنے کی ترتیب میں، دنیا کی سب سے زیادہ ایجوکیٹڈ سوسائٹی۔ اس کی ہسٹری اپنے آپ بدل گئی۔</w:t>
      </w:r>
    </w:p>
    <w:p>
      <w:r>
        <w:rPr>
          <w:b/>
        </w:rPr>
        <w:t xml:space="preserve">[23:43] </w:t>
      </w:r>
      <w:r>
        <w:t>aaj japan, aap jante hain ke economic superpower hai.</w:t>
      </w:r>
    </w:p>
    <w:p>
      <w:pPr>
        <w:jc w:val="right"/>
      </w:pPr>
      <w:r>
        <w:t>آج جاپان، آپ جانتے ہیں کہ اکنامک سپر پاور ہے۔</w:t>
      </w:r>
    </w:p>
    <w:p>
      <w:r>
        <w:rPr>
          <w:b/>
        </w:rPr>
        <w:t xml:space="preserve">[23:49] </w:t>
      </w:r>
      <w:r>
        <w:t>to dekhiye, us ne haar ko maan liya, takrao ko chhod diya. jo problem create kiya tha america ne, us problem ko nazar andaz kiya.</w:t>
      </w:r>
    </w:p>
    <w:p>
      <w:pPr>
        <w:jc w:val="right"/>
      </w:pPr>
      <w:r>
        <w:t>تو دیکھیے، اس نے ہار کو مان لیا، ٹکراؤ کو چھوڑ دیا۔ جو پرابلم کریٹ کیا تھا امریکہ نے، اس پرابلم کو نظر انداز کیا۔</w:t>
      </w:r>
    </w:p>
    <w:p>
      <w:r>
        <w:rPr>
          <w:b/>
        </w:rPr>
        <w:t xml:space="preserve">[24:02] </w:t>
      </w:r>
      <w:r>
        <w:t>us ne isi formula ko apnaya jo rasool Allah ne apnaya tha hudaybiya ke mauqe par</w:t>
      </w:r>
    </w:p>
    <w:p>
      <w:pPr>
        <w:jc w:val="right"/>
      </w:pPr>
      <w:r>
        <w:t>اس نے اسی فارمولے کو اپنایا جو رسول اللہ نے اپنایا تھا حدیبیہ کے موقع پر</w:t>
      </w:r>
    </w:p>
    <w:p>
      <w:r>
        <w:rPr>
          <w:b/>
        </w:rPr>
        <w:t xml:space="preserve">[24:07] </w:t>
      </w:r>
      <w:r>
        <w:t>ke "Ignore the problem, avail the opportunity" . ye sabaq diya gaya tha quran mein, us ko rasool Allah ne is par amal kiya.</w:t>
      </w:r>
    </w:p>
    <w:p>
      <w:pPr>
        <w:jc w:val="right"/>
      </w:pPr>
      <w:r>
        <w:t>کہ "Ignore the problem, avail the opportunity" ۔ یہ سبق دیا گیا تھا قرآن میں، اس کو رسول اللہ نے اس پر عمل کیا۔</w:t>
      </w:r>
    </w:p>
    <w:p>
      <w:r>
        <w:rPr>
          <w:b/>
        </w:rPr>
        <w:t xml:space="preserve">[24:18] </w:t>
      </w:r>
      <w:r>
        <w:t>to us zamane mein agar aap is ki misaal dekhna chahen ke aaj bhi wo relevant hai, to aap japan ki modern history ko parhiye.</w:t>
      </w:r>
    </w:p>
    <w:p>
      <w:pPr>
        <w:jc w:val="right"/>
      </w:pPr>
      <w:r>
        <w:t>تو اس زمانے میں اگر آپ اس کی مثال دیکھنا چاہیں کہ آج بھی وہ ریلیونٹ ہے، تو آپ جاپان کی ماڈرن ہسٹری کو پڑھیے۔</w:t>
      </w:r>
    </w:p>
    <w:p>
      <w:r>
        <w:rPr>
          <w:b/>
        </w:rPr>
        <w:t xml:space="preserve">[24:27] </w:t>
      </w:r>
      <w:r>
        <w:t>to main samajhta hoon ke sab se bari zaroorat us waqt hamari kya hai? ke negative thinking ko hum khatam karen.</w:t>
      </w:r>
    </w:p>
    <w:p>
      <w:pPr>
        <w:jc w:val="right"/>
      </w:pPr>
      <w:r>
        <w:t>تو میں سمجھتا ہوں کہ سب سے بڑی ضرورت اس وقت ہماری کیا ہے؟ کہ نیگیٹیو تھنکنگ کو ہم ختم کریں۔</w:t>
      </w:r>
    </w:p>
    <w:p>
      <w:r>
        <w:rPr>
          <w:b/>
        </w:rPr>
        <w:t xml:space="preserve">[24:38] </w:t>
      </w:r>
      <w:r>
        <w:t>negative thinking ko hum khatam karen, yani doosron ki shikayat, doosre ki complain, doosre ke bare mein protest ke doosre hamare reservation, doosre hamare hamari right liye hue hain, hum ko, hum ko hamare sath galat sulook karte hain waghera.</w:t>
      </w:r>
    </w:p>
    <w:p>
      <w:pPr>
        <w:jc w:val="right"/>
      </w:pPr>
      <w:r>
        <w:t>نیگیٹیو تھنکنگ کو ہم ختم کریں، یعنی دوسروں کی شکایت، دوسرے کی کمپلین، دوسرے کے بارے میں پروٹیسٹ کہ دوسرے ہمارے ریزرویشن، دوسرے ہمارے ہماری رائٹ لیے ہوئے ہیں، ہم کو، ہم کو ہمارے ساتھ غلط سلوک کرتے ہیں وغیرہ۔</w:t>
      </w:r>
    </w:p>
    <w:p>
      <w:r>
        <w:rPr>
          <w:b/>
        </w:rPr>
        <w:t xml:space="preserve">[24:55] </w:t>
      </w:r>
      <w:r>
        <w:t>jab tak dekhiye,</w:t>
      </w:r>
    </w:p>
    <w:p>
      <w:pPr>
        <w:jc w:val="right"/>
      </w:pPr>
      <w:r>
        <w:t>جب تک دیکھیے،</w:t>
      </w:r>
    </w:p>
    <w:p>
      <w:r>
        <w:rPr>
          <w:b/>
        </w:rPr>
        <w:t xml:space="preserve">[24:57] </w:t>
      </w:r>
      <w:r>
        <w:t>negative thinking khatam nahi hoti, tab tak positive planning nahi ho sakti hai.</w:t>
      </w:r>
    </w:p>
    <w:p>
      <w:pPr>
        <w:jc w:val="right"/>
      </w:pPr>
      <w:r>
        <w:t>نیگیٹیو تھنکنگ ختم نہیں ہوتی، تب تک پازیٹیو پلاننگ نہیں ہو سکتی ہے۔</w:t>
      </w:r>
    </w:p>
    <w:p>
      <w:r>
        <w:rPr>
          <w:b/>
        </w:rPr>
        <w:t xml:space="preserve">[25:04] </w:t>
      </w:r>
      <w:r>
        <w:t>positive planning begins from yahan se khatam hoti hai, yahan se shuru hoti hai. positive planning jo hai, wo shuru hoti hai kahan se? negative thinking ko khatam karne se.</w:t>
      </w:r>
    </w:p>
    <w:p>
      <w:pPr>
        <w:jc w:val="right"/>
      </w:pPr>
      <w:r>
        <w:t>پازیٹیو پلاننگ بگنز فرام یہاں سے ختم ہوتی ہے، یہاں سے شروع ہوتی ہے۔ پازیٹیو پلاننگ جو ہے، وہ شروع ہوتی ہے کہاں سے؟ نیگیٹیو تھنکنگ کو ختم کرنے سے۔</w:t>
      </w:r>
    </w:p>
    <w:p>
      <w:r>
        <w:rPr>
          <w:b/>
        </w:rPr>
        <w:t xml:space="preserve">[25:16] </w:t>
      </w:r>
      <w:r>
        <w:t>rasool Allah ke paas ek aadmi aya, us ne kaha ke mujhe koi aisi cheez bataiye jo bohat hi zyada جامع ho.</w:t>
      </w:r>
    </w:p>
    <w:p>
      <w:pPr>
        <w:jc w:val="right"/>
      </w:pPr>
      <w:r>
        <w:t>رسول اللہ کے پاس ایک آدمی آیا، اس نے کہا کہ مجھے کوئی ایسی چیز بتائیے جو بہت ہی زیادہ جامع ہو۔</w:t>
      </w:r>
    </w:p>
    <w:p>
      <w:r>
        <w:rPr>
          <w:b/>
        </w:rPr>
        <w:t xml:space="preserve">[25:27] </w:t>
      </w:r>
      <w:r>
        <w:t>"Givo me a master advice by which i may be able to manage all the fears of my life". aap ne kaha ke "La taghzab", ghussa na karo.</w:t>
      </w:r>
    </w:p>
    <w:p>
      <w:pPr>
        <w:jc w:val="right"/>
      </w:pPr>
      <w:r>
        <w:t>"گیو می ا ماسٹر ایڈوائس بائے وچ ائی می بی ایبل ٹو مینج ال دا فیئرز اف مائی لائف"۔ آپ نے کہا کہ "لا تغضب"، غصہ نہ کرو۔</w:t>
      </w:r>
    </w:p>
    <w:p>
      <w:r>
        <w:rPr>
          <w:b/>
        </w:rPr>
        <w:t xml:space="preserve">[25:39] </w:t>
      </w:r>
      <w:r>
        <w:t>dekhiye, ghussa na karo ka matlab kya hai?</w:t>
      </w:r>
    </w:p>
    <w:p>
      <w:pPr>
        <w:jc w:val="right"/>
      </w:pPr>
      <w:r>
        <w:t>دیکھیے، غصہ نہ کرو کا مطلب کیا ہے؟</w:t>
      </w:r>
    </w:p>
    <w:p>
      <w:r>
        <w:rPr>
          <w:b/>
        </w:rPr>
        <w:t xml:space="preserve">[25:45] </w:t>
      </w:r>
      <w:r>
        <w:t>ghussa ka matlab yeh hai ke ke negative, ek negative attitude chhod do. ghussa kya hai? ghussa yeh hai negative reaction.</w:t>
      </w:r>
    </w:p>
    <w:p>
      <w:pPr>
        <w:jc w:val="right"/>
      </w:pPr>
      <w:r>
        <w:t>غصہ کا مطلب یہ ہے کہ کہ نیگیٹیو، ایک نیگیٹیو ایٹیٹیوڈ چھوڑ دو۔ غصہ کیا ہے؟ غصہ یہ ہے نیگیٹیو ری ایکشن۔</w:t>
      </w:r>
    </w:p>
    <w:p>
      <w:r>
        <w:rPr>
          <w:b/>
        </w:rPr>
        <w:t xml:space="preserve">[25:57] </w:t>
      </w:r>
      <w:r>
        <w:t>kisi ne aap ko provoke kiya, kisi ne aap ko bharkaya, aap ghussa ho gaye. is ka matlab kya tha?</w:t>
      </w:r>
    </w:p>
    <w:p>
      <w:pPr>
        <w:jc w:val="right"/>
      </w:pPr>
      <w:r>
        <w:t>کسی نے آپ کو پرووک کیا، کسی نے آپ کو بھڑکایا، آپ غصہ ہو گئے۔ اس کا مطلب کیا تھا؟</w:t>
      </w:r>
    </w:p>
    <w:p>
      <w:r>
        <w:rPr>
          <w:b/>
        </w:rPr>
        <w:t xml:space="preserve">[26:05] </w:t>
      </w:r>
      <w:r>
        <w:t>aap ne negative response diya is situation ka jo create hui thi. is ka matlab yeh hua ke "avoid negative response to provocative situations".</w:t>
      </w:r>
    </w:p>
    <w:p>
      <w:pPr>
        <w:jc w:val="right"/>
      </w:pPr>
      <w:r>
        <w:t>آپ نے نیگیٹیو رسپانس دیا اس سچویشن کا جو کریٹ ہوئی تھی۔ اس کا مطلب یہ ہوا کہ "اوائیڈ نیگیٹیو رسپانس ٹو پرووکیٹیو سچویشنز"۔</w:t>
      </w:r>
    </w:p>
    <w:p>
      <w:r>
        <w:rPr>
          <w:b/>
        </w:rPr>
        <w:t xml:space="preserve">[26:20] </w:t>
      </w:r>
      <w:r>
        <w:t>hum ko family mein, samaj mein,</w:t>
      </w:r>
    </w:p>
    <w:p>
      <w:pPr>
        <w:jc w:val="right"/>
      </w:pPr>
      <w:r>
        <w:t>ہم کو فیملی میں، سماج میں،</w:t>
      </w:r>
    </w:p>
    <w:p>
      <w:r>
        <w:rPr>
          <w:b/>
        </w:rPr>
        <w:t xml:space="preserve">[26:24] </w:t>
      </w:r>
      <w:r>
        <w:t>har jagah aisa hota hai ke baar baar koi na koi soorat-e-haal paida hoti hai jo hamein pasand na ho. koi shadi karta hai, ek ek shadiyan hoti hain aur talaq ho jati hai.</w:t>
      </w:r>
    </w:p>
    <w:p>
      <w:pPr>
        <w:jc w:val="right"/>
      </w:pPr>
      <w:r>
        <w:t>ہر جگہ ایسا ہوتا ہے کہ بار بار کوئی نہ کوئی صورتحال پیدا ہوتی ہے جو ہمیں پسند نہ ہو۔ کوئی شادی کرتا ہے، ایک ایک شادیاں ہوتی ہیں اور طلاق ہو جاتی ہے۔</w:t>
      </w:r>
    </w:p>
    <w:p>
      <w:r>
        <w:rPr>
          <w:b/>
        </w:rPr>
        <w:t xml:space="preserve">[26:35] </w:t>
      </w:r>
      <w:r>
        <w:t>kyun? aaj kal aap dekhte hain, bohat talaqen ho rahi hain. is ki wajah yeh hoti hai</w:t>
      </w:r>
    </w:p>
    <w:p>
      <w:pPr>
        <w:jc w:val="right"/>
      </w:pPr>
      <w:r>
        <w:t>کیوں؟ آج کل آپ دیکھتے ہیں، بہت طلاقیں ہو رہی ہیں۔ اس کی وجہ یہ ہوتی ہے</w:t>
      </w:r>
    </w:p>
    <w:p>
      <w:r>
        <w:rPr>
          <w:b/>
        </w:rPr>
        <w:t xml:space="preserve">[26:41] </w:t>
      </w:r>
      <w:r>
        <w:t>ke ghussa ho gaya ek ek baat par. to "you have to learn the art of anger management". "la taghzab" ka matlab kya hai?</w:t>
      </w:r>
    </w:p>
    <w:p>
      <w:pPr>
        <w:jc w:val="right"/>
      </w:pPr>
      <w:r>
        <w:t>کہ غصہ ہو گیا ایک ایک بات پر۔ تو "یو ہیو ٹو لرن دا آرٹ آف اینگر مینجمنٹ"۔ "لا تغضب" کا مطلب کیا ہے؟</w:t>
      </w:r>
    </w:p>
    <w:p>
      <w:r>
        <w:rPr>
          <w:b/>
        </w:rPr>
        <w:t xml:space="preserve">[26:51] </w:t>
      </w:r>
      <w:r>
        <w:t>"you have to know the art of anger management". ghussa aaye, us ko manage karo.</w:t>
      </w:r>
    </w:p>
    <w:p>
      <w:pPr>
        <w:jc w:val="right"/>
      </w:pPr>
      <w:r>
        <w:t>"یو ہیو ٹو نو دا آرٹ آف اینگر مینجمنٹ"۔ غصہ آئے، اس کو مینج کرو۔</w:t>
      </w:r>
    </w:p>
    <w:p>
      <w:r>
        <w:rPr>
          <w:b/>
        </w:rPr>
        <w:t xml:space="preserve">[26:59] </w:t>
      </w:r>
      <w:r>
        <w:t>yeh nahi ke ghussa aaye to bhadak utho, socho. dekhiye, mera tajurba kya hai? mera tajurba yeh hai ke jab aap ko koi ghussa dilata hai to 30 second ka maamla hota hai.</w:t>
      </w:r>
    </w:p>
    <w:p>
      <w:pPr>
        <w:jc w:val="right"/>
      </w:pPr>
      <w:r>
        <w:t>یہ نہیں کہ غصہ آئے تو بھڑک اٹھو، سوچو۔ دیکھیے، میرا تجربہ کیا ہے؟ میرا تجربہ یہ ہے کہ جب آپ کو کوئی غصہ دلاتا ہے تو 30 سیکنڈ کا معاملہ ہوتا ہے۔</w:t>
      </w:r>
    </w:p>
    <w:p>
      <w:r>
        <w:rPr>
          <w:b/>
        </w:rPr>
        <w:t xml:space="preserve">[27:13] </w:t>
      </w:r>
      <w:r>
        <w:t>woh 30 second ka, jab chahein aap koi tajurba kar lijiye.</w:t>
      </w:r>
    </w:p>
    <w:p>
      <w:pPr>
        <w:jc w:val="right"/>
      </w:pPr>
      <w:r>
        <w:t>وہ 30 سیکنڈ کا، جب چاہیں آپ کوئی تجربہ کر لیجئے۔</w:t>
      </w:r>
    </w:p>
    <w:p>
      <w:r>
        <w:rPr>
          <w:b/>
        </w:rPr>
        <w:t xml:space="preserve">[27:20] </w:t>
      </w:r>
      <w:r>
        <w:t>30 second. woh kya? ghussa aaya to main kya karoon? 30 second mein chup rahoon bas, aur sirf Khuda se dua karoon.</w:t>
      </w:r>
    </w:p>
    <w:p>
      <w:pPr>
        <w:jc w:val="right"/>
      </w:pPr>
      <w:r>
        <w:t>30 سیکنڈ۔ وہ کیا؟ غصہ آیا تو میں کیا کروں؟ 30 سیکنڈ میں چپ رہوں بس، اور صرف خدا سے دعا کروں۔</w:t>
      </w:r>
    </w:p>
    <w:p>
      <w:r>
        <w:rPr>
          <w:b/>
        </w:rPr>
        <w:t xml:space="preserve">[27:29] </w:t>
      </w:r>
      <w:r>
        <w:t>30 second. to jo psychological process hai hamare mind mein, woh yeh hai ke ghussa aaya to</w:t>
      </w:r>
    </w:p>
    <w:p>
      <w:pPr>
        <w:jc w:val="right"/>
      </w:pPr>
      <w:r>
        <w:t>30 سیکنڈ۔ تو جو سائیکلوجیکل پروسیس ہے ہمارے مائنڈ میں، وہ یہ ہے کہ غصہ آیا تو</w:t>
      </w:r>
    </w:p>
    <w:p>
      <w:r>
        <w:rPr>
          <w:b/>
        </w:rPr>
        <w:t xml:space="preserve">[27:38] </w:t>
      </w:r>
      <w:r>
        <w:t>ghussa jayega bhadakne ki taraf. 30 second agar aap chup reh gaye to phir lote ga woh ulti taraf. dheere dheere dheere dheere khatm ho jayega.</w:t>
      </w:r>
    </w:p>
    <w:p>
      <w:pPr>
        <w:jc w:val="right"/>
      </w:pPr>
      <w:r>
        <w:t>غصہ جائے گا بھڑکنے کی طرف۔ 30 سیکنڈ اگر آپ چپ رہ گئے تو پھر لوٹے گا وہ الٹی طرف۔ دھیرے دھیرے دھیرے دھیرے ختم ہو جائے گا۔</w:t>
      </w:r>
    </w:p>
    <w:p>
      <w:r>
        <w:rPr>
          <w:b/>
        </w:rPr>
        <w:t xml:space="preserve">[27:50] </w:t>
      </w:r>
      <w:r>
        <w:t>to jitni talaqen hoti hain, talaq, talaq, talaq karte hain log, phir is mein sharminda hote hain.</w:t>
      </w:r>
    </w:p>
    <w:p>
      <w:pPr>
        <w:jc w:val="right"/>
      </w:pPr>
      <w:r>
        <w:t>تو جتنی طلاقیں ہوتی ہیں، طلاق، طلاق، طلاق کرتے ہیں لوگ، پھر اس میں شرمندہ ہوتے ہیں۔</w:t>
      </w:r>
    </w:p>
    <w:p>
      <w:r>
        <w:rPr>
          <w:b/>
        </w:rPr>
        <w:t xml:space="preserve">[27:56] </w:t>
      </w:r>
      <w:r>
        <w:t>agar 30 second woh chup rahe hain, sirf 30 second, to kabhi koi talaq na ho. yeh mera baar baar ka tajurba hai ke main 30 second chup reh kar ke Khuda se dua karta hoon, aur 30 second ke baad woh reverse hone lagta hai process.</w:t>
      </w:r>
    </w:p>
    <w:p>
      <w:pPr>
        <w:jc w:val="right"/>
      </w:pPr>
      <w:r>
        <w:t>اگر 30 سیکنڈ وہ چپ رہے ہیں، صرف 30 سیکنڈ، تو کبھی کوئی طلاق نہ ہو۔ یہ میرا بار بار کا تجربہ ہے کہ میں 30 سیکنڈ چپ رہ کر کے خدا سے دعا کرتا ہوں، اور 30 سیکنڈ کے بعد وہ ریورس ہونے لگتا ہے پروسیس۔</w:t>
      </w:r>
    </w:p>
    <w:p>
      <w:r>
        <w:rPr>
          <w:b/>
        </w:rPr>
        <w:t xml:space="preserve">[28:14] </w:t>
      </w:r>
      <w:r>
        <w:t>yani anger jo hai, khatm hone lagta hai dheere dheere, bilkul phir normal ho jata hoon main. yeh matlab hai "la taghzab" ka.</w:t>
      </w:r>
    </w:p>
    <w:p>
      <w:pPr>
        <w:jc w:val="right"/>
      </w:pPr>
      <w:r>
        <w:t>یعنی اینگر جو ہے، ختم ہونے لگتا ہے دھیرے دھیرے، بالکل پھر نارمل ہو جاتا ہوں میں۔ یہ مطلب ہے "لا تغضب" کا۔</w:t>
      </w:r>
    </w:p>
    <w:p>
      <w:r>
        <w:rPr>
          <w:b/>
        </w:rPr>
        <w:t xml:space="preserve">[28:24] </w:t>
      </w:r>
      <w:r>
        <w:t>hamari society kya hai? tension mein jee rahi hai, ghusse mein jee rahi hai, negative thought mein jee rahi hai.</w:t>
      </w:r>
    </w:p>
    <w:p>
      <w:pPr>
        <w:jc w:val="right"/>
      </w:pPr>
      <w:r>
        <w:t>ہماری سوسائٹی کیا ہے؟ ٹینشن میں جی رہی ہے، غصے میں جی رہی ہے، نیگیٹیو تھاٹ میں جی رہی ہے۔</w:t>
      </w:r>
    </w:p>
    <w:p>
      <w:r>
        <w:rPr>
          <w:b/>
        </w:rPr>
        <w:t xml:space="preserve">[28:31] </w:t>
      </w:r>
      <w:r>
        <w:t>jiske paas nahi hai, woh bhi negative thought mein hai. jab hai, woh bhi negative thought mein hai.</w:t>
      </w:r>
    </w:p>
    <w:p>
      <w:pPr>
        <w:jc w:val="right"/>
      </w:pPr>
      <w:r>
        <w:t>جس کے پاس نہیں ہے، وہ بھی نیگیٹیو تھاٹ میں ہے۔ جب ہے، وہ بھی نیگیٹیو تھاٹ میں ہے۔</w:t>
      </w:r>
    </w:p>
    <w:p>
      <w:r>
        <w:rPr>
          <w:b/>
        </w:rPr>
        <w:t xml:space="preserve">[28:38] </w:t>
      </w:r>
      <w:r>
        <w:t>aap jante hain ke tension jo hai, aap ki health ke liye killer hai. killer.</w:t>
      </w:r>
    </w:p>
    <w:p>
      <w:pPr>
        <w:jc w:val="right"/>
      </w:pPr>
      <w:r>
        <w:t>آپ جانتے ہیں کہ ٹینشن جو ہے، آپ کی ہیلتھ کے لیے کلر ہے۔ کلر۔</w:t>
      </w:r>
    </w:p>
    <w:p>
      <w:r>
        <w:rPr>
          <w:b/>
        </w:rPr>
        <w:t xml:space="preserve">[28:47] </w:t>
      </w:r>
      <w:r>
        <w:t>to yeh jo formula hai, jo diya gaya hai, jo Allah taala ne diya hai, woh zindagi ko manage karne ka formula hai.</w:t>
      </w:r>
    </w:p>
    <w:p>
      <w:pPr>
        <w:jc w:val="right"/>
      </w:pPr>
      <w:r>
        <w:t>تو یہ جو فارمولا ہے، جو دیا گیا ہے، جو اللہ تعالی نے دیا ہے، وہ زندگی کو مینج کرنے کا فارمولا ہے۔</w:t>
      </w:r>
    </w:p>
    <w:p>
      <w:r>
        <w:rPr>
          <w:b/>
        </w:rPr>
        <w:t xml:space="preserve">[28:59] </w:t>
      </w:r>
      <w:r>
        <w:t>main samajhta hoon ke ek aspect mazhab ka ya Islam ka yeh hai ke woh aap ko</w:t>
      </w:r>
    </w:p>
    <w:p>
      <w:pPr>
        <w:jc w:val="right"/>
      </w:pPr>
      <w:r>
        <w:t>میں سمجھتا ہوں کہ ایک اسپیکٹ مذہب کا یا اسلام کا یہ ہے کہ وہ آپ کو</w:t>
      </w:r>
    </w:p>
    <w:p>
      <w:r>
        <w:rPr>
          <w:b/>
        </w:rPr>
        <w:t xml:space="preserve">[29:06] </w:t>
      </w:r>
      <w:r>
        <w:t>is qabil banata hai ke aap Allah taala ke haan us ki rehmat paayein, us ki jannat mile aap ko, us ki paradise mile aap ko. saath saath woh duniya mein bhi aap ko success ka raasta batata hai.</w:t>
      </w:r>
    </w:p>
    <w:p>
      <w:pPr>
        <w:jc w:val="right"/>
      </w:pPr>
      <w:r>
        <w:t>اس قابل بناتا ہے کہ آپ اللہ تعالی کے ہاں اس کی رحمت پائیں، اس کی جنت ملے آپ کو، اس کی پارڈائز ملے آپ کو۔ ساتھ ساتھ وہ دنیا میں بھی آپ کو سکسیس کا راستہ بتاتا ہے۔</w:t>
      </w:r>
    </w:p>
    <w:p>
      <w:r>
        <w:rPr>
          <w:b/>
        </w:rPr>
        <w:t xml:space="preserve">[29:21] </w:t>
      </w:r>
      <w:r>
        <w:t>yahan bhi,</w:t>
      </w:r>
    </w:p>
    <w:p>
      <w:pPr>
        <w:jc w:val="right"/>
      </w:pPr>
      <w:r>
        <w:t>یہاں بھی،</w:t>
      </w:r>
    </w:p>
    <w:p>
      <w:r>
        <w:rPr>
          <w:b/>
        </w:rPr>
        <w:t xml:space="preserve">[29:25] </w:t>
      </w:r>
      <w:r>
        <w:t>yahan bhi aap ko taraqqi ka raasta batata hai.</w:t>
      </w:r>
    </w:p>
    <w:p>
      <w:pPr>
        <w:jc w:val="right"/>
      </w:pPr>
      <w:r>
        <w:t>یہاں بھی آپ کو ترقی کا راستہ بتاتا ہے۔</w:t>
      </w:r>
    </w:p>
    <w:p>
      <w:r>
        <w:rPr>
          <w:b/>
        </w:rPr>
        <w:t xml:space="preserve">[29:32] </w:t>
      </w:r>
      <w:r>
        <w:t>to main samajhta hoon ke hamein chahiye ke hum isi jo surah jo padhi gayi hai, woh "last insan" isi baghair sochein to isi mein hum ko saari baat mil jati hai.</w:t>
      </w:r>
    </w:p>
    <w:p>
      <w:pPr>
        <w:jc w:val="right"/>
      </w:pPr>
      <w:r>
        <w:t>تو میں سمجھتا ہوں کہ ہمیں چاہیے کہ ہم اسی جو سورہ جو پڑھی گئی ہے، وہ "لاسٹ انسان" اسی بغیر سوچیں تو اسی میں ہم کو ساری بات مل جاتی ہے۔</w:t>
      </w:r>
    </w:p>
    <w:p>
      <w:r>
        <w:rPr>
          <w:b/>
        </w:rPr>
        <w:t xml:space="preserve">[29:45] </w:t>
      </w:r>
      <w:r>
        <w:t>isi mein hum ko sari baat mil jati hai.</w:t>
      </w:r>
    </w:p>
    <w:p>
      <w:pPr>
        <w:jc w:val="right"/>
      </w:pPr>
      <w:r>
        <w:t>اسی میں ہم کو ساری بات مل جاتی ہے۔</w:t>
      </w:r>
    </w:p>
    <w:p>
      <w:r>
        <w:rPr>
          <w:b/>
        </w:rPr>
        <w:t xml:space="preserve">[29:52] </w:t>
      </w:r>
      <w:r>
        <w:t>ab mein aik baat yeh kahoon ga ke hamari zimmedari aik to yeh hai ke hum Islam ko apnayen, sath sath kya hai?</w:t>
      </w:r>
    </w:p>
    <w:p>
      <w:pPr>
        <w:jc w:val="right"/>
      </w:pPr>
      <w:r>
        <w:t>اب میں ایک بات یہ کہوں گا کہ ہماری ذمہ داری ایک تو یہ ہے کہ ہم اسلام کو اپنائیں، ساتھ ساتھ کیا ہے؟</w:t>
      </w:r>
    </w:p>
    <w:p>
      <w:r>
        <w:rPr>
          <w:b/>
        </w:rPr>
        <w:t xml:space="preserve">[30:02] </w:t>
      </w:r>
      <w:r>
        <w:t>watabas bilhaq watabas bisabr ke is baat ko logon tak pohanchana aik hai, apnana aur doosre ke pohanchana.</w:t>
      </w:r>
    </w:p>
    <w:p>
      <w:pPr>
        <w:jc w:val="right"/>
      </w:pPr>
      <w:r>
        <w:t>وتباس بالحق وتباس بالصبر کہ اس بات کو لوگوں تک پہنچانا ایک ہے، اپنانا اور دوسرے کے پہنچانا۔</w:t>
      </w:r>
    </w:p>
    <w:p>
      <w:r>
        <w:rPr>
          <w:b/>
        </w:rPr>
        <w:t xml:space="preserve">[30:14] </w:t>
      </w:r>
      <w:r>
        <w:t>aaj Khuda ne aap dekhiye ke woh sare favorable asbab ekatha ho chuke hain jo pohanchane wale process ke liye zaroori hain.</w:t>
      </w:r>
    </w:p>
    <w:p>
      <w:pPr>
        <w:jc w:val="right"/>
      </w:pPr>
      <w:r>
        <w:t>آج خدا نے آپ دیکھیے کہ وہ سارے فیوریبل اسباب اکٹھا ہو چکے ہیں جو پہنچانے والے پروسیس کے لیے ضروری ہیں۔</w:t>
      </w:r>
    </w:p>
    <w:p>
      <w:r>
        <w:rPr>
          <w:b/>
        </w:rPr>
        <w:t xml:space="preserve">[30:25] </w:t>
      </w:r>
      <w:r>
        <w:t>misalan communication, misalan freedom, religious freedom,</w:t>
      </w:r>
    </w:p>
    <w:p>
      <w:pPr>
        <w:jc w:val="right"/>
      </w:pPr>
      <w:r>
        <w:t>مثلاً کمیونیکیشن، مثلاً فریڈم، ریلیجس فریڈم،</w:t>
      </w:r>
    </w:p>
    <w:p>
      <w:r>
        <w:rPr>
          <w:b/>
        </w:rPr>
        <w:t xml:space="preserve">[30:31] </w:t>
      </w:r>
      <w:r>
        <w:t>aur print media, electronic media, aur scientific discoveries jo Islam ke aur sachai ke favor mein jati hain.</w:t>
      </w:r>
    </w:p>
    <w:p>
      <w:pPr>
        <w:jc w:val="right"/>
      </w:pPr>
      <w:r>
        <w:t>اور پرنٹ میڈیا، الیکٹرانک میڈیا، اور سائنٹیفک ڈسکوریز جو اسلام کے اور سچائی کے فیور میں جاتی ہیں۔</w:t>
      </w:r>
    </w:p>
    <w:p>
      <w:r>
        <w:rPr>
          <w:b/>
        </w:rPr>
        <w:t xml:space="preserve">[30:42] </w:t>
      </w:r>
      <w:r>
        <w:t>jitne bhi jo nai baaten hain,</w:t>
      </w:r>
    </w:p>
    <w:p>
      <w:pPr>
        <w:jc w:val="right"/>
      </w:pPr>
      <w:r>
        <w:t>جتنے بھی جو نئی باتیں ہیں،</w:t>
      </w:r>
    </w:p>
    <w:p>
      <w:r>
        <w:rPr>
          <w:b/>
        </w:rPr>
        <w:t xml:space="preserve">[30:47] </w:t>
      </w:r>
      <w:r>
        <w:t>kai log is ko samajhte hain ke yeh dushman hain. nahi, woh hamare hamare haq mein hain, hamare haq mein hain.</w:t>
      </w:r>
    </w:p>
    <w:p>
      <w:pPr>
        <w:jc w:val="right"/>
      </w:pPr>
      <w:r>
        <w:t>کئی لوگ اس کو سمجھتے ہیں کہ یہ دشمن ہیں۔ نہیں، وہ ہمارے ہمارے حق میں ہیں، ہمارے حق میں ہیں۔</w:t>
      </w:r>
    </w:p>
    <w:p>
      <w:r>
        <w:rPr>
          <w:b/>
        </w:rPr>
        <w:t xml:space="preserve">[30:57] </w:t>
      </w:r>
      <w:r>
        <w:t>un ko avail kijiye aap. log chounke tension mein jeete hain, ghusse mein jeete hain, is liye woh opportunity ko samajh nahi paate ke kya kya opportunity hamare liye khuli hai, kya kya opportunity hamare liye nai aai hai.</w:t>
      </w:r>
    </w:p>
    <w:p>
      <w:pPr>
        <w:jc w:val="right"/>
      </w:pPr>
      <w:r>
        <w:t>ان کو اویل کیجئے آپ۔ لوگ چونکہ ٹینشن میں جیتے ہیں، غصے میں جیتے ہیں، اس لیے وہ اپرچونیٹی کو سمجھ نہیں پاتے کہ کیا کیا اپرچونیٹی ہمارے لیے کھلی ہے، کیا کیا اپرچونیٹی ہمارے لیے نئی آئی ہے۔</w:t>
      </w:r>
    </w:p>
    <w:p>
      <w:r>
        <w:rPr>
          <w:b/>
        </w:rPr>
        <w:t xml:space="preserve">[31:14] </w:t>
      </w:r>
      <w:r>
        <w:t>is ko samajhne ki zaroorat hai. jaise ke mein wahan par gaya, Bhopal University mein, wahan par meri taqreer thi university mein Islam par.</w:t>
      </w:r>
    </w:p>
    <w:p>
      <w:pPr>
        <w:jc w:val="right"/>
      </w:pPr>
      <w:r>
        <w:t>اس کو سمجھنے کی ضرورت ہے۔ جیسے کہ میں وہاں پر گیا، بھوپال یونیورسٹی میں، وہاں پر میری تقریر تھی یونیورسٹی میں اسلام پر۔</w:t>
      </w:r>
    </w:p>
    <w:p>
      <w:r>
        <w:rPr>
          <w:b/>
        </w:rPr>
        <w:t xml:space="preserve">[31:27] </w:t>
      </w:r>
      <w:r>
        <w:t>to mein ne bataya woh jo ayat hai Quran mein</w:t>
      </w:r>
    </w:p>
    <w:p>
      <w:pPr>
        <w:jc w:val="right"/>
      </w:pPr>
      <w:r>
        <w:t>تو میں نے بتایا وہ جو آیت ہے قرآن میں</w:t>
      </w:r>
    </w:p>
    <w:p>
      <w:r>
        <w:rPr>
          <w:b/>
        </w:rPr>
        <w:t xml:space="preserve">[31:32] </w:t>
      </w:r>
      <w:r>
        <w:t>ke wa ma arsalnaka illa rahmatan lil alameen ke Rasool Allah ko bheja hum ne is liye rehmat bana kar ke.</w:t>
      </w:r>
    </w:p>
    <w:p>
      <w:pPr>
        <w:jc w:val="right"/>
      </w:pPr>
      <w:r>
        <w:t>کہ وما أرسلناك إلا رحمة للعالمين کہ رسول اللہ کو بھیجا ہم نے اس لیے رحمت بنا کر کے۔</w:t>
      </w:r>
    </w:p>
    <w:p>
      <w:r>
        <w:rPr>
          <w:b/>
        </w:rPr>
        <w:t xml:space="preserve">[31:41] </w:t>
      </w:r>
      <w:r>
        <w:t>to mein ne kaha ke Islam rehmat culture ko promote karta hai, rehmat culture, aik friendly behavior.</w:t>
      </w:r>
    </w:p>
    <w:p>
      <w:pPr>
        <w:jc w:val="right"/>
      </w:pPr>
      <w:r>
        <w:t>تو میں نے کہا کہ اسلام رحمت کلچر کو پروموٹ کرتا ہے، رحمت کلچر، ایک فرینڈلی بیہیویئر۔</w:t>
      </w:r>
    </w:p>
    <w:p>
      <w:r>
        <w:rPr>
          <w:b/>
        </w:rPr>
        <w:t xml:space="preserve">[31:52] </w:t>
      </w:r>
      <w:r>
        <w:t>to meri taqreer ke baad aik professor khare hue, unhone kaha ke "If this is Islam, then where is the problem?</w:t>
      </w:r>
    </w:p>
    <w:p>
      <w:pPr>
        <w:jc w:val="right"/>
      </w:pPr>
      <w:r>
        <w:t>تو میری تقریر کے بعد ایک پروفیسر کھڑے ہوئے، انہوں نے کہا کہ "If this is Islam, then where is the problem?</w:t>
      </w:r>
    </w:p>
    <w:p>
      <w:r>
        <w:rPr>
          <w:b/>
        </w:rPr>
        <w:t xml:space="preserve">[32:02] </w:t>
      </w:r>
      <w:r>
        <w:t>If this is Islam, then where is the problem?" aap sochen ke kitna zabardast mawaqe khule hain is zamane mein.</w:t>
      </w:r>
    </w:p>
    <w:p>
      <w:pPr>
        <w:jc w:val="right"/>
      </w:pPr>
      <w:r>
        <w:t>If this is Islam, then where is the problem?" آپ سوچیں کہ کتنا زبردست مواقع کھلے ہیں اس زمانے میں۔</w:t>
      </w:r>
    </w:p>
    <w:p>
      <w:r>
        <w:rPr>
          <w:b/>
        </w:rPr>
        <w:t xml:space="preserve">[32:13] </w:t>
      </w:r>
      <w:r>
        <w:t>pehlay zamane mein aap jante hain ke Surah Buruj mein parhiye, Quran ki Surah Buruj mein ke yeh kehne par aadmi ko gardan mar di jati thi ke Khuda aik hai.</w:t>
      </w:r>
    </w:p>
    <w:p>
      <w:pPr>
        <w:jc w:val="right"/>
      </w:pPr>
      <w:r>
        <w:t>پہلے زمانے میں آپ جانتے ہیں کہ سورہ بروج میں پڑھیے، قرآن کی سورہ بروج میں کہ یہ کہنے پر آدمی کو گردن مار دی جاتی تھی کہ خدا ایک ہے۔</w:t>
      </w:r>
    </w:p>
    <w:p>
      <w:r>
        <w:rPr>
          <w:b/>
        </w:rPr>
        <w:t xml:space="preserve">[32:27] </w:t>
      </w:r>
      <w:r>
        <w:t>wa ma naqama minhum illa billahi al-azeezi al-hameed</w:t>
      </w:r>
    </w:p>
    <w:p>
      <w:pPr>
        <w:jc w:val="right"/>
      </w:pPr>
      <w:r>
        <w:t>وما نقم منہم إلا باللہ العزیز الحمید</w:t>
      </w:r>
    </w:p>
    <w:p>
      <w:r>
        <w:rPr>
          <w:b/>
        </w:rPr>
        <w:t xml:space="preserve">[32:32] </w:t>
      </w:r>
      <w:r>
        <w:t>woh tha religious persecution ka zamana, jabar ka zamana. aaj kya hai? aaj religious freedom ka zamana hai. aaj koi nahi pakadta aap ko.</w:t>
      </w:r>
    </w:p>
    <w:p>
      <w:pPr>
        <w:jc w:val="right"/>
      </w:pPr>
      <w:r>
        <w:t>وہ تھا ریلیجس پرسیکیوشن کا زمانہ، جبر کا زمانہ۔ آج کیا ہے؟ آج ریلیجس فریڈم کا زمانہ ہے۔ آج کوئی نہیں پکڑتا آپ کو۔</w:t>
      </w:r>
    </w:p>
    <w:p>
      <w:r>
        <w:rPr>
          <w:b/>
        </w:rPr>
        <w:t xml:space="preserve">[32:44] </w:t>
      </w:r>
      <w:r>
        <w:t>aik bohat bari baat jis ko hamein samajhna chahiye, woh yeh hai ke aaj ka jo modern jo</w:t>
      </w:r>
    </w:p>
    <w:p>
      <w:pPr>
        <w:jc w:val="right"/>
      </w:pPr>
      <w:r>
        <w:t>ایک بہت بڑی بات جس کو ہمیں سمجھنا چاہیے، وہ یہ ہے کہ آج کا جو ماڈرن جو</w:t>
      </w:r>
    </w:p>
    <w:p>
      <w:r>
        <w:rPr>
          <w:b/>
        </w:rPr>
        <w:t xml:space="preserve">[32:50] </w:t>
      </w:r>
      <w:r>
        <w:t>thought hai, jo modern culture hai, is mein sirf aik cheez aisi hai jis ko ke woh tolerate nahi kar sakte.</w:t>
      </w:r>
    </w:p>
    <w:p>
      <w:pPr>
        <w:jc w:val="right"/>
      </w:pPr>
      <w:r>
        <w:t>تھاٹ ہے، جو ماڈرن کلچر ہے، اس میں صرف ایک چیز ایسی ہے جس کو کہ وہ ٹالریٹ نہیں کر سکتے۔</w:t>
      </w:r>
    </w:p>
    <w:p>
      <w:r>
        <w:rPr>
          <w:b/>
        </w:rPr>
        <w:t xml:space="preserve">[32:59] </w:t>
      </w:r>
      <w:r>
        <w:t>woh log, woh hai violence. violence, violence ke siwa har cheez un ke andar tolerable hai.</w:t>
      </w:r>
    </w:p>
    <w:p>
      <w:pPr>
        <w:jc w:val="right"/>
      </w:pPr>
      <w:r>
        <w:t>وہ لوگ، وہ ہے وائلنس۔ وائلنس، وائلنس کے سوا ہر چیز ان کے اندر ٹالریبل ہے۔</w:t>
      </w:r>
    </w:p>
    <w:p>
      <w:r>
        <w:rPr>
          <w:b/>
        </w:rPr>
        <w:t xml:space="preserve">[33:10] </w:t>
      </w:r>
      <w:r>
        <w:t>yeh bohat bari baat hai, is ko samajhna chahiye ke aaj ka jo modern culture hai, woh sirf aik cheez ko tolerate nahi kar sakta, woh hai violence, tashaddud.</w:t>
      </w:r>
    </w:p>
    <w:p>
      <w:pPr>
        <w:jc w:val="right"/>
      </w:pPr>
      <w:r>
        <w:t>یہ بہت بڑی بات ہے، اس کو سمجھنا چاہیے کہ آج کا جو ماڈرن کلچر ہے، وہ صرف ایک چیز کو ٹالریٹ نہیں کر سکتا، وہ ہے وائلنس، تشدد۔</w:t>
      </w:r>
    </w:p>
    <w:p>
      <w:r>
        <w:rPr>
          <w:b/>
        </w:rPr>
        <w:t xml:space="preserve">[33:23] </w:t>
      </w:r>
      <w:r>
        <w:t>baqi aap jo chahen kijiye. total freedom aap ko mili hui hai. freedom. mein ne America mein dekha ke wahan par aik group hai</w:t>
      </w:r>
    </w:p>
    <w:p>
      <w:pPr>
        <w:jc w:val="right"/>
      </w:pPr>
      <w:r>
        <w:t>باقی آپ جو چاہیں کیجئے۔ ٹوٹل فریڈم آپ کو ملی ہوئی ہے۔ فریڈم۔ میں نے امریکہ میں دیکھا کہ وہاں پر ایک گروپ ہے</w:t>
      </w:r>
    </w:p>
    <w:p>
      <w:r>
        <w:rPr>
          <w:b/>
        </w:rPr>
        <w:t xml:space="preserve">[33:32] </w:t>
      </w:r>
      <w:r>
        <w:t>jo khullam khulla kehta hai ke America mein hum khilafat qaim karenge. woh kehta hai ke California kya hai? yeh to California hai.</w:t>
      </w:r>
    </w:p>
    <w:p>
      <w:pPr>
        <w:jc w:val="right"/>
      </w:pPr>
      <w:r>
        <w:t>جو کھلم کھلا کہتا ہے کہ امریکہ میں ہم خلافت قائم کریں گے۔ وہ کہتا ہے کہ کیلیفورنیا کیا ہے؟ یہ تو کیلیفورنیا ہے۔</w:t>
      </w:r>
    </w:p>
    <w:p>
      <w:r>
        <w:rPr>
          <w:b/>
        </w:rPr>
        <w:t xml:space="preserve">[33:43] </w:t>
      </w:r>
      <w:r>
        <w:t>California nahi, woh California hai. yani khilafat ka se jorte hain is ko. phir bhi un ko azadi hai, koi pakad dhakad nahi hai un ki.</w:t>
      </w:r>
    </w:p>
    <w:p>
      <w:pPr>
        <w:jc w:val="right"/>
      </w:pPr>
      <w:r>
        <w:t>کیلیفورنیا نہیں، وہ کیلیفورنیا ہے۔ یعنی خلافت کا سے جوڑتے ہیں اس کو۔ پھر بھی ان کو آزادی ہے، کوئی پکڑ دھکڑ نہیں ہے ان کی۔</w:t>
      </w:r>
    </w:p>
    <w:p>
      <w:r>
        <w:rPr>
          <w:b/>
        </w:rPr>
        <w:t xml:space="preserve">[33:55] </w:t>
      </w:r>
      <w:r>
        <w:t>aaj ke zamane ki is baat ko samjhiye ke aaj ke zamane mein sab kuch aap kar sakte hain. total freedom aap ko mila hua hai, lekin violence mat kijiye.</w:t>
      </w:r>
    </w:p>
    <w:p>
      <w:pPr>
        <w:jc w:val="right"/>
      </w:pPr>
      <w:r>
        <w:t>آج کے زمانے کی اس بات کو سمجھئے کہ آج کے زمانے میں سب کچھ آپ کر سکتے ہیں۔ ٹوٹل فریڈم آپ کو ملا ہوا ہے، لیکن وائلنس مت کیجئے۔</w:t>
      </w:r>
    </w:p>
    <w:p>
      <w:r>
        <w:rPr>
          <w:b/>
        </w:rPr>
        <w:t xml:space="preserve">[34:07] </w:t>
      </w:r>
      <w:r>
        <w:t>bas.</w:t>
      </w:r>
    </w:p>
    <w:p>
      <w:pPr>
        <w:jc w:val="right"/>
      </w:pPr>
      <w:r>
        <w:t>بس۔</w:t>
      </w:r>
    </w:p>
    <w:p>
      <w:r>
        <w:rPr>
          <w:b/>
        </w:rPr>
        <w:t xml:space="preserve">[34:10] </w:t>
      </w:r>
      <w:r>
        <w:t>aaj ke zamane ko bahut achhi tarah batata hai ek america ka ek latifa. jab america aazad hua</w:t>
      </w:r>
    </w:p>
    <w:p>
      <w:pPr>
        <w:jc w:val="right"/>
      </w:pPr>
      <w:r>
        <w:t>آج کے زمانے کو بہت اچھی طرح بتاتا ہے ایک امریکہ کا ایک لطیفہ۔ جب امریکہ آزاد ہوا</w:t>
      </w:r>
    </w:p>
    <w:p>
      <w:r>
        <w:rPr>
          <w:b/>
        </w:rPr>
        <w:t xml:space="preserve">[34:17] </w:t>
      </w:r>
      <w:r>
        <w:t>to ek aadmi nikla road par, aise haath chalate hue ja raha tha to uska uske haath jo the, kisi ke naak se lag gaya.</w:t>
      </w:r>
    </w:p>
    <w:p>
      <w:pPr>
        <w:jc w:val="right"/>
      </w:pPr>
      <w:r>
        <w:t>تو ایک آدمی نکلا روڈ پر، ایسے ہاتھ چلاتے ہوئے جا رہا تھا تو اس کا اس کے ہاتھ جو تھے، کسی کے ناک سے لگ گیا۔</w:t>
      </w:r>
    </w:p>
    <w:p>
      <w:r>
        <w:rPr>
          <w:b/>
        </w:rPr>
        <w:t xml:space="preserve">[34:27] </w:t>
      </w:r>
      <w:r>
        <w:t>to usne kaha ke "What is this nonsense</w:t>
      </w:r>
    </w:p>
    <w:p>
      <w:pPr>
        <w:jc w:val="right"/>
      </w:pPr>
      <w:r>
        <w:t>تو اس نے کہا کہ "What is this nonsense</w:t>
      </w:r>
    </w:p>
    <w:p>
      <w:r>
        <w:rPr>
          <w:b/>
        </w:rPr>
        <w:t xml:space="preserve">[34:30] </w:t>
      </w:r>
      <w:r>
        <w:t>? Why you hit my nose?" usne kaha ke aaj mein aazad hoon, aazad hoon, mein jo chahoon karoon.</w:t>
      </w:r>
    </w:p>
    <w:p>
      <w:pPr>
        <w:jc w:val="right"/>
      </w:pPr>
      <w:r>
        <w:t>? Why you hit my nose?" اس نے کہا کہ آج میں آزاد ہوں، آزاد ہوں، میں جو چاہوں کروں۔</w:t>
      </w:r>
    </w:p>
    <w:p>
      <w:r>
        <w:rPr>
          <w:b/>
        </w:rPr>
        <w:t xml:space="preserve">[34:39] </w:t>
      </w:r>
      <w:r>
        <w:t>to us aadmi ne kaha ke theek hai, aap aazad hain, lekin "But your freedom ends where my nose begins." "But your freedom ends where my nose begins."</w:t>
      </w:r>
    </w:p>
    <w:p>
      <w:pPr>
        <w:jc w:val="right"/>
      </w:pPr>
      <w:r>
        <w:t>تو اس آدمی نے کہا کہ ٹھیک ہے، آپ آزاد ہیں، لیکن "But your freedom ends where my nose begins." "But your freedom ends where my nose begins."</w:t>
      </w:r>
    </w:p>
    <w:p>
      <w:r>
        <w:rPr>
          <w:b/>
        </w:rPr>
        <w:t xml:space="preserve">[34:56] </w:t>
      </w:r>
      <w:r>
        <w:t>aap kisi ki nose ko touch na kijiye, is ke baad aap total freedom hai, us ko enjoy kijiye. aap aaj kal jagah jagah jo violence karne lagte hain log, woh is ki wajah se apne aap ko ek</w:t>
      </w:r>
    </w:p>
    <w:p>
      <w:pPr>
        <w:jc w:val="right"/>
      </w:pPr>
      <w:r>
        <w:t>آپ کسی کی نوز کو ٹچ نہ کیجئے، اس کے بعد آپ ٹوٹل فریڈم ہے، اس کو انجوائے کیجئے۔ آپ آج کل جگہ جگہ جو وائلنس کرنے لگتے ہیں لوگ، وہ اس کی وجہ سے اپنے آپ کو ایک</w:t>
      </w:r>
    </w:p>
    <w:p>
      <w:r>
        <w:rPr>
          <w:b/>
        </w:rPr>
        <w:t xml:space="preserve">[35:12] </w:t>
      </w:r>
      <w:r>
        <w:t>yaani unnecessary tor par mehroom kar lete hain un opportunities se jo mili hui hain un ko. mein poore conviction se arz kar sakta hoon ke aaj ki duniya mein total freedom har ek ke liye hai,</w:t>
      </w:r>
    </w:p>
    <w:p>
      <w:pPr>
        <w:jc w:val="right"/>
      </w:pPr>
      <w:r>
        <w:t>یعنی ان نیسیسری طور پر محروم کر لیتے ہیں ان اپرچونیٹیز سے جو ملی ہوئی ہیں ان کو۔ میں پورے کنوکشن سے عرض کر سکتا ہوں کہ آج کی دنیا میں ٹوٹل فریڈم ہر ایک کے لیے ہے،</w:t>
      </w:r>
    </w:p>
    <w:p>
      <w:r>
        <w:rPr>
          <w:b/>
        </w:rPr>
        <w:t xml:space="preserve">[35:28] </w:t>
      </w:r>
      <w:r>
        <w:t>har ek ke liye hai.</w:t>
      </w:r>
    </w:p>
    <w:p>
      <w:pPr>
        <w:jc w:val="right"/>
      </w:pPr>
      <w:r>
        <w:t>ہر ایک کے لیے ہے۔</w:t>
      </w:r>
    </w:p>
    <w:p>
      <w:r>
        <w:rPr>
          <w:b/>
        </w:rPr>
        <w:t xml:space="preserve">[35:30] </w:t>
      </w:r>
      <w:r>
        <w:t>kuch bhi aap kijiye, aap aazad hain. kuch bhi kijiye, aap aazad hain. aap dilli mein meri ek ek ek ek jalsa tha, sab hindu log the wahan.</w:t>
      </w:r>
    </w:p>
    <w:p>
      <w:pPr>
        <w:jc w:val="right"/>
      </w:pPr>
      <w:r>
        <w:t>کچھ بھی آپ کیجئے، آپ آزاد ہیں۔ کچھ بھی کیجئے، آپ آزاد ہیں۔ آپ دلی میں میری ایک ایک ایک ایک جلسہ تھا، سب ہندو لوگ تھے وہاں۔</w:t>
      </w:r>
    </w:p>
    <w:p>
      <w:r>
        <w:rPr>
          <w:b/>
        </w:rPr>
        <w:t xml:space="preserve">[35:42] </w:t>
      </w:r>
      <w:r>
        <w:t>mix مسلمان tha, top ke hindu the, parhe likhe,</w:t>
      </w:r>
    </w:p>
    <w:p>
      <w:pPr>
        <w:jc w:val="right"/>
      </w:pPr>
      <w:r>
        <w:t>میک اپ مسلمان تھا، ٹاپ کے ہندو تھے، پڑھے لکھے،</w:t>
      </w:r>
    </w:p>
    <w:p>
      <w:r>
        <w:rPr>
          <w:b/>
        </w:rPr>
        <w:t xml:space="preserve">[35:47] </w:t>
      </w:r>
      <w:r>
        <w:t>aur gandhi ka subject tha wahan par. to maine gandhi ko criticize kiya. ek hindu majma hai, aur ek musalman ne phir gandhi jahan wahan gandhi ko criticize karta hai.</w:t>
      </w:r>
    </w:p>
    <w:p>
      <w:pPr>
        <w:jc w:val="right"/>
      </w:pPr>
      <w:r>
        <w:t>اور گاندھی کا سبجیکٹ تھا وہاں پر۔ تو میں نے گاندھی کو کریٹیسائز کیا۔ ایک ہندو مجمع ہے، اور ایک مسلمان نے پھر گاندھی جہاں وہاں گاندھی کو کریٹیسائز کرتا ہے۔</w:t>
      </w:r>
    </w:p>
    <w:p>
      <w:r>
        <w:rPr>
          <w:b/>
        </w:rPr>
        <w:t xml:space="preserve">[36:02] </w:t>
      </w:r>
      <w:r>
        <w:t>sab logon ne suna.</w:t>
      </w:r>
    </w:p>
    <w:p>
      <w:pPr>
        <w:jc w:val="right"/>
      </w:pPr>
      <w:r>
        <w:t>سب لوگوں نے سنا۔</w:t>
      </w:r>
    </w:p>
    <w:p>
      <w:r>
        <w:rPr>
          <w:b/>
        </w:rPr>
        <w:t xml:space="preserve">[36:05] </w:t>
      </w:r>
      <w:r>
        <w:t>ek aadmi sirf the, ek professor kumar. unhone kaha ke aap gandhi ko tanqeed karte hain, gandhi ko criticize karte hain. aap ne kaha: "I love gandhi, but I love India more than gandhi." aur bas, sab log chup ho gaye.</w:t>
      </w:r>
    </w:p>
    <w:p>
      <w:pPr>
        <w:jc w:val="right"/>
      </w:pPr>
      <w:r>
        <w:t>ایک آدمی صرف تھے، ایک پروفیسر کمار۔ انہوں نے کہا کہ آپ گاندھی کو تنقید کرتے ہیں، گاندھی کو کریٹیسائز کرتے ہیں۔ آپ نے کہا: "آئی لو گاندھی، بٹ آئی لو انڈیا مور دین گاندھی۔" اور بس، سب لوگ چپ ہو گئے۔</w:t>
      </w:r>
    </w:p>
    <w:p>
      <w:r>
        <w:rPr>
          <w:b/>
        </w:rPr>
        <w:t xml:space="preserve">[36:23] </w:t>
      </w:r>
      <w:r>
        <w:t>kisi ne meri pakad dhakad nahi ki. yeh hai modern culture. jab tak aap violence nahi karenge, poori aazadi aap ko mili rahegi.</w:t>
      </w:r>
    </w:p>
    <w:p>
      <w:pPr>
        <w:jc w:val="right"/>
      </w:pPr>
      <w:r>
        <w:t>کسی نے میری پکڑ دھکڑ نہیں کی۔ یہ ہے ماڈرن کلچر۔ جب تک آپ وائلنس نہیں کریں گے، پوری آزادی آپ کو ملی رہے گی۔</w:t>
      </w:r>
    </w:p>
    <w:p>
      <w:r>
        <w:rPr>
          <w:b/>
        </w:rPr>
        <w:t xml:space="preserve">[36:36] </w:t>
      </w:r>
      <w:r>
        <w:t>jo chahein kijiye, business mein, industry mein, daao work mein,</w:t>
      </w:r>
    </w:p>
    <w:p>
      <w:pPr>
        <w:jc w:val="right"/>
      </w:pPr>
      <w:r>
        <w:t>جو چاہیں کیجئے، بزنس میں، انڈسٹری میں، داؤ ورک میں،</w:t>
      </w:r>
    </w:p>
    <w:p>
      <w:r>
        <w:rPr>
          <w:b/>
        </w:rPr>
        <w:t xml:space="preserve">[36:41] </w:t>
      </w:r>
      <w:r>
        <w:t>tableegh mein, aur publishing mein. jo chahein kijiye, aap koi pakad dhakad aap ki nahi hai. bas, violence se bachiye.</w:t>
      </w:r>
    </w:p>
    <w:p>
      <w:pPr>
        <w:jc w:val="right"/>
      </w:pPr>
      <w:r>
        <w:t>تبلیغ میں، اور پبلشنگ میں۔ جو چاہیں کیجئے، آپ کوئی پکڑ دھکڑ آپ کی نہیں ہے۔ بس، وائلنس سے بچیے۔</w:t>
      </w:r>
    </w:p>
    <w:p>
      <w:r>
        <w:rPr>
          <w:b/>
        </w:rPr>
        <w:t xml:space="preserve">[36:51] </w:t>
      </w:r>
      <w:r>
        <w:t>aap violence se bas ek hi nuskhah hai aaj ki duniya mein kamyabi hasil karne ka ke doosre ki nose ko aap touch na karein.</w:t>
      </w:r>
    </w:p>
    <w:p>
      <w:pPr>
        <w:jc w:val="right"/>
      </w:pPr>
      <w:r>
        <w:t>آپ وائلنس سے بس ایک ہی نسخہ ہے آج کی دنیا میں کامیابی حاصل کرنے کا کہ دوسرے کی نوز کو آپ ٹچ نہ کریں۔</w:t>
      </w:r>
    </w:p>
    <w:p>
      <w:r>
        <w:rPr>
          <w:b/>
        </w:rPr>
        <w:t xml:space="preserve">[37:00] </w:t>
      </w:r>
      <w:r>
        <w:t>bas,</w:t>
      </w:r>
    </w:p>
    <w:p>
      <w:pPr>
        <w:jc w:val="right"/>
      </w:pPr>
      <w:r>
        <w:t>بس،</w:t>
      </w:r>
    </w:p>
    <w:p>
      <w:r>
        <w:rPr>
          <w:b/>
        </w:rPr>
        <w:t xml:space="preserve">[37:02] </w:t>
      </w:r>
      <w:r>
        <w:t>phir jo chahein aap karte rahiye, koi pakad dhakad aap ki hone wali nahi hai.</w:t>
      </w:r>
    </w:p>
    <w:p>
      <w:pPr>
        <w:jc w:val="right"/>
      </w:pPr>
      <w:r>
        <w:t>پھر جو چاہیں آپ کرتے رہیے، کوئی پکڑ دھکڑ آپ کی ہونے والی نہیں ہے۔</w:t>
      </w:r>
    </w:p>
    <w:p>
      <w:r>
        <w:rPr>
          <w:b/>
        </w:rPr>
        <w:t xml:space="preserve">[37:09] </w:t>
      </w:r>
      <w:r>
        <w:t>to beharhaal, mein jahan tak samjha hoon, woh yahi hai. aur meri dua hai ke Allah taala hum ko samajh de.</w:t>
      </w:r>
    </w:p>
    <w:p>
      <w:pPr>
        <w:jc w:val="right"/>
      </w:pPr>
      <w:r>
        <w:t>تو بہرحال، میں جہاں تک سمجھا ہوں، وہ یہی ہے۔ اور میری دعا ہے کہ اللہ تعالی ہم کو سمجھ دے۔</w:t>
      </w:r>
    </w:p>
    <w:p>
      <w:r>
        <w:rPr>
          <w:b/>
        </w:rPr>
        <w:t xml:space="preserve">[37:22] </w:t>
      </w:r>
      <w:r>
        <w:t>aaj ki duniya ko hum jaanein, aaj ki duniya ki opportunities samjhein,</w:t>
      </w:r>
    </w:p>
    <w:p>
      <w:pPr>
        <w:jc w:val="right"/>
      </w:pPr>
      <w:r>
        <w:t>آج کی دنیا کو ہم جانیں، آج کی دنیا کی اپرچونیٹیز سمجھیں،</w:t>
      </w:r>
    </w:p>
    <w:p>
      <w:r>
        <w:rPr>
          <w:b/>
        </w:rPr>
        <w:t xml:space="preserve">[37:27] </w:t>
      </w:r>
      <w:r>
        <w:t>aur us ko avail karte hue zindagi ke raaston mein taraqqi hasil karein. Allah taala hamari aur aap ki madad farmaye.</w:t>
      </w:r>
    </w:p>
    <w:p>
      <w:pPr>
        <w:jc w:val="right"/>
      </w:pPr>
      <w:r>
        <w:t>اور اس کو اویل کرتے ہوئے زندگی کے راستوں میں ترقی حاصل کریں۔ اللہ تعالی ہماری اور آپ کی مدد فرمائے۔</w:t>
      </w:r>
    </w:p>
    <w:p>
      <w:r>
        <w:rPr>
          <w:b/>
        </w:rPr>
        <w:t xml:space="preserve">[37:37] </w:t>
      </w:r>
      <w:r>
        <w:t>aqool qawli haza wastaghfirullaha li walakum ajmaeen</w:t>
      </w:r>
    </w:p>
    <w:p>
      <w:pPr>
        <w:jc w:val="right"/>
      </w:pPr>
      <w:r>
        <w:t>اقول قولیھذا واستغفراللہ لی ولكم اجمعین</w:t>
      </w:r>
    </w:p>
    <w:p>
      <w:r>
        <w:rPr>
          <w:b/>
        </w:rPr>
        <w:t xml:space="preserve">[37:55] </w:t>
      </w:r>
      <w:r>
        <w:t>yahan ka majma poori tarah se mutafiq hai, aur bilkul is mein koi shaq nahi ke yeh ek cheez hai jo modern culture condemn karta hai.</w:t>
      </w:r>
    </w:p>
    <w:p>
      <w:pPr>
        <w:jc w:val="right"/>
      </w:pPr>
      <w:r>
        <w:t>یہاں کا مجمع پوری طرح سے متفق ہے، اور بالکل اس میں کوئی شک نہیں کہ یہ ایک چیز ہے جو ماڈرن کلچر کنڈیم کرتا ہے۔</w:t>
      </w:r>
    </w:p>
    <w:p>
      <w:r>
        <w:rPr>
          <w:b/>
        </w:rPr>
        <w:t xml:space="preserve">[38:07] </w:t>
      </w:r>
      <w:r>
        <w:t>lekin mushkil jo hum jo hamare samne pesh aati hai</w:t>
      </w:r>
    </w:p>
    <w:p>
      <w:pPr>
        <w:jc w:val="right"/>
      </w:pPr>
      <w:r>
        <w:t>لیکن مشکل جو ہم جو ہمارے سامنے پیش آتی ہے</w:t>
      </w:r>
    </w:p>
    <w:p>
      <w:r>
        <w:rPr>
          <w:b/>
        </w:rPr>
        <w:t xml:space="preserve">[38:13] </w:t>
      </w:r>
      <w:r>
        <w:t>ke jo bohat majority hai hamare logon mein bhi, yaani agar hum mein ek musalman ki taraf se bolta hoon to jo musalman log hain is mulk mein,</w:t>
      </w:r>
    </w:p>
    <w:p>
      <w:pPr>
        <w:jc w:val="right"/>
      </w:pPr>
      <w:r>
        <w:t>کہ جو بہت میجورٹی ہے ہمارے لوگوں میں بھی، یعنی اگر ہم میں ایک مسلمان کی طرف سے بولتا ہوں تو جو مسلمان لوگ ہیں اس ملک میں،</w:t>
      </w:r>
    </w:p>
    <w:p>
      <w:r>
        <w:rPr>
          <w:b/>
        </w:rPr>
        <w:t xml:space="preserve">[38:29] </w:t>
      </w:r>
      <w:r>
        <w:t>woh na sirf ke is baat ko ab tak qabool nahi kar paye hain, balkeh mujhe aisa ehsas hota hai ke har choti baat par jahan koi violence ki zaroorat nahi hai,</w:t>
      </w:r>
    </w:p>
    <w:p>
      <w:pPr>
        <w:jc w:val="right"/>
      </w:pPr>
      <w:r>
        <w:t>وہ نہ صرف کہ اس بات کو اب تک قبول نہیں کر پائے ہیں، بلکہ مجھے ایسا احساس ہوتا ہے کہ ہر چھوٹی بات پر جہاں کوئی وائلنس کی ضرورت نہیں ہے،</w:t>
      </w:r>
    </w:p>
    <w:p>
      <w:r>
        <w:rPr>
          <w:b/>
        </w:rPr>
        <w:t xml:space="preserve">[38:43] </w:t>
      </w:r>
      <w:r>
        <w:t>tab bhi woh apni talwar utha ke is ke upar kandhe par hath rakh ke tayyar ho jate hain ladai karne ke liye. aur</w:t>
      </w:r>
    </w:p>
    <w:p>
      <w:pPr>
        <w:jc w:val="right"/>
      </w:pPr>
      <w:r>
        <w:t>تب بھی وہ اپنی تلوار اٹھا کے اس کے اوپر کندھے پر ہاتھ رکھ کے تیار ہو جاتے ہیں لڑائی کرنے کے لیے۔ اور</w:t>
      </w:r>
    </w:p>
    <w:p>
      <w:r>
        <w:rPr>
          <w:b/>
        </w:rPr>
        <w:t xml:space="preserve">[38:53] </w:t>
      </w:r>
      <w:r>
        <w:t>hum jo ke is itne zor se is non-violence ki tarafdari karte hain, woh kis tarah se un ko dheere dheere, shayad barson lagen, aise samjha sakein ke woh is baat ko qabool karein ke hamara mazhab hi yeh bilkul</w:t>
      </w:r>
    </w:p>
    <w:p>
      <w:pPr>
        <w:jc w:val="right"/>
      </w:pPr>
      <w:r>
        <w:t>ہم جو کہ اس اتنے زور سے اس نان وائلنس کی طرفداری کرتے ہیں، وہ کس طرح سے ان کو دھیرے دھیرے، شاید برسوں لگیں، ایسے سمجھا سکیں کہ وہ اس بات کو قبول کریں کہ ہمارا مذہب ہی یہ بالکل</w:t>
      </w:r>
    </w:p>
    <w:p>
      <w:r>
        <w:rPr>
          <w:b/>
        </w:rPr>
        <w:t xml:space="preserve">[39:12] </w:t>
      </w:r>
      <w:r>
        <w:t>yeh jo yeh kar rahe hain, woh bilkul hi mazhab ke khilaf jane wali baat hai. yeh maloom hai, main to is cheez ko sirf ek lemon jaisa dekhta hoon.</w:t>
      </w:r>
    </w:p>
    <w:p>
      <w:pPr>
        <w:jc w:val="right"/>
      </w:pPr>
      <w:r>
        <w:t>یہ جو یہ کر رہے ہیں، وہ بالکل ہی مذہب کے خلاف جانے والی بات ہے۔ یہ معلوم ہے، میں تو اس چیز کو صرف ایک لیمن جیسا دیکھتا ہوں۔</w:t>
      </w:r>
    </w:p>
    <w:p>
      <w:r>
        <w:rPr>
          <w:b/>
        </w:rPr>
        <w:t xml:space="preserve">[39:23] </w:t>
      </w:r>
      <w:r>
        <w:t>shayad aap zyada aap is pe kuch aur bhi rai dein.</w:t>
      </w:r>
    </w:p>
    <w:p>
      <w:pPr>
        <w:jc w:val="right"/>
      </w:pPr>
      <w:r>
        <w:t>شاید آپ زیادہ آپ اس پہ کچھ اور بھی رائے دیں۔</w:t>
      </w:r>
    </w:p>
    <w:p>
      <w:r>
        <w:rPr>
          <w:b/>
        </w:rPr>
        <w:t xml:space="preserve">[39:31] </w:t>
      </w:r>
      <w:r>
        <w:t>dekhiye, is mamle mein</w:t>
      </w:r>
    </w:p>
    <w:p>
      <w:pPr>
        <w:jc w:val="right"/>
      </w:pPr>
      <w:r>
        <w:t>دیکھیے، اس معاملے میں</w:t>
      </w:r>
    </w:p>
    <w:p>
      <w:r>
        <w:rPr>
          <w:b/>
        </w:rPr>
        <w:t xml:space="preserve">[39:35] </w:t>
      </w:r>
      <w:r>
        <w:t>ek bohat bari baat jis se log disagree hain, woh yeh hai ke hamare samne hai woh image jo media mein banti hai.</w:t>
      </w:r>
    </w:p>
    <w:p>
      <w:pPr>
        <w:jc w:val="right"/>
      </w:pPr>
      <w:r>
        <w:t>ایک بہت بڑی بات جس سے لوگ ان ایگری ہیں، وہ یہ ہے کہ ہمارے سامنے ہے وہ امیج جو میڈیا میں بنتی ہے۔</w:t>
      </w:r>
    </w:p>
    <w:p>
      <w:r>
        <w:rPr>
          <w:b/>
        </w:rPr>
        <w:t xml:space="preserve">[39:51] </w:t>
      </w:r>
      <w:r>
        <w:t>jo real image hai, woh kis ka, kisi ko pata nahi hai.</w:t>
      </w:r>
    </w:p>
    <w:p>
      <w:pPr>
        <w:jc w:val="right"/>
      </w:pPr>
      <w:r>
        <w:t>جو ریئل امیج ہے، وہ کس کا، کسی کو پتہ نہیں ہے۔</w:t>
      </w:r>
    </w:p>
    <w:p>
      <w:r>
        <w:rPr>
          <w:b/>
        </w:rPr>
        <w:t xml:space="preserve">[39:56] </w:t>
      </w:r>
      <w:r>
        <w:t>aap jante hain ke media jo hot news ki industry hai, us ko clean news se koi matlab nahi hai.</w:t>
      </w:r>
    </w:p>
    <w:p>
      <w:pPr>
        <w:jc w:val="right"/>
      </w:pPr>
      <w:r>
        <w:t>آپ جانتے ہیں کہ میڈیا جو ہاٹ نیوز کی انڈسٹری ہے، اس کو صاف نیوز سے کوئی مطلب نہیں ہے۔</w:t>
      </w:r>
    </w:p>
    <w:p>
      <w:r>
        <w:rPr>
          <w:b/>
        </w:rPr>
        <w:t xml:space="preserve">[40:05] </w:t>
      </w:r>
      <w:r>
        <w:t>kisi shehar mein agar ek million aadmi hain aur sab ke sab peaceful hain, to kabhi media mein nahi chhapega.</w:t>
      </w:r>
    </w:p>
    <w:p>
      <w:pPr>
        <w:jc w:val="right"/>
      </w:pPr>
      <w:r>
        <w:t>کسی شہر میں اگر ایک ملین آدمی ہیں اور سب کے سب پیس فل ہیں، تو کبھی میڈیا میں نہیں چھپے گا۔</w:t>
      </w:r>
    </w:p>
    <w:p>
      <w:r>
        <w:rPr>
          <w:b/>
        </w:rPr>
        <w:t xml:space="preserve">[40:16] </w:t>
      </w:r>
      <w:r>
        <w:t>woh ek aadmi bomb marega to media mein chhapega. woh to us ko clean news ki dilchaspi nahi hai, us ko to hot news chahiye.</w:t>
      </w:r>
    </w:p>
    <w:p>
      <w:pPr>
        <w:jc w:val="right"/>
      </w:pPr>
      <w:r>
        <w:t>وہ ایک آدمی بم مارے گا تو میڈیا میں چھپے گا۔ وہ تو اس کو صاف نیوز کی دلچسپی نہیں ہے، اس کو تو ہاٹ نیوز چاہیے۔</w:t>
      </w:r>
    </w:p>
    <w:p>
      <w:r>
        <w:rPr>
          <w:b/>
        </w:rPr>
        <w:t xml:space="preserve">[40:26] </w:t>
      </w:r>
      <w:r>
        <w:t>to main yeh manta hoon ke kuch log abhi bhi aise hain, lekin agar aap compare karein 50 saal ke andar to bohat zyada farq ho chuka hai.</w:t>
      </w:r>
    </w:p>
    <w:p>
      <w:pPr>
        <w:jc w:val="right"/>
      </w:pPr>
      <w:r>
        <w:t>تو میں یہ مانتا ہوں کہ کچھ لوگ ابھی بھی ایسے ہیں، لیکن اگر آپ کمپیئر کریں 50 سال کے اندر تو بہت زیادہ فرق ہو چکا ہے۔</w:t>
      </w:r>
    </w:p>
    <w:p>
      <w:r>
        <w:rPr>
          <w:b/>
        </w:rPr>
        <w:t xml:space="preserve">[40:39] </w:t>
      </w:r>
      <w:r>
        <w:t>sab se zyada hot place tha Kashmir, main is ko kehta hoon aap ko.</w:t>
      </w:r>
    </w:p>
    <w:p>
      <w:pPr>
        <w:jc w:val="right"/>
      </w:pPr>
      <w:r>
        <w:t>سب سے زیادہ ہاٹ پلیس تھا کشمیر، میں اس کو کہتا ہوں آپ کو۔</w:t>
      </w:r>
    </w:p>
    <w:p>
      <w:r>
        <w:rPr>
          <w:b/>
        </w:rPr>
        <w:t xml:space="preserve">[40:45] </w:t>
      </w:r>
      <w:r>
        <w:t>wahan maine pichhle 40 saal se main kaam kar raha hoon Kashmir mein. ghar ghar wahan mera literature pahunch chuka hai. aaj Kashmir ki majority jo hai, woh violence ko chhod chuki hai, peaceful tareeqe se kaam kar rahi hai.</w:t>
      </w:r>
    </w:p>
    <w:p>
      <w:pPr>
        <w:jc w:val="right"/>
      </w:pPr>
      <w:r>
        <w:t>وہاں میں نے پچھلے 40 سال سے میں کام کر رہا ہوں کشمیر میں۔ گھر گھر وہاں میرا لٹریچر پہنچ چکا ہے۔ آج کشمیر کی میجورٹی جو ہے، وہ وائلنس کو چھوڑ چکی ہے، پیس فل طریقے سے کام کر رہی ہے۔</w:t>
      </w:r>
    </w:p>
    <w:p>
      <w:r>
        <w:rPr>
          <w:b/>
        </w:rPr>
        <w:t xml:space="preserve">[41:01] </w:t>
      </w:r>
      <w:r>
        <w:t>bohat se log jo is se pehle</w:t>
      </w:r>
    </w:p>
    <w:p>
      <w:pPr>
        <w:jc w:val="right"/>
      </w:pPr>
      <w:r>
        <w:t>بہت سے لوگ جو اس سے پہلے</w:t>
      </w:r>
    </w:p>
    <w:p>
      <w:r>
        <w:rPr>
          <w:b/>
        </w:rPr>
        <w:t xml:space="preserve">[41:03] </w:t>
      </w:r>
      <w:r>
        <w:t>militancy mein thay, unhon ne mera literature padha, ab woh business kar rahe hain, koi industry lagaye hue hain. kai log aise hain jo education ki field mein bohat achhe achhe school khol rakhe hue hain, halanke is se pehle woh un ke andar militancy wala mizaj tha, lekin woh news mein to aata nahi,</w:t>
      </w:r>
    </w:p>
    <w:p>
      <w:pPr>
        <w:jc w:val="right"/>
      </w:pPr>
      <w:r>
        <w:t>ملٹنسی میں تھے، انہوں نے میرا لٹریچر پڑھا، اب وہ بزنس کر رہے ہیں، کوئی انڈسٹری لگائے ہوئے ہیں۔ کئی لوگ ایسے ہیں جو ایجوکیشن کی فیلڈ میں بہت اچھے اچھے اسکول کھول رکھے ہوئے ہیں، حالانکہ اس سے پہلے وہ ان کے اندر ملٹنسی والا مزاج تھا، لیکن وہ نیوز میں تو آتا نہیں،</w:t>
      </w:r>
    </w:p>
    <w:p>
      <w:r>
        <w:rPr>
          <w:b/>
        </w:rPr>
        <w:t xml:space="preserve">[41:24] </w:t>
      </w:r>
      <w:r>
        <w:t>woh media mein to aata nahi kabhi. aur jo koi bomb maar deta hai to woh media mein aata hai. ek hai woh image jo media mein ban rahi hai, ek hai woh image jo real duniya mein hai.</w:t>
      </w:r>
    </w:p>
    <w:p>
      <w:pPr>
        <w:jc w:val="right"/>
      </w:pPr>
      <w:r>
        <w:t>وہ میڈیا میں تو آتا نہیں کبھی۔ اور جو کوئی بم مار دیتا ہے تو وہ میڈیا میں آتا ہے۔ ایک ہے وہ امیج جو میڈیا میں بن رہی ہے، ایک ہے وہ امیج جو ریئل دنیا میں ہے۔</w:t>
      </w:r>
    </w:p>
    <w:p>
      <w:r>
        <w:rPr>
          <w:b/>
        </w:rPr>
        <w:t xml:space="preserve">[41:37] </w:t>
      </w:r>
      <w:r>
        <w:t>to main yeh kahunga ke</w:t>
      </w:r>
    </w:p>
    <w:p>
      <w:pPr>
        <w:jc w:val="right"/>
      </w:pPr>
      <w:r>
        <w:t>تو میں یہ کہوں گا کہ</w:t>
      </w:r>
    </w:p>
    <w:p>
      <w:r>
        <w:rPr>
          <w:b/>
        </w:rPr>
        <w:t xml:space="preserve">[41:43] </w:t>
      </w:r>
      <w:r>
        <w:t>real image is se bohat alag hai jo media mein image hai. aap ko is mein agar shaq ho to aap ja kar dekh lijiye un jagahon par jahan bohat zyada, jaise Kashmir ka maine kaha, yahan tak ke Pakistan mein bhi hamara literature bohat phaila hai.</w:t>
      </w:r>
    </w:p>
    <w:p>
      <w:pPr>
        <w:jc w:val="right"/>
      </w:pPr>
      <w:r>
        <w:t>ریئل امیج اس سے بہت الگ ہے جو میڈیا میں امیج ہے۔ آپ کو اس میں اگر شک ہو تو آپ جا کر دیکھ لیجئے ان جگہوں پر جہاں بہت زیادہ، جیسے کشمیر کا میں نے کہا، یہاں تک کہ پاکستان میں بھی ہمارا لٹریچر بہت پھیلا ہے۔</w:t>
      </w:r>
    </w:p>
    <w:p>
      <w:r>
        <w:rPr>
          <w:b/>
        </w:rPr>
        <w:t xml:space="preserve">[41:59] </w:t>
      </w:r>
      <w:r>
        <w:t>aur pehle ke muqable wahan halaat ek dam badal chuke hain.</w:t>
      </w:r>
    </w:p>
    <w:p>
      <w:pPr>
        <w:jc w:val="right"/>
      </w:pPr>
      <w:r>
        <w:t>اور پہلے کے مقابلے وہاں حالات ایک دم بدل چکے ہیں۔</w:t>
      </w:r>
    </w:p>
    <w:p>
      <w:r>
        <w:rPr>
          <w:b/>
        </w:rPr>
        <w:t xml:space="preserve">[42:05] </w:t>
      </w:r>
      <w:r>
        <w:t>to media ko le kar generalize na karein, media ko exception samhein. jo media mein jo aata hai, us ko exception samhein, us ko generalize na karein.</w:t>
      </w:r>
    </w:p>
    <w:p>
      <w:pPr>
        <w:jc w:val="right"/>
      </w:pPr>
      <w:r>
        <w:t>تو میڈیا کو لے کر آپ جنرلائز نہ کریں، میڈیا کو ایکسیپشن سمجھیں۔ جو میڈیا میں جو آتا ہے، اس کو ایکسیپشن سمجھیں، اس کو جنرلائز نہ کریں۔</w:t>
      </w:r>
    </w:p>
    <w:p>
      <w:r>
        <w:rPr>
          <w:b/>
        </w:rPr>
        <w:t xml:space="preserve">[42:19] </w:t>
      </w:r>
      <w:r>
        <w:t>to main samajhta hoon ke jo kuch hai, woh bohat hi normal dikhai dega aap ko.</w:t>
      </w:r>
    </w:p>
    <w:p>
      <w:pPr>
        <w:jc w:val="right"/>
      </w:pPr>
      <w:r>
        <w:t>تو میں سمجھتا ہوں کہ جو کچھ ہے، وہ بہت ہی نارمل دکھائی دے گا آپ کو۔</w:t>
      </w:r>
    </w:p>
    <w:p>
      <w:r>
        <w:rPr>
          <w:b/>
        </w:rPr>
        <w:t xml:space="preserve">[42:26] </w:t>
      </w:r>
      <w:r>
        <w:t>dekhen, yahan kai log honge jo science parhe hue honge. Aap jante hain ke ab koi cheez seen nahi rahi, har cheez un-seen hai, aap bhi un-seen hain.</w:t>
      </w:r>
    </w:p>
    <w:p>
      <w:pPr>
        <w:jc w:val="right"/>
      </w:pPr>
      <w:r>
        <w:t>دیکھیں، یہاں کئی لوگ ہوں گے جو سائنس پڑھے ہوئے ہوں گے۔ آپ جانتے ہیں کہ اب کوئی چیز سین نہیں رہی، ہر چیز ان سین ہے، آپ بھی ان سین ہیں۔</w:t>
      </w:r>
    </w:p>
    <w:p>
      <w:r>
        <w:rPr>
          <w:b/>
        </w:rPr>
        <w:t xml:space="preserve">[42:37] </w:t>
      </w:r>
      <w:r>
        <w:t>yad rakhiye, strictly speaking, aaj ki science jo hai, jo ke</w:t>
      </w:r>
    </w:p>
    <w:p>
      <w:pPr>
        <w:jc w:val="right"/>
      </w:pPr>
      <w:r>
        <w:t>یاد رکھیے، اسٹرکٹلی سپیکنگ، آج کی سائنس جو ہے، جو کہ</w:t>
      </w:r>
    </w:p>
    <w:p>
      <w:r>
        <w:rPr>
          <w:b/>
        </w:rPr>
        <w:t xml:space="preserve">[42:46] </w:t>
      </w:r>
      <w:r>
        <w:t>Einstein ke baad jo science hai, is mein har cheez un-seen ban chuki hai. Woh is is cheez ko na chhediye aap yahan par ke seen aur un-seen ke farq ko na chhediye.</w:t>
      </w:r>
    </w:p>
    <w:p>
      <w:pPr>
        <w:jc w:val="right"/>
      </w:pPr>
      <w:r>
        <w:t>آئنسٹین کے بعد جو سائنس ہے، اس میں ہر چیز ان سین بن چکی ہے۔ وہ اس اس چیز کو نہ چھیڑیے آپ یہاں پر کہ سین اور ان سین کے فرق کو نہ چھیڑیے۔</w:t>
      </w:r>
    </w:p>
    <w:p>
      <w:r>
        <w:rPr>
          <w:b/>
        </w:rPr>
        <w:t xml:space="preserve">[42:57] </w:t>
      </w:r>
      <w:r>
        <w:t>woh toh farq khatm ho chuka science mein, ab har cheez un-seen ban chuki hai. Atom ke tootne ke baad</w:t>
      </w:r>
    </w:p>
    <w:p>
      <w:pPr>
        <w:jc w:val="right"/>
      </w:pPr>
      <w:r>
        <w:t>وہ تو فرق ختم ہو چکا سائنس میں، اب ہر چیز ان سین بن چکی ہے۔ ایٹم کے ٹوٹنے کے بعد</w:t>
      </w:r>
    </w:p>
    <w:p>
      <w:r>
        <w:rPr>
          <w:b/>
        </w:rPr>
        <w:t xml:space="preserve">[43:05] </w:t>
      </w:r>
      <w:r>
        <w:t>is ko chhod diye aap. Aap sirf yeh dekhiye ke ek set of principle woh hai jo mazhab ne de diya hai, ek set of principle woh hai jo secularism ne diya hai.</w:t>
      </w:r>
    </w:p>
    <w:p>
      <w:pPr>
        <w:jc w:val="right"/>
      </w:pPr>
      <w:r>
        <w:t>اس کو چھوڑ دیے آپ۔ آپ صرف یہ دیکھیے کہ ایک سیٹ آف پرنسپل وہ ہے جو مذہب نے دے دیا ہے، ایک سیٹ آف پرنسپل وہ ہے جو سیکولرزم نے دیا ہے۔</w:t>
      </w:r>
    </w:p>
    <w:p>
      <w:r>
        <w:rPr>
          <w:b/>
        </w:rPr>
        <w:t xml:space="preserve">[43:19] </w:t>
      </w:r>
      <w:r>
        <w:t>donon mein compare kijiye.</w:t>
      </w:r>
    </w:p>
    <w:p>
      <w:pPr>
        <w:jc w:val="right"/>
      </w:pPr>
      <w:r>
        <w:t>دونوں میں کمپیئر کیجئے۔</w:t>
      </w:r>
    </w:p>
    <w:p>
      <w:r>
        <w:rPr>
          <w:b/>
        </w:rPr>
        <w:t xml:space="preserve">[43:22] </w:t>
      </w:r>
      <w:r>
        <w:t>maine compare kiya zindagi par, is ko samjha hai ke jo set of principle secularism ne diya hai, us ke muqable mein mujhe mein keh sakta hoon conviction ke sath ke woh set of principle zyada behtar hai jo mazhab ne diya hai.</w:t>
      </w:r>
    </w:p>
    <w:p>
      <w:pPr>
        <w:jc w:val="right"/>
      </w:pPr>
      <w:r>
        <w:t>میں نے کمپیئر کیا زندگی پر، اس کو سمجھا ہے کہ جو سیٹ آف پرنسپل سیکولرزم نے دیا ہے، اس کے مقابلے میں مجھے میں کہہ سکتا ہوں کنوکشن کے ساتھ کہ وہ سیٹ آف پرنسپل زیادہ بہتر ہے جو مذہب نے دیا ہے۔</w:t>
      </w:r>
    </w:p>
    <w:p>
      <w:r>
        <w:rPr>
          <w:b/>
        </w:rPr>
        <w:t xml:space="preserve">[43:37] </w:t>
      </w:r>
      <w:r>
        <w:t>is lihaz se aap mutala karen aur seen ke bahas ko chhod den.</w:t>
      </w:r>
    </w:p>
    <w:p>
      <w:pPr>
        <w:jc w:val="right"/>
      </w:pPr>
      <w:r>
        <w:t>اس لحاظ سے آپ مطالعہ کریں اور سین کے بحث کو چھوڑ دیں۔</w:t>
      </w:r>
    </w:p>
    <w:p>
      <w:r>
        <w:rPr>
          <w:b/>
        </w:rPr>
        <w:t xml:space="preserve">[43:42] </w:t>
      </w:r>
      <w:r>
        <w:t>Khuda ko koi bhi dekh nahi sakta hai, ya yeh na samjhen ke unhon ne Khuda ko dekha tha. Achha, yeh yeh khayal galat hai, yeh confusion hai.</w:t>
      </w:r>
    </w:p>
    <w:p>
      <w:pPr>
        <w:jc w:val="right"/>
      </w:pPr>
      <w:r>
        <w:t>خدا کو کوئی بھی دیکھ نہیں سکتا ہے، یا یہ نہ سمجھیں کہ انہوں نے خدا کو دیکھا تھا۔ اچھا، یہ یہ خیال غلط ہے، یہ کنفیوژن ہے۔</w:t>
      </w:r>
    </w:p>
    <w:p>
      <w:r>
        <w:rPr>
          <w:b/>
        </w:rPr>
        <w:t xml:space="preserve">[43:53] </w:t>
      </w:r>
      <w:r>
        <w:t>bina dekhe hue un ka bhi mamla tha, bina dekhe hue aaj bhi hamara mamla hai.</w:t>
      </w:r>
    </w:p>
    <w:p>
      <w:pPr>
        <w:jc w:val="right"/>
      </w:pPr>
      <w:r>
        <w:t>بنا دیکھے ہوئے ان کا بھی معاملہ تھا، بنا دیکھے ہوئے آج بھی ہمارا معاملہ ہے۔</w:t>
      </w:r>
    </w:p>
    <w:p>
      <w:r>
        <w:rPr>
          <w:b/>
        </w:rPr>
        <w:t xml:space="preserve">[44:02] </w:t>
      </w:r>
      <w:r>
        <w:t>dekh kar ke nahi banega, bina dekhe hi banta hai. Yeh yeh koi is ka proof nahi hai ke Adam ne Khuda ko dekha tha, aisi koi proof nahi hai.</w:t>
      </w:r>
    </w:p>
    <w:p>
      <w:pPr>
        <w:jc w:val="right"/>
      </w:pPr>
      <w:r>
        <w:t>دیکھ کر کے نہیں بنے گا، بنا دیکھے ہی بنتا ہے۔ یہ یہ کوئی اس کا پروف نہیں ہے کہ آدم نے خدا کو دیکھا تھا، ایسی کوئی پروف نہیں ہے۔</w:t>
      </w:r>
    </w:p>
    <w:p>
      <w:r>
        <w:rPr>
          <w:b/>
        </w:rPr>
        <w:t xml:space="preserve">[44:21] </w:t>
      </w:r>
      <w:r>
        <w:t>warna mein phir se isi topic pe jana chahunga jise tashaddud ke naam se aap ne describe kiya tha. Ji, tashaddud aur violence ka jo aap ne zikr kiya, mein isi phir se phir se isi taraf ja raha hoon.</w:t>
      </w:r>
    </w:p>
    <w:p>
      <w:pPr>
        <w:jc w:val="right"/>
      </w:pPr>
      <w:r>
        <w:t>ورنہ میں پھر سے اسی ٹاپک پہ جانا چاہوں گا جسے تشدد کے نام سے آپ نے ڈسکرائب کیا تھا۔ جی، تشدد اور وائلنس کا جو آپ نے ذکر کیا، میں اسی پھر سے پھر سے اسی طرف جا رہا ہوں۔</w:t>
      </w:r>
    </w:p>
    <w:p>
      <w:r>
        <w:rPr>
          <w:b/>
        </w:rPr>
        <w:t xml:space="preserve">[44:35] </w:t>
      </w:r>
      <w:r>
        <w:t>hum log is mulk mein hazaron saal se rahe hain,</w:t>
      </w:r>
    </w:p>
    <w:p>
      <w:pPr>
        <w:jc w:val="right"/>
      </w:pPr>
      <w:r>
        <w:t>ہم لوگ اس ملک میں ہزاروں سال سے رہے ہیں،</w:t>
      </w:r>
    </w:p>
    <w:p>
      <w:r>
        <w:rPr>
          <w:b/>
        </w:rPr>
        <w:t xml:space="preserve">[44:38] </w:t>
      </w:r>
      <w:r>
        <w:t>mohabbat se rahe hain Hinduon ke sath, Christians ke sath, doosre aur mazahib ke sath. Lekin aaj kuch mahaul yun bana hua hai ke woh mohabbat aur woh understanding kaafi kam ho chuki hai.</w:t>
      </w:r>
    </w:p>
    <w:p>
      <w:pPr>
        <w:jc w:val="right"/>
      </w:pPr>
      <w:r>
        <w:t>محبت سے رہے ہیں ہندوؤں کے ساتھ، کرسچنز کے ساتھ، دوسرے اور مذاہب کے ساتھ۔ لیکن آج کچھ ماحول یوں بنا ہوا ہے کہ وہ محبت اور وہ انڈرسٹینڈنگ کافی کم ہو چکی ہے۔</w:t>
      </w:r>
    </w:p>
    <w:p>
      <w:r>
        <w:rPr>
          <w:b/>
        </w:rPr>
        <w:t xml:space="preserve">[44:52] </w:t>
      </w:r>
      <w:r>
        <w:t>woh jo tehzeeb jis ka Ganga-Jamni tehzeeb kaha jata tha kisi zamane mein, ab woh bohat kam nazar aa rahi hai. Toh Islam ki jo taleemat hain, us ki roshni mein hum phir se</w:t>
      </w:r>
    </w:p>
    <w:p>
      <w:pPr>
        <w:jc w:val="right"/>
      </w:pPr>
      <w:r>
        <w:t>وہ جو تہذیب جس کا گنگا جنی تہذیب کہا جاتا تھا کسی زمانے میں، اب وہ بہت کم نظر آ رہی ہے۔ تو اسلام کی جو تعلیمات ہیں، اس کی روشنی میں ہم پھر سے</w:t>
      </w:r>
    </w:p>
    <w:p>
      <w:r>
        <w:rPr>
          <w:b/>
        </w:rPr>
        <w:t xml:space="preserve">[45:04] </w:t>
      </w:r>
      <w:r>
        <w:t>kis tarah is zamane ki taraf ja sakte hain jahan par hum phir bohat hi pyar aur mohabbat ke sath doosre mazahib ke sath reh saken?</w:t>
      </w:r>
    </w:p>
    <w:p>
      <w:pPr>
        <w:jc w:val="right"/>
      </w:pPr>
      <w:r>
        <w:t>کس طرح اس زمانے کی طرف جا سکتے ہیں جہاں پر ہم پھر بہت ہی پیار اور محبت کے ساتھ دوسرے مذاہب کے ساتھ رہ سکیں؟</w:t>
      </w:r>
    </w:p>
    <w:p>
      <w:r>
        <w:rPr>
          <w:b/>
        </w:rPr>
        <w:t xml:space="preserve">[45:14] </w:t>
      </w:r>
      <w:r>
        <w:t>dekhen, mein yeh kahunga ke hum already ja rahe hain isi taraf. Aap is process ko hi dekhiye jo naya process chal chala hua hai. Woh process kya hai?</w:t>
      </w:r>
    </w:p>
    <w:p>
      <w:pPr>
        <w:jc w:val="right"/>
      </w:pPr>
      <w:r>
        <w:t>دیکھیں، میں یہ کہوں گا کہ ہم الریڈی جا رہے ہیں اسی طرف۔ آپ اس پراسیس کو ہی دیکھیے جو نیا پراسیس چل چلا ہوا ہے۔ وہ پراسیس کیا ہے؟</w:t>
      </w:r>
    </w:p>
    <w:p>
      <w:r>
        <w:rPr>
          <w:b/>
        </w:rPr>
        <w:t xml:space="preserve">[45:24] </w:t>
      </w:r>
      <w:r>
        <w:t>beech mein aisa hua tha ke interaction khatm ho gaya tha. Interaction khatm ho gaya tha. Ab woh interaction phir shuru ho gaye. Sab se bari cheez zindagi mein interaction hai.</w:t>
      </w:r>
    </w:p>
    <w:p>
      <w:pPr>
        <w:jc w:val="right"/>
      </w:pPr>
      <w:r>
        <w:t>بیچ میں ایسا ہوا تھا کہ انٹریکشن ختم ہو گیا تھا۔ انٹریکشن ختم ہو گیا تھا۔ اب وہ انٹریکشن پھر شروع ہو گئے۔ سب سے بڑی چیز زندگی میں انٹریکشن ہے۔</w:t>
      </w:r>
    </w:p>
    <w:p>
      <w:r>
        <w:rPr>
          <w:b/>
        </w:rPr>
        <w:t xml:space="preserve">[45:36] </w:t>
      </w:r>
      <w:r>
        <w:t>pehle hamare bachpan ke zamane mein log kheton mein interact karte the.</w:t>
      </w:r>
    </w:p>
    <w:p>
      <w:pPr>
        <w:jc w:val="right"/>
      </w:pPr>
      <w:r>
        <w:t>پہلے ہمارے بچپن کے زمانے میں لوگ کھیتوں میں انٹریکٹ کرتے تھے۔</w:t>
      </w:r>
    </w:p>
    <w:p>
      <w:r>
        <w:rPr>
          <w:b/>
        </w:rPr>
        <w:t xml:space="preserve">[45:41] </w:t>
      </w:r>
      <w:r>
        <w:t>khet jo the, us se mere blah phailta tha. Wahan par hum milte, aapas mein milte the. Us ke baad Angrez aaye, us ke baad schoolon aur collegeon mein interaction hone laga.</w:t>
      </w:r>
    </w:p>
    <w:p>
      <w:pPr>
        <w:jc w:val="right"/>
      </w:pPr>
      <w:r>
        <w:t>کھیت جو تھے، اس سے میرے بلا پھیلتا تھا۔ وہاں پر ہم ملتے، آپس میں ملتے تھے۔ اس کے بعد انگریز آئے، اس کے بعد اسکولوں اور کالجوں میں انٹریکشن ہونے لگا۔</w:t>
      </w:r>
    </w:p>
    <w:p>
      <w:r>
        <w:rPr>
          <w:b/>
        </w:rPr>
        <w:t xml:space="preserve">[45:53] </w:t>
      </w:r>
      <w:r>
        <w:t>kuch dinon tak Musalman aisa kiya Musalman hue ke unhon ne boycott kiya education ka</w:t>
      </w:r>
    </w:p>
    <w:p>
      <w:pPr>
        <w:jc w:val="right"/>
      </w:pPr>
      <w:r>
        <w:t>کچھ دنوں تک مسلمان ایسا کیا مسلمان ہوئے کہ انہوں نے بائیکاٹ کیا ایجوکیشن کا</w:t>
      </w:r>
    </w:p>
    <w:p>
      <w:r>
        <w:rPr>
          <w:b/>
        </w:rPr>
        <w:t xml:space="preserve">[45:57] </w:t>
      </w:r>
      <w:r>
        <w:t>aur interaction mein peeche ho gaye. Woh ab mein keh sakta hoon ke Musalman bohat tezi se aage badh rahe hain education mein, industry mein, market mein, business mein.</w:t>
      </w:r>
    </w:p>
    <w:p>
      <w:pPr>
        <w:jc w:val="right"/>
      </w:pPr>
      <w:r>
        <w:t>اور انٹریکشن میں پیچھے ہو گئے۔ وہ اب میں کہہ سکتا ہوں کہ مسلمان بہت تیزی سے آگے بڑھ رہے ہیں ایجوکیشن میں، انڈسٹری میں، مارکیٹ میں، بزنس میں۔</w:t>
      </w:r>
    </w:p>
    <w:p>
      <w:r>
        <w:rPr>
          <w:b/>
        </w:rPr>
        <w:t xml:space="preserve">[46:07] </w:t>
      </w:r>
      <w:r>
        <w:t>interaction phir laut aaya hai. Mera tajurba yeh hai ke sab se bara jo zariya hai pyar mohabbat ka, woh interaction hai.</w:t>
      </w:r>
    </w:p>
    <w:p>
      <w:pPr>
        <w:jc w:val="right"/>
      </w:pPr>
      <w:r>
        <w:t>انٹریکشن پھر لوٹ آیا ہے۔ میرا تجربہ یہ ہے کہ سب سے بڑا جو ذریعہ ہے پیار محبت کا، وہ انٹریکشن ہے۔</w:t>
      </w:r>
    </w:p>
    <w:p>
      <w:r>
        <w:rPr>
          <w:b/>
        </w:rPr>
        <w:t xml:space="preserve">[46:16] </w:t>
      </w:r>
      <w:r>
        <w:t>maine kai bar aisa dekha ke jalson mein maine poocha ke Hindu the, Musalman the ke koi Hindu yeh bataye ke us ke paros mein jo Musalman hai, woh acha hai ke bura us ke liye?</w:t>
      </w:r>
    </w:p>
    <w:p>
      <w:pPr>
        <w:jc w:val="right"/>
      </w:pPr>
      <w:r>
        <w:t>میں نے کئی بار ایسا دیکھا کہ جلسوں میں میں نے پوچھا کہ ہندو تھے، مسلمان تھے کہ کوئی ہندو یہ بتائے کہ اس کے پڑوس میں جو مسلمان ہے، وہ اچھا ہے کہ برا اس کے لیے؟</w:t>
      </w:r>
    </w:p>
    <w:p>
      <w:r>
        <w:rPr>
          <w:b/>
        </w:rPr>
        <w:t xml:space="preserve">[46:30] </w:t>
      </w:r>
      <w:r>
        <w:t>har Hindu ne kaha ke hamare paros mein jo Musalman hai, woh toh bara acha hai.</w:t>
      </w:r>
    </w:p>
    <w:p>
      <w:pPr>
        <w:jc w:val="right"/>
      </w:pPr>
      <w:r>
        <w:t>ہر ہندو نے کہا کہ ہمارے پڑوس میں جو مسلمان ہے، وہ تو بڑا اچھا ہے۔</w:t>
      </w:r>
    </w:p>
    <w:p>
      <w:r>
        <w:rPr>
          <w:b/>
        </w:rPr>
        <w:t xml:space="preserve">[46:35] </w:t>
      </w:r>
      <w:r>
        <w:t>is mani ke suni hue, suna hua musalman kharab lagta hai, paros mein jo musalman hai, woh kharab nahi lagta hai. aise mein ne musalman se poocha ke jo hindu aap ke paros mein rehta hai, woh kaisa hai?</w:t>
      </w:r>
    </w:p>
    <w:p>
      <w:pPr>
        <w:jc w:val="right"/>
      </w:pPr>
      <w:r>
        <w:t>اس معنی کہ سنی ہوئے، سنا ہوا مسلمان خراب لگتا ہے، پڑوس میں جو مسلمان ہے، وہ خراب نہیں لگتا ہے۔ ایسے میں نے مسلمان سے پوچھا کہ جو ہندو آپ کے پڑوس میں رہتا ہے، وہ کیسا ہے؟</w:t>
      </w:r>
    </w:p>
    <w:p>
      <w:r>
        <w:rPr>
          <w:b/>
        </w:rPr>
        <w:t xml:space="preserve">[46:45] </w:t>
      </w:r>
      <w:r>
        <w:t>bataiye. to har ek kaha ke jo hindu mere paros mein hai, woh to bara acha hai. ek suna hua hindu ya suna hua musalman jo door kahin rehta hai,</w:t>
      </w:r>
    </w:p>
    <w:p>
      <w:pPr>
        <w:jc w:val="right"/>
      </w:pPr>
      <w:r>
        <w:t>بتائیے۔ تو ہر ایک کہا کہ جو ہندو میرے پڑوس میں ہے، وہ تو بڑا اچھا ہے۔ ایک سنا ہوا ہندو یا سنا ہوا مسلمان جو دور کہیں رہتا ہے،</w:t>
      </w:r>
    </w:p>
    <w:p>
      <w:r>
        <w:rPr>
          <w:b/>
        </w:rPr>
        <w:t xml:space="preserve">[46:54] </w:t>
      </w:r>
      <w:r>
        <w:t>woh hamare zamane mein basa hua hai. to baharhal, mera tajurba yeh hai ke bohat din se mein is intezar mein tha ke interaction barhe. multinational ke ane ke baad yeh process aur tez ho gaya hai, bohat tez ho gaya hai.</w:t>
      </w:r>
    </w:p>
    <w:p>
      <w:pPr>
        <w:jc w:val="right"/>
      </w:pPr>
      <w:r>
        <w:t>وہ ہمارے زمانے میں بسا ہوا ہے۔ تو بہرحال، میرا تجربہ یہ ہے کہ بہت دن سے میں اس انتظار میں تھا کہ انٹریکشن بڑھے۔ ملٹی نیشنلز کے آنے کے بعد یہ پروسیس اور تیز ہو گیا ہے، بہت تیز ہو گیا ہے۔</w:t>
      </w:r>
    </w:p>
    <w:p>
      <w:r>
        <w:rPr>
          <w:b/>
        </w:rPr>
        <w:t xml:space="preserve">[47:07] </w:t>
      </w:r>
      <w:r>
        <w:t>ab khoob hindu musalman aapas mein school mein, college mein, university mein, business mein, industry mein har jagah mil rahe hain, safar mein milte hain.</w:t>
      </w:r>
    </w:p>
    <w:p>
      <w:pPr>
        <w:jc w:val="right"/>
      </w:pPr>
      <w:r>
        <w:t>اب خوب ہندو مسلمان آپس میں اسکول میں، کالج میں، یونیورسٹی میں، بزنس میں، انڈسٹری میں ہر جگہ مل رہے ہیں، سفر میں ملتے ہیں۔</w:t>
      </w:r>
    </w:p>
    <w:p>
      <w:r>
        <w:rPr>
          <w:b/>
        </w:rPr>
        <w:t xml:space="preserve">[47:17] </w:t>
      </w:r>
      <w:r>
        <w:t>to woh process naya shuru ho gaya hai. isi wajah se aap dekhiye ke ab kamra right kahan ho rahe hain aaj kal? isi liye ho rahe hain ke ab milap mere pe aap shuru ho gaya.</w:t>
      </w:r>
    </w:p>
    <w:p>
      <w:pPr>
        <w:jc w:val="right"/>
      </w:pPr>
      <w:r>
        <w:t>تو وہ پروسیس نیا شروع ہو گیا ہے۔ اسی وجہ سے آپ دیکھیے کہ اب کمرہ رائٹ کہاں ہو رہے ہیں آج کل؟ اسی لیے ہو رہے ہیں کہ اب ملاپ میرے پہ آپ شروع ہو گیا۔</w:t>
      </w:r>
    </w:p>
    <w:p>
      <w:r>
        <w:rPr>
          <w:b/>
        </w:rPr>
        <w:t xml:space="preserve">[47:27] </w:t>
      </w:r>
      <w:r>
        <w:t>kamra right ka zamana hi khatam ho gaya, isi liye khatam hua hai. to aap surface par jo cheez hai, us ko na dekhiye balke andar jo cheez hai, us ko dekhiye.</w:t>
      </w:r>
    </w:p>
    <w:p>
      <w:pPr>
        <w:jc w:val="right"/>
      </w:pPr>
      <w:r>
        <w:t>کمرہ رائٹ کا زمانہ ہی ختم ہو گیا، اسی لیے ختم ہوا ہے۔ تو آپ سرفیس پر جو چیز ہے، اس کو نہ دیکھیے بلکہ اندر جو چیز ہے، اس کو دیکھیے۔</w:t>
      </w:r>
    </w:p>
    <w:p>
      <w:r>
        <w:rPr>
          <w:b/>
        </w:rPr>
        <w:t xml:space="preserve">[47:37] </w:t>
      </w:r>
      <w:r>
        <w:t>aap</w:t>
      </w:r>
    </w:p>
    <w:p>
      <w:pPr>
        <w:jc w:val="right"/>
      </w:pPr>
      <w:r>
        <w:t>آپ</w:t>
      </w:r>
    </w:p>
    <w:p>
      <w:r>
        <w:rPr>
          <w:b/>
        </w:rPr>
        <w:t xml:space="preserve">[47:38] </w:t>
      </w:r>
      <w:r>
        <w:t>to mein to hopeful hoon. baharhal,</w:t>
      </w:r>
    </w:p>
    <w:p>
      <w:pPr>
        <w:jc w:val="right"/>
      </w:pPr>
      <w:r>
        <w:t>تو میں تو ہوپ فل ہوں۔ بہرحال،</w:t>
      </w:r>
    </w:p>
    <w:p>
      <w:r>
        <w:rPr>
          <w:b/>
        </w:rPr>
        <w:t xml:space="preserve">[47:45] </w:t>
      </w:r>
      <w:r>
        <w:t>its very nice to be here, select audience. all, i i i feel you know intellectual, but i i have observed that we have gone from the stage of dependency.</w:t>
      </w:r>
    </w:p>
    <w:p>
      <w:pPr>
        <w:jc w:val="right"/>
      </w:pPr>
      <w:r>
        <w:t>اٹس ویری نائس ٹو بی ہرگز ہیر، سلیکٹ آڈینس۔ آل، آئی آئی آئی فی یو نو انٹلیکچول، بٹ آئی آئی ہیو ابزروڈ دیٹ وی ہیو گون فرام دا سٹیج آف ڈیپینڈنسی۔</w:t>
      </w:r>
    </w:p>
    <w:p>
      <w:r>
        <w:rPr>
          <w:b/>
        </w:rPr>
        <w:t xml:space="preserve">[48:01] </w:t>
      </w:r>
      <w:r>
        <w:t>some time later we become independent, then we are</w:t>
      </w:r>
    </w:p>
    <w:p>
      <w:pPr>
        <w:jc w:val="right"/>
      </w:pPr>
      <w:r>
        <w:t>سم ٹائم لیٹر وی بیکم انڈیپینڈنٹ، دین وی آر</w:t>
      </w:r>
    </w:p>
    <w:p>
      <w:r>
        <w:rPr>
          <w:b/>
        </w:rPr>
        <w:t xml:space="preserve">[48:05] </w:t>
      </w:r>
      <w:r>
        <w:t>interdependent. and when we perform our duties in a state of interdependence, there is a lot of ego clash because of which some time we fail, we again cut up, we fail miserably.</w:t>
      </w:r>
    </w:p>
    <w:p>
      <w:pPr>
        <w:jc w:val="right"/>
      </w:pPr>
      <w:r>
        <w:t>انٹرڈیپینڈنٹ۔ اینڈ وین وی پرفارم اور ڈیوٹیز ان اے سٹیٹ آف انٹرڈیپینڈنس، دیر از لاٹ آف ایگو کلاس بیکاز آف وچ سم ٹائم وی فیل، وی اگین کٹ اپ، وی فیل میزیریبلی۔</w:t>
      </w:r>
    </w:p>
    <w:p>
      <w:r>
        <w:rPr>
          <w:b/>
        </w:rPr>
        <w:t xml:space="preserve">[48:22] </w:t>
      </w:r>
      <w:r>
        <w:t>and there are so many obstacles for success</w:t>
      </w:r>
    </w:p>
    <w:p>
      <w:pPr>
        <w:jc w:val="right"/>
      </w:pPr>
      <w:r>
        <w:t>اینڈ دیر آر سو مینی ابسٹیکلز فار سکسیس</w:t>
      </w:r>
    </w:p>
    <w:p>
      <w:r>
        <w:rPr>
          <w:b/>
        </w:rPr>
        <w:t xml:space="preserve">[48:25] </w:t>
      </w:r>
      <w:r>
        <w:t>. so in the light of Islam, i i i request your advice now how to tackle this interdependency ego problem.</w:t>
      </w:r>
    </w:p>
    <w:p>
      <w:pPr>
        <w:jc w:val="right"/>
      </w:pPr>
      <w:r>
        <w:t>۔ سو ان دا لائٹ آف اسلام، آئی آئی آئی ریکویسٹ یور ایڈوائس ناو ہاؤ ٹو ٹیکل دس انٹرڈیپینڈنسی ایگو پرابلم۔</w:t>
      </w:r>
    </w:p>
    <w:p>
      <w:r>
        <w:rPr>
          <w:b/>
        </w:rPr>
        <w:t xml:space="preserve">[48:37] </w:t>
      </w:r>
      <w:r>
        <w:t>to ego clash exceptional hota hai, except yeh aap jo keh rahe hain, yeh to mein nahi manta ke ego clash hota hai. kabhi kabhi rehta hai, woh to exceptions hain.</w:t>
      </w:r>
    </w:p>
    <w:p>
      <w:pPr>
        <w:jc w:val="right"/>
      </w:pPr>
      <w:r>
        <w:t>تو کیش ایکسیپشنل ہوتا ہے، ایکسیپٹ یہ آپ جو کہہ رہے ہیں، یہ تو میں نہیں مانتا کہ ایگو کیش ہوتا ہے۔ کبھی کبھی رہتا ہے، وہ تو ایکسیپشنز ہیں۔</w:t>
      </w:r>
    </w:p>
    <w:p>
      <w:r>
        <w:rPr>
          <w:b/>
        </w:rPr>
        <w:t xml:space="preserve">[48:49] </w:t>
      </w:r>
      <w:r>
        <w:t>jahan zyada par zyada log milenge, wahan pyar mohabbat barhega, ego clash nahi barhega.</w:t>
      </w:r>
    </w:p>
    <w:p>
      <w:pPr>
        <w:jc w:val="right"/>
      </w:pPr>
      <w:r>
        <w:t>جہاں زیادہ پر زیادہ لوگ ملیں گے، وہاں پیار محبت بڑھے گا، ایگو کیش نہیں بڑھے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