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Companions of The Prophet 4 July 2021 - Prof. Farida Khanam</w:t>
      </w:r>
    </w:p>
    <w:p>
      <w:r>
        <w:t>https://www.youtube.com/watch?v=jl_WWoGnifQ</w:t>
      </w:r>
    </w:p>
    <w:p>
      <w:r>
        <w:rPr>
          <w:b/>
        </w:rPr>
        <w:t xml:space="preserve">[00:11] </w:t>
      </w:r>
      <w:r>
        <w:t>Assalamu Alaikum everyone, we are now going to start with our Sunday class.</w:t>
      </w:r>
    </w:p>
    <w:p>
      <w:pPr>
        <w:jc w:val="right"/>
      </w:pPr>
      <w:r>
        <w:t>अस्सलाम वालेकुम एवरीवन, वी आर नाउ गोइंग टू स्टार्ट विद आवर संडे क्लास।</w:t>
      </w:r>
    </w:p>
    <w:p>
      <w:r>
        <w:rPr>
          <w:b/>
        </w:rPr>
        <w:t xml:space="preserve">[00:18] </w:t>
      </w:r>
      <w:r>
        <w:t>The topic for today's session is "Companions of the Prophet".</w:t>
      </w:r>
    </w:p>
    <w:p>
      <w:pPr>
        <w:jc w:val="right"/>
      </w:pPr>
      <w:r>
        <w:t>द टॉपिक फॉर टुडे सेशन इज "कंपैनियंस ऑफ द प्रॉफिट"।</w:t>
      </w:r>
    </w:p>
    <w:p>
      <w:r>
        <w:rPr>
          <w:b/>
        </w:rPr>
        <w:t xml:space="preserve">[00:23] </w:t>
      </w:r>
      <w:r>
        <w:t>So, I would first request Dr. Saniya Snain Khan to say something on the subject, and after him</w:t>
      </w:r>
    </w:p>
    <w:p>
      <w:pPr>
        <w:jc w:val="right"/>
      </w:pPr>
      <w:r>
        <w:t>सो, आई वुड फर्स्ट रिक्वेस्ट डॉक्टर सानिया स्नेन खान टू से समथिंग ऑन द सब्जेक्ट, एंड आफ्टर हिम</w:t>
      </w:r>
    </w:p>
    <w:p>
      <w:r>
        <w:rPr>
          <w:b/>
        </w:rPr>
        <w:t xml:space="preserve">[00:31] </w:t>
      </w:r>
      <w:r>
        <w:t>Professor Farida Khanam will talk on the subject.</w:t>
      </w:r>
    </w:p>
    <w:p>
      <w:pPr>
        <w:jc w:val="right"/>
      </w:pPr>
      <w:r>
        <w:t>प्रोफेसर फरीदा खानम विल टॉक ऑन द सब्जेक्ट।</w:t>
      </w:r>
    </w:p>
    <w:p>
      <w:r>
        <w:rPr>
          <w:b/>
        </w:rPr>
        <w:t xml:space="preserve">[00:36] </w:t>
      </w:r>
      <w:r>
        <w:t>She will also take up question answer immediately after her talk, so I request everyone that when you</w:t>
      </w:r>
    </w:p>
    <w:p>
      <w:pPr>
        <w:jc w:val="right"/>
      </w:pPr>
      <w:r>
        <w:t>शी विल आल्सो टेक अप क्वेश्चन आंसर इमीडिएटली आफ्टर हर टॉक, सो आई रिक्वेस्ट एवरीवन दैट व्हेन यू</w:t>
      </w:r>
    </w:p>
    <w:p>
      <w:r>
        <w:rPr>
          <w:b/>
        </w:rPr>
        <w:t xml:space="preserve">[00:42] </w:t>
      </w:r>
      <w:r>
        <w:t>Send your questions, please also mention your location.</w:t>
      </w:r>
    </w:p>
    <w:p>
      <w:pPr>
        <w:jc w:val="right"/>
      </w:pPr>
      <w:r>
        <w:t>सेंड योर क्वेश्चंस, प्लीज आल्सो मेंशन योर लोकेशन।</w:t>
      </w:r>
    </w:p>
    <w:p>
      <w:r>
        <w:rPr>
          <w:b/>
        </w:rPr>
        <w:t xml:space="preserve">[00:46] </w:t>
      </w:r>
      <w:r>
        <w:t>So, with this, I will request Dr. Saniya Snain Khan sahab to begin his talk.</w:t>
      </w:r>
    </w:p>
    <w:p>
      <w:pPr>
        <w:jc w:val="right"/>
      </w:pPr>
      <w:r>
        <w:t>सो, विद दिस, आई विल रिक्वेस्ट डॉक्टर सानिया स्नेन खान साहब टू बिगिन हिज टॉक।</w:t>
      </w:r>
    </w:p>
    <w:p>
      <w:r>
        <w:rPr>
          <w:b/>
        </w:rPr>
        <w:t xml:space="preserve">[00:53] </w:t>
      </w:r>
      <w:r>
        <w:t>Bismillah hir Rahman nir Raheem,</w:t>
      </w:r>
    </w:p>
    <w:p>
      <w:pPr>
        <w:jc w:val="right"/>
      </w:pPr>
      <w:r>
        <w:t>بسم اللہ الرحمن الرحیم،</w:t>
      </w:r>
    </w:p>
    <w:p>
      <w:r>
        <w:rPr>
          <w:b/>
        </w:rPr>
        <w:t xml:space="preserve">[00:56] </w:t>
      </w:r>
      <w:r>
        <w:t>rab ishrah li sadri,</w:t>
      </w:r>
    </w:p>
    <w:p>
      <w:pPr>
        <w:jc w:val="right"/>
      </w:pPr>
      <w:r>
        <w:t>رب اشرح لی صدری،</w:t>
      </w:r>
    </w:p>
    <w:p>
      <w:r>
        <w:rPr>
          <w:b/>
        </w:rPr>
        <w:t xml:space="preserve">[00:58] </w:t>
      </w:r>
      <w:r>
        <w:t>wa yassir li amri,</w:t>
      </w:r>
    </w:p>
    <w:p>
      <w:pPr>
        <w:jc w:val="right"/>
      </w:pPr>
      <w:r>
        <w:t>ویسر لی امری،</w:t>
      </w:r>
    </w:p>
    <w:p>
      <w:r>
        <w:rPr>
          <w:b/>
        </w:rPr>
        <w:t xml:space="preserve">[01:01] </w:t>
      </w:r>
      <w:r>
        <w:t>wahal uqdatan min lisani yafqahu qawli.</w:t>
      </w:r>
    </w:p>
    <w:p>
      <w:pPr>
        <w:jc w:val="right"/>
      </w:pPr>
      <w:r>
        <w:t>واحل العقدۃ من لسانی، یفقہ قولی۔</w:t>
      </w:r>
    </w:p>
    <w:p>
      <w:r>
        <w:rPr>
          <w:b/>
        </w:rPr>
        <w:t xml:space="preserve">[01:06] </w:t>
      </w:r>
      <w:r>
        <w:t>aaj se apa, yani doctor farida khanum aur doctor rajat bluthra,</w:t>
      </w:r>
    </w:p>
    <w:p>
      <w:pPr>
        <w:jc w:val="right"/>
      </w:pPr>
      <w:r>
        <w:t>آج سے آپا، یعنی ڈاکٹر فریدہ خانم اور ڈاکٹر رجت بلوتھرا،</w:t>
      </w:r>
    </w:p>
    <w:p>
      <w:r>
        <w:rPr>
          <w:b/>
        </w:rPr>
        <w:t xml:space="preserve">[01:13] </w:t>
      </w:r>
      <w:r>
        <w:t>ایک نئی سیریز شروع کر رہے ہیں جو Sahaba ke upar hogi.</w:t>
      </w:r>
    </w:p>
    <w:p>
      <w:pPr>
        <w:jc w:val="right"/>
      </w:pPr>
      <w:r>
        <w:t>ایک نئی سیریز شروع کر رہے ہیں جو صحابہ کے اوپر ہوگی۔</w:t>
      </w:r>
    </w:p>
    <w:p>
      <w:r>
        <w:rPr>
          <w:b/>
        </w:rPr>
        <w:t xml:space="preserve">[01:19] </w:t>
      </w:r>
      <w:r>
        <w:t>yeh bohat achi shuruaat hai aur is</w:t>
      </w:r>
    </w:p>
    <w:p>
      <w:pPr>
        <w:jc w:val="right"/>
      </w:pPr>
      <w:r>
        <w:t>یہ بہت اچھی شروعات ہے اور اس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