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Discovery Of God (Learnings From English Tazkirul Quran)</w:t>
      </w:r>
    </w:p>
    <w:p>
      <w:r>
        <w:t>https://www.youtube.com/watch?v=CmI5Pp5W6jY</w:t>
      </w:r>
    </w:p>
    <w:p>
      <w:r>
        <w:rPr>
          <w:b/>
        </w:rPr>
        <w:t xml:space="preserve">[00:05] </w:t>
      </w:r>
      <w:r>
        <w:t>assalam o alaikum everyone.</w:t>
      </w:r>
    </w:p>
    <w:p>
      <w:pPr>
        <w:jc w:val="right"/>
      </w:pPr>
      <w:r>
        <w:t>अस्सलाम वालेकुम एवरीवन।</w:t>
      </w:r>
    </w:p>
    <w:p>
      <w:r>
        <w:rPr>
          <w:b/>
        </w:rPr>
        <w:t xml:space="preserve">[00:08] </w:t>
      </w:r>
      <w:r>
        <w:t>bismillahirrahmanirrahim, in the name of god, the most beneficial, the most merciful.</w:t>
      </w:r>
    </w:p>
    <w:p>
      <w:pPr>
        <w:jc w:val="right"/>
      </w:pPr>
      <w:r>
        <w:t>बिस्मिल्लाहिर्रहमानिर्रहीम, इन द नेम ऑफ गॉड, द मोस्ट बेनिफिशियल, द मोस्ट मर्सिफुल।</w:t>
      </w:r>
    </w:p>
    <w:p>
      <w:r>
        <w:rPr>
          <w:b/>
        </w:rPr>
        <w:t xml:space="preserve">[00:15] </w:t>
      </w:r>
      <w:r>
        <w:t>i am a member of cps international.</w:t>
      </w:r>
    </w:p>
    <w:p>
      <w:pPr>
        <w:jc w:val="right"/>
      </w:pPr>
      <w:r>
        <w:t>आई एम अ मेंबर ऑफ सीपीएस इंटरनेशनल।</w:t>
      </w:r>
    </w:p>
    <w:p>
      <w:r>
        <w:rPr>
          <w:b/>
        </w:rPr>
        <w:t xml:space="preserve">[00:18] </w:t>
      </w:r>
      <w:r>
        <w:t>Islam being a revealed religion should be understood from its original scriptures, which consist of the Quran, which</w:t>
      </w:r>
    </w:p>
    <w:p>
      <w:pPr>
        <w:jc w:val="right"/>
      </w:pPr>
      <w:r>
        <w:t>इस्लाम बीइंग अ रिवील्ड रिलीजन शुड बी अंडरस्टुड फ्रॉम इट्स ओरिजिनल स्क्रिप्चर्स, व्हिच कंसिस्ट ऑफ द कुरान, व्हिच</w:t>
      </w:r>
    </w:p>
    <w:p>
      <w:r>
        <w:rPr>
          <w:b/>
        </w:rPr>
        <w:t xml:space="preserve">[00:25] </w:t>
      </w:r>
      <w:r>
        <w:t>is the word of god, and the teachings and life of the prophet.</w:t>
      </w:r>
    </w:p>
    <w:p>
      <w:pPr>
        <w:jc w:val="right"/>
      </w:pPr>
      <w:r>
        <w:t>इज द वर्ड ऑफ गॉड, एंड द टीचिंग्स एंड लाइफ ऑफ द प्रॉफिट।</w:t>
      </w:r>
    </w:p>
    <w:p>
      <w:r>
        <w:rPr>
          <w:b/>
        </w:rPr>
        <w:t xml:space="preserve">[00:29] </w:t>
      </w:r>
      <w:r>
        <w:t>These sessions, comprising of 30 minutes, bring to you the message of the Quran and Hadith.</w:t>
      </w:r>
    </w:p>
    <w:p>
      <w:pPr>
        <w:jc w:val="right"/>
      </w:pPr>
      <w:r>
        <w:t>दीज़ सेशंस, कंप्राइजिंग ऑफ 30 मिनट्स, ब्रिंग टू यू द मैसेज ऑफ द कुरान एंड हदी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