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11 Hud (Hud) - Maulana Wahiduddin Khan</w:t>
      </w:r>
    </w:p>
    <w:p>
      <w:r>
        <w:t>https://www.youtube.com/watch?v=Q2-Ie8pMCRo</w:t>
      </w:r>
    </w:p>
    <w:p>
      <w:r>
        <w:rPr>
          <w:b/>
        </w:rPr>
        <w:t xml:space="preserve">[01:24] </w:t>
      </w:r>
      <w:r>
        <w:t>shuru Allah ke naam se jo bara meherban, nihayat reham wala hai. Alif Lam Ra.</w:t>
      </w:r>
    </w:p>
    <w:p>
      <w:pPr>
        <w:jc w:val="right"/>
      </w:pPr>
      <w:r>
        <w:t>شروع اللہ کے نام سے جو بڑا مہربان، نہایت رحم والا ہے۔ الف لام راء۔</w:t>
      </w:r>
    </w:p>
    <w:p>
      <w:r>
        <w:rPr>
          <w:b/>
        </w:rPr>
        <w:t xml:space="preserve">[01:36] </w:t>
      </w:r>
      <w:r>
        <w:t>yeh kitab hai jis ki ayatein pehle muhkam ki gayeen, phir ek dana aur khabir hasti ki taraf se un ki tafseel ki gayee ke tum Allah ke siwa kisi aur ki ibadat na karo.</w:t>
      </w:r>
    </w:p>
    <w:p>
      <w:pPr>
        <w:jc w:val="right"/>
      </w:pPr>
      <w:r>
        <w:t>یہ کتاب ہے جس کی آیتیں پہلے محکم کی گئیں، پھر ایک دانا اور خبیر ہستی کی طرف سے ان کی تفصیل کی گئی کہ تم اللہ کے سوا کسی اور کی عبادت نہ کرو۔</w:t>
      </w:r>
    </w:p>
    <w:p>
      <w:r>
        <w:rPr>
          <w:b/>
        </w:rPr>
        <w:t xml:space="preserve">[01:53] </w:t>
      </w:r>
      <w:r>
        <w:t>mein tum ko is ki taraf se dua karne wala aur khushkhabri dene wala hoon. aur yeh ke tum apne rab se maafi chaho aur is ki taraf palat aao, woh tum ko ek muddat tak bartaye ga acha bartawa.</w:t>
      </w:r>
    </w:p>
    <w:p>
      <w:pPr>
        <w:jc w:val="right"/>
      </w:pPr>
      <w:r>
        <w:t>میں تم کو اس کی طرف سے دعا کرنے والا اور خوشخبری دینے والا ہوں۔ اور یہ کہ تم اپنے رب سے معافی چاہو اور اس کی طرف پلٹ آؤ، وہ تم کو ایک مدت تک برتوائے گا اچھا برتوانا۔</w:t>
      </w:r>
    </w:p>
    <w:p>
      <w:r>
        <w:rPr>
          <w:b/>
        </w:rPr>
        <w:t xml:space="preserve">[02:12] </w:t>
      </w:r>
      <w:r>
        <w:t>aur har zyada ke mustahiq ko apni taraf se zyada ata kare ga. aur agar tum phir jao to mein tumhare haq mein ek bare din ke azab se darta hoon.</w:t>
      </w:r>
    </w:p>
    <w:p>
      <w:pPr>
        <w:jc w:val="right"/>
      </w:pPr>
      <w:r>
        <w:t>اور ہر زیادہ کے مستحق کو اپنی طرف سے زیادہ عطا کرے گا۔ اور اگر تم پھر جاؤ تو میں تمہارے حق میں ایک بڑے دن کے عذاب سے ڈرتا ہوں۔</w:t>
      </w:r>
    </w:p>
    <w:p>
      <w:r>
        <w:rPr>
          <w:b/>
        </w:rPr>
        <w:t xml:space="preserve">[02:26] </w:t>
      </w:r>
      <w:r>
        <w:t>tum sab ko Allah ki taraf palatna hai aur woh har cheez par qadir hai.</w:t>
      </w:r>
    </w:p>
    <w:p>
      <w:pPr>
        <w:jc w:val="right"/>
      </w:pPr>
      <w:r>
        <w:t>تم سب کو اللہ کی طرف پلٹنا ہے اور وہ ہر چیز پر قادر ہے۔</w:t>
      </w:r>
    </w:p>
    <w:p>
      <w:r>
        <w:rPr>
          <w:b/>
        </w:rPr>
        <w:t xml:space="preserve">[02:35] </w:t>
      </w:r>
      <w:r>
        <w:t>taskhreeh. Quran ki dawat yeh hai ke aadmi ek Allah ke siwa kisi ki ibadat na kare.</w:t>
      </w:r>
    </w:p>
    <w:p>
      <w:pPr>
        <w:jc w:val="right"/>
      </w:pPr>
      <w:r>
        <w:t>تشریح۔ قرآن کی دعوت یہ ہے کہ آدمی ایک اللہ کے سوا کسی کی عبادت نہ کرے۔</w:t>
      </w:r>
    </w:p>
    <w:p>
      <w:r>
        <w:rPr>
          <w:b/>
        </w:rPr>
        <w:t xml:space="preserve">[02:44] </w:t>
      </w:r>
      <w:r>
        <w:t>woh aik khuda ko apna sab kuch banaein. wohi se darein aur wohi se umeed rakhein. us ke zehan o dimagh par usi ka ghalba ho.</w:t>
      </w:r>
    </w:p>
    <w:p>
      <w:pPr>
        <w:jc w:val="right"/>
      </w:pPr>
      <w:r>
        <w:t>وہ ایک خدا کو اپنا سب کچھ بنائے۔ وہ اسی سے ڈرے اور اسی سے امید رکھے۔ اس کے ذہن و دماغ پر اسی کا غلبہ ہو۔</w:t>
      </w:r>
    </w:p>
    <w:p>
      <w:r>
        <w:rPr>
          <w:b/>
        </w:rPr>
        <w:t xml:space="preserve">[02:56] </w:t>
      </w:r>
      <w:r>
        <w:t>apni zindagi ke mamlaat mein woh sab se ziyada us ki marzi ka lihaaz karein. woh apne aap ko abid ke maqam par rakh kar khuda ko maabood ka maqam dene par raazi ho jaye.</w:t>
      </w:r>
    </w:p>
    <w:p>
      <w:pPr>
        <w:jc w:val="right"/>
      </w:pPr>
      <w:r>
        <w:t>اپنی زندگی کے معاملات میں وہ سب سے زیادہ اس کی مرضی کا لحاظ کرے۔ وہ اپنے آپ کو عابد کے مقام پر رکھ کر خدا کو معبود کا مقام دینے پر راضی ہو جائے۔</w:t>
      </w:r>
    </w:p>
    <w:p>
      <w:r>
        <w:rPr>
          <w:b/>
        </w:rPr>
        <w:t xml:space="preserve">[03:13] </w:t>
      </w:r>
      <w:r>
        <w:t>paighambarana dawat darasal isi cheez se insaan ko ba-khabar karne ki dawat hai.</w:t>
      </w:r>
    </w:p>
    <w:p>
      <w:pPr>
        <w:jc w:val="right"/>
      </w:pPr>
      <w:r>
        <w:t>پیغمبرانہ دعوت دراصل اسی چیز سے انسان کو باخبر کرنے کی دعوت ہے۔</w:t>
      </w:r>
    </w:p>
    <w:p>
      <w:r>
        <w:rPr>
          <w:b/>
        </w:rPr>
        <w:t xml:space="preserve">[03:22] </w:t>
      </w:r>
      <w:r>
        <w:t>quran mein is ko intehai muahkam zabaan aur wazeh usloob mein bayan kar diya gaya hai. ab insaan se jo cheez matloob hai woh yeh hai ke woh is ke muqable mein sahih radd-e-amal pesh kare.</w:t>
      </w:r>
    </w:p>
    <w:p>
      <w:pPr>
        <w:jc w:val="right"/>
      </w:pPr>
      <w:r>
        <w:t>قرآن میں اس کو انتہائی محکم زبان اور واضح اسلوب میں بیان کر دیا گیا ہے۔ اب انسان سے جو چیز مطلوب ہے وہ یہ کہ وہ اس کے مقابلے میں صحیح ردعمل پیش کرے۔</w:t>
      </w:r>
    </w:p>
    <w:p>
      <w:r>
        <w:rPr>
          <w:b/>
        </w:rPr>
        <w:t xml:space="preserve">[03:39] </w:t>
      </w:r>
      <w:r>
        <w:t>hasad, ghamand, maslehat bini aur giroh parasti jaisi cheezon ke tehat asar aa kar woh is ko nazar andaaz na kar de.</w:t>
      </w:r>
    </w:p>
    <w:p>
      <w:pPr>
        <w:jc w:val="right"/>
      </w:pPr>
      <w:r>
        <w:t>حسد، گھمنڈ، مصلحت بینی اور گروہ پرستی جیسی چیزوں کے زیر اثر آ کر وہ اس کو نظر انداز نہ کر دے۔</w:t>
      </w:r>
    </w:p>
    <w:p>
      <w:r>
        <w:rPr>
          <w:b/>
        </w:rPr>
        <w:t xml:space="preserve">[03:50] </w:t>
      </w:r>
      <w:r>
        <w:t>balkeh seedhi tarah is ko maan kar khuda ki taraf palat aaye. woh apni maazi ki ghaltiyon ke liye khuda se maafi mange aur mustaqbil ke liye khuda se madad ki darkhwast kare.</w:t>
      </w:r>
    </w:p>
    <w:p>
      <w:pPr>
        <w:jc w:val="right"/>
      </w:pPr>
      <w:r>
        <w:t>بلکہ سیدھی طرح اس کو مان کر خدا کی طرف پلٹ آئے۔ وہ اپنی ماضی کی غلطیوں کے لیے خدا سے معافی مانگے اور مستقبل کے لیے خدا سے مدد کی درخواست کرے۔</w:t>
      </w:r>
    </w:p>
    <w:p>
      <w:r>
        <w:rPr>
          <w:b/>
        </w:rPr>
        <w:t xml:space="preserve">[04:09] </w:t>
      </w:r>
      <w:r>
        <w:t>aadmi ke samne khana pesh kiya jaye aur woh khane ko qabool kar le to is ka matlab yeh hai ke us ne apni jismani parvarish ka intezam kiya.</w:t>
      </w:r>
    </w:p>
    <w:p>
      <w:pPr>
        <w:jc w:val="right"/>
      </w:pPr>
      <w:r>
        <w:t>آدمی کے سامنے کھانا پیش کیا جائے اور وہ کھانے کو قبول کر لے تو اس کا مطلب یہ ہے کہ اس نے اپنی جسمانی پرورش کا انتظام کیا۔</w:t>
      </w:r>
    </w:p>
    <w:p>
      <w:r>
        <w:rPr>
          <w:b/>
        </w:rPr>
        <w:t xml:space="preserve">[04:22] </w:t>
      </w:r>
      <w:r>
        <w:t>is ke bar-aks agar woh khana qabool na kare to goya us ne apne aap ko jismani parvarish se mehroom rakha.</w:t>
      </w:r>
    </w:p>
    <w:p>
      <w:pPr>
        <w:jc w:val="right"/>
      </w:pPr>
      <w:r>
        <w:t>اس کے برعکس اگر وہ کھانا قبول نہ کرے تو گویا اس نے اپنے آپ کو جسمانی پرورش سے محروم رکھا۔</w:t>
      </w:r>
    </w:p>
    <w:p>
      <w:r>
        <w:rPr>
          <w:b/>
        </w:rPr>
        <w:t xml:space="preserve">[04:33] </w:t>
      </w:r>
      <w:r>
        <w:t>aisa hi mamla dawat-e-haq ka hai.</w:t>
      </w:r>
    </w:p>
    <w:p>
      <w:pPr>
        <w:jc w:val="right"/>
      </w:pPr>
      <w:r>
        <w:t>ایسا ہی معاملہ دعوت حق کا ہے۔</w:t>
      </w:r>
    </w:p>
    <w:p>
      <w:r>
        <w:rPr>
          <w:b/>
        </w:rPr>
        <w:t xml:space="preserve">[04:36] </w:t>
      </w:r>
      <w:r>
        <w:t>jab aadmi haq ko qabool karta hai to dar-haqeeqat woh is rizq-e-rabbani ko qabool karta hai jo us ke andar dakhil ho kar us ki rooh aur us ke jism ki salih parvarish ka sabab bane.</w:t>
      </w:r>
    </w:p>
    <w:p>
      <w:pPr>
        <w:jc w:val="right"/>
      </w:pPr>
      <w:r>
        <w:t>جب آدمی حق کو قبول کرتا ہے تو درحقیقت وہ اس رزق ربانی کو قبول کرتا ہے جو اس کے اندر داخل ہو کر اس کی روح اور اس کے جسم کی صالح پرورش کا سبب بنے۔</w:t>
      </w:r>
    </w:p>
    <w:p>
      <w:r>
        <w:rPr>
          <w:b/>
        </w:rPr>
        <w:t xml:space="preserve">[04:52] </w:t>
      </w:r>
      <w:r>
        <w:t>aur bil-aakhir is ko roohani taraqqi ki is manzil ki taraf le jaye jo us ko jannat ke baghon ka mustahiq banati hai.</w:t>
      </w:r>
    </w:p>
    <w:p>
      <w:pPr>
        <w:jc w:val="right"/>
      </w:pPr>
      <w:r>
        <w:t>اور بالآخر اس کو روحانی ترقی کی اس منزل کی طرف لے جائے جو اس کو جنت کے باغوں کا مستحق بناتی ہے۔</w:t>
      </w:r>
    </w:p>
    <w:p>
      <w:r>
        <w:rPr>
          <w:b/>
        </w:rPr>
        <w:t xml:space="preserve">[05:03] </w:t>
      </w:r>
      <w:r>
        <w:t>jo shakhs dawat-e-haq ko qabool na kare us ne goya apni rooh ko rabbani parvarish ke mawaqe se mehroom kar diya.</w:t>
      </w:r>
    </w:p>
    <w:p>
      <w:pPr>
        <w:jc w:val="right"/>
      </w:pPr>
      <w:r>
        <w:t>جو شخص دعوت حق کو قبول نہ کرے اس نے گویا اپنی روح کو ربانی پرورش کے مواقع سے محروم کر دیا۔</w:t>
      </w:r>
    </w:p>
    <w:p>
      <w:r>
        <w:rPr>
          <w:b/>
        </w:rPr>
        <w:t xml:space="preserve">[05:14] </w:t>
      </w:r>
      <w:r>
        <w:t>haq ko maanne wala agar tawazu mein jee raha tha to yeh doosra shakhs ghamand ki nafsiyat mein jiyega.</w:t>
      </w:r>
    </w:p>
    <w:p>
      <w:pPr>
        <w:jc w:val="right"/>
      </w:pPr>
      <w:r>
        <w:t>حق کو ماننے والا اگر تواضع میں جی رہا تھا تو یہ دوسرا شخص گھمنڈ کی نفسیات میں جیے گا۔</w:t>
      </w:r>
    </w:p>
    <w:p>
      <w:r>
        <w:rPr>
          <w:b/>
        </w:rPr>
        <w:t xml:space="preserve">[05:24] </w:t>
      </w:r>
      <w:r>
        <w:t>haq ko maanne wale ke lamhaat agar khuda ki yaad mein basar ho rahe the to is ke lamhaat ghair khuda ki yaad mein basar honge.</w:t>
      </w:r>
    </w:p>
    <w:p>
      <w:pPr>
        <w:jc w:val="right"/>
      </w:pPr>
      <w:r>
        <w:t>حق کو ماننے والے کے لمحات اگر خدا کی یاد میں بسر ہو رہے تھے تو اس کے لمحات غیر خدا کی یاد میں بسر ہوں گے۔</w:t>
      </w:r>
    </w:p>
    <w:p>
      <w:r>
        <w:rPr>
          <w:b/>
        </w:rPr>
        <w:t xml:space="preserve">[05:36] </w:t>
      </w:r>
      <w:r>
        <w:t>haq ko maanne wala agar mawaqe-e-hayat mein itaat-e-khudawandi ka ravaiyya ikhtiyar kiye hue tha to yeh us ki jagah sarkashi ka ravaiyya ikhtiyar karega.</w:t>
      </w:r>
    </w:p>
    <w:p>
      <w:pPr>
        <w:jc w:val="right"/>
      </w:pPr>
      <w:r>
        <w:t>حق کو ماننے والا اگر مواقع حیات میں اطاعت خداوندی کا رویہ اختیار کیے ہوئے تھا تو یہ اس کی جگہ سرکشی کا رویہ اختیار کرے گا۔</w:t>
      </w:r>
    </w:p>
    <w:p>
      <w:r>
        <w:rPr>
          <w:b/>
        </w:rPr>
        <w:t xml:space="preserve">[05:50] </w:t>
      </w:r>
      <w:r>
        <w:t>is ka nateeja yeh hoga ke pehla shakhs is dunya se is haal mein jayega ke us ki rooh sehatmand aur taraqqi yafta rooh hogi aur jannat ki fiza mein basaye jane ki mustahiq thehre gi.</w:t>
      </w:r>
    </w:p>
    <w:p>
      <w:pPr>
        <w:jc w:val="right"/>
      </w:pPr>
      <w:r>
        <w:t>اس کا نتیجہ یہ ہوگا کہ پہلا شخص اس دنیا سے اس حال میں جائے گا کہ اس کی روح صحت مند اور ترقی یافتہ روح ہوگی اور جنت کی فضا میں بسائے جانے کی مستحق ٹھہرے گی۔</w:t>
      </w:r>
    </w:p>
    <w:p>
      <w:r>
        <w:rPr>
          <w:b/>
        </w:rPr>
        <w:t xml:space="preserve">[06:07] </w:t>
      </w:r>
      <w:r>
        <w:t>aur doosre shakhs ki rooh</w:t>
      </w:r>
    </w:p>
    <w:p>
      <w:pPr>
        <w:jc w:val="right"/>
      </w:pPr>
      <w:r>
        <w:t>اور دوسرے شخص کی روح</w:t>
      </w:r>
    </w:p>
    <w:p>
      <w:r>
        <w:rPr>
          <w:b/>
        </w:rPr>
        <w:t xml:space="preserve">[06:09] </w:t>
      </w:r>
      <w:r>
        <w:t>bimar aur pichhri hui rooh hogi aur sirf is qabil hogi ke us ko jahannum ke kara-khane mein phenk diya jaye.</w:t>
      </w:r>
    </w:p>
    <w:p>
      <w:pPr>
        <w:jc w:val="right"/>
      </w:pPr>
      <w:r>
        <w:t>بیمار اور پچھڑی ہوئی روح ہوگی اور صرف اس قابل ہوگی کہ اس کو جہنم کے کڑا خانے میں پھینک دیا جائے۔</w:t>
      </w:r>
    </w:p>
    <w:p>
      <w:r>
        <w:rPr>
          <w:b/>
        </w:rPr>
        <w:t xml:space="preserve">[06:25] </w:t>
      </w:r>
      <w:r>
        <w:t>ala innahum yuthnoona sudoorahum liyastakhfoo minhu ala hina yastaghshoona thiyaabahum ya'lamu ma yusiroona wama yu'linoon innahu aleemun</w:t>
      </w:r>
    </w:p>
    <w:p>
      <w:pPr>
        <w:jc w:val="right"/>
      </w:pPr>
      <w:r>
        <w:t>ألا إنهم يثنون صدورهم ليستخفوا منه ألا حين يستغشون ثيابهم يعلم ما يسرون وما يعلنون إنه عليم</w:t>
      </w:r>
    </w:p>
    <w:p>
      <w:r>
        <w:rPr>
          <w:b/>
        </w:rPr>
        <w:t xml:space="preserve">[06:44] </w:t>
      </w:r>
      <w:r>
        <w:t>bidhaatis sudoor</w:t>
      </w:r>
    </w:p>
    <w:p>
      <w:pPr>
        <w:jc w:val="right"/>
      </w:pPr>
      <w:r>
        <w:t>بذات الصدور</w:t>
      </w:r>
    </w:p>
    <w:p>
      <w:r>
        <w:rPr>
          <w:b/>
        </w:rPr>
        <w:t xml:space="preserve">[06:48] </w:t>
      </w:r>
      <w:r>
        <w:t>wama min dabbatin fil ardi illa allahi rizquha waya'lamu mustaqarraha wamustawda'aha kullu</w:t>
      </w:r>
    </w:p>
    <w:p>
      <w:pPr>
        <w:jc w:val="right"/>
      </w:pPr>
      <w:r>
        <w:t>وما من دابة في الأرض إلا على الله رزقها ويعلم مستقرها ومستودعها كل</w:t>
      </w:r>
    </w:p>
    <w:p>
      <w:r>
        <w:rPr>
          <w:b/>
        </w:rPr>
        <w:t xml:space="preserve">[07:05] </w:t>
      </w:r>
      <w:r>
        <w:t>fi kitabin mubeen</w:t>
      </w:r>
    </w:p>
    <w:p>
      <w:pPr>
        <w:jc w:val="right"/>
      </w:pPr>
      <w:r>
        <w:t>في كتاب مبين</w:t>
      </w:r>
    </w:p>
    <w:p>
      <w:r>
        <w:rPr>
          <w:b/>
        </w:rPr>
        <w:t xml:space="preserve">[07:10] </w:t>
      </w:r>
      <w:r>
        <w:t>dekho yeh log apne seenon ko lapette hain taa ke is se chhup jayein. khabardar! jab woh kapdon se apne aap ko dhanpte hain, Allah janta hai jo kuch woh chhupate hain aur jo woh zahir karte hain.</w:t>
      </w:r>
    </w:p>
    <w:p>
      <w:pPr>
        <w:jc w:val="right"/>
      </w:pPr>
      <w:r>
        <w:t>دیکھو یہ لوگ اپنے سینوں کو لپیٹتے ہیں تاکہ اس سے چھپ جائیں۔ خبردار! جب وہ کپڑوں سے اپنے آپ کو ڈھانپتے ہیں، اللہ جانتا ہے جو کچھ وہ چھپاتے ہیں اور جو وہ ظاہر کرتے ہیں۔</w:t>
      </w:r>
    </w:p>
    <w:p>
      <w:r>
        <w:rPr>
          <w:b/>
        </w:rPr>
        <w:t xml:space="preserve">[07:27] </w:t>
      </w:r>
      <w:r>
        <w:t>woh dilon ki baat tak janne wala hai aur zameen par koi chalne wala aisa nahi jis ki rozi Allah ke zimme na ho.</w:t>
      </w:r>
    </w:p>
    <w:p>
      <w:pPr>
        <w:jc w:val="right"/>
      </w:pPr>
      <w:r>
        <w:t>وہ دلوں کی بات تک جاننے والا ہے اور زمین پر کوئی چلنے والا ایسا نہیں جس کی روزی اللہ کے ذمے نہ ہو۔</w:t>
      </w:r>
    </w:p>
    <w:p>
      <w:r>
        <w:rPr>
          <w:b/>
        </w:rPr>
        <w:t xml:space="preserve">[07:38] </w:t>
      </w:r>
      <w:r>
        <w:t>aur woh janta hai jahan koi theherta hai aur jahan woh sanpa jata hai. sab kuch ek khuli kitab mein maujood hai.</w:t>
      </w:r>
    </w:p>
    <w:p>
      <w:pPr>
        <w:jc w:val="right"/>
      </w:pPr>
      <w:r>
        <w:t>اور وہ جانتا ہے جہاں کوئی ٹھہرتا ہے اور جہاں وہ سانپا جاتا ہے۔ سب کچھ ایک کھلی کتاب میں موجود ہے۔</w:t>
      </w:r>
    </w:p>
    <w:p>
      <w:r>
        <w:rPr>
          <w:b/>
        </w:rPr>
        <w:t xml:space="preserve">[07:52] </w:t>
      </w:r>
      <w:r>
        <w:t>tashreeh. quraish ke baaz sardaron ne aisa kiya ke rasool Allah sal Allah alaih wasallam ne un ke samne tauheed ki dawat pesh ki to woh be parwahi ke sath uthe,</w:t>
      </w:r>
    </w:p>
    <w:p>
      <w:pPr>
        <w:jc w:val="right"/>
      </w:pPr>
      <w:r>
        <w:t>تشریح۔ قریش کے بعض سرداروں نے ایسا کیا کہ رسول اللہ صلی اللہ علیہ وسلم نے ان کے سامنے توحید کی دعوت پیش کی تو وہ بے پرواہی کے ساتھ اٹھے،</w:t>
      </w:r>
    </w:p>
    <w:p>
      <w:r>
        <w:rPr>
          <w:b/>
        </w:rPr>
        <w:t xml:space="preserve">[08:07] </w:t>
      </w:r>
      <w:r>
        <w:t>apni chadar apne upar dali aur rawana ho gaye. yeh darasal kisi baat ko nazar andaz karne ki aik surat hai.</w:t>
      </w:r>
    </w:p>
    <w:p>
      <w:pPr>
        <w:jc w:val="right"/>
      </w:pPr>
      <w:r>
        <w:t>اپنی چادر اپنے اوپر ڈالی اور روانہ ہو گئے۔ یہ دراصل کسی بات کو نظر انداز کرنے کی ایک صورت ہے۔</w:t>
      </w:r>
    </w:p>
    <w:p>
      <w:r>
        <w:rPr>
          <w:b/>
        </w:rPr>
        <w:t xml:space="preserve">[08:18] </w:t>
      </w:r>
      <w:r>
        <w:t>koi aadmi jab daai ko haqeer samjhe aur us ke muqable mein apne ko bartar khayal kare to us waqt woh isi qism ka rawaiyya ikhtiyar karta hai.</w:t>
      </w:r>
    </w:p>
    <w:p>
      <w:pPr>
        <w:jc w:val="right"/>
      </w:pPr>
      <w:r>
        <w:t>کوئی آدمی جب داعی کو حقیر سمجھے اور اس کے مقابلے میں اپنے کو برتر خیال کرے تو اس وقت وہ اسی قسم کا رویہ اختیار کرتا ہے۔</w:t>
      </w:r>
    </w:p>
    <w:p>
      <w:r>
        <w:rPr>
          <w:b/>
        </w:rPr>
        <w:t xml:space="preserve">[08:31] </w:t>
      </w:r>
      <w:r>
        <w:t>magar aadmi bhool jata hai ke jis nafsiyat ke tehat woh aisa kar raha hai, woh Allah taala ko khoob maloom hai.</w:t>
      </w:r>
    </w:p>
    <w:p>
      <w:pPr>
        <w:jc w:val="right"/>
      </w:pPr>
      <w:r>
        <w:t>مگر آدمی بھول جاتا ہے کہ جس نفسیات کے تحت وہ ایسا کر رہا ہے، وہ اللہ تعالیٰ کو خوب معلوم ہے۔</w:t>
      </w:r>
    </w:p>
    <w:p>
      <w:r>
        <w:rPr>
          <w:b/>
        </w:rPr>
        <w:t xml:space="preserve">[08:39] </w:t>
      </w:r>
      <w:r>
        <w:t>yeh sirf aik insan ko nazar andaz karna nahi hai balke khud Khuda ko nazar andaz karna hai jo har khule aur chhupe ko janta hai.</w:t>
      </w:r>
    </w:p>
    <w:p>
      <w:pPr>
        <w:jc w:val="right"/>
      </w:pPr>
      <w:r>
        <w:t>یہ صرف ایک انسان کو نظر انداز کرنا نہیں ہے بلکہ خود خدا کو نظر انداز کرنا ہے جو ہر کھلے اور چھپے کو جانتا ہے۔</w:t>
      </w:r>
    </w:p>
    <w:p>
      <w:r>
        <w:rPr>
          <w:b/>
        </w:rPr>
        <w:t xml:space="preserve">[08:54] </w:t>
      </w:r>
      <w:r>
        <w:t>phir aadmi ka haal us waqt kya hoga</w:t>
      </w:r>
    </w:p>
    <w:p>
      <w:pPr>
        <w:jc w:val="right"/>
      </w:pPr>
      <w:r>
        <w:t>پھر آدمی کا حال اس وقت کیا ہوگا</w:t>
      </w:r>
    </w:p>
    <w:p>
      <w:r>
        <w:rPr>
          <w:b/>
        </w:rPr>
        <w:t xml:space="preserve">[08:57] </w:t>
      </w:r>
      <w:r>
        <w:t>jab woh Khuda ka samna karega? woh dekhega ke jis Khuda ko us ne nazar andaz kiya tha, wahi woh hasti tha jis se us ko woh sab kuch mila tha jo us ke pas tha, hatta ke woh asbab bhi jin ke bal par us ne Khuda ki baat ko nazar andaz kar diya tha.</w:t>
      </w:r>
    </w:p>
    <w:p>
      <w:pPr>
        <w:jc w:val="right"/>
      </w:pPr>
      <w:r>
        <w:t>جب وہ خدا کا سامنا کرے گا؟ وہ دیکھے گا کہ جس خدا کو اس نے نظر انداز کیا تھا، وہی وہ ہستی تھا جس سے اس کو وہ سب کچھ ملا تھا جو اس کے پاس تھا، حتیٰ کہ وہ اسباب بھی جن کے بل پر اس نے خدا کی بات کو نظر انداز کر دیا تھا۔</w:t>
      </w:r>
    </w:p>
    <w:p>
      <w:r>
        <w:rPr>
          <w:b/>
        </w:rPr>
        <w:t xml:space="preserve">[09:19] </w:t>
      </w:r>
      <w:r>
        <w:t>aadmi Khuda ki duniya mein hai aur bil aakhir woh Khuda ki taraf jane wala hai.</w:t>
      </w:r>
    </w:p>
    <w:p>
      <w:pPr>
        <w:jc w:val="right"/>
      </w:pPr>
      <w:r>
        <w:t>آدمی خدا کی دنیا میں ہے اور بالآخر وہ خدا کی طرف جانے والا ہے۔</w:t>
      </w:r>
    </w:p>
    <w:p>
      <w:r>
        <w:rPr>
          <w:b/>
        </w:rPr>
        <w:t xml:space="preserve">[09:25] </w:t>
      </w:r>
      <w:r>
        <w:t>magar woh is tarah rehta hai jaise ke na aaj Khuda se uska koi talluq hai aur na aindah uska Khuda se koi wasta padne wala hai.</w:t>
      </w:r>
    </w:p>
    <w:p>
      <w:pPr>
        <w:jc w:val="right"/>
      </w:pPr>
      <w:r>
        <w:t>مگر وہ اس طرح رہتا ہے جیسے کہ نہ آج خدا سے اس کا کوئی تعلق ہے اور نہ آئندہ اس کا خدا سے کوئی واسطہ پڑنے والا ہے۔</w:t>
      </w:r>
    </w:p>
    <w:p>
      <w:r>
        <w:rPr>
          <w:b/>
        </w:rPr>
        <w:t xml:space="preserve">[09:41] </w:t>
      </w:r>
      <w:r>
        <w:t>wahuwal lazi khalaqas samawati wal arda fi sittati ayyamin wa kana arshuhu alal ma i liyabluwakum ayyukum ahsan amalan wa la in qulta innakum mab'uthuna min ba'dil mauti layaqulannal lazeena kafaroo</w:t>
      </w:r>
    </w:p>
    <w:p>
      <w:pPr>
        <w:jc w:val="right"/>
      </w:pPr>
      <w:r>
        <w:t>وهو الذي خلق السماوات والأرض في ستة أيام وكان عرشه على الماء ليبلوكم أيكم أحسن عملا ولئن قلت إنكم مبعوثون من بعد الموت ليقولن الذين كفروا</w:t>
      </w:r>
    </w:p>
    <w:p>
      <w:r>
        <w:rPr>
          <w:b/>
        </w:rPr>
        <w:t xml:space="preserve">[10:11] </w:t>
      </w:r>
      <w:r>
        <w:t>layaqulannal lazeena kafaroo in haza illa sihrum mubeenun wa la in akhkharna anhumul azaba ila</w:t>
      </w:r>
    </w:p>
    <w:p>
      <w:pPr>
        <w:jc w:val="right"/>
      </w:pPr>
      <w:r>
        <w:t>ليقولن الذين كفروا إن هذا إلا سحر مبين ولئن أخرنا عنهم العذاب إلى</w:t>
      </w:r>
    </w:p>
    <w:p>
      <w:r>
        <w:rPr>
          <w:b/>
        </w:rPr>
        <w:t xml:space="preserve">[10:31] </w:t>
      </w:r>
      <w:r>
        <w:t>ummatium ma'dudatin layaqulanna ma yahbisuh alaa yawmin yatihim laysa masrufun anhum wa haqabihim ma kanoo bihi yastahzi'oon</w:t>
      </w:r>
    </w:p>
    <w:p>
      <w:pPr>
        <w:jc w:val="right"/>
      </w:pPr>
      <w:r>
        <w:t>أمة معدودة ليقولن ما يحبسه ألا يوم يأتيهم ليس مصروفا عنهم وحاق بهم ما كانوا به يستهزئون</w:t>
      </w:r>
    </w:p>
    <w:p>
      <w:r>
        <w:rPr>
          <w:b/>
        </w:rPr>
        <w:t xml:space="preserve">[10:53] </w:t>
      </w:r>
      <w:r>
        <w:t>aur wohi hai jis ne aasmanon aur zameen ko chhe dinon mein paida kiya aur uska arsh pani par tha ta ke tum ko azmaye ke kaun tum mein acha kaam karta hai.</w:t>
      </w:r>
    </w:p>
    <w:p>
      <w:pPr>
        <w:jc w:val="right"/>
      </w:pPr>
      <w:r>
        <w:t>اور وہی ہے جس نے آسمانوں اور زمین کو چھ دنوں میں پیدا کیا اور اس کا عرش پانی پر تھا تاکہ تم کو آزمائے کہ کون تم میں اچھا کام کرتا ہے۔</w:t>
      </w:r>
    </w:p>
    <w:p>
      <w:r>
        <w:rPr>
          <w:b/>
        </w:rPr>
        <w:t xml:space="preserve">[11:06] </w:t>
      </w:r>
      <w:r>
        <w:t>aur agar tum kaho ke marne ke baad tum log uthaye jaoge to munkireen kehte hain yeh to khula hua jadu hai.</w:t>
      </w:r>
    </w:p>
    <w:p>
      <w:pPr>
        <w:jc w:val="right"/>
      </w:pPr>
      <w:r>
        <w:t>اور اگر تم کہو کہ مرنے کے بعد تم لوگ اٹھائے جاؤ گے تو منکرین کہتے ہیں یہ تو کھلا ہوا جادو ہے۔</w:t>
      </w:r>
    </w:p>
    <w:p>
      <w:r>
        <w:rPr>
          <w:b/>
        </w:rPr>
        <w:t xml:space="preserve">[11:15] </w:t>
      </w:r>
      <w:r>
        <w:t>aur agar hum kuch mustaza ko un ki saza ko rok dein to kehte hain ke kya cheez is ko roke hue hai?</w:t>
      </w:r>
    </w:p>
    <w:p>
      <w:pPr>
        <w:jc w:val="right"/>
      </w:pPr>
      <w:r>
        <w:t>اور اگر ہم کچھ مستزا کو ان کی سزا کو روک دیں تو کہتے ہیں کہ کیا چیز اس کو روکے ہوئے ہے؟</w:t>
      </w:r>
    </w:p>
    <w:p>
      <w:r>
        <w:rPr>
          <w:b/>
        </w:rPr>
        <w:t xml:space="preserve">[11:24] </w:t>
      </w:r>
      <w:r>
        <w:t>aagah! jis din woh un par aa parega to woh un se phera na ja sakega aur un ko gher legi woh cheez jis ka woh mazak uda rahe the.</w:t>
      </w:r>
    </w:p>
    <w:p>
      <w:pPr>
        <w:jc w:val="right"/>
      </w:pPr>
      <w:r>
        <w:t>آگاہ! جس دن وہ ان پر آ پڑے گا تو وہ ان سے پھیرا نہ جا سکے گا اور ان کو گھیر لے گی وہ چیز جس کا وہ مذاق اڑا رہے تھے۔</w:t>
      </w:r>
    </w:p>
    <w:p>
      <w:r>
        <w:rPr>
          <w:b/>
        </w:rPr>
        <w:t xml:space="preserve">[11:39] </w:t>
      </w:r>
      <w:r>
        <w:t>tashreeh. maujooda duniya ko Khuda ne chhe dinon yani chhe adwar (periods) mein paida kiya hai.</w:t>
      </w:r>
    </w:p>
    <w:p>
      <w:pPr>
        <w:jc w:val="right"/>
      </w:pPr>
      <w:r>
        <w:t>تشریح۔ موجودہ دنیا کو خدا نے چھ دنوں یعنی چھ ادوار (پیریڈز) میں پیدا کیا ہے۔</w:t>
      </w:r>
    </w:p>
    <w:p>
      <w:r>
        <w:rPr>
          <w:b/>
        </w:rPr>
        <w:t xml:space="preserve">[11:52] </w:t>
      </w:r>
      <w:r>
        <w:t>zameen par aik aisa daur guzra hai jab ke us ki satah pani se dhaki hui thi. Khuda ki saltanat ke is hisse mein us waqt sirf pani nazar aata tha.</w:t>
      </w:r>
    </w:p>
    <w:p>
      <w:pPr>
        <w:jc w:val="right"/>
      </w:pPr>
      <w:r>
        <w:t>زمین پر ایک ایسا دور گزرا ہے جب کہ اس کی سطح پانی سے ڈھکی ہوئی تھی۔ خدا کی سلطنت کے اس حصے میں اس وقت صرف پانی نظر آتا تھا۔</w:t>
      </w:r>
    </w:p>
    <w:p>
      <w:r>
        <w:rPr>
          <w:b/>
        </w:rPr>
        <w:t xml:space="preserve">[12:05] </w:t>
      </w:r>
      <w:r>
        <w:t>us ke baad Khuda ke hukum se khushki ke ilaqe ubhar aaye aur pani samundaron ki gehrai mein jama ho gaya. is tarah yeh mumkin hua ke zameen par maujooda anwae hayat zahoor mein aayen.</w:t>
      </w:r>
    </w:p>
    <w:p>
      <w:pPr>
        <w:jc w:val="right"/>
      </w:pPr>
      <w:r>
        <w:t>اس کے بعد خدا کے حکم سے خشکی کے علاقے ابھر آئے اور پانی سمندروں کی گہرائی میں جمع ہو گیا۔ اس طرح یہ ممکن ہوا کہ زمین پر موجودہ انواع حیات ظہور میں آئیں۔</w:t>
      </w:r>
    </w:p>
    <w:p>
      <w:r>
        <w:rPr>
          <w:b/>
        </w:rPr>
        <w:t xml:space="preserve">[12:23] </w:t>
      </w:r>
      <w:r>
        <w:t>Khuda agarche qadir hai ke waqeat ko achank zahir kar de magar yeh duniya insan ke liye bator imtihangah banai gai hai.</w:t>
      </w:r>
    </w:p>
    <w:p>
      <w:pPr>
        <w:jc w:val="right"/>
      </w:pPr>
      <w:r>
        <w:t>خدا اگرچہ قادر ہے کہ واقعات کو اچانک ظاہر کر دے مگر یہ دنیا انسان کے لیے بطور امتحان گاہ بنائی گئی ہے۔</w:t>
      </w:r>
    </w:p>
    <w:p>
      <w:r>
        <w:rPr>
          <w:b/>
        </w:rPr>
        <w:t xml:space="preserve">[12:35] </w:t>
      </w:r>
      <w:r>
        <w:t>yehi wajah hai ke Khuda ne maujooda duniya ko mansoobe ke tehat banaya aur apni takhleeqat par asbab ka parda qaim rakha.</w:t>
      </w:r>
    </w:p>
    <w:p>
      <w:pPr>
        <w:jc w:val="right"/>
      </w:pPr>
      <w:r>
        <w:t>یہی وجہ ہے کہ خدا نے موجودہ دنیا کو منصوبے کے تحت بنایا اور اپنی تخلیقات پر اسباب کا پردہ قائم رکھا۔</w:t>
      </w:r>
    </w:p>
    <w:p>
      <w:r>
        <w:rPr>
          <w:b/>
        </w:rPr>
        <w:t xml:space="preserve">[12:48] </w:t>
      </w:r>
      <w:r>
        <w:t>duniya ki paidaish aur us par insan ki abadkari se Khuda ka maqsood acha amal karne wale ka intikhab hai. acha amal darasal haqeeqat pasandana amal ka doosra naam hai yani kisi dabaao ke baghair woh karna jo azw haqeeqat aadmi ko karna chahiye.</w:t>
      </w:r>
    </w:p>
    <w:p>
      <w:pPr>
        <w:jc w:val="right"/>
      </w:pPr>
      <w:r>
        <w:t>دنیا کی پیدائش اور اس پر انسان کی آبادکاری سے خدا کا مقصود اچھا عمل کرنے والے کا انتخاب ہے۔ اچھا عمل دراصل حقیقت پسندانہ عمل کا دوسرا نام ہے یعنی کسی دباؤ کے بغیر وہ کرنا جو عزو حقیقت آدمی کو کرنا چاہیے۔</w:t>
      </w:r>
    </w:p>
    <w:p>
      <w:r>
        <w:rPr>
          <w:b/>
        </w:rPr>
        <w:t xml:space="preserve">[13:12] </w:t>
      </w:r>
      <w:r>
        <w:t>haqeeqat pasand shakhs woh hai jo asbab ke zahiri parde se guzar kar Khuda ki chhipi hui karfarmayi ko dekh le, bظahir ikhtiyar rakhte hue apne aap ko be ikhtiyar kar le,</w:t>
      </w:r>
    </w:p>
    <w:p>
      <w:pPr>
        <w:jc w:val="right"/>
      </w:pPr>
      <w:r>
        <w:t>حقیقت پسند شخص وہ ہے جو اسباب کے ظاہری پردے سے گزر کر خدا کی چھپی ہوئی کارفرمائی کو دیکھ لے، بظاہر اختیار رکھتے ہوئے اپنے آپ کو بے اختیار کر لے،</w:t>
      </w:r>
    </w:p>
    <w:p>
      <w:r>
        <w:rPr>
          <w:b/>
        </w:rPr>
        <w:t xml:space="preserve">[13:27] </w:t>
      </w:r>
      <w:r>
        <w:t>sarkashi ki zindagi guzarne ka mauqa rakhte hue Khuda ka tabedar ban jaye. maujooda duniya mein aise hi haqeeqat pasand insanon ka chunao ho raha hai.</w:t>
      </w:r>
    </w:p>
    <w:p>
      <w:pPr>
        <w:jc w:val="right"/>
      </w:pPr>
      <w:r>
        <w:t>سرکشی کی زندگی گزارنے کا موقع رکھتے ہوئے خدا کا تابعدار بن جائے۔ موجودہ دنیا میں ایسے ہی حقیقت پسند انسانوں کا چناؤ ہو رہا ہے۔</w:t>
      </w:r>
    </w:p>
    <w:p>
      <w:r>
        <w:rPr>
          <w:b/>
        </w:rPr>
        <w:t xml:space="preserve">[13:42] </w:t>
      </w:r>
      <w:r>
        <w:t>jab chunao ki yeh muddat khatm hogi to maujooda nizam ko khatm kar ke doosra me'yari nizam banaya jayega jahan tamam achi cheezen sirf acha amal karne walon ke liye hongi aur tamam buri cheezen sirf bura amal karne walon ke liye.</w:t>
      </w:r>
    </w:p>
    <w:p>
      <w:pPr>
        <w:jc w:val="right"/>
      </w:pPr>
      <w:r>
        <w:t>جب چناؤ کی یہ مدت ختم ہوگی تو موجودہ نظام کو ختم کر کے دوسرا معیاری نظام بنایا جائے گا جہاں تمام اچھی چیزیں صرف اچھا عمل کرنے والوں کے لیے ہوں گی اور تمام بری چیزیں صرف برا عمل کرنے والوں کے لیے۔</w:t>
      </w:r>
    </w:p>
    <w:p>
      <w:r>
        <w:rPr>
          <w:b/>
        </w:rPr>
        <w:t xml:space="preserve">[14:06] </w:t>
      </w:r>
      <w:r>
        <w:t>allah ta'ala apne qanoon mohlat ki wajah se munkiron aur sarkashon ko foran nahi pakadta. unko intehai had tak mauqa deta hai ke woh ya to mutanabbih ho kar apni islaah kar lein ya aakhri taur par apne aap ko madin sabit kar dein.</w:t>
      </w:r>
    </w:p>
    <w:p>
      <w:pPr>
        <w:jc w:val="right"/>
      </w:pPr>
      <w:r>
        <w:t>اللہ تعالیٰ اپنے قانون مہلت کی وجہ سے منکروں اور سرکشوں کو فوراً نہیں پکڑتا۔ ان کو انتہائی حد تک موقع دیتا ہے کہ وہ یا تو متنبہ ہو کر اپنی اصلاح کر لیں یا آخری طور پر اپنے آپ کو مدین ثابت کر دیں۔</w:t>
      </w:r>
    </w:p>
    <w:p>
      <w:r>
        <w:rPr>
          <w:b/>
        </w:rPr>
        <w:t xml:space="preserve">[14:27] </w:t>
      </w:r>
      <w:r>
        <w:t>yeh qanoon mohlat baaz sarkashon ke liye ghalat fehmi ka sabab ban jata hai.</w:t>
      </w:r>
    </w:p>
    <w:p>
      <w:pPr>
        <w:jc w:val="right"/>
      </w:pPr>
      <w:r>
        <w:t>یہ قانون مہلت بعض سرکشوں کے لیے غلط فہمی کا سبب بن جاتا ہے۔</w:t>
      </w:r>
    </w:p>
    <w:p>
      <w:r>
        <w:rPr>
          <w:b/>
        </w:rPr>
        <w:t xml:space="preserve">[14:35] </w:t>
      </w:r>
      <w:r>
        <w:t>woh apni haisiyat ko bhool kar badi badi baatein karne lagte hain magar jab woh khuda ki pakad mein aa jayenge us waqt unhein maloom hoga ke woh khuda ke muqable mein kis qadar bebas thay.</w:t>
      </w:r>
    </w:p>
    <w:p>
      <w:pPr>
        <w:jc w:val="right"/>
      </w:pPr>
      <w:r>
        <w:t>وہ اپنی حیثیت کو بھول کر بڑی بڑی باتیں کرنے لگتے ہیں مگر جب وہ خدا کی پکڑ میں آ جائیں گے اس وقت انہیں معلوم ہوگا کہ وہ خدا کے مقابلے میں کس قدر بے بس تھے۔</w:t>
      </w:r>
    </w:p>
    <w:p>
      <w:r>
        <w:rPr>
          <w:b/>
        </w:rPr>
        <w:t xml:space="preserve">[14:54] </w:t>
      </w:r>
      <w:r>
        <w:t>walain adhaqna al insana minna rahmatan thumma naz'anaha minhu innahu layaoosun kafoor walain adhaqnahu na'maa</w:t>
      </w:r>
    </w:p>
    <w:p>
      <w:pPr>
        <w:jc w:val="right"/>
      </w:pPr>
      <w:r>
        <w:t>ولئن أذقنا الإنسان منا رحمة ثم نزعناها منه إنه ليؤوس كفور ولئن أذقناه نعماء</w:t>
      </w:r>
    </w:p>
    <w:p>
      <w:r>
        <w:rPr>
          <w:b/>
        </w:rPr>
        <w:t xml:space="preserve">[15:14] </w:t>
      </w:r>
      <w:r>
        <w:t>ba'da darr'aa massathu layaqoolanna dhahaba al sayyiaatu 'annee innahu lafarahun fakhoor</w:t>
      </w:r>
    </w:p>
    <w:p>
      <w:pPr>
        <w:jc w:val="right"/>
      </w:pPr>
      <w:r>
        <w:t>بعد ضراء مسته ليقولن ذهب السيئات عني إنه لفرح فخور</w:t>
      </w:r>
    </w:p>
    <w:p>
      <w:r>
        <w:rPr>
          <w:b/>
        </w:rPr>
        <w:t xml:space="preserve">[15:31] </w:t>
      </w:r>
      <w:r>
        <w:t>illa allazeena sabaroo wa'amiloo al salihata oolaa'ika lahum maghfiratun wa'ajrun kabeer</w:t>
      </w:r>
    </w:p>
    <w:p>
      <w:pPr>
        <w:jc w:val="right"/>
      </w:pPr>
      <w:r>
        <w:t>إلا الذين صبروا وعملوا الصالحات أولئك لهم مغفرة وأجر كبير</w:t>
      </w:r>
    </w:p>
    <w:p>
      <w:r>
        <w:rPr>
          <w:b/>
        </w:rPr>
        <w:t xml:space="preserve">[15:46] </w:t>
      </w:r>
      <w:r>
        <w:t>aur agar hum insaan ko apni kisi rehmat se nawazte hain phir us se us ko mehroom kar dete hain to woh mayoos aur nashukra ban jata hai.</w:t>
      </w:r>
    </w:p>
    <w:p>
      <w:pPr>
        <w:jc w:val="right"/>
      </w:pPr>
      <w:r>
        <w:t>اور اگر ہم انسان کو اپنی کسی رحمت سے نوازتے ہیں پھر اس سے اس کو محروم کر دیتے ہیں تو وہ مایوس اور ناشکرا بن جاتا ہے۔</w:t>
      </w:r>
    </w:p>
    <w:p>
      <w:r>
        <w:rPr>
          <w:b/>
        </w:rPr>
        <w:t xml:space="preserve">[15:58] </w:t>
      </w:r>
      <w:r>
        <w:t>aur agar kisi takleef ke baad jo us ko pahunchi thi us ko hum nemat se nawazte hain to woh kehta hai ke sari museebatein mujh se door ho gayeen.</w:t>
      </w:r>
    </w:p>
    <w:p>
      <w:pPr>
        <w:jc w:val="right"/>
      </w:pPr>
      <w:r>
        <w:t>اور اگر کسی تکلیف کے بعد جو اس کو پہنچی تھی اس کو ہم نعمت سے نوازتے ہیں تو وہ کہتا ہے کہ ساری مصیبتیں مجھ سے دور ہو گئیں۔</w:t>
      </w:r>
    </w:p>
    <w:p>
      <w:r>
        <w:rPr>
          <w:b/>
        </w:rPr>
        <w:t xml:space="preserve">[16:12] </w:t>
      </w:r>
      <w:r>
        <w:t>woh utrane wala aur pakadne wala ban jata hai. magar jo log sabr karne wale aur nek amal karne wale hain un ke liye bakhshish hai aur bada ajar.</w:t>
      </w:r>
    </w:p>
    <w:p>
      <w:pPr>
        <w:jc w:val="right"/>
      </w:pPr>
      <w:r>
        <w:t>وہ اترانے والا اور پکڑنے والا بن جاتا ہے۔ مگر جو لوگ صبر کرنے والے اور نیک عمل کرنے والے ہیں ان کے لیے بخشش ہے اور بڑا اجر۔</w:t>
      </w:r>
    </w:p>
    <w:p>
      <w:r>
        <w:rPr>
          <w:b/>
        </w:rPr>
        <w:t xml:space="preserve">[16:31] </w:t>
      </w:r>
      <w:r>
        <w:t>tashreeh. dunya mein aadmi ko kabhi rahat di jati hai aur kabhi museebat.</w:t>
      </w:r>
    </w:p>
    <w:p>
      <w:pPr>
        <w:jc w:val="right"/>
      </w:pPr>
      <w:r>
        <w:t>تشریح۔ دنیا میں آدمی کو کبھی راحت دی جاتی ہے اور کبھی مصیبت۔</w:t>
      </w:r>
    </w:p>
    <w:p>
      <w:r>
        <w:rPr>
          <w:b/>
        </w:rPr>
        <w:t xml:space="preserve">[16:39] </w:t>
      </w:r>
      <w:r>
        <w:t>yahan magar yahan na rahat inaam ke taur par hai aur na museebat saza ke taur par. dono hi ka maqsad jaanch hai.</w:t>
      </w:r>
    </w:p>
    <w:p>
      <w:pPr>
        <w:jc w:val="right"/>
      </w:pPr>
      <w:r>
        <w:t>یہاں مگر یہاں نہ راحت انعام کے طور پر ہے اور نہ مصیبت سزا کے طور پر۔ دونوں ہی کا مقصد جانچ ہے۔</w:t>
      </w:r>
    </w:p>
    <w:p>
      <w:r>
        <w:rPr>
          <w:b/>
        </w:rPr>
        <w:t xml:space="preserve">[16:50] </w:t>
      </w:r>
      <w:r>
        <w:t>yeh dunya daar ul imtehaan hai. yahan insaan ke sath jo kuch pesh aata hai woh sirf is liye hota hai ke yeh dekha jaye ke mukhtalif halaat mein aadmi ne kis qism ka radd-e-amal pesh kiya.</w:t>
      </w:r>
    </w:p>
    <w:p>
      <w:pPr>
        <w:jc w:val="right"/>
      </w:pPr>
      <w:r>
        <w:t>یہ دنیا دارالامتحان ہے۔ یہاں انسان کے ساتھ جو کچھ پیش آتا ہے وہ صرف اس لیے ہوتا ہے کہ یہ دیکھا جائے کہ مختلف حالات میں آدمی نے کس قسم کا ردعمل پیش کیا۔</w:t>
      </w:r>
    </w:p>
    <w:p>
      <w:r>
        <w:rPr>
          <w:b/>
        </w:rPr>
        <w:t xml:space="preserve">[17:08] </w:t>
      </w:r>
      <w:r>
        <w:t>woh aadmi nakaam hai jis ka haal yeh ho ke jab us ko khuda ki taraf se koi rahat pahunche to woh fakhr ki nafsiyat mein mubtala ho jaye.</w:t>
      </w:r>
    </w:p>
    <w:p>
      <w:pPr>
        <w:jc w:val="right"/>
      </w:pPr>
      <w:r>
        <w:t>وہ آدمی ناکام ہے جس کا حال یہ ہو کہ جب اس کو خدا کی طرف سے کوئی راحت پہنچے تو وہ فخر کی نفسیات میں مبتلا ہو جائے۔</w:t>
      </w:r>
    </w:p>
    <w:p>
      <w:r>
        <w:rPr>
          <w:b/>
        </w:rPr>
        <w:t xml:space="preserve">[17:20] </w:t>
      </w:r>
      <w:r>
        <w:t>aur jo afraad is ko apne se kam dikhai dein un ke muqable mein woh akadne lagein.</w:t>
      </w:r>
    </w:p>
    <w:p>
      <w:pPr>
        <w:jc w:val="right"/>
      </w:pPr>
      <w:r>
        <w:t>اور جو افراد اس کو اپنے سے کم دکھائی دیں ان کے مقابلے میں وہ اکڑنے لگے۔</w:t>
      </w:r>
    </w:p>
    <w:p>
      <w:r>
        <w:rPr>
          <w:b/>
        </w:rPr>
        <w:t xml:space="preserve">[17:28] </w:t>
      </w:r>
      <w:r>
        <w:t>isi tarah woh shakhs bhi nakaam hai ke jab us se koi cheez chine aur woh museebat ka shikar ho to woh nashukri karne lage.</w:t>
      </w:r>
    </w:p>
    <w:p>
      <w:pPr>
        <w:jc w:val="right"/>
      </w:pPr>
      <w:r>
        <w:t>اسی طرح وہ شخص بھی ناکام ہے کہ جب اس سے کوئی چیز چھنے اور وہ مصیبت کا شکار ہو تو وہ ناشکری کرنے لگے۔</w:t>
      </w:r>
    </w:p>
    <w:p>
      <w:r>
        <w:rPr>
          <w:b/>
        </w:rPr>
        <w:t xml:space="preserve">[17:41] </w:t>
      </w:r>
      <w:r>
        <w:t>kisi mehroomi ke baad bhi aadmi ke paas khuda ki di hui bohat si cheezein maujood hoti hain</w:t>
      </w:r>
    </w:p>
    <w:p>
      <w:pPr>
        <w:jc w:val="right"/>
      </w:pPr>
      <w:r>
        <w:t>کسی محرومی کے بعد بھی آدمی کے پاس خدا کی دی ہوئی بہت سی چیزیں موجود ہوتی ہیں</w:t>
      </w:r>
    </w:p>
    <w:p>
      <w:r>
        <w:rPr>
          <w:b/>
        </w:rPr>
        <w:t xml:space="preserve">[17:50] </w:t>
      </w:r>
      <w:r>
        <w:t>magar aadmi un ko bhool jata hai. aur khoi hui cheez ke gham mein aisa past himmat hota hai goya uska sab kuch lut gaya hai.</w:t>
      </w:r>
    </w:p>
    <w:p>
      <w:pPr>
        <w:jc w:val="right"/>
      </w:pPr>
      <w:r>
        <w:t>مگر آدمی ان کو بھول جاتا ہے۔ اور کھوئی ہوئی چیز کے غم میں ایسا پست ہمت ہوتا ہے گویا اس کا سب کچھ لٹ گیا ہے۔</w:t>
      </w:r>
    </w:p>
    <w:p>
      <w:r>
        <w:rPr>
          <w:b/>
        </w:rPr>
        <w:t xml:space="preserve">[18:05] </w:t>
      </w:r>
      <w:r>
        <w:t>is ke bar aks imaan mein poora utarne wale woh hain jo sabir aur salih-ul-amal hon yani har jhatke ke bawajood apne aap ko e'tedaal par qaim rakhein aur wohi karein jo khuda ka banda hone ki haisiyat se unhein karna chahiye.</w:t>
      </w:r>
    </w:p>
    <w:p>
      <w:pPr>
        <w:jc w:val="right"/>
      </w:pPr>
      <w:r>
        <w:t>اس کے برعکس ایمان میں پورا اترنے والے وہ ہیں جو صابر اور صالح العمل ہوں یعنی ہر جھٹکے کے باوجود اپنے آپ کو اعتدال پر قائم رکھیں اور وہی کریں جو خدا کا بندہ ہونے کی حیثیت سے انہیں کرنا چاہیے۔</w:t>
      </w:r>
    </w:p>
    <w:p>
      <w:r>
        <w:rPr>
          <w:b/>
        </w:rPr>
        <w:t xml:space="preserve">[18:27] </w:t>
      </w:r>
      <w:r>
        <w:t>sab yeh hai ke aadmi ki nafsiyat halaat ke zer asar na bane balke usool aur nazariye ke tehat bane. halaat khwah kuch hon woh un se buland ho kar khalis haq ki roshni mein apni rai banaye.</w:t>
      </w:r>
    </w:p>
    <w:p>
      <w:pPr>
        <w:jc w:val="right"/>
      </w:pPr>
      <w:r>
        <w:t>سب یہ ہے کہ آدمی کی نفسیات حالات کے زیر اثر نہ بنے بلکہ اصول اور نظریے کے تحت بنے۔ حالات خواہ کچھ ہوں وہ ان سے بلند ہو کر خالص حق کی روشنی میں اپنی رائے بنائے۔</w:t>
      </w:r>
    </w:p>
    <w:p>
      <w:r>
        <w:rPr>
          <w:b/>
        </w:rPr>
        <w:t xml:space="preserve">[18:45] </w:t>
      </w:r>
      <w:r>
        <w:t>woh halaat se ghair mutasir reh kar apne aqeeda aur shaoor ki satah par zinda rehne ki taqat rakhta ho.</w:t>
      </w:r>
    </w:p>
    <w:p>
      <w:pPr>
        <w:jc w:val="right"/>
      </w:pPr>
      <w:r>
        <w:t>وہ حالات سے غیر متاثر رہ کر اپنے عقیدہ اور شعور کی سطح پر زندہ رہنے کی طاقت رکھتا ہو۔</w:t>
      </w:r>
    </w:p>
    <w:p>
      <w:r>
        <w:rPr>
          <w:b/>
        </w:rPr>
        <w:t xml:space="preserve">[18:54] </w:t>
      </w:r>
      <w:r>
        <w:t>isi qism ki zindagi nek-amli ki zindagi hai. jo log is nek-amli ka saboot dein wohi woh log hain jo agli zindagi mein khuda ki rehmaton ke hisse daar honge aur khuda ki abadi jannaton mein jagah payenge.</w:t>
      </w:r>
    </w:p>
    <w:p>
      <w:pPr>
        <w:jc w:val="right"/>
      </w:pPr>
      <w:r>
        <w:t>اسی قسم کی زندگی نیک عملی کی زندگی ہے۔ جو لوگ اس نیک عملی کا ثبوت دیں وہی وہ لوگ ہیں جو اگلی زندگی میں خدا کی رحمتوں کے حصے دار ہوں گے اور خدا کی ابدی جنتوں میں جگہ پائیں گے۔</w:t>
      </w:r>
    </w:p>
    <w:p>
      <w:r>
        <w:rPr>
          <w:b/>
        </w:rPr>
        <w:t xml:space="preserve">[19:16] </w:t>
      </w:r>
      <w:r>
        <w:t>fal'allaka tarikun ba'da ma yuha ilayka wa dayiqun bihi sadruk wa dayiqun</w:t>
      </w:r>
    </w:p>
    <w:p>
      <w:pPr>
        <w:jc w:val="right"/>
      </w:pPr>
      <w:r>
        <w:t>فلعلك تارك بعض ما یوحی الیک وضائق به صدرك وضائق</w:t>
      </w:r>
    </w:p>
    <w:p>
      <w:r>
        <w:rPr>
          <w:b/>
        </w:rPr>
        <w:t xml:space="preserve">[19:34] </w:t>
      </w:r>
      <w:r>
        <w:t>bihi sadruk an yaqooloo lawla unzila 'alayhi kanzun aw ja'a ma'ahu malakun innama</w:t>
      </w:r>
    </w:p>
    <w:p>
      <w:pPr>
        <w:jc w:val="right"/>
      </w:pPr>
      <w:r>
        <w:t>به صدرك ان یقولوا لولا انزل علیه کنز او جاء معه ملك انما</w:t>
      </w:r>
    </w:p>
    <w:p>
      <w:r>
        <w:rPr>
          <w:b/>
        </w:rPr>
        <w:t xml:space="preserve">[19:52] </w:t>
      </w:r>
      <w:r>
        <w:t>anta nadheerun wallahu 'ala kulli shay'in wakeelun am yaqooloon aftarah qul fatu bi'ashri suwarin</w:t>
      </w:r>
    </w:p>
    <w:p>
      <w:pPr>
        <w:jc w:val="right"/>
      </w:pPr>
      <w:r>
        <w:t>انت نذیر والله على كل شيء وكيل ام یقولون افتراه قل فاتوا بعشر سور</w:t>
      </w:r>
    </w:p>
    <w:p>
      <w:r>
        <w:rPr>
          <w:b/>
        </w:rPr>
        <w:t xml:space="preserve">[20:09] </w:t>
      </w:r>
      <w:r>
        <w:t>min mithlihi muftariyatin wad'oo mani istata'tum wad'oo mani istata'tum min dooni allahi in kuntum sadiqeen</w:t>
      </w:r>
    </w:p>
    <w:p>
      <w:pPr>
        <w:jc w:val="right"/>
      </w:pPr>
      <w:r>
        <w:t>من مثله مفتريات وادعوا من استطعتم وادعوا من استطعتم من دون الله ان كنتم صادقین</w:t>
      </w:r>
    </w:p>
    <w:p>
      <w:r>
        <w:rPr>
          <w:b/>
        </w:rPr>
        <w:t xml:space="preserve">[20:27] </w:t>
      </w:r>
      <w:r>
        <w:t>fain lam yastajeeboo lakum fa'alamoo innamaa unzila bi'ilmillahi wa innaa</w:t>
      </w:r>
    </w:p>
    <w:p>
      <w:pPr>
        <w:jc w:val="right"/>
      </w:pPr>
      <w:r>
        <w:t>فان لم یستجيبوا لكم فاعلموا انما انزل بعلم الله وانا</w:t>
      </w:r>
    </w:p>
    <w:p>
      <w:r>
        <w:rPr>
          <w:b/>
        </w:rPr>
        <w:t xml:space="preserve">[20:42] </w:t>
      </w:r>
      <w:r>
        <w:t>ilaaha illaa huwa fahal antum muslimoon</w:t>
      </w:r>
    </w:p>
    <w:p>
      <w:pPr>
        <w:jc w:val="right"/>
      </w:pPr>
      <w:r>
        <w:t>الہ الاھو فہل انتم مسلمون</w:t>
      </w:r>
    </w:p>
    <w:p>
      <w:r>
        <w:rPr>
          <w:b/>
        </w:rPr>
        <w:t xml:space="preserve">[20:52] </w:t>
      </w:r>
      <w:r>
        <w:t>kabhi aisa na ho ke tum is cheez ka kuch hissa chhod do jo tumhari taraf wahi ki gayi hai aur tum is baat par diltang ho ke woh kehte hain ke is par koi yaqeen nahi utara gaya ya is ke saath koi farishta kyun nahi aaya</w:t>
      </w:r>
    </w:p>
    <w:p>
      <w:pPr>
        <w:jc w:val="right"/>
      </w:pPr>
      <w:r>
        <w:t>کبھی ایسا نہ ہو کہ تم اس چیز کا کچھ حصہ چھوڑ دو جو تمہاری طرف وحی کی گئی ہے اور تم اس بات پر دلتنگ ہو کہ وہ کہتے ہیں کہ اس پر کوئی یقین نہیں اتارا گیا یا اس کے ساتھ کوئی فرشتہ کیوں نہیں آیا</w:t>
      </w:r>
    </w:p>
    <w:p>
      <w:r>
        <w:rPr>
          <w:b/>
        </w:rPr>
        <w:t xml:space="preserve">[21:12] </w:t>
      </w:r>
      <w:r>
        <w:t>tum to sirf darane wale ho aur Allah har cheez ka zimmedaar hai kya woh kehte hain ke payambar ne is kitaab ko ghadh liya hai kaho tum bhi aisi hi dastoor bana kar le aao aur Allah ke siwa jisko bula sako bula lo</w:t>
      </w:r>
    </w:p>
    <w:p>
      <w:pPr>
        <w:jc w:val="right"/>
      </w:pPr>
      <w:r>
        <w:t>تم تو صرف ڈرانے والے ہو اور اللہ ہر چیز کا ذمہ دار ہے کیا وہ کہتے ہیں کہ پیغمبر نے اس کتاب کو گھڑ لیا ہے کہو تم بھی ایسی ہی دستور بنا کر لے آؤ اور اللہ کے سوا جس کو بلا سکو بلا لو</w:t>
      </w:r>
    </w:p>
    <w:p>
      <w:r>
        <w:rPr>
          <w:b/>
        </w:rPr>
        <w:t xml:space="preserve">[21:33] </w:t>
      </w:r>
      <w:r>
        <w:t>agar tum sachche ho pas agar woh tumhara kaha poora na kar saken to jaan lo ke yeh Allah ke ilm se utra hai aur yeh ke is ke siwa koi mabood nahi phir kya tum hukum maante ho</w:t>
      </w:r>
    </w:p>
    <w:p>
      <w:pPr>
        <w:jc w:val="right"/>
      </w:pPr>
      <w:r>
        <w:t>اگر تم سچے ہو پس اگر وہ تمہارا کہا پورا نہ کر سکیں تو جان لو کہ یہ اللہ کے علم سے اترا ہے اور یہ کہ اس کے سوا کوئی معبود نہیں پھر کیا تم حکم مانتے ہو</w:t>
      </w:r>
    </w:p>
    <w:p>
      <w:r>
        <w:rPr>
          <w:b/>
        </w:rPr>
        <w:t xml:space="preserve">[21:52] </w:t>
      </w:r>
      <w:r>
        <w:t>tashreeh rasool Allah sal Allah alaihi wasallam ne jab shirk ki tardeed ki aur logon ko tauheed ki taraf bulaya to aap ke mukhatibeen bigad gaye is ki wajah yeh thi ke aap ki baaton se un ke un badon par zad padti thi jin ke deen ko unhone ikhtiyar kar rakha tha aur jin se intesab par woh fakhr karte the</w:t>
      </w:r>
    </w:p>
    <w:p>
      <w:pPr>
        <w:jc w:val="right"/>
      </w:pPr>
      <w:r>
        <w:t>تشریح رسول اللہ صلی اللہ علیہ وسلم نے جب شرک کی تردید کی اور لوگوں کو توحید کی طرف بلایا تو آپ کے مخاطبین بگڑ گئے اس کی وجہ یہ تھی کہ آپ کی باتوں سے ان کے ان بڑوں پر زد پڑتی تھی جن کے دین کو انہوں نے اختیار کر رکھا تھا اور جن سے انتصاب پر وہ فخر کرتے تھے</w:t>
      </w:r>
    </w:p>
    <w:p>
      <w:r>
        <w:rPr>
          <w:b/>
        </w:rPr>
        <w:t xml:space="preserve">[22:20] </w:t>
      </w:r>
      <w:r>
        <w:t>soorat haal yeh thi ke qadeem arabon ke yeh akabir tareekhi taur par un ki nazar mein ba'azmat bane hue the jab ke payambar Islam ke saath abhi tareekh ki azmaten shamil nahi hui thi us waqt aap logon ko ek be haisiyat insaan ke roop mein nazar aate the</w:t>
      </w:r>
    </w:p>
    <w:p>
      <w:pPr>
        <w:jc w:val="right"/>
      </w:pPr>
      <w:r>
        <w:t>صورتحال یہ تھی کہ قدیم عربوں کے یہ اکابر تاریخی طور پر ان کی نظر میں باعظمت بنے ہوئے تھے جبکہ پیغمبر اسلام کے ساتھ ابھی تاریخ کی عظمتیں شامل نہیں ہوئی تھیں اس وقت آپ لوگوں کو ایک بے حیثیت انسان کے روپ میں نظر آتے تھے</w:t>
      </w:r>
    </w:p>
    <w:p>
      <w:r>
        <w:rPr>
          <w:b/>
        </w:rPr>
        <w:t xml:space="preserve">[22:42] </w:t>
      </w:r>
      <w:r>
        <w:t>arab ke log yeh dekh kar sakht barham hote the ke ek mamooli aadmi aisi baatein keh raha hai jis se un ke akabir o aazam be aitbaar saabit ho rahe hain aisi haalat mein daai ke zehan mein yeh khayal aata hai ke woh kam az kam waqti taur par tanqeedi andaaz se parhez kare aur sirf misbat taur par apna paigham pesh kare</w:t>
      </w:r>
    </w:p>
    <w:p>
      <w:pPr>
        <w:jc w:val="right"/>
      </w:pPr>
      <w:r>
        <w:t>عرب کے لوگ یہ دیکھ کر سخت برہم ہوتے تھے کہ ایک معمولی آدمی ایسی باتیں کہہ رہا ہے جس سے ان کے اکابر و اعظم بے اعتبار ثابت ہو رہے ہیں ایسی حالت میں داعی کے ذہن میں یہ خیال آتا ہے کہ وہ کم از کم وقتی طور پر تنقیدی انداز سے پرہیز کرے اور صرف مثبت طور پر اپنا پیغام پیش کرے</w:t>
      </w:r>
    </w:p>
    <w:p>
      <w:r>
        <w:rPr>
          <w:b/>
        </w:rPr>
        <w:t xml:space="preserve">[23:12] </w:t>
      </w:r>
      <w:r>
        <w:t>shayad tum wahi ke baad hisse ki tableegh chhod doge se muraad wahi khuda wandi ka yahi tanqeedi hissa hai magar Allah taala ko wazahat matloob hai aur tanqeed ke baghair wazahat mumkin nahi phir agar haq ko poori tarah kholne ke nateeje mein log daai ko istihza aur mukhalifat ka mozu banayein to is se ghabrane ki kya zaroorat</w:t>
      </w:r>
    </w:p>
    <w:p>
      <w:pPr>
        <w:jc w:val="right"/>
      </w:pPr>
      <w:r>
        <w:t>شاید تم وحی کے بعد حصے کی تبلیغ چھوڑ دو گے سے مراد وحی خداوندی کا یہی تنقیدی حصہ ہے مگر اللہ تعالیٰ کو وضاحت مطلوب ہے اور تنقید کے بغیر وضاحت ممکن نہیں پھر اگر حق کو پوری طرح کھولنے کے نتیجے میں لوگ داعی کو استہزاء اور مخالفت کا موضوع بنائیں تو اس سے گھبرانے کی کیا ضرورت</w:t>
      </w:r>
    </w:p>
    <w:p>
      <w:r>
        <w:rPr>
          <w:b/>
        </w:rPr>
        <w:t xml:space="preserve">[23:41] </w:t>
      </w:r>
      <w:r>
        <w:t>madu ki taraf se yeh mukhalifana radd e amal to darasal woh qeemat hai jo kisi aadmi ko baramez haq ka daai banne ke liye is duniya mein ada karna padta hai</w:t>
      </w:r>
    </w:p>
    <w:p>
      <w:pPr>
        <w:jc w:val="right"/>
      </w:pPr>
      <w:r>
        <w:t>مدعو کی طرف سے یہ مخالفانہ ردعمل تو دراصل وہ قیمت ہے جو کسی آدمی کو برامیز حق کا داعی بننے کے لیے اس دنیا میں ادا کرنا پڑتا ہے</w:t>
      </w:r>
    </w:p>
    <w:p>
      <w:r>
        <w:rPr>
          <w:b/>
        </w:rPr>
        <w:t xml:space="preserve">[23:57] </w:t>
      </w:r>
      <w:r>
        <w:t>khuda ke daai ke bar haq hone ka sab se zyada yaqini saboot is ka na qabil e taqleed kalam hai</w:t>
      </w:r>
    </w:p>
    <w:p>
      <w:pPr>
        <w:jc w:val="right"/>
      </w:pPr>
      <w:r>
        <w:t>خدا کے داعی کے برحق ہونے کا سب سے زیادہ یقینی ثبوت اس کا ناقابل تقلید کلام ہے</w:t>
      </w:r>
    </w:p>
    <w:p>
      <w:r>
        <w:rPr>
          <w:b/>
        </w:rPr>
        <w:t xml:space="preserve">[24:06] </w:t>
      </w:r>
      <w:r>
        <w:t>jo log payambar ko haqeer samajh rahe the aur yeh yaqeen karne ke liye tayyar na the ke is bazahir mamooli aadmi ko woh sachai mili hai jo un ke akabir ko bhi nahi mili thi un se kaha gaya ke payambar ki sadaqat ko is mayar par na jaanchu ke madi aitbaar se woh kaisa hai</w:t>
      </w:r>
    </w:p>
    <w:p>
      <w:pPr>
        <w:jc w:val="right"/>
      </w:pPr>
      <w:r>
        <w:t>جو لوگ پیغمبر کو حقیر سمجھ رہے تھے اور یہ یقین کرنے کے لیے تیار نہ تھے کہ اس بظاہر معمولی آدمی کو وہ سچائی ملی ہے جو ان کے اکابر کو بھی نہیں ملی تھی ان سے کہا گیا کہ پیغمبر کی صداقت کو اس معیار پر نہ جانچو کہ مادی اعتبار سے وہ کیسا ہے</w:t>
      </w:r>
    </w:p>
    <w:p>
      <w:r>
        <w:rPr>
          <w:b/>
        </w:rPr>
        <w:t xml:space="preserve">[24:30] </w:t>
      </w:r>
      <w:r>
        <w:t>balkeh is haisiyat se dekho ke woh jis kalam ke zariye apni dawat pesh kar raha hai woh kalam itna azeem hai ke tum aur tumhare tamam akabir mil kar bhi waisa kalam nahi bana sakte yeh na qabil e taqleed imtiyaz is baat ka qat'i saboot hai ke payambar khuda ki taraf se bol raha hai</w:t>
      </w:r>
    </w:p>
    <w:p>
      <w:pPr>
        <w:jc w:val="right"/>
      </w:pPr>
      <w:r>
        <w:t>بلکہ اس حیثیت سے دیکھو کہ وہ جس کلام کے ذریعے اپنی دعوت پیش کر رہا ہے وہ کلام اتنا عظیم ہے کہ تم اور تمہارے تمام اکابر مل کر بھی ویسا کلام نہیں بنا سکتے یہ ناقابل تقلید امتیاز اس بات کا قطعی ثبوت ہے کہ پیغمبر خدا کی طرف سے بول رہا ہے</w:t>
      </w:r>
    </w:p>
    <w:p>
      <w:r>
        <w:rPr>
          <w:b/>
        </w:rPr>
        <w:t xml:space="preserve">[24:55] </w:t>
      </w:r>
      <w:r>
        <w:t>payambar ke bar sar haq hone ki is wazeh nishani ke baad aakhir logon ko khuda ka hukum bardar banne mein kis cheez ka intezar hai</w:t>
      </w:r>
    </w:p>
    <w:p>
      <w:pPr>
        <w:jc w:val="right"/>
      </w:pPr>
      <w:r>
        <w:t>پیغمبر کے برسر حق ہونے کی اس واضح نشانی کے بعد آخر لوگوں کو خدا کا حکم بردار بننے میں کس چیز کا انتظار ہے</w:t>
      </w:r>
    </w:p>
    <w:p>
      <w:r>
        <w:rPr>
          <w:b/>
        </w:rPr>
        <w:t xml:space="preserve">[25:11] </w:t>
      </w:r>
      <w:r>
        <w:t>man kaana yureedul hayaatad dunya wa zeenataha nufee ilayhim a'maalhum feeha wa hum feeha la yubkhasoon</w:t>
      </w:r>
    </w:p>
    <w:p>
      <w:pPr>
        <w:jc w:val="right"/>
      </w:pPr>
      <w:r>
        <w:t>من كان یرید الحیات الدنیا وزینتها نوفی الیہم اعمالهم فیہا وهم فیہا لا یبخسون</w:t>
      </w:r>
    </w:p>
    <w:p>
      <w:r>
        <w:rPr>
          <w:b/>
        </w:rPr>
        <w:t xml:space="preserve">[25:25] </w:t>
      </w:r>
      <w:r>
        <w:t>ulaa'ikal lazeena laisa lahum fil aakhirati illan naaru wa habita ma sana'oo feeha wa habita ma sana'oo feeha wa baatila ma kaanoo ya'maloon</w:t>
      </w:r>
    </w:p>
    <w:p>
      <w:pPr>
        <w:jc w:val="right"/>
      </w:pPr>
      <w:r>
        <w:t>اولئک الذین لیس لہم فی الاخرۃ الا النار وحبط ما صنعو فیہا وحبط ما صنعو فیہا وباطل ما کانو یعملون</w:t>
      </w:r>
    </w:p>
    <w:p>
      <w:r>
        <w:rPr>
          <w:b/>
        </w:rPr>
        <w:t xml:space="preserve">[25:48] </w:t>
      </w:r>
      <w:r>
        <w:t>jo log duniya ki zindagi aur is ki zeenat chahte hain hum un ke a'maal ka badla duniya hi mein de dete hain aur is mein un ke saath koi kami nahi ki jaati yahi log hain jin ke liye aakhirat mein aag ke siwa kuch nahi</w:t>
      </w:r>
    </w:p>
    <w:p>
      <w:pPr>
        <w:jc w:val="right"/>
      </w:pPr>
      <w:r>
        <w:t>جو لوگ دنیا کی زندگی اور اس کی زینت چاہتے ہیں ہم ان کے اعمال کا بدلہ دنیا ہی میں دے دیتے ہیں اور اس میں ان کے ساتھ کوئی کمی نہیں کی جاتی یہی لوگ ہیں جن کے لیے آخرت میں آگ کے سوا کچھ نہیں</w:t>
      </w:r>
    </w:p>
    <w:p>
      <w:r>
        <w:rPr>
          <w:b/>
        </w:rPr>
        <w:t xml:space="preserve">[26:11] </w:t>
      </w:r>
      <w:r>
        <w:t>unhone duniya mein jo kuch banaya tha woh barbad hua aur kharab gaya jo unhone kamaya tha</w:t>
      </w:r>
    </w:p>
    <w:p>
      <w:pPr>
        <w:jc w:val="right"/>
      </w:pPr>
      <w:r>
        <w:t>انہوں نے دنیا میں جو کچھ بنایا تھا وہ برباد ہوا اور خراب گیا جو انہوں نے کمایا تھا</w:t>
      </w:r>
    </w:p>
    <w:p>
      <w:r>
        <w:rPr>
          <w:b/>
        </w:rPr>
        <w:t xml:space="preserve">[26:22] </w:t>
      </w:r>
      <w:r>
        <w:t>tashreeh deen ki do qismein hain ek milawati deen doosra baramez deen milawati deen darasal duniya ke upar deen ka label lagane ka doosra naam hai</w:t>
      </w:r>
    </w:p>
    <w:p>
      <w:pPr>
        <w:jc w:val="right"/>
      </w:pPr>
      <w:r>
        <w:t>تشریح دین کی دو قسمیں ہیں ایک ملاوٹی دین دوسرا برامیز دین ملاوٹی دین دراصل دنیا کے اوپر دین کا لیبل لگانے کا دوسرا نام ہے</w:t>
      </w:r>
    </w:p>
    <w:p>
      <w:r>
        <w:rPr>
          <w:b/>
        </w:rPr>
        <w:t xml:space="preserve">[26:40] </w:t>
      </w:r>
      <w:r>
        <w:t>woh duniya aur deen ke darmiyan musalehat karne se wajood mein aata hai yahi wajah hai ke har zamane mein aisa hota hai ke milawati deen ki buniyad par bade bade idare qaim hote hain mafad parast log is ke zariye deen ke naam par duniya haasil kar lete hain</w:t>
      </w:r>
    </w:p>
    <w:p>
      <w:pPr>
        <w:jc w:val="right"/>
      </w:pPr>
      <w:r>
        <w:t>وہ دنیا اور دین کے درمیان مصالحت کرنے سے وجود میں آتا ہے یہی وجہ ہے کہ ہر زمانے میں ایسا ہوتا ہے کہ ملاوٹی دین کی بنیاد پر بڑے بڑے ادارے قائم ہوتے ہیں مفاد پرست لوگ اس کے ذریعے دین کے نام پر دنیا حاصل کر لیتے ہیں</w:t>
      </w:r>
    </w:p>
    <w:p>
      <w:r>
        <w:rPr>
          <w:b/>
        </w:rPr>
        <w:t xml:space="preserve">[27:05] </w:t>
      </w:r>
      <w:r>
        <w:t>bayan deen ka moamla is ke bilkul bar aks hai</w:t>
      </w:r>
    </w:p>
    <w:p>
      <w:pPr>
        <w:jc w:val="right"/>
      </w:pPr>
      <w:r>
        <w:t>بیان دین کا معاملہ اس کے بالکل برعکس ہے</w:t>
      </w:r>
    </w:p>
    <w:p>
      <w:r>
        <w:rPr>
          <w:b/>
        </w:rPr>
        <w:t xml:space="preserve">[27:10] </w:t>
      </w:r>
      <w:r>
        <w:t>bayan deen ki dawat jab kisi mahol mein uthti hai to woh sirf ek nazari sachai hoti hai maashi mafadat aur qiyadati masaleh is ke saath jama nahi hote</w:t>
      </w:r>
    </w:p>
    <w:p>
      <w:pPr>
        <w:jc w:val="right"/>
      </w:pPr>
      <w:r>
        <w:t>بیان دین کی دعوت جب کسی ماحول میں اٹھتی ہے تو وہ صرف ایک نظری سچائی ہوتی ہے معاشی مفادات اور قیادتی مصالح اس کے ساتھ جمع نہیں ہوتے</w:t>
      </w:r>
    </w:p>
    <w:p>
      <w:r>
        <w:rPr>
          <w:b/>
        </w:rPr>
        <w:t xml:space="preserve">[27:27] </w:t>
      </w:r>
      <w:r>
        <w:t>aisi haalat mein jo log milawati deen ke naam par izzat aur maqam haasil kiye hue hon un ke samne jab baramez deen ki dawat aati hai to woh sakht mutawhash hote hain kyunke is ko ikhtiyar karne ki soorat mein unhe nazar aata hai ke tamam duniyawi cheezein un se chhin jayengi</w:t>
      </w:r>
    </w:p>
    <w:p>
      <w:pPr>
        <w:jc w:val="right"/>
      </w:pPr>
      <w:r>
        <w:t>ایسی حالت میں جو لوگ ملاوٹی دین کے نام پر عزت اور مقام حاصل کیے ہوئے ہوں ان کے سامنے جب برامیز دین کی دعوت آتی ہے تو وہ سخت متوحش ہوتے ہیں کیونکہ اس کو اختیار کرنے کی صورت میں انہیں نظر آتا ہے کہ تمام دنیاوی چیزیں ان سے چھن جائیں گی</w:t>
      </w:r>
    </w:p>
    <w:p>
      <w:r>
        <w:rPr>
          <w:b/>
        </w:rPr>
        <w:t xml:space="preserve">[27:55] </w:t>
      </w:r>
      <w:r>
        <w:t>is aitbaar se kisi mahol mein bayan deen ki dawat ka uthna wahan ek nazuk imtehan ka barpa hona hai</w:t>
      </w:r>
    </w:p>
    <w:p>
      <w:pPr>
        <w:jc w:val="right"/>
      </w:pPr>
      <w:r>
        <w:t>اس اعتبار سے کسی ماحول میں بیان دین کی دعوت کا اٹھنا وہاں ایک نازک امتحان کا برپا ہونا ہے</w:t>
      </w:r>
    </w:p>
    <w:p>
      <w:r>
        <w:rPr>
          <w:b/>
        </w:rPr>
        <w:t xml:space="preserve">[28:06] </w:t>
      </w:r>
      <w:r>
        <w:t>aise waqt mein jo log dunya ki izzat aur dunya ke mafadat ko qabil tarjeeh samjhein aur</w:t>
      </w:r>
    </w:p>
    <w:p>
      <w:pPr>
        <w:jc w:val="right"/>
      </w:pPr>
      <w:r>
        <w:t>ایسے وقت میں جو لوگ دنیا کی عزت اور دنیا کے مفادات کو قابل ترجیح سمجھیں اور</w:t>
      </w:r>
    </w:p>
    <w:p>
      <w:r>
        <w:rPr>
          <w:b/>
        </w:rPr>
        <w:t xml:space="preserve">[28:16] </w:t>
      </w:r>
      <w:r>
        <w:t>deen ka saath na dein un ki sari dorr dhoop dunya ke khane mein chali jati hai</w:t>
      </w:r>
    </w:p>
    <w:p>
      <w:pPr>
        <w:jc w:val="right"/>
      </w:pPr>
      <w:r>
        <w:t>بیان دین کا ساتھ نہ دیں ان کی ساری دوڑ دھوپ دنیا کے خانے میں چلی جاتی ہے</w:t>
      </w:r>
    </w:p>
    <w:p>
      <w:r>
        <w:rPr>
          <w:b/>
        </w:rPr>
        <w:t xml:space="preserve">[28:25] </w:t>
      </w:r>
      <w:r>
        <w:t>kyunke unhon ne</w:t>
      </w:r>
    </w:p>
    <w:p>
      <w:pPr>
        <w:jc w:val="right"/>
      </w:pPr>
      <w:r>
        <w:t>کیونکہ انہوں نے</w:t>
      </w:r>
    </w:p>
    <w:p>
      <w:r>
        <w:rPr>
          <w:b/>
        </w:rPr>
        <w:t xml:space="preserve">[28:27] </w:t>
      </w:r>
      <w:r>
        <w:t>is deen ka saath diya jis mein un ke dunyavi mafadat mehfooz thay aur is deen ka saath</w:t>
      </w:r>
    </w:p>
    <w:p>
      <w:pPr>
        <w:jc w:val="right"/>
      </w:pPr>
      <w:r>
        <w:t>اس دین کا ساتھ دیا جس میں ان کے دنیاوی مفادات محفوظ تھے اور اس دین کا ساتھ</w:t>
      </w:r>
    </w:p>
    <w:p>
      <w:r>
        <w:rPr>
          <w:b/>
        </w:rPr>
        <w:t xml:space="preserve">[28:35] </w:t>
      </w:r>
      <w:r>
        <w:t>na diya jis mein unhein apne dunyavi mafadat chinte hue nazar aate thay</w:t>
      </w:r>
    </w:p>
    <w:p>
      <w:pPr>
        <w:jc w:val="right"/>
      </w:pPr>
      <w:r>
        <w:t>نہ دیا جس میں انہیں اپنے دنیاوی مفادات چھنتے ہوئے نظر آتے تھے</w:t>
      </w:r>
    </w:p>
    <w:p>
      <w:r>
        <w:rPr>
          <w:b/>
        </w:rPr>
        <w:t xml:space="preserve">[28:43] </w:t>
      </w:r>
      <w:r>
        <w:t>woh bazahir khwah deeni sargarmiyon mein masroof hon asal maqsood ke aitbar se woh dunya ke husool mein masroof hotay hain zahir hai ke aisi koshishon ka akhirat mein koi nateeja milna mumkin nahi</w:t>
      </w:r>
    </w:p>
    <w:p>
      <w:pPr>
        <w:jc w:val="right"/>
      </w:pPr>
      <w:r>
        <w:t>وہ بظاہر خواہ دینی سرگرمیوں میں مشغول ہوں اصل مقصود کے اعتبار سے وہ دنیا کے حصول میں مشغول ہوتے ہیں ظاہر ہے کہ ایسی کوششوں کا آخرت میں کوئی نتیجہ ملنا ممکن نہیں</w:t>
      </w:r>
    </w:p>
    <w:p>
      <w:r>
        <w:rPr>
          <w:b/>
        </w:rPr>
        <w:t xml:space="preserve">[29:03] </w:t>
      </w:r>
      <w:r>
        <w:t>unhon ne agarche apni sargarmiyon ko deen ke naam se masoom kar rakha tha woh apne qomi meelon ke oopar jashn deeni ka bojh lagate thay woh apni qomi ladaaiyon ko muqaddas jang ka naam dete thay woh apni qiyadati numaaish ko deeni conference kehte thay</w:t>
      </w:r>
    </w:p>
    <w:p>
      <w:pPr>
        <w:jc w:val="right"/>
      </w:pPr>
      <w:r>
        <w:t>انہوں نے اگرچہ اپنی سرگرمیوں کو دین کے نام سے معصوم کر رکھا تھا وہ اپنے قومی میلوں کے اوپر جشن دینی کا بوجھ لگاتے تھے وہ اپنی قومی لڑائیوں کو مقدس جنگ کا نام دیتے تھے وہ اپنی قیادتی نمائش کو دینی کانفرنس کہتے تھے</w:t>
      </w:r>
    </w:p>
    <w:p>
      <w:r>
        <w:rPr>
          <w:b/>
        </w:rPr>
        <w:t xml:space="preserve">[29:29] </w:t>
      </w:r>
      <w:r>
        <w:t>woh apne siyasi hangaamon ko mazhab ki istilaahaat mein bayan karte thay woh apne dunyavi jazbaat ke tehat dhool machate thay aur us ko khuda o rasool ke saath jorte thay magar yeh saari taameeraat dunya ki zameen mein theen woh akhirat ki zameen mein na theen is liye qayamat ka zalzala unhein bilkul barbaad kar de ga</w:t>
      </w:r>
    </w:p>
    <w:p>
      <w:pPr>
        <w:jc w:val="right"/>
      </w:pPr>
      <w:r>
        <w:t>وہ اپنے سیاسی ہنگاموں کو مذہب کی اصطلاحات میں بیان کرتے تھے وہ اپنے دنیاوی جذبات کے تحت دھول مچاتے تھے اور اس کو خدا و رسول کے ساتھ جوڑتے تھے مگر یہ ساری تعمیرات دنیا کی زمین میں تھیں وہ آخرت کی زمین میں نہ تھیں اس لیے قیامت کا زلزلہ انہیں بالکل برباد کر دے گا</w:t>
      </w:r>
    </w:p>
    <w:p>
      <w:r>
        <w:rPr>
          <w:b/>
        </w:rPr>
        <w:t xml:space="preserve">[29:59] </w:t>
      </w:r>
      <w:r>
        <w:t>agli dunya mein un ka koi anjaam un ke hissay mein na aaye ga</w:t>
      </w:r>
    </w:p>
    <w:p>
      <w:pPr>
        <w:jc w:val="right"/>
      </w:pPr>
      <w:r>
        <w:t>اگلی دنیا میں ان کا کوئی انجام ان کے حصے میں نہ آئے گا</w:t>
      </w:r>
    </w:p>
    <w:p>
      <w:r>
        <w:rPr>
          <w:b/>
        </w:rPr>
        <w:t xml:space="preserve">[30:08] </w:t>
      </w:r>
      <w:r>
        <w:t>afaman kana ala bayyinatin mirrabihi wa yatloohu shaa hidun minh wa min qablihi kitabu moosa wa min qablihi kitabu moosa</w:t>
      </w:r>
    </w:p>
    <w:p>
      <w:pPr>
        <w:jc w:val="right"/>
      </w:pPr>
      <w:r>
        <w:t>افمن كان علی بینۃ من ربه ویتلوہ شاہد منہ ومن قبلہ کتاب موسی ومن قبلہ کتاب موسی</w:t>
      </w:r>
    </w:p>
    <w:p>
      <w:r>
        <w:rPr>
          <w:b/>
        </w:rPr>
        <w:t xml:space="preserve">[30:27] </w:t>
      </w:r>
      <w:r>
        <w:t>imaaman wa rahmatan ulaa ika yu'minoona bih wa mai yakfur bih minal ahzaabi fan naaru maw'iduhu fala takuf mureyatin</w:t>
      </w:r>
    </w:p>
    <w:p>
      <w:pPr>
        <w:jc w:val="right"/>
      </w:pPr>
      <w:r>
        <w:t>اماما ورحمہ اولئک یؤمنون به ومن یکفر به من الاحزاب فالنار موعدہ فلا تکف مریۃ</w:t>
      </w:r>
    </w:p>
    <w:p>
      <w:r>
        <w:rPr>
          <w:b/>
        </w:rPr>
        <w:t xml:space="preserve">[30:46] </w:t>
      </w:r>
      <w:r>
        <w:t>minhu innahu alhaqqu mirrabbika wa lakinna akthar an naasi la yu'minoona</w:t>
      </w:r>
    </w:p>
    <w:p>
      <w:pPr>
        <w:jc w:val="right"/>
      </w:pPr>
      <w:r>
        <w:t>منہ انہ الحق من ربک ولكن اکثر الناس لا یؤمنون</w:t>
      </w:r>
    </w:p>
    <w:p>
      <w:r>
        <w:rPr>
          <w:b/>
        </w:rPr>
        <w:t xml:space="preserve">[31:00] </w:t>
      </w:r>
      <w:r>
        <w:t>bhala ek shakhs jo apne rab ki taraf se ek dalil par hai us ke baad Allah ki taraf se us ke liye ek gawah bhi aa gaya aur us se pehle moosa ki kitab rehnuma aur rehmat ki hesiyat se</w:t>
      </w:r>
    </w:p>
    <w:p>
      <w:pPr>
        <w:jc w:val="right"/>
      </w:pPr>
      <w:r>
        <w:t>بھلا ایک شخص جو اپنے رب کی طرف سے ایک دلیل پر ہے اس کے بعد اللہ کی طرف سے اس کے لیے ایک گواہ بھی آ گیا اور اس سے پہلے موسی کی کتاب رہنما اور رحمت کی حیثیت سے</w:t>
      </w:r>
    </w:p>
    <w:p>
      <w:r>
        <w:rPr>
          <w:b/>
        </w:rPr>
        <w:t xml:space="preserve">[31:19] </w:t>
      </w:r>
      <w:r>
        <w:t>maujood thi</w:t>
      </w:r>
    </w:p>
    <w:p>
      <w:pPr>
        <w:jc w:val="right"/>
      </w:pPr>
      <w:r>
        <w:t>موجود تھی</w:t>
      </w:r>
    </w:p>
    <w:p>
      <w:r>
        <w:rPr>
          <w:b/>
        </w:rPr>
        <w:t xml:space="preserve">[31:21] </w:t>
      </w:r>
      <w:r>
        <w:t>aise hi log is par iman laate hain aur jamaaton mein se jo koi is ka inkar kare to us ke wade ki jagah aag hai pas tum is ke baray mein kisi shakk mein na parho yeh haq hai tumhare rab ki taraf se magar aksar log nahi mante</w:t>
      </w:r>
    </w:p>
    <w:p>
      <w:pPr>
        <w:jc w:val="right"/>
      </w:pPr>
      <w:r>
        <w:t>ایسے ہی لوگ اس پر ایمان لاتے ہیں اور جماعتوں میں سے جو کوئی اس کا انکار کرے تو اس کے وعدے کی جگہ آگ ہے پس تم اس کے بارے میں کسی شک میں نہ پڑو یہ حق ہے تمہارے رب کی طرف سے مگر اکثر لوگ نہیں مانتے</w:t>
      </w:r>
    </w:p>
    <w:p>
      <w:r>
        <w:rPr>
          <w:b/>
        </w:rPr>
        <w:t xml:space="preserve">[31:49] </w:t>
      </w:r>
      <w:r>
        <w:t>tashreeh paighambar e islam ne arab mein tauheed ki dawat pesh ki to kuch logon ne is ko maana aur ziyada log is ke munkir ho gaye yahi har zamane mein dawat e haq ke saath hota raha hai khuda ne har aadmi ko fitrat e sahih par paida kiya hai</w:t>
      </w:r>
    </w:p>
    <w:p>
      <w:pPr>
        <w:jc w:val="right"/>
      </w:pPr>
      <w:r>
        <w:t>تشریح پیغمبر اسلام نے عرب میں توحید کی دعوت پیش کی تو کچھ لوگوں نے اس کو مانا اور زیادہ لوگ اس کے منکر ہو گئے یہی ہر زمانے میں دعوت حق کے ساتھ ہوتا رہا ہے خدا نے ہر آدمی کو فطرت صحیح پر پیدا کیا ہے</w:t>
      </w:r>
    </w:p>
    <w:p>
      <w:r>
        <w:rPr>
          <w:b/>
        </w:rPr>
        <w:t xml:space="preserve">[32:14] </w:t>
      </w:r>
      <w:r>
        <w:t>gird o pesh ki dunya mein har taraf aisi nishaniyan phaili hui hain jo apne khaliq ka ailan karti hain aur usi ke saath is ke takhleeqi mansoobay ki taraf ishara kar rahi hain phir insaniyat ke bilkul ibtidaai zamane se khuda ke rasool aate rahe aur khuda ki baatein logon ko batate rahe</w:t>
      </w:r>
    </w:p>
    <w:p>
      <w:pPr>
        <w:jc w:val="right"/>
      </w:pPr>
      <w:r>
        <w:t>گرد و پیش کی دنیا میں ہر طرف ایسی نشانیاں پھیلی ہوئی ہیں جو اپنے خالق کا اعلان کرتی ہیں اور اسی کے ساتھ اس کے تخلیقی منصوبے کی طرف اشارہ کر رہی ہیں پھر انسانیت کے بالکل ابتدائی زمانے سے خدا کے رسول آتے رہے اور خدا کی باتیں لوگوں کو بتاتے رہے</w:t>
      </w:r>
    </w:p>
    <w:p>
      <w:r>
        <w:rPr>
          <w:b/>
        </w:rPr>
        <w:t xml:space="preserve">[32:41] </w:t>
      </w:r>
      <w:r>
        <w:t>unhi mein se ek paighambar Hazrat Musa alaihis salam hain jin ki laayi hui kitab ab tak kisi na kisi shakal mein maujood hai ab jo shakhs sanjeeda ho aur cheezon se sabaq lena jaanta ho to woh haqeeqat se itna manoos hoga ke daai jab us ke samne haqeeqat ka ailan kare ga to foran woh us ko pehchan le ga</w:t>
      </w:r>
    </w:p>
    <w:p>
      <w:pPr>
        <w:jc w:val="right"/>
      </w:pPr>
      <w:r>
        <w:t>انہی میں سے ایک پیغمبر حضرت موسی علیہ السلام ہیں جن کی لائی ہوئی کتاب اب تک کسی نہ کسی شکل میں موجود ہے اب جو شخص سنجیدہ ہو اور چیزوں سے سبق لینا جانتا ہو تو وہ حقیقت سے اتنا مانوس ہوگا کہ داعی جب اس کے سامنے حقیقت کا اعلان کرے گا تو فوراً وہ اس کو پہچان لے گا</w:t>
      </w:r>
    </w:p>
    <w:p>
      <w:r>
        <w:rPr>
          <w:b/>
        </w:rPr>
        <w:t xml:space="preserve">[33:11] </w:t>
      </w:r>
      <w:r>
        <w:t>is ka dil aur is ka dimagh haq ke haq hone par gawahi den ge woh aage barh kar us ko is tarah ikhtiyar kar le ga jaise woh is ke apne dil ki awaaz ho magar aksar logon ka haal yeh hota hai ke woh cheezon ko bohat ziyada sanjeedgi ke saath nahi dekhte</w:t>
      </w:r>
    </w:p>
    <w:p>
      <w:pPr>
        <w:jc w:val="right"/>
      </w:pPr>
      <w:r>
        <w:t>اس کا دل اور اس کا دماغ حق کے حق ہونے پر گواہی دیں گے وہ آگے بڑھ کر اس کو اس طرح اختیار کر لے گا جیسے وہ اس کے اپنے دل کی آواز ہو مگر اکثر لوگوں کا حال یہ ہوتا ہے کہ وہ چیزوں کو بہت زیادہ سنجیدگی کے ساتھ نہیں دیکھتے</w:t>
      </w:r>
    </w:p>
    <w:p>
      <w:r>
        <w:rPr>
          <w:b/>
        </w:rPr>
        <w:t xml:space="preserve">[33:37] </w:t>
      </w:r>
      <w:r>
        <w:t>woh sathi tammashon aur waqti dilchaspiyon mein parh kar apna mizaj daba lete hain ghair mutaliq cheezon ki masroofiyat unhein is ka moqa nahi deti ke woh daai aur us ki dawat par theher kar sochein chunancha un ke samne jab haq ki dawat aati hai to woh us ko pehchan nahi paate</w:t>
      </w:r>
    </w:p>
    <w:p>
      <w:pPr>
        <w:jc w:val="right"/>
      </w:pPr>
      <w:r>
        <w:t>وہ سطحی تماشوں اور وقتی دلچسپیوں میں پڑھ کر اپنا مزاج دبا لیتے ہیں غیر متعلق چیزوں کی مصروفیت انہیں اس کا موقع نہیں دیتی کہ وہ داعی اور اس کی دعوت پر ٹھہر کر سوچیں چنانچہ ان کے سامنے جب حق کی دعوت آتی ہے تو وہ اس کو پہچان نہیں پاتے</w:t>
      </w:r>
    </w:p>
    <w:p>
      <w:r>
        <w:rPr>
          <w:b/>
        </w:rPr>
        <w:t xml:space="preserve">[34:02] </w:t>
      </w:r>
      <w:r>
        <w:t>woh apne bigray hue mizaj ki bina par is ke munkir balke mukhalif ban jaate hain yeh woh log hain jinhon ne khuda ki aur khuda ke takhleeqi mansoobay ki na qadri ki in ke liye akhirat mein jahannum ki aag ke siwa aur kuch nahi</w:t>
      </w:r>
    </w:p>
    <w:p>
      <w:pPr>
        <w:jc w:val="right"/>
      </w:pPr>
      <w:r>
        <w:t>وہ اپنے بگڑے ہوئے مزاج کی بنا پر اس کے منکر بلکہ مخالف بن جاتے ہیں یہ وہ لوگ ہیں جنہوں نے خدا کی اور خدا کے تخلیقی منصوبے کی ناقدری کی ان کے لیے آخرت میں جہنم کی آگ کے سوا اور کچھ نہیں</w:t>
      </w:r>
    </w:p>
    <w:p>
      <w:r>
        <w:rPr>
          <w:b/>
        </w:rPr>
        <w:t xml:space="preserve">[34:26] </w:t>
      </w:r>
      <w:r>
        <w:t>insani fitrat zameen o asman ke waqiat aur pichli aasmani kitabein Quran ke haq hone ki gawahi de rahi hain is ke baad agar logon ki aksariyat is ka inkar karti hai</w:t>
      </w:r>
    </w:p>
    <w:p>
      <w:pPr>
        <w:jc w:val="right"/>
      </w:pPr>
      <w:r>
        <w:t>انسانی فطرت زمین و آسمان کے واقعات اور پچھلی آسمانی کتابیں قرآن کے حق ہونے کی گواہی دے رہی ہیں اس کے بعد اگر لوگوں کی اکثریت اس کا انکار کرتی ہے</w:t>
      </w:r>
    </w:p>
    <w:p>
      <w:r>
        <w:rPr>
          <w:b/>
        </w:rPr>
        <w:t xml:space="preserve">[34:44] </w:t>
      </w:r>
      <w:r>
        <w:t>to is ki wajah munkireen ke andar talash ki jaye gi na ke khud Quran ke kitab haq hone par shakk kiya jaye</w:t>
      </w:r>
    </w:p>
    <w:p>
      <w:pPr>
        <w:jc w:val="right"/>
      </w:pPr>
      <w:r>
        <w:t>تو اس کی وجہ منکرین کے اندر تلاش کی جائے گی نہ کہ خود قرآن کے کتاب حق ہونے پر شک کیا جائے</w:t>
      </w:r>
    </w:p>
    <w:p>
      <w:r>
        <w:rPr>
          <w:b/>
        </w:rPr>
        <w:t xml:space="preserve">[34:57] </w:t>
      </w:r>
      <w:r>
        <w:t>wa man azlamu mimmaniftara alallahi kaziban ulaa ika yu'radoona ala rabbihim wa yaqoolu al ashhaadu haa ulaa ika allazeena kazaboo ala rabbihim</w:t>
      </w:r>
    </w:p>
    <w:p>
      <w:pPr>
        <w:jc w:val="right"/>
      </w:pPr>
      <w:r>
        <w:t>ومن أظلم ممن افترى على الله كذبا أولئك يعرضون على ربهم ويقول الأشهاد هؤلاء الذين كذبوا على ربهم</w:t>
      </w:r>
    </w:p>
    <w:p>
      <w:r>
        <w:rPr>
          <w:b/>
        </w:rPr>
        <w:t xml:space="preserve">[35:19] </w:t>
      </w:r>
      <w:r>
        <w:t>alaa laanatullahi alaz zaalimeen allazeena yasuddoona an sabeelillahi wa yabghoonaha 'iwajan wa hum bil aakhirati hum kaafiroon</w:t>
      </w:r>
    </w:p>
    <w:p>
      <w:pPr>
        <w:jc w:val="right"/>
      </w:pPr>
      <w:r>
        <w:t>ألا لعنة الله على الظالمين الذين يصدون عن سبيل الله ويبغونها عوجا وهم بالآخرة هم كافرون</w:t>
      </w:r>
    </w:p>
    <w:p>
      <w:r>
        <w:rPr>
          <w:b/>
        </w:rPr>
        <w:t xml:space="preserve">[35:40] </w:t>
      </w:r>
      <w:r>
        <w:t>ulaa ika lam yakoonoo mu'jizeena fil ardi wa maa kaana lahum min doonillahi min awliyaa</w:t>
      </w:r>
    </w:p>
    <w:p>
      <w:pPr>
        <w:jc w:val="right"/>
      </w:pPr>
      <w:r>
        <w:t>أولئك لم يكونوا معجزين في الأرض وما كان لهم من دون الله من أولياء</w:t>
      </w:r>
    </w:p>
    <w:p>
      <w:r>
        <w:rPr>
          <w:b/>
        </w:rPr>
        <w:t xml:space="preserve">[35:55] </w:t>
      </w:r>
      <w:r>
        <w:t>yudaa'afu lahumul azaabu</w:t>
      </w:r>
    </w:p>
    <w:p>
      <w:pPr>
        <w:jc w:val="right"/>
      </w:pPr>
      <w:r>
        <w:t>يضاعف لهم العذاب</w:t>
      </w:r>
    </w:p>
    <w:p>
      <w:r>
        <w:rPr>
          <w:b/>
        </w:rPr>
        <w:t xml:space="preserve">[35:59] </w:t>
      </w:r>
      <w:r>
        <w:t>maa kanoo yastatee'oonas sam'a wa maa kanoo yubsiroon ulaa ika allazeena khasiroo anfusahum wa dalla 'anhum</w:t>
      </w:r>
    </w:p>
    <w:p>
      <w:pPr>
        <w:jc w:val="right"/>
      </w:pPr>
      <w:r>
        <w:t>ما كانوا يستطيعون السمع وما كانوا يبصرون أولئك الذين خسروا أنفسهم وضل عنهم</w:t>
      </w:r>
    </w:p>
    <w:p>
      <w:r>
        <w:rPr>
          <w:b/>
        </w:rPr>
        <w:t xml:space="preserve">[36:18] </w:t>
      </w:r>
      <w:r>
        <w:t>maa kanoo yaftaroona la jarrama annahum fil aakhirati hum al akhsaroon</w:t>
      </w:r>
    </w:p>
    <w:p>
      <w:pPr>
        <w:jc w:val="right"/>
      </w:pPr>
      <w:r>
        <w:t>ما كانوا يفترون لا جرم أنهم في الآخرة هم الأخسرون</w:t>
      </w:r>
    </w:p>
    <w:p>
      <w:r>
        <w:rPr>
          <w:b/>
        </w:rPr>
        <w:t xml:space="preserve">[36:31] </w:t>
      </w:r>
      <w:r>
        <w:t>ae is se barh kar zalim kaun hai jo Allah par jhoot ghade aise log apne rab ke samne pesh hon ge aur gawahi dene wale kahenge ke yeh woh log hain jinhon ne apne rab par jhoot ghada tha suno Allah ki lanat hai zalimon ke oopar</w:t>
      </w:r>
    </w:p>
    <w:p>
      <w:pPr>
        <w:jc w:val="right"/>
      </w:pPr>
      <w:r>
        <w:t>اے اس سے بڑھ کر ظالم کون ہے جو اللہ پر جھوٹ گھڑے ایسے لوگ اپنے رب کے سامنے پیش ہوں گے اور گواہی دینے والے کہیں گے کہ یہ وہ لوگ ہیں جنہوں نے اپنے رب پر جھوٹ گھڑا تھا سنو اللہ کی لعنت ہے ظالموں کے اوپر</w:t>
      </w:r>
    </w:p>
    <w:p>
      <w:r>
        <w:rPr>
          <w:b/>
        </w:rPr>
        <w:t xml:space="preserve">[36:56] </w:t>
      </w:r>
      <w:r>
        <w:t>un logon ke upar jo allah ke raste se logon ko rokte hain aur is mein kiji dhoondhte</w:t>
      </w:r>
    </w:p>
    <w:p>
      <w:pPr>
        <w:jc w:val="right"/>
      </w:pPr>
      <w:r>
        <w:t>ان لوگوں کے اوپر جو اللہ کے راستے سے لوگوں کو روکتے ہیں اور اس میں کجی ڈھونڈتے</w:t>
      </w:r>
    </w:p>
    <w:p>
      <w:r>
        <w:rPr>
          <w:b/>
        </w:rPr>
        <w:t xml:space="preserve">[37:03] </w:t>
      </w:r>
      <w:r>
        <w:t>hain yahi log aakhirat ke munkir hain</w:t>
      </w:r>
    </w:p>
    <w:p>
      <w:pPr>
        <w:jc w:val="right"/>
      </w:pPr>
      <w:r>
        <w:t>ہیں یہی لوگ آخرت کے منکر ہیں</w:t>
      </w:r>
    </w:p>
    <w:p>
      <w:r>
        <w:rPr>
          <w:b/>
        </w:rPr>
        <w:t xml:space="preserve">[37:08] </w:t>
      </w:r>
      <w:r>
        <w:t>wo log zameen mein allah ko bebas karne wale nahi aur na allah ke siwa un ka</w:t>
      </w:r>
    </w:p>
    <w:p>
      <w:pPr>
        <w:jc w:val="right"/>
      </w:pPr>
      <w:r>
        <w:t>وہ لوگ زمین میں اللہ کو بے بس کرنے والے نہیں اور نہ اللہ کے سوا ان کا</w:t>
      </w:r>
    </w:p>
    <w:p>
      <w:r>
        <w:rPr>
          <w:b/>
        </w:rPr>
        <w:t xml:space="preserve">[37:16] </w:t>
      </w:r>
      <w:r>
        <w:t>koi madadgar hai un par dohra azab hoga wo na sun sakte thay aur na dekhte thay</w:t>
      </w:r>
    </w:p>
    <w:p>
      <w:pPr>
        <w:jc w:val="right"/>
      </w:pPr>
      <w:r>
        <w:t>کوئی مددگار ہے ان پر دہرا عذاب ہوگا وہ نہ سن سکتے تھے اور نہ دیکھتے تھے</w:t>
      </w:r>
    </w:p>
    <w:p>
      <w:r>
        <w:rPr>
          <w:b/>
        </w:rPr>
        <w:t xml:space="preserve">[37:26] </w:t>
      </w:r>
      <w:r>
        <w:t>yeh woh log hain jinhon ne apne aap ko ghaate mein dala aur woh sab kuch un se khoya gaya jo unhon ne ghar rakha tha is mein shakk nahin ke yahi log aakhirat mein sab se zyada ghaate mein rahen ge tashreeh khuda par jhoot ghadne se murad khuda ki zaat par jhoot ghadna nahin hai</w:t>
      </w:r>
    </w:p>
    <w:p>
      <w:pPr>
        <w:jc w:val="right"/>
      </w:pPr>
      <w:r>
        <w:t>یہ وہ لوگ ہیں جنہوں نے اپنے آپ کو گھاٹے میں ڈالا اور وہ سب کچھ ان سے کھویا گیا جو انہوں نے گھر رکھا تھا اس میں شک نہیں کہ یہی لوگ آخرت میں سب سے زیادہ گھاٹے میں رہیں گے تشریح خدا پر جھوٹ گھڑنے سے مراد خدا کی ذات پر جھوٹ گھڑنا نہیں ہے</w:t>
      </w:r>
    </w:p>
    <w:p>
      <w:r>
        <w:rPr>
          <w:b/>
        </w:rPr>
        <w:t xml:space="preserve">[37:55] </w:t>
      </w:r>
      <w:r>
        <w:t>is se murad khuda ki baat par jhoot ghadna hai khuda apna paigham sunane ke liye khud samne nahin aata balkeh ek insan ki zuban se is ka ailan karata hai yeh insan is waqt bazahir ek mamooli insan hota hai magar is ke kalam mein khuda ki wazeh jhalakiyan hoti hain</w:t>
      </w:r>
    </w:p>
    <w:p>
      <w:pPr>
        <w:jc w:val="right"/>
      </w:pPr>
      <w:r>
        <w:t>اس سے مراد خدا کی بات پر جھوٹ گھڑنا ہے خدا اپنا پیغام سنانے کے لیے خود سامنے نہیں آتا بلکہ ایک انسان کی زبان سے اس کا اعلان کراتا ہے یہ انسان اس وقت بظاہر ایک معمولی انسان ہوتا ہے مگر اس کے کلام میں خدا کی واضح جھلکیاں ہوتی ہیں</w:t>
      </w:r>
    </w:p>
    <w:p>
      <w:r>
        <w:rPr>
          <w:b/>
        </w:rPr>
        <w:t xml:space="preserve">[38:22] </w:t>
      </w:r>
      <w:r>
        <w:t>agar log is ko is ke kalam ke aitbar se dekhen to woh is ki azmaton mein khuda ko pa len magar logon ki safiyat aur zahir parasti ka nateeja yeh hota hai ke un ki nigahen sunane wale ki nami hasiyat mein atak kar reh jati hain</w:t>
      </w:r>
    </w:p>
    <w:p>
      <w:pPr>
        <w:jc w:val="right"/>
      </w:pPr>
      <w:r>
        <w:t>اگر لوگ اس کو اس کے کلام کے اعتبار سے دیکھیں تو وہ اس کی عظمتوں میں خدا کو پا لیں مگر لوگوں کی سفیت اور ظاہر پرستی کا نتیجہ یہ ہوتا ہے کہ ان کی نگاہیں سنانے والے کی نامی حیثیت میں اٹک کر رہ جاتی ہیں</w:t>
      </w:r>
    </w:p>
    <w:p>
      <w:r>
        <w:rPr>
          <w:b/>
        </w:rPr>
        <w:t xml:space="preserve">[38:44] </w:t>
      </w:r>
      <w:r>
        <w:t>paighambar ka mamooli hona unhein nazar aata hai magar paigham ka ghair mamooli hona unhein dikhai nahin deta chunanche woh is ko ek aam insan ka mamla samajh kar is ka mazak udate hain</w:t>
      </w:r>
    </w:p>
    <w:p>
      <w:pPr>
        <w:jc w:val="right"/>
      </w:pPr>
      <w:r>
        <w:t>پیغمبر کا معمولی ہونا انہیں نظر آتا ہے مگر پیغام کا غیر معمولی ہونا انہیں دکھائی نہیں دیتا چنانچہ وہ اس کو ایک عام انسان کا معاملہ سمجھ کر اس کا مذاق اڑاتے ہیں</w:t>
      </w:r>
    </w:p>
    <w:p>
      <w:r>
        <w:rPr>
          <w:b/>
        </w:rPr>
        <w:t xml:space="preserve">[39:02] </w:t>
      </w:r>
      <w:r>
        <w:t>is ki baat mein jhoote aitrazat nikalte hain aur is ko is tarah nazar andaz kar dete hain jaise ke is ki koi ahmiyat nahin is zalimana ravaiye ki asal wajah be khaufi ki nafsiyat hai</w:t>
      </w:r>
    </w:p>
    <w:p>
      <w:pPr>
        <w:jc w:val="right"/>
      </w:pPr>
      <w:r>
        <w:t>اس کی بات میں جھوٹے اعتراضات نکالتے ہیں اور اس کو اس طرح نظر انداز کر دیتے ہیں جیسے کہ اس کی کوئی اہمیت نہیں اس ظالمانہ رویے کی اصل وجہ بے خوفی کی نفسیات ہے</w:t>
      </w:r>
    </w:p>
    <w:p>
      <w:r>
        <w:rPr>
          <w:b/>
        </w:rPr>
        <w:t xml:space="preserve">[39:23] </w:t>
      </w:r>
      <w:r>
        <w:t>logon ko aakhirat par yaqeen nahi</w:t>
      </w:r>
    </w:p>
    <w:p>
      <w:pPr>
        <w:jc w:val="right"/>
      </w:pPr>
      <w:r>
        <w:t>لوگوں کو آخرت پر یقین نہیں</w:t>
      </w:r>
    </w:p>
    <w:p>
      <w:r>
        <w:rPr>
          <w:b/>
        </w:rPr>
        <w:t xml:space="preserve">[39:27] </w:t>
      </w:r>
      <w:r>
        <w:t>un ke dil mein khuda aur qahar o jabbar ka khauf nahi is liye wo is paigham ke</w:t>
      </w:r>
    </w:p>
    <w:p>
      <w:pPr>
        <w:jc w:val="right"/>
      </w:pPr>
      <w:r>
        <w:t>ان کے دلوں میں خدا اور قہر و جبار کا خوف نہیں اس لیے وہ اس پیغام کے</w:t>
      </w:r>
    </w:p>
    <w:p>
      <w:r>
        <w:rPr>
          <w:b/>
        </w:rPr>
        <w:t xml:space="preserve">[39:36] </w:t>
      </w:r>
      <w:r>
        <w:t>bare mein sanjeeda nahi ho paate</w:t>
      </w:r>
    </w:p>
    <w:p>
      <w:pPr>
        <w:jc w:val="right"/>
      </w:pPr>
      <w:r>
        <w:t>بارے میں سنجیدہ نہیں ہو پاتے</w:t>
      </w:r>
    </w:p>
    <w:p>
      <w:r>
        <w:rPr>
          <w:b/>
        </w:rPr>
        <w:t xml:space="preserve">[39:42] </w:t>
      </w:r>
      <w:r>
        <w:t>aur jis mamle mein aadmi sanjeeda na ho wo is ke mutalliq sahih radd-e-amal pesh karne mein hamesha</w:t>
      </w:r>
    </w:p>
    <w:p>
      <w:pPr>
        <w:jc w:val="right"/>
      </w:pPr>
      <w:r>
        <w:t>اور جس معاملے میں آدمی سنجیدہ نہ ہو وہ اس کے متعلق صحیح ردعمل پیش کرنے میں ہمیشہ</w:t>
      </w:r>
    </w:p>
    <w:p>
      <w:r>
        <w:rPr>
          <w:b/>
        </w:rPr>
        <w:t xml:space="preserve">[39:51] </w:t>
      </w:r>
      <w:r>
        <w:t>nakam rahega</w:t>
      </w:r>
    </w:p>
    <w:p>
      <w:pPr>
        <w:jc w:val="right"/>
      </w:pPr>
      <w:r>
        <w:t>ناکام رہے گا</w:t>
      </w:r>
    </w:p>
    <w:p>
      <w:r>
        <w:rPr>
          <w:b/>
        </w:rPr>
        <w:t xml:space="preserve">[39:54] </w:t>
      </w:r>
      <w:r>
        <w:t>magar logon ki yeh ghair sanjeedgi is waqt rokhsat ho jayegi jab woh qayamat mein malik kainaat ke samne khade hon ge is waqt un ki maujooda abadi un se chhin chuki hogi jin asbab o wasail ke bharose par woh sarkash bane hue the woh khuda ka tektikardar ban kar un ke khilaf gawahi dene lagen ge</w:t>
      </w:r>
    </w:p>
    <w:p>
      <w:pPr>
        <w:jc w:val="right"/>
      </w:pPr>
      <w:r>
        <w:t>مگر لوگوں کی یہ غیر سنجیدگی اس وقت رخصت ہو جائے گی جب وہ قیامت میں مالک کائنات کے سامنے کھڑے ہوں گے اس وقت ان کی موجودہ آبادی ان سے چھن چکی ہوگی جن اسباب و وسائل کے بھروسے پر وہ سرکش بنے ہوئے تھے وہ خدا کا ٹیک ٹیکارڈر بن کر ان کے خلاف گواہی دینے لگیں گے</w:t>
      </w:r>
    </w:p>
    <w:p>
      <w:r>
        <w:rPr>
          <w:b/>
        </w:rPr>
        <w:t xml:space="preserve">[40:22] </w:t>
      </w:r>
      <w:r>
        <w:t>is waqt haram mein khul jayega ke khuda ke daai ko jo unhon ne jhutlaya to is ki wajah yeh nahin thi ke woh is ko samajhne se ajiz the is ki wajah yeh thi ke woh is ke bare mein sanjeeda na the qayamat ki holnaki achanak unhein sanjeeda bana degi</w:t>
      </w:r>
    </w:p>
    <w:p>
      <w:pPr>
        <w:jc w:val="right"/>
      </w:pPr>
      <w:r>
        <w:t>اس وقت حرام میں کھل جائے گا کہ خدا کے داعی کو جو انہوں نے جھٹلایا تو اس کی وجہ یہ نہیں تھی کہ وہ اس کو سمجھنے سے عاجز تھے اس کی وجہ یہ تھی کہ وہ اس کے بارے میں سنجیدہ نہ تھے قیامت کی ہولناکی اچانک انہیں سنجیدہ بنا دے گی</w:t>
      </w:r>
    </w:p>
    <w:p>
      <w:r>
        <w:rPr>
          <w:b/>
        </w:rPr>
        <w:t xml:space="preserve">[40:45] </w:t>
      </w:r>
      <w:r>
        <w:t>is waqt apni bebasi ke mahol mein woh is baat ko puri tarah samajh len ge jis ko dunya mein apni azadi ke mahol mein woh samajh nahin paate the</w:t>
      </w:r>
    </w:p>
    <w:p>
      <w:pPr>
        <w:jc w:val="right"/>
      </w:pPr>
      <w:r>
        <w:t>اس وقت اپنی بے بسی کے ماحول میں وہ اس بات کو پوری طرح سمجھ لیں گے جس کو دنیا میں اپنی آزادی کے ماحول میں وہ سمجھ نہیں پاتے تھے</w:t>
      </w:r>
    </w:p>
    <w:p>
      <w:r>
        <w:rPr>
          <w:b/>
        </w:rPr>
        <w:t xml:space="preserve">[41:03] </w:t>
      </w:r>
      <w:r>
        <w:t>allah ne insan ko aisi aala salahiyatein di hain ke agar wo in ko istemal kare to wo</w:t>
      </w:r>
    </w:p>
    <w:p>
      <w:pPr>
        <w:jc w:val="right"/>
      </w:pPr>
      <w:r>
        <w:t>اللہ نے انسان کو ایسی اعلیٰ صلاحیتیں دی ہیں کہ اگر وہ ان کو استعمال کرے تو وہ</w:t>
      </w:r>
    </w:p>
    <w:p>
      <w:r>
        <w:rPr>
          <w:b/>
        </w:rPr>
        <w:t xml:space="preserve">[41:10] </w:t>
      </w:r>
      <w:r>
        <w:t>har baat ko is ki gehrai tak samajh sakta hai aur apne dunyavi mamlat mein waqeatan wo aisa</w:t>
      </w:r>
    </w:p>
    <w:p>
      <w:pPr>
        <w:jc w:val="right"/>
      </w:pPr>
      <w:r>
        <w:t>ہر بات کو اس کی گہرائی تک سمجھ سکتا ہے اور اپنے دنیاوی معاملات میں واقعتا وہ ایسا</w:t>
      </w:r>
    </w:p>
    <w:p>
      <w:r>
        <w:rPr>
          <w:b/>
        </w:rPr>
        <w:t xml:space="preserve">[41:18] </w:t>
      </w:r>
      <w:r>
        <w:t>hi sabit hota hai magar aakhirat ke mamle mein aadmi ka haal yeh hai ke wo kaan rakhte</w:t>
      </w:r>
    </w:p>
    <w:p>
      <w:pPr>
        <w:jc w:val="right"/>
      </w:pPr>
      <w:r>
        <w:t>ہی ثابت ہوتا ہے مگر آخرت کے معاملے میں آدمی کا حال یہ ہے کہ وہ کان رکھتے</w:t>
      </w:r>
    </w:p>
    <w:p>
      <w:r>
        <w:rPr>
          <w:b/>
        </w:rPr>
        <w:t xml:space="preserve">[41:26] </w:t>
      </w:r>
      <w:r>
        <w:t>huye behra ban jata hai aur aankh rakhte hue andhe pan ka saboot deta hai</w:t>
      </w:r>
    </w:p>
    <w:p>
      <w:pPr>
        <w:jc w:val="right"/>
      </w:pPr>
      <w:r>
        <w:t>ہوئے بہرا بن جاتا ہے اور آنکھ رکھتے ہوئے اندھے پن کا ثبوت دیتا ہے</w:t>
      </w:r>
    </w:p>
    <w:p>
      <w:r>
        <w:rPr>
          <w:b/>
        </w:rPr>
        <w:t xml:space="preserve">[41:34] </w:t>
      </w:r>
      <w:r>
        <w:t>aadmi ki kamyabi is ki sanjeedgi ki qeemat hai jo log dunya ke mamle mein sanjeeda hon woh dunya mein kamyab rehte hain isi tarah jo log aakhirat ke mamle mein sanjeeda hon</w:t>
      </w:r>
    </w:p>
    <w:p>
      <w:pPr>
        <w:jc w:val="right"/>
      </w:pPr>
      <w:r>
        <w:t>آدمی کی کامیابی اس کی سنجیدگی کی قیمت ہے جو لوگ دنیا کے معاملے میں سنجیدہ ہوں وہ دنیا میں کامیاب رہتے ہیں اسی طرح جو لوگ آخرت کے معاملے میں سنجیدہ ہوں</w:t>
      </w:r>
    </w:p>
    <w:p>
      <w:r>
        <w:rPr>
          <w:b/>
        </w:rPr>
        <w:t xml:space="preserve">[41:51] </w:t>
      </w:r>
      <w:r>
        <w:t>woh aakhirat mein kamyab rahen ge</w:t>
      </w:r>
    </w:p>
    <w:p>
      <w:pPr>
        <w:jc w:val="right"/>
      </w:pPr>
      <w:r>
        <w:t>وہ آخرت میں کامیاب رہیں گے</w:t>
      </w:r>
    </w:p>
    <w:p>
      <w:r>
        <w:rPr>
          <w:b/>
        </w:rPr>
        <w:t xml:space="preserve">[41:57] </w:t>
      </w:r>
      <w:r>
        <w:t>innal lazina amanu wa amilus salihat wa khabatu ila rabbihim ulaika ashabul jannati</w:t>
      </w:r>
    </w:p>
    <w:p>
      <w:pPr>
        <w:jc w:val="right"/>
      </w:pPr>
      <w:r>
        <w:t>ان الذین آمنوا وعملوا الصالحات واخبتوا الی ربہم اولئک اصحاب الجنة</w:t>
      </w:r>
    </w:p>
    <w:p>
      <w:r>
        <w:rPr>
          <w:b/>
        </w:rPr>
        <w:t xml:space="preserve">[42:13] </w:t>
      </w:r>
      <w:r>
        <w:t>ulaika ashabul jannati hum fiha khalidun misalul fariqain kal aami wal asammi wal basiri was sami</w:t>
      </w:r>
    </w:p>
    <w:p>
      <w:pPr>
        <w:jc w:val="right"/>
      </w:pPr>
      <w:r>
        <w:t>اولئک اصحاب الجنة هم فیها خالدون مثل الفریقین كالاعمى والاصم والبصیر والسميع</w:t>
      </w:r>
    </w:p>
    <w:p>
      <w:r>
        <w:rPr>
          <w:b/>
        </w:rPr>
        <w:t xml:space="preserve">[42:33] </w:t>
      </w:r>
      <w:r>
        <w:t>hal yastawiyani mathalan afala tazakkarun</w:t>
      </w:r>
    </w:p>
    <w:p>
      <w:pPr>
        <w:jc w:val="right"/>
      </w:pPr>
      <w:r>
        <w:t>هل یستویان مثلا افلا تذکرون</w:t>
      </w:r>
    </w:p>
    <w:p>
      <w:r>
        <w:rPr>
          <w:b/>
        </w:rPr>
        <w:t xml:space="preserve">[42:42] </w:t>
      </w:r>
      <w:r>
        <w:t>jo log iman laye aur jinhon ne nek amal kiye aur apne rab ke samne ajzi ki wohi log jannat wale hain woh is mein hamesha rahen ge in dono fareeqon ki misal aisi hai jaise ek andha aur behra ho aur doosra dekhne aur sunne wala kya yeh dono yaksa ho jayen ge</w:t>
      </w:r>
    </w:p>
    <w:p>
      <w:pPr>
        <w:jc w:val="right"/>
      </w:pPr>
      <w:r>
        <w:t>جو لوگ ایمان لائے اور جنہوں نے نیک عمل کیے اور اپنے رب کے سامنے عاجزی کی وہی لوگ جنت والے ہیں وہ اس میں ہمیشہ رہیں گے ان دونوں فریقوں کی مثال ایسی ہے جیسے ایک اندھا اور بہرا ہو اور دوسرا دیکھنے اور سننے والا کیا یہ دونوں یکساں ہو جائیں گے</w:t>
      </w:r>
    </w:p>
    <w:p>
      <w:r>
        <w:rPr>
          <w:b/>
        </w:rPr>
        <w:t xml:space="preserve">[43:10] </w:t>
      </w:r>
      <w:r>
        <w:t>kya tum ghaur nahin karte</w:t>
      </w:r>
    </w:p>
    <w:p>
      <w:pPr>
        <w:jc w:val="right"/>
      </w:pPr>
      <w:r>
        <w:t>کیا تم غور نہیں کرتے</w:t>
      </w:r>
    </w:p>
    <w:p>
      <w:r>
        <w:rPr>
          <w:b/>
        </w:rPr>
        <w:t xml:space="preserve">[43:15] </w:t>
      </w:r>
      <w:r>
        <w:t>tashreeh akhbarat ke mani hain ajzi karna yahi akhbarat iman ka khulasa hai iman na koi wirasat hai aur na kisi lafzi majmooay ki</w:t>
      </w:r>
    </w:p>
    <w:p>
      <w:pPr>
        <w:jc w:val="right"/>
      </w:pPr>
      <w:r>
        <w:t>تشریح اخبارات کے معنی ہیں عاجزی کرنا یہی اخبارات ایمان کا خلاصہ ہے ایمان نہ کوئی وراثت ہے اور نہ کسی لفظی مجموعے کی۔</w:t>
      </w:r>
    </w:p>
    <w:p>
      <w:r>
        <w:rPr>
          <w:b/>
        </w:rPr>
        <w:t xml:space="preserve">[43:32] </w:t>
      </w:r>
      <w:r>
        <w:t>ladaiygi iman ek daryaft hai</w:t>
      </w:r>
    </w:p>
    <w:p>
      <w:pPr>
        <w:jc w:val="right"/>
      </w:pPr>
      <w:r>
        <w:t>لدائیگی ایمان ایک دریافت ہے</w:t>
      </w:r>
    </w:p>
    <w:p>
      <w:r>
        <w:rPr>
          <w:b/>
        </w:rPr>
        <w:t xml:space="preserve">[43:36] </w:t>
      </w:r>
      <w:r>
        <w:t>aadmi jab apne sam o basar alfasi deegar shaoor ko istemal kar ke khuda ko pata hai aur is ke muqable mein apni hasiyat ka adrak karta hai to is waqt is ke upar jo kaifiyat tari hoti hai usi ka naam akhbarat hai</w:t>
      </w:r>
    </w:p>
    <w:p>
      <w:pPr>
        <w:jc w:val="right"/>
      </w:pPr>
      <w:r>
        <w:t>آدمی جب اپنے سمع و بصر بالفاس دیگر شعور کو استعمال کر کے خدا کو پاتا ہے اور اس کے مقابلے میں اپنی حیثیت کا ادراک کرتا ہے تو اس وقت اس کے اوپر جو کیفیت طاری ہوتی ہے اسی کا نام اخبارات ہے</w:t>
      </w:r>
    </w:p>
    <w:p>
      <w:r>
        <w:rPr>
          <w:b/>
        </w:rPr>
        <w:t xml:space="preserve">[43:59] </w:t>
      </w:r>
      <w:r>
        <w:t>akhbarat ya izzat khuda ke muqable mein apni hasiyat waqeai ki pehchan ka lazmi nateeja hai</w:t>
      </w:r>
    </w:p>
    <w:p>
      <w:pPr>
        <w:jc w:val="right"/>
      </w:pPr>
      <w:r>
        <w:t>اخبارات یا عزت خدا کے مقابلے میں اپنی حیثیت واقعی کی پہچان کا لازمی نتیجہ ہے</w:t>
      </w:r>
    </w:p>
    <w:p>
      <w:r>
        <w:rPr>
          <w:b/>
        </w:rPr>
        <w:t xml:space="preserve">[44:10] </w:t>
      </w:r>
      <w:r>
        <w:t>iman akhbarat aur amal salih teenon ek hi haqiqat ke mukhtalif pehlu hain iman khuda ke wajood aur is ki sifat kamal ki shaoori daryaft hai</w:t>
      </w:r>
    </w:p>
    <w:p>
      <w:pPr>
        <w:jc w:val="right"/>
      </w:pPr>
      <w:r>
        <w:t>ایمان اخبارات اور عمل صالح تینوں ایک ہی حقیقت کے مختلف پہلو ہیں ایمان خدا کے وجود اور اس کی صفات کمال کی شعوری دریافت ہے</w:t>
      </w:r>
    </w:p>
    <w:p>
      <w:r>
        <w:rPr>
          <w:b/>
        </w:rPr>
        <w:t xml:space="preserve">[44:26] </w:t>
      </w:r>
      <w:r>
        <w:t>akhbarat is qalbi halat ka naam hai jo khuda ki daryaft ke nateeje mein lazman aadmi ke andar paida hoti hai amal salih isi shaoor aur isi kaifiyat se paida hone wali kharji surat hai</w:t>
      </w:r>
    </w:p>
    <w:p>
      <w:pPr>
        <w:jc w:val="right"/>
      </w:pPr>
      <w:r>
        <w:t>اخبارات اس قلبی حالت کا نام ہے جو خدا کی دریافت کے نتیجے میں لازما آدمی کے اندر پیدا ہوتی ہے عمل صالح اسی شعور اور اسی کیفیت سے پیدا ہونے والی خارجی صورت ہے</w:t>
      </w:r>
    </w:p>
    <w:p>
      <w:r>
        <w:rPr>
          <w:b/>
        </w:rPr>
        <w:t xml:space="preserve">[44:45] </w:t>
      </w:r>
      <w:r>
        <w:t>aadmi jab khuda ke zehan se sochta hai jab is ka dil khudaai kaifiyat se bhar jata hai to is waqt is ke ain fitri nateeje ke taur par is ki zahiri zindagi khudaai amal mein dhal jati hai isi ka naam amal salih hai jo shakhs iman akhbarat aur amal salih ka paikar ban jaye</w:t>
      </w:r>
    </w:p>
    <w:p>
      <w:pPr>
        <w:jc w:val="right"/>
      </w:pPr>
      <w:r>
        <w:t>آدمی جب خدا کے ذہن سے سوچتا ہے جب اس کا دل خدائی کیفیات سے بھر جاتا ہے تو اس وقت اس کے عین فطری نتیجے کے طور پر اس کی ظاہری زندگی خدائی عمل میں ڈھل جاتی ہے اسی کا نام عمل صالح ہے جو شخص ایمان اخبارات اور عمل صالح کا پیکر بن جائے</w:t>
      </w:r>
    </w:p>
    <w:p>
      <w:r>
        <w:rPr>
          <w:b/>
        </w:rPr>
        <w:t xml:space="preserve">[45:13] </w:t>
      </w:r>
      <w:r>
        <w:t>wohi khuda ka matloob insan hai aur wohi woh insan hai jisko jannat ke abadi baghon mein basaya jayega dunya mein aala tareen imtehani halaat paida kar ke yeh dekha ja raha hai ke kaun apne aap ko kya sabit karta hai</w:t>
      </w:r>
    </w:p>
    <w:p>
      <w:pPr>
        <w:jc w:val="right"/>
      </w:pPr>
      <w:r>
        <w:t>وہی خدا کا مطلوب انسان ہے اور وہی وہ انسان ہے جس کو جنت کے ابدی باغوں میں بسایا جائے گا دنیا میں اعلیٰ ترین امتحانی حالات پیدا کر کے یہ دیکھا جا رہا ہے کہ کون اپنے آپ کو کیا ثابت کرتا ہے</w:t>
      </w:r>
    </w:p>
    <w:p>
      <w:r>
        <w:rPr>
          <w:b/>
        </w:rPr>
        <w:t xml:space="preserve">[45:35] </w:t>
      </w:r>
      <w:r>
        <w:t>ek groh woh hai jisne apne shaoor ko sahi tor par istemal kar ke haqeeqat waqe ko jana aur apne aap ko is ke mutabiq dhal liya yeh dekhne aur sunne wale log hain doosra groh woh hai jisne apne shaoor ko sahi tor par istemal nahi kiya</w:t>
      </w:r>
    </w:p>
    <w:p>
      <w:pPr>
        <w:jc w:val="right"/>
      </w:pPr>
      <w:r>
        <w:t>ایک گروہ وہ ہے جس نے اپنے شعور کو صحیح طور پر استعمال کر کے حقیقت واقعہ کو جانا اور اپنے آپ کو اس کے مطابق ڈھال لیا یہ دیکھنے اور سننے والے لوگ ہیں دوسرا گروہ وہ ہے جس نے اپنے شعور کو صحیح طور پر استعمال نہیں کیا</w:t>
      </w:r>
    </w:p>
    <w:p>
      <w:r>
        <w:rPr>
          <w:b/>
        </w:rPr>
        <w:t xml:space="preserve">[46:00] </w:t>
      </w:r>
      <w:r>
        <w:t>isko na haqeeqat waqe ki marifat hasil hui aur na woh apne aap ko is ke mutabiq dhal saka yeh andhe aur behre log hain zahir hai ke yeh dono bilkul mukhtalif qism ke insan hain</w:t>
      </w:r>
    </w:p>
    <w:p>
      <w:pPr>
        <w:jc w:val="right"/>
      </w:pPr>
      <w:r>
        <w:t>اس کو نہ حقیقت واقعہ کی معرفت حاصل ہوئی اور نہ وہ اپنے آپ کو اس کے مطابق ڈھال سکا یہ اندھے اور بہرے لوگ ہیں ظاہر ہے کہ یہ دونوں بالکل مختلف قسم کے انسان ہیں</w:t>
      </w:r>
    </w:p>
    <w:p>
      <w:r>
        <w:rPr>
          <w:b/>
        </w:rPr>
        <w:t xml:space="preserve">[46:16] </w:t>
      </w:r>
      <w:r>
        <w:t>aur do mukhtalif insanon ka anjam ek jaisa nahi ho sakta wa laqad arsalna noohan ila qaumih</w:t>
      </w:r>
    </w:p>
    <w:p>
      <w:pPr>
        <w:jc w:val="right"/>
      </w:pPr>
      <w:r>
        <w:t>اور دو مختلف انسانوں کا انجام ایک جیسا نہیں ہو سکتا ولقد أرسلنا نوحا إلى قومه</w:t>
      </w:r>
    </w:p>
    <w:p>
      <w:r>
        <w:rPr>
          <w:b/>
        </w:rPr>
        <w:t xml:space="preserve">[46:31] </w:t>
      </w:r>
      <w:r>
        <w:t>inni lakum nazeerun mubeen alla ta'abudu illa Allah inni akhafu alaikum azaba yawm</w:t>
      </w:r>
    </w:p>
    <w:p>
      <w:pPr>
        <w:jc w:val="right"/>
      </w:pPr>
      <w:r>
        <w:t>إني لكم نذير مبين ألا تعبدوا إلا الله إني أخاف عليكم عذاب يوم</w:t>
      </w:r>
    </w:p>
    <w:p>
      <w:r>
        <w:rPr>
          <w:b/>
        </w:rPr>
        <w:t xml:space="preserve">[46:48] </w:t>
      </w:r>
      <w:r>
        <w:t>aleemin faqal mala'ullazeena kafaroo min qaumih ma naraka illa basharan mithlan wa ma naraka ittaba'aka illallazeena hum aradhaluna</w:t>
      </w:r>
    </w:p>
    <w:p>
      <w:pPr>
        <w:jc w:val="right"/>
      </w:pPr>
      <w:r>
        <w:t>أليم فقال الملأ الذين كفروا من قومه ما نراك إلا بشرا مثلنا وما نراك اتبعك إلا الذين هم أراذلنا</w:t>
      </w:r>
    </w:p>
    <w:p>
      <w:r>
        <w:rPr>
          <w:b/>
        </w:rPr>
        <w:t xml:space="preserve">[47:07] </w:t>
      </w:r>
      <w:r>
        <w:t>wa ma naraka ittaba'aka illallazeena hum aradhaluna badi ar ra'yi wa ma naree lakum alaina min fadlin bal nazunnukum kadhibeen</w:t>
      </w:r>
    </w:p>
    <w:p>
      <w:pPr>
        <w:jc w:val="right"/>
      </w:pPr>
      <w:r>
        <w:t>وما نراك اتبعك إلا الذين هم أراذلنا بادي الرأي وما نرى لكم علينا من فضل بل نظنكم كاذبين</w:t>
      </w:r>
    </w:p>
    <w:p>
      <w:r>
        <w:rPr>
          <w:b/>
        </w:rPr>
        <w:t xml:space="preserve">[47:26] </w:t>
      </w:r>
      <w:r>
        <w:t>aur hum ne nooh ko us ki qaum ki taraf bheja ke mein tum ko khula hua darane wala hoon yeh ke tum Allah ke siwa kisi ki ibadat na karo mein tum par ek dardnak azab ke din ka andesha rakhta hoon</w:t>
      </w:r>
    </w:p>
    <w:p>
      <w:pPr>
        <w:jc w:val="right"/>
      </w:pPr>
      <w:r>
        <w:t>اور ہم نے نوح کو اس کی قوم کی طرف بھیجا کہ میں تم کو کھلا ہوا ڈرانے والا ہوں یہ کہ تم اللہ کے سوا کسی کی عبادت نہ کرو میں تم پر ایک دردناک عذاب کے دن کا اندیشہ رکھتا ہوں</w:t>
      </w:r>
    </w:p>
    <w:p>
      <w:r>
        <w:rPr>
          <w:b/>
        </w:rPr>
        <w:t xml:space="preserve">[47:46] </w:t>
      </w:r>
      <w:r>
        <w:t>is ki qom ke sardaron ne kaha jinhon ne inkar kiya tha ke hum to tum ko bas</w:t>
      </w:r>
    </w:p>
    <w:p>
      <w:pPr>
        <w:jc w:val="right"/>
      </w:pPr>
      <w:r>
        <w:t>اس کی قوم کے سرداروں نے کہا جنہوں نے انکار کیا تھا کہ ہم تو تم کو بس</w:t>
      </w:r>
    </w:p>
    <w:p>
      <w:r>
        <w:rPr>
          <w:b/>
        </w:rPr>
        <w:t xml:space="preserve">[47:55] </w:t>
      </w:r>
      <w:r>
        <w:t>apne jaisa aik aadmi dekhte hain aur hum nahi dekhte ke koi tumhara tabe hua ho siwa un</w:t>
      </w:r>
    </w:p>
    <w:p>
      <w:pPr>
        <w:jc w:val="right"/>
      </w:pPr>
      <w:r>
        <w:t>اپنے جیسا ایک آدمی دیکھتے ہیں اور ہم نہیں دیکھتے کہ کوئی تمہارا تابع ہوا ہو سوا ان</w:t>
      </w:r>
    </w:p>
    <w:p>
      <w:r>
        <w:rPr>
          <w:b/>
        </w:rPr>
        <w:t xml:space="preserve">[48:04] </w:t>
      </w:r>
      <w:r>
        <w:t>ke jo hum mein past log hain be samjhe boojhe aur hum nahi dekhte ke tum ko hamare</w:t>
      </w:r>
    </w:p>
    <w:p>
      <w:pPr>
        <w:jc w:val="right"/>
      </w:pPr>
      <w:r>
        <w:t>کے جو ہم میں پست لوگ ہیں بے سمجھے بوجھے اور ہم نہیں دیکھتے کہ تم کو ہمارے</w:t>
      </w:r>
    </w:p>
    <w:p>
      <w:r>
        <w:rPr>
          <w:b/>
        </w:rPr>
        <w:t xml:space="preserve">[48:12] </w:t>
      </w:r>
      <w:r>
        <w:t>upar kuch barhai hasil ho balkeh hum to tum ko jhoota khayal karte hain</w:t>
      </w:r>
    </w:p>
    <w:p>
      <w:pPr>
        <w:jc w:val="right"/>
      </w:pPr>
      <w:r>
        <w:t>اوپر کچھ بڑائی حاصل ہو بلکہ ہم تو تم کو جھوٹا خیال کرتے ہیں</w:t>
      </w:r>
    </w:p>
    <w:p>
      <w:r>
        <w:rPr>
          <w:b/>
        </w:rPr>
        <w:t xml:space="preserve">[48:21] </w:t>
      </w:r>
      <w:r>
        <w:t>tashreeh khuda ke jitne paygambar aaye isi liye aaye ke woh insan ko khuda ke takhleeqi mansoobe se agah karein yeh mansooba ke insan maujooda dunya mein bagharz imtehan rakha gaya hai</w:t>
      </w:r>
    </w:p>
    <w:p>
      <w:pPr>
        <w:jc w:val="right"/>
      </w:pPr>
      <w:r>
        <w:t>تشریح خدا کے جتنے پیغمبر آئے اسی لیے آئے کہ وہ انسان کو خدا کے تخلیقی منصوبے سے آگاہ کریں یہ منصوبہ کہ انسان موجودہ دنیا میں بغرض امتحان رکھا گیا ہے</w:t>
      </w:r>
    </w:p>
    <w:p>
      <w:r>
        <w:rPr>
          <w:b/>
        </w:rPr>
        <w:t xml:space="preserve">[48:39] </w:t>
      </w:r>
      <w:r>
        <w:t>yahan agarchah bazahir mukhtalif cheezon ki ibadat ke mawaqe hain magar asal matloob sirf yeh hai ke insan khuda ka abid bane jo log khuda ke abid na bane woh imtehan mein nakaam ho gaye aise logon ke liye marne ke baad ki zindagi mein sakht azab hai</w:t>
      </w:r>
    </w:p>
    <w:p>
      <w:pPr>
        <w:jc w:val="right"/>
      </w:pPr>
      <w:r>
        <w:t>یہاں اگرچہ بظاہر مختلف چیزوں کی عبادت کے مواقع ہیں مگر اصل مطلوب صرف یہ ہے کہ انسان خدا کا عابد بنے جو لوگ خدا کے عابد نہ بنے وہ امتحان میں ناکام ہو گئے ایسے لوگوں کے لیے مرنے کے بعد کی زندگی میں سخت عذاب ہے</w:t>
      </w:r>
    </w:p>
    <w:p>
      <w:r>
        <w:rPr>
          <w:b/>
        </w:rPr>
        <w:t xml:space="preserve">[49:04] </w:t>
      </w:r>
      <w:r>
        <w:t>hazrat nooh ne apni qaum ke logon se yahi baat kahi woh is ke liye nazeer mubeen ban gaye magar aap ki qaum ne aap ki baat nahi mani is ki wajah logon ki zahir parasti thi insan ki gumrahi ki nazariyati tor par bohat si qism</w:t>
      </w:r>
    </w:p>
    <w:p>
      <w:pPr>
        <w:jc w:val="right"/>
      </w:pPr>
      <w:r>
        <w:t>حضرت نوح نے اپنی قوم کے لوگوں سے یہی بات کہی وہ اس کے لیے نظیر مبین بن گئے مگر آپ کی قوم نے آپ کی بات نہیں مانی اس کی وجہ لوگوں کی ظاہر پرستی تھی انسان کی گمراہی کی نظریاتی طور پر بہت سی قسم</w:t>
      </w:r>
    </w:p>
    <w:p>
      <w:r>
        <w:rPr>
          <w:b/>
        </w:rPr>
        <w:t xml:space="preserve">[49:27] </w:t>
      </w:r>
      <w:r>
        <w:t>hain magar haqeeqat ke aitbar se har daur ke insanon ki gumrahi sirf ek rahi hai aur woh hai zahir parasti ya dunya pasandi dunya parast log ain apne mizaj ke mutabiq dunyawe cheezon ko haq aur nahak ka meyar samajhte hain</w:t>
      </w:r>
    </w:p>
    <w:p>
      <w:pPr>
        <w:jc w:val="right"/>
      </w:pPr>
      <w:r>
        <w:t>یں ہیں مگر حقیقت کے اعتبار سے ہر دور کے انسانوں کی گمراہی صرف ایک رہی ہے اور وہ ہے ظاہر پرستی یا دنیا پسندی دنیا پرست لوگ عین اپنے مزاج کے مطابق دنیاوی چیزوں کو حق اور ناحق کا معیار سمجھتے ہیں</w:t>
      </w:r>
    </w:p>
    <w:p>
      <w:r>
        <w:rPr>
          <w:b/>
        </w:rPr>
        <w:t xml:space="preserve">[49:50] </w:t>
      </w:r>
      <w:r>
        <w:t>woh shaoori ya ghair shaoori tor par yeh farz kar lete hain ke jis ke paas zahiri raunaqein hon woh haq par hai aur jo dunya ki raunaqon se mehroom ho woh nahak par khuda ka daee jab uthta hai to apne hamsaron ko woh sirf insanon mein se ek insan nazar aata hai</w:t>
      </w:r>
    </w:p>
    <w:p>
      <w:pPr>
        <w:jc w:val="right"/>
      </w:pPr>
      <w:r>
        <w:t>وہ شعوری یا غیر شعوری طور پر یہ فرض کر لیتے ہیں کہ جس کے پاس ظاہری رونقیں ہوں وہ حق پر ہے اور جو دنیا کی رونقوں سے محروم ہو وہ ناحق پر خدا کا داعی جب اٹھتا ہے تو اپنے ہمسروں کو وہ صرف انسانوں میں سے ایک انسان نظر آتا ہے</w:t>
      </w:r>
    </w:p>
    <w:p>
      <w:r>
        <w:rPr>
          <w:b/>
        </w:rPr>
        <w:t xml:space="preserve">[50:15] </w:t>
      </w:r>
      <w:r>
        <w:t>dunyawe aitbar se is ke gird o paish barhai ka koi khasoosi nishan nahi hota doosri taraf yeh hota hai ke woh jis deen ka alambardar hota hai us ke sath choonkeh abhi tak dunyawe faide wabasta nahi hote</w:t>
      </w:r>
    </w:p>
    <w:p>
      <w:pPr>
        <w:jc w:val="right"/>
      </w:pPr>
      <w:r>
        <w:t>دنیاوی اعتبار سے اس کے گرد و پیش بڑائی کا کوئی خصوصی نشان نہیں ہوتا دوسری طرف یہ ہوتا ہے کہ وہ جس دین کا علمبردار ہوتا ہے اس کے ساتھ چونکہ ابھی تک دنیاوی فائدے وابستہ نہیں ہوتے</w:t>
      </w:r>
    </w:p>
    <w:p>
      <w:r>
        <w:rPr>
          <w:b/>
        </w:rPr>
        <w:t xml:space="preserve">[50:35] </w:t>
      </w:r>
      <w:r>
        <w:t>is liye is ki taraf barhne wale ziyadatar woh tahidast log hote hain jinhein ek naye deen ko ikhtiyar karne ke nateejay mein kuch khona na pare yeh soorathal khas tor par waqt ke barhon ke liye fitna ban jati hai woh samajh lete hain ke jab dunya un ke sath nahi hai to haq bhi un ke sath nahi ho sakta</w:t>
      </w:r>
    </w:p>
    <w:p>
      <w:pPr>
        <w:jc w:val="right"/>
      </w:pPr>
      <w:r>
        <w:t>اس لیے اس کی طرف بڑھنے والے زیادہ تر وہ تہیدست لوگ ہوتے ہیں جنہیں ایک نئے دین کو اختیار کرنے کے نتیجے میں کچھ کھونا نہ پڑے یہ صورتحال خاص طور پر وقت کے بڑوں کے لیے فتنہ بن جاتی ہے وہ سمجھ لیتے ہیں کہ جب دنیا ان کے ساتھ نہیں ہے تو حق بھی ان کے ساتھ نہیں ہو سکتا</w:t>
      </w:r>
    </w:p>
    <w:p>
      <w:r>
        <w:rPr>
          <w:b/>
        </w:rPr>
        <w:t xml:space="preserve">[51:05] </w:t>
      </w:r>
      <w:r>
        <w:t>hata ke qaum mein aise log bhi niklte hain jo un ko jhoota aur dhoke baz kehne se bhi darigh na karein qala ya qaum ara'aytum in kuntu ala bayyinatin</w:t>
      </w:r>
    </w:p>
    <w:p>
      <w:pPr>
        <w:jc w:val="right"/>
      </w:pPr>
      <w:r>
        <w:t>حتی کہ قوم میں ایسے لوگ بھی نکلتے ہیں جو ان کو جھوٹا اور دھوکے باز کہنے سے بھی دریغ نہ کریں قال يا قوم أرأيتم إن كنت على بينة</w:t>
      </w:r>
    </w:p>
    <w:p>
      <w:r>
        <w:rPr>
          <w:b/>
        </w:rPr>
        <w:t xml:space="preserve">[51:22] </w:t>
      </w:r>
      <w:r>
        <w:t>min rabbi wa atani rahmatan min indih fa'ummiyat alaikum fa'ummiyat alaikum an alzimukumoha wa antum laha karihoon</w:t>
      </w:r>
    </w:p>
    <w:p>
      <w:pPr>
        <w:jc w:val="right"/>
      </w:pPr>
      <w:r>
        <w:t>من ربي وآتاني رحمة من عنده فعميت عليكم فعميت عليكم أن ألزمكموها وأنتم لها كارهون</w:t>
      </w:r>
    </w:p>
    <w:p>
      <w:r>
        <w:rPr>
          <w:b/>
        </w:rPr>
        <w:t xml:space="preserve">[51:42] </w:t>
      </w:r>
      <w:r>
        <w:t>wa ya qaum la as'alukum alaihi malan in ajriya illa alallahi</w:t>
      </w:r>
    </w:p>
    <w:p>
      <w:pPr>
        <w:jc w:val="right"/>
      </w:pPr>
      <w:r>
        <w:t>ويا قوم لا أسألكم عليه مالا إن أجري إلا على الله</w:t>
      </w:r>
    </w:p>
    <w:p>
      <w:r>
        <w:rPr>
          <w:b/>
        </w:rPr>
        <w:t xml:space="preserve">[51:54] </w:t>
      </w:r>
      <w:r>
        <w:t>wa ma ana bitaridhillazeena amanoo innahum mulaqoo rabbihim wa lakinni ara'akum qauman</w:t>
      </w:r>
    </w:p>
    <w:p>
      <w:pPr>
        <w:jc w:val="right"/>
      </w:pPr>
      <w:r>
        <w:t>وما أنا بطارد الذين آمنوا إنهم ملاقوا ربهم ولكني أراكم قوما</w:t>
      </w:r>
    </w:p>
    <w:p>
      <w:r>
        <w:rPr>
          <w:b/>
        </w:rPr>
        <w:t xml:space="preserve">[52:10] </w:t>
      </w:r>
      <w:r>
        <w:t>tajhaloon</w:t>
      </w:r>
    </w:p>
    <w:p>
      <w:pPr>
        <w:jc w:val="right"/>
      </w:pPr>
      <w:r>
        <w:t>تجهلون</w:t>
      </w:r>
    </w:p>
    <w:p>
      <w:r>
        <w:rPr>
          <w:b/>
        </w:rPr>
        <w:t xml:space="preserve">[52:14] </w:t>
      </w:r>
      <w:r>
        <w:t>wa ya qaum man yansuruni minallahi in taradtuhum afala tazakkaroon</w:t>
      </w:r>
    </w:p>
    <w:p>
      <w:pPr>
        <w:jc w:val="right"/>
      </w:pPr>
      <w:r>
        <w:t>ويا قوم من ينصرني من الله إن طردتهم أفلا تذكرون</w:t>
      </w:r>
    </w:p>
    <w:p>
      <w:r>
        <w:rPr>
          <w:b/>
        </w:rPr>
        <w:t xml:space="preserve">[52:27] </w:t>
      </w:r>
      <w:r>
        <w:t>wa la</w:t>
      </w:r>
    </w:p>
    <w:p>
      <w:pPr>
        <w:jc w:val="right"/>
      </w:pPr>
      <w:r>
        <w:t>ولا</w:t>
      </w:r>
    </w:p>
    <w:p>
      <w:r>
        <w:rPr>
          <w:b/>
        </w:rPr>
        <w:t xml:space="preserve">[52:30] </w:t>
      </w:r>
      <w:r>
        <w:t>aqoolu lakum indi khaza'inullahi wa la a'lamul ghaiba wa la aqoolu inni malik</w:t>
      </w:r>
    </w:p>
    <w:p>
      <w:pPr>
        <w:jc w:val="right"/>
      </w:pPr>
      <w:r>
        <w:t>أقول لكم عندي خزائن الله ولا أعلم الغيب ولا أقول إني ملك</w:t>
      </w:r>
    </w:p>
    <w:p>
      <w:r>
        <w:rPr>
          <w:b/>
        </w:rPr>
        <w:t xml:space="preserve">[52:48] </w:t>
      </w:r>
      <w:r>
        <w:t>wa la aqoolu inni malik wa la aqoolu lillazeena tazdari a'yunukum layu'tiyahumullahu khairan</w:t>
      </w:r>
    </w:p>
    <w:p>
      <w:pPr>
        <w:jc w:val="right"/>
      </w:pPr>
      <w:r>
        <w:t>ولا أقول إني ملك ولا أقول للذين تزدري أعينكم لن يؤتيهم الله خيرا</w:t>
      </w:r>
    </w:p>
    <w:p>
      <w:r>
        <w:rPr>
          <w:b/>
        </w:rPr>
        <w:t xml:space="preserve">[53:07] </w:t>
      </w:r>
      <w:r>
        <w:t>allah aalam bima fi</w:t>
      </w:r>
    </w:p>
    <w:p>
      <w:pPr>
        <w:jc w:val="right"/>
      </w:pPr>
      <w:r>
        <w:t>الله أعلم بما في</w:t>
      </w:r>
    </w:p>
    <w:p>
      <w:r>
        <w:rPr>
          <w:b/>
        </w:rPr>
        <w:t xml:space="preserve">[53:13] </w:t>
      </w:r>
      <w:r>
        <w:t>anfusihim inni idha limin al-zhalimin</w:t>
      </w:r>
    </w:p>
    <w:p>
      <w:pPr>
        <w:jc w:val="right"/>
      </w:pPr>
      <w:r>
        <w:t>أنفسهم إني إذا لمن الظالمين</w:t>
      </w:r>
    </w:p>
    <w:p>
      <w:r>
        <w:rPr>
          <w:b/>
        </w:rPr>
        <w:t xml:space="preserve">[53:24] </w:t>
      </w:r>
      <w:r>
        <w:t>nuh ne kaha ae meri qaum batao agar main apne rab ki taraf se ek roshan dalil par hoon aur us ne mujh par apne paas se rehmat bheji hai magar woh tum ko nazar na aayi to kya hum us ko tum par chipka sakte hain jab ke tum us se bezaar ho aur ae meri qaum main is par tum se kuch maal nahi mangta</w:t>
      </w:r>
    </w:p>
    <w:p>
      <w:pPr>
        <w:jc w:val="right"/>
      </w:pPr>
      <w:r>
        <w:t>نوح نے کہا اے میری قوم بتاؤ اگر میں اپنے رب کی طرف سے ایک روشن دلیل پر ہوں اور اس نے مجھ پر اپنے پاس سے رحمت بھیجی ہے مگر وہ تم کو نظر نہ آئی تو کیا ہم اس کو تم پر چپکا سکتے ہیں جب کہ تم اس سے بیزار ہو اور اے میری قوم میں اس پر تم سے کچھ مال نہیں مانگتا</w:t>
      </w:r>
    </w:p>
    <w:p>
      <w:r>
        <w:rPr>
          <w:b/>
        </w:rPr>
        <w:t xml:space="preserve">[53:53] </w:t>
      </w:r>
      <w:r>
        <w:t>mera ajr to bas allah ke zhimme hai aur main hargiz in ko apne se door karne wala nahi jo iman laye hain un logon ko apne rab se milna hai magar main dekhta hoon tum log jahalat mein mubtala ho aur ae meri qaum agar main in logon ko jhatka doon to khuda ke muqable mein kaun meri madad karega</w:t>
      </w:r>
    </w:p>
    <w:p>
      <w:pPr>
        <w:jc w:val="right"/>
      </w:pPr>
      <w:r>
        <w:t>میرا اجر تو بس اللہ کے ذمے ہے اور میں ہرگز ان کو اپنے سے دور کرنے والا نہیں جو ایمان لائے ہیں ان لوگوں کو اپنے رب سے ملنا ہے مگر میں دیکھتا ہوں تم لوگ جہالت میں مبتلا ہو اور اے میری قوم اگر میں ان لوگوں کو جھٹکار دوں تو خدا کے مقابلے میں کون میری مدد کرے گا</w:t>
      </w:r>
    </w:p>
    <w:p>
      <w:r>
        <w:rPr>
          <w:b/>
        </w:rPr>
        <w:t xml:space="preserve">[54:22] </w:t>
      </w:r>
      <w:r>
        <w:t>kya tum ghaur nahi karte aur main tum se nahi kehta ke mere paas allah ke khazane hain aur na main ghayb ki khabar rakhta hoon aur na yeh kehta hoon ke main farishta hoon aur main yeh bhi nahi keh sakta ke jo log tumhari nigahon mein haqir hain un ko allah koi bhalai nahi dega allah khoob janta hai jo kuch un ke dilon mein hai</w:t>
      </w:r>
    </w:p>
    <w:p>
      <w:pPr>
        <w:jc w:val="right"/>
      </w:pPr>
      <w:r>
        <w:t>کیا تم غور نہیں کرتے اور میں تم سے نہیں کہتا کہ میرے پاس اللہ کے خزانے ہیں اور نہ میں غیب کی خبر رکھتا ہوں اور نہ یہ کہتا ہوں کہ میں فرشتہ ہوں اور میں یہ بھی نہیں کہہ سکتا کہ جو لوگ تمہاری نگاہوں میں حقیر ہیں ان کو اللہ کوئی بھلائی نہیں دے گا اللہ خوب جانتا ہے جو کچھ ان کے دلوں میں ہے</w:t>
      </w:r>
    </w:p>
    <w:p>
      <w:r>
        <w:rPr>
          <w:b/>
        </w:rPr>
        <w:t xml:space="preserve">[54:50] </w:t>
      </w:r>
      <w:r>
        <w:t>agar main aisa kahoon to main hi zhalim hoonga</w:t>
      </w:r>
    </w:p>
    <w:p>
      <w:pPr>
        <w:jc w:val="right"/>
      </w:pPr>
      <w:r>
        <w:t>اگر میں ایسا کہوں تو میں ہی ظالم ہوں گا</w:t>
      </w:r>
    </w:p>
    <w:p>
      <w:r>
        <w:rPr>
          <w:b/>
        </w:rPr>
        <w:t xml:space="preserve">[54:57] </w:t>
      </w:r>
      <w:r>
        <w:t>tashreeh yahan bayyinah se murad dalil hai aur rehmat se murad nubuwah hai is se maloom hua ke peghambar jab kisi qaum ko dawat deta hai to woh do cheezon ke upar khada hota hai</w:t>
      </w:r>
    </w:p>
    <w:p>
      <w:pPr>
        <w:jc w:val="right"/>
      </w:pPr>
      <w:r>
        <w:t>تشریح یہاں بینہ سے مراد دلیل ہے اور رحمت سے مراد نبوت ہے اس سے معلوم ہوا کہ پیغمبر جب کسی قوم کو دعوت دیتا ہے تو وہ دو چیزوں کے اوپر کھڑا ہوتا ہے</w:t>
      </w:r>
    </w:p>
    <w:p>
      <w:r>
        <w:rPr>
          <w:b/>
        </w:rPr>
        <w:t xml:space="preserve">[55:16] </w:t>
      </w:r>
      <w:r>
        <w:t>dalil aur nubuwah peghambar ke baad koi dawi bhi isi waqt dawi hai jab ke woh inhi do cheezon par khada ho is farq ke sath ke dalil ke baad doosri cheez jo us ke paas hogi woh bilwasitah taur par peghambar se mili hui hogi jab ke peghambar ke paas woh barah e rast khuda ki taraf se aayi hai</w:t>
      </w:r>
    </w:p>
    <w:p>
      <w:pPr>
        <w:jc w:val="right"/>
      </w:pPr>
      <w:r>
        <w:t>دلیل اور نبوت پیغمبر کے بعد کوئی داعی بھی اسی وقت داعی ہے جب کہ وہ انہی دو چیزوں پر کھڑا ہو اس فرق کے ساتھ کہ دلیل کے بعد دوسری چیز جو اس کے پاس ہوگی وہ بالواسطہ طور پر پیغمبر سے ملی ہوئی ہوگی جبکہ پیغمبر کے پاس وہ براہ راست خدا کی طرف سے آئی ہے</w:t>
      </w:r>
    </w:p>
    <w:p>
      <w:r>
        <w:rPr>
          <w:b/>
        </w:rPr>
        <w:t xml:space="preserve">[55:45] </w:t>
      </w:r>
      <w:r>
        <w:t>qaum jis waqt khuda ke dawi ko yeh samajh kar nazar andaz kar deti hai ke is ke yahan zahiri aitbar se koi qabil e lihaz cheez nahi ayn usi waqt is ke paas ek bohat bari qabil e lihaz cheez maujood hoti hai aur woh dalil aur hidayat hai dalil aur hidayat ki barai kamil taur par khuda ke dawi ke paas maujood hoti hai m</w:t>
      </w:r>
    </w:p>
    <w:p>
      <w:pPr>
        <w:jc w:val="right"/>
      </w:pPr>
      <w:r>
        <w:t>قوم جس وقت خدا کے داعی کو یہ سمجھ کر نظر انداز کر دیتی ہے کہ اس کے یہاں ظاہری اعتبار سے کوئی قابل لحاظ چیز نہیں عین اسی وقت اس کے پاس ایک بہت بڑی قابل لحاظ چیز موجود ہوتی ہے اور وہ دلیل اور ہدایت ہے دلیل اور ہدایت کی بڑائی کامل طور پر خدا کے داعی کے پاس موجود ہوتی ہے م</w:t>
      </w:r>
    </w:p>
    <w:p>
      <w:r>
        <w:rPr>
          <w:b/>
        </w:rPr>
        <w:t xml:space="preserve">[56:14] </w:t>
      </w:r>
      <w:r>
        <w:t>agar yeh baharhal maanwi barai hai aur jin logon ki nigahain zahir mein atki hui hon un ko maanwi barai kyonkar dikhai degi dawat e allah ka kaam khalis akhrawi kaam hai is ki sahi kar kardagi ke liye zarori hai ke dawi aur madu ke darmiyan zar aur zameen ke jhagde na hon</w:t>
      </w:r>
    </w:p>
    <w:p>
      <w:pPr>
        <w:jc w:val="right"/>
      </w:pPr>
      <w:r>
        <w:t>گر یہ بہرحال معنوی بڑائی ہے اور جن لوگوں کی نگاہیں ظواہر میں اٹکی ہوئی ہوں ان کو معنوی بڑائی کیوں کر دکھائی دے گی دعوت اللہ کا کام خالص اخروی کام ہے اس کی صحیح کارکردگی کے لیے ضروری ہے کہ داعی اور مدعو کے درمیان زر اور زمین کے جھگڑے نہ ہوں</w:t>
      </w:r>
    </w:p>
    <w:p>
      <w:r>
        <w:rPr>
          <w:b/>
        </w:rPr>
        <w:t xml:space="preserve">[56:41] </w:t>
      </w:r>
      <w:r>
        <w:t>yeh zimmedari khud dawi ko leni parti hai ke is ke aur madu ke darmiyan madu al-falah ho aur is ki khatir woh har qism ke maadi aur maashi jhagde yaktarfah taur par khatam kar de</w:t>
      </w:r>
    </w:p>
    <w:p>
      <w:pPr>
        <w:jc w:val="right"/>
      </w:pPr>
      <w:r>
        <w:t>یہ ذمہ داری خود داعی کو لینی پڑتی ہے کہ اس کے اور مدعو کے درمیان مدعو الفلاح ہو اور اس کی خاطر وہ ہر قسم کے مادی اور معاشی جھگڑے یکطرفہ طور پر ختم کر دے</w:t>
      </w:r>
    </w:p>
    <w:p>
      <w:r>
        <w:rPr>
          <w:b/>
        </w:rPr>
        <w:t xml:space="preserve">[56:58] </w:t>
      </w:r>
      <w:r>
        <w:t>jis dawi ka yeh hal ho ke woh ek taraf dawat de doosri taraf madu se dunyawi cheezon ke liye ihtijaj aur mutalba bhi kar raha ho woh dawi nahi maskhara hai is ki koi qimat na madu ki nazar mein ho sakti hai aur na khuda ki nazar mein</w:t>
      </w:r>
    </w:p>
    <w:p>
      <w:pPr>
        <w:jc w:val="right"/>
      </w:pPr>
      <w:r>
        <w:t>جس داعی کا یہ حال ہو کہ وہ ایک طرف دعوت دے دوسری طرف مدعو سے دنیاوی چیزوں کے لیے احتجاج اور مطالبہ بھی کر رہا ہو وہ داعی نہیں مسخرہ ہے اس کی کوئی قیمت نہ مدعو کی نظر میں ہو سکتی ہے اور نہ خدا کی نظر میں</w:t>
      </w:r>
    </w:p>
    <w:p>
      <w:r>
        <w:rPr>
          <w:b/>
        </w:rPr>
        <w:t xml:space="preserve">[57:21] </w:t>
      </w:r>
      <w:r>
        <w:t>madu ka imtihan yeh hai ke woh bazahir ek be azmat insan ke andar haq ki azmat ko dekh le</w:t>
      </w:r>
    </w:p>
    <w:p>
      <w:pPr>
        <w:jc w:val="right"/>
      </w:pPr>
      <w:r>
        <w:t>مدعو کا امتحان یہ ہے کہ وہ بظاہر ایک بے عظمت انسان کے اندر حق کی عظمت کو دیکھ لے</w:t>
      </w:r>
    </w:p>
    <w:p>
      <w:r>
        <w:rPr>
          <w:b/>
        </w:rPr>
        <w:t xml:space="preserve">[57:31] </w:t>
      </w:r>
      <w:r>
        <w:t>isi tarah dawi ka imtihan yeh hai ke woh kisi be deen ka is liye istiqbal na karne lage ke woh maal o jah ka malik hai aur kisi deendar ko is liye na qabil e lihaz na samjhe ke us ke paas dunya ki shan o shaukat maujood nahi</w:t>
      </w:r>
    </w:p>
    <w:p>
      <w:pPr>
        <w:jc w:val="right"/>
      </w:pPr>
      <w:r>
        <w:t>اسی طرح داعی کا امتحان یہ ہے کہ وہ کسی بے دین کا اس لیے استقبال نہ کرنے لگے کہ وہ مال و جاہ کا مالک ہے اور کسی دیندار کو اس لیے ناقابل لحاظ نہ سمجھ لے کہ اس کے پاس دنیا کی شان و شوکت موجود نہیں</w:t>
      </w:r>
    </w:p>
    <w:p>
      <w:r>
        <w:rPr>
          <w:b/>
        </w:rPr>
        <w:t xml:space="preserve">[57:53] </w:t>
      </w:r>
      <w:r>
        <w:t>dawi agar aisa kare to is ka matlab yeh hoga ke woh zuban se akhirat ki ahmiyat ka waaz kar raha hai aur amal se dunya ki ahmiyat ka saboot de raha hai zahir hai ke yeh apni tardeed aap hai aur jo shakhs</w:t>
      </w:r>
    </w:p>
    <w:p>
      <w:pPr>
        <w:jc w:val="right"/>
      </w:pPr>
      <w:r>
        <w:t>داعی اگر ایسا کرے تو اس کا مطلب یہ ہوگا کہ وہ زبان سے اخرت کی اہمیت کا وعظ کر رہا ہے اور عمل سے دنیا کی اہمیت کا ثبوت دے رہا ہے ظاہر ہے کہ یہ اپنی تردید اپ ہے اور جو شخص</w:t>
      </w:r>
    </w:p>
    <w:p>
      <w:r>
        <w:rPr>
          <w:b/>
        </w:rPr>
        <w:t xml:space="preserve">[58:10] </w:t>
      </w:r>
      <w:r>
        <w:t>apni tardeed aap kare us ki baat ki doosron ki nazar mein kya qimat ho sakti hai qaloo ya nuh qad jadaltana faaksart jidalana fatina bima ta'iduna</w:t>
      </w:r>
    </w:p>
    <w:p>
      <w:pPr>
        <w:jc w:val="right"/>
      </w:pPr>
      <w:r>
        <w:t>اپنی تردید اپ کرے اس کی بات کی دوسروں کی نظر میں کیا قیمت ہو سکتی ہے قالوا يا نوح قد جادلتنا فاكثرت جدالنا فاتنا بما تعدنا</w:t>
      </w:r>
    </w:p>
    <w:p>
      <w:r>
        <w:rPr>
          <w:b/>
        </w:rPr>
        <w:t xml:space="preserve">[58:30] </w:t>
      </w:r>
      <w:r>
        <w:t>in kunta min al-sadiqeen qal innama ya'tikum bihi allahu in sha'a wa ma</w:t>
      </w:r>
    </w:p>
    <w:p>
      <w:pPr>
        <w:jc w:val="right"/>
      </w:pPr>
      <w:r>
        <w:t>إن كنت من الصادقين قال إنما يأتيكم به الله إن شاء وما</w:t>
      </w:r>
    </w:p>
    <w:p>
      <w:r>
        <w:rPr>
          <w:b/>
        </w:rPr>
        <w:t xml:space="preserve">[58:47] </w:t>
      </w:r>
      <w:r>
        <w:t>antum bi mu'jizeen wa la yanfa'ukum nus'h in aradtu an ansaha lakum in kana allahu yurid an yughwiyakum</w:t>
      </w:r>
    </w:p>
    <w:p>
      <w:pPr>
        <w:jc w:val="right"/>
      </w:pPr>
      <w:r>
        <w:t>أنتم بمعجزين ولا ينفعكم نصح إن أردت أن أنصح لكم إن كان الله يريد أن يغويكم</w:t>
      </w:r>
    </w:p>
    <w:p>
      <w:r>
        <w:rPr>
          <w:b/>
        </w:rPr>
        <w:t xml:space="preserve">[59:08] </w:t>
      </w:r>
      <w:r>
        <w:t>huwa rabbukum wa ilayhi turja'oon</w:t>
      </w:r>
    </w:p>
    <w:p>
      <w:pPr>
        <w:jc w:val="right"/>
      </w:pPr>
      <w:r>
        <w:t>هو ربكم وإليه ترجعون</w:t>
      </w:r>
    </w:p>
    <w:p>
      <w:r>
        <w:rPr>
          <w:b/>
        </w:rPr>
        <w:t xml:space="preserve">[59:15] </w:t>
      </w:r>
      <w:r>
        <w:t>unhon ne kaha ke ae nuh tum ne hum se jhagda kiya aur bohat jhagda kar liya ab woh cheez le aao jis ka tum hum se wada karte rahe ho agar tum sachche ho</w:t>
      </w:r>
    </w:p>
    <w:p>
      <w:pPr>
        <w:jc w:val="right"/>
      </w:pPr>
      <w:r>
        <w:t>انہوں نے کہا کہ اے نوح تم نے ہم سے جھگڑا کیا اور بہت جھگڑا کر لیا اب وہ چیز لے آؤ جس کا تم ہم سے وعدہ کرتے رہے ہو اگر تم سچے ہو</w:t>
      </w:r>
    </w:p>
    <w:p>
      <w:r>
        <w:rPr>
          <w:b/>
        </w:rPr>
        <w:t xml:space="preserve">[59:28] </w:t>
      </w:r>
      <w:r>
        <w:t>nuh ne kaha is ko to tumhare upar allah hi layega agar woh chahega aur tum us ke qabu se bahar na ja sakoge aur meri naseehat tum ko faida nahi degi agar main tum ko naseehat karna chahoon jab ke allah yeh chahta ho ke woh tum ko gumrah kare wohi tumhara rab hai aur usi ki taraf tum ko lot kar jana hai</w:t>
      </w:r>
    </w:p>
    <w:p>
      <w:pPr>
        <w:jc w:val="right"/>
      </w:pPr>
      <w:r>
        <w:t>نوح نے کہا اس کو تو تمہارے اوپر اللہ ہی لائے گا اگر وہ چاہے گا اور تم اس کے قابو سے باہر نہ جا سکو گے اور میری نصیحت تم کو فائدہ نہیں دے گی اگر میں تم کو نصیحت کرنا چاہوں جبکہ اللہ یہ چاہتا ہو کہ وہ تم کو گمراہ کرے وہی تمہارا رب ہے اور اسی کی طرف تم کو لوٹ کر جانا ہے</w:t>
      </w:r>
    </w:p>
    <w:p>
      <w:r>
        <w:rPr>
          <w:b/>
        </w:rPr>
        <w:t xml:space="preserve">[59:58] </w:t>
      </w:r>
      <w:r>
        <w:t>tashreeh hazrat nuh ne apni qaum se koi nahi jidal nahi kiya woh sanjeeda andaaz mein apna saleh paigham un ke samne pesh kar rahe the magar aap ki sanjeeda dawat aap ki qaum ko ulti surat mein nazar aa rahi thi</w:t>
      </w:r>
    </w:p>
    <w:p>
      <w:pPr>
        <w:jc w:val="right"/>
      </w:pPr>
      <w:r>
        <w:t>تشریح حضرت نوح نے اپنی قوم سے کوئی نہیں جدال نہیں کیا وہ سنجیدہ انداز میں اپنا صالح پیغام ان کے سامنے پیش کر رہے تھے مگر آپ کی سنجیدہ دعوت آپ کی قوم کو الٹی صورت میں نظر آ رہی تھی</w:t>
      </w:r>
    </w:p>
    <w:p>
      <w:r>
        <w:rPr>
          <w:b/>
        </w:rPr>
        <w:t xml:space="preserve">[1:00:18] </w:t>
      </w:r>
      <w:r>
        <w:t>is ki wajah insan ki yeh kamzori hai ke jab is ki apni zaat zad mein aa rahi</w:t>
      </w:r>
    </w:p>
    <w:p>
      <w:pPr>
        <w:jc w:val="right"/>
      </w:pPr>
      <w:r>
        <w:t>اس کی وجہ انسان کی یہ کمزوری ہے کہ جب اس کی اپنی ذات زد میں آ رہی</w:t>
      </w:r>
    </w:p>
    <w:p>
      <w:r>
        <w:rPr>
          <w:b/>
        </w:rPr>
        <w:t xml:space="preserve">[1:00:25] </w:t>
      </w:r>
      <w:r>
        <w:t>ho to woh sanjeedgi kho deta hai aisi baat ko woh daleel aur saboot ke aitbar se nahi</w:t>
      </w:r>
    </w:p>
    <w:p>
      <w:pPr>
        <w:jc w:val="right"/>
      </w:pPr>
      <w:r>
        <w:t>ہو تو وہ سنجیدگی کھو دیتا ہے ایسی بات کو وہ دلیل اور ثبوت کے اعتبار سے نہیں</w:t>
      </w:r>
    </w:p>
    <w:p>
      <w:r>
        <w:rPr>
          <w:b/>
        </w:rPr>
        <w:t xml:space="preserve">[1:00:33] </w:t>
      </w:r>
      <w:r>
        <w:t>dekhta woh soche samjhe baghair is ko radd kar deta hai</w:t>
      </w:r>
    </w:p>
    <w:p>
      <w:pPr>
        <w:jc w:val="right"/>
      </w:pPr>
      <w:r>
        <w:t>دیکھتا وہ سوچے سمجھے بغیر اس کو رد کر دیتا ہے</w:t>
      </w:r>
    </w:p>
    <w:p>
      <w:r>
        <w:rPr>
          <w:b/>
        </w:rPr>
        <w:t xml:space="preserve">[1:00:41] </w:t>
      </w:r>
      <w:r>
        <w:t>daii haq ki thos daleel bhi is ko behas o jidal maloom hone lagti hai</w:t>
      </w:r>
    </w:p>
    <w:p>
      <w:pPr>
        <w:jc w:val="right"/>
      </w:pPr>
      <w:r>
        <w:t>داعی حق کی ٹھوس دلیل بھی اس کو بحث و جدال معلوم ہونے لگتی ہے</w:t>
      </w:r>
    </w:p>
    <w:p>
      <w:r>
        <w:rPr>
          <w:b/>
        </w:rPr>
        <w:t xml:space="preserve">[1:00:50] </w:t>
      </w:r>
      <w:r>
        <w:t>bohat jidal kar chuke ka jumla darasal yeh batane ke liye nahi hai ke nuh ne kya kaha tha balkeh woh us ko batata hai ke sunne walon ne aap ki baat ko kya darja diya tha</w:t>
      </w:r>
    </w:p>
    <w:p>
      <w:pPr>
        <w:jc w:val="right"/>
      </w:pPr>
      <w:r>
        <w:t>بہت جدال کر چکے کا جملہ دراصل یہ بتانے کے لیے نہیں ہے کہ نوح نے کیا کہا تھا بلکہ وہ اس کو بتاتا ہے کہ سننے والوں نے آپ کی بات کو کیا درجہ دیا تھا</w:t>
      </w:r>
    </w:p>
    <w:p>
      <w:r>
        <w:rPr>
          <w:b/>
        </w:rPr>
        <w:t xml:space="preserve">[1:01:06] </w:t>
      </w:r>
      <w:r>
        <w:t>isi tarah mukhalifeen e nuh ka azab ko talab karna haqeeqatan azab ko talab karna nahi tha balkeh hazrat nuh ka mazak urana tha ke dekho yeh shakhs aisi baat keh raha hai jo kabhi hone wali nahi woh apni position ko itna mustahkam samajhte the jis mein un ke khayal ke mutabiq kabhi se azab aane ki gunjaish na thi</w:t>
      </w:r>
    </w:p>
    <w:p>
      <w:pPr>
        <w:jc w:val="right"/>
      </w:pPr>
      <w:r>
        <w:t>اسی طرح مخالفین نوح کا عذاب کو طلب کرنا حقیقتاً عذاب کو طلب کرنا نہیں تھا بلکہ حضرت نوح کا مذاق اڑانا تھا کہ دیکھو یہ شخص ایسی بات کہہ رہا ہے جو کبھی ہونے والی نہیں وہ اپنی پوزیشن کو اتنا مستحکم سمجھتے تھے جس میں ان کے خیال کے مطابق کبھی سے عذاب آنے کی گنجائش نہ تھی</w:t>
      </w:r>
    </w:p>
    <w:p>
      <w:r>
        <w:rPr>
          <w:b/>
        </w:rPr>
        <w:t xml:space="preserve">[1:01:34] </w:t>
      </w:r>
      <w:r>
        <w:t>isi zehn ke tehat unhon ne kaha ke hamare inkar ki saza mein jis azab ki tum khabar</w:t>
      </w:r>
    </w:p>
    <w:p>
      <w:pPr>
        <w:jc w:val="right"/>
      </w:pPr>
      <w:r>
        <w:t>اسی ذہن کے تحت انہوں نے کہا کہ ہمارے انکار کی سزا میں جس عذاب کی تم خبر</w:t>
      </w:r>
    </w:p>
    <w:p>
      <w:r>
        <w:rPr>
          <w:b/>
        </w:rPr>
        <w:t xml:space="preserve">[1:01:40] </w:t>
      </w:r>
      <w:r>
        <w:t>dete rahe ho woh azab lao aur chunke un ke nazdeek aisa azab kabhi aane wala na tha</w:t>
      </w:r>
    </w:p>
    <w:p>
      <w:pPr>
        <w:jc w:val="right"/>
      </w:pPr>
      <w:r>
        <w:t>دیتے رہے ہو وہ عذاب لاؤ اور چونکہ ان کے نزدیک ایسا عذاب کبھی آنے والا نہ تھا</w:t>
      </w:r>
    </w:p>
    <w:p>
      <w:r>
        <w:rPr>
          <w:b/>
        </w:rPr>
        <w:t xml:space="preserve">[1:01:49] </w:t>
      </w:r>
      <w:r>
        <w:t>is liye mani is ka matlab yeh tha ke hum haq par hain aur tum nahq par</w:t>
      </w:r>
    </w:p>
    <w:p>
      <w:pPr>
        <w:jc w:val="right"/>
      </w:pPr>
      <w:r>
        <w:t>اس لیے معنی اس کا مطلب یہ تھا کہ ہم حق پر ہیں اور تم ناحق پر</w:t>
      </w:r>
    </w:p>
    <w:p>
      <w:r>
        <w:rPr>
          <w:b/>
        </w:rPr>
        <w:t xml:space="preserve">[1:02:04] </w:t>
      </w:r>
      <w:r>
        <w:t>hazrat nooh ne jawab diya ke tum mamle ko ek bashar ki nisbat se dekh rahe ho aur chunke main kamzor hoon is liye tumhari samajh mein nahi aata ke yeh azab kabhi tumhare upar aa sakta hai</w:t>
      </w:r>
    </w:p>
    <w:p>
      <w:pPr>
        <w:jc w:val="right"/>
      </w:pPr>
      <w:r>
        <w:t>حضرت نوح نے جواب دیا کہ تم معاملے کو ایک بشر کی نسبت سے دیکھ رہے ہو اور چونکہ میں کمزور ہوں اس لیے تمہاری سمجھ میں نہیں آتا کہ یہ عذاب کبھی تمہارے اوپر آ سکتا ہے</w:t>
      </w:r>
    </w:p>
    <w:p>
      <w:r>
        <w:rPr>
          <w:b/>
        </w:rPr>
        <w:t xml:space="preserve">[1:02:24] </w:t>
      </w:r>
      <w:r>
        <w:t>agar mamle ko khuda ki nisbat se dekhte to tum yeh na kehte kyunke phir tumhe nazar aata ke dunya mein zalimon ke liye azab ka aana itna hi yaqini hai jitna suraj ka nikalna aur daldale ka phatna daai haq ki baat ko manne ka tamam tar inhisaar is par hai</w:t>
      </w:r>
    </w:p>
    <w:p>
      <w:pPr>
        <w:jc w:val="right"/>
      </w:pPr>
      <w:r>
        <w:t>اگر معاملے کو خدا کی نسبت سے دیکھتے تو تم یہ نہ کہتے کیونکہ پھر تمہیں نظر آتا کہ دنیا میں ظالموں کے لیے عذاب کا آنا اتنا ہی یقینی ہے جتنا سورج کا نکلنا اور دلدلے کا پھٹنا داعی حق کی بات کو ماننے کا تمام تر انحصار اس پر ہے</w:t>
      </w:r>
    </w:p>
    <w:p>
      <w:r>
        <w:rPr>
          <w:b/>
        </w:rPr>
        <w:t xml:space="preserve">[1:02:50] </w:t>
      </w:r>
      <w:r>
        <w:t>ke sunne wala us ko kehne wale ke aitbar se na dekhe balke jo kuch kaha gaya hai us ke aitbar se dekhe chunke hazrat nooh ki qaum aap ki baat ko bas ek aam insan ki baat samajh rahi thi is liye aap ne farmaya ke is zehen ke tehat tum meri baat ki qadar o qeemat kabhi nahi pa sakte</w:t>
      </w:r>
    </w:p>
    <w:p>
      <w:pPr>
        <w:jc w:val="right"/>
      </w:pPr>
      <w:r>
        <w:t>کہ سننے والا اس کو کہنے والے کے اعتبار سے نہ دیکھے بلکہ جو کچھ کہا گیا ہے اس کے اعتبار سے دیکھے چونکہ حضرت نوح کی قوم آپ کی بات کو بس ایک عام انسان کی بات سمجھ رہی تھی اس لیے آپ نے فرمایا کہ اس ذہن کے تحت تم میری بات کی قدر و قیمت کبھی نہیں پا سکتے</w:t>
      </w:r>
    </w:p>
    <w:p>
      <w:r>
        <w:rPr>
          <w:b/>
        </w:rPr>
        <w:t xml:space="preserve">[1:03:18] </w:t>
      </w:r>
      <w:r>
        <w:t>ab to tum ko isi din ka intezar karna hai jab ke khuda barah e rast tumhare samne aa jaye in yquluna ftirahu qul in ftirteytu fa'alayya ijr mi wa ana bar i</w:t>
      </w:r>
    </w:p>
    <w:p>
      <w:pPr>
        <w:jc w:val="right"/>
      </w:pPr>
      <w:r>
        <w:t>اب تو تم کو اسی دن کا انتظار کرنا ہے جب کہ خدا براہ راست تمہارے سامنے آ جائے إن يقولون افتراه قل إن افتريته فعلي إجرامي وأنا بريء</w:t>
      </w:r>
    </w:p>
    <w:p>
      <w:r>
        <w:rPr>
          <w:b/>
        </w:rPr>
        <w:t xml:space="preserve">[1:03:41] </w:t>
      </w:r>
      <w:r>
        <w:t>mimma tujrimun</w:t>
      </w:r>
    </w:p>
    <w:p>
      <w:pPr>
        <w:jc w:val="right"/>
      </w:pPr>
      <w:r>
        <w:t>مما تجرمون</w:t>
      </w:r>
    </w:p>
    <w:p>
      <w:r>
        <w:rPr>
          <w:b/>
        </w:rPr>
        <w:t xml:space="preserve">[1:03:47] </w:t>
      </w:r>
      <w:r>
        <w:t>kya woh kehte hain ke paighambar ne is ko ghad liya hai kaho ke agar main ne is ko ghada hai to mera jurm mere upar hai aur jo jurm tum kar rahe ho us se main bari hoon tashreeh jo log kehte the ke paighambar ne yeh kalam khud ghada liya hai yeh khuda ki taraf se nahi hai</w:t>
      </w:r>
    </w:p>
    <w:p>
      <w:pPr>
        <w:jc w:val="right"/>
      </w:pPr>
      <w:r>
        <w:t>کیا وہ کہتے ہیں کہ پیغمبر نے اس کو گھڑ لیا ہے کہو کہ اگر میں نے اس کو گھڑا ہے تو میرا جرم میرے اوپر ہے اور جو جرم تم کر رہے ہو اس سے میں بری ہوں تشریح جو لوگ کہتے تھے کہ پیغمبر نے یہ کلام خود گھڑ لیا ہے یہ خدا کی طرف سے نہیں ہے</w:t>
      </w:r>
    </w:p>
    <w:p>
      <w:r>
        <w:rPr>
          <w:b/>
        </w:rPr>
        <w:t xml:space="preserve">[1:04:15] </w:t>
      </w:r>
      <w:r>
        <w:t>woh wahi o ilham ke munkir na the hatta ke woh mazi ke rasoolon ko mante the phir unhon ne aisa kyun kaha yeh darasal wahi ka inkar na tha balke sahib e wahi ka inkar tha jo shakhs khuda ki taraf se bol raha tha woh dekhne mein un ko ek maamooli insan dikhai deta tha</w:t>
      </w:r>
    </w:p>
    <w:p>
      <w:pPr>
        <w:jc w:val="right"/>
      </w:pPr>
      <w:r>
        <w:t>وہ وحی و الہام کے منکر نہ تھے حتی کہ وہ ماضی کے رسولوں کو مانتے تھے پھر انہوں نے ایسا کیوں کہا یہ دراصل وحی کا انکار نہ تھا بلکہ صاحب وحی کا انکار تھا جو شخص خدا کی طرف سے بول رہا تھا وہ دیکھنے میں ان کو ایک معمولی انسان دکھائی دیتا تھا</w:t>
      </w:r>
    </w:p>
    <w:p>
      <w:r>
        <w:rPr>
          <w:b/>
        </w:rPr>
        <w:t xml:space="preserve">[1:04:45] </w:t>
      </w:r>
      <w:r>
        <w:t>un ka zahir parast mizaj samajh na pata tha ke aisa ek aadmi woh shakhs kaise ho sakta hai jis ko khuda ne apne paigham ki paighambari ke liye chuna ho</w:t>
      </w:r>
    </w:p>
    <w:p>
      <w:pPr>
        <w:jc w:val="right"/>
      </w:pPr>
      <w:r>
        <w:t>ان کا ظاہر پرست مزاج سمجھ نہ پاتا تھا کہ ایسا ایک آدمی وہ شخص کیسے ہو سکتا ہے جس کو خدا نے اپنے پیغام کی پیغمبری کے لیے چنا ہو</w:t>
      </w:r>
    </w:p>
    <w:p>
      <w:r>
        <w:rPr>
          <w:b/>
        </w:rPr>
        <w:t xml:space="preserve">[1:05:03] </w:t>
      </w:r>
      <w:r>
        <w:t>mera jurm mere upar tumhara jurm tumhare upar yeh darasal kalma ruskhsat hai</w:t>
      </w:r>
    </w:p>
    <w:p>
      <w:pPr>
        <w:jc w:val="right"/>
      </w:pPr>
      <w:r>
        <w:t>میرا جرم میرے اوپر تمہارا جرم تمہارے اوپر یہ دراصل کلمہ رخصت ہے</w:t>
      </w:r>
    </w:p>
    <w:p>
      <w:r>
        <w:rPr>
          <w:b/>
        </w:rPr>
        <w:t xml:space="preserve">[1:05:11] </w:t>
      </w:r>
      <w:r>
        <w:t>jab mukhatib dalil se baat ko nahi manta har qism ki wazahat ke bawajood woh inkar par tula hua hai to daai mehsoos karta hai ke is ke liye ab aakhri chara sirf yeh hai ke woh yeh keh kar khamosh ho jaye ke main aur tum dono hakim e asli ke samne pesh hone wale hain</w:t>
      </w:r>
    </w:p>
    <w:p>
      <w:pPr>
        <w:jc w:val="right"/>
      </w:pPr>
      <w:r>
        <w:t>جب مخاطب دلیل سے بات کو نہیں مانتا ہر قسم کی وضاحت کے باوجود وہ انکار پر تلا ہوا ہے تو داعی محسوس کرتا ہے کہ اس کے لیے اب آخری چارہ صرف یہ ہے کہ وہ یہ کہہ کر خاموش ہو جائے کہ میں اور تم دونوں حاکم اصلی کے سامنے پیش ہونے والے ہیں</w:t>
      </w:r>
    </w:p>
    <w:p>
      <w:r>
        <w:rPr>
          <w:b/>
        </w:rPr>
        <w:t xml:space="preserve">[1:05:35] </w:t>
      </w:r>
      <w:r>
        <w:t>wahan har ek ka haal khul jaye ga aur har ek apni haqeeqat ke aitbar se jaisa tha us ke mutabiq use badla diya jaye ga jab dalil ki hadh khatm ho jaye to daai ke liye</w:t>
      </w:r>
    </w:p>
    <w:p>
      <w:pPr>
        <w:jc w:val="right"/>
      </w:pPr>
      <w:r>
        <w:t>وہاں ہر ایک کا حال کھل جائے گا اور ہر ایک اپنی حقیقت کے اعتبار سے جیسا تھا اس کے مطابق اسے بدلہ دیا جائے گا جب دلیل کی حد ختم ہو جائے تو داعی کے لیے</w:t>
      </w:r>
    </w:p>
    <w:p>
      <w:r>
        <w:rPr>
          <w:b/>
        </w:rPr>
        <w:t xml:space="preserve">[1:05:52] </w:t>
      </w:r>
      <w:r>
        <w:t>is ke siwa koi surat baqi nahi rehti ke woh yaqeen ki zaban mein kalam kar ke ilhadgi ikhtiyar kar le</w:t>
      </w:r>
    </w:p>
    <w:p>
      <w:pPr>
        <w:jc w:val="right"/>
      </w:pPr>
      <w:r>
        <w:t>اس کے سوا کوئی صورت باقی نہیں رہتی کہ وہ یقین کی زبان میں کلام کر کے الہدگی اختیار کر لے</w:t>
      </w:r>
    </w:p>
    <w:p>
      <w:r>
        <w:rPr>
          <w:b/>
        </w:rPr>
        <w:t xml:space="preserve">[1:06:04] </w:t>
      </w:r>
      <w:r>
        <w:t>wa uhiya ila nooh innahu</w:t>
      </w:r>
    </w:p>
    <w:p>
      <w:pPr>
        <w:jc w:val="right"/>
      </w:pPr>
      <w:r>
        <w:t>واوحي الى نوح انه</w:t>
      </w:r>
    </w:p>
    <w:p>
      <w:r>
        <w:rPr>
          <w:b/>
        </w:rPr>
        <w:t xml:space="preserve">[1:06:08] </w:t>
      </w:r>
      <w:r>
        <w:t>lan yu'mina min qaumika illa man qad amana fala tabta'is bima kanu yaf'alun wasna'il fulka bi'aynina wa wahyina wala tukhatibni fi alladhina zalamuu</w:t>
      </w:r>
    </w:p>
    <w:p>
      <w:pPr>
        <w:jc w:val="right"/>
      </w:pPr>
      <w:r>
        <w:t>لن يؤمن من قومك الا من قد امن فلا تبتئس بما كانوا يفعلون واصنع الفلك باعيننا ووحينا ولا تخاطبني في الذين ظلموا</w:t>
      </w:r>
    </w:p>
    <w:p>
      <w:r>
        <w:rPr>
          <w:b/>
        </w:rPr>
        <w:t xml:space="preserve">[1:06:30] </w:t>
      </w:r>
      <w:r>
        <w:t>innahum mughraqun wa yasna'ul fulka wa kullama marra 'alayhi mala'un min qaumihi sakhiru minhu</w:t>
      </w:r>
    </w:p>
    <w:p>
      <w:pPr>
        <w:jc w:val="right"/>
      </w:pPr>
      <w:r>
        <w:t>انهم مغرقون ويصنع الفلك وكلما مر عليه ملأ من قومه سخروا منه</w:t>
      </w:r>
    </w:p>
    <w:p>
      <w:r>
        <w:rPr>
          <w:b/>
        </w:rPr>
        <w:t xml:space="preserve">[1:06:46] </w:t>
      </w:r>
      <w:r>
        <w:t>qala in taskharu minna fa'inna naskharu minkum kama taskharun fasawfa ta'lamuna may ya'tihi 'adhabun</w:t>
      </w:r>
    </w:p>
    <w:p>
      <w:pPr>
        <w:jc w:val="right"/>
      </w:pPr>
      <w:r>
        <w:t>قال إن تسخروا منا فإنا نسخر منكم كما تسخرون فسوف تعلمون من يأتيه عذاب</w:t>
      </w:r>
    </w:p>
    <w:p>
      <w:r>
        <w:rPr>
          <w:b/>
        </w:rPr>
        <w:t xml:space="preserve">[1:07:03] </w:t>
      </w:r>
      <w:r>
        <w:t>yukhzihi wa yahillu 'alayhi 'adhabun muqimun</w:t>
      </w:r>
    </w:p>
    <w:p>
      <w:pPr>
        <w:jc w:val="right"/>
      </w:pPr>
      <w:r>
        <w:t>يخزيه ويحل عليه عذاب مقيم</w:t>
      </w:r>
    </w:p>
    <w:p>
      <w:r>
        <w:rPr>
          <w:b/>
        </w:rPr>
        <w:t xml:space="preserve">[1:07:13] </w:t>
      </w:r>
      <w:r>
        <w:t>aur nooh ki taraf wahi ki gayi ke ab tumhari qaum mein se koi nahi layega siwaye us ke jo iman la chuka pas tum in kamon par ghamgeen na ho jo woh kar rahe hain aur hamare rubaru aur hamare hukum se tum kashti banao aur zalimon ke haq mein mujh se baat na karo</w:t>
      </w:r>
    </w:p>
    <w:p>
      <w:pPr>
        <w:jc w:val="right"/>
      </w:pPr>
      <w:r>
        <w:t>اور نوح کی طرف وحی کی گئی کہ اب تمہاری قوم میں سے کوئی نہیں لائے گا سوائے اس کے جو ایمان لا چکا پس تم ان کاموں پر غمگین نہ ہو جو وہ کر رہے ہیں اور ہمارے روبرو اور ہمارے حکم سے تم کشتی بناؤ اور ظالموں کے حق میں مجھ سے بات نہ کرو</w:t>
      </w:r>
    </w:p>
    <w:p>
      <w:r>
        <w:rPr>
          <w:b/>
        </w:rPr>
        <w:t xml:space="preserve">[1:07:39] </w:t>
      </w:r>
      <w:r>
        <w:t>beshak yeh log gharaq honge aur nooh kashti banane laga aur jab us ki qaum ka koi is par guzarta to woh us ki hansi udata unhon ne kaha agar tum hum par hanste ho to hum bhi tum par hans rahe hain</w:t>
      </w:r>
    </w:p>
    <w:p>
      <w:pPr>
        <w:jc w:val="right"/>
      </w:pPr>
      <w:r>
        <w:t>بے شک یہ لوگ غرق ہوں گے اور نوح کشتی بنانے لگا اور جب اس کی قوم کا کوئی اس پر گزرتا تو وہ اس کی ہنسی اڑاتا انہوں نے کہا اگر تم ہم پر ہنستے ہو تو ہم بھی تم پر ہنس رہے ہیں</w:t>
      </w:r>
    </w:p>
    <w:p>
      <w:r>
        <w:rPr>
          <w:b/>
        </w:rPr>
        <w:t xml:space="preserve">[1:07:58] </w:t>
      </w:r>
      <w:r>
        <w:t>tum jald jaan loge ke woh kaun hai jin par woh azab aata hai jo us ko ruswa kar de aur us par woh azab utarta hai jo daini hai tashreeh insan se jo iman matloob hai woh iman woh hai jab ke aadmi shaoori taur par apne aazadana faisle se iman qabool kare</w:t>
      </w:r>
    </w:p>
    <w:p>
      <w:pPr>
        <w:jc w:val="right"/>
      </w:pPr>
      <w:r>
        <w:t>تم جلد جان لو گے کہ وہ کون ہے جن پر وہ عذاب آتا ہے جو اس کو رسوا کر دے اور اس پر وہ عذاب اترتا ہے جو دائمی ہے تشریح انسان سے جو ایمان مطلوب ہے وہ ایمان وہ ہے جب کہ آدمی شعوری طور پر اپنے آزادانہ فیصلے سے ایمان قبول کرے</w:t>
      </w:r>
    </w:p>
    <w:p>
      <w:r>
        <w:rPr>
          <w:b/>
        </w:rPr>
        <w:t xml:space="preserve">[1:08:27] </w:t>
      </w:r>
      <w:r>
        <w:t>paighambar ke taweel dawati amal ke bawajood jo log iman na layein woh aisa kar ke yeh sabit karte hain ke woh aazadana faisle ke tehat khuda ke momin banne ke liye tayyar nahi hain</w:t>
      </w:r>
    </w:p>
    <w:p>
      <w:pPr>
        <w:jc w:val="right"/>
      </w:pPr>
      <w:r>
        <w:t>پیغمبر کے طویل دعوتی عمل کے باوجود جو لوگ ایمان نہ لائیں وہ ایسا کر کے یہ ثابت کرتے ہیں کہ وہ آزادانہ فیصلے کے تحت خدا کے مومن بننے کے لیے تیار نہیں ہیں</w:t>
      </w:r>
    </w:p>
    <w:p>
      <w:r>
        <w:rPr>
          <w:b/>
        </w:rPr>
        <w:t xml:space="preserve">[1:08:43] </w:t>
      </w:r>
      <w:r>
        <w:t>aise logon ke liye doosra marhala yeh hota hai ke un ki azadi cheen li jaye aur un</w:t>
      </w:r>
    </w:p>
    <w:p>
      <w:pPr>
        <w:jc w:val="right"/>
      </w:pPr>
      <w:r>
        <w:t>ایسے لوگوں کے لیے دوسرا مرحلہ یہ ہوتا ہے کہ ان کی آزادی چھین لی جائے اور ان</w:t>
      </w:r>
    </w:p>
    <w:p>
      <w:r>
        <w:rPr>
          <w:b/>
        </w:rPr>
        <w:t xml:space="preserve">[1:08:50] </w:t>
      </w:r>
      <w:r>
        <w:t>ko le ja kar barah e rast Khuda zool jalal ke samne khara kar diya jaye ta ke jis cheez ka</w:t>
      </w:r>
    </w:p>
    <w:p>
      <w:pPr>
        <w:jc w:val="right"/>
      </w:pPr>
      <w:r>
        <w:t>کو لے جا کر براہ راست خدا ذوالجلال کے سامنے کھڑا کر دیا جائے تاکہ جس چیز کا</w:t>
      </w:r>
    </w:p>
    <w:p>
      <w:r>
        <w:rPr>
          <w:b/>
        </w:rPr>
        <w:t xml:space="preserve">[1:08:59] </w:t>
      </w:r>
      <w:r>
        <w:t>unhon ne momanana iqrar nahi kiya tha us ka woh mujrimana iqrar karen aur apni sarkashi ki saza</w:t>
      </w:r>
    </w:p>
    <w:p>
      <w:pPr>
        <w:jc w:val="right"/>
      </w:pPr>
      <w:r>
        <w:t>انہوں نے مومنانہ اقرار نہیں کیا تھا اس کا وہ مجرمانہ اقرار کریں اور اپنی سرکشی کی سزا</w:t>
      </w:r>
    </w:p>
    <w:p>
      <w:r>
        <w:rPr>
          <w:b/>
        </w:rPr>
        <w:t xml:space="preserve">[1:09:11] </w:t>
      </w:r>
      <w:r>
        <w:t>bhugten</w:t>
      </w:r>
    </w:p>
    <w:p>
      <w:pPr>
        <w:jc w:val="right"/>
      </w:pPr>
      <w:r>
        <w:t>بھگتیں</w:t>
      </w:r>
    </w:p>
    <w:p>
      <w:r>
        <w:rPr>
          <w:b/>
        </w:rPr>
        <w:t xml:space="preserve">[1:09:15] </w:t>
      </w:r>
      <w:r>
        <w:t>hazrat nooh ki sainkaron saal ki tablegh ke baad un ki qaum ke liye yeh waqt aa gaya tha is ke baad hazrat nooh se keh diya gaya ke ab tablegh ke kaam se farigh ho kar kashti tayyar karo ta ke jab sarkashon ko gharaq karne ke liye khuda ka sailab aaye to us waqt tum aur tumhare saathi ahle iman is mein panah le sakein</w:t>
      </w:r>
    </w:p>
    <w:p>
      <w:pPr>
        <w:jc w:val="right"/>
      </w:pPr>
      <w:r>
        <w:t>حضرت نوح کی سینکڑوں سال کی تبلیغ کے بعد ان کی قوم کے لیے یہ وقت آ گیا تھا اس کے بعد حضرت نوح سے کہہ دیا گیا کہ اب تبلیغ کے کام سے فارغ ہو کر کشتی تیار کرو تاکہ جب سرکشوں کو غرق کرنے کے لیے خدا کا سیلاب آئے تو اس وقت تم اور تمہارے ساتھی اہل ایمان اس میں پناہ لے سکیں</w:t>
      </w:r>
    </w:p>
    <w:p>
      <w:r>
        <w:rPr>
          <w:b/>
        </w:rPr>
        <w:t xml:space="preserve">[1:09:44] </w:t>
      </w:r>
      <w:r>
        <w:t>hazrat nooh ne ek bohat bari teen manzila kashti tayyar ki is ko banane mein kai saal lag gaye jis zamane mein hazrat nooh apne chand saathiyon ko le kar kashti bana rahe the to qaum ke sarkash log aate jate hue use dekhte</w:t>
      </w:r>
    </w:p>
    <w:p>
      <w:pPr>
        <w:jc w:val="right"/>
      </w:pPr>
      <w:r>
        <w:t>حضرت نوح نے ایک بہت بڑی تین منزلہ کشتی تیار کی اس کو بنانے میں کئی سال لگ گئے جس زمانے میں حضرت نوح اپنے چند ساتھیوں کو لے کر کشتی بنا رہے تھے تو قوم کے سرکش لوگ آتے جاتے ہوئے اسے دیکھتے</w:t>
      </w:r>
    </w:p>
    <w:p>
      <w:r>
        <w:rPr>
          <w:b/>
        </w:rPr>
        <w:t xml:space="preserve">[1:10:04] </w:t>
      </w:r>
      <w:r>
        <w:t>chunki woh log azab ki baat ko mahaz farzi samajh rahe thay is liye jab unhon ne dekha ke aanay walay mafroza azab se bachne ke liye kashti bhi tayyar ki ja rahi hai to woh hazrat nuh ka aur bhi ziyada mazak uranay lagay</w:t>
      </w:r>
    </w:p>
    <w:p>
      <w:pPr>
        <w:jc w:val="right"/>
      </w:pPr>
      <w:r>
        <w:t>چونکہ وہ لوگ عذاب کی بات کو محض فرضی سمجھ رہے تھے اس لیے جب انہوں نے دیکھا کہ آنے والے مفروضہ عذاب سے بچنے کے لیے کشتی بھی تیار کی جا رہی ہے تو وہ حضرت نوح کا اور بھی زیادہ مذاق اڑانے لگے</w:t>
      </w:r>
    </w:p>
    <w:p>
      <w:r>
        <w:rPr>
          <w:b/>
        </w:rPr>
        <w:t xml:space="preserve">[1:10:23] </w:t>
      </w:r>
      <w:r>
        <w:t>aik aadmi sarkashi aur na-insafi ke zariye daulat sameit raha ho to zahir parast aadmi is ke gird dunya ka saaz o saman dekh kar is ko kamyab samajh lay ga</w:t>
      </w:r>
    </w:p>
    <w:p>
      <w:pPr>
        <w:jc w:val="right"/>
      </w:pPr>
      <w:r>
        <w:t>ایک آدمی سرکشی اور ناانصافی کے ذریعے دولت سمیٹ رہا ہو تو ظاہر پرست آدمی اس کے گرد دنیا کا ساز و سامان دیکھ کر اس کو کامیاب سمجھ لے گا</w:t>
      </w:r>
    </w:p>
    <w:p>
      <w:r>
        <w:rPr>
          <w:b/>
        </w:rPr>
        <w:t xml:space="preserve">[1:10:41] </w:t>
      </w:r>
      <w:r>
        <w:t>magar jo shakhs janta ho ke dunya ka nizam akhlaqi qawaneen par chal raha hai woh mazkoora shakhs ki waqti kamyabi mein mustaqbil ki azeem tabahi ka manzar dekh raha hoga</w:t>
      </w:r>
    </w:p>
    <w:p>
      <w:pPr>
        <w:jc w:val="right"/>
      </w:pPr>
      <w:r>
        <w:t>مگر جو شخص جانتا ہو کہ دنیا کا نظام اخلاقی قوانین پر چل رہا ہے وہ مذکورہ شخص کی وقتی کامیابی میں مستقبل کی عظیم تباہی کا منظر دیکھ رہا ہوگا</w:t>
      </w:r>
    </w:p>
    <w:p>
      <w:r>
        <w:rPr>
          <w:b/>
        </w:rPr>
        <w:t xml:space="preserve">[1:10:58] </w:t>
      </w:r>
      <w:r>
        <w:t>qaum nuh ke zahir parast log agarche hazrat nuh ka mazak ura rahay thay magar haqeeqat waqia ki nazar mein khud un ka mazak ur raha tha</w:t>
      </w:r>
    </w:p>
    <w:p>
      <w:pPr>
        <w:jc w:val="right"/>
      </w:pPr>
      <w:r>
        <w:t>قوم نوح کے ظاہر پرست لوگ اگرچہ حضرت نوح کا مذاق اڑا رہے تھے مگر حقیقت واقعہ کی نظر میں خود ان کا مذاق اڑ رہا تھا</w:t>
      </w:r>
    </w:p>
    <w:p>
      <w:r>
        <w:rPr>
          <w:b/>
        </w:rPr>
        <w:t xml:space="preserve">[1:11:14] </w:t>
      </w:r>
      <w:r>
        <w:t>hatta</w:t>
      </w:r>
    </w:p>
    <w:p>
      <w:pPr>
        <w:jc w:val="right"/>
      </w:pPr>
      <w:r>
        <w:t>حتى</w:t>
      </w:r>
    </w:p>
    <w:p>
      <w:r>
        <w:rPr>
          <w:b/>
        </w:rPr>
        <w:t xml:space="preserve">[1:11:17] </w:t>
      </w:r>
      <w:r>
        <w:t>jab hamara hukum aa pohancha aur toofan ubal pada hum ne nuh se kaha ke har qism ke janwaron ka aik jora kashti mein rakh lo aur apne ghar walon ko bhi</w:t>
      </w:r>
    </w:p>
    <w:p>
      <w:pPr>
        <w:jc w:val="right"/>
      </w:pPr>
      <w:r>
        <w:t>إذا جاء أمرنا وفارت النور قل نحمل فيها من كل زوجين اثنين</w:t>
      </w:r>
    </w:p>
    <w:p>
      <w:r>
        <w:rPr>
          <w:b/>
        </w:rPr>
        <w:t xml:space="preserve">[1:11:31] </w:t>
      </w:r>
      <w:r>
        <w:t>siwa un ashkhass ke jin ki babat pehle kaha ja chuka hai aur sab iman walon ko bhi aur thoday hi log thay jo nuh ke sath iman lay thay aur nuh ne kaha ke kashti mein sawar ho jao allah ke naam se is ka chalna hai aur is ka thehrna bhi</w:t>
      </w:r>
    </w:p>
    <w:p>
      <w:pPr>
        <w:jc w:val="right"/>
      </w:pPr>
      <w:r>
        <w:t>قل نحمل فيها من كل زوجين اثنين وأهلك إلا من سبق عليه القول ومن آمن وما آمن معه</w:t>
      </w:r>
    </w:p>
    <w:p>
      <w:r>
        <w:rPr>
          <w:b/>
        </w:rPr>
        <w:t xml:space="preserve">[1:11:51] </w:t>
      </w:r>
      <w:r>
        <w:t>siwa chand ke</w:t>
      </w:r>
    </w:p>
    <w:p>
      <w:pPr>
        <w:jc w:val="right"/>
      </w:pPr>
      <w:r>
        <w:t>إلا قليل</w:t>
      </w:r>
    </w:p>
    <w:p>
      <w:r>
        <w:rPr>
          <w:b/>
        </w:rPr>
        <w:t xml:space="preserve">[1:11:55] </w:t>
      </w:r>
      <w:r>
        <w:t>aur nuh ne kaha ke kashti mein sawar ho jao allah ke naam se is ka chalna hai aur is ka thehrna bhi beshak mera rab bakhshnay wala meharban hai aur kashti pahar jaisi mojon ke darmian un ko le kar chalnay lagi</w:t>
      </w:r>
    </w:p>
    <w:p>
      <w:pPr>
        <w:jc w:val="right"/>
      </w:pPr>
      <w:r>
        <w:t>وقال اركبوا فيها بسم الله مجريها ومرساها إن ربي لغفور رحيم وهي تجري بهم في موج</w:t>
      </w:r>
    </w:p>
    <w:p>
      <w:r>
        <w:rPr>
          <w:b/>
        </w:rPr>
        <w:t xml:space="preserve">[1:12:13] </w:t>
      </w:r>
      <w:r>
        <w:t>aur nuh ne apne bete ko pukara jo us se alag tha aey mere bete hamaray sath sawar ho ja aur munkiron ke sath mat reh</w:t>
      </w:r>
    </w:p>
    <w:p>
      <w:pPr>
        <w:jc w:val="right"/>
      </w:pPr>
      <w:r>
        <w:t>كالجبال ونادى نوح ابنه وكان في معزل وكان في معزل يا بني اركم معنا ولا تكن مع الكافرين</w:t>
      </w:r>
    </w:p>
    <w:p>
      <w:r>
        <w:rPr>
          <w:b/>
        </w:rPr>
        <w:t xml:space="preserve">[1:12:32] </w:t>
      </w:r>
      <w:r>
        <w:t>us ne kaha mein kisi pahar ki panah le loon ga jo mujh ko pani se bacha lay ga nuh ne kaha ke aaj koi allah ke hukum se bachane wala nahi magar woh jis par allah reham kare</w:t>
      </w:r>
    </w:p>
    <w:p>
      <w:pPr>
        <w:jc w:val="right"/>
      </w:pPr>
      <w:r>
        <w:t>قال سآوي إلى جبل يعصمني من الماء قال لا عاصم اليوم من أمر الله إلا من رحم</w:t>
      </w:r>
    </w:p>
    <w:p>
      <w:r>
        <w:rPr>
          <w:b/>
        </w:rPr>
        <w:t xml:space="preserve">[1:12:50] </w:t>
      </w:r>
      <w:r>
        <w:t>aur dono ke darmian mauj haail ho gayi aur woh doobnay walon mein shamil ho gaya aur kaha gaya aey zameen apna pani nigal le aur aey aasman</w:t>
      </w:r>
    </w:p>
    <w:p>
      <w:pPr>
        <w:jc w:val="right"/>
      </w:pPr>
      <w:r>
        <w:t>وحال بينهما الموج فكان من المغرقين وقيل يا أرض بلعي ماءك ويا سماء</w:t>
      </w:r>
    </w:p>
    <w:p>
      <w:r>
        <w:rPr>
          <w:b/>
        </w:rPr>
        <w:t xml:space="preserve">[1:13:07] </w:t>
      </w:r>
      <w:r>
        <w:t>thum ja aur pani sukhha diya gaya aur mamlay ka faisla ho gaya aur kashti joodi pahar par thehar gayi aur kaha</w:t>
      </w:r>
    </w:p>
    <w:p>
      <w:pPr>
        <w:jc w:val="right"/>
      </w:pPr>
      <w:r>
        <w:t>أطلعي وغيظ الماء وقضي الأمر وقضي الأمر واستوت على الجودي وقيل بعدا للقوم الظالمين</w:t>
      </w:r>
    </w:p>
    <w:p>
      <w:r>
        <w:rPr>
          <w:b/>
        </w:rPr>
        <w:t xml:space="preserve">[1:13:27] </w:t>
      </w:r>
      <w:r>
        <w:t>gaya ke door ho zalimon ki qoum</w:t>
      </w:r>
    </w:p>
    <w:p>
      <w:pPr>
        <w:jc w:val="right"/>
      </w:pPr>
      <w:r>
        <w:t>یہاں تک کہ جب ہمارا حکم آ پہنچا اور طوفان ابل پڑا ہم نے نوح سے کہا کہ ہر قسم کے جانوروں کا ایک جوڑا کشتی میں رکھ لو اور اپنے گھر والوں کو بھی</w:t>
      </w:r>
    </w:p>
    <w:p>
      <w:r>
        <w:rPr>
          <w:b/>
        </w:rPr>
        <w:t xml:space="preserve">[1:13:44] </w:t>
      </w:r>
      <w:r>
        <w:t>tashreeh jab kashti ban kar tayyar ho gayi to khuda ke hukum se toofani hawayein chalnay lagin zameen se pani ke dahane phoot paray oopar se musalsal barish honay lagi yahan tak ke har taraf pani hi pani ho gaya tamam log is mein doob gaye</w:t>
      </w:r>
    </w:p>
    <w:p>
      <w:pPr>
        <w:jc w:val="right"/>
      </w:pPr>
      <w:r>
        <w:t>سوا ان اشخاص کے جن کی بابت پہلے کہا جا چکا ہے اور سب ایمان والوں کو بھی اور تھوڑے ہی لوگ تھے جو نوح کے ساتھ ایمان لائے تھے اور نوح نے کہا کہ کشتی میں سوار ہو جاؤ اللہ کے نام سے اس کا چلنا ہے اور اس کا ٹھہرنا بھی</w:t>
      </w:r>
    </w:p>
    <w:p>
      <w:r>
        <w:rPr>
          <w:b/>
        </w:rPr>
        <w:t xml:space="preserve">[1:14:08] </w:t>
      </w:r>
      <w:r>
        <w:t>sirf woh chand insaan aur kuch maveshi bache jo hazrat nuh ki kashti mein sawar thay hatta ke hazrat nuh ka beta bhi gharaq ho gaya khuda ki nazar mein kisi ki qeemat is ke amal ke aitbar se hai na ke rishtay ke aitbar se khwah woh rishta peghambar ka kyun na ho</w:t>
      </w:r>
    </w:p>
    <w:p>
      <w:pPr>
        <w:jc w:val="right"/>
      </w:pPr>
      <w:r>
        <w:t>بے شک میرا رب بخشنے والا مہربان ہے اور کشتی پہاڑ جیسی موجوں کے درمیان ان کو لے کر چلنے لگی اور نوح نے اپنے بیٹے کو پکارا جو اس سے الگ تھا اے میرے بیٹے ہمارے ساتھ سوار ہو جا اور منکروں کے ساتھ مت رہ</w:t>
      </w:r>
    </w:p>
    <w:p>
      <w:r>
        <w:rPr>
          <w:b/>
        </w:rPr>
        <w:t xml:space="preserve">[1:14:34] </w:t>
      </w:r>
      <w:r>
        <w:t>us ne kaha</w:t>
      </w:r>
    </w:p>
    <w:p>
      <w:pPr>
        <w:jc w:val="right"/>
      </w:pPr>
      <w:r>
        <w:t>اس نے کہا</w:t>
      </w:r>
    </w:p>
    <w:p>
      <w:r>
        <w:rPr>
          <w:b/>
        </w:rPr>
        <w:t xml:space="preserve">[1:14:36] </w:t>
      </w:r>
      <w:r>
        <w:t>mein kisi pahaar ki panah le loon ga jo mujh ko pani se bacha le ga Nuh ne</w:t>
      </w:r>
    </w:p>
    <w:p>
      <w:pPr>
        <w:jc w:val="right"/>
      </w:pPr>
      <w:r>
        <w:t>میں کسی پہاڑ کی پناہ لے لوں گا جو مجھ کو پانی سے بچا لے گا نوح نے</w:t>
      </w:r>
    </w:p>
    <w:p>
      <w:r>
        <w:rPr>
          <w:b/>
        </w:rPr>
        <w:t xml:space="preserve">[1:14:42] </w:t>
      </w:r>
      <w:r>
        <w:t>kaha ke aaj koi Allah ke hukum se bachane wala nahi</w:t>
      </w:r>
    </w:p>
    <w:p>
      <w:pPr>
        <w:jc w:val="right"/>
      </w:pPr>
      <w:r>
        <w:t>کہا کہ آج کوئی اللہ کے حکم سے بچانے والا نہیں</w:t>
      </w:r>
    </w:p>
    <w:p>
      <w:r>
        <w:rPr>
          <w:b/>
        </w:rPr>
        <w:t xml:space="preserve">[1:14:49] </w:t>
      </w:r>
      <w:r>
        <w:t>magar woh jis par Allah reham kare</w:t>
      </w:r>
    </w:p>
    <w:p>
      <w:pPr>
        <w:jc w:val="right"/>
      </w:pPr>
      <w:r>
        <w:t>مگر وہ جس پر اللہ رحم کرے</w:t>
      </w:r>
    </w:p>
    <w:p>
      <w:r>
        <w:rPr>
          <w:b/>
        </w:rPr>
        <w:t xml:space="preserve">[1:14:53] </w:t>
      </w:r>
      <w:r>
        <w:t>aur dono ke darmiyan mauj hael ho gayi aur woh doobne walon mein shamil ho gaya aur kaha</w:t>
      </w:r>
    </w:p>
    <w:p>
      <w:pPr>
        <w:jc w:val="right"/>
      </w:pPr>
      <w:r>
        <w:t>اور دونوں کے درمیان موج حائل ہو گئی اور وہ ڈوبنے والوں میں شامل ہو گیا اور کہا</w:t>
      </w:r>
    </w:p>
    <w:p>
      <w:r>
        <w:rPr>
          <w:b/>
        </w:rPr>
        <w:t xml:space="preserve">[1:15:01] </w:t>
      </w:r>
      <w:r>
        <w:t>gaya ke aey zameen apna pani nigal le aur aey aasman tham ja aur pani sukha diya gaya</w:t>
      </w:r>
    </w:p>
    <w:p>
      <w:pPr>
        <w:jc w:val="right"/>
      </w:pPr>
      <w:r>
        <w:t>گیا کہ اے زمین اپنا پانی نگل لے اور اے آسمان تھم جا اور پانی سکھا دیا گیا</w:t>
      </w:r>
    </w:p>
    <w:p>
      <w:r>
        <w:rPr>
          <w:b/>
        </w:rPr>
        <w:t xml:space="preserve">[1:15:12] </w:t>
      </w:r>
      <w:r>
        <w:t>aur moamle ka faisla ho gaya aur kashti dudi pahaar par thehar gayi aur keh</w:t>
      </w:r>
    </w:p>
    <w:p>
      <w:pPr>
        <w:jc w:val="right"/>
      </w:pPr>
      <w:r>
        <w:t>اور معاملے کا فیصلہ ہو گیا اور کشتی دودی پہاڑ پر ٹھہر گئی اور کہہ</w:t>
      </w:r>
    </w:p>
    <w:p>
      <w:r>
        <w:rPr>
          <w:b/>
        </w:rPr>
        <w:t xml:space="preserve">[1:15:19] </w:t>
      </w:r>
      <w:r>
        <w:t>toofan nuh ke mauqay par dekhnay walon ne yeh manzar dekha ke oonche pahar par charhnay walay doob gaye aur holnak mojon ke bawajood kashti mein bethnay walay salamat rahay is ki wajah khud pahar mein ya kashti mein na thi is ki wajah yeh thi ke yeh hukum khudawandi ka mamla tha</w:t>
      </w:r>
    </w:p>
    <w:p>
      <w:pPr>
        <w:jc w:val="right"/>
      </w:pPr>
      <w:r>
        <w:t>دیا گیا کہ دور ہو ظالموں کی قوم</w:t>
      </w:r>
    </w:p>
    <w:p>
      <w:r>
        <w:rPr>
          <w:b/>
        </w:rPr>
        <w:t xml:space="preserve">[1:15:26] </w:t>
      </w:r>
      <w:r>
        <w:t>hukum khudawandi agar pahar ke sath hota to pahar apne charhnay walon ko bachata aur kashti ka sahara lainay walay halak ho jatay magar is mauqay par hukum khudawandi kashti ke sath tha is liye kashti walay mehfoz rahay aur doosri cheezon ki panah lainay walay gharaq ho gaye</w:t>
      </w:r>
    </w:p>
    <w:p>
      <w:pPr>
        <w:jc w:val="right"/>
      </w:pPr>
      <w:r>
        <w:t>تشریح جب کشتی بن کر تیار ہو گئی تو خدا کے حکم سے طوفانی ہوائیں چلنے لگیں زمین سے پانی کے دہانے پھوٹ پڑے اوپر سے مسلسل بارش ہونے لگی یہاں تک کہ ہر طرف پانی ہی پانی ہو گیا تمام لوگ اس میں ڈوب گئے</w:t>
      </w:r>
    </w:p>
    <w:p>
      <w:r>
        <w:rPr>
          <w:b/>
        </w:rPr>
        <w:t xml:space="preserve">[1:15:52] </w:t>
      </w:r>
      <w:r>
        <w:t>dunya mein asbab ka nizam mahaz aik parda hai warna yahan jo kuch ho raha hai barah e rast khuda ke hukum se ho raha hai insaan ka imtehan yeh hai ke woh zahiri parde se guzar kar</w:t>
      </w:r>
    </w:p>
    <w:p>
      <w:pPr>
        <w:jc w:val="right"/>
      </w:pPr>
      <w:r>
        <w:t>صرف وہ چند انسان اور کچھ مویشی بچے جو حضرت نوح کی کشتی میں سوار تھے حتی کہ حضرت نوح کا بیٹا بھی غرق ہو گیا خدا کی نظر میں کسی کی قیمت اس کے عمل کے اعتبار سے ہے نہ کہ رشتے کے اعتبار سے خواہ وہ رشتہ پیغمبر کا کیوں نہ ہو</w:t>
      </w:r>
    </w:p>
    <w:p>
      <w:r>
        <w:rPr>
          <w:b/>
        </w:rPr>
        <w:t xml:space="preserve">[1:16:19] </w:t>
      </w:r>
      <w:r>
        <w:t>asal haqeeqat ko dekh le woh asbab ke andar khudai taqaton ko kaam karta hua pa lay</w:t>
      </w:r>
    </w:p>
    <w:p>
      <w:pPr>
        <w:jc w:val="right"/>
      </w:pPr>
      <w:r>
        <w:t>جب تمام ڈوبنے والے ڈوب چکے تو خدا نے حکم دیا کہ طوفان تھم جائے اور طوفان تھم گیا پانی سمندروں اور دریاؤں میں چلا گیا اور زمین دوبارہ رہنے کے قابل ہو گئی</w:t>
      </w:r>
    </w:p>
    <w:p>
      <w:r>
        <w:rPr>
          <w:b/>
        </w:rPr>
        <w:t xml:space="preserve">[1:16:37] </w:t>
      </w:r>
      <w:r>
        <w:t>toofan-e-nooh ke mauqe par dekhne walon ne yeh manzar dekha ke oonche pahaad par charhne wale doob gaye aur holnak maujon ke bawajood kashti mein baithne wale salamat rahe is ki wajah khud pahaad mein ya kashti mein na thi is ki wajah yeh thi ke yeh hukum-e-khudawandi ka mamla tha</w:t>
      </w:r>
    </w:p>
    <w:p>
      <w:pPr>
        <w:jc w:val="right"/>
      </w:pPr>
      <w:r>
        <w:t>طوفان نوح کے موقع پر دیکھنے والوں نے یہ منظر دیکھا کہ اونچے پہاڑ پر چڑھنے والے ڈوب گئے اور ہولناک موجوں کے باوجود کشتی میں بیٹھنے والے سلامت رہے اس کی وجہ خود پہاڑ میں یا کشتی میں نہ تھی اس کی وجہ یہ تھی کہ یہ حکم خداوندی کا معاملہ تھا</w:t>
      </w:r>
    </w:p>
    <w:p>
      <w:r>
        <w:rPr>
          <w:b/>
        </w:rPr>
        <w:t xml:space="preserve">[1:17:07] </w:t>
      </w:r>
      <w:r>
        <w:t>hukum-e-khudawandi agar pahaad ke sath hota to pahaad apne charhne walon ko bachata aur kashti ka sahara lene wale halak ho jate magar is mauqe par hukum-e-khudawandi kashti ke sath tha is liye kashti wale mehfooz rahe aur doosri cheezon ki panah lene wale gharaq ho gaye</w:t>
      </w:r>
    </w:p>
    <w:p>
      <w:pPr>
        <w:jc w:val="right"/>
      </w:pPr>
      <w:r>
        <w:t>حکم خداوندی اگر پہاڑ کے ساتھ ہوتا تو پہاڑ اپنے چڑھنے والوں کو بچاتا اور کشتی کا سہارا لینے والے ہلاک ہو جاتے مگر اس موقع پر حکم خداوندی کشتی کے ساتھ تھا اس لیے کشتی والے محفوظ رہے اور دوسری چیزوں کی پناہ لینے والے غرق ہو گئے</w:t>
      </w:r>
    </w:p>
    <w:p>
      <w:r>
        <w:rPr>
          <w:b/>
        </w:rPr>
        <w:t xml:space="preserve">[1:17:34] </w:t>
      </w:r>
      <w:r>
        <w:t>dunya mein asbab ka nizam mahaz ek parda hai warna yahan jo kuch ho raha hai barah-e-rast khuda ke hukum se ho raha hai insan ka imtehan yeh hai ke woh zahiri parde se guzar kar</w:t>
      </w:r>
    </w:p>
    <w:p>
      <w:pPr>
        <w:jc w:val="right"/>
      </w:pPr>
      <w:r>
        <w:t>دنیا میں اسباب کا نظام محض ایک پردہ ہے ورنہ یہاں جو کچھ ہو رہا ہے براہ راست خدا کے حکم سے ہو رہا ہے انسان کا امتحان یہ ہے کہ وہ ظاہری پردے سے گزر کر</w:t>
      </w:r>
    </w:p>
    <w:p>
      <w:r>
        <w:rPr>
          <w:b/>
        </w:rPr>
        <w:t xml:space="preserve">[1:17:51] </w:t>
      </w:r>
      <w:r>
        <w:t>asal haqeeqat ko dekh le woh asbab ke andar khodai taqaton ko kaam karta hua pa le</w:t>
      </w:r>
    </w:p>
    <w:p>
      <w:pPr>
        <w:jc w:val="right"/>
      </w:pPr>
      <w:r>
        <w:t>اصل حقیقت کو دیکھ لے وہ اسباب کے اندر خدائی طاقتوں کو کام کرتا ہوا پا لے</w:t>
      </w:r>
    </w:p>
    <w:p>
      <w:r>
        <w:rPr>
          <w:b/>
        </w:rPr>
        <w:t xml:space="preserve">[1:18:03] </w:t>
      </w:r>
      <w:r>
        <w:t>wa nadā nooh rabbahu faqāla rabb inna bunai min ahli wa inna wa'dakal haqqu wa anta aḥkamul ḥākimīn</w:t>
      </w:r>
    </w:p>
    <w:p>
      <w:pPr>
        <w:jc w:val="right"/>
      </w:pPr>
      <w:r>
        <w:t>ونادى نوح ربه فقال رب ان بنی من اهلی وان وعدک الحق وانت احکم الحاکمين</w:t>
      </w:r>
    </w:p>
    <w:p>
      <w:r>
        <w:rPr>
          <w:b/>
        </w:rPr>
        <w:t xml:space="preserve">[1:18:20] </w:t>
      </w:r>
      <w:r>
        <w:t>qāla yā nooh innahu laysa min ahlika innahu 'amalun ghairu ṣāliḥin falā tas'alnī mā laysa laka bihi 'ilmun innī</w:t>
      </w:r>
    </w:p>
    <w:p>
      <w:pPr>
        <w:jc w:val="right"/>
      </w:pPr>
      <w:r>
        <w:t>قال یا نوح انه لیس من اهلک انه عمل غیر صالح فلا تسالنی ما لیس لک به علم انی</w:t>
      </w:r>
    </w:p>
    <w:p>
      <w:r>
        <w:rPr>
          <w:b/>
        </w:rPr>
        <w:t xml:space="preserve">[1:18:38] </w:t>
      </w:r>
      <w:r>
        <w:t>'ā'iẓuka an takūna mināl jāhilīn qāla rabb innī a'ūzu bika an as'alaka mā laysa lī bihi 'ilmun</w:t>
      </w:r>
    </w:p>
    <w:p>
      <w:pPr>
        <w:jc w:val="right"/>
      </w:pPr>
      <w:r>
        <w:t>اعظک ان تكون من الجاہلین قال رب انی اعوذ بک ان اسالک ما لیس لی به علم</w:t>
      </w:r>
    </w:p>
    <w:p>
      <w:r>
        <w:rPr>
          <w:b/>
        </w:rPr>
        <w:t xml:space="preserve">[1:18:55] </w:t>
      </w:r>
      <w:r>
        <w:t>walā tughfir lī wa tarḥamnī akun minal khāsirīn</w:t>
      </w:r>
    </w:p>
    <w:p>
      <w:pPr>
        <w:jc w:val="right"/>
      </w:pPr>
      <w:r>
        <w:t>والا تغفر لی وترحمنی اکن من الخاسرین</w:t>
      </w:r>
    </w:p>
    <w:p>
      <w:r>
        <w:rPr>
          <w:b/>
        </w:rPr>
        <w:t xml:space="preserve">[1:19:07] </w:t>
      </w:r>
      <w:r>
        <w:t>aur nooh ne apne rabb ko pukārā aur kahā ke ae mere rabb merā beṭā mere ghar wālō meñ se hai aur be-shak terā w'ada sachā hai aur tū sab se baṛā ḥākim hai khuda ne kahā ae nooh woh tere ghar wālōñ meñ nahīñ us ke kām kharāb haiñ</w:t>
      </w:r>
    </w:p>
    <w:p>
      <w:pPr>
        <w:jc w:val="right"/>
      </w:pPr>
      <w:r>
        <w:t>اور نوح نے اپنے رب کو پکارا اور کہا کہ اے میرے رب میرا بیٹا میرے گھر والوں میں سے ہے اور بے شک تیرا وعدہ سچا ہے اور تو سب سے بڑا حاکم ہے خدا نے کہا اے نوح وہ تیرے گھر والوں میں نہیں اس کے کام خراب ہیں</w:t>
      </w:r>
    </w:p>
    <w:p>
      <w:r>
        <w:rPr>
          <w:b/>
        </w:rPr>
        <w:t xml:space="preserve">[1:19:33] </w:t>
      </w:r>
      <w:r>
        <w:t>pas mujh se is chīz ke lie sawāl na karo jis kā tumheiñ 'ilm nahīñ maiñ tum ko naṣīḥat kartā hūñ ke tum jāhilōñ meñ se na bano</w:t>
      </w:r>
    </w:p>
    <w:p>
      <w:pPr>
        <w:jc w:val="right"/>
      </w:pPr>
      <w:r>
        <w:t>پس مجھ سے اس چیز کے لیے سوال نہ کرو جس کا تمہیں علم نہیں میں تم کو نصیحت کرتا ہوں کہ تم جاہلوں میں سے نہ بنو</w:t>
      </w:r>
    </w:p>
    <w:p>
      <w:r>
        <w:rPr>
          <w:b/>
        </w:rPr>
        <w:t xml:space="preserve">[1:19:47] </w:t>
      </w:r>
      <w:r>
        <w:t>nooh ne kahā ae mere rabb maiñ terī panāh chāhtā hūñ ke tujh se woh chīz māṅgūñ jis kā mujhe 'ilm nahīñ aur agar tū mujhe mu'āf na kare aur mujh par raḥm na farma'e to maiñ barbād ho jā'ūñgā</w:t>
      </w:r>
    </w:p>
    <w:p>
      <w:pPr>
        <w:jc w:val="right"/>
      </w:pPr>
      <w:r>
        <w:t>نوح نے کہا اے میرے رب میں تیری پناہ چاہتا ہوں کہ تجھ سے وہ چیز مانگوں جس کا مجھے علم نہیں اور اگر تو مجھے معاف نہ کرے اور مجھ پر رحم نہ فرمائے تو میں برباد ہو جاؤں گا</w:t>
      </w:r>
    </w:p>
    <w:p>
      <w:r>
        <w:rPr>
          <w:b/>
        </w:rPr>
        <w:t xml:space="preserve">[1:20:07] </w:t>
      </w:r>
      <w:r>
        <w:t>tashrīḥ ṭūfān nooh meñ jo log gharq hue un meñ khud ḥazrat nooh kā beṭā kinān bhī thā</w:t>
      </w:r>
    </w:p>
    <w:p>
      <w:pPr>
        <w:jc w:val="right"/>
      </w:pPr>
      <w:r>
        <w:t>تشریح طوفان نوح میں جو لوگ غرق ہوئے ان میں خود حضرت نوح کا بیٹا کنان بھی تھا</w:t>
      </w:r>
    </w:p>
    <w:p>
      <w:r>
        <w:rPr>
          <w:b/>
        </w:rPr>
        <w:t xml:space="preserve">[1:20:16] </w:t>
      </w:r>
      <w:r>
        <w:t>ḥazrat nooh ne us ko apnī kashtī meñ biṭṭānā chāhā magar us ke lie ḍūbnā maqdar thā is lie woh nahīñ biṭṭā phir unhoñ ne us ke bachā'o ke lie khuda se du'ā kī to jawāb milā ke yeh nadānī kā sawāl hai aise sawālāt na karo</w:t>
      </w:r>
    </w:p>
    <w:p>
      <w:pPr>
        <w:jc w:val="right"/>
      </w:pPr>
      <w:r>
        <w:t>حضرت نوح نے اس کو اپنی کشتی میں بٹھانا چاہا مگر اس کے لیے ڈوبنا مقدر تھا اس لیے وہ نہیں بیٹھا پھر انہوں نے اس کے بچاؤ کے لیے خدا سے دعا کی تو جواب ملا کہ یہ نادانی کا سوال ہے ایسے سوالات نہ کرو</w:t>
      </w:r>
    </w:p>
    <w:p>
      <w:r>
        <w:rPr>
          <w:b/>
        </w:rPr>
        <w:t xml:space="preserve">[1:20:37] </w:t>
      </w:r>
      <w:r>
        <w:t>asal yeh hai ke Khuda ka faisla is buniyad par nahi hota ke jo log buzurgon ki aulad</w:t>
      </w:r>
    </w:p>
    <w:p>
      <w:pPr>
        <w:jc w:val="right"/>
      </w:pPr>
      <w:r>
        <w:t>اصل یہ ہے کہ خدا کا فیصلہ اس بنیاد پر نہیں ہوتا کہ جو لوگ بزرگوں کی اولاد</w:t>
      </w:r>
    </w:p>
    <w:p>
      <w:r>
        <w:rPr>
          <w:b/>
        </w:rPr>
        <w:t xml:space="preserve">[1:20:44] </w:t>
      </w:r>
      <w:r>
        <w:t>hain ya jo kisi hazrat ka daman thamiye hain un sab ko nijat yafta qarar de kar jannaton</w:t>
      </w:r>
    </w:p>
    <w:p>
      <w:pPr>
        <w:jc w:val="right"/>
      </w:pPr>
      <w:r>
        <w:t>ہیں یا جو کسی حضرت کا دامن تھامیے ہیں ان سب کو نجات یافتہ قرار دے کر جنتوں</w:t>
      </w:r>
    </w:p>
    <w:p>
      <w:r>
        <w:rPr>
          <w:b/>
        </w:rPr>
        <w:t xml:space="preserve">[1:20:53] </w:t>
      </w:r>
      <w:r>
        <w:t>mein dakhil kar diya jaye Khuda ke yahan nijat ka faisla khalis shakhsi amal ki buniyad par hota</w:t>
      </w:r>
    </w:p>
    <w:p>
      <w:pPr>
        <w:jc w:val="right"/>
      </w:pPr>
      <w:r>
        <w:t>میں داخل کر دیا جائے خدا کے یہاں نجات کا فیصلہ خالص شخصی عمل کی بنیاد پر ہوتا</w:t>
      </w:r>
    </w:p>
    <w:p>
      <w:r>
        <w:rPr>
          <w:b/>
        </w:rPr>
        <w:t xml:space="preserve">[1:21:01] </w:t>
      </w:r>
      <w:r>
        <w:t>hai na ke nasbi ya grohi taluq ki buniyad par</w:t>
      </w:r>
    </w:p>
    <w:p>
      <w:pPr>
        <w:jc w:val="right"/>
      </w:pPr>
      <w:r>
        <w:t>ہے نہ کہ نصبی یا گروہی تعلق کی بنیاد پر</w:t>
      </w:r>
    </w:p>
    <w:p>
      <w:r>
        <w:rPr>
          <w:b/>
        </w:rPr>
        <w:t xml:space="preserve">[1:21:09] </w:t>
      </w:r>
      <w:r>
        <w:t>duniyā meñ agar nasabī rishte kā i'tibār hai to ākhirat meñ akhlāqī rishte kā i'tibār ṭūfān nooh isī lie āyā thā ke insānōñ ke darmīyān dūsrī tamām taqsīmōñ ko toṛ kar akhlāqī taqsīm qā'im kar de</w:t>
      </w:r>
    </w:p>
    <w:p>
      <w:pPr>
        <w:jc w:val="right"/>
      </w:pPr>
      <w:r>
        <w:t>دنیا میں اگر نصبی رشتے کا اعتبار ہے تو اخرت میں اخلاقی رشتے کا اعتبار طوفان نوح اسی لیے ایا تھا کہ انسانوں کے درمیان دوسری تمام تقسیموں کو توڑ کر اخلاقی تقسیم قائم کر دے</w:t>
      </w:r>
    </w:p>
    <w:p>
      <w:r>
        <w:rPr>
          <w:b/>
        </w:rPr>
        <w:t xml:space="preserve">[1:21:29] </w:t>
      </w:r>
      <w:r>
        <w:t>jo 'amal ṣāliḥ wāle log haiñ un ko khudā'ī kashtī meñ biṭṭā kar bachā liyā jā'e aur ghair 'amal ṣāliḥ wāle tamām logōñ ko ṭūfān kī be-raḥm maujōñ ke hawāle kar diyā jā'e yahī waqi'a dobāra qayāmat meñ</w:t>
      </w:r>
    </w:p>
    <w:p>
      <w:pPr>
        <w:jc w:val="right"/>
      </w:pPr>
      <w:r>
        <w:t>جو عمل صالح والے لوگ ہیں ان کو خدائی کشتی میں بٹھا کر بچا لیا جائے اور غیر عمل صالح والے تمام لوگوں کو طوفان کی بے رحم موجوں کے حوالے کر دیا جائے یہی واقعہ دوبارہ قیامت میں</w:t>
      </w:r>
    </w:p>
    <w:p>
      <w:r>
        <w:rPr>
          <w:b/>
        </w:rPr>
        <w:t xml:space="preserve">[1:21:48] </w:t>
      </w:r>
      <w:r>
        <w:t>ziyāda baṛe paimāne par aur ziyāda kāmil taur par hogā qīla yā noohata biṭṭab salāmin minnā wa barakātin 'alaika wa 'alā umamim</w:t>
      </w:r>
    </w:p>
    <w:p>
      <w:pPr>
        <w:jc w:val="right"/>
      </w:pPr>
      <w:r>
        <w:t>زیادہ بڑے پیمانے پر اور زیادہ کامل طور پر ہوگا قیل یا نوحہ بطب سلام منا وبرکات علیک وعلی امم</w:t>
      </w:r>
    </w:p>
    <w:p>
      <w:r>
        <w:rPr>
          <w:b/>
        </w:rPr>
        <w:t xml:space="preserve">[1:22:06] </w:t>
      </w:r>
      <w:r>
        <w:t>mimman ma'aka wa umamim sanumatti'uhum thumma yumsashum minnā 'aḏābun alīmun tilka min</w:t>
      </w:r>
    </w:p>
    <w:p>
      <w:pPr>
        <w:jc w:val="right"/>
      </w:pPr>
      <w:r>
        <w:t>ممن معک وامم سنمتعهم ثم يمسهم منا عذاب الیم تلك من</w:t>
      </w:r>
    </w:p>
    <w:p>
      <w:r>
        <w:rPr>
          <w:b/>
        </w:rPr>
        <w:t xml:space="preserve">[1:22:23] </w:t>
      </w:r>
      <w:r>
        <w:t>anbā'il ghaibi nūḥīhā ilayka mā kunta ta'lamuhā mā kunta ta'lamuhā</w:t>
      </w:r>
    </w:p>
    <w:p>
      <w:pPr>
        <w:jc w:val="right"/>
      </w:pPr>
      <w:r>
        <w:t>انباء الغيب نوحیها الیک ما کنت تعلمها ما کنت تعلمها</w:t>
      </w:r>
    </w:p>
    <w:p>
      <w:r>
        <w:rPr>
          <w:b/>
        </w:rPr>
        <w:t xml:space="preserve">[1:22:42] </w:t>
      </w:r>
      <w:r>
        <w:t>anta wa lā qaumuka min qabli hāḏā faṣbir innal 'āqibata lil muttaqīn</w:t>
      </w:r>
    </w:p>
    <w:p>
      <w:pPr>
        <w:jc w:val="right"/>
      </w:pPr>
      <w:r>
        <w:t>انت ولا قومک من قبل هذا فاصبر ان العاقبۃ للمتقین</w:t>
      </w:r>
    </w:p>
    <w:p>
      <w:r>
        <w:rPr>
          <w:b/>
        </w:rPr>
        <w:t xml:space="preserve">[1:22:55] </w:t>
      </w:r>
      <w:r>
        <w:t>kahā gayā ae nooh utro hamārī taraf se salāmatī ke sāth aur barkatōñ ke sāth tum par aur un grohōñ par jo tumhāre sāth haiñ aur un se ẓuhūr meñ āne wāle groh ke ham un ko fa'ida deñge phir un ko hamārī taraf se ek dardnāk 'aḏāb pakaṛ legā yeh ghaib kī khabareñ haiñ jin ko ham tumhārī taraf wahī kar rahe haiñ</w:t>
      </w:r>
    </w:p>
    <w:p>
      <w:pPr>
        <w:jc w:val="right"/>
      </w:pPr>
      <w:r>
        <w:t>کہا گیا اے نوح اترو ہماری طرف سے سلامتی کے ساتھ اور برکتوں کے ساتھ تم پر اور ان گروہوں پر جو تمہارے ساتھ ہیں اور ان سے ظہور میں آنے والے گروہ کہ ہم ان کو فائدہ دیں گے پھر ان کو ہماری طرف سے ایک دردناک عذاب پکڑ لے گا یہ غیب کی خبریں ہیں جن کو ہم تمہاری طرف وحی کر رہے ہیں</w:t>
      </w:r>
    </w:p>
    <w:p>
      <w:r>
        <w:rPr>
          <w:b/>
        </w:rPr>
        <w:t xml:space="preserve">[1:23:24] </w:t>
      </w:r>
      <w:r>
        <w:t>is se pehle na tum un ko jānte the aur na tumhārī qaum pas sabr karo be-shak ākhirī anjām ḍarne wālōñ ke lie hai tashrīḥ jab tamām bure log gharq ho chuke to ṭūfān thamm gayā pānī ḏīre ḏīre zamīn meñ aur samundarōñ meñ chalā gayā</w:t>
      </w:r>
    </w:p>
    <w:p>
      <w:pPr>
        <w:jc w:val="right"/>
      </w:pPr>
      <w:r>
        <w:t>اس سے پہلے نہ تم ان کو جانتے تھے اور نہ تمہاری قوم پس صبر کرو بے شک آخری انجام ڈرنے والوں کے لیے ہے تشریح جب تمام برے لوگ غرق ہو چکے تو طوفان تھم گیا پانی دھیرے دھیرے زمین میں اور سمندروں میں چلا گیا</w:t>
      </w:r>
    </w:p>
    <w:p>
      <w:r>
        <w:rPr>
          <w:b/>
        </w:rPr>
        <w:t xml:space="preserve">[1:23:49] </w:t>
      </w:r>
      <w:r>
        <w:t>ḥazrat nooh 'alaihis salām kī kashtī judī pahāṛ par ṭhahar ga'ī thī āp apne sāthiyōñ ke sāth us se nikl kar zamīn par utre zamīn dobāra khuda ke ḥukm se sar sabz aur ābād ho ga'ī ḥazrat nooh jin logōñ ke darmīyān ā'e woh ḥazrat ādam kī nabūwat ko mānanē wāle log the</w:t>
      </w:r>
    </w:p>
    <w:p>
      <w:pPr>
        <w:jc w:val="right"/>
      </w:pPr>
      <w:r>
        <w:t>حضرت نوح علیہ السلام کی کشتی جودی پہاڑ پر ٹھہر گئی تھی آپ اپنے ساتھیوں کے ساتھ اس سے نکل کر زمین پر اترے زمین دوبارہ خدا کے حکم سے سرسبز اور آباد ہو گئی حضرت نوح جن لوگوں کے درمیان ائے وہ حضرت آدم کی نبوت کو ماننے والے لوگ تھے</w:t>
      </w:r>
    </w:p>
    <w:p>
      <w:r>
        <w:rPr>
          <w:b/>
        </w:rPr>
        <w:t xml:space="preserve">[1:24:17] </w:t>
      </w:r>
      <w:r>
        <w:t>āp ke ba'd āp kī ummat ibtidā rāh rāst par rahī is ke ba'd is kī aglī naslōñ meñ bigāṛ āyā to dobāra ambiyā bhejē ga'e yeh bāt ko āne wāle ambiyā un qaumōñ meñ ā'e jo ḥazrat nooh kī nabūwat ko māntī thīñ</w:t>
      </w:r>
    </w:p>
    <w:p>
      <w:pPr>
        <w:jc w:val="right"/>
      </w:pPr>
      <w:r>
        <w:t>آپ کے بعد آپ کی امت ابتداء راہ راست پر رہی اس کے بعد اس کی اگلی نسلوں میں بگاڑ ایا تو دوبارہ انبیاء بھیجے گئے یہ بات کو آنے والے انبیاء ان قوموں میں ائے جو حضرت نوح کی نبوت کو مانتی تھیں</w:t>
      </w:r>
    </w:p>
    <w:p>
      <w:r>
        <w:rPr>
          <w:b/>
        </w:rPr>
        <w:t xml:space="preserve">[1:24:38] </w:t>
      </w:r>
      <w:r>
        <w:t>is ke bāwajūd jab unhoñ ne waqt ke nabī ko māñkar apnī iṣlāḥ na kī to woh halāk kar dī ga'īñ</w:t>
      </w:r>
    </w:p>
    <w:p>
      <w:pPr>
        <w:jc w:val="right"/>
      </w:pPr>
      <w:r>
        <w:t>اس کے باوجود جب انہوں نے وقت کے نبی کو مان کر اپنی اصلاح نہ کی تو وہ ہلاک کر دی گئیں</w:t>
      </w:r>
    </w:p>
    <w:p>
      <w:r>
        <w:rPr>
          <w:b/>
        </w:rPr>
        <w:t xml:space="preserve">[1:24:48] </w:t>
      </w:r>
      <w:r>
        <w:t>goiyā sirf kisī nabī ko mānnā yā us kī taraf apne ko mansūb karnā najāt yāfta hone ke lie kāfī nahīñ hai balke woh īmān maṭlūb hai jo zinda īmān ho aur jis ke andar yeh tāqat ho ke woh ādmī kī zindagī ko nek 'amalī kī zindagī meñ tabdīl kar de</w:t>
      </w:r>
    </w:p>
    <w:p>
      <w:pPr>
        <w:jc w:val="right"/>
      </w:pPr>
      <w:r>
        <w:t>گویا صرف کسی نبی کو ماننا یا اس کی طرف اپنے کو منسوب کرنا نجات یافتہ ہونے کے لیے کافی نہیں ہے بلکہ وہ ایمان مطلوب ہے جو زندہ ایمان ہو اور جس کے اندر یہ طاقت ہو کہ وہ آدمی کی زندگی کو نیک عملی کی زندگی میں تبدیل کر دے</w:t>
      </w:r>
    </w:p>
    <w:p>
      <w:r>
        <w:rPr>
          <w:b/>
        </w:rPr>
        <w:t xml:space="preserve">[1:25:12] </w:t>
      </w:r>
      <w:r>
        <w:t>ḥazrat nooh kī tārīkh yeh sabq detī hai ke bāṭil parastōñ kā zor khwāh kitnā hī ziyāda ho aur un kī zindagī khwāh kitnī hī ṭawīl ho jā'e bālā'ākhir ke lie jo chīz maqdar hai woh halākat hai aur is ke muqāble meñ ahl-e-īmān khwāh kitne hī kam hoñ aur khwāh woh bazāhir kitne hī be-zor hoñ magar</w:t>
      </w:r>
    </w:p>
    <w:p>
      <w:pPr>
        <w:jc w:val="right"/>
      </w:pPr>
      <w:r>
        <w:t>حضرت نوح کی تاریخ یہ سبق دیتی ہے کہ باطل پرستوں کا زور خواہ کتنا ہی زیادہ ہو اور ان کی زندگی خواہ کتنی ہی طویل ہو جائے بالاخر کے لیے جو چیز مقدر ہے وہ ہلاکت ہے اور اس کے مقابلے میں اہل ایمان خواہ کتنے ہی کم ہوں اور خواہ وہ بظاہر کتنے ہی بے زور ہوں مگر</w:t>
      </w:r>
    </w:p>
    <w:p>
      <w:r>
        <w:rPr>
          <w:b/>
        </w:rPr>
        <w:t xml:space="preserve">[1:25:38] </w:t>
      </w:r>
      <w:r>
        <w:t>jab khuda kā faisla ẓāhir hotā hai to yahī log haiñ jo khuda kī raḥmatōñ meñ hisse dār banā'e jāte haiñ ibtidā maujūda duniyā meñ aur ākhirī ṭaur par ākhirat meñ walā 'āda khwāhum hūdan</w:t>
      </w:r>
    </w:p>
    <w:p>
      <w:pPr>
        <w:jc w:val="right"/>
      </w:pPr>
      <w:r>
        <w:t>جب خدا کا فیصلہ ظاہر ہوتا ہے تو یہی لوگ ہیں جو خدا کی رحمتوں میں حصے دار بنائے جاتے ہیں ابتداء موجودہ دنیا میں اور آخری طور پر آخرت میں والا عاد اخواهم هودا</w:t>
      </w:r>
    </w:p>
    <w:p>
      <w:r>
        <w:rPr>
          <w:b/>
        </w:rPr>
        <w:t xml:space="preserve">[1:25:59] </w:t>
      </w:r>
      <w:r>
        <w:t>qāla yā qaumi 'budūllāha mā lakum min ilāhin ghairuhu in antum illā muftarūn yā qaumi</w:t>
      </w:r>
    </w:p>
    <w:p>
      <w:pPr>
        <w:jc w:val="right"/>
      </w:pPr>
      <w:r>
        <w:t>قال یا قوم اعبدوا اللہ ما لكم من الہ غيرہ ان انتم الا مفترون یا قوم</w:t>
      </w:r>
    </w:p>
    <w:p>
      <w:r>
        <w:rPr>
          <w:b/>
        </w:rPr>
        <w:t xml:space="preserve">[1:26:15] </w:t>
      </w:r>
      <w:r>
        <w:t>la asalukum alaih ajra in ajriya illa ala allazi fatarani afla taqilun wa ya qaum istaghfiru rabbakum thumma</w:t>
      </w:r>
    </w:p>
    <w:p>
      <w:pPr>
        <w:jc w:val="right"/>
      </w:pPr>
      <w:r>
        <w:t>لا اسالکم علیہ اجرا ان اجری الا علی الذي فطرني افلا تعقلون ویا قوم استغفروا ربكم ثم</w:t>
      </w:r>
    </w:p>
    <w:p>
      <w:r>
        <w:rPr>
          <w:b/>
        </w:rPr>
        <w:t xml:space="preserve">[1:26:34] </w:t>
      </w:r>
      <w:r>
        <w:t>taubu ilaih yursil al-sama alaikum midrara yursil al-sama alaikum midrara</w:t>
      </w:r>
    </w:p>
    <w:p>
      <w:pPr>
        <w:jc w:val="right"/>
      </w:pPr>
      <w:r>
        <w:t>توبوا الیه يرسل السماء عليكم مدرارا يرسل السماء عليكم مدرارا</w:t>
      </w:r>
    </w:p>
    <w:p>
      <w:r>
        <w:rPr>
          <w:b/>
        </w:rPr>
        <w:t xml:space="preserve">[1:26:51] </w:t>
      </w:r>
      <w:r>
        <w:t>wayazdكم quwwatan ila quwwatikum wala tatawallu mujrimin</w:t>
      </w:r>
    </w:p>
    <w:p>
      <w:pPr>
        <w:jc w:val="right"/>
      </w:pPr>
      <w:r>
        <w:t>ويزدكم قوه الى قوتكم ولا تتولوا مجرمين</w:t>
      </w:r>
    </w:p>
    <w:p>
      <w:r>
        <w:rPr>
          <w:b/>
        </w:rPr>
        <w:t xml:space="preserve">[1:27:01] </w:t>
      </w:r>
      <w:r>
        <w:t>aur aad ki taraf hum ne un ke bhai hud ko bheja us ne kaha ke a mere qaum allah ki ibadat karo is ke siwa tumhara koi mabood nahi tum ne mahaz jhoot gharr rakhe hain a mere qaum mein is par tum se koi ajr nahi mangta mera ajr to is par hai jis ne mujhe paida kiya hai</w:t>
      </w:r>
    </w:p>
    <w:p>
      <w:pPr>
        <w:jc w:val="right"/>
      </w:pPr>
      <w:r>
        <w:t>اور عاد کی طرف ہم نے ان کے بھائی ہود کو بھیجا اس نے کہا کہ اے میری قوم اللہ کی عبادت کرو اس کے سوا تمہارا کوئی معبود نہیں تم نے محض جھوٹ گھڑ رکھے ہیں اے میری قوم میں اس پر تم سے کوئی اجر نہیں مانگتا میرا اجر تو اس پر ہے جس نے مجھے پیدا کیا ہے</w:t>
      </w:r>
    </w:p>
    <w:p>
      <w:r>
        <w:rPr>
          <w:b/>
        </w:rPr>
        <w:t xml:space="preserve">[1:27:30] </w:t>
      </w:r>
      <w:r>
        <w:t>kya tum nahi samajhte aur a mere qaum apne rab se maafi chaho phir us ki taraf palto woh tumhare upar khoob barishain barsaye ga aur tumhari quwwat par mazeed quwwat ka izafa kare ga aur tum mujrim ho kar ro gardani na karo</w:t>
      </w:r>
    </w:p>
    <w:p>
      <w:pPr>
        <w:jc w:val="right"/>
      </w:pPr>
      <w:r>
        <w:t>کیا تم نہیں سمجھتے اور اے میری قوم اپنے رب سے معافی چاہو پھر اس کی طرف پلٹو وہ تمہارے اوپر خوب بارشیں برسائے گا اور تمہاری قوت پر مزید قوت کا اضافہ کرے گا اور تم مجرم ہو کر روگردانی نہ کرو</w:t>
      </w:r>
    </w:p>
    <w:p>
      <w:r>
        <w:rPr>
          <w:b/>
        </w:rPr>
        <w:t xml:space="preserve">[1:27:55] </w:t>
      </w:r>
      <w:r>
        <w:t>tashreeh qaum aad ki hidayat ke liye hazrat hud ko uthaya gaya jo unhi ke bhai the yeh paighambaron ke baad mein hamesha se allah taala ki sunnat rahi hai</w:t>
      </w:r>
    </w:p>
    <w:p>
      <w:pPr>
        <w:jc w:val="right"/>
      </w:pPr>
      <w:r>
        <w:t>تشریح قوم عاد کی ہدایت کے لیے حضرت ہود کو اٹھایا گیا جو انہی کے بھائی تھے یہ پیغمبروں کے بعد میں ہمیشہ سے اللہ تعالی کی سنت رہی ہے</w:t>
      </w:r>
    </w:p>
    <w:p>
      <w:r>
        <w:rPr>
          <w:b/>
        </w:rPr>
        <w:t xml:space="preserve">[1:28:09] </w:t>
      </w:r>
      <w:r>
        <w:t>is ki hikmat yeh hai ke qaum ka fard hone ki wajah se woh bakhubi taur par qaum ki nafsiyat is ke halaat aur is ki zaban ko jante hain aur zyada moassir taur par is ke andar dawat ka kaam kar sakte hain hazrat hud ne apni qaum ko ek allah ki ibadat ka paigham diya</w:t>
      </w:r>
    </w:p>
    <w:p>
      <w:pPr>
        <w:jc w:val="right"/>
      </w:pPr>
      <w:r>
        <w:t>اس کی حکمت یہ ہے کہ قوم کا فرد ہونے کی وجہ سے وہ بخوبی طور پر قوم کی نفسیات اس کے حالات اور اس کی زبان کو جانتے ہیں اور زیادہ موثر طور پر اس کے اندر دعوت کا کام کر سکتے ہیں حضرت ہود نے اپنی قوم کو ایک اللہ کی عبادت کا پیغام دیا</w:t>
      </w:r>
    </w:p>
    <w:p>
      <w:r>
        <w:rPr>
          <w:b/>
        </w:rPr>
        <w:t xml:space="preserve">[1:28:35] </w:t>
      </w:r>
      <w:r>
        <w:t>isi ke sath unhon ne yeh bhi kaha ke tumhara jo deen hai woh mahaz ek jhoot hai jo tum ne gharr liya hai</w:t>
      </w:r>
    </w:p>
    <w:p>
      <w:pPr>
        <w:jc w:val="right"/>
      </w:pPr>
      <w:r>
        <w:t>اسی کے ساتھ انہوں نے یہ بھی کہا کہ تمہارا جو دین ہے وہ محض ایک جھوٹ ہے جو تم نے گھڑ لیا ہے</w:t>
      </w:r>
    </w:p>
    <w:p>
      <w:r>
        <w:rPr>
          <w:b/>
        </w:rPr>
        <w:t xml:space="preserve">[1:28:44] </w:t>
      </w:r>
      <w:r>
        <w:t>is se maloom hua ke peghambar ka tareeqa maroof maanon mein sirf misbat taur par apni baat kehne</w:t>
      </w:r>
    </w:p>
    <w:p>
      <w:pPr>
        <w:jc w:val="right"/>
      </w:pPr>
      <w:r>
        <w:t>اس سے معلوم ہوا کہ پیغمبر کا طریقہ معروف معنوں میں صرف مثبت طور پر اپنی بات کہنے</w:t>
      </w:r>
    </w:p>
    <w:p>
      <w:r>
        <w:rPr>
          <w:b/>
        </w:rPr>
        <w:t xml:space="preserve">[1:28:53] </w:t>
      </w:r>
      <w:r>
        <w:t>ka tareeqa nahi hai balke isi ke sath woh khuli khuli tanqeed bhi karta hai kyunke jab tak</w:t>
      </w:r>
    </w:p>
    <w:p>
      <w:pPr>
        <w:jc w:val="right"/>
      </w:pPr>
      <w:r>
        <w:t>کا طریقہ نہیں ہے بلکہ اسی کے ساتھ وہ کھلی کھلی تنقید بھی کرتا ہے کیونکہ جب تک</w:t>
      </w:r>
    </w:p>
    <w:p>
      <w:r>
        <w:rPr>
          <w:b/>
        </w:rPr>
        <w:t xml:space="preserve">[1:29:01] </w:t>
      </w:r>
      <w:r>
        <w:t>tanqeed tajziya ke zareeye na-haq ka na-haq hona wazeh na kiya jaye is waqt tak haq ka haq</w:t>
      </w:r>
    </w:p>
    <w:p>
      <w:pPr>
        <w:jc w:val="right"/>
      </w:pPr>
      <w:r>
        <w:t>تنقید تجزیہ کے ذریعے ناحق کا ناحق ہونا واضح نہ کیا جائے اس وقت تک حق کا حق</w:t>
      </w:r>
    </w:p>
    <w:p>
      <w:r>
        <w:rPr>
          <w:b/>
        </w:rPr>
        <w:t xml:space="preserve">[1:29:09] </w:t>
      </w:r>
      <w:r>
        <w:t>hona logon ki samajh mein nahi aa sakta</w:t>
      </w:r>
    </w:p>
    <w:p>
      <w:pPr>
        <w:jc w:val="right"/>
      </w:pPr>
      <w:r>
        <w:t>ہونا لوگوں کی سمجھ میں نہیں ا سکتا</w:t>
      </w:r>
    </w:p>
    <w:p>
      <w:r>
        <w:rPr>
          <w:b/>
        </w:rPr>
        <w:t xml:space="preserve">[1:29:16] </w:t>
      </w:r>
      <w:r>
        <w:t>har paighambar ke zamane mein aisa hua ke us ke mukhalifeen us ki paighambari ko manane ke liye yeh chahte the ke woh koi bada ohdedar ho us ko daulat ke khazane hasil hon woh aalishan imaraton mein rehta ho magar haq ke dawi ko janchne ka yeh meyar sahi nahi</w:t>
      </w:r>
    </w:p>
    <w:p>
      <w:pPr>
        <w:jc w:val="right"/>
      </w:pPr>
      <w:r>
        <w:t>ہر پیغمبر کے زمانے میں ایسا ہوا کہ اس کے مخالفین اس کی پیغمبری کو ماننے کے لیے یہ چاہتے تھے کہ وہ کوئی بڑا عہدے دار ہو اس کو دولت کے خزانے حاصل ہوں وہ عالی شان عمارتوں میں رہتا ہو مگر حق کے داعی کو جانچنے کا یہ معیار صحیح نہیں</w:t>
      </w:r>
    </w:p>
    <w:p>
      <w:r>
        <w:rPr>
          <w:b/>
        </w:rPr>
        <w:t xml:space="preserve">[1:29:39] </w:t>
      </w:r>
      <w:r>
        <w:t>dawi ki sadaqat janchne ka asal meyar yeh hai ke woh apne mission mein poori tarah sanjeeda ho us ki baat aakhri had tak mudallal ho woh har qism ke dunyavi faidon se balatar ho woh jo kuch keh raha hai woh ain haqeeqat waqea ho is ka paigham kainaati nizam se kamil mutabiqat rakhta ho</w:t>
      </w:r>
    </w:p>
    <w:p>
      <w:pPr>
        <w:jc w:val="right"/>
      </w:pPr>
      <w:r>
        <w:t>داعی کی صداقت جانچنے کا اصل معیار یہ ہے کہ وہ اپنے مشن میں پوری طرح سنجیدہ ہو اس کی بات آخری حد تک مدلل ہو وہ ہر قسم کے دنیاوی فائدوں سے بالاتر ہو وہ جو کچھ کہہ رہا ہے وہ عین حقیقت واقعہ ہو اس کا پیغام کائناتی نظام سے کامل مطابقت رکھتا ہو</w:t>
      </w:r>
    </w:p>
    <w:p>
      <w:r>
        <w:rPr>
          <w:b/>
        </w:rPr>
        <w:t xml:space="preserve">[1:30:08] </w:t>
      </w:r>
      <w:r>
        <w:t>is ko ikhtiyar karna kamyabi ke ishare par chalna ho</w:t>
      </w:r>
    </w:p>
    <w:p>
      <w:pPr>
        <w:jc w:val="right"/>
      </w:pPr>
      <w:r>
        <w:t>اس کو اختیار کرنا کامیابی کے اشارہ پر چلنا ہو</w:t>
      </w:r>
    </w:p>
    <w:p>
      <w:r>
        <w:rPr>
          <w:b/>
        </w:rPr>
        <w:t xml:space="preserve">[1:30:16] </w:t>
      </w:r>
      <w:r>
        <w:t>tumhari quwwat par mazeed quwwat ka izafa kare ga is fatwe ka matlab madi quwwat mein izafa nahi hai kyunke qaum aad apne zamane mein nihayat taqatwar thi</w:t>
      </w:r>
    </w:p>
    <w:p>
      <w:pPr>
        <w:jc w:val="right"/>
      </w:pPr>
      <w:r>
        <w:t>تمہاری قوت پر مزید قوت کا اضافہ کرے گا اس فتوے کا مطلب مادی قوت میں اضافہ نہیں ہے کیونکہ قوم عاد اپنے زمانے میں نہایت طاقتور تھی</w:t>
      </w:r>
    </w:p>
    <w:p>
      <w:r>
        <w:rPr>
          <w:b/>
        </w:rPr>
        <w:t xml:space="preserve">[1:30:30] </w:t>
      </w:r>
      <w:r>
        <w:t>quran se maloom hota hai ke paighambar ne jab un ko azab se daraya to unhon ne kaha ke hum se zyada taqatwar kaun hai is liye madi quwwat mein izafe ki baat dawati aitbar se un ke liye zyada pur kashish nahi ho sakti thi is ayat mein quwwat par izafe ka matlab yeh hai ke madi quwwat par imani quwwat ka izafa</w:t>
      </w:r>
    </w:p>
    <w:p>
      <w:pPr>
        <w:jc w:val="right"/>
      </w:pPr>
      <w:r>
        <w:t>قران سے معلوم ہوتا ہے کہ پیغمبر نے جب ان کو عذاب سے ڈرایا تو انہوں نے کہا کہ ہم سے زیادہ طاقتور کون ہے اس لیے مادی قوت میں اضافے کی بات دعوتی اعتبار سے ان کے لیے زیادہ پرکشش نہیں ہو سکتی تھی اس ایت میں قوت پر اضافے کا مطلب یہ ہے کہ مادی قوت پر ایمانی قوت کا اضافہ</w:t>
      </w:r>
    </w:p>
    <w:p>
      <w:r>
        <w:rPr>
          <w:b/>
        </w:rPr>
        <w:t xml:space="preserve">[1:30:59] </w:t>
      </w:r>
      <w:r>
        <w:t>paighambar ka matlab yeh tha ke agar tum imani zindagi ikhtiyar kar lo to is se tum ko ikhlaqi aur rohani quwwat hasil hogi maawla madi zor ke sath ikhlaqi aur rohani zor milne se tumhari taqat ghatte gi nahi</w:t>
      </w:r>
    </w:p>
    <w:p>
      <w:pPr>
        <w:jc w:val="right"/>
      </w:pPr>
      <w:r>
        <w:t>پیغمبر کا مطلب یہ تھا کہ اگر تم ایمانی زندگی اختیار کر لو تو اس سے تم کو اخلاقی اور روحانی قوت حاصل ہوگی معولہ مادی زور کے ساتھ اخلاقی اور روحانی زور ملنے سے تمہاری طاقت گھٹے گی نہیں</w:t>
      </w:r>
    </w:p>
    <w:p>
      <w:r>
        <w:rPr>
          <w:b/>
        </w:rPr>
        <w:t xml:space="preserve">[1:31:17] </w:t>
      </w:r>
      <w:r>
        <w:t>balke woh mazeed bohat zyada barh jaye gi qalu ya hud ma ji'tana bibayyinatin wama nahnu bitariqi alihatina</w:t>
      </w:r>
    </w:p>
    <w:p>
      <w:pPr>
        <w:jc w:val="right"/>
      </w:pPr>
      <w:r>
        <w:t>بلکہ وہ مزید بہت زیادہ بڑھ جائے گی قالوا یاہود ما جئتنا ببینۃ وما نحن بتارکین الہتنا</w:t>
      </w:r>
    </w:p>
    <w:p>
      <w:r>
        <w:rPr>
          <w:b/>
        </w:rPr>
        <w:t xml:space="preserve">[1:31:35] </w:t>
      </w:r>
      <w:r>
        <w:t>an qawlik wama nahnu laka bimuminin</w:t>
      </w:r>
    </w:p>
    <w:p>
      <w:pPr>
        <w:jc w:val="right"/>
      </w:pPr>
      <w:r>
        <w:t>عن قولک وما نحن لک بمؤمنین</w:t>
      </w:r>
    </w:p>
    <w:p>
      <w:r>
        <w:rPr>
          <w:b/>
        </w:rPr>
        <w:t xml:space="preserve">[1:31:43] </w:t>
      </w:r>
      <w:r>
        <w:t>in naqulu illa ahtrak ba'du alihatina bisu'in qal inni ashhadu allaha wa shhadu anni bari'un</w:t>
      </w:r>
    </w:p>
    <w:p>
      <w:pPr>
        <w:jc w:val="right"/>
      </w:pPr>
      <w:r>
        <w:t>ان نقول الا اعتراک بعض الہتنا بسوء قال انی اشهد اللہ واشهدوا انی بریء</w:t>
      </w:r>
    </w:p>
    <w:p>
      <w:r>
        <w:rPr>
          <w:b/>
        </w:rPr>
        <w:t xml:space="preserve">[1:32:05] </w:t>
      </w:r>
      <w:r>
        <w:t>mimma tushrikun</w:t>
      </w:r>
    </w:p>
    <w:p>
      <w:pPr>
        <w:jc w:val="right"/>
      </w:pPr>
      <w:r>
        <w:t>مما تشركون</w:t>
      </w:r>
    </w:p>
    <w:p>
      <w:r>
        <w:rPr>
          <w:b/>
        </w:rPr>
        <w:t xml:space="preserve">[1:32:10] </w:t>
      </w:r>
      <w:r>
        <w:t>min dunihi fakiduni jami'an thumma la tunzirun inni tawakkaltu ala allahi rabbi warabbukum</w:t>
      </w:r>
    </w:p>
    <w:p>
      <w:pPr>
        <w:jc w:val="right"/>
      </w:pPr>
      <w:r>
        <w:t>من دونہ فکیدوني جميعا ثم لا تنظرون انی توکلت علی اللہ ربی وربکم</w:t>
      </w:r>
    </w:p>
    <w:p>
      <w:r>
        <w:rPr>
          <w:b/>
        </w:rPr>
        <w:t xml:space="preserve">[1:32:27] </w:t>
      </w:r>
      <w:r>
        <w:t>ma min dabbatin illa huwa akhidhun binasiyatiha inna rabbi ala siratin mustaqimin</w:t>
      </w:r>
    </w:p>
    <w:p>
      <w:pPr>
        <w:jc w:val="right"/>
      </w:pPr>
      <w:r>
        <w:t>ما من دابۃ الا هو اخذ بناصیتها ان ربی علی صراط مستقیم</w:t>
      </w:r>
    </w:p>
    <w:p>
      <w:r>
        <w:rPr>
          <w:b/>
        </w:rPr>
        <w:t xml:space="preserve">[1:32:49] </w:t>
      </w:r>
      <w:r>
        <w:t>unhon ne kaha ke a hud tum hamare paas koi khuli nishani le kar nahi aaye ho aur hum tumhare kehne se apne maboodon ko chhodne wale nahi hain aur hum harghiz tum ko manane wale nahi hain hum to yahi kahenge ke tumhare upar hamare maboodon mein se kisi ki maar pad gayi hai</w:t>
      </w:r>
    </w:p>
    <w:p>
      <w:pPr>
        <w:jc w:val="right"/>
      </w:pPr>
      <w:r>
        <w:t>انہوں نے کہا کہ اے ہود تم ہمارے پاس کوئی کھلی نشانی لے کر نہیں ائے ہو اور ہم تمہارے کہنے سے اپنے معبودوں کو چھوڑنے والے نہیں ہیں اور ہم ہرگز تم کو ماننے والے نہیں ہم تو یہی کہیں گے کہ تمہارے اوپر ہمارے معبودوں میں سے کسی کی مار پڑ گئی ہے</w:t>
      </w:r>
    </w:p>
    <w:p>
      <w:r>
        <w:rPr>
          <w:b/>
        </w:rPr>
        <w:t xml:space="preserve">[1:33:13] </w:t>
      </w:r>
      <w:r>
        <w:t>hud ne kaha main allah ko gawah theharta hoon aur tum bhi gawah raho ke main bari hoon un se jin ko tum shareek karte ho is ke siwa pas tum sab mil kar mere khilaf tadbeer karo phir mujh ko mahlat na do main ne allah par bharosa kiya jo mera rab hai aur tumhara rab bhi koi jandar aisa nahi jis ki choti us ke hath mein na ho</w:t>
      </w:r>
    </w:p>
    <w:p>
      <w:pPr>
        <w:jc w:val="right"/>
      </w:pPr>
      <w:r>
        <w:t>ہود نے کہا میں اللہ کو گواہ ٹھہراتا ہوں اور تم بھی گواہ رہو کہ میں بری ہوں ان سے جن کو تم شریک کرتے ہو اس کے سوا پس تم سب مل کر میرے خلاف تدبیر کرو پھر مجھ کو مہلت نہ دو میں نے اللہ پر بھروسہ کیا جو میرا رب ہے اور تمہارا رب بھی کوئی جاندار ایسا نہیں جس کی چوٹی اس کے ہاتھ میں نہ ہو</w:t>
      </w:r>
    </w:p>
    <w:p>
      <w:r>
        <w:rPr>
          <w:b/>
        </w:rPr>
        <w:t xml:space="preserve">[1:33:40] </w:t>
      </w:r>
      <w:r>
        <w:t>beshak mera rab seedhi raah par hai tashreeh qaum ne hazrat hud se kaha ke tumhare paas apne bar sar haq hone ki koi daleel nahi is ka yeh matlab nahi ke fi waqe bhi hazrat hud ke paas koi daleel nahi thi ajnab ke paas yaqeenan daleel thi magar woh mukhatebeen ko daleel dikhai nahi deti thi</w:t>
      </w:r>
    </w:p>
    <w:p>
      <w:pPr>
        <w:jc w:val="right"/>
      </w:pPr>
      <w:r>
        <w:t>بے شک میرا رب سیدھی راہ پر ہے تشریح قوم نے حضرت ہود سے کہا کہ تمہارے پاس اپنے برسر حق ہونے کی کوئی دلیل نہیں اس کا یہ مطلب نہیں کہ فی الواقع بھی حضرت ہود کے پاس کوئی دلیل نہیں تھی اجناب کے پاس یقینا دلیل تھی مگر وہ مخاطبین کو دلیل دکھائی نہیں دیتی تھی</w:t>
      </w:r>
    </w:p>
    <w:p>
      <w:r>
        <w:rPr>
          <w:b/>
        </w:rPr>
        <w:t xml:space="preserve">[1:34:08] </w:t>
      </w:r>
      <w:r>
        <w:t>is ki wajah yeh hai ke aadmi aam taur par kisi baat ko khalis daleel ki buniyad par janchna pata nahi balke is aitbar se dekhta hai ke jo shakhs us ko pesh kar raha hai woh kaisa hai</w:t>
      </w:r>
    </w:p>
    <w:p>
      <w:pPr>
        <w:jc w:val="right"/>
      </w:pPr>
      <w:r>
        <w:t>اس کی وجہ یہ ہے کہ ادمی عام طور پر کسی بات کو خالص دلیل کی بنیاد پر جانچ نہیں پاتا بلکہ اس اعتبار سے دیکھتا ہے کہ جو شخص اس کو پیش کر رہا ہے وہ کیسا ہے</w:t>
      </w:r>
    </w:p>
    <w:p>
      <w:r>
        <w:rPr>
          <w:b/>
        </w:rPr>
        <w:t xml:space="preserve">[1:34:24] </w:t>
      </w:r>
      <w:r>
        <w:t>chunki pesh karne wala apne zamane mein logon ko ek nakabil-e-lehaz insan dikhai deta tha is liye us ki baat bhi logon ko nakabil-e-lehaz nazar aai jab ek shakhs waqt ke jame hue mazhab ko chhod kar khalis baramez deen ki dawat le kar uthta hai</w:t>
      </w:r>
    </w:p>
    <w:p>
      <w:pPr>
        <w:jc w:val="right"/>
      </w:pPr>
      <w:r>
        <w:t>چونکہ پیش کرنے والا اپنے زمانے میں لوگوں کو ایک ناقابل لحاظ انسان دکھائی دیتا تھا اس لیے اس کی بات بھی لوگوں کو ناقابل لحاظ نظر ائی جب ایک شخص وقت کے جمے ہوئے مذہب کو چھوڑ کر خالص برامیز دین کی دعوت لے کر اٹھتا ہے</w:t>
      </w:r>
    </w:p>
    <w:p>
      <w:r>
        <w:rPr>
          <w:b/>
        </w:rPr>
        <w:t xml:space="preserve">[1:34:49] </w:t>
      </w:r>
      <w:r>
        <w:t>to hamesha aisa hota hai ke mahol mein woh ajnabi balke haqeer ban kar reh jata hai log us ko us nazar se dekhte hain jaise ke woh koi aisa shakhs ho jis ko khil-e-dimaghi ka aariza laiq ho gaya ho</w:t>
      </w:r>
    </w:p>
    <w:p>
      <w:pPr>
        <w:jc w:val="right"/>
      </w:pPr>
      <w:r>
        <w:t>تو ہمیشہ ایسا ہوتا ہے کہ ماحول میں وہ اجنبی بلکہ حقیر بن کر رہ جاتا ہے لوگ اس کو اس نظر سے دیکھتے ہیں جیسے کہ وہ کوئی ایسا شخص ہو جس کو خل دماغی کا عارضہ لائق ہو گیا ہو</w:t>
      </w:r>
    </w:p>
    <w:p>
      <w:r>
        <w:rPr>
          <w:b/>
        </w:rPr>
        <w:t xml:space="preserve">[1:35:07] </w:t>
      </w:r>
      <w:r>
        <w:t>hazrat nuh ke muamle mein yahi surat-e-hal thi jis ki wajah se un ki qaum ke logon ko yeh kehne ki jurat hui ke hamara to khayal hai ke tumhare upar hamare buzurgon ki maar pad gayi hai magar daai-e-haq ki sadaqat ka saboot nazri dalail ke baad hamesha yeh hota hai ke is ke mukhalifeen har qism ki koshishon ke bawajood is ko zair nahi kar paate</w:t>
      </w:r>
    </w:p>
    <w:p>
      <w:pPr>
        <w:jc w:val="right"/>
      </w:pPr>
      <w:r>
        <w:t>حضرت نوح کے معاملے میں یہی صورتحال تھی جس کی وجہ سے ان کی قوم کے لوگوں کو یہ کہنے کی جرات ہوئی کہ ہمارا تو خیال ہے کہ تمہارے اوپر ہمارے بزرگوں کی مار پڑ گئی ہے مگر داعی حق کی صداقت کا ثبوت نظری دلائل کے بعد ہمیشہ یہ ہوتا ہے کہ اس کے مخالفین ہر قسم کی کوششوں کے باوجود اس کو زیر نہیں کر پاتے</w:t>
      </w:r>
    </w:p>
    <w:p>
      <w:r>
        <w:rPr>
          <w:b/>
        </w:rPr>
        <w:t xml:space="preserve">[1:35:37] </w:t>
      </w:r>
      <w:r>
        <w:t>khuda ke paighambar jin qaumon mein aaye woh sab khuda ko manane wali thein goya daai bhi khuda-parast hone ka mudai tha aur madu bhi khuda-parast hone ka mudai aisi halat mein yeh sawal paida hota hai ke khuda dono mein se kis giroh ke sath hai is sawal ka asan jawab yeh hai ke khuda sirat-e-mustaqeem par hai</w:t>
      </w:r>
    </w:p>
    <w:p>
      <w:pPr>
        <w:jc w:val="right"/>
      </w:pPr>
      <w:r>
        <w:t>خدا کے پیغمبر جن قوموں میں ائے وہ سب خدا کو ماننے والی تھیں گویا داعی بھی خدا پرست ہونے کا مدعی تھا اور مدعو بھی خدا پرست ہونے کا مدعی ایسی حالت میں یہ سوال پیدا ہوتا ہے کہ خدا دونوں میں سے کس گروہ کے ساتھ ہے اس سوال کا اسان جواب یہ ہے کہ خدا صراط مستقیم پر ہے</w:t>
      </w:r>
    </w:p>
    <w:p>
      <w:r>
        <w:rPr>
          <w:b/>
        </w:rPr>
        <w:t xml:space="preserve">[1:36:05] </w:t>
      </w:r>
      <w:r>
        <w:t>is liye jo deen ke seedhe khat par chal raha hai woh barah-e-rast khuda tak pahunchega aur jo tedhe raaste par chal raha hai is ka rasta idhar udhar bhatak kar reh jayega woh khuda tak pahunchne mein kabhi kamyab nahi ho sakta</w:t>
      </w:r>
    </w:p>
    <w:p>
      <w:pPr>
        <w:jc w:val="right"/>
      </w:pPr>
      <w:r>
        <w:t>اس لیے جو دین کے سیدھے خط پر چل رہا ہے وہ براہ راست خدا تک پہنچے گا اور جو ٹیڑھے راستے پر چل رہا ہے اس کا راستہ ادھر ادھر بھٹک کر رہ جائے گا وہ خدا تک پہنچنے میں کبھی کامیاب نہیں ہو سکتا</w:t>
      </w:r>
    </w:p>
    <w:p>
      <w:r>
        <w:rPr>
          <w:b/>
        </w:rPr>
        <w:t xml:space="preserve">[1:36:25] </w:t>
      </w:r>
      <w:r>
        <w:t>hazrat hud ne jab kaha ke mera rab sirat-e-mustaqeem par hai to doosre lafzon mein goya woh yeh keh rahe the ke main jis cheez ki taraf bula raha hoon woh sirat-e-mustaqeem hai aur tum log jin cheezon ko deen samajh kar ikhtiyar kiye hue ho woh deen ki shu'ara ke atraaf mein pagdandiyan nikal kar un ke upar daudna hai</w:t>
      </w:r>
    </w:p>
    <w:p>
      <w:pPr>
        <w:jc w:val="right"/>
      </w:pPr>
      <w:r>
        <w:t>حضرت ہود نے جب کہا کہ میرا رب صراط مستقیم پر ہے تو دوسرے لفظوں میں گویا وہ یہ کہہ رہے تھے کہ میں جس چیز کی طرف بلا رہا ہوں وہ صراط مستقیم ہے اور تم لوگ جن چیزوں کو دین سمجھ کر اختیار کیے ہوئے ہو وہ دین کی شعراء کے اطراف میں پگڈنڈیاں نکال کر ان کے اوپر دوڑنا ہے</w:t>
      </w:r>
    </w:p>
    <w:p>
      <w:r>
        <w:rPr>
          <w:b/>
        </w:rPr>
        <w:t xml:space="preserve">[1:36:51] </w:t>
      </w:r>
      <w:r>
        <w:t>is qism ki daud aadmi ko khuda tak nahi pahunchati woh is ko idhar udhar bhatka kar chhod deti hai in ayaton ki roshni mein ghaur kiya jaye to hazrat hud ki batai hui sirat-e-mustaqeem yeh nikalti hai tauheed ibadat-e-ilahi istighfar tauba nemat-on par khuda ka shukr</w:t>
      </w:r>
    </w:p>
    <w:p>
      <w:pPr>
        <w:jc w:val="right"/>
      </w:pPr>
      <w:r>
        <w:t>اس قسم کی دوڑ ادمی کو خدا تک نہیں پہنچاتی وہ اس کو ادھر ادھر بھٹکا کر چھوڑ دیتی ہے ان ایات کی روشنی میں غور کیا جائے تو حضرت ہود کی بتائی ہوئی صراط مستقیم یہ نکلتی ہے توحید عبادت الہی استغفار توبہ نعمتوں پر خدا کا شکر</w:t>
      </w:r>
    </w:p>
    <w:p>
      <w:r>
        <w:rPr>
          <w:b/>
        </w:rPr>
        <w:t xml:space="preserve">[1:37:17] </w:t>
      </w:r>
      <w:r>
        <w:t>tawakkul alal-lah khuda ko apna parwardigar manna sirf khuda ko tamam taqaton ka malik samajhna khuda ko apne upar nigran bana lena kibr ki rosh ke bajaye itaat ki rosh ikhtiyar karna yeh sab deen ki buniyadi taleemat hain in taleemat par chalna aur in ko apni tawajjah ka markaz banana goya deen ki shu'ara par chalna hai</w:t>
      </w:r>
    </w:p>
    <w:p>
      <w:pPr>
        <w:jc w:val="right"/>
      </w:pPr>
      <w:r>
        <w:t>توکل علی اللہ خدا کو اپنا پروردگار ماننا صرف خدا کو تمام طاقتوں کا مالک سمجھنا خدا کو اپنے اوپر نگراں بنا لینا کبر کی روش کے بجائے اطاعت کی روش اختیار کرنا یہ سب دین کی بنیادی تعلیمات ہیں ان تعلیمات پر چلنا اور ان کو اپنی توجہ کا مرکز بنانا گویا دین کی شعراء پر چلنا ہے</w:t>
      </w:r>
    </w:p>
    <w:p>
      <w:r>
        <w:rPr>
          <w:b/>
        </w:rPr>
        <w:t xml:space="preserve">[1:37:47] </w:t>
      </w:r>
      <w:r>
        <w:t>is par chalne wala seedhe khuda tak pahunchta hai is ke siwa jin cheezon ko aadmi ahmiyat de aur un ki dhool machaye woh goya asal shu'ara ke dayen bayen pagdandiyan nikal kar un ke upar daud raha hai</w:t>
      </w:r>
    </w:p>
    <w:p>
      <w:pPr>
        <w:jc w:val="right"/>
      </w:pPr>
      <w:r>
        <w:t>اس پر چلنے والا سیدھے خدا تک پہنچتا ہے اس کے سوا جن چیزوں کو ادمی اہمیت دے اور ان کی دھول مچائے وہ گویا اصل شعراء کے دائیں بائیں پگڈنڈیاں نکال کر ان کے اوپر دوڑ رہا ہے</w:t>
      </w:r>
    </w:p>
    <w:p>
      <w:r>
        <w:rPr>
          <w:b/>
        </w:rPr>
        <w:t xml:space="preserve">[1:38:04] </w:t>
      </w:r>
      <w:r>
        <w:t>aisi daud aadmi ko sirf khuda se door karne wali hai woh is ko khuda ke qareeb nahi pahuncha sakti fa-in tawallaw fa-qad ablaghtukum ma</w:t>
      </w:r>
    </w:p>
    <w:p>
      <w:pPr>
        <w:jc w:val="right"/>
      </w:pPr>
      <w:r>
        <w:t>ایسی دوڑ ادمی کو صرف خدا سے دور کرنے والی ہے وہ اس کو خدا کے قریب نہیں پہنچا سکتی فان تولوا فقد ابلغتكم ما</w:t>
      </w:r>
    </w:p>
    <w:p>
      <w:r>
        <w:rPr>
          <w:b/>
        </w:rPr>
        <w:t xml:space="preserve">[1:38:23] </w:t>
      </w:r>
      <w:r>
        <w:t>ursiltu bihi</w:t>
      </w:r>
    </w:p>
    <w:p>
      <w:pPr>
        <w:jc w:val="right"/>
      </w:pPr>
      <w:r>
        <w:t>ارسلت به</w:t>
      </w:r>
    </w:p>
    <w:p>
      <w:r>
        <w:rPr>
          <w:b/>
        </w:rPr>
        <w:t xml:space="preserve">[1:38:27] </w:t>
      </w:r>
      <w:r>
        <w:t>ilaykum wa yastakhlifu rabbi qawman ghayrakum wa la tadurruhu shay'an inna rabbi ala kulli shay'in hafeez wa lamma</w:t>
      </w:r>
    </w:p>
    <w:p>
      <w:pPr>
        <w:jc w:val="right"/>
      </w:pPr>
      <w:r>
        <w:t>الیکم ويستخلف ربی قوما غيركم ولا تضرونه شیئا ان ربی علی کل شیء حفیظ ولما</w:t>
      </w:r>
    </w:p>
    <w:p>
      <w:r>
        <w:rPr>
          <w:b/>
        </w:rPr>
        <w:t xml:space="preserve">[1:38:45] </w:t>
      </w:r>
      <w:r>
        <w:t>ja'a amruna najjayna hudan wallazina amanu ma'ahu birahmatin minna wa najjaynahum min azabin ghaleez</w:t>
      </w:r>
    </w:p>
    <w:p>
      <w:pPr>
        <w:jc w:val="right"/>
      </w:pPr>
      <w:r>
        <w:t>جاء امرنا نجينا هودا والذین امنوا معہ برحمت منا ونجیناهم من عذاب غلیظ</w:t>
      </w:r>
    </w:p>
    <w:p>
      <w:r>
        <w:rPr>
          <w:b/>
        </w:rPr>
        <w:t xml:space="preserve">[1:39:04] </w:t>
      </w:r>
      <w:r>
        <w:t>wa tilka adu jahadu bi ayati rabbihim wa asaw rusulahu wattaba'u amra kulli jabbarin 'aneed wattaba'u fi hadhihi ad-dunya la'nata</w:t>
      </w:r>
    </w:p>
    <w:p>
      <w:pPr>
        <w:jc w:val="right"/>
      </w:pPr>
      <w:r>
        <w:t>وتلك عاد جحدوا بايات ربهم وعصوا رسله واتبعوا امر كل جبار عنید واتبعوا في هذه الدنيا لعنه</w:t>
      </w:r>
    </w:p>
    <w:p>
      <w:r>
        <w:rPr>
          <w:b/>
        </w:rPr>
        <w:t xml:space="preserve">[1:39:23] </w:t>
      </w:r>
      <w:r>
        <w:t>wa yawmal-qiyamati ala inna adan kafaroo bi rabbihim ala bu'dan li'adin qawmu hud</w:t>
      </w:r>
    </w:p>
    <w:p>
      <w:pPr>
        <w:jc w:val="right"/>
      </w:pPr>
      <w:r>
        <w:t>ويوم القيامه الا ان عادا كفروا ربهم الا بعدا لعاد قوم هود</w:t>
      </w:r>
    </w:p>
    <w:p>
      <w:r>
        <w:rPr>
          <w:b/>
        </w:rPr>
        <w:t xml:space="preserve">[1:39:41] </w:t>
      </w:r>
      <w:r>
        <w:t>agar tum a'raz karte ho to main ne tum ko woh paigham pahuncha diya jis ko de kar mujhe tumhari taraf bheja gaya tha aur mera rab tumhari jagah tumhare siwa kisi aur giroh ko jansheen banayega</w:t>
      </w:r>
    </w:p>
    <w:p>
      <w:pPr>
        <w:jc w:val="right"/>
      </w:pPr>
      <w:r>
        <w:t>اگر تم اعراض کرتے ہو تو میں نے تم کو وہ پیغام پہنچا دیا جس کو دے کر مجھے تمہاری طرف بھیجا گیا تھا اور میرا رب تمہاری جگہ تمہارے سوا کسی اور گروہ کو جانشین بنائے گا</w:t>
      </w:r>
    </w:p>
    <w:p>
      <w:r>
        <w:rPr>
          <w:b/>
        </w:rPr>
        <w:t xml:space="preserve">[1:39:59] </w:t>
      </w:r>
      <w:r>
        <w:t>tum is ka kuch na bigad sakoge beshak mera rab har cheez par nigheban hai aur jab hamara hukm na pahuncha hum ne apni rehmat se bacha diya hud ko aur un logon ko jo is ke sath iman laye the</w:t>
      </w:r>
    </w:p>
    <w:p>
      <w:pPr>
        <w:jc w:val="right"/>
      </w:pPr>
      <w:r>
        <w:t>تم اس کا کچھ نہ بگاڑ سکو گے بے شک میرا رب ہر چیز پر نگہبان ہے اور جب ہمارا حکم نہ پہنچا ہم نے اپنی رحمت سے بچا دیا ہود کو اور ان لوگوں کو جو اس کے ساتھ ایمان لائے تھے</w:t>
      </w:r>
    </w:p>
    <w:p>
      <w:r>
        <w:rPr>
          <w:b/>
        </w:rPr>
        <w:t xml:space="preserve">[1:40:17] </w:t>
      </w:r>
      <w:r>
        <w:t>aur hum ne un ko ek sakht azab se bacha diya aur yeh aad the ke unhone apne rab ki nishaniyon ka inkar kiya aur us ke rasulon ko na mana aur har sirkash aur mukhalif ki baat ki</w:t>
      </w:r>
    </w:p>
    <w:p>
      <w:pPr>
        <w:jc w:val="right"/>
      </w:pPr>
      <w:r>
        <w:t>اور ہم نے ان کو ایک سخت عذاب سے بچا دیا اور یہ عاد تھے کہ انہوں نے اپنے رب کی نشانیوں کا انکار کیا اور اس کے رسولوں کو نہ مانا اور ہر سرکش اور مخالف کی بات کی</w:t>
      </w:r>
    </w:p>
    <w:p>
      <w:r>
        <w:rPr>
          <w:b/>
        </w:rPr>
        <w:t xml:space="preserve">[1:40:34] </w:t>
      </w:r>
      <w:r>
        <w:t>ittiba' ki aur un ke pichhe lanat laga di gayi is dunya mein aur qayamat ke din</w:t>
      </w:r>
    </w:p>
    <w:p>
      <w:pPr>
        <w:jc w:val="right"/>
      </w:pPr>
      <w:r>
        <w:t>اتباع کی اور ان کے پیچھے لعنت لگا دی گئی اس دنیا میں اور قیامت کے دن</w:t>
      </w:r>
    </w:p>
    <w:p>
      <w:r>
        <w:rPr>
          <w:b/>
        </w:rPr>
        <w:t xml:space="preserve">[1:40:42] </w:t>
      </w:r>
      <w:r>
        <w:t>sun lo aad ne apne rab ka inkar kiya sun lo dori hai aad ke liye jo hud ki qaum thi</w:t>
      </w:r>
    </w:p>
    <w:p>
      <w:pPr>
        <w:jc w:val="right"/>
      </w:pPr>
      <w:r>
        <w:t>سن لو عاد نے اپنے رب کا انکار کیا سن لو دوری ہے عاد کے لیے جو ہود کی قوم تھی</w:t>
      </w:r>
    </w:p>
    <w:p>
      <w:r>
        <w:rPr>
          <w:b/>
        </w:rPr>
        <w:t xml:space="preserve">[1:40:54] </w:t>
      </w:r>
      <w:r>
        <w:t>tasreeh jo log khuda ki baat ko nazar andaz kar dein khuda bhi unhein nazar andaz kar deta hai</w:t>
      </w:r>
    </w:p>
    <w:p>
      <w:pPr>
        <w:jc w:val="right"/>
      </w:pPr>
      <w:r>
        <w:t>تصریح جو لوگ خدا کی بات کو نظر انداز کر دیں خدا بھی انہیں نظر انداز کر دیتا ہے</w:t>
      </w:r>
    </w:p>
    <w:p>
      <w:r>
        <w:rPr>
          <w:b/>
        </w:rPr>
        <w:t xml:space="preserve">[1:41:05] </w:t>
      </w:r>
      <w:r>
        <w:t>yeh waqia jo maujudah dunya mein juz'i taur par pesh aata hai yahi qayamat mein kulli aur aakhri taur par pesh aayega us waqt tamam sirkash log khuda ki rehmaton se door kar diye jayenge aur khuda ki rehmat sirf un logon ka hissa hogi jo dunya ki zindagi mein khuda ke tabe aur wafadar ban kar rahe the</w:t>
      </w:r>
    </w:p>
    <w:p>
      <w:pPr>
        <w:jc w:val="right"/>
      </w:pPr>
      <w:r>
        <w:t>یہ واقعہ جو موجودہ دنیا میں جزئی طور پر پیش اتا ہے یہی قیامت میں کلی اور اخری طور پر پیش ائے گا اس وقت تمام سرکش لوگ خدا کی رحمتوں سے دور کر دیے جائیں گے اور خدا کی رحمت صرف ان لوگوں کا حصہ ہوگی جو دنیا کی زندگی میں خدا کے تابع اور وفادار بن کر رہے تھے</w:t>
      </w:r>
    </w:p>
    <w:p>
      <w:r>
        <w:rPr>
          <w:b/>
        </w:rPr>
        <w:t xml:space="preserve">[1:41:32] </w:t>
      </w:r>
      <w:r>
        <w:t>is dunya mein khuda ne istikhlaf ka usool raij kiya hai yani ek qaum ko hatane ke baad doosri qaum ko us ki jagah zameen par mutamkin karna dunya mein yeh tamkin imtehan ki gharz se waqti taur par hota hai</w:t>
      </w:r>
    </w:p>
    <w:p>
      <w:pPr>
        <w:jc w:val="right"/>
      </w:pPr>
      <w:r>
        <w:t>اس دنیا میں خدا نے استخلاف کا اصول رائج کیا ہے یعنی ایک قوم کو ہٹانے کے بعد دوسری قوم کو اس کی جگہ زمین پر متمکن کرنا دنیا میں یہ تمکن امتحان کی غرض سے وقتی طور پر ہوتا ہے</w:t>
      </w:r>
    </w:p>
    <w:p>
      <w:r>
        <w:rPr>
          <w:b/>
        </w:rPr>
        <w:t xml:space="preserve">[1:41:52] </w:t>
      </w:r>
      <w:r>
        <w:t>aakhirat mein khuda ki ma'yari dunya mein yeh tamkin iman ke taur par mustaqil taur par sachche ahl-e-iman ko hasil hoga maujudah imtihani dunya ka nizam kuch is tarah bana hai ke yahan aadmi hamesha khair aur shar ke darmiyan hota hai</w:t>
      </w:r>
    </w:p>
    <w:p>
      <w:pPr>
        <w:jc w:val="right"/>
      </w:pPr>
      <w:r>
        <w:t>اخرت میں خدا کی معیاری دنیا میں یہ تمکن ایمان کے طور پر مستقل طور پر سچے اہل ایمان کو حاصل ہوگا موجودہ امتحانی دنیا کا نظام کچھ اس طرح بنا ہے کہ یہاں ادمی ہمیشہ خیر اور شر کے درمیان ہوتا ہے</w:t>
      </w:r>
    </w:p>
    <w:p>
      <w:r>
        <w:rPr>
          <w:b/>
        </w:rPr>
        <w:t xml:space="preserve">[1:42:17] </w:t>
      </w:r>
      <w:r>
        <w:t>is ko azadi hoti hai ke dono mein se jis rah ko chahe ikhtiyar kare mazeed yeh ke aksar halaton mein is dunya mein shar ka ghalba hota hai khair ki janib sirf nishaniyon ka zor hota hai doosri janib shar ki janib madi taqat maujud hoti hai</w:t>
      </w:r>
    </w:p>
    <w:p>
      <w:pPr>
        <w:jc w:val="right"/>
      </w:pPr>
      <w:r>
        <w:t>اس کو آزادی ہوتی ہے کہ دونوں میں سے جس راہ کو چاہے اختیار کرے مزید یہ کہ اکثر حالات میں اس دنیا میں شر کا غلبہ ہوتا ہے خیر کی جانب صرف نشانیوں کا زور ہوتا ہے دوسری طرف شر کی جانب مادی طاقت موجود ہوتی ہے</w:t>
      </w:r>
    </w:p>
    <w:p>
      <w:r>
        <w:rPr>
          <w:b/>
        </w:rPr>
        <w:t xml:space="preserve">[1:42:40] </w:t>
      </w:r>
      <w:r>
        <w:t>woh bhi itni bari miqdar mein ke is ke ilam bardar sarkashi aur gham mein mubtala ho kar mahol ke andar aisi dabaao ki fiza paida karte hain ke aam admi haq ki taraf barhne ki jurrat hi na kare</w:t>
      </w:r>
    </w:p>
    <w:p>
      <w:pPr>
        <w:jc w:val="right"/>
      </w:pPr>
      <w:r>
        <w:t>وہ بھی اتنی بڑی مقدار میں کہ اس کے علمبردار سرکشی اور گھام میں مبتلا ہو کر ماحول کے اندر ایسی دباؤ کی فضا پیدا کرتے ہیں کہ عام ادمی حق کی طرف بڑھنے کی جرات ہی نہ کرے</w:t>
      </w:r>
    </w:p>
    <w:p>
      <w:r>
        <w:rPr>
          <w:b/>
        </w:rPr>
        <w:t xml:space="preserve">[1:42:58] </w:t>
      </w:r>
      <w:r>
        <w:t>wa izamudun akahum salihun qala ya qawmu a'budullaha malakum min ilahin ghairuh huwa anshaakum min al-ardi wa-sta'marakum fiha fastaghfiruhu thumma</w:t>
      </w:r>
    </w:p>
    <w:p>
      <w:pPr>
        <w:jc w:val="right"/>
      </w:pPr>
      <w:r>
        <w:t>واذا ثمود اخاهم صالحا قال یا قوم اعبدوا اللہ ما لكم من الہ غیرہ هو انشاكم من الارض واستعمركم فیہا فاستغفروہ ثم</w:t>
      </w:r>
    </w:p>
    <w:p>
      <w:r>
        <w:rPr>
          <w:b/>
        </w:rPr>
        <w:t xml:space="preserve">[1:43:19] </w:t>
      </w:r>
      <w:r>
        <w:t>tubu ilayh inna rabbi qaribun majidun qalu ya salihu qad kunta fina marjuwwan</w:t>
      </w:r>
    </w:p>
    <w:p>
      <w:pPr>
        <w:jc w:val="right"/>
      </w:pPr>
      <w:r>
        <w:t>توبوا الیہ ان ربی قریب مجید قالوا یا صالح قد کنت فينا مرجوا</w:t>
      </w:r>
    </w:p>
    <w:p>
      <w:r>
        <w:rPr>
          <w:b/>
        </w:rPr>
        <w:t xml:space="preserve">[1:43:37] </w:t>
      </w:r>
      <w:r>
        <w:t>qabla hadha an-tana an na'budu ma ya'budu abaa'una wa innana lafi shakk</w:t>
      </w:r>
    </w:p>
    <w:p>
      <w:pPr>
        <w:jc w:val="right"/>
      </w:pPr>
      <w:r>
        <w:t>قبل هذا اتنہانا اتنہانا ان نعبد ما يعبد اباؤنا واننا لفي شك</w:t>
      </w:r>
    </w:p>
    <w:p>
      <w:r>
        <w:rPr>
          <w:b/>
        </w:rPr>
        <w:t xml:space="preserve">[1:43:56] </w:t>
      </w:r>
      <w:r>
        <w:t>mimma tad'unana ilayhi muribun qala ya qawmu ara'aytum in kuntu 'ala bayyinatin mirrabi wa atani minhu rahmah</w:t>
      </w:r>
    </w:p>
    <w:p>
      <w:pPr>
        <w:jc w:val="right"/>
      </w:pPr>
      <w:r>
        <w:t>مما تدعونا اليه مريب قال یا قوم ارايتم ان كنت على بينه من ربي واتاني منه رحمه</w:t>
      </w:r>
    </w:p>
    <w:p>
      <w:r>
        <w:rPr>
          <w:b/>
        </w:rPr>
        <w:t xml:space="preserve">[1:44:16] </w:t>
      </w:r>
      <w:r>
        <w:t>faman yansuruni minallahi in 'asaytuhi fama tazeedunani ghaira takhsir</w:t>
      </w:r>
    </w:p>
    <w:p>
      <w:pPr>
        <w:jc w:val="right"/>
      </w:pPr>
      <w:r>
        <w:t>فمن ينصرني من الله ان عصيته فما تزيدونني غير تخسير</w:t>
      </w:r>
    </w:p>
    <w:p>
      <w:r>
        <w:rPr>
          <w:b/>
        </w:rPr>
        <w:t xml:space="preserve">[1:44:32] </w:t>
      </w:r>
      <w:r>
        <w:t>aur thamud ki taraf hum ne un ke bhai salih ko bheja us ne kaha aye meri qom Allah ki ibadat karo is ke siwa tumhara koi mabood nahi isi ne tum ko zameen se banaya aur is mein tum ko abad kiya pas maafi chaho phir us ki taraf rujoo karo beshak mera rab qareeb hai qabool karne wala hai</w:t>
      </w:r>
    </w:p>
    <w:p>
      <w:pPr>
        <w:jc w:val="right"/>
      </w:pPr>
      <w:r>
        <w:t>اور ثمود کی طرف ہم نے ان کے بھائی صالح کو بھیجا اس نے کہا اے میری قوم اللہ کی عبادت کرو اس کے سوا تمہارا کوئی معبود نہیں اسی نے تم کو زمین سے بنایا اور اس میں تم کو آباد کیا پس معافی چاہو پھر اس کی طرف رجوع کرو بے شک میرا رب قریب ہے قبول کرنے والا ہے</w:t>
      </w:r>
    </w:p>
    <w:p>
      <w:r>
        <w:rPr>
          <w:b/>
        </w:rPr>
        <w:t xml:space="preserve">[1:44:59] </w:t>
      </w:r>
      <w:r>
        <w:t>unhon ne kaha ke aye salih is se pehle hum ko tum se umeed thi kya tum hum ko un ki ibadat se rokte ho jin ki ibadat hamare baap dada karte the aur jis cheez ki taraf tum hum ko bulate ho us ke bare mein hum ko sakht shubah hai aur hum bare khaljan mein hain us ne kaha aye meri qom</w:t>
      </w:r>
    </w:p>
    <w:p>
      <w:pPr>
        <w:jc w:val="right"/>
      </w:pPr>
      <w:r>
        <w:t>انہوں نے کہا کہ اے صالح اس سے پہلے ہم کو تم سے امید تھی کیا تم ہم کو ان کی عبادت سے روکتے ہو جن کی عبادت ہمارے باپ دادا کرتے تھے اور جس چیز کی طرف تم ہم کو بلاتے ہو اس کے بارے میں ہم کو سخت شبہ ہے اور ہم بڑے خلجان میں ہیں اس نے کہا اے میری قوم</w:t>
      </w:r>
    </w:p>
    <w:p>
      <w:r>
        <w:rPr>
          <w:b/>
        </w:rPr>
        <w:t xml:space="preserve">[1:45:24] </w:t>
      </w:r>
      <w:r>
        <w:t>batao agar main apne rab ki taraf se aik wazeh daleel par hoon aur us ne mujh ko apne pas se rehmat di hai to mujh ko Khuda se kaun bachaye ga agar main us ki nafarmani karoon pas tum nahi bahao ge mera siwa nuqsan ke tasreeh hazrat salih ne apni qom ko aik Khuda ki ibadat ki taraf bulaya</w:t>
      </w:r>
    </w:p>
    <w:p>
      <w:pPr>
        <w:jc w:val="right"/>
      </w:pPr>
      <w:r>
        <w:t>بتاؤ اگر میں اپنے رب کی طرف سے ایک واضح دلیل پر ہوں اور اس نے مجھ کو اپنے پاس سے رحمت دی ہے تو مجھ کو خدا سے کون بچائے گا اگر میں اس کی نافرمانی کروں پس تم نہیں بہاؤ گے میرا سوا نقصان کے تصریح حضرت صالح نے اپنی قوم کو ایک خدا کی عبادت کی طرف بلایا</w:t>
      </w:r>
    </w:p>
    <w:p>
      <w:r>
        <w:rPr>
          <w:b/>
        </w:rPr>
        <w:t xml:space="preserve">[1:45:54] </w:t>
      </w:r>
      <w:r>
        <w:t>yahi har zamaney mein tamam peghambaron ka maqsad tha magar Hazrat Saleh ki qaum aap ke paigham ko</w:t>
      </w:r>
    </w:p>
    <w:p>
      <w:pPr>
        <w:jc w:val="right"/>
      </w:pPr>
      <w:r>
        <w:t>یہی ہر زمانے میں تمام پیغمبروں کا مقصد تھا مگر حضرت صالح کی قوم اپ کے پیغام کو</w:t>
      </w:r>
    </w:p>
    <w:p>
      <w:r>
        <w:rPr>
          <w:b/>
        </w:rPr>
        <w:t xml:space="preserve">[1:46:02] </w:t>
      </w:r>
      <w:r>
        <w:t>qubool na kar saki is ki wajah yeh thi ke aap is ko barah-e-raast Khuda se jodne</w:t>
      </w:r>
    </w:p>
    <w:p>
      <w:pPr>
        <w:jc w:val="right"/>
      </w:pPr>
      <w:r>
        <w:t>قبول نہ کر سکی اس کی وجہ یہ تھی کہ اپ اس کو براہ راست خدا سے جوڑنے</w:t>
      </w:r>
    </w:p>
    <w:p>
      <w:r>
        <w:rPr>
          <w:b/>
        </w:rPr>
        <w:t xml:space="preserve">[1:46:08] </w:t>
      </w:r>
      <w:r>
        <w:t>ki baat karte thay jabke qaum ka haal yeh tha ke woh Khuda ke naam par sirf apne</w:t>
      </w:r>
    </w:p>
    <w:p>
      <w:pPr>
        <w:jc w:val="right"/>
      </w:pPr>
      <w:r>
        <w:t>کی بات کرتے تھے جبکہ قوم کا حال یہ تھا کہ وہ خدا کے نام پر صرف اپنے</w:t>
      </w:r>
    </w:p>
    <w:p>
      <w:r>
        <w:rPr>
          <w:b/>
        </w:rPr>
        <w:t xml:space="preserve">[1:46:16] </w:t>
      </w:r>
      <w:r>
        <w:t>aazm o akabir se juri hui thi</w:t>
      </w:r>
    </w:p>
    <w:p>
      <w:pPr>
        <w:jc w:val="right"/>
      </w:pPr>
      <w:r>
        <w:t>اعظم و اکابر سے جڑی ہوئی تھی</w:t>
      </w:r>
    </w:p>
    <w:p>
      <w:r>
        <w:rPr>
          <w:b/>
        </w:rPr>
        <w:t xml:space="preserve">[1:46:20] </w:t>
      </w:r>
      <w:r>
        <w:t>aise logon ka haal yeh hota hai ke woh apne makhsoos mizaj ki wajah se kisi cheez ki</w:t>
      </w:r>
    </w:p>
    <w:p>
      <w:pPr>
        <w:jc w:val="right"/>
      </w:pPr>
      <w:r>
        <w:t>ایسے لوگوں کا حال یہ ہوتا ہے کہ وہ اپنے مخصوص مزاج کی وجہ سے کسی چیز کی</w:t>
      </w:r>
    </w:p>
    <w:p>
      <w:r>
        <w:rPr>
          <w:b/>
        </w:rPr>
        <w:t xml:space="preserve">[1:46:26] </w:t>
      </w:r>
      <w:r>
        <w:t>ahmiyat aur ma'nawiyat sirf us waqt samajh paate hain jabke un ke qaumi buzurgon ke qaul o amal</w:t>
      </w:r>
    </w:p>
    <w:p>
      <w:pPr>
        <w:jc w:val="right"/>
      </w:pPr>
      <w:r>
        <w:t>اہمیت اور معنویت صرف اس وقت سمجھ پاتے ہیں جبکہ ان کے قومی بزرگوں کے قول و عمل</w:t>
      </w:r>
    </w:p>
    <w:p>
      <w:r>
        <w:rPr>
          <w:b/>
        </w:rPr>
        <w:t xml:space="preserve">[1:46:34] </w:t>
      </w:r>
      <w:r>
        <w:t>mein is ki tasdeeq mil jaye ab chunke hazrat salih ke pas sirf daleel ka zor tha un ki qom un ki baat ki ahmiyat ko mehsoos na kar saki hazrat salih jis deen ki taraf bula rahe the us ki ahmiyat Khuda ki wahi aur zameen o asman ki nishaniyon mein ghawr karne se wazeh hoti thi</w:t>
      </w:r>
    </w:p>
    <w:p>
      <w:pPr>
        <w:jc w:val="right"/>
      </w:pPr>
      <w:r>
        <w:t>میں اس کی تصدیق مل جائے اب چونکہ حضرت صالح کے پاس صرف دلیل کا زور تھا ان کی قوم ان کی بات کی اہمیت کو محسوس نہ کر سکی حضرت صالح جس دین کی طرف بلا رہے تھے اس کی اہمیت خدا کی وحی اور زمین و اسمان کی نشانیوں میں غور کرنے سے واضح ہوتی تھی</w:t>
      </w:r>
    </w:p>
    <w:p>
      <w:r>
        <w:rPr>
          <w:b/>
        </w:rPr>
        <w:t xml:space="preserve">[1:46:57] </w:t>
      </w:r>
      <w:r>
        <w:t>jab ke un ki qom sirf is deen ki ahmiyat se ba khabar thi jo akabir qom ke malfoozat aur mamoolat se sabit hota ho is ka nateeja yeh hua ke un ki qom aap ke dalail ke muqable mein lajawab ho kar bhi bas aik qism ke shubah ki halat mein pari rahi</w:t>
      </w:r>
    </w:p>
    <w:p>
      <w:pPr>
        <w:jc w:val="right"/>
      </w:pPr>
      <w:r>
        <w:t>جبکہ ان کی قوم صرف اس دین کی اہمیت سے باخبر تھی جو اکابر قوم کے ملفوظات اور معمولات سے ثابت ہوتا ہو اس کا نتیجہ یہ ہوا کہ ان کی قوم اپ کے دلائل کے مقابلے میں لاجواب ہو کر بھی بس ایک قسم کے شبہ کی حالت میں پڑی رہی</w:t>
      </w:r>
    </w:p>
    <w:p>
      <w:r>
        <w:rPr>
          <w:b/>
        </w:rPr>
        <w:t xml:space="preserve">[1:47:19] </w:t>
      </w:r>
      <w:r>
        <w:t>hazrat salih doosre tamam peghambaron ki tarah shakhsiyat aur jahalat mein apni qom ke mumtaz fard the log umeed rakhte the ke bare ho kar woh qom ke aik kar amad fard sabit honge magar woh bari umar ko pohnche to unhon ne qom ke marwaja mazhab par tanqeed shuru kar di yeh dekh kar qom ke logon ko un ke bare mein sakht mayusi</w:t>
      </w:r>
    </w:p>
    <w:p>
      <w:pPr>
        <w:jc w:val="right"/>
      </w:pPr>
      <w:r>
        <w:t>حضرت صالح دوسرے تمام پیغمبروں کی طرح شخصیت اور جہالت میں اپنی قوم کے ممتاز فرد تھے لوگ امید رکھتے تھے کہ بڑے ہو کر وہ قوم کے ایک کارامد فرد ثابت ہوں گے مگر وہ بڑی عمر کو پہنچے تو انہوں نے قوم کے مروجہ مذہب پر تنقید شروع کر دی یہ دیکھ کر قوم کے لوگوں کو ان کے بارے میں سخت مای</w:t>
      </w:r>
    </w:p>
    <w:p>
      <w:r>
        <w:rPr>
          <w:b/>
        </w:rPr>
        <w:t xml:space="preserve">[1:47:48] </w:t>
      </w:r>
      <w:r>
        <w:t>hui unhon ne kaha hum to yeh samjhe hue the ke tum hamare qaim shuda mazhabi nizam ke aik sutoon bano ge is ke bar aks hum yeh dekh rahe hain ke tum hamare mazhabi nizam ko be bunyad sabit karne mein</w:t>
      </w:r>
    </w:p>
    <w:p>
      <w:pPr>
        <w:jc w:val="right"/>
      </w:pPr>
      <w:r>
        <w:t>وسی ہوئی انہوں نے کہا ہم تو یہ سمجھے ہوئے تھے کہ تم ہمارے قائم شدہ مذہبی نظام کے ایک ستون بنو گے اس کے برعکس ہم یہ دیکھ رہے ہیں کہ تم ہمارے مذہبی نظام کو بے بنیاد ثابت کرنے میں</w:t>
      </w:r>
    </w:p>
    <w:p>
      <w:r>
        <w:rPr>
          <w:b/>
        </w:rPr>
        <w:t xml:space="preserve">[1:48:05] </w:t>
      </w:r>
      <w:r>
        <w:t>apna sara zor lagaye hue ho yahi muamla har daur mein Khuda ke sachay da'iyon ko apni qom ki taraf se paish aya hai</w:t>
      </w:r>
    </w:p>
    <w:p>
      <w:pPr>
        <w:jc w:val="right"/>
      </w:pPr>
      <w:r>
        <w:t>اپنا سارا زور لگائے ہوئے ہو یہی معاملہ ہر دور میں خدا کے سچے داعیوں کو اپنی قوم کی طرف سے پیش ایا ہے</w:t>
      </w:r>
    </w:p>
    <w:p>
      <w:r>
        <w:rPr>
          <w:b/>
        </w:rPr>
        <w:t xml:space="preserve">[1:48:19] </w:t>
      </w:r>
      <w:r>
        <w:t>wa ya qawmu hadhihi naqatullahi lakum ayatan fazarooha ta'kul fi ardhillahi wa la tumsooha bisu'in wa la tumsooha bisu'in</w:t>
      </w:r>
    </w:p>
    <w:p>
      <w:pPr>
        <w:jc w:val="right"/>
      </w:pPr>
      <w:r>
        <w:t>ويا قوم هذه ناقۃ اللہ لكم ایت فذروها تاكل فی ارض اللہ ولا تمسوها بسوء ولا تمسوها بسوء</w:t>
      </w:r>
    </w:p>
    <w:p>
      <w:r>
        <w:rPr>
          <w:b/>
        </w:rPr>
        <w:t xml:space="preserve">[1:48:40] </w:t>
      </w:r>
      <w:r>
        <w:t>in yakhuthakum 'adhabun qaribun fa'aqarooha faqala tamatta'u fi dariikum thalathata ayyamin min dhalika wa'dun ghaira makdhoob</w:t>
      </w:r>
    </w:p>
    <w:p>
      <w:pPr>
        <w:jc w:val="right"/>
      </w:pPr>
      <w:r>
        <w:t>ان فیخذکم عذاب قریب فعقروها فقال تمتعوا فی دارکم ثلاثۃ ایام من ذلك وعد غیر مكذوب</w:t>
      </w:r>
    </w:p>
    <w:p>
      <w:r>
        <w:rPr>
          <w:b/>
        </w:rPr>
        <w:t xml:space="preserve">[1:48:58] </w:t>
      </w:r>
      <w:r>
        <w:t>falamma ja'a amruna najjayna salihun walladhina amanu ma'ahu birahmatin minna wa min khizyin yawma'idhin</w:t>
      </w:r>
    </w:p>
    <w:p>
      <w:pPr>
        <w:jc w:val="right"/>
      </w:pPr>
      <w:r>
        <w:t>فلما جاء امرنا نجينا صالحا والذین امنوا معہ برحمت منا ومن خزي يوم اذ</w:t>
      </w:r>
    </w:p>
    <w:p>
      <w:r>
        <w:rPr>
          <w:b/>
        </w:rPr>
        <w:t xml:space="preserve">[1:49:15] </w:t>
      </w:r>
      <w:r>
        <w:t>inna rabbaka huwal qawiyul 'azizun wa akhadhalladhina zalamus sayhatu fa asbahu fi diyarihim jathimin lam yaghnaw fiha</w:t>
      </w:r>
    </w:p>
    <w:p>
      <w:pPr>
        <w:jc w:val="right"/>
      </w:pPr>
      <w:r>
        <w:t>ان ربک هو القوی العزيز واخذ الذین ظلموا الصیحۃ فاصبحوا فی دیارهم جاثمین کان لم یغنوا فیہا</w:t>
      </w:r>
    </w:p>
    <w:p>
      <w:r>
        <w:rPr>
          <w:b/>
        </w:rPr>
        <w:t xml:space="preserve">[1:49:34] </w:t>
      </w:r>
      <w:r>
        <w:t>ala inna thamudan kafaroo rabbahum ala bu'dan limud</w:t>
      </w:r>
    </w:p>
    <w:p>
      <w:pPr>
        <w:jc w:val="right"/>
      </w:pPr>
      <w:r>
        <w:t>الا ان ثمود کفروا ربهم الا بعدا لثمود</w:t>
      </w:r>
    </w:p>
    <w:p>
      <w:r>
        <w:rPr>
          <w:b/>
        </w:rPr>
        <w:t xml:space="preserve">[1:49:48] </w:t>
      </w:r>
      <w:r>
        <w:t>aur aye meri qom yeh Allah ki oontni tumhare liye aik nishani hai pas is ko chhod do ke woh Allah ki zameen mein khaye aur is ko koi takleef na pohnchao warna bohat jald tum ko azab pakar le ga phir unhon ne is ke paon kaat dale tab salih ne kaha ke teen din aur apne gharon mein faida utha lo yeh aik wada hai jo jhoota na hoga</w:t>
      </w:r>
    </w:p>
    <w:p>
      <w:pPr>
        <w:jc w:val="right"/>
      </w:pPr>
      <w:r>
        <w:t>اور اے میری قوم یہ اللہ کی اونٹنی تمہارے لیے ایک نشانی ہے پس اس کو چھوڑ دو کہ وہ اللہ کی زمین میں کھائے اور اس کو کوئی تکلیف نہ پہنچاؤ ورنہ بہت جلد تم کو عذاب پکڑ لے گا پھر انہوں نے اس کے پاؤں کاٹ ڈالے تب صالح نے کہا کہ تین دن اور اپنے گھروں میں فائدہ اٹھا لو یہ ایک وعدہ ہے جو جھوٹا نہ ہوگا</w:t>
      </w:r>
    </w:p>
    <w:p>
      <w:r>
        <w:rPr>
          <w:b/>
        </w:rPr>
        <w:t xml:space="preserve">[1:50:18] </w:t>
      </w:r>
      <w:r>
        <w:t>phir jab hamara hukum agaya to hum ne apni rehmat se salih ko aur un logon ko jo us ke sath iman laye the bacha liya aur us din ki ruswai se mehfooz rakha beshak tera rab hi qawi aur zabardast hai aur jin logon ne zulm kiya tha un ko aik holnak awaz ne pakar liya</w:t>
      </w:r>
    </w:p>
    <w:p>
      <w:pPr>
        <w:jc w:val="right"/>
      </w:pPr>
      <w:r>
        <w:t>پھر جب ہمارا حکم اگیا تو ہم نے اپنی رحمت سے صالح کو اور ان لوگوں کو جو اس کے ساتھ ایمان لائے تھے بچا لیا اور اس دن کی رسوائی سے محفوظ رکھا بے شک تیرا رب ہی قوی اور زبردست ہے اور جن لوگوں نے ظلم کیا تھا ان کو ایک ہولناک اواز نے پکڑ لیا</w:t>
      </w:r>
    </w:p>
    <w:p>
      <w:r>
        <w:rPr>
          <w:b/>
        </w:rPr>
        <w:t xml:space="preserve">[1:50:44] </w:t>
      </w:r>
      <w:r>
        <w:t>phir subah ko woh apne gharon mein oondhe pade reh gaye jaise ke woh kabhi un mein base hi nahi suno thamud ne apne rab se kufr kiya suno phitkar hai thamud ke liye tasreeh hazrat salih apni qom se kehte the ke main Allah ka rasool hoon</w:t>
      </w:r>
    </w:p>
    <w:p>
      <w:pPr>
        <w:jc w:val="right"/>
      </w:pPr>
      <w:r>
        <w:t>پھر صبح کو وہ اپنے گھروں میں اوندھے پڑے رہ گئے جیسے کہ وہ کبھی ان میں بسے ہی نہیں سنو ثمود نے اپنے رب سے کفر کیا سنو پھٹکار ہے ثمود کے لیے تصریح حضرت صالح اپنی قوم سے کہتے تھے کہ میں خدا کا رسول ہوں</w:t>
      </w:r>
    </w:p>
    <w:p>
      <w:r>
        <w:rPr>
          <w:b/>
        </w:rPr>
        <w:t xml:space="preserve">[1:51:10] </w:t>
      </w:r>
      <w:r>
        <w:t>agar tum ne meri baat na mani to tum Allah ki pakar mein a jao ge un ki qom agarche Allah aur risalat ki munkir na thi magar us ne hazrat salih ki baat ko aik mazak samjha</w:t>
      </w:r>
    </w:p>
    <w:p>
      <w:pPr>
        <w:jc w:val="right"/>
      </w:pPr>
      <w:r>
        <w:t>اگر تم نے میری بات نہ مانی تو تم خدا کی پکڑ میں اجاؤ گے ان کی قوم اگرچہ خدا اور رسالت کی منکر نہ تھی مگر اس نے حضرت صالح کی بات کو ایک مذاق سمجھا</w:t>
      </w:r>
    </w:p>
    <w:p>
      <w:r>
        <w:rPr>
          <w:b/>
        </w:rPr>
        <w:t xml:space="preserve">[1:51:25] </w:t>
      </w:r>
      <w:r>
        <w:t>kyun ke hazrat salih ke pas apni peghambari ko sabit karne ke liye sirf nazri daleel thi aur yeh insan ki kamzori hai ke woh sirf nazri daleel ki buniyad par bohat kam is ke liye tayyar hota hai ke aik manoos cheez ko chhoday aur doosri ghair manoos cheez ko ikhtiyar kar le</w:t>
      </w:r>
    </w:p>
    <w:p>
      <w:pPr>
        <w:jc w:val="right"/>
      </w:pPr>
      <w:r>
        <w:t>کیونکہ حضرت صالح کے پاس اپنی پیغمبری کو ثابت کرنے کے لیے صرف نظری دلیل تھی اور یہ انسان کی کمزوری ہے کہ وہ صرف نظری دلیل کی بنیاد پر بہت کم اس کے لیے تیار ہوتا ہے کہ ایک مانوس چیز کو چھوڑے اور دوسری غیر مانوس چیز کو اختیار کر لے</w:t>
      </w:r>
    </w:p>
    <w:p>
      <w:r>
        <w:rPr>
          <w:b/>
        </w:rPr>
        <w:t xml:space="preserve">[1:51:52] </w:t>
      </w:r>
      <w:r>
        <w:t>hazrat saleh ki qom jab nazri nishaniyon ke agay jhukne par tayyar na hui to akhri marhale mein is ke mutalbe ke mutabiq is ke liye hisse nishani bhi zahir kar di gayi yeh aik oontni thi jo logon ke samne thos chattan ke andar se nikal aayi</w:t>
      </w:r>
    </w:p>
    <w:p>
      <w:pPr>
        <w:jc w:val="right"/>
      </w:pPr>
      <w:r>
        <w:t>حضرت صالح کی قوم جب نظری نشانیوں کے اگے جھکنے پر تیار نہ ہوئی تو اخری مرحلے میں اس کے مطالبے کے مطابق اس کے لیے حصے نشانی بھی ظاہر کر دی گئی یہ ایک اونٹنی تھی جو لوگوں کے سامنے ٹھوس چٹان کے اندر سے نکل ائی</w:t>
      </w:r>
    </w:p>
    <w:p>
      <w:r>
        <w:rPr>
          <w:b/>
        </w:rPr>
        <w:t xml:space="preserve">[1:52:13] </w:t>
      </w:r>
      <w:r>
        <w:t>aisi nishani ke baray mein khuda ka qanoon hai ke jab woh zahir ki jati hai to is ke baad logon ke liye imtehan ki mazeed mahlat baqi nahi rehti chunancha hazrat saleh ne elan kar diya ke ab tum log ya to tauba kar ke meri baat maan lo warna tum sab log halak kar diye jaoge</w:t>
      </w:r>
    </w:p>
    <w:p>
      <w:pPr>
        <w:jc w:val="right"/>
      </w:pPr>
      <w:r>
        <w:t>ایسی نشانی کے بارے میں خدا کا قانون ہے کہ جب وہ ظاہر کی جاتی ہے تو اس کے بعد لوگوں کے لیے امتحان کی مزید مہلت باقی نہیں رہتی چنانچہ حضرت صالح نے اعلان کر دیا کہ اب تم لوگ یا تو توبہ کر کے میری بات مان لو ورنہ تم سب لوگ ہلاک کر دیے جاؤ گے</w:t>
      </w:r>
    </w:p>
    <w:p>
      <w:r>
        <w:rPr>
          <w:b/>
        </w:rPr>
        <w:t xml:space="preserve">[1:52:38] </w:t>
      </w:r>
      <w:r>
        <w:t>magar jo log nazri dalail ki quwwat ko mehsoos na kar sakein woh hussi dalail ko dekh kar</w:t>
      </w:r>
    </w:p>
    <w:p>
      <w:pPr>
        <w:jc w:val="right"/>
      </w:pPr>
      <w:r>
        <w:t>مگر جو لوگ نظری دلائل کی قوت کو محسوس نہ کر سکیں وہ حسی دلائل کو دیکھ کر</w:t>
      </w:r>
    </w:p>
    <w:p>
      <w:r>
        <w:rPr>
          <w:b/>
        </w:rPr>
        <w:t xml:space="preserve">[1:52:46] </w:t>
      </w:r>
      <w:r>
        <w:t>bhi is se ebrat pakadne mein nakaam rehte hain chunanche is ke baad bhi Hazrat Saleh ki qaum</w:t>
      </w:r>
    </w:p>
    <w:p>
      <w:pPr>
        <w:jc w:val="right"/>
      </w:pPr>
      <w:r>
        <w:t>بھی اس سے عبرت پکڑنے میں ناکام رہتے ہیں چنانچہ اس کے بعد بھی حضرت صالح کی قوم</w:t>
      </w:r>
    </w:p>
    <w:p>
      <w:r>
        <w:rPr>
          <w:b/>
        </w:rPr>
        <w:t xml:space="preserve">[1:52:55] </w:t>
      </w:r>
      <w:r>
        <w:t>apni sargashi se baz na aayi hatta ke us ne khud oontni ko maar dala is ke baad</w:t>
      </w:r>
    </w:p>
    <w:p>
      <w:pPr>
        <w:jc w:val="right"/>
      </w:pPr>
      <w:r>
        <w:t>اپنی سرکشی سے باز نہ ائی حتی کہ اس نے خود اونٹنی کو مار ڈالا اس کے بعد</w:t>
      </w:r>
    </w:p>
    <w:p>
      <w:r>
        <w:rPr>
          <w:b/>
        </w:rPr>
        <w:t xml:space="preserve">[1:53:02] </w:t>
      </w:r>
      <w:r>
        <w:t>un logon ke liye mazeed mohlat ka sawal na tha chunanche woh mita di gayi</w:t>
      </w:r>
    </w:p>
    <w:p>
      <w:pPr>
        <w:jc w:val="right"/>
      </w:pPr>
      <w:r>
        <w:t>ان لوگوں کے لیے مزید مہلت کا سوال نہ تھا چنانچہ وہ مٹا دی گئی</w:t>
      </w:r>
    </w:p>
    <w:p>
      <w:r>
        <w:rPr>
          <w:b/>
        </w:rPr>
        <w:t xml:space="preserve">[1:53:10] </w:t>
      </w:r>
      <w:r>
        <w:t>qom saleh ka ilaqah shimal maghribi arab tha hazrat saleh ko hukum hua ke tum yahan se bahar chale jao chunancha woh apne mukhlis sathiyon ko le kar sham ki taraf chale gaye is ke baad aik sakht zalzala aaya aur sari qom is ki lapait mein aa kar</w:t>
      </w:r>
    </w:p>
    <w:p>
      <w:pPr>
        <w:jc w:val="right"/>
      </w:pPr>
      <w:r>
        <w:t>قوم صالح کا علاقہ شمال مغربی عرب تھا حضرت صالح کو حکم ہوا کہ تم یہاں سے باہر چلے جاؤ چنانچہ وہ اپنے مخلص ساتھیوں کو لے کر شام کی طرف چلے گئے اس کے بعد ایک سخت زلزلہ ایا اور ساری قوم اس کی لپیٹ میں ا کر</w:t>
      </w:r>
    </w:p>
    <w:p>
      <w:r>
        <w:rPr>
          <w:b/>
        </w:rPr>
        <w:t xml:space="preserve">[1:53:31] </w:t>
      </w:r>
      <w:r>
        <w:t>buri tarah halak ho gayi</w:t>
      </w:r>
    </w:p>
    <w:p>
      <w:pPr>
        <w:jc w:val="right"/>
      </w:pPr>
      <w:r>
        <w:t>بری طرح ہلاک ہو گئی</w:t>
      </w:r>
    </w:p>
    <w:p>
      <w:r>
        <w:rPr>
          <w:b/>
        </w:rPr>
        <w:t xml:space="preserve">[1:53:36] </w:t>
      </w:r>
      <w:r>
        <w:t>walqad jaat rusulna ibrahim bilbushra qaloo salaman qal salam</w:t>
      </w:r>
    </w:p>
    <w:p>
      <w:pPr>
        <w:jc w:val="right"/>
      </w:pPr>
      <w:r>
        <w:t>ولقد جاءت رسلنا ابراهيم بالبشرى قالوا سلاما قال سلام</w:t>
      </w:r>
    </w:p>
    <w:p>
      <w:r>
        <w:rPr>
          <w:b/>
        </w:rPr>
        <w:t xml:space="preserve">[1:53:50] </w:t>
      </w:r>
      <w:r>
        <w:t>qal salam famalbits an jaa bi ajlin huneen falamma ra aidihim la tasul ilayhi nakerhum waojas minhum khifa</w:t>
      </w:r>
    </w:p>
    <w:p>
      <w:pPr>
        <w:jc w:val="right"/>
      </w:pPr>
      <w:r>
        <w:t>قال سلام فما لبث ان جاء بعجل حنين فلما را ايديهم لا تصل اليه نكرهم واوجس منهم خيفه</w:t>
      </w:r>
    </w:p>
    <w:p>
      <w:r>
        <w:rPr>
          <w:b/>
        </w:rPr>
        <w:t xml:space="preserve">[1:54:12] </w:t>
      </w:r>
      <w:r>
        <w:t>qaloo la takhaf ana ursilna ila qom loot wamraatuhu qaema</w:t>
      </w:r>
    </w:p>
    <w:p>
      <w:pPr>
        <w:jc w:val="right"/>
      </w:pPr>
      <w:r>
        <w:t>قالوا لا تخف انا ارسلنا الى قوم لوط وامراته قائمه</w:t>
      </w:r>
    </w:p>
    <w:p>
      <w:r>
        <w:rPr>
          <w:b/>
        </w:rPr>
        <w:t xml:space="preserve">[1:54:29] </w:t>
      </w:r>
      <w:r>
        <w:t>fadahikat fabashirnaha bisahaq fabashirnaha bisahaq wamin waraa ishaq yaqoob qalaty ya waylata</w:t>
      </w:r>
    </w:p>
    <w:p>
      <w:pPr>
        <w:jc w:val="right"/>
      </w:pPr>
      <w:r>
        <w:t>فضحكت فبشرناها باسحاق فبشرناها باسحاق ومن وراء اسحاق يعقوب قالت يا ويلتا</w:t>
      </w:r>
    </w:p>
    <w:p>
      <w:r>
        <w:rPr>
          <w:b/>
        </w:rPr>
        <w:t xml:space="preserve">[1:54:50] </w:t>
      </w:r>
      <w:r>
        <w:t>ad wa ana ajooz wahadha baali shaykha inna hadha lashayun ajeeb qaloo atajabeena min amrillah rahma tulahi wabarakatukum ahlal bait</w:t>
      </w:r>
    </w:p>
    <w:p>
      <w:pPr>
        <w:jc w:val="right"/>
      </w:pPr>
      <w:r>
        <w:t>الد وانا عجوز وهذا بعلي شيخا ان هذا لشيء عجيب قالوا اتعجبين من امر الله رحمه الله وبركاته عليكم اهل البيت</w:t>
      </w:r>
    </w:p>
    <w:p>
      <w:r>
        <w:rPr>
          <w:b/>
        </w:rPr>
        <w:t xml:space="preserve">[1:55:16] </w:t>
      </w:r>
      <w:r>
        <w:t>innahu hameed majeed</w:t>
      </w:r>
    </w:p>
    <w:p>
      <w:pPr>
        <w:jc w:val="right"/>
      </w:pPr>
      <w:r>
        <w:t>انه حميد مجيد</w:t>
      </w:r>
    </w:p>
    <w:p>
      <w:r>
        <w:rPr>
          <w:b/>
        </w:rPr>
        <w:t xml:space="preserve">[1:55:23] </w:t>
      </w:r>
      <w:r>
        <w:t>hazrat ibrahim ke pas hamare farishtay khushkhabri le kar aaye kaha tum par salamat ho ibrahim ne kaha tum par bhi salamat ho phir der na guzri ke ibrahim aik bhuna hua bachra le aaya phir jab dekha ke un ke hath khane ki taraf nahi barh rahe hain to woh khatak gaya aur dil mein un se dara</w:t>
      </w:r>
    </w:p>
    <w:p>
      <w:pPr>
        <w:jc w:val="right"/>
      </w:pPr>
      <w:r>
        <w:t>حضرت ابراہیم کے پاس ہمارے فرشتے خوشخبری لے کر ائے کہا تم پر سلامتی ہو ابراہیم نے کہا تم پر بھی سلامتی ہو پھر دیر نہ گزری کہ ابراہیم ایک بھنا ہوا بچھڑا لے ایا پھر جب دیکھا کہ ان کے ہاتھ کھانے کی طرف نہیں بڑھ رہے ہیں تو وہ کھٹک گیا اور دل میں ان سے ڈرا</w:t>
      </w:r>
    </w:p>
    <w:p>
      <w:r>
        <w:rPr>
          <w:b/>
        </w:rPr>
        <w:t xml:space="preserve">[1:55:51] </w:t>
      </w:r>
      <w:r>
        <w:t>unhon ne kaha ke daro nahi hum loot ki qom ki taraf bhi bhej gaye hain aur ibrahim ki بیوی khadi thi woh hans pari pas hum ne us ko ishaq ki khushkhabri di aur ishaq ke agay yaqoob ki</w:t>
      </w:r>
    </w:p>
    <w:p>
      <w:pPr>
        <w:jc w:val="right"/>
      </w:pPr>
      <w:r>
        <w:t>انہوں نے کہا کہ ڈرو نہیں ہم لوط کی قوم کی طرف بھیجے گئے ہیں اور ابراہیم کی بیوی کھڑی تھی وہ ہنس پڑی پس ہم نے اس کو اسحاق کی خوشخبری دی اور اسحاق کے اگے یعقوب کی</w:t>
      </w:r>
    </w:p>
    <w:p>
      <w:r>
        <w:rPr>
          <w:b/>
        </w:rPr>
        <w:t xml:space="preserve">[1:56:10] </w:t>
      </w:r>
      <w:r>
        <w:t>us ne kaha o kharabi kya mein bachcha jano gi halankay mein budhiya hoon aur yeh mera khawand bhi boodha hai yeh to aik ajib baat hai farishton ne kaha kya tum Allah ke hukum par taajjub karti ho</w:t>
      </w:r>
    </w:p>
    <w:p>
      <w:pPr>
        <w:jc w:val="right"/>
      </w:pPr>
      <w:r>
        <w:t>اس نے کہا او خرابی کیا میں بچہ جنوں گی حالانکہ میں بڑھیا ہوں اور یہ میرا خاوند بھی بوڑھا ہے یہ تو ایک عجیب بات ہے فرشتوں نے کہا کیا تم اللہ کے حکم پر تعجب کرتی ہو</w:t>
      </w:r>
    </w:p>
    <w:p>
      <w:r>
        <w:rPr>
          <w:b/>
        </w:rPr>
        <w:t xml:space="preserve">[1:56:33] </w:t>
      </w:r>
      <w:r>
        <w:t>ibrahim ke ghar walon tum par Allah ki rehmatain aur barkatain hain beshak Allah nihayat qabil tareef aur bari shan wala hai tasreeh hazrat ibrahim ki umar taqreeban so saal ho chuki thi ke aik roz chand intehai khubsurat nojawan un ke ghar mein dakhil hue</w:t>
      </w:r>
    </w:p>
    <w:p>
      <w:pPr>
        <w:jc w:val="right"/>
      </w:pPr>
      <w:r>
        <w:t>ابراہیم کے گھر والوں تم پر اللہ کی رحمتیں اور برکتیں ہیں بے شک اللہ نہایت قابل تعریف اور بڑی شان والا ہے تصریح حضرت ابراہیم کی عمر تقریبا سو سال ہو چکی تھی کہ ایک روز چند انتہائی خوبصورت نوجوان ان کے گھر میں داخل ہوئے</w:t>
      </w:r>
    </w:p>
    <w:p>
      <w:r>
        <w:rPr>
          <w:b/>
        </w:rPr>
        <w:t xml:space="preserve">[1:56:58] </w:t>
      </w:r>
      <w:r>
        <w:t>hazrat ibrahim ne un ko mehman samajh kar foran un ke khane ka intezam kiya magar woh insan nahi thay balke Khuda ke farishtay thay woh bak waqt do maqsad ke liye aaye thay</w:t>
      </w:r>
    </w:p>
    <w:p>
      <w:pPr>
        <w:jc w:val="right"/>
      </w:pPr>
      <w:r>
        <w:t>حضرت ابراہیم نے ان کو مہمان سمجھ کر فورا ان کے کھانے کا انتظام کیا مگر وہ انسان نہیں تھے بلکہ خدا کے فرشتے تھے وہ بیک وقت دو مقصد کے لیے ائے تھے</w:t>
      </w:r>
    </w:p>
    <w:p>
      <w:r>
        <w:rPr>
          <w:b/>
        </w:rPr>
        <w:t xml:space="preserve">[1:57:14] </w:t>
      </w:r>
      <w:r>
        <w:t>aik hazrat ibrahim ko aulad ki basharat dena dosray hazrat loot ki qom ko halak karna jo inkar aur sarkashi ki akhri had par pahunch chuki thi hazrat ibrahim aur un ki aaliya ko bete aur pote ki basharat dena aam maano mein mahaz aulad ki basharat na thi</w:t>
      </w:r>
    </w:p>
    <w:p>
      <w:pPr>
        <w:jc w:val="right"/>
      </w:pPr>
      <w:r>
        <w:t>ایک حضرت ابراہیم کو اولاد کی بشارت دینا دوسرے حضرت لوط کی قوم کو ہلاک کرنا جو انکار اور سرکشی کی اخری حد پر پہنچ چکی تھی حضرت ابراہیم اور ان کی عالیہ کو بیٹے اور پوتے کی بشارت دینا عام معنوں میں محض اولاد کی بشارت نہ تھی</w:t>
      </w:r>
    </w:p>
    <w:p>
      <w:r>
        <w:rPr>
          <w:b/>
        </w:rPr>
        <w:t xml:space="preserve">[1:57:43] </w:t>
      </w:r>
      <w:r>
        <w:t>yeh saleh aur daai insano ka aik gharana wajood mein lana tha tareekh ka tajurba hai ke aksar koi gharana hota hai jo deen haq ki khidmat ke liye khada hota hai nabiyon ki tareekh aur nabiyon ke baad un ke sachay peeron ke waqiat yahi batate hain</w:t>
      </w:r>
    </w:p>
    <w:p>
      <w:pPr>
        <w:jc w:val="right"/>
      </w:pPr>
      <w:r>
        <w:t>یہ صالح اور داعی انسانوں کا ایک گھرانہ وجود میں لانا تھا تاریخ کا تجربہ ہے کہ اکثر کوئی گھرانہ ہوتا ہے جو دین حق کی خدمت کے لیے کھڑا ہوتا ہے نبیوں کی تاریخ اور نبیوں کے بعد ان کے سچے پیروں کے واقعات یہی بتاتے ہیں</w:t>
      </w:r>
    </w:p>
    <w:p>
      <w:r>
        <w:rPr>
          <w:b/>
        </w:rPr>
        <w:t xml:space="preserve">[1:58:05] </w:t>
      </w:r>
      <w:r>
        <w:t>is ki wajah yeh hai ke aik shakhs jis par sachai ka inkeshaf hota hai woh apne zamanay ke logon ki nazar mein aik mamooli insan hota hai is bana par aam logon ke liye is ke maqam ko pehchanna aur is ka sath dena bohat mushkil hota hai</w:t>
      </w:r>
    </w:p>
    <w:p>
      <w:pPr>
        <w:jc w:val="right"/>
      </w:pPr>
      <w:r>
        <w:t>اس کی وجہ یہ ہے کہ ایک شخص جس پر سچائی کا انکشاف ہوتا ہے وہ اپنے زمانے کے لوگوں کی نظر میں ایک معمولی انسان ہوتا ہے اس بنا پر عام لوگوں کے لیے اس کے مقام کو پہچاننا اور اس کا ساتھ دینا بہت مشکل ہوتا ہے</w:t>
      </w:r>
    </w:p>
    <w:p>
      <w:r>
        <w:rPr>
          <w:b/>
        </w:rPr>
        <w:t xml:space="preserve">[1:58:27] </w:t>
      </w:r>
      <w:r>
        <w:t>magar is ke apne ghar walay ke liye zaati rishta aik mazeed wajah ban jata hai jis cheez ko bahar walay zahir bini ki bana par dekh nahi paate ghar walay zaati taluq ki bana par is ko mehsoos kar lete hain</w:t>
      </w:r>
    </w:p>
    <w:p>
      <w:pPr>
        <w:jc w:val="right"/>
      </w:pPr>
      <w:r>
        <w:t>مگر اس کے اپنے گھر والے کے لیے ذاتی رشتہ ایک مزید وجہ بن جاتا ہے جس چیز کو باہر والے ظاہر بینی کی بنا پر دیکھ نہیں پاتے گھر والے ذاتی تعلق کی بنا پر اس کو محسوس کر لیتے ہیں</w:t>
      </w:r>
    </w:p>
    <w:p>
      <w:r>
        <w:rPr>
          <w:b/>
        </w:rPr>
        <w:t xml:space="preserve">[1:58:47] </w:t>
      </w:r>
      <w:r>
        <w:t>aur is ke mission mein is ke sathi ban jate hain</w:t>
      </w:r>
    </w:p>
    <w:p>
      <w:pPr>
        <w:jc w:val="right"/>
      </w:pPr>
      <w:r>
        <w:t>اور اس کے مشن میں اس کے ساتھی بن جاتے ہیں</w:t>
      </w:r>
    </w:p>
    <w:p>
      <w:r>
        <w:rPr>
          <w:b/>
        </w:rPr>
        <w:t xml:space="preserve">[1:58:53] </w:t>
      </w:r>
      <w:r>
        <w:t>falamma zahaba an ibrahim alroou wajatahu albushra yujadiluna fi qom loot inna ibrahim lahaleem</w:t>
      </w:r>
    </w:p>
    <w:p>
      <w:pPr>
        <w:jc w:val="right"/>
      </w:pPr>
      <w:r>
        <w:t>فلما ذهب عن ابراهيم الروع وجاءته البشرى يجادلنا فی قوم لوط ان ابراهیم لحلیم</w:t>
      </w:r>
    </w:p>
    <w:p>
      <w:r>
        <w:rPr>
          <w:b/>
        </w:rPr>
        <w:t xml:space="preserve">[1:59:10] </w:t>
      </w:r>
      <w:r>
        <w:t>awwah munib ya ibrahim aird an hadha innahu qad jaa amru rabbik</w:t>
      </w:r>
    </w:p>
    <w:p>
      <w:pPr>
        <w:jc w:val="right"/>
      </w:pPr>
      <w:r>
        <w:t>اواه منيب يا ابراهیم اعرض عن هذا انه قد جاء امر ربك</w:t>
      </w:r>
    </w:p>
    <w:p>
      <w:r>
        <w:rPr>
          <w:b/>
        </w:rPr>
        <w:t xml:space="preserve">[1:59:28] </w:t>
      </w:r>
      <w:r>
        <w:t>wanahum atihim azab ghair mardood</w:t>
      </w:r>
    </w:p>
    <w:p>
      <w:pPr>
        <w:jc w:val="right"/>
      </w:pPr>
      <w:r>
        <w:t>وانهم اتيهم عذاب غير مردود</w:t>
      </w:r>
    </w:p>
    <w:p>
      <w:r>
        <w:rPr>
          <w:b/>
        </w:rPr>
        <w:t xml:space="preserve">[1:59:39] </w:t>
      </w:r>
      <w:r>
        <w:t>phir jab Ibrahim ka khauf door hua aur us ko khushkhabri mili to woh hum se qaum-e-Lut</w:t>
      </w:r>
    </w:p>
    <w:p>
      <w:pPr>
        <w:jc w:val="right"/>
      </w:pPr>
      <w:r>
        <w:t>پھر جب ابراہیم کا خوف دور ہوا اور اس کو خوشخبری ملی تو وہ ہم سے قوم لوط</w:t>
      </w:r>
    </w:p>
    <w:p>
      <w:r>
        <w:rPr>
          <w:b/>
        </w:rPr>
        <w:t xml:space="preserve">[1:59:46] </w:t>
      </w:r>
      <w:r>
        <w:t>ke baray mein jhagadne laga beshak Ibrahim bada halim aur narm dil tha aur rujoo karne wala</w:t>
      </w:r>
    </w:p>
    <w:p>
      <w:pPr>
        <w:jc w:val="right"/>
      </w:pPr>
      <w:r>
        <w:t>کے بارے میں جھگڑنے لگا بے شک ابراہیم بڑا حلیم اور نرم دل تھا اور رجوع کرنے والا</w:t>
      </w:r>
    </w:p>
    <w:p>
      <w:r>
        <w:rPr>
          <w:b/>
        </w:rPr>
        <w:t xml:space="preserve">[1:59:54] </w:t>
      </w:r>
      <w:r>
        <w:t>tha aye Ibrahim is ko chodo tumhare Rab ka hukum achuka hai aur un par ek aisa azaab</w:t>
      </w:r>
    </w:p>
    <w:p>
      <w:pPr>
        <w:jc w:val="right"/>
      </w:pPr>
      <w:r>
        <w:t>تھا اے ابراہیم اس کو چھوڑو تمہارے رب کا حکم اچکا ہے اور ان پر ایک ایسا عذاب</w:t>
      </w:r>
    </w:p>
    <w:p>
      <w:r>
        <w:rPr>
          <w:b/>
        </w:rPr>
        <w:t xml:space="preserve">[2:00:03] </w:t>
      </w:r>
      <w:r>
        <w:t>aane wala hai jo lotaya nahi jata</w:t>
      </w:r>
    </w:p>
    <w:p>
      <w:pPr>
        <w:jc w:val="right"/>
      </w:pPr>
      <w:r>
        <w:t>انے والا ہے جو لوٹایا نہیں جاتا</w:t>
      </w:r>
    </w:p>
    <w:p>
      <w:r>
        <w:rPr>
          <w:b/>
        </w:rPr>
        <w:t xml:space="preserve">[2:00:09] </w:t>
      </w:r>
      <w:r>
        <w:t>tashreeh hazrat ibrahim ki yeh guftagu un farishton se hui jo qaum-e-loot ko halak karne ke liye aaye the kyunke yeh farishte khuda ki taraf se aur us ke hukum ki taameel mein aaye the is liye khuda ne is ko apni taraf mansoob farmaya</w:t>
      </w:r>
    </w:p>
    <w:p>
      <w:pPr>
        <w:jc w:val="right"/>
      </w:pPr>
      <w:r>
        <w:t>تشریح حضرت ابراہیم کی یہ گفتگو ان فرشتوں سے ہوئی جو قوم لوط کو ہلاک کرنے کے لیے ائے تھے کیونکہ یہ فرشتے خدا کی طرف سے اور اس کے حکم کی تعمیل میں ائے تھے اس لیے خدا نے اس کو اپنی طرف منسوب فرمایا</w:t>
      </w:r>
    </w:p>
    <w:p>
      <w:r>
        <w:rPr>
          <w:b/>
        </w:rPr>
        <w:t xml:space="preserve">[2:00:30] </w:t>
      </w:r>
      <w:r>
        <w:t>paighambar aur farishton ke darmiyan is guftagu ka ek juz surah-e-ankaboot mein mazkoor hai aur is ka tafseeli zikr bible ke bab-e-paidaish mein aaya hai</w:t>
      </w:r>
    </w:p>
    <w:p>
      <w:pPr>
        <w:jc w:val="right"/>
      </w:pPr>
      <w:r>
        <w:t>پیغمبر اور فرشتوں کے درمیان اس گفتگو کا ایک جز سورہ عنکبوت میں مذکور ہے اور اس کا تفصیلی ذکر بائبل کے باب پیدائش میں ایا ہے</w:t>
      </w:r>
    </w:p>
    <w:p>
      <w:r>
        <w:rPr>
          <w:b/>
        </w:rPr>
        <w:t xml:space="preserve">[2:00:46] </w:t>
      </w:r>
      <w:r>
        <w:t>hazrat ibrahim ki dua qaum-e-loot ke haq mein manzoor nahi hui isi tarah is se pehle hazrat nooh ki dua apne bete ke liye manzoor nahi hui thi</w:t>
      </w:r>
    </w:p>
    <w:p>
      <w:pPr>
        <w:jc w:val="right"/>
      </w:pPr>
      <w:r>
        <w:t>حضرت ابراہیم کی دعا قوم لوط کے حق میں منظور نہیں ہوئی اسی طرح اس سے پہلے حضرت نوح کی دعا اپنے بیٹے کے لیے منظور نہیں ہوئی تھی</w:t>
      </w:r>
    </w:p>
    <w:p>
      <w:r>
        <w:rPr>
          <w:b/>
        </w:rPr>
        <w:t xml:space="preserve">[2:00:57] </w:t>
      </w:r>
      <w:r>
        <w:t>is ki wajah yeh hai ke maghfirat ki dua ma'roof ma'non mein koi sifarish nahi hai jo ke ek shakhs doosre shakhs ke liye kare aur woh dua karne wale ki buzurgi ki bina par us ke haq mein maan li jaye dua khud apne aap ko khuda ke samne pesh karna hai</w:t>
      </w:r>
    </w:p>
    <w:p>
      <w:pPr>
        <w:jc w:val="right"/>
      </w:pPr>
      <w:r>
        <w:t>اس کی وجہ یہ ہے کہ مغفرت کی دعا معروف معنوں میں کوئی سفارش نہیں ہے جو کہ ایک شخص دوسرے شخص کے لیے کرے اور وہ دعا کرنے والے کی بزرگی کی بنا پر اس کے حق میں مان لی جائے دعا خود اپنے اپ کو خدا کے سامنے پیش کرنا ہے</w:t>
      </w:r>
    </w:p>
    <w:p>
      <w:r>
        <w:rPr>
          <w:b/>
        </w:rPr>
        <w:t xml:space="preserve">[2:01:19] </w:t>
      </w:r>
      <w:r>
        <w:t>agar aisa hota ke hazrat nooh ke bete ya hazrat loot ki qaum ke logon ke andar khud dua ka jazba ubhar aata aur woh apni nijat ke liye khuda ko pukarte to yaqeenan khuda unhein maaf kar deta aur apni rehmat un ki taraf bhej deta</w:t>
      </w:r>
    </w:p>
    <w:p>
      <w:pPr>
        <w:jc w:val="right"/>
      </w:pPr>
      <w:r>
        <w:t>اگر ایسا ہوتا کہ حضرت نوح کے بیٹے یا حضرت لوط کی قوم کے لوگوں کے اندر خود دعا کا جذبہ ابھر اتا اور وہ اپنی نجات کے لیے خدا کو پکارتے تو یقینا خدا انہیں معاف کر دیتا اور اپنی رحمت ان کی طرف بھیج دیتا</w:t>
      </w:r>
    </w:p>
    <w:p>
      <w:r>
        <w:rPr>
          <w:b/>
        </w:rPr>
        <w:t xml:space="preserve">[2:01:43] </w:t>
      </w:r>
      <w:r>
        <w:t>azaab ka lota diya jana mumkin hai jaisa ke hazrat yunus ki qaum ki misaal se sabit hota hai magar woh jab bhi lotega khud zer-e-azaab afraad ki duaon se lotega na ke kisi ghair shakhs ki duaon se khwah yeh ghair shakhs paighambar hi kyun na ho</w:t>
      </w:r>
    </w:p>
    <w:p>
      <w:pPr>
        <w:jc w:val="right"/>
      </w:pPr>
      <w:r>
        <w:t>عذاب کا لوٹا دیا جانا ممکن ہے جیسا کہ حضرت یونس کی قوم کی مثال سے ثابت ہوتا ہے مگر وہ جب بھی لوٹے گا خود زیر سزا افراد کی دعاؤں سے لوٹے گا نہ کہ کسی غیر شخص کی دعاؤں سے خواہ یہ غیر شخص پیغمبر ہی کیوں نہ ہو</w:t>
      </w:r>
    </w:p>
    <w:p>
      <w:r>
        <w:rPr>
          <w:b/>
        </w:rPr>
        <w:t xml:space="preserve">[2:02:09] </w:t>
      </w:r>
      <w:r>
        <w:t>ek shakhs ko doosre shakhs ke liye bhi dua karni chahiye aur har zamane mein paighambaron ne aur saleh logon ne doosron ke liye duaen ki hain magar yeh dua haqeeqatan khud dua karne wale ke halim aur abah aur muneeb hone ka izhaar hota hai</w:t>
      </w:r>
    </w:p>
    <w:p>
      <w:pPr>
        <w:jc w:val="right"/>
      </w:pPr>
      <w:r>
        <w:t>ایک شخص کو دوسرے شخص کے لیے بھی دعا کرنی چاہیے اور ہر زمانے میں پیغمبروں نے اور صالح لوگوں نے دوسروں کے لیے دعائیں کی ہیں مگر یہ دعا حقیقتا خود دعا کرنے والے کے حلیم اور اباہ اور منیب ہونے کا اظہار ہوتا ہے</w:t>
      </w:r>
    </w:p>
    <w:p>
      <w:r>
        <w:rPr>
          <w:b/>
        </w:rPr>
        <w:t xml:space="preserve">[2:02:31] </w:t>
      </w:r>
      <w:r>
        <w:t>allah ka ek banda jo allah se darta ho woh allah ke azaab ko dekh kar kanp uthta hai aur apne liye aur doosron ke liye duaen karne lagta hai taham kisi ki dua doosre ke haq mein isi waqt mufeed hogi</w:t>
      </w:r>
    </w:p>
    <w:p>
      <w:pPr>
        <w:jc w:val="right"/>
      </w:pPr>
      <w:r>
        <w:t>اللہ کا ایک بندہ جو اللہ سے ڈرتا ہو وہ اللہ کے عذاب کو دیکھ کر کانپ اٹھتا ہے اور اپنے لیے اور دوسروں کے لیے دعائیں کرنے لگتا ہے تاہم کسی کی دعا دوسرے کے حق میں اسی وقت مفید ہوگی</w:t>
      </w:r>
    </w:p>
    <w:p>
      <w:r>
        <w:rPr>
          <w:b/>
        </w:rPr>
        <w:t xml:space="preserve">[2:02:48] </w:t>
      </w:r>
      <w:r>
        <w:t>jab ke woh khud bhi allah se dar kar allah ko pukaar raha ho walama jaat rusuluna loota sin bihim wa daaq bihim zar'an</w:t>
      </w:r>
    </w:p>
    <w:p>
      <w:pPr>
        <w:jc w:val="right"/>
      </w:pPr>
      <w:r>
        <w:t>جب کہ وہ خود بھی اللہ سے ڈر کر اللہ کو پکار رہا ہو ولما جاءت رسلنا لوطا سين بهم وضاق بهم ذرعا</w:t>
      </w:r>
    </w:p>
    <w:p>
      <w:r>
        <w:rPr>
          <w:b/>
        </w:rPr>
        <w:t xml:space="preserve">[2:03:07] </w:t>
      </w:r>
      <w:r>
        <w:t>wa qala hatha yawmun aseebun</w:t>
      </w:r>
    </w:p>
    <w:p>
      <w:pPr>
        <w:jc w:val="right"/>
      </w:pPr>
      <w:r>
        <w:t>وقال هذا يوم عصيب</w:t>
      </w:r>
    </w:p>
    <w:p>
      <w:r>
        <w:rPr>
          <w:b/>
        </w:rPr>
        <w:t xml:space="preserve">[2:03:13] </w:t>
      </w:r>
      <w:r>
        <w:t>wa ja'ahu qawmuhu yahr'oona ilayhi wa min qablu kaanu ya'maloonas sayyi'aat qala ya qawmi ha'ula'i banati hunna</w:t>
      </w:r>
    </w:p>
    <w:p>
      <w:pPr>
        <w:jc w:val="right"/>
      </w:pPr>
      <w:r>
        <w:t>وجاءه قومه يهرعون اليه ومن قبل كانوا يعملون السيئات قال يا قوم هؤلاء بناتي هن</w:t>
      </w:r>
    </w:p>
    <w:p>
      <w:r>
        <w:rPr>
          <w:b/>
        </w:rPr>
        <w:t xml:space="preserve">[2:03:34] </w:t>
      </w:r>
      <w:r>
        <w:t>at'haru lakum fa'taqoolaha wala tukhzoon fi daifi alaisa minkum rajulun rasheedun qalu laqad alimta ma lana fi banatika min haqqin</w:t>
      </w:r>
    </w:p>
    <w:p>
      <w:pPr>
        <w:jc w:val="right"/>
      </w:pPr>
      <w:r>
        <w:t>اطهر لكم فاتقوا الله ولا تخزون في ضيفي اليس منكم رجل رشيد قالوا لقد علمت ما لنا في بناتك من حق</w:t>
      </w:r>
    </w:p>
    <w:p>
      <w:r>
        <w:rPr>
          <w:b/>
        </w:rPr>
        <w:t xml:space="preserve">[2:03:55] </w:t>
      </w:r>
      <w:r>
        <w:t>wa innaka lata'lamu ma nureed</w:t>
      </w:r>
    </w:p>
    <w:p>
      <w:pPr>
        <w:jc w:val="right"/>
      </w:pPr>
      <w:r>
        <w:t>وانك لتعلم ما نريد</w:t>
      </w:r>
    </w:p>
    <w:p>
      <w:r>
        <w:rPr>
          <w:b/>
        </w:rPr>
        <w:t xml:space="preserve">[2:04:02] </w:t>
      </w:r>
      <w:r>
        <w:t>aur jab hamare farishte loot ke paas pahunche to woh ghabraya aur un ke aane se dil tang hua us ne kaha aaj ka din bada sakht hai aur us ki qaum ke log daudte hue us ke paas aaye aur woh pehle se bure kaam kar rahe the</w:t>
      </w:r>
    </w:p>
    <w:p>
      <w:pPr>
        <w:jc w:val="right"/>
      </w:pPr>
      <w:r>
        <w:t>اور جب ہمارے فرشتے لوط کے پاس پہنچے تو وہ گھبرایا اور ان کے آنے سے دل تنگ ہوا اس نے کہا آج کا دن بڑا سخت ہے اور اس کی قوم کے لوگ دوڑتے ہوئے اس کے پاس آئے اور وہ پہلے سے برے کام کر رہے تھے</w:t>
      </w:r>
    </w:p>
    <w:p>
      <w:r>
        <w:rPr>
          <w:b/>
        </w:rPr>
        <w:t xml:space="preserve">[2:04:24] </w:t>
      </w:r>
      <w:r>
        <w:t>loot ne kaha aye meri qaum yeh meri betiyan hain woh tumhare liye zyada pakeeza hain pas tum allah se doro aur mujh ko mere mehmanon ke samne ruswa na karo kya tum mein koi bhala aadmi nahi hai unhon ne kaha tum jante ho ke hum ko tumhari betiyon se kuch gharz nahi aur tum jante ho ke hum kya chahte hain</w:t>
      </w:r>
    </w:p>
    <w:p>
      <w:pPr>
        <w:jc w:val="right"/>
      </w:pPr>
      <w:r>
        <w:t>لوط نے کہا اے میری قوم یہ میری بیٹیاں ہیں وہ تمہارے لیے زیادہ پاکیزہ ہیں پس تم اللہ سے ڈرو اور مجھ کو میرے مہمانوں کے سامنے رسوا نہ کرو کیا تم میں کوئی بھلا آدمی نہیں ہے انہوں نے کہا تم جانتے ہو کہ ہم کو تمہاری بیٹیوں سے کچھ غرض نہیں اور تم جانتے ہو کہ ہم کیا چاہتے ہیں</w:t>
      </w:r>
    </w:p>
    <w:p>
      <w:r>
        <w:rPr>
          <w:b/>
        </w:rPr>
        <w:t xml:space="preserve">[2:04:54] </w:t>
      </w:r>
      <w:r>
        <w:t>tashreeh</w:t>
      </w:r>
    </w:p>
    <w:p>
      <w:pPr>
        <w:jc w:val="right"/>
      </w:pPr>
      <w:r>
        <w:t>تشریح</w:t>
      </w:r>
    </w:p>
    <w:p>
      <w:r>
        <w:rPr>
          <w:b/>
        </w:rPr>
        <w:t xml:space="preserve">[2:04:57] </w:t>
      </w:r>
      <w:r>
        <w:t>hazrat loot ke paas jo farishte aaye woh azaab ke farishte the magar woh nihayat khoobsurat naujawanon ki soorat mein basti ke andar dakhil hue yeh darasal un ko aakhri taur par mujrim sabit karne ke liye tha aadmi jab musalsal ek burai karta hai to us ke bare mein woh bilkul be-hiss ho jata hai</w:t>
      </w:r>
    </w:p>
    <w:p>
      <w:pPr>
        <w:jc w:val="right"/>
      </w:pPr>
      <w:r>
        <w:t>حضرت لوط کے پاس جو فرشتے آئے وہ عذاب کے فرشتے تھے مگر وہ نہایت خوبصورت نوجوانوں کی صورت میں بستی کے اندر داخل ہوئے یہ دراصل ان کو آخری طور پر مجرم ثابت کرنے کے لیے تھا آدمی جب مسلسل ایک برائی کرتا ہے تو اس کے بارے میں وہ بالکل بے حس ہو جاتا ہے</w:t>
      </w:r>
    </w:p>
    <w:p>
      <w:r>
        <w:rPr>
          <w:b/>
        </w:rPr>
        <w:t xml:space="preserve">[2:05:23] </w:t>
      </w:r>
      <w:r>
        <w:t>yehi haal qaum-e-loot ka tha woh ab khullam khulla badkari karne lage the chunache jab unhon ne dekha ke khoobsurat ladke hazrat loot ke ghar aaye hue hain to woh shahwat ke jazbat liye hue aap ke ghar ki taraf daud pade unhon ne intehai be-hayai ke sath mutaliba shuru kiya ke in ladkon ko hamare hawale kar diya jaye</w:t>
      </w:r>
    </w:p>
    <w:p>
      <w:pPr>
        <w:jc w:val="right"/>
      </w:pPr>
      <w:r>
        <w:t>یہی حال قوم لوط کا تھا وہ اب کھلم کھلا بدکاری کرنے لگے تھے چنانچہ جب انہوں نے دیکھا کہ خوبصورت لڑکے حضرت لوط کے گھر آئے ہوئے ہیں تو وہ شہوت کے جذبات لیے ہوئے آپ کے گھر کی طرف دوڑ پڑے انہوں نے انتہائی بے حیائی کے ساتھ مطالبہ شروع کیا کہ ان لڑکوں کو ہمارے حوالے کر دیا جائے</w:t>
      </w:r>
    </w:p>
    <w:p>
      <w:r>
        <w:rPr>
          <w:b/>
        </w:rPr>
        <w:t xml:space="preserve">[2:05:50] </w:t>
      </w:r>
      <w:r>
        <w:t>hazrat loot ne sharir logon ko is tarah aate hue dekha to aap par sakht sharm aur ghairat tari hui aap ne kaha yeh qaum ki betiyan hain in mein se jis se chaho nikah kar lo aur apni fitri khwahish poori karo kisi qaum mein jo bare buzurg hote hain woh qaum ki tamam ladkiyon ko beti keh kar pukarte hain</w:t>
      </w:r>
    </w:p>
    <w:p>
      <w:pPr>
        <w:jc w:val="right"/>
      </w:pPr>
      <w:r>
        <w:t>حضرت لوط نے شریر لوگوں کو اس طرح آتے ہوئے دیکھا تو آپ پر سخت شرم اور غرض طاری ہوئی آپ نے کہا یہ قوم کی بیٹیاں ہیں ان میں سے جس سے چاہو نکاح کر لو اور اپنی فطری خواہش پوری کرو کسی قوم میں جو بڑے بوڑھے ہوتے ہیں وہ قوم کی تمام لڑکیوں کو بیٹی کہہ کر پکارتے ہیں</w:t>
      </w:r>
    </w:p>
    <w:p>
      <w:r>
        <w:rPr>
          <w:b/>
        </w:rPr>
        <w:t xml:space="preserve">[2:06:16] </w:t>
      </w:r>
      <w:r>
        <w:t>isi ma'ne mein Hazrat Lut ne qaum ki betiyon ko meri betiyan farmaya</w:t>
      </w:r>
    </w:p>
    <w:p>
      <w:pPr>
        <w:jc w:val="right"/>
      </w:pPr>
      <w:r>
        <w:t>اسی معنی میں حضرت لوط نے قوم کی بیٹیوں کو میری بیٹیاں فرمایا</w:t>
      </w:r>
    </w:p>
    <w:p>
      <w:r>
        <w:rPr>
          <w:b/>
        </w:rPr>
        <w:t xml:space="preserve">[2:06:23] </w:t>
      </w:r>
      <w:r>
        <w:t>magar un logon ne Hazrat Lut ki jaiz peshkash ko thukra diya aur na-jaiz ki taraf badastoor daudte</w:t>
      </w:r>
    </w:p>
    <w:p>
      <w:pPr>
        <w:jc w:val="right"/>
      </w:pPr>
      <w:r>
        <w:t>مگر ان لوگوں نے حضرت لوط کی جائز پیشکش کو ٹھکرا دیا اور ناجائز کی طرف بدستور دوڑتے</w:t>
      </w:r>
    </w:p>
    <w:p>
      <w:r>
        <w:rPr>
          <w:b/>
        </w:rPr>
        <w:t xml:space="preserve">[2:06:32] </w:t>
      </w:r>
      <w:r>
        <w:t>rahe is se aakhri taur par sabit ho gaya ke yeh log mujrim hain aur yaqeenan is qabil hain</w:t>
      </w:r>
    </w:p>
    <w:p>
      <w:pPr>
        <w:jc w:val="right"/>
      </w:pPr>
      <w:r>
        <w:t>رہے اس سے آخری طور پر ثابت ہوگیا کہ یہ لوگ مجرم ہیں اور یقینا اس قابل ہیں</w:t>
      </w:r>
    </w:p>
    <w:p>
      <w:r>
        <w:rPr>
          <w:b/>
        </w:rPr>
        <w:t xml:space="preserve">[2:06:39] </w:t>
      </w:r>
      <w:r>
        <w:t>ke unhein halak kar diya jaye chunanche is ke baad woh sab ke sab halak kar diye gaye</w:t>
      </w:r>
    </w:p>
    <w:p>
      <w:pPr>
        <w:jc w:val="right"/>
      </w:pPr>
      <w:r>
        <w:t>کہ انہیں ہلاک کر دیا جائے چنانچہ اس کے بعد وہ سب کے سب ہلاک کر دیے گئے</w:t>
      </w:r>
    </w:p>
    <w:p>
      <w:r>
        <w:rPr>
          <w:b/>
        </w:rPr>
        <w:t xml:space="preserve">[2:06:47] </w:t>
      </w:r>
      <w:r>
        <w:t>kya tum mein ek bhi rajul-e-rasheed nahi yeh us bande-khuda ka aakhri kalma hota hai jis ke paas sharir logon ko rokne ke liye madi quwwat na ho aur ma'qooliyat ki tamam baaten un ko rokne ke liye na-kaafi sabit hui hon</w:t>
      </w:r>
    </w:p>
    <w:p>
      <w:pPr>
        <w:jc w:val="right"/>
      </w:pPr>
      <w:r>
        <w:t>کیا تم میں ایک بھی رجل رشید نہیں یہ اس بندہ خدا کا آخری کلمہ ہوتا ہے جس کے پاس شریر لوگوں کے روکنے کے لیے مادی قوت نہ ہو اور معقولیت کی تمام باتیں ان کو روکنے کے لیے ناکافی ثابت ہوئی ہوں</w:t>
      </w:r>
    </w:p>
    <w:p>
      <w:r>
        <w:rPr>
          <w:b/>
        </w:rPr>
        <w:t xml:space="preserve">[2:07:10] </w:t>
      </w:r>
      <w:r>
        <w:t>is waqt is tarah ka jumla bol kar woh qaum ki ghairat ko pukarta hai aur is ke zamir ko bedar karna chahta hai is ke baad bhi agar aisa ho ke log badastoor be-hiss banay rahen to is ka matlab hota hai ke un ke andar insaniyat aur sharafat ka koi darja baqi nahin raha</w:t>
      </w:r>
    </w:p>
    <w:p>
      <w:pPr>
        <w:jc w:val="right"/>
      </w:pPr>
      <w:r>
        <w:t>اس وقت اس طرح کا جملہ بول کر وہ قوم کی غیرت کو پکارتا ہے اور اس کے ضمیر کو بیدار کرنا چاہتا ہے اس کے بعد بھی اگر ایسا ہو کہ لوگ بدستور بے حس بنے رہیں تو اس کا مطلب ہوتا ہے کہ ان کے اندر انسانیت اور شرافت کا کوئی درجہ باقی نہیں رہا</w:t>
      </w:r>
    </w:p>
    <w:p>
      <w:r>
        <w:rPr>
          <w:b/>
        </w:rPr>
        <w:t xml:space="preserve">[2:07:35] </w:t>
      </w:r>
      <w:r>
        <w:t>qaala law anna lee bikum quwwatun aw awee ila ruknin shadeedin qaaloo yaa lootu inna rusula rabbika lan yaṣiloo</w:t>
      </w:r>
    </w:p>
    <w:p>
      <w:pPr>
        <w:jc w:val="right"/>
      </w:pPr>
      <w:r>
        <w:t>قال لو ان لي بكم قوۃ او اوي الى ركن شديد قالوا یا لوط انا رسل ربک لن يصلوا</w:t>
      </w:r>
    </w:p>
    <w:p>
      <w:r>
        <w:rPr>
          <w:b/>
        </w:rPr>
        <w:t xml:space="preserve">[2:07:55] </w:t>
      </w:r>
      <w:r>
        <w:t>ilayka fa asir bi ahlika bi qit'atin minal laili fa asir bi ahlika bi qit'atin minal laili wa la yaltafit minkum ahadun illa imraatuka innahoo museebuha maa</w:t>
      </w:r>
    </w:p>
    <w:p>
      <w:pPr>
        <w:jc w:val="right"/>
      </w:pPr>
      <w:r>
        <w:t>الیک فاسر باہلک بقطع من الليل فاسر باہلک بقطع من الليل ولا يلتفت منكم احد الا امراتك انه مصيبها ما</w:t>
      </w:r>
    </w:p>
    <w:p>
      <w:r>
        <w:rPr>
          <w:b/>
        </w:rPr>
        <w:t xml:space="preserve">[2:08:18] </w:t>
      </w:r>
      <w:r>
        <w:t>aṣaabahaa inna maw'idahum us-ṣubḥu alaysa aṣ-ṣubḥu bi qareeb falammaa jaaa'a amrunaa ja'alnaa 'aaliyahaa saafilahaa wa amṭarnaa 'alayhaa ḥijaarata</w:t>
      </w:r>
    </w:p>
    <w:p>
      <w:pPr>
        <w:jc w:val="right"/>
      </w:pPr>
      <w:r>
        <w:t>اصابهم ان موعدهم الصبح اليس الصبح بقريب فلما جاء امرنا جعلنا عاليها سافلها وامطرنا عليها حجاره</w:t>
      </w:r>
    </w:p>
    <w:p>
      <w:r>
        <w:rPr>
          <w:b/>
        </w:rPr>
        <w:t xml:space="preserve">[2:08:41] </w:t>
      </w:r>
      <w:r>
        <w:t>w amṭarnaa 'alayhaa ḥijaaratan min sijjeelin mandoodin musawwamata 'inda rabbika wa maa hiya minaz zaalimeena bi ba'eed</w:t>
      </w:r>
    </w:p>
    <w:p>
      <w:pPr>
        <w:jc w:val="right"/>
      </w:pPr>
      <w:r>
        <w:t>وامطرنا عليها حجاره من سجيل منضود مسومه عند ربك وما هي من الظالمين ببعيد</w:t>
      </w:r>
    </w:p>
    <w:p>
      <w:r>
        <w:rPr>
          <w:b/>
        </w:rPr>
        <w:t xml:space="preserve">[2:09:03] </w:t>
      </w:r>
      <w:r>
        <w:t>loot ne kaha kaash mere paas tum se muqable ki quwwat hoti ya main ja baithta kisi mustahkam panah mein farishton ne kaha ke aye loot hum tere rab ke bheje hue hain woh hargiz tum tak pahunch na sakenge</w:t>
      </w:r>
    </w:p>
    <w:p>
      <w:pPr>
        <w:jc w:val="right"/>
      </w:pPr>
      <w:r>
        <w:t>لوط نے کہا کاش میرے پاس تم سے مقابلے کی قوت ہوتی یا میں جا بیٹھتا کسی مستحکم پناہ میں فرشتوں نے کہا کہ اے لوط ہم تیرے رب کے بھیجے ہوئے ہیں وہ ہرگز تم تک پہنچ نہ سکیں</w:t>
      </w:r>
    </w:p>
    <w:p>
      <w:r>
        <w:rPr>
          <w:b/>
        </w:rPr>
        <w:t xml:space="preserve">[2:09:21] </w:t>
      </w:r>
      <w:r>
        <w:t>gein pas tum apne logon ko le kar kuch raat rahe nikal jao aur tum mein se koi mud kar na dekhe magar tumhari aurat ke us par wahi kuch guzarne wala hai jo un logon par guzrega un ke liye subah ka waqt muqarrar hai kya subah qareeb nahin</w:t>
      </w:r>
    </w:p>
    <w:p>
      <w:pPr>
        <w:jc w:val="right"/>
      </w:pPr>
      <w:r>
        <w:t>گے پس تم اپنے لوگوں کو لے کر کچھ رات رہے نکل جاؤ اور تم میں سے کوئی مڑ کر نہ دیکھے مگر تمہاری عورت کہ اس پر وہی کچھ گزرنے والا ہے جو ان لوگوں پر گزرے گا ان کے لیے صبح کا وقت مقرر ہے کیا صبح قریب نہیں</w:t>
      </w:r>
    </w:p>
    <w:p>
      <w:r>
        <w:rPr>
          <w:b/>
        </w:rPr>
        <w:t xml:space="preserve">[2:09:42] </w:t>
      </w:r>
      <w:r>
        <w:t>phir jab hamara hukum aaya to hum ne us basti ko talpat kar diya aur us par pathar barsaye kankar ke teh ba teh tumhare rab ke paas se nishan lage hue aur woh basti zalimon se kuch door nahin</w:t>
      </w:r>
    </w:p>
    <w:p>
      <w:pPr>
        <w:jc w:val="right"/>
      </w:pPr>
      <w:r>
        <w:t>پھر جب ہمارا حکم آیا تو ہم نے اس بستی کو تلپٹ کر دیا اور اس پر پتھر برسائے کنکر کے تہ بتہ تمہارے رب کے پاس سے نشان لگے ہوئے اور وہ بستی ظالموں سے کچھ دور نہیں</w:t>
      </w:r>
    </w:p>
    <w:p>
      <w:r>
        <w:rPr>
          <w:b/>
        </w:rPr>
        <w:t xml:space="preserve">[2:10:02] </w:t>
      </w:r>
      <w:r>
        <w:t>tashreeh hazrat loot ibtidaa aanay walay nojawanon ko insaan samajh rahay thay</w:t>
      </w:r>
    </w:p>
    <w:p>
      <w:pPr>
        <w:jc w:val="right"/>
      </w:pPr>
      <w:r>
        <w:t>تشریح حضرت لوط ابتداء انے والے نوجوانوں کو انسان سمجھ رہے تھے</w:t>
      </w:r>
    </w:p>
    <w:p>
      <w:r>
        <w:rPr>
          <w:b/>
        </w:rPr>
        <w:t xml:space="preserve">[2:10:11] </w:t>
      </w:r>
      <w:r>
        <w:t>jab hazrat loot ki pareshani barhi aur woh apne ko khatre mein mehsoos karne lage to unhon ne bataya ke hum farishtay hain aur Khuda ki taraf se bhejay gaye hain yaani yeh mamla insani mamla nahin balke Khudai mamla hai woh na hamara kuch bigaad sakenge aur na tumhara</w:t>
      </w:r>
    </w:p>
    <w:p>
      <w:pPr>
        <w:jc w:val="right"/>
      </w:pPr>
      <w:r>
        <w:t>جب حضرت لوط کی پریشانی بڑھی اور وہ اپنے کو خطرے میں محسوس کرنے لگے تو انہوں نے بتایا کہ ہم فرشتے ہیں اور خدا کی طرف سے بھیجے گئے ہیں یعنی یہ معاملہ انسانی معاملہ نہیں بلکہ خدائی معاملہ ہے وہ نہ ہمارا کچھ بگاڑ سکیں گے اور نہ تمہارا</w:t>
      </w:r>
    </w:p>
    <w:p>
      <w:r>
        <w:rPr>
          <w:b/>
        </w:rPr>
        <w:t xml:space="preserve">[2:10:33] </w:t>
      </w:r>
      <w:r>
        <w:t>chunaanche riwayat mein aata hai ke jab qaum loot ke log aagay barhnay se na rukay to aik farishtay ne apna baazu ghumaya us ke baad woh sab ke sab andhay ho gaye aur yeh kehtay hue laut gaye ke bhaago loot ke mehman to baray jadoogar maloom hotay hain</w:t>
      </w:r>
    </w:p>
    <w:p>
      <w:pPr>
        <w:jc w:val="right"/>
      </w:pPr>
      <w:r>
        <w:t>چنانچہ روایات میں آتا ہے کہ جب قوم لوط کے لوگ آگے بڑھنے سے نہ رکے تو ایک فرشتے نے اپنا بازو گھمایا اس کے بعد وہ سب کے سب اندھے ہو گئے اور یہ کہتے ہوئے لوٹ گئے کہ بھاگو لوط کے مہمان تو بڑے جادوگر معلوم ہوتے ہیں</w:t>
      </w:r>
    </w:p>
    <w:p>
      <w:r>
        <w:rPr>
          <w:b/>
        </w:rPr>
        <w:t xml:space="preserve">[2:10:58] </w:t>
      </w:r>
      <w:r>
        <w:t>jab Khuda kisi qaum ko us ki sarkashi ki bina par halaak karne ka faisla karta hai to yeh us poore ilaqay ke liye aik aam hukum hota hai aisay mauqe par is ilaqay mein basnay walay tamam jandar Khudai azaab ki lapait mein aa jatay hain albatta Khuda ke khusoosi intizamaat ke tehat woh log is se bacha liye jatay hain</w:t>
      </w:r>
    </w:p>
    <w:p>
      <w:pPr>
        <w:jc w:val="right"/>
      </w:pPr>
      <w:r>
        <w:t>جب خدا کسی قوم کو اس کی سرکشی کی بنا پر ہلاک کرنے کا فیصلہ کرتا ہے تو یہ اس پورے علاقے کے لیے ایک عام حکم ہوتا ہے ایسے موقع پر اس علاقے میں بسنے والے تمام جاندار خدائی عذاب کی لپیٹ میں آ جاتے ہیں البتہ خدا کے خصوصی انتظامات کے تحت وہ لوگ اس سے بچا لیے جاتے ہیں</w:t>
      </w:r>
    </w:p>
    <w:p>
      <w:r>
        <w:rPr>
          <w:b/>
        </w:rPr>
        <w:t xml:space="preserve">[2:11:25] </w:t>
      </w:r>
      <w:r>
        <w:t>jinhon ne in sarkash logon ke oopar haq ka ailaan kiya ho ailaan-e-haq Khuda ki pakar se bachnay ki sab se bari zamanat hai maujooda dunya mein bhi aur aakhirat mein bhi hazrat loot ki biwi ke baray mein riwayat mein aata hai ke woh dil se hazrat loot ke saath na thi</w:t>
      </w:r>
    </w:p>
    <w:p>
      <w:pPr>
        <w:jc w:val="right"/>
      </w:pPr>
      <w:r>
        <w:t>جنہوں نے ان سرکش لوگوں کے اوپر حق کا اعلان کیا ہو اعلان حق خدا کی پکڑ سے بچنے کی سب سے بڑی ضمانت ہے موجودہ دنیا میں بھی اور آخرت میں بھی حضرت لوط کی بیوی کے بارے میں روایات میں آتا ہے کہ وہ دل سے حضرت لوط کے ساتھ نہ تھی</w:t>
      </w:r>
    </w:p>
    <w:p>
      <w:r>
        <w:rPr>
          <w:b/>
        </w:rPr>
        <w:t xml:space="preserve">[2:11:49] </w:t>
      </w:r>
      <w:r>
        <w:t>magar aakhri waqt mein jab hazrat loot yeh keh kar basti se niklay ke subah tak yahan azaab aa jaye ga to woh bhi aap ke qafile ke saath ho gayi taham abhi yeh log rastay mein thay ke peechay zalzala aur toofan ka shor sunai diya</w:t>
      </w:r>
    </w:p>
    <w:p>
      <w:pPr>
        <w:jc w:val="right"/>
      </w:pPr>
      <w:r>
        <w:t>مگر آخری وقت میں جب حضرت لوط یہ کہہ کر بستی سے نکلے کہ صبح تک یہاں عذاب آ جائے گا تو وہ بھی آپ کے قافلے کے ساتھ ہو گئی تاہم ابھی یہ لوگ راستے میں تھے کہ پیچھے زلزلہ اور طوفان کا شور سنائی دیا</w:t>
      </w:r>
    </w:p>
    <w:p>
      <w:r>
        <w:rPr>
          <w:b/>
        </w:rPr>
        <w:t xml:space="preserve">[2:12:12] </w:t>
      </w:r>
      <w:r>
        <w:t>hazrat loot aur un ke mukhlis saathi'on ne peechay tawajjuh na di magar hazrat loot ki biwi peechay mud kar dekhnay lagi aur jab us ko dhuwan aur shor dikhai diya to us ki zuban se nikla haaye meri qaum us waqt azaab ka aik pathar aa kar us ko laga aur wohi us ka khatma ho gaya</w:t>
      </w:r>
    </w:p>
    <w:p>
      <w:pPr>
        <w:jc w:val="right"/>
      </w:pPr>
      <w:r>
        <w:t>حضرت لوط اور ان کے مخلص ساتھیوں نے پیچھے توجہ نہ دی مگر حضرت لوط کی بیوی پیچھے مڑ کر دیکھنے لگی اور جب اس کو دھواں اور شور دکھائی دیا تو اس کی زبان سے نکلا ہائے میری قوم اس وقت عذاب کا ایک پتھر آ کر اس کو لگا اور وہی اس کا خاتمہ ہو گیا</w:t>
      </w:r>
    </w:p>
    <w:p>
      <w:r>
        <w:rPr>
          <w:b/>
        </w:rPr>
        <w:t xml:space="preserve">[2:12:39] </w:t>
      </w:r>
      <w:r>
        <w:t>is mein yeh sabaq hai ke aik shakhs agar waaqe'atan Khuda aur rasool ka wafadar nahin hai to kisi aur muharrik ke tehat qafile-haq ke saath lag janay se woh nijat nahin paye ga us ki kamzori kahin na kahin zahir hogi aur</w:t>
      </w:r>
    </w:p>
    <w:p>
      <w:pPr>
        <w:jc w:val="right"/>
      </w:pPr>
      <w:r>
        <w:t>اس میں یہ سبق ہے کہ ایک شخص اگر واقعتا خدا اور رسول کا وفادار نہیں ہے تو کسی اور محرک کے تحت قافلہ حق کے ساتھ لگ جانے سے وہ نجات نہیں پائے گا اس کی کمزوری کہیں نہ کہیں ظاہر ہوگی اور</w:t>
      </w:r>
    </w:p>
    <w:p>
      <w:r>
        <w:rPr>
          <w:b/>
        </w:rPr>
        <w:t xml:space="preserve">[2:13:00] </w:t>
      </w:r>
      <w:r>
        <w:t>wahin woh baith kar reh jaye ga</w:t>
      </w:r>
    </w:p>
    <w:p>
      <w:pPr>
        <w:jc w:val="right"/>
      </w:pPr>
      <w:r>
        <w:t>وہیں وہ بیٹھ کر رہ جائے گا</w:t>
      </w:r>
    </w:p>
    <w:p>
      <w:r>
        <w:rPr>
          <w:b/>
        </w:rPr>
        <w:t xml:space="preserve">[2:13:05] </w:t>
      </w:r>
      <w:r>
        <w:t>wa ilaa madyana akhaahum shu'ayban qaala yaa qawmu-bdu-llaaha maa lakum min ilaahin ghayruhoo wa laa tanquṣoo-l-mikyaala wal meezaana</w:t>
      </w:r>
    </w:p>
    <w:p>
      <w:pPr>
        <w:jc w:val="right"/>
      </w:pPr>
      <w:r>
        <w:t>والى مدین اخاہم شعیبا قال یا قوم اعبدوا اللہ ما لكم من الہ غيرہ ولا تنقصوا المکی والمیزان</w:t>
      </w:r>
    </w:p>
    <w:p>
      <w:r>
        <w:rPr>
          <w:b/>
        </w:rPr>
        <w:t xml:space="preserve">[2:13:24] </w:t>
      </w:r>
      <w:r>
        <w:t>innee araakum bi khayrinw wa innee akhaafu 'alaykum 'adhaaba yawmin muḥeeṭin</w:t>
      </w:r>
    </w:p>
    <w:p>
      <w:pPr>
        <w:jc w:val="right"/>
      </w:pPr>
      <w:r>
        <w:t>انی اراکم بخیر وانی اخاف علیکم عذاب یوم محیط</w:t>
      </w:r>
    </w:p>
    <w:p>
      <w:r>
        <w:rPr>
          <w:b/>
        </w:rPr>
        <w:t xml:space="preserve">[2:13:41] </w:t>
      </w:r>
      <w:r>
        <w:t>wa yaa qawmi awfoo-l-mikyaala wal meezaana bil qisṭi wa laa tabkhazoo-n-naasa ashyaaa'ahum wa laa ta'athaw fil arḍi mufsidoon</w:t>
      </w:r>
    </w:p>
    <w:p>
      <w:pPr>
        <w:jc w:val="right"/>
      </w:pPr>
      <w:r>
        <w:t>ویا قوم اوفوا المکی والمیزان بالقسط ولا تبخسوا الناس اشیاء ولا تعتوا فی الارض مفسدین</w:t>
      </w:r>
    </w:p>
    <w:p>
      <w:r>
        <w:rPr>
          <w:b/>
        </w:rPr>
        <w:t xml:space="preserve">[2:13:58] </w:t>
      </w:r>
      <w:r>
        <w:t>baqiyya-tu-llaahi khayrun lakum in kuntum mu'mineen</w:t>
      </w:r>
    </w:p>
    <w:p>
      <w:pPr>
        <w:jc w:val="right"/>
      </w:pPr>
      <w:r>
        <w:t>بقیۃ اللہ خیر لکم ان کنتم مؤمنین</w:t>
      </w:r>
    </w:p>
    <w:p>
      <w:r>
        <w:rPr>
          <w:b/>
        </w:rPr>
        <w:t xml:space="preserve">[2:14:07] </w:t>
      </w:r>
      <w:r>
        <w:t>wa maa ana 'alaykum bi ḥafeeẓin</w:t>
      </w:r>
    </w:p>
    <w:p>
      <w:pPr>
        <w:jc w:val="right"/>
      </w:pPr>
      <w:r>
        <w:t>وما انا علیکم بحفیظ</w:t>
      </w:r>
    </w:p>
    <w:p>
      <w:r>
        <w:rPr>
          <w:b/>
        </w:rPr>
        <w:t xml:space="preserve">[2:14:17] </w:t>
      </w:r>
      <w:r>
        <w:t>aur Madyan ki taraf un ke bhai Shuaib ko bheja us ne kaha ke aye meri qaum Allah ki ibadat karo is ke siwa tumhara koi mabood nahin aur na tol mein kami karo</w:t>
      </w:r>
    </w:p>
    <w:p>
      <w:pPr>
        <w:jc w:val="right"/>
      </w:pPr>
      <w:r>
        <w:t>اور مدین کی طرف ان کے بھائی شعیب کو بھیجا اس نے کہا کہ اے میری قوم اللہ کی عبادت کرو اس کے سوا تمہارا کوئی معبود نہیں اور نہ تول میں کمی نہ کرو</w:t>
      </w:r>
    </w:p>
    <w:p>
      <w:r>
        <w:rPr>
          <w:b/>
        </w:rPr>
        <w:t xml:space="preserve">[2:14:34] </w:t>
      </w:r>
      <w:r>
        <w:t>main tum ko achhay haal mein dekh raha hoon aur main tum par aik gher lene walay din ke azaab se darta hoon aur aye meri qaum naap aur tol ko poora karo insaaf ke sath aur logon ko un ki cheezain ghata kar na do aur zameen par fasad na machao</w:t>
      </w:r>
    </w:p>
    <w:p>
      <w:pPr>
        <w:jc w:val="right"/>
      </w:pPr>
      <w:r>
        <w:t>میں تم کو اچھے حال میں دیکھ رہا ہوں اور میں تم پر ایک گھیر لینے والے دن کے عذاب سے ڈرتا ہوں اور اے میری قوم ناپ اور تول کو پورا کرو انصاف کے ساتھ اور لوگوں کو ان کی چیزیں گھٹا کر نہ دو اور زمین پر فساد نہ مچا</w:t>
      </w:r>
    </w:p>
    <w:p>
      <w:r>
        <w:rPr>
          <w:b/>
        </w:rPr>
        <w:t xml:space="preserve">[2:14:58] </w:t>
      </w:r>
      <w:r>
        <w:t>o jo Allah ka diya bach rahay woh tumhare liye behtar hai agar tum momin ho aur main tumhare oopar nigheban nahin hoon tashreeh Madyan ka ilaaqa Hijaz aur Sham ke darmiyan tha</w:t>
      </w:r>
    </w:p>
    <w:p>
      <w:pPr>
        <w:jc w:val="right"/>
      </w:pPr>
      <w:r>
        <w:t>ؤ جو اللہ کا دیا بچ رہے وہ تمہارے لیے بہتر ہے اگر تم مومن ہو اور میں تمہارے اوپر نگہبان نہیں ہوں تشریح مدین کا علاقہ حجاز اور شام کے درمیان تھا</w:t>
      </w:r>
    </w:p>
    <w:p>
      <w:r>
        <w:rPr>
          <w:b/>
        </w:rPr>
        <w:t xml:space="preserve">[2:15:17] </w:t>
      </w:r>
      <w:r>
        <w:t>un ke peghambar hazrat shuaib ka apni qaum se yeh kehna ke agar tum imaan wale ho zahir karta hai ke un ki qaum momin hone ki mudai thi baalfaaz digar woh apne zamane ki musalman qaum thi</w:t>
      </w:r>
    </w:p>
    <w:p>
      <w:pPr>
        <w:jc w:val="right"/>
      </w:pPr>
      <w:r>
        <w:t>ان کے پیغمبر حضرت شعیب کا اپنی قوم سے یہ کہنا کہ اگر تم ایمان والے ہو ظاہر کرتا ہے کہ ان کی قوم مومن ہونے کی مدعی تھی بالفاظ دیگر وہ اپنے زمانے کی مسلمان قوم تھی</w:t>
      </w:r>
    </w:p>
    <w:p>
      <w:r>
        <w:rPr>
          <w:b/>
        </w:rPr>
        <w:t xml:space="preserve">[2:15:35] </w:t>
      </w:r>
      <w:r>
        <w:t>woh hazrat shuaib se pehle aane wale nabi ki ummat thi aur ab lamba arsa guzarne ke baad un ki baad ki naslon mein bigaad aa gaya tha hazrat shuaib ne un se kaha ke agar tum momin hone ke daavedaar ho to tumhara daawa khuda ke yahan isi waqt maana jayega jab ke tum apne daawe ke taqaze poore karo</w:t>
      </w:r>
    </w:p>
    <w:p>
      <w:pPr>
        <w:jc w:val="right"/>
      </w:pPr>
      <w:r>
        <w:t>وہ حضرت شعیب سے پہلے آنے والے نبی کی امت تھی اور اب لمبا عرصہ گزرنے کے بعد ان کی بعد کی نسلوں میں بگاڑ آ گیا تھا حضرت شعیب نے ان سے کہا کہ اگر تم مومن ہونے کے دعویدار ہو تو تمہارا دعویٰ خدا کے یہاں اسی وقت مانا جائے گا جب کہ تم اپنے دعوے کے تقاضے پورے کرو</w:t>
      </w:r>
    </w:p>
    <w:p>
      <w:r>
        <w:rPr>
          <w:b/>
        </w:rPr>
        <w:t xml:space="preserve">[2:16:04] </w:t>
      </w:r>
      <w:r>
        <w:t>taqaza poora kiye baghair daawe ki koi qeemat nahi</w:t>
      </w:r>
    </w:p>
    <w:p>
      <w:pPr>
        <w:jc w:val="right"/>
      </w:pPr>
      <w:r>
        <w:t>تقاضا پورا کیے بغیر دعوے کی کوئی قیمت نہیں</w:t>
      </w:r>
    </w:p>
    <w:p>
      <w:r>
        <w:rPr>
          <w:b/>
        </w:rPr>
        <w:t xml:space="preserve">[2:16:12] </w:t>
      </w:r>
      <w:r>
        <w:t>tumhare imaan ka taqaza yeh hai ke tum sirf ek Allah ki ibadat karo len den mein insaaf barto doosron ke liye wohi pasand karo jo tum apne liye pasand karte ho</w:t>
      </w:r>
    </w:p>
    <w:p>
      <w:pPr>
        <w:jc w:val="right"/>
      </w:pPr>
      <w:r>
        <w:t>تمہارے ایمان کا تقاضا یہ ہے کہ تم صرف ایک اللہ کی عبادت کرو لین دین میں انصاف برتو دوسروں کے لیے وہی پسند کرو جو تم اپنے لیے پسند کرتے ہو</w:t>
      </w:r>
    </w:p>
    <w:p>
      <w:r>
        <w:rPr>
          <w:b/>
        </w:rPr>
        <w:t xml:space="preserve">[2:16:30] </w:t>
      </w:r>
      <w:r>
        <w:t>tum mein se har shakhs ko chahiye ke woh logon ke huqooq theek theek ada kare aur is mein kisi tarah ki kami na kare zameen mein is tarah raho jis tarah khuda chahta hai ke us ke bande rahein jaiz tareeqe se haasil kiye hue rizq par qanaat karo na ke naafarmaani karke zyada haasil karne ki koshish karo agar</w:t>
      </w:r>
    </w:p>
    <w:p>
      <w:pPr>
        <w:jc w:val="right"/>
      </w:pPr>
      <w:r>
        <w:t>تم میں سے ہر شخص کو چاہیے کہ وہ لوگوں کے حقوق ٹھیک ٹھیک ادا کرے اور اس میں کسی طرح کی کمی نہ کرے زمین میں اس طرح رہو جس طرح خدا چاہتا ہے کہ اس کے بندے رہیں جائز طریقے سے حاصل کیے ہوئے رزق پر قناعت کرو نہ کہ نافرمانی کر کے زیادہ حاصل کرنے کی کوشش کرو اگر</w:t>
      </w:r>
    </w:p>
    <w:p>
      <w:r>
        <w:rPr>
          <w:b/>
        </w:rPr>
        <w:t xml:space="preserve">[2:16:58] </w:t>
      </w:r>
      <w:r>
        <w:t>tum aisa karo jabhi tum khuda ke yahan momin thehroge warna andesha hai ke khawand ka azaab tum ko pakad le</w:t>
      </w:r>
    </w:p>
    <w:p>
      <w:pPr>
        <w:jc w:val="right"/>
      </w:pPr>
      <w:r>
        <w:t>تم ایسا کرو جبھی تم خدا کے یہاں مومن ٹھہرو گے ورنہ اندیشہ ہے کہ خداوند کا عذاب تم کو پکڑ لے</w:t>
      </w:r>
    </w:p>
    <w:p>
      <w:r>
        <w:rPr>
          <w:b/>
        </w:rPr>
        <w:t xml:space="preserve">[2:17:10] </w:t>
      </w:r>
      <w:r>
        <w:t>hazrat shuaib ne ek taraf yeh kaha ke logon ko kam na do doosri taraf yeh farmaya ke aaj mein tum ko achhe haal mein dekh raha hoon</w:t>
      </w:r>
    </w:p>
    <w:p>
      <w:pPr>
        <w:jc w:val="right"/>
      </w:pPr>
      <w:r>
        <w:t>حضرت شعیب نے ایک طرف یہ کہا کہ لوگوں کو کم نہ دو دوسری طرف یہ فرمایا کہ اج میں تم کو اچھے حال میں دیکھ رہا ہوں</w:t>
      </w:r>
    </w:p>
    <w:p>
      <w:r>
        <w:rPr>
          <w:b/>
        </w:rPr>
        <w:t xml:space="preserve">[2:17:22] </w:t>
      </w:r>
      <w:r>
        <w:t>is se maloom hota hai ke qaum shuaib mein kuch ghareeb the aur kuch ameer kuch zyada paane wale the aur kuch woh the jin ko ghata kar mil raha tha agar saare log kam paane wale hote to un mein achhe haal wala kaun baqi rehta</w:t>
      </w:r>
    </w:p>
    <w:p>
      <w:pPr>
        <w:jc w:val="right"/>
      </w:pPr>
      <w:r>
        <w:t>اس سے معلوم ہوتا ہے کہ قوم شعیب میں کچھ غریب تھے اور کچھ امیر کچھ زیادہ پانے والے تھے اور کچھ وہ تھے جن کو گھٹا کر مل رہا تھا اگر سارے لوگ کم پانے والے ہوتے تو ان میں اچھے حال والا کون باقی رہتا</w:t>
      </w:r>
    </w:p>
    <w:p>
      <w:r>
        <w:rPr>
          <w:b/>
        </w:rPr>
        <w:t xml:space="preserve">[2:17:45] </w:t>
      </w:r>
      <w:r>
        <w:t>is se maloom hota hai ke yahan jin mukhatibin ka zikr hai woh qaum ke baasar aur saada hasiyat afraad the anbiya agarche har ek ki hidayat ke liye aate hain magar un ka khitaab khaas taur par waqt ke mumtaz tabqe se hota hai</w:t>
      </w:r>
    </w:p>
    <w:p>
      <w:pPr>
        <w:jc w:val="right"/>
      </w:pPr>
      <w:r>
        <w:t>اس سے معلوم ہوتا ہے کہ یہاں جن مخاطبین کا ذکر ہے وہ قوم کے باثر اور سادہ حیثیت افراد تھے انبیاء اگرچہ ہر ایک کی ہدایت کے لیے اتے ہیں مگر ان کا خطاب خاص طور پر وقت کے ممتاز طبقے سے ہوتا ہے</w:t>
      </w:r>
    </w:p>
    <w:p>
      <w:r>
        <w:rPr>
          <w:b/>
        </w:rPr>
        <w:t xml:space="preserve">[2:18:07] </w:t>
      </w:r>
      <w:r>
        <w:t>kyunke awam inhi logon ke tabe hote hain woh ziyada tar apne baṛon ke naqsh-e-qadam par chalte</w:t>
      </w:r>
    </w:p>
    <w:p>
      <w:pPr>
        <w:jc w:val="right"/>
      </w:pPr>
      <w:r>
        <w:t>کیونکہ عوام انہی لوگوں کے تابع ہوتے ہیں وہ زیادہ تر اپنے بڑوں کے نقش قدم پر چلتے</w:t>
      </w:r>
    </w:p>
    <w:p>
      <w:r>
        <w:rPr>
          <w:b/>
        </w:rPr>
        <w:t xml:space="preserve">[2:18:16] </w:t>
      </w:r>
      <w:r>
        <w:t>hain khawas tak dawat pahunchna bil-wasta taur par awam tak bhi dawat ka pahunchna hai</w:t>
      </w:r>
    </w:p>
    <w:p>
      <w:pPr>
        <w:jc w:val="right"/>
      </w:pPr>
      <w:r>
        <w:t>ہیں خواص تک دعوت پہنچنا بالواسطہ طور پر عوام تک بھی دعوت کا پہنچنا ہے</w:t>
      </w:r>
    </w:p>
    <w:p>
      <w:r>
        <w:rPr>
          <w:b/>
        </w:rPr>
        <w:t xml:space="preserve">[2:18:28] </w:t>
      </w:r>
      <w:r>
        <w:t>qalu ya shoaib asalatuka tamuruka an natruka ma ya'budu abau'na</w:t>
      </w:r>
    </w:p>
    <w:p>
      <w:pPr>
        <w:jc w:val="right"/>
      </w:pPr>
      <w:r>
        <w:t>قالوا یا شعیب اصلاتک تامرک ان نترک ما يعبد اباؤنا</w:t>
      </w:r>
    </w:p>
    <w:p>
      <w:r>
        <w:rPr>
          <w:b/>
        </w:rPr>
        <w:t xml:space="preserve">[2:18:41] </w:t>
      </w:r>
      <w:r>
        <w:t>au an naf'ala fi</w:t>
      </w:r>
    </w:p>
    <w:p>
      <w:pPr>
        <w:jc w:val="right"/>
      </w:pPr>
      <w:r>
        <w:t>او ان نفعل فی</w:t>
      </w:r>
    </w:p>
    <w:p>
      <w:r>
        <w:rPr>
          <w:b/>
        </w:rPr>
        <w:t xml:space="preserve">[2:18:46] </w:t>
      </w:r>
      <w:r>
        <w:t>amwalina au an naf'ala fi</w:t>
      </w:r>
    </w:p>
    <w:p>
      <w:pPr>
        <w:jc w:val="right"/>
      </w:pPr>
      <w:r>
        <w:t>اموالنا او ان نفعل فی</w:t>
      </w:r>
    </w:p>
    <w:p>
      <w:r>
        <w:rPr>
          <w:b/>
        </w:rPr>
        <w:t xml:space="preserve">[2:18:52] </w:t>
      </w:r>
      <w:r>
        <w:t>amwalina</w:t>
      </w:r>
    </w:p>
    <w:p>
      <w:pPr>
        <w:jc w:val="right"/>
      </w:pPr>
      <w:r>
        <w:t>اموالنا</w:t>
      </w:r>
    </w:p>
    <w:p>
      <w:r>
        <w:rPr>
          <w:b/>
        </w:rPr>
        <w:t xml:space="preserve">[2:18:54] </w:t>
      </w:r>
      <w:r>
        <w:t>maa nashaa'u innaka la'antal haleemur rasheed</w:t>
      </w:r>
    </w:p>
    <w:p>
      <w:pPr>
        <w:jc w:val="right"/>
      </w:pPr>
      <w:r>
        <w:t>ما نشاء انک لانت الحلیم الرشید</w:t>
      </w:r>
    </w:p>
    <w:p>
      <w:r>
        <w:rPr>
          <w:b/>
        </w:rPr>
        <w:t xml:space="preserve">[2:19:05] </w:t>
      </w:r>
      <w:r>
        <w:t>unhon ne kaha ke aey shuaib kya tumhari namaz tum ko yeh sikhati hai ke hum in cheezon ko chhod dein jin ki ibadat hamare baap dada karte the ya apne maal mein apni marzi ke mutabiq tasarrf karna chhod dein bas tum hi to ek danishmand aur nek chalan aadmi ho</w:t>
      </w:r>
    </w:p>
    <w:p>
      <w:pPr>
        <w:jc w:val="right"/>
      </w:pPr>
      <w:r>
        <w:t>انہوں نے کہا کہ اے شعیب کیا تمہاری نماز تم کو یہ سکھاتی ہے کہ ہم ان چیزوں کو چھوڑ دیں جن کی عبادت ہمارے باپ دادا کرتے تھے یا اپنے مال میں اپنی مرضی کے مطابق تصرف کرنا چھوڑ دیں بس تم ہی تو ایک دانشمند اور نیک چلن ادمی ہو</w:t>
      </w:r>
    </w:p>
    <w:p>
      <w:r>
        <w:rPr>
          <w:b/>
        </w:rPr>
        <w:t xml:space="preserve">[2:19:34] </w:t>
      </w:r>
      <w:r>
        <w:t>tashreeh baaz martaba aisa hota hai ke namaz bol kar deen nawaz diya jata hai matlab yeh hai ke kya tumhara deen tum ko aisa hukum de raha hai unhon ne namaz ka lafz is liye istemal kiya ke namaz deen ki sab se zyada wazeh alamat hai</w:t>
      </w:r>
    </w:p>
    <w:p>
      <w:pPr>
        <w:jc w:val="right"/>
      </w:pPr>
      <w:r>
        <w:t>تشریح بعض مرتبہ ایسا ہوتا ہے کہ نماز بول کر دین نواز دیا جاتا ہے مطلب یہ ہے کہ کیا تمہارا دین تم کو ایسا حکم دے رہا ہے انہوں نے نماز کا لفظ اس لیے استعمال کیا کہ نماز دین کی سب سے زیادہ واضح علامت ہے</w:t>
      </w:r>
    </w:p>
    <w:p>
      <w:r>
        <w:rPr>
          <w:b/>
        </w:rPr>
        <w:t xml:space="preserve">[2:20:00] </w:t>
      </w:r>
      <w:r>
        <w:t>hazrat shuaib ki qaum dindar hone ki mudai thi</w:t>
      </w:r>
    </w:p>
    <w:p>
      <w:pPr>
        <w:jc w:val="right"/>
      </w:pPr>
      <w:r>
        <w:t>حضرت شعیب کی قوم دیندار ہونے کی مدعی تھی</w:t>
      </w:r>
    </w:p>
    <w:p>
      <w:r>
        <w:rPr>
          <w:b/>
        </w:rPr>
        <w:t xml:space="preserve">[2:20:05] </w:t>
      </w:r>
      <w:r>
        <w:t>wo ibadat bhi karti thi magar unhon ne apne deen aur ibadat ke sath shirk aur bad ma'amli</w:t>
      </w:r>
    </w:p>
    <w:p>
      <w:pPr>
        <w:jc w:val="right"/>
      </w:pPr>
      <w:r>
        <w:t>وہ عبادت بھی کرتی تھی مگر انہوں نے اپنے دین اور عبادت کے ساتھ شرک اور بد معاملی</w:t>
      </w:r>
    </w:p>
    <w:p>
      <w:r>
        <w:rPr>
          <w:b/>
        </w:rPr>
        <w:t xml:space="preserve">[2:20:16] </w:t>
      </w:r>
      <w:r>
        <w:t>ko bhi jama kar diya hazrat shuaib ne un ko sachi khuda parasti aur logon ke sath husn</w:t>
      </w:r>
    </w:p>
    <w:p>
      <w:pPr>
        <w:jc w:val="right"/>
      </w:pPr>
      <w:r>
        <w:t>کو بھی جمع کر دیا حضرت شعیب نے ان کو سچی خدا پرستی اور لوگوں کے ساتھ حسن</w:t>
      </w:r>
    </w:p>
    <w:p>
      <w:r>
        <w:rPr>
          <w:b/>
        </w:rPr>
        <w:t xml:space="preserve">[2:20:25] </w:t>
      </w:r>
      <w:r>
        <w:t>ma'amla ki dawat di aur kaha ke deen ke sath agar shirk hai aur ibadat ke sath agar</w:t>
      </w:r>
    </w:p>
    <w:p>
      <w:pPr>
        <w:jc w:val="right"/>
      </w:pPr>
      <w:r>
        <w:t>معاملہ کی دعوت دی اور کہا کہ دین کے ساتھ اگر شرک ہے اور عبادت کے ساتھ اگر</w:t>
      </w:r>
    </w:p>
    <w:p>
      <w:r>
        <w:rPr>
          <w:b/>
        </w:rPr>
        <w:t xml:space="preserve">[2:20:36] </w:t>
      </w:r>
      <w:r>
        <w:t>bad ma'amli jari hai to aise deen aur aisi ibadat ki khuda ke yahan koi qimat nahi</w:t>
      </w:r>
    </w:p>
    <w:p>
      <w:pPr>
        <w:jc w:val="right"/>
      </w:pPr>
      <w:r>
        <w:t>بد معاملی جاری ہے تو ایسے دین اور ایسی عبادت کی خدا کے یہاں کوئی قیمت نہیں</w:t>
      </w:r>
    </w:p>
    <w:p>
      <w:r>
        <w:rPr>
          <w:b/>
        </w:rPr>
        <w:t xml:space="preserve">[2:20:47] </w:t>
      </w:r>
      <w:r>
        <w:t>is qism ki baaton se qaum ka deeni bharm khulta tha is se un ke is zaum par zad padti thi ke sab kuch karte hue bhi woh deendar hain aur ibadat guzari ka tamgha bhi har haal mein unhein mila hua hai chunancha woh bigad gaye unhon ne kaha ke kya tum hi ek khuda ke ibadat guzar ho</w:t>
      </w:r>
    </w:p>
    <w:p>
      <w:pPr>
        <w:jc w:val="right"/>
      </w:pPr>
      <w:r>
        <w:t>اس قسم کی باتوں سے قوم کا دینی بھرم کھلتا تھا اس سے ان کے اس زوم پر زد پڑتی تھی کہ سب کچھ کرتے ہوئے بھی وہ دیندار ہیں اور عبادت گزاری کا تمغہ بھی ہر حال میں انہیں ملا ہوا ہے چنانچہ وہ بگڑ گئے انہوں نے کہا کہ کیا تم ہی ایک خدا کے عبادت گزار ہو</w:t>
      </w:r>
    </w:p>
    <w:p>
      <w:r>
        <w:rPr>
          <w:b/>
        </w:rPr>
        <w:t xml:space="preserve">[2:21:11] </w:t>
      </w:r>
      <w:r>
        <w:t>kya hamare woh tamam buzurg jahil the ya hain jin ke tareeqe ko hum ne ikhtiyar kar rakha hai kya tumhare siwa koi yeh janne wala nahi ke ibadat kya hai aur us ke taqaze kya hain shayad tum samajhte ho ke sirf tum hi dunya bhar mein ek samajhdar aur saleh paida hue ho</w:t>
      </w:r>
    </w:p>
    <w:p>
      <w:pPr>
        <w:jc w:val="right"/>
      </w:pPr>
      <w:r>
        <w:t>کیا ہمارے وہ تمام بزرگ جاہل تھے یا ہیں جن کے طریقے کو ہم نے اختیار کر رکھا ہے کیا تمہارے سوا کوئی یہ جاننے والا نہیں کہ عبادت کیا ہے اور اس کے تقاضے کیا ہیں شاید تم سمجھتے ہو کہ صرف تم ہی دنیا بھر میں ایک سمجھدار اور صالح پیدا ہوئے ہو</w:t>
      </w:r>
    </w:p>
    <w:p>
      <w:r>
        <w:rPr>
          <w:b/>
        </w:rPr>
        <w:t xml:space="preserve">[2:21:40] </w:t>
      </w:r>
      <w:r>
        <w:t>qaum shuaib ko woh log zyada bade maloom hote the jo lambi riwayat ke nateeje mein bade ban chuke the ya jo ab ya jo ab oonchi gadiyon par baithe hue the</w:t>
      </w:r>
    </w:p>
    <w:p>
      <w:pPr>
        <w:jc w:val="right"/>
      </w:pPr>
      <w:r>
        <w:t>قوم شعیب کو وہ لوگ زیادہ بڑے معلوم ہوتے تھے جو لمبی روایات کے نتیجے میں بڑے بن چکے تھے یا جو اب یا جو اب اونچی گدیوں پر بیٹھے ہوئے تھے</w:t>
      </w:r>
    </w:p>
    <w:p>
      <w:r>
        <w:rPr>
          <w:b/>
        </w:rPr>
        <w:t xml:space="preserve">[2:21:58] </w:t>
      </w:r>
      <w:r>
        <w:t>isi liye un ko hazrat shuaib ke bare mein aisa kehne ki jurrat hui qaal ya qaumi arai'tum in kunt 'alaa bayyinatin min rabbee wa razzaqanee minhu rizqan hasanaa</w:t>
      </w:r>
    </w:p>
    <w:p>
      <w:pPr>
        <w:jc w:val="right"/>
      </w:pPr>
      <w:r>
        <w:t>اسی لیے ان کو حضرت شعیب کے بارے میں ایسا کہنے کی جرات ہوئی قال یا قوم اریتم ان کنت علی بینۃ من ربی ورزقنی منہ رزقا حسنا</w:t>
      </w:r>
    </w:p>
    <w:p>
      <w:r>
        <w:rPr>
          <w:b/>
        </w:rPr>
        <w:t xml:space="preserve">[2:22:18] </w:t>
      </w:r>
      <w:r>
        <w:t>wa maa ureedu an ukhlifakum ilaa maa anhaakum 'anhu in ureedu illal islaaha maa'stata'tu wa maa tawfeeqee</w:t>
      </w:r>
    </w:p>
    <w:p>
      <w:pPr>
        <w:jc w:val="right"/>
      </w:pPr>
      <w:r>
        <w:t>وما ارید ان اخالفکم الی ما انہاکم عنہ ان ارید الا الاصلاح ما استطعت وما توفیقی</w:t>
      </w:r>
    </w:p>
    <w:p>
      <w:r>
        <w:rPr>
          <w:b/>
        </w:rPr>
        <w:t xml:space="preserve">[2:22:37] </w:t>
      </w:r>
      <w:r>
        <w:t>illa billaahi</w:t>
      </w:r>
    </w:p>
    <w:p>
      <w:pPr>
        <w:jc w:val="right"/>
      </w:pPr>
      <w:r>
        <w:t>الا باللہ</w:t>
      </w:r>
    </w:p>
    <w:p>
      <w:r>
        <w:rPr>
          <w:b/>
        </w:rPr>
        <w:t xml:space="preserve">[2:22:42] </w:t>
      </w:r>
      <w:r>
        <w:t>'alayhi tawakkaltu wa ilayhi aneeb wa yaa qaumi laa yajrimannakum shiqaaqee an yuseebakum mislu</w:t>
      </w:r>
    </w:p>
    <w:p>
      <w:pPr>
        <w:jc w:val="right"/>
      </w:pPr>
      <w:r>
        <w:t>علیہ توکلت والیہ انیب ویا قوم لا یجرمنکم شقاقی ان یصیبکم مثل</w:t>
      </w:r>
    </w:p>
    <w:p>
      <w:r>
        <w:rPr>
          <w:b/>
        </w:rPr>
        <w:t xml:space="preserve">[2:22:58] </w:t>
      </w:r>
      <w:r>
        <w:t>maa asaaba qauma noohin au qauma hoodin au qauma saali hin wa maa qaumu lootin minkum bib'eed</w:t>
      </w:r>
    </w:p>
    <w:p>
      <w:pPr>
        <w:jc w:val="right"/>
      </w:pPr>
      <w:r>
        <w:t>ما اصاب قوم نوح او قوم هود او قوم صالح وما قوم لوط منکم ببعید</w:t>
      </w:r>
    </w:p>
    <w:p>
      <w:r>
        <w:rPr>
          <w:b/>
        </w:rPr>
        <w:t xml:space="preserve">[2:23:15] </w:t>
      </w:r>
      <w:r>
        <w:t>wastaghfiroo rabbakum thumma tooboo ilayhi inna rabbee raheemun wadood</w:t>
      </w:r>
    </w:p>
    <w:p>
      <w:pPr>
        <w:jc w:val="right"/>
      </w:pPr>
      <w:r>
        <w:t>واستغفروا ربكم ثم توبوا الیه ان ربی رحیم ودود</w:t>
      </w:r>
    </w:p>
    <w:p>
      <w:r>
        <w:rPr>
          <w:b/>
        </w:rPr>
        <w:t xml:space="preserve">[2:23:32] </w:t>
      </w:r>
      <w:r>
        <w:t>shuaib ne kaha ke aey meri qaum batao agar main apne rab ki taraf se ek wazeh daleel par hoon aur us ne apni janib se mujh ko achha rizq bhi diya aur main nahi chahta ke main khud wohi kaam karoon jis se main tum ko rok raha hoon</w:t>
      </w:r>
    </w:p>
    <w:p>
      <w:pPr>
        <w:jc w:val="right"/>
      </w:pPr>
      <w:r>
        <w:t>شعیب نے کہا کہ اے میری قوم بتاؤ اگر میں اپنے رب کی طرف سے ایک واضح دلیل پر ہوں اور اس نے اپنی جانب سے مجھ کو اچھا رزق بھی دیا اور میں نہیں چاہتا کہ میں خود وہی کام کروں جس سے میں تم کو روک رہا ہوں</w:t>
      </w:r>
    </w:p>
    <w:p>
      <w:r>
        <w:rPr>
          <w:b/>
        </w:rPr>
        <w:t xml:space="preserve">[2:23:56] </w:t>
      </w:r>
      <w:r>
        <w:t>main to sirf islaah chahta hoon jahan tak ho sake aur mujhe tofeeq to Allah hi se milegi</w:t>
      </w:r>
    </w:p>
    <w:p>
      <w:pPr>
        <w:jc w:val="right"/>
      </w:pPr>
      <w:r>
        <w:t>میں تو صرف اصلاح چاہتا ہوں جہاں تک ہو سکے اور مجھے توفیق تو اللہ ہی سے ملے گی</w:t>
      </w:r>
    </w:p>
    <w:p>
      <w:r>
        <w:rPr>
          <w:b/>
        </w:rPr>
        <w:t xml:space="preserve">[2:24:06] </w:t>
      </w:r>
      <w:r>
        <w:t>isi par maine bharosa kiya aur isi ki taraf main rujoo karta hoon aur aye meri qaum aisa na ho ke meri zid karke tum par woh aafat aa pade jo qaum nooh ya qaum hood ya qaum saleh par aayi thi</w:t>
      </w:r>
    </w:p>
    <w:p>
      <w:pPr>
        <w:jc w:val="right"/>
      </w:pPr>
      <w:r>
        <w:t>اسی پر میں نے بھروسہ کیا اور اسی کی طرف میں رجوع کرتا ہوں اور اے میری قوم ایسا نہ ہو کہ میری ضد کر کے تم پر وہ افت آ پڑے جو قوم نوح یا قوم ہود یا قوم صالح پر آئی تھی</w:t>
      </w:r>
    </w:p>
    <w:p>
      <w:r>
        <w:rPr>
          <w:b/>
        </w:rPr>
        <w:t xml:space="preserve">[2:24:28] </w:t>
      </w:r>
      <w:r>
        <w:t>aur loot ki qaum to tum se door bhi nahi aur apne rab se maafii mango phir us ki taraf palat aao beshak mera rab meherban aur mohabbat wala hai</w:t>
      </w:r>
    </w:p>
    <w:p>
      <w:pPr>
        <w:jc w:val="right"/>
      </w:pPr>
      <w:r>
        <w:t>اور لوط کی قوم تو تم سے دور بھی نہیں اور اپنے رب سے معافی مانگو پھر اس کی طرف پلٹ آؤ بے شک میرا رب مہربان اور محبت والا ہے</w:t>
      </w:r>
    </w:p>
    <w:p>
      <w:r>
        <w:rPr>
          <w:b/>
        </w:rPr>
        <w:t xml:space="preserve">[2:24:48] </w:t>
      </w:r>
      <w:r>
        <w:t>tashreeh manne ki do sooraten hain ek hai taqleedi taur par manna</w:t>
      </w:r>
    </w:p>
    <w:p>
      <w:pPr>
        <w:jc w:val="right"/>
      </w:pPr>
      <w:r>
        <w:t>تشریح ماننے کی دو صورتیں ہیں ایک ہے تقلیدی طور پر ماننا</w:t>
      </w:r>
    </w:p>
    <w:p>
      <w:r>
        <w:rPr>
          <w:b/>
        </w:rPr>
        <w:t xml:space="preserve">[2:24:56] </w:t>
      </w:r>
      <w:r>
        <w:t>doosra sahi samajh kar manna pehli soorat mein aadmi kisi baat ko is liye manta hai ke log us ko mante hain doosri soorat mein woh us ko is liye manta hai ke us ne khud daleel ki buniyad par paya hai ke woh baat sahi hai</w:t>
      </w:r>
    </w:p>
    <w:p>
      <w:pPr>
        <w:jc w:val="right"/>
      </w:pPr>
      <w:r>
        <w:t>دوسرا صحیح سمجھ کر ماننا پہلی صورت میں آدمی کسی بات کو اس لیے مانتا ہے کہ لوگ اس کو مانتے ہیں دوسری صورت میں وہ اس کو اس لیے مانتا ہے کہ اس نے خود دلیل کی بنیاد پر پایا ہے کہ وہ بات صحیح ہے</w:t>
      </w:r>
    </w:p>
    <w:p>
      <w:r>
        <w:rPr>
          <w:b/>
        </w:rPr>
        <w:t xml:space="preserve">[2:25:19] </w:t>
      </w:r>
      <w:r>
        <w:t>awwal uz zikr agar rasmi iqraar hai to saani zikr shoori daryaft</w:t>
      </w:r>
    </w:p>
    <w:p>
      <w:pPr>
        <w:jc w:val="right"/>
      </w:pPr>
      <w:r>
        <w:t>اول الذکر اگر رسمی اقرار ہے تو ثانی الذکر شعوری دریافت</w:t>
      </w:r>
    </w:p>
    <w:p>
      <w:r>
        <w:rPr>
          <w:b/>
        </w:rPr>
        <w:t xml:space="preserve">[2:25:30] </w:t>
      </w:r>
      <w:r>
        <w:t>haq ko daleel ki satah par pana hi momin ka asal سرمایہ hai</w:t>
      </w:r>
    </w:p>
    <w:p>
      <w:pPr>
        <w:jc w:val="right"/>
      </w:pPr>
      <w:r>
        <w:t>حق کو دلیل کی سطح پر پانا ہی مومن کا اصل سرمایہ ہے</w:t>
      </w:r>
    </w:p>
    <w:p>
      <w:r>
        <w:rPr>
          <w:b/>
        </w:rPr>
        <w:t xml:space="preserve">[2:25:36] </w:t>
      </w:r>
      <w:r>
        <w:t>isi se woh zinda yaqeen haasil hota hai jabke aadmi har cheez se be parwah ho kar logon ke darmiyan khada ho aur haq ki numaindagi kar sake haq ke shoori daryaft har doosri cheez ka badal hai jis ko yeh nemat haasil ho jaye us ko phir kisi aur cheez ki zaroorat baqi nahi rehti</w:t>
      </w:r>
    </w:p>
    <w:p>
      <w:pPr>
        <w:jc w:val="right"/>
      </w:pPr>
      <w:r>
        <w:t>اسی سے وہ زندہ یقین حاصل ہوتا ہے جبکہ آدمی ہر چیز سے بے پرواہ ہو کر لوگوں کے درمیان کھڑا ہو اور حق کی نمائندگی کر سکے حق کے شعوری دریافت ہر دوسری چیز کا بدل ہے جس کو یہ نعمت حاصل ہو جائے اس کو پھر کسی اور چیز کی ضرورت باقی نہیں رہتی</w:t>
      </w:r>
    </w:p>
    <w:p>
      <w:r>
        <w:rPr>
          <w:b/>
        </w:rPr>
        <w:t xml:space="preserve">[2:26:05] </w:t>
      </w:r>
      <w:r>
        <w:t>aam aadmi rotti par jeeta hai momin woh insaan hai jo daleel haq par jeeta hai is tarah ka rizq milne ke baad aadmi ke liye namumkin ho jata hai ke woh is ke khilaaf ravaiyya ikhtiyar kare</w:t>
      </w:r>
    </w:p>
    <w:p>
      <w:pPr>
        <w:jc w:val="right"/>
      </w:pPr>
      <w:r>
        <w:t>عام آدمی روٹی پر جیتا ہے مومن وہ انسان ہے جو دلیل حق پر جیتا ہے اس طرح کا رزق ملنے کے بعد آدمی کے لیے ناممکن ہو جاتا ہے کہ وہ اس کے خلاف رویہ اختیار کرے</w:t>
      </w:r>
    </w:p>
    <w:p>
      <w:r>
        <w:rPr>
          <w:b/>
        </w:rPr>
        <w:t xml:space="preserve">[2:26:29] </w:t>
      </w:r>
      <w:r>
        <w:t>qaul o amal ka tazaad rasmi imaan ka nateeja hai aur qaul o amal ki yaksaanit shoori imaan ka nateeja</w:t>
      </w:r>
    </w:p>
    <w:p>
      <w:pPr>
        <w:jc w:val="right"/>
      </w:pPr>
      <w:r>
        <w:t>قول و عمل کا تضاد رسمی ایمان کا نتیجہ ہے اور قول و عمل کی یکسانیت شعوری ایمان کا نتیجہ</w:t>
      </w:r>
    </w:p>
    <w:p>
      <w:r>
        <w:rPr>
          <w:b/>
        </w:rPr>
        <w:t xml:space="preserve">[2:26:44] </w:t>
      </w:r>
      <w:r>
        <w:t>daai chunke apne zamaney ke logon ko ek aam insaan ki maanind nazar aata hai is liye us ki naqidaana baaton se woh log bigad uthte</w:t>
      </w:r>
    </w:p>
    <w:p>
      <w:pPr>
        <w:jc w:val="right"/>
      </w:pPr>
      <w:r>
        <w:t>داعی چونکہ اپنے زمانے کے لوگوں کو ایک عام انسان کی مانند نظر آتا ہے اس لیے اس کی ناقدانہ باتوں سے وہ لوگ بگڑ اٹھتے</w:t>
      </w:r>
    </w:p>
    <w:p>
      <w:r>
        <w:rPr>
          <w:b/>
        </w:rPr>
        <w:t xml:space="preserve">[2:26:55] </w:t>
      </w:r>
      <w:r>
        <w:t>hain jin ko mahaul mein oonchi hasiyat haasil ho ek mamooli aadmi ki yeh jurrat un ke liye na qabil bardasht ho jati hai ke woh un par aur un ke barhon par tanqeed kare is wajah se un ke andar daai ke khilaaf zid aur nafrat paida ho jati hai</w:t>
      </w:r>
    </w:p>
    <w:p>
      <w:pPr>
        <w:jc w:val="right"/>
      </w:pPr>
      <w:r>
        <w:t>ہیں جن کو ماحول میں اونچی حیثیت حاصل ہو ایک معمولی آدمی کی یہ جرات ان کے لیے ناقابل برداشت ہو جاتی ہے کہ وہ ان پر اور ان کے بڑوں پر تنقید کرے اس وجہ سے ان کے اندر داعی کے خلاف ضد اور نفرت پیدا ہو جاتی ہے</w:t>
      </w:r>
    </w:p>
    <w:p>
      <w:r>
        <w:rPr>
          <w:b/>
        </w:rPr>
        <w:t xml:space="preserve">[2:27:18] </w:t>
      </w:r>
      <w:r>
        <w:t>kisi aadmi ke andar is qism ki nafsiyat ka paida hona is ka nihayat kade imtehan mein mubtala</w:t>
      </w:r>
    </w:p>
    <w:p>
      <w:pPr>
        <w:jc w:val="right"/>
      </w:pPr>
      <w:r>
        <w:t>کسی آدمی کے اندر اس قسم کی نفسیات کا پیدا ہونا اس کا نہایت کڑے امتحان میں مبتلا</w:t>
      </w:r>
    </w:p>
    <w:p>
      <w:r>
        <w:rPr>
          <w:b/>
        </w:rPr>
        <w:t xml:space="preserve">[2:27:26] </w:t>
      </w:r>
      <w:r>
        <w:t>kiya jana hai kyun ke aisa aadmi ek shakhs ko haqir samajhne ki wajah se is ki taraf se</w:t>
      </w:r>
    </w:p>
    <w:p>
      <w:pPr>
        <w:jc w:val="right"/>
      </w:pPr>
      <w:r>
        <w:t>کیا جانا ہے کیونکہ ایسا آدمی ایک شخص کو حقیر سمجھنے کی وجہ سے اس کی طرف سے</w:t>
      </w:r>
    </w:p>
    <w:p>
      <w:r>
        <w:rPr>
          <w:b/>
        </w:rPr>
        <w:t xml:space="preserve">[2:27:35] </w:t>
      </w:r>
      <w:r>
        <w:t>aane wali khudai baat ko bhi haqir samajh leta hai wo ek insan ko nazar andaz karne ke</w:t>
      </w:r>
    </w:p>
    <w:p>
      <w:pPr>
        <w:jc w:val="right"/>
      </w:pPr>
      <w:r>
        <w:t>آنے والی خدائی بات کو بھی حقیر سمجھ لیتا ہے وہ ایک انسان کو نظر انداز کرنے کے</w:t>
      </w:r>
    </w:p>
    <w:p>
      <w:r>
        <w:rPr>
          <w:b/>
        </w:rPr>
        <w:t xml:space="preserve">[2:27:43] </w:t>
      </w:r>
      <w:r>
        <w:t>naam par khud khuda ko nazar andaz kar deta hai</w:t>
      </w:r>
    </w:p>
    <w:p>
      <w:pPr>
        <w:jc w:val="right"/>
      </w:pPr>
      <w:r>
        <w:t>نام پر خود خدا کو نظر انداز کر دیتا ہے</w:t>
      </w:r>
    </w:p>
    <w:p>
      <w:r>
        <w:rPr>
          <w:b/>
        </w:rPr>
        <w:t xml:space="preserve">[2:27:50] </w:t>
      </w:r>
      <w:r>
        <w:t>qalu ya shuaib</w:t>
      </w:r>
    </w:p>
    <w:p>
      <w:pPr>
        <w:jc w:val="right"/>
      </w:pPr>
      <w:r>
        <w:t>قالوا یا شعی</w:t>
      </w:r>
    </w:p>
    <w:p>
      <w:r>
        <w:rPr>
          <w:b/>
        </w:rPr>
        <w:t xml:space="preserve">[2:27:52] </w:t>
      </w:r>
      <w:r>
        <w:t>ma nafquh kathiran mimma taqool wa inna lanaraka fina daeefan wa inna lanaraka fina daeefan wa laula rahtuka la rajamanak wa ma</w:t>
      </w:r>
    </w:p>
    <w:p>
      <w:pPr>
        <w:jc w:val="right"/>
      </w:pPr>
      <w:r>
        <w:t>ب ما نفقه کثیرا مما تقول وانا لنراک فينا ضعیفا وانا لنراک فينا ضعیفا ولولا رهطک لرجمناک وما</w:t>
      </w:r>
    </w:p>
    <w:p>
      <w:r>
        <w:rPr>
          <w:b/>
        </w:rPr>
        <w:t xml:space="preserve">[2:28:13] </w:t>
      </w:r>
      <w:r>
        <w:t>anta alayna bi aziz qalu ya qawmi rahti azzu alaykum minallahi wattakhaztumuhu waraakum zuhriya</w:t>
      </w:r>
    </w:p>
    <w:p>
      <w:pPr>
        <w:jc w:val="right"/>
      </w:pPr>
      <w:r>
        <w:t>انت علینا بعزیز قال یا قوم ارہطی اعز علیکم من اللہ واتخذتموه وراءکم ظہریا</w:t>
      </w:r>
    </w:p>
    <w:p>
      <w:r>
        <w:rPr>
          <w:b/>
        </w:rPr>
        <w:t xml:space="preserve">[2:28:35] </w:t>
      </w:r>
      <w:r>
        <w:t>inna rabbi bima ta'maluna muheet wa ya qawmi i'malu ala makanatikum inni amilun sauf ta'lamuna</w:t>
      </w:r>
    </w:p>
    <w:p>
      <w:pPr>
        <w:jc w:val="right"/>
      </w:pPr>
      <w:r>
        <w:t>ان ربی بما تعملون محیط ویا قوم اعملوا علی مکانتکم انی عامل سوف تعلمون من</w:t>
      </w:r>
    </w:p>
    <w:p>
      <w:r>
        <w:rPr>
          <w:b/>
        </w:rPr>
        <w:t xml:space="preserve">[2:28:51] </w:t>
      </w:r>
      <w:r>
        <w:t>yateeh azab yukhzeeh sauf ta'lamuna yateeh azab yukhzeeh wa man huwa kazibun wartaqiboo inni ma'akum raqeeb</w:t>
      </w:r>
    </w:p>
    <w:p>
      <w:pPr>
        <w:jc w:val="right"/>
      </w:pPr>
      <w:r>
        <w:t>یاتیہ عذاب یخزیه سوف تعلمون من یاتیہ عذاب یخزیه ومن هو کاذب وارتقبوا انی معکم رقیب</w:t>
      </w:r>
    </w:p>
    <w:p>
      <w:r>
        <w:rPr>
          <w:b/>
        </w:rPr>
        <w:t xml:space="preserve">[2:29:15] </w:t>
      </w:r>
      <w:r>
        <w:t>unhon ne kaha ke aye shuaib jo tum kehte ho us ka bohat sa hissa hamari samajh mein nahi aata aur hum to dekhte hain ke tu hum mein kamzor hai aur agar teri biradari na hoti to hum tum ko sangsaar kar dete</w:t>
      </w:r>
    </w:p>
    <w:p>
      <w:pPr>
        <w:jc w:val="right"/>
      </w:pPr>
      <w:r>
        <w:t>انہوں نے کہا کہ اے شعیب جو تم کہتے ہو اس کا بہت سا حصہ ہماری سمجھ میں نہیں آتا اور ہم تو دیکھتے ہیں کہ تو ہم میں کمزور ہے اور اگر تیری برادری نہ ہوتی تو ہم تم کو سنگسار کر دیتے</w:t>
      </w:r>
    </w:p>
    <w:p>
      <w:r>
        <w:rPr>
          <w:b/>
        </w:rPr>
        <w:t xml:space="preserve">[2:29:36] </w:t>
      </w:r>
      <w:r>
        <w:t>aur tum hum par kuch bhaari nahi</w:t>
      </w:r>
    </w:p>
    <w:p>
      <w:pPr>
        <w:jc w:val="right"/>
      </w:pPr>
      <w:r>
        <w:t>اور تم ہم پر کچھ بھاری نہیں</w:t>
      </w:r>
    </w:p>
    <w:p>
      <w:r>
        <w:rPr>
          <w:b/>
        </w:rPr>
        <w:t xml:space="preserve">[2:29:40] </w:t>
      </w:r>
      <w:r>
        <w:t>shuaib ne kaha ke aye meri qaum kya meri biradari tum par Allah se zyada bhaari hai aur Allah ko tum ne pas pusht daal diya beshak mere rab ke qabu mein hai jo kuch tum karte ho aur aye meri qaum tum apne tareeqe par kaam kiye jao aur main apne tareeqe par kaam karta rahoon ga</w:t>
      </w:r>
    </w:p>
    <w:p>
      <w:pPr>
        <w:jc w:val="right"/>
      </w:pPr>
      <w:r>
        <w:t>شعیب نے کہا کہ اے میری قوم کیا میری برادری تم پر اللہ سے زیادہ بھاری ہے اور اللہ کو تم نے پس پشت ڈال دیا بے شک میرے رب کے قابو میں ہے جو کچھ تم کرتے ہو اور اے میری قوم تم اپنے طریقے پر کام کیے جاؤ اور میں اپنے طریقے پر کام کرتا رہوں گا</w:t>
      </w:r>
    </w:p>
    <w:p>
      <w:r>
        <w:rPr>
          <w:b/>
        </w:rPr>
        <w:t xml:space="preserve">[2:30:07] </w:t>
      </w:r>
      <w:r>
        <w:t>jaldi tum ko maloom ho jaye ga ke kis ke upar ruswa karne wala azaab aata hai aur kaun jhoota hai aur intezaar karo main bhi tumhare saath intezaar karne walon mein hoon</w:t>
      </w:r>
    </w:p>
    <w:p>
      <w:pPr>
        <w:jc w:val="right"/>
      </w:pPr>
      <w:r>
        <w:t>جلدی تم کو معلوم ہو جائے گا کہ کس کے اوپر رسوا کرنے والا عذاب آتا ہے اور کون جھوٹا ہے اور انتظار کرو میں بھی تمہارے ساتھ انتظار کرنے والوں میں ہوں</w:t>
      </w:r>
    </w:p>
    <w:p>
      <w:r>
        <w:rPr>
          <w:b/>
        </w:rPr>
        <w:t xml:space="preserve">[2:30:25] </w:t>
      </w:r>
      <w:r>
        <w:t>tashreeh hazrat shuaib ko hadees mein khateeb ul anbiya kaha gaya hai</w:t>
      </w:r>
    </w:p>
    <w:p>
      <w:pPr>
        <w:jc w:val="right"/>
      </w:pPr>
      <w:r>
        <w:t>تشریح حضرت شعیب کو حدیث میں خطیب الانبیاء کہا گیا ہے</w:t>
      </w:r>
    </w:p>
    <w:p>
      <w:r>
        <w:rPr>
          <w:b/>
        </w:rPr>
        <w:t xml:space="preserve">[2:30:33] </w:t>
      </w:r>
      <w:r>
        <w:t>in janab apni qaum ko qabil feham zabaan mein nihayat moassar andaaz mein samjhate the phir aap ki baat us ki samajh mein kyun nahi aayi is ki wajah yeh thi ke qaum ka zehni saancha bigra hua tha is ke sochne ka andaaz aur tha aur hazrat shuaib ke sochne ka andaaz aur</w:t>
      </w:r>
    </w:p>
    <w:p>
      <w:pPr>
        <w:jc w:val="right"/>
      </w:pPr>
      <w:r>
        <w:t>ان جناب اپنی قوم کو قابل فہم زبان میں نہایت موثر انداز میں سمجھاتے تھے پھر آپ کی بات اس کی سمجھ میں کیوں نہیں آئی اس کی وجہ یہ تھی کہ قوم کا ذہنی سانچہ بگڑا ہوا تھا اس کے سوچنے کا انداز اور تھا اور حضرت شعیب کے سوچنے کا انداز اور</w:t>
      </w:r>
    </w:p>
    <w:p>
      <w:r>
        <w:rPr>
          <w:b/>
        </w:rPr>
        <w:t xml:space="preserve">[2:31:02] </w:t>
      </w:r>
      <w:r>
        <w:t>is bana par in janab ki baat us ki samajh mein na aa saki</w:t>
      </w:r>
    </w:p>
    <w:p>
      <w:pPr>
        <w:jc w:val="right"/>
      </w:pPr>
      <w:r>
        <w:t>اس بنا پر ان جناب کی بات اس کی سمجھ میں نہ آ سکی</w:t>
      </w:r>
    </w:p>
    <w:p>
      <w:r>
        <w:rPr>
          <w:b/>
        </w:rPr>
        <w:t xml:space="preserve">[2:31:10] </w:t>
      </w:r>
      <w:r>
        <w:t>qaum insaanon ki taazeem mein gum thi aap us ko ek Allah ki taazeem ki taraf bulate the woh khush aqeedgi ko nijaat ka zariya samjhe hue thi aap ka kehna tha ke sirf amal ke zariye nijaat ho sakti hai</w:t>
      </w:r>
    </w:p>
    <w:p>
      <w:pPr>
        <w:jc w:val="right"/>
      </w:pPr>
      <w:r>
        <w:t>قوم انسانوں کی تعظیم میں گم تھی آپ اس کو ایک اللہ کی تعظیم کی طرف بلاتے تھے وہ خوش عقیدگی کو نجات کا ذریعہ سمجھے ہوئے تھی آپ کا کہنا تھا کہ صرف عمل کے ذریعے نجات ہو سکتی ہے</w:t>
      </w:r>
    </w:p>
    <w:p>
      <w:r>
        <w:rPr>
          <w:b/>
        </w:rPr>
        <w:t xml:space="preserve">[2:31:31] </w:t>
      </w:r>
      <w:r>
        <w:t>qaum ka khayal tha ke woh apne ko momin samajhti hai is liye woh momin hai aap ne kaha ke momin woh hai jo khuda ki mizan mein momin qarar paye qaum ke nazdeek namaz ki hesiyat bas aik ghair muassir qism ke rasmi zamime ki thi</w:t>
      </w:r>
    </w:p>
    <w:p>
      <w:pPr>
        <w:jc w:val="right"/>
      </w:pPr>
      <w:r>
        <w:t>قوم کا خیال تھا کہ وہ اپنے کو مومن سمجھتی ہے اس لیے وہ مومن ہے آپ نے کہا کہ مومن وہ ہے جو خدا کی میزان میں مومن قرار پائے قوم کے نزدیک نماز کی حیثیت بس ایک غیر موثر قسم کے رسمی ضمیمے کی تھی</w:t>
      </w:r>
    </w:p>
    <w:p>
      <w:r>
        <w:rPr>
          <w:b/>
        </w:rPr>
        <w:t xml:space="preserve">[2:31:54] </w:t>
      </w:r>
      <w:r>
        <w:t>aap ne ailan kiya ke namaz aadmi ki zindagi aur us ke amd o kharch ki muhasib hai qaum samajhti thi ke iman bas aik be rooh iqrar hai aap ne bataya ke iman woh hai jo aik zinda shaoor ke taur par hasil hua ho</w:t>
      </w:r>
    </w:p>
    <w:p>
      <w:pPr>
        <w:jc w:val="right"/>
      </w:pPr>
      <w:r>
        <w:t>آپ نے اعلان کیا کہ نماز آدمی کی زندگی اور اس کے امد و خرچ کی محاسب ہے قوم سمجھتی تھی کہ ایمان بس ایک بے روح اقرار ہے آپ نے بتایا کہ ایمان وہ ہے جو ایک زندہ شعور کے طور پر حاصل ہوا ہو</w:t>
      </w:r>
    </w:p>
    <w:p>
      <w:r>
        <w:rPr>
          <w:b/>
        </w:rPr>
        <w:t xml:space="preserve">[2:32:16] </w:t>
      </w:r>
      <w:r>
        <w:t>is tarah hazrat shuaib aur un ki qaum ke darmiyan aik qism ka gap paida ho gaya tha yahi zehni gap qaum ke liye aap ki seedhi aur sachi baat ko samajhne mein rukawat bana raha agar tumhara qabila na hota to hum tum ko sangsar kar dete</w:t>
      </w:r>
    </w:p>
    <w:p>
      <w:pPr>
        <w:jc w:val="right"/>
      </w:pPr>
      <w:r>
        <w:t>اس طرح حضرت شعیب اور ان کی قوم کے درمیان ایک قسم کا گیپ پیدا ہو گیا تھا یہی ذہنی گیپ قوم کے لیے آپ کی سیدھی اور سچی بات کو سمجھنے میں رکاوٹ بنا رہا اگر تمہارا قبیلہ نہ ہوتا تو ہم تم کو سنگسار کر دیتے</w:t>
      </w:r>
    </w:p>
    <w:p>
      <w:r>
        <w:rPr>
          <w:b/>
        </w:rPr>
        <w:t xml:space="preserve">[2:32:40] </w:t>
      </w:r>
      <w:r>
        <w:t>yeh jumla batata hai ke hazrat shuaib ki qaum kis qadar be hiss aur zahir parast ho chuki thi qissa yeh tha ke hazrat shuaib ne jab qaum ke deeni bharm ko be naqab kiya to qaum ke log un ke dushman ban gaye</w:t>
      </w:r>
    </w:p>
    <w:p>
      <w:pPr>
        <w:jc w:val="right"/>
      </w:pPr>
      <w:r>
        <w:t>یہ جملہ بتاتا ہے کہ حضرت شعیب کی قوم کس قدر بے حس اور ظاہر پرست ہو چکی تھی قصہ یہ تھا کہ حضرت شعیب نے جب قوم کے دینی بھرم کو بے نقاب کیا تو قوم کے لوگ ان کے دشمن بن گئے</w:t>
      </w:r>
    </w:p>
    <w:p>
      <w:r>
        <w:rPr>
          <w:b/>
        </w:rPr>
        <w:t xml:space="preserve">[2:33:00] </w:t>
      </w:r>
      <w:r>
        <w:t>is waqt hazrat shuaib ke sath na awam ki bheed thi jo logon ko roke aur na aap dolat aur hesiyat ke malik the jis ko dekh kar log maroob hon aap ke pas sirf sadaqat aur maqooliyat ka zor tha aur aise logon ke nazdeek sirf sadaqat aur maqooliyat ki koi ahmiyat nahi hoti e</w:t>
      </w:r>
    </w:p>
    <w:p>
      <w:pPr>
        <w:jc w:val="right"/>
      </w:pPr>
      <w:r>
        <w:t>اس وقت حضرت شعیب کے ساتھ نہ عوام کی بھیڑ تھی جو لوگوں کو روکے اور نہ آپ دولت اور حیثیت کے مالک تھے جس کو دیکھ کر لوگ مرعوب ہوں آپ کے پاس صرف صداقت اور معقولیت کا زور تھا اور ایسے لوگوں کے نزدیک صرف صداقت اور معقولیت کی کوئی اہمیت نہیں ہوتی ای</w:t>
      </w:r>
    </w:p>
    <w:p>
      <w:r>
        <w:rPr>
          <w:b/>
        </w:rPr>
        <w:t xml:space="preserve">[2:33:28] </w:t>
      </w:r>
      <w:r>
        <w:t>si halat mein woh yaqeenan aap par qatilana hamla kar dete taham jis cheez ne unhein is qism ke iqdam se roka woh qabila shuaib ke intiqam ka andesha tha</w:t>
      </w:r>
    </w:p>
    <w:p>
      <w:pPr>
        <w:jc w:val="right"/>
      </w:pPr>
      <w:r>
        <w:t>سی حالت میں وہ یقینا آپ پر قاتلانہ حملہ کر دیتے تاہم جس چیز نے انہیں اس قسم کے اقدام سے روکا وہ قبیلہ شعیب کے انتقام کا اندیشہ تھا</w:t>
      </w:r>
    </w:p>
    <w:p>
      <w:r>
        <w:rPr>
          <w:b/>
        </w:rPr>
        <w:t xml:space="preserve">[2:33:45] </w:t>
      </w:r>
      <w:r>
        <w:t>qabaili daur mein qabile ke kisi fard ko marne ka matlab yeh tha ke qabaili dastoor ke mutabiq poora qabila is se khoon ka badla lene ke liye uth khada ho yeh andesha qaum shuaib ke liye aap ke khilaf kisi intehai iqdam mein manay ban gaya t</w:t>
      </w:r>
    </w:p>
    <w:p>
      <w:pPr>
        <w:jc w:val="right"/>
      </w:pPr>
      <w:r>
        <w:t>قبائلی دور میں قبیلے کے کسی فرد کو مارنے کا مطلب یہ تھا کہ قبائلی دستور کے مطابق پورا قبیلہ اس سے خون کا بدلہ لینے کے لیے اٹھ کھڑا ہو یہ اندیشہ قوم شعیب کے لیے آپ کے خلاف کسی انتہائی اقدام میں مانع بن گیا ٹ</w:t>
      </w:r>
    </w:p>
    <w:p>
      <w:r>
        <w:rPr>
          <w:b/>
        </w:rPr>
        <w:t xml:space="preserve">[2:34:08] </w:t>
      </w:r>
      <w:r>
        <w:t>theek isi tarah jaise maujudah zamane mein sharir afraad ki shararat se aksar auqat log is liye mehfuz</w:t>
      </w:r>
    </w:p>
    <w:p>
      <w:pPr>
        <w:jc w:val="right"/>
      </w:pPr>
      <w:r>
        <w:t>ھیک اسی طرح جیسے موجودہ زمانے میں شریر افراد کی شرارت سے اکثر اوقات لوگ اس لیے محفوظ</w:t>
      </w:r>
    </w:p>
    <w:p>
      <w:r>
        <w:rPr>
          <w:b/>
        </w:rPr>
        <w:t xml:space="preserve">[2:34:16] </w:t>
      </w:r>
      <w:r>
        <w:t>rehte hain ke un ko andesha hota hai ke agar unhon ne koi jarahiyat ki to un ko</w:t>
      </w:r>
    </w:p>
    <w:p>
      <w:pPr>
        <w:jc w:val="right"/>
      </w:pPr>
      <w:r>
        <w:t>رہتے ہیں کہ ان کو اندیشہ ہوتا ہے کہ اگر انہوں نے کوئی جارحیت کی تو ان کو</w:t>
      </w:r>
    </w:p>
    <w:p>
      <w:r>
        <w:rPr>
          <w:b/>
        </w:rPr>
        <w:t xml:space="preserve">[2:34:22] </w:t>
      </w:r>
      <w:r>
        <w:t>police aur adalat ka samna karna pare ga</w:t>
      </w:r>
    </w:p>
    <w:p>
      <w:pPr>
        <w:jc w:val="right"/>
      </w:pPr>
      <w:r>
        <w:t>پولیس اور عدالت کا سامنا کرنا پڑے گا</w:t>
      </w:r>
    </w:p>
    <w:p>
      <w:r>
        <w:rPr>
          <w:b/>
        </w:rPr>
        <w:t xml:space="preserve">[2:34:27] </w:t>
      </w:r>
      <w:r>
        <w:t>wa lamma jaa amruna najjayna shuaiba wal lazina amanu ma'ahu birahmat</w:t>
      </w:r>
    </w:p>
    <w:p>
      <w:pPr>
        <w:jc w:val="right"/>
      </w:pPr>
      <w:r>
        <w:t>ولما جاء امرنا نجينا شعیبا والذین امنوا معہ برحمت</w:t>
      </w:r>
    </w:p>
    <w:p>
      <w:r>
        <w:rPr>
          <w:b/>
        </w:rPr>
        <w:t xml:space="preserve">[2:34:37] </w:t>
      </w:r>
      <w:r>
        <w:t>minna wa akhazat lazina zalamus saihah</w:t>
      </w:r>
    </w:p>
    <w:p>
      <w:pPr>
        <w:jc w:val="right"/>
      </w:pPr>
      <w:r>
        <w:t>منا واخذت الذین ظلموا الصیحہ</w:t>
      </w:r>
    </w:p>
    <w:p>
      <w:r>
        <w:rPr>
          <w:b/>
        </w:rPr>
        <w:t xml:space="preserve">[2:34:43] </w:t>
      </w:r>
      <w:r>
        <w:t>wa akhazat lazina zalamus saihah fa asbahu fi diyarahim jathimin</w:t>
      </w:r>
    </w:p>
    <w:p>
      <w:pPr>
        <w:jc w:val="right"/>
      </w:pPr>
      <w:r>
        <w:t>واخذت الذین ظلموا الصیحہ فاصبحوا فی دیارهم جاثمین</w:t>
      </w:r>
    </w:p>
    <w:p>
      <w:r>
        <w:rPr>
          <w:b/>
        </w:rPr>
        <w:t xml:space="preserve">[2:34:52] </w:t>
      </w:r>
      <w:r>
        <w:t>ka an lam</w:t>
      </w:r>
    </w:p>
    <w:p>
      <w:pPr>
        <w:jc w:val="right"/>
      </w:pPr>
      <w:r>
        <w:t>کان لم</w:t>
      </w:r>
    </w:p>
    <w:p>
      <w:r>
        <w:rPr>
          <w:b/>
        </w:rPr>
        <w:t xml:space="preserve">[2:34:53] </w:t>
      </w:r>
      <w:r>
        <w:t>yughnou fiha illa bu'dal lil madyani kama bu'dat thamood</w:t>
      </w:r>
    </w:p>
    <w:p>
      <w:pPr>
        <w:jc w:val="right"/>
      </w:pPr>
      <w:r>
        <w:t>یغنوا فیہا الا بعدا لمدین کما بعدت ثمود</w:t>
      </w:r>
    </w:p>
    <w:p>
      <w:r>
        <w:rPr>
          <w:b/>
        </w:rPr>
        <w:t xml:space="preserve">[2:35:03] </w:t>
      </w:r>
      <w:r>
        <w:t>aur jab hamara hukum aaya hum ne shuaib ko aur jo us ke sath iman laye the apni rehmat se bacha liya aur jin logon ne zulm kiya tha un ko kark ne pakad liya pas woh apne gharon mein oondhe pade reh gaye goya ke kabhi un mein base hi na the</w:t>
      </w:r>
    </w:p>
    <w:p>
      <w:pPr>
        <w:jc w:val="right"/>
      </w:pPr>
      <w:r>
        <w:t>اور جب ہمارا حکم آیا ہم نے شعیب کو اور جو اس کے ساتھ ایمان لائے تھے اپنی رحمت سے بچا لیا اور جن لوگوں نے ظلم کیا تھا ان کو کڑک نے پکڑ لیا پس وہ اپنے گھروں میں اوندھے پڑے رہ گئے گویا کہ کبھی ان میں بسے ہی نہ تھے</w:t>
      </w:r>
    </w:p>
    <w:p>
      <w:r>
        <w:rPr>
          <w:b/>
        </w:rPr>
        <w:t xml:space="preserve">[2:35:28] </w:t>
      </w:r>
      <w:r>
        <w:t>suno phatkar hai madyan ko jaise phatkar hui thamood ko</w:t>
      </w:r>
    </w:p>
    <w:p>
      <w:pPr>
        <w:jc w:val="right"/>
      </w:pPr>
      <w:r>
        <w:t>سنو پھٹکار ہے مدین کو جیسے پھٹکار ہوئی ثمود کو</w:t>
      </w:r>
    </w:p>
    <w:p>
      <w:r>
        <w:rPr>
          <w:b/>
        </w:rPr>
        <w:t xml:space="preserve">[2:35:38] </w:t>
      </w:r>
      <w:r>
        <w:t>tashreeh hazrat shuaib ki qaum ke log samajhte the ke woh madyan ke malik hain jo cheez unhein imtehan ki maslehat ke tehat di gayi thi us ko unhon ne apna mustaqil haq samajh liya</w:t>
      </w:r>
    </w:p>
    <w:p>
      <w:pPr>
        <w:jc w:val="right"/>
      </w:pPr>
      <w:r>
        <w:t>تشریح حضرت شعیب کی قوم کے لوگ سمجھتے تھے کہ وہ مدین کے مالک ہیں جو چیز انہیں امتحان کی مصلحت کے تحت دی گئی تھی اس کو انہوں نے اپنا مستقل حق سمجھ لیا</w:t>
      </w:r>
    </w:p>
    <w:p>
      <w:r>
        <w:rPr>
          <w:b/>
        </w:rPr>
        <w:t xml:space="preserve">[2:35:55] </w:t>
      </w:r>
      <w:r>
        <w:t>is ehsas ke tehat unhon ne aap ke khilaf jarahiyana tadbiren kin unhon ne aap ko yeh dhamki bhi di ke hum tum ko aur tumhare sathiyon ko apni sarzamin se nikal denge magar wohi zameen jis ko woh apni zameen samajhte the aur jis ke woh malik bane hue the</w:t>
      </w:r>
    </w:p>
    <w:p>
      <w:pPr>
        <w:jc w:val="right"/>
      </w:pPr>
      <w:r>
        <w:t>اس احساس کے تحت انہوں نے آپ کے خلاف جارحانہ تدبیریں کیں انہوں نے آپ کو یہ دھمکی بھی دی کہ ہم تم کو اور تمہارے ساتھیوں کو اپنی سرزمین سے نکال دیں گے مگر وہی زمین جس کو وہ اپنی زمین سمجھتے تھے اور جس کے وہ مالک بنے ہوئے تھے</w:t>
      </w:r>
    </w:p>
    <w:p>
      <w:r>
        <w:rPr>
          <w:b/>
        </w:rPr>
        <w:t xml:space="preserve">[2:36:19] </w:t>
      </w:r>
      <w:r>
        <w:t>wohan khuda ke hukum se holnak gurghurahat ke sath zalzala aaya jis ke nateejay mein yeh poora ilaqah tabah ho gaya woh khud apni dunya mein is tarah mit kar reh gaye jaise kabhi un ka wajood hi na tha</w:t>
      </w:r>
    </w:p>
    <w:p>
      <w:pPr>
        <w:jc w:val="right"/>
      </w:pPr>
      <w:r>
        <w:t>وہاں خدا کے حکم سے ہولناک گڑگڑاہٹ کے ساتھ زلزلہ آیا جس کے نتیجے میں یہ پورا علاقہ تباہ ہو گیا وہ خود اپنی دنیا میں اس طرح مٹ کر رہ گئے جیسے کبھی ان کا وجود ہی نہ تھا</w:t>
      </w:r>
    </w:p>
    <w:p>
      <w:r>
        <w:rPr>
          <w:b/>
        </w:rPr>
        <w:t xml:space="preserve">[2:36:40] </w:t>
      </w:r>
      <w:r>
        <w:t>albata qaum ke wo afraad jinhon ne hazrat shuaib ki baat mani thi aur aap ke sath ho</w:t>
      </w:r>
    </w:p>
    <w:p>
      <w:pPr>
        <w:jc w:val="right"/>
      </w:pPr>
      <w:r>
        <w:t>البتہ قوم کے وہ افراد جنہوں نے حضرت شعیب کی بات مانی تھی اور آپ کے ساتھ ہو</w:t>
      </w:r>
    </w:p>
    <w:p>
      <w:r>
        <w:rPr>
          <w:b/>
        </w:rPr>
        <w:t xml:space="preserve">[2:36:48] </w:t>
      </w:r>
      <w:r>
        <w:t>gaye the un ko khususi nusrat se bacha liya gaya</w:t>
      </w:r>
    </w:p>
    <w:p>
      <w:pPr>
        <w:jc w:val="right"/>
      </w:pPr>
      <w:r>
        <w:t>گئے تھے ان کو خصوصی نصرت سے بچا لیا گیا</w:t>
      </w:r>
    </w:p>
    <w:p>
      <w:r>
        <w:rPr>
          <w:b/>
        </w:rPr>
        <w:t xml:space="preserve">[2:36:54] </w:t>
      </w:r>
      <w:r>
        <w:t>wa laqad arsalna musa bi ayatina wa sultan</w:t>
      </w:r>
    </w:p>
    <w:p>
      <w:pPr>
        <w:jc w:val="right"/>
      </w:pPr>
      <w:r>
        <w:t>ولقد أرسلنا موسى بآياتنا وسلطان</w:t>
      </w:r>
    </w:p>
    <w:p>
      <w:r>
        <w:rPr>
          <w:b/>
        </w:rPr>
        <w:t xml:space="preserve">[2:37:00] </w:t>
      </w:r>
      <w:r>
        <w:t>mubin ila fir'auna wa mal'ihi fataba'u</w:t>
      </w:r>
    </w:p>
    <w:p>
      <w:pPr>
        <w:jc w:val="right"/>
      </w:pPr>
      <w:r>
        <w:t>مبين إلى فرعون وملئه فاتبعوا</w:t>
      </w:r>
    </w:p>
    <w:p>
      <w:r>
        <w:rPr>
          <w:b/>
        </w:rPr>
        <w:t xml:space="preserve">[2:37:08] </w:t>
      </w:r>
      <w:r>
        <w:t>amra fir'auna wa ma</w:t>
      </w:r>
    </w:p>
    <w:p>
      <w:pPr>
        <w:jc w:val="right"/>
      </w:pPr>
      <w:r>
        <w:t>أمر فرعون وما</w:t>
      </w:r>
    </w:p>
    <w:p>
      <w:r>
        <w:rPr>
          <w:b/>
        </w:rPr>
        <w:t xml:space="preserve">[2:37:12] </w:t>
      </w:r>
      <w:r>
        <w:t>amr firoun bi rasheed</w:t>
      </w:r>
    </w:p>
    <w:p>
      <w:pPr>
        <w:jc w:val="right"/>
      </w:pPr>
      <w:r>
        <w:t>أمر فرعون برشيد</w:t>
      </w:r>
    </w:p>
    <w:p>
      <w:r>
        <w:rPr>
          <w:b/>
        </w:rPr>
        <w:t xml:space="preserve">[2:37:17] </w:t>
      </w:r>
      <w:r>
        <w:t>yuqaddimu qawmahu yawm al-qiyamah fa awradahum</w:t>
      </w:r>
    </w:p>
    <w:p>
      <w:pPr>
        <w:jc w:val="right"/>
      </w:pPr>
      <w:r>
        <w:t>يقدم قومه يوم القيامة فأوردهم</w:t>
      </w:r>
    </w:p>
    <w:p>
      <w:r>
        <w:rPr>
          <w:b/>
        </w:rPr>
        <w:t xml:space="preserve">[2:37:22] </w:t>
      </w:r>
      <w:r>
        <w:t>an-nar wa bi'sa al-wirdu al-mawrood</w:t>
      </w:r>
    </w:p>
    <w:p>
      <w:pPr>
        <w:jc w:val="right"/>
      </w:pPr>
      <w:r>
        <w:t>النار وبئس الورد المورود</w:t>
      </w:r>
    </w:p>
    <w:p>
      <w:r>
        <w:rPr>
          <w:b/>
        </w:rPr>
        <w:t xml:space="preserve">[2:37:27] </w:t>
      </w:r>
      <w:r>
        <w:t>wa ittaba'u</w:t>
      </w:r>
    </w:p>
    <w:p>
      <w:pPr>
        <w:jc w:val="right"/>
      </w:pPr>
      <w:r>
        <w:t>واتبعوا</w:t>
      </w:r>
    </w:p>
    <w:p>
      <w:r>
        <w:rPr>
          <w:b/>
        </w:rPr>
        <w:t xml:space="preserve">[2:37:28] </w:t>
      </w:r>
      <w:r>
        <w:t>fi hazihil la'nata wa yawmal qiyamati bi'sa arrafdu al marfoodhu</w:t>
      </w:r>
    </w:p>
    <w:p>
      <w:pPr>
        <w:jc w:val="right"/>
      </w:pPr>
      <w:r>
        <w:t>في هذه لعنة ويوم القيامة بئس الرفد المرفوض</w:t>
      </w:r>
    </w:p>
    <w:p>
      <w:r>
        <w:rPr>
          <w:b/>
        </w:rPr>
        <w:t xml:space="preserve">[2:37:39] </w:t>
      </w:r>
      <w:r>
        <w:t>aur hum ne moosa ko apni nishaniyon aur wazeh sand ke sath bheja fir'aun aur us ke sardaron ki taraf phir woh fir'aun ke hukum par chale halan ke fir'aun ka hukum rastai par na tha</w:t>
      </w:r>
    </w:p>
    <w:p>
      <w:pPr>
        <w:jc w:val="right"/>
      </w:pPr>
      <w:r>
        <w:t>اور ہم نے موسیٰ کو اپنی نشانیوں اور واضح سند کے ساتھ بھیجا فرعون اور اس کے سرداروں کی طرف پھر وہ فرعون کے حکم پر چلے حالانکہ فرعون کا حکم راستی پر نہ تھا</w:t>
      </w:r>
    </w:p>
    <w:p>
      <w:r>
        <w:rPr>
          <w:b/>
        </w:rPr>
        <w:t xml:space="preserve">[2:37:57] </w:t>
      </w:r>
      <w:r>
        <w:t>qayamat ke din woh apni qaum ke aage hoga aur un ko aag par pahunchaye ga aur kaisa bura ghat hai jis par woh pahunchenge aur is dunya mein un ke peechay lanat laga di gayi aur qayamat ke din bhi kaisa bura inaam hai jo un ko mila</w:t>
      </w:r>
    </w:p>
    <w:p>
      <w:pPr>
        <w:jc w:val="right"/>
      </w:pPr>
      <w:r>
        <w:t>قیامت کے دن وہ اپنی قوم کے آگے ہوگا اور ان کو آگ پر پہنچائے گا اور کیسا برا گھاٹ ہے جس پر وہ پہنچیں گے اور اس دنیا میں ان کے پیچھے لعنت لگا دی گئی اور قیامت کے دن بھی کیسا برا انعام ہے جو ان کو ملا</w:t>
      </w:r>
    </w:p>
    <w:p>
      <w:r>
        <w:rPr>
          <w:b/>
        </w:rPr>
        <w:t xml:space="preserve">[2:38:22] </w:t>
      </w:r>
      <w:r>
        <w:t>tashreeh hazrat moosa ne haq ki dawat aakhri mumkin had tak pesh kar di unhon ne fir'aun aur us ke sathiyon ko na sirf nazri taur par be daleel kar diya balkeh asaa ke moajze ki surat mein apni sadaqat ka khula hua zahiri saboot bhi unhein dikha diya phir bhi fir'aun ki qaum fir'aun hi ke sath rahi</w:t>
      </w:r>
    </w:p>
    <w:p>
      <w:pPr>
        <w:jc w:val="right"/>
      </w:pPr>
      <w:r>
        <w:t>تشریح حضرت موسیٰ نے حق کی دعوت آخری ممکن حد تک پیش کر دی انہوں نے فرعون اور اس کے ساتھیوں کو نہ صرف نظری طور پر بے دلیل کر دیا بلکہ عصا کے معجزے کی صورت میں اپنی صداقت کا کھلا ہوا ظاہری ثبوت بھی انہیں دکھا دیا پھر بھی فرعون کی قوم فرعون ہی کے ساتھ رہی</w:t>
      </w:r>
    </w:p>
    <w:p>
      <w:r>
        <w:rPr>
          <w:b/>
        </w:rPr>
        <w:t xml:space="preserve">[2:38:51] </w:t>
      </w:r>
      <w:r>
        <w:t>woh hazrat moosa ka sath dene par tayyar na hui is ki wajah yeh thi ke in logon ke nazdeek sari ahmiyat iqtadar aur duniyawi saz o saman ki thi aur yeh cheezen woh hazrat moosa ke andar na dekhte the</w:t>
      </w:r>
    </w:p>
    <w:p>
      <w:pPr>
        <w:jc w:val="right"/>
      </w:pPr>
      <w:r>
        <w:t>وہ حضرت موسیٰ کا ساتھ دینے پر تیار نہ ہوئی اس کی وجہ یہ تھی کہ ان لوگوں کے نزدیک ساری اہمیت اقتدار اور دنیاوی ساز و سامان کی تھی اور یہ چیزیں وہ حضرت موسیٰ کے اندر نہ دیکھتے تھے</w:t>
      </w:r>
    </w:p>
    <w:p>
      <w:r>
        <w:rPr>
          <w:b/>
        </w:rPr>
        <w:t xml:space="preserve">[2:39:11] </w:t>
      </w:r>
      <w:r>
        <w:t>woh aap ki baaton par hairaan zaroor hote the magar jab woh hazrat moosa ka muqabla fir'aun se karte to un ko aik taraf be sar o samani dikhai deti aur doosri taraf har qism ka madi jah o jalal</w:t>
      </w:r>
    </w:p>
    <w:p>
      <w:pPr>
        <w:jc w:val="right"/>
      </w:pPr>
      <w:r>
        <w:t>وہ آپ کی باتوں پر حیران ضرور ہوتے تھے مگر جب وہ حضرت موسیٰ کا مقابلہ فرعون سے کرتے تو ان کو ایک طرف بے سر و سامانی دکھائی دیتی اور دوسری طرف ہر قسم کا مادی جاہ و جلال</w:t>
      </w:r>
    </w:p>
    <w:p>
      <w:r>
        <w:rPr>
          <w:b/>
        </w:rPr>
        <w:t xml:space="preserve">[2:39:30] </w:t>
      </w:r>
      <w:r>
        <w:t>yeh taqabul un ke liye faisla kun ban gaya aur woh dalail aur moajzat dekhne ke bawajood is ke liye tayyar na hue ke fir'aun ko chhod dein aur is se alag ho kar hazrat moosa ke sath ho jayen</w:t>
      </w:r>
    </w:p>
    <w:p>
      <w:pPr>
        <w:jc w:val="right"/>
      </w:pPr>
      <w:r>
        <w:t>یہ تقابل ان کے لیے فیصلہ کن بن گیا اور وہ دلائل اور معجزات دیکھنے کے باوجود اس کے لیے تیار نہ ہوئے کہ فرعون کو چھوڑ دیں اور اس سے الگ ہو کر حضرت موسیٰ کے ساتھ ہو جائیں</w:t>
      </w:r>
    </w:p>
    <w:p>
      <w:r>
        <w:rPr>
          <w:b/>
        </w:rPr>
        <w:t xml:space="preserve">[2:39:50] </w:t>
      </w:r>
      <w:r>
        <w:t>jo log dunya mein kisi ka sath sirf is liye denge ke us ke pas madi barhai ki cheezen thi woh akhirat mein bhi us ke sath kar diye jayenge magar dunya ke barkas yeh bohat bura sath hoga kyunke us din us aadmi se us ka tamam saman chhin chuka hoga ab uska wajood sirf zillat aur barbadi ka nishan hoga</w:t>
      </w:r>
    </w:p>
    <w:p>
      <w:pPr>
        <w:jc w:val="right"/>
      </w:pPr>
      <w:r>
        <w:t>جو لوگ دنیا میں کسی کا ساتھ صرف اس لیے دیں گے کہ اس کے پاس مادی بڑائی کی چیزیں تھیں وہ آخرت میں بھی اس کے ساتھ کر دیے جائیں گے مگر دنیا کے برعکس یہ بہت برا ساتھ ہوگا کیونکہ اس دن اس آدمی سے اس کا تمام سامان چھن چکا ہوگا اب اس کا وجود صرف ذلت اور بربادی کا نشان ہوگا</w:t>
      </w:r>
    </w:p>
    <w:p>
      <w:r>
        <w:rPr>
          <w:b/>
        </w:rPr>
        <w:t xml:space="preserve">[2:40:19] </w:t>
      </w:r>
      <w:r>
        <w:t>woh apne sathiyon ko bhi usi aag mein pahuncha dega jo khud us ke liye us ki gumrah qiyadat ke nateejay mein khuda ki taraf se muqaddar ki ja chuki hai zalika min</w:t>
      </w:r>
    </w:p>
    <w:p>
      <w:pPr>
        <w:jc w:val="right"/>
      </w:pPr>
      <w:r>
        <w:t>وہ اپنے ساتھیوں کو بھی اسی آگ میں پہنچا دے گا جو خود اس کے لیے اس کی گمراہ قیادت کے نتیجے میں خدا کی طرف سے مقدر کی جا چکی ہے ذلك من</w:t>
      </w:r>
    </w:p>
    <w:p>
      <w:r>
        <w:rPr>
          <w:b/>
        </w:rPr>
        <w:t xml:space="preserve">[2:40:35] </w:t>
      </w:r>
      <w:r>
        <w:t>an alqurana qasahu alayka minha qa'imun wa haseedun wa ma zalamnahum walakin zalamoo</w:t>
      </w:r>
    </w:p>
    <w:p>
      <w:pPr>
        <w:jc w:val="right"/>
      </w:pPr>
      <w:r>
        <w:t>أن القرآن قصه عليك منها قائم وحصيد وما ظلمناهم ولكن ظلموا</w:t>
      </w:r>
    </w:p>
    <w:p>
      <w:r>
        <w:rPr>
          <w:b/>
        </w:rPr>
        <w:t xml:space="preserve">[2:40:54] </w:t>
      </w:r>
      <w:r>
        <w:t>anfusahum famaa aghnat 'anhum aalihatuhum famaa aghnat 'anhum aalihatuhum allati yad'oona min dooni Allahi min shay'in lamma jaa'a</w:t>
      </w:r>
    </w:p>
    <w:p>
      <w:pPr>
        <w:jc w:val="right"/>
      </w:pPr>
      <w:r>
        <w:t>أنفسهم فما أغنت عنهم آلهتهم فما أغنت عنهم آلهتهم التي يدعون من دون الله من شيء لما جاء</w:t>
      </w:r>
    </w:p>
    <w:p>
      <w:r>
        <w:rPr>
          <w:b/>
        </w:rPr>
        <w:t xml:space="preserve">[2:41:15] </w:t>
      </w:r>
      <w:r>
        <w:t>amru rabbika wamaa zaadoohum ghayra tatbeeb</w:t>
      </w:r>
    </w:p>
    <w:p>
      <w:pPr>
        <w:jc w:val="right"/>
      </w:pPr>
      <w:r>
        <w:t>أمر ربك وما زادوهم غير تتبيب</w:t>
      </w:r>
    </w:p>
    <w:p>
      <w:r>
        <w:rPr>
          <w:b/>
        </w:rPr>
        <w:t xml:space="preserve">[2:41:25] </w:t>
      </w:r>
      <w:r>
        <w:t>yeh bastiyon ke kuch halaat hain jo hum tum ko suna rahe hain in mein se baaz ab tak qaaim hain aur baaz mit gayeen aur hum ne un par zulm nahin kiya balkeh unhon ne khud apne oopar zulm kiya</w:t>
      </w:r>
    </w:p>
    <w:p>
      <w:pPr>
        <w:jc w:val="right"/>
      </w:pPr>
      <w:r>
        <w:t>یہ بستیوں کے کچھ حالات ہیں جو ہم تم کو سنا رہے ہیں ان میں سے بعض اب تک قائم ہیں اور بعض مٹ گئیں اور ہم نے ان پر ظلم نہیں کیا بلکہ انہوں نے خود اپنے اوپر ظلم کیا</w:t>
      </w:r>
    </w:p>
    <w:p>
      <w:r>
        <w:rPr>
          <w:b/>
        </w:rPr>
        <w:t xml:space="preserve">[2:41:42] </w:t>
      </w:r>
      <w:r>
        <w:t>phir jab tere rabb ka hukum aa gaya to un ke ma'bood un ke kuch kaam na aaye jin ko woh Allah ke siwa pukaarte thay aur unhon ne un ke haq mein barbadi ke siwa aur kuch nahin barhaya tashreeh</w:t>
      </w:r>
    </w:p>
    <w:p>
      <w:pPr>
        <w:jc w:val="right"/>
      </w:pPr>
      <w:r>
        <w:t>پھر جب تیرے رب کا حکم آ گیا تو ان کے معبود ان کے کچھ کام نہ آئے جن کو وہ اللہ کے سوا پکارتے تھے اور انہوں نے ان کے حق میں بربادی کے سوا اور کچھ نہیں بڑھایا تشریح</w:t>
      </w:r>
    </w:p>
    <w:p>
      <w:r>
        <w:rPr>
          <w:b/>
        </w:rPr>
        <w:t xml:space="preserve">[2:42:06] </w:t>
      </w:r>
      <w:r>
        <w:t>qadeem tareekhon mein badshahon aur fauji generalon ke halaat darj</w:t>
      </w:r>
    </w:p>
    <w:p>
      <w:pPr>
        <w:jc w:val="right"/>
      </w:pPr>
      <w:r>
        <w:t>قدیم تاریخوں میں بادشاہوں اور فوجی جنرلوں کے حالات درج</w:t>
      </w:r>
    </w:p>
    <w:p>
      <w:r>
        <w:rPr>
          <w:b/>
        </w:rPr>
        <w:t xml:space="preserve">[2:42:11] </w:t>
      </w:r>
      <w:r>
        <w:t>hain magar nabiyon aur un ki aqwam ke halaat kisi tareekh mein darj nahin doosri taraf Qur'an ko</w:t>
      </w:r>
    </w:p>
    <w:p>
      <w:pPr>
        <w:jc w:val="right"/>
      </w:pPr>
      <w:r>
        <w:t>ہیں مگر نبیوں اور ان کی اقوام کے حالات کسی تاریخ میں درج نہیں دوسری طرف قرآن کو</w:t>
      </w:r>
    </w:p>
    <w:p>
      <w:r>
        <w:rPr>
          <w:b/>
        </w:rPr>
        <w:t xml:space="preserve">[2:42:20] </w:t>
      </w:r>
      <w:r>
        <w:t>dekhiye to is mein sab se zyada eh-te-mam ke sath nabiyon aur un ki qawmon ke halaat milte</w:t>
      </w:r>
    </w:p>
    <w:p>
      <w:pPr>
        <w:jc w:val="right"/>
      </w:pPr>
      <w:r>
        <w:t>دیکھیے تو اس میں سب سے زیادہ اہتمام کے ساتھ نبیوں اور ان کی قوموں کے حالات ملتے</w:t>
      </w:r>
    </w:p>
    <w:p>
      <w:r>
        <w:rPr>
          <w:b/>
        </w:rPr>
        <w:t xml:space="preserve">[2:42:30] </w:t>
      </w:r>
      <w:r>
        <w:t>hain baqi baatein us ne is tarah nazar andaz kar di hain jaise us ki nazar mein un</w:t>
      </w:r>
    </w:p>
    <w:p>
      <w:pPr>
        <w:jc w:val="right"/>
      </w:pPr>
      <w:r>
        <w:t>ہیں بقیہ باتیں اس نے اس طرح نظر انداز کر دی ہیں جیسے اس کی نظر میں ان</w:t>
      </w:r>
    </w:p>
    <w:p>
      <w:r>
        <w:rPr>
          <w:b/>
        </w:rPr>
        <w:t xml:space="preserve">[2:42:38] </w:t>
      </w:r>
      <w:r>
        <w:t>ki koi ahmiyat nahin</w:t>
      </w:r>
    </w:p>
    <w:p>
      <w:pPr>
        <w:jc w:val="right"/>
      </w:pPr>
      <w:r>
        <w:t>کی کوئی اہمیت نہیں</w:t>
      </w:r>
    </w:p>
    <w:p>
      <w:r>
        <w:rPr>
          <w:b/>
        </w:rPr>
        <w:t xml:space="preserve">[2:42:41] </w:t>
      </w:r>
      <w:r>
        <w:t>insaan ne jo tareekh likhi is mein us ne wohi baat chhod di jo khalique ke nazdeek sab se ziyada qabil-e-tazkirah thi daur-e-nubowat ki in halak shuda bastiyon mein se baaz bastiyan aisi hain jo abhi tak aabaad hain jaise Misr jo Firon ka maqam tha</w:t>
      </w:r>
    </w:p>
    <w:p>
      <w:pPr>
        <w:jc w:val="right"/>
      </w:pPr>
      <w:r>
        <w:t>انسان نے جو تاریخ لکھی اس میں اس نے وہی بات چھوڑ دی جو خالق کے نزدیک سب سے زیادہ قابل تذکرہ تھی دور نبوت کی ان ہلاک شدہ بستیوں میں سے بعض بستیاں ایسی ہیں جو ابھی تک آباد ہیں جیسے مصر جو فرعون کا مقام تھا</w:t>
      </w:r>
    </w:p>
    <w:p>
      <w:r>
        <w:rPr>
          <w:b/>
        </w:rPr>
        <w:t xml:space="preserve">[2:43:03] </w:t>
      </w:r>
      <w:r>
        <w:t>doosri taraf qaum-e-Hood aur qaum-e-Loot jaisi aqwaam hain jin ki bastiyan un ke bashindon samait napeed ho gayeen albatta kahin kahin un ke kuch nishanaat khandar ki soorat mein khade hain ya zameen ki khudai se baraah kiye gaye hain in bastiyon ka halak kiya jaana bazahir ek zalimana waqea maloom hota hai</w:t>
      </w:r>
    </w:p>
    <w:p>
      <w:pPr>
        <w:jc w:val="right"/>
      </w:pPr>
      <w:r>
        <w:t>دوسری طرف قوم ہود اور قوم لوط جیسی اقوام ہیں جن کی بستیاں ان کے باشندوں سمیت ناپید ہو گئیں البتہ کہیں کہیں ان کے کچھ نشانات کھڈر کی صورت میں کھڑے ہیں یا زمین کی کھدائی سے براہ کیے گئے ہیں ان بستیوں کا ہلاک کیا جانا بظاہر ایک ظالمانہ واقعہ معلوم ہوتا ہے</w:t>
      </w:r>
    </w:p>
    <w:p>
      <w:r>
        <w:rPr>
          <w:b/>
        </w:rPr>
        <w:t xml:space="preserve">[2:43:32] </w:t>
      </w:r>
      <w:r>
        <w:t>magar jab yeh dekhiye ke kyun aisa hua to woh 'ain mutabiq-e-haqeeqat ban jaata hai kyunkeh yeh un ki apni bad'amli ke nataij thay jo kuch hua woh un ki bad'kardari ke baad hua na keh un ki bad'kardari se pehle</w:t>
      </w:r>
    </w:p>
    <w:p>
      <w:pPr>
        <w:jc w:val="right"/>
      </w:pPr>
      <w:r>
        <w:t>مگر جب یہ دیکھیے کہ کیوں ایسا ہوا تو وہ عین مطابق حقیقت بن جاتا ہے کیونکہ یہ ان کی اپنی بدعملی کے نتائج تھے جو کچھ ہوا وہ ان کی بدکرداری کے بعد ہوا نہ کہ ان کی بدکرداری سے پہلے</w:t>
      </w:r>
    </w:p>
    <w:p>
      <w:r>
        <w:rPr>
          <w:b/>
        </w:rPr>
        <w:t xml:space="preserve">[2:43:56] </w:t>
      </w:r>
      <w:r>
        <w:t>jab bhi aadmi sarkashi aur zulm karta hai to woh kisi barhte par karta hai woh kuch cheezon ya hastiyon ko apna sahara samajh leta hai aur khayal karta hai ke yeh mushkil waqt mein is ke madadgaar saabit honge magar yeh sahare isi waqt tak sahare hain jab tak Khuda dheel de raha ho</w:t>
      </w:r>
    </w:p>
    <w:p>
      <w:pPr>
        <w:jc w:val="right"/>
      </w:pPr>
      <w:r>
        <w:t>جب بھی آدمی سرکشی اور ظلم کرتا ہے تو وہ کسی برتے پر کرتا ہے وہ کچھ چیزوں یا ہستیوں کو اپنا سہارا سمجھ لیتا ہے اور خیال کرتا ہے کہ یہ مشکل وقتوں میں اس کے مددگار ثابت ہوں گے مگر یہ سہارے اسی وقت تک سہارے ہیں جب تک خدا ڈھیل دے رہا ہو</w:t>
      </w:r>
    </w:p>
    <w:p>
      <w:r>
        <w:rPr>
          <w:b/>
        </w:rPr>
        <w:t xml:space="preserve">[2:44:21] </w:t>
      </w:r>
      <w:r>
        <w:t>jab Khuda ke qanoon ke mutabiq dheel ki muddat khatm ho jaye aur Khuda apna aakhri faisla zahir kar de us waqt aadmi ko maloom hota hai ke woh sab mahaz jhoote mufradat thay jin ko us ne</w:t>
      </w:r>
    </w:p>
    <w:p>
      <w:pPr>
        <w:jc w:val="right"/>
      </w:pPr>
      <w:r>
        <w:t>جب خدا کے قانون کے مطابق ڈھیل کی مدت ختم ہو جائے اور خدا اپنا آخری فیصلہ ظاہر کر دے اس وقت آدمی کو معلوم ہوتا ہے کہ وہ سب محض جھوٹے مفروضے تھے جن کو اس نے</w:t>
      </w:r>
    </w:p>
    <w:p>
      <w:r>
        <w:rPr>
          <w:b/>
        </w:rPr>
        <w:t xml:space="preserve">[2:44:38] </w:t>
      </w:r>
      <w:r>
        <w:t>apni nadani ki wajah se sahara samajh liya tha</w:t>
      </w:r>
    </w:p>
    <w:p>
      <w:pPr>
        <w:jc w:val="right"/>
      </w:pPr>
      <w:r>
        <w:t>اپنی نادانی کی وجہ سے سہارا سمجھ لیا تھا</w:t>
      </w:r>
    </w:p>
    <w:p>
      <w:r>
        <w:rPr>
          <w:b/>
        </w:rPr>
        <w:t xml:space="preserve">[2:44:45] </w:t>
      </w:r>
      <w:r>
        <w:t>wakazalika akhza rabbuka itha akhza alqura wahiya zalimatun inna akhzahu aleemun shadeedun inna fi zalika</w:t>
      </w:r>
    </w:p>
    <w:p>
      <w:pPr>
        <w:jc w:val="right"/>
      </w:pPr>
      <w:r>
        <w:t>وكذلك أخذ ربك إذا أخذ القرى وهي ظالمة إن أخذه أليم شديد إن في ذلك</w:t>
      </w:r>
    </w:p>
    <w:p>
      <w:r>
        <w:rPr>
          <w:b/>
        </w:rPr>
        <w:t xml:space="preserve">[2:45:04] </w:t>
      </w:r>
      <w:r>
        <w:t>layaatin liman khaafa 'azaba al-aakhirati thalika yawmun majmoo'un lahun naasu wathalika yawmun mashhoodun wama nu'akhiruhu</w:t>
      </w:r>
    </w:p>
    <w:p>
      <w:pPr>
        <w:jc w:val="right"/>
      </w:pPr>
      <w:r>
        <w:t>لآية لمن خاف عذاب الآخرة ذلك يوم مجموع له الناس وذلك يوم مشهود وما نؤخره</w:t>
      </w:r>
    </w:p>
    <w:p>
      <w:r>
        <w:rPr>
          <w:b/>
        </w:rPr>
        <w:t xml:space="preserve">[2:45:23] </w:t>
      </w:r>
      <w:r>
        <w:t>illaa liajalin ma'doodin yawma ya'ti la tukallimu nafsun illa biznihi faminhum shaqiyyun wasa'eedun</w:t>
      </w:r>
    </w:p>
    <w:p>
      <w:pPr>
        <w:jc w:val="right"/>
      </w:pPr>
      <w:r>
        <w:t>إلا لأجل معدود يوم يأتي لا تكلم نفس إلا بإذنه فمنهم شقي وسعيد</w:t>
      </w:r>
    </w:p>
    <w:p>
      <w:r>
        <w:rPr>
          <w:b/>
        </w:rPr>
        <w:t xml:space="preserve">[2:45:40] </w:t>
      </w:r>
      <w:r>
        <w:t>aur tere rabb ki pakad aisi hi hai jab keh woh bastiyon ko un ke zulm par pakadta hai beshak us ki pakad badi dardnaak aur sakht hai is mein un logon ke liye nishani hai jo aakhirat ke azaab se daren</w:t>
      </w:r>
    </w:p>
    <w:p>
      <w:pPr>
        <w:jc w:val="right"/>
      </w:pPr>
      <w:r>
        <w:t>اور تیرے رب کی پکڑ ایسی ہی ہے جب کہ وہ بستیوں کو ان کے ظلم پر پکڑتا ہے بے شک اس کی پکڑ بڑی دردناک اور سخت ہے اس میں ان لوگوں کے لیے نشانی ہے جو آخرت کے عذاب سے ڈریں</w:t>
      </w:r>
    </w:p>
    <w:p>
      <w:r>
        <w:rPr>
          <w:b/>
        </w:rPr>
        <w:t xml:space="preserve">[2:46:00] </w:t>
      </w:r>
      <w:r>
        <w:t>woh ek aisa din hai jis mein sab log jama hon ge aur woh haziri ka din hoga</w:t>
      </w:r>
    </w:p>
    <w:p>
      <w:pPr>
        <w:jc w:val="right"/>
      </w:pPr>
      <w:r>
        <w:t>وہ ایک ایسا دن ہے جس میں سب لوگ جمع ہوں گے اور وہ حاضری کا دن ہوگا</w:t>
      </w:r>
    </w:p>
    <w:p>
      <w:r>
        <w:rPr>
          <w:b/>
        </w:rPr>
        <w:t xml:space="preserve">[2:46:08] </w:t>
      </w:r>
      <w:r>
        <w:t>aur hum is ko ek muddat ke liye taal rahe hain jo muqarrar hai</w:t>
      </w:r>
    </w:p>
    <w:p>
      <w:pPr>
        <w:jc w:val="right"/>
      </w:pPr>
      <w:r>
        <w:t>اور ہم اس کو ایک مدت کے لیے ٹال رہے ہیں جو مقرر ہے</w:t>
      </w:r>
    </w:p>
    <w:p>
      <w:r>
        <w:rPr>
          <w:b/>
        </w:rPr>
        <w:t xml:space="preserve">[2:46:17] </w:t>
      </w:r>
      <w:r>
        <w:t>jab woh din aaye ga to koi jaan is ki ijazat ke baghair kalam na kar sake gi</w:t>
      </w:r>
    </w:p>
    <w:p>
      <w:pPr>
        <w:jc w:val="right"/>
      </w:pPr>
      <w:r>
        <w:t>جب وہ دن آئے گا تو کوئی جان اس کی اجازت کے بغیر کلام نہ کر سکے گی</w:t>
      </w:r>
    </w:p>
    <w:p>
      <w:r>
        <w:rPr>
          <w:b/>
        </w:rPr>
        <w:t xml:space="preserve">[2:46:24] </w:t>
      </w:r>
      <w:r>
        <w:t>pas in mein kuch bad-bakht hon ge aur kuch nek-bakht</w:t>
      </w:r>
    </w:p>
    <w:p>
      <w:pPr>
        <w:jc w:val="right"/>
      </w:pPr>
      <w:r>
        <w:t>پس ان میں کچھ بدبخت ہوں گے اور کچھ نیک بخت</w:t>
      </w:r>
    </w:p>
    <w:p>
      <w:r>
        <w:rPr>
          <w:b/>
        </w:rPr>
        <w:t xml:space="preserve">[2:46:32] </w:t>
      </w:r>
      <w:r>
        <w:t>tashreeh maujoodah duniya mein insaan ko rehne aur basne ka mauqa sirf imtehan ki bina par haasil hai paighambaron ke zariye itmam-e-hujjat ke baad bhi jo log munkir bane rahein woh Khuda ki zameen mein mazeed theherne ka haq kho dete hain yahi wajah hai ke paighambaron ke munkireen ko Khuda ne halak kar diya</w:t>
      </w:r>
    </w:p>
    <w:p>
      <w:pPr>
        <w:jc w:val="right"/>
      </w:pPr>
      <w:r>
        <w:t>تشریح موجودہ دنیا میں انسان کو رہنے اور بسنے کا موقع صرف امتحان کی بنا پر حاصل ہے پیغمبروں کے ذریعے اتمام حجت کے بعد بھی جو لوگ منکر بنے رہیں وہ خدا کی زمین میں مزید ٹھہرنے کا حق کھو دیتے ہیں یہی وجہ ہے کہ پیغمبروں کے منکرین کو خدا نے ہلاک کر دیا</w:t>
      </w:r>
    </w:p>
    <w:p>
      <w:r>
        <w:rPr>
          <w:b/>
        </w:rPr>
        <w:t xml:space="preserve">[2:47:00] </w:t>
      </w:r>
      <w:r>
        <w:t>yeh halakat ziyadah tar is tarah hui ke aam zamini aafton mein shiddat paida kar di gayi maslan aadhi sailab ya zalzala jo aam halaat mein ek had ke andar rehte hain un ko ghair mahdood tor par shadeed kar diya gaya</w:t>
      </w:r>
    </w:p>
    <w:p>
      <w:pPr>
        <w:jc w:val="right"/>
      </w:pPr>
      <w:r>
        <w:t>یہ ہلاکت زیادہ تر اس طرح ہوئی کہ عام زمینی افتوں میں شدت پیدا کر دی گئی مثلاً آدھی سیلاب یا زلزلہ جو عام حالات میں ایک حد کے اندر رہتے ہیں ان کو غیر محدود طور پر شدید کر دیا گیا</w:t>
      </w:r>
    </w:p>
    <w:p>
      <w:r>
        <w:rPr>
          <w:b/>
        </w:rPr>
        <w:t xml:space="preserve">[2:47:22] </w:t>
      </w:r>
      <w:r>
        <w:t>maazi mein is tarah qawmon ki tabaahi ke waqeaat ko jighrafi tareekh ke ulama mousmi taghayyurat ka naam dete hain goya jo kuch hua woh mahaz jighrafi wa talqul ke nateeje mein hua agarche woh is waqea ki koi tawjeeh nahin kar paate is qism ke shadeed mousmi taghayyurat sirf maazi mein kyun pesh aaye woh ab kyun nahin pesh aate</w:t>
      </w:r>
    </w:p>
    <w:p>
      <w:pPr>
        <w:jc w:val="right"/>
      </w:pPr>
      <w:r>
        <w:t>ماضی میں اس طرح قوموں کی تباہی کے واقعات کو جغرافی تاریخ کے علماء موسمی تغیرات کا نام دیتے ہیں گویا جو کچھ ہوا وہ محض جغرافی و تلفکل کے نتیجے میں ہوا اگرچہ وہ اس واقعے کی کوئی توجیح نہیں کر پاتے اس قسم کے شدید موسمی تغیرات صرف ماضی میں کیوں پیش آئے وہ اب کیوں نہیں پیش آتے</w:t>
      </w:r>
    </w:p>
    <w:p>
      <w:r>
        <w:rPr>
          <w:b/>
        </w:rPr>
        <w:t xml:space="preserve">[2:47:52] </w:t>
      </w:r>
      <w:r>
        <w:t>haqeeqat yeh hai ke yeh waqeaat saada ma'non mein sirf jighrafi waqeaat na thay balkeh yeh hukum-e-khudawandi ka zahoor tha in se yeh saabit hota hai ke maujoodah duniya ka nizam adl par qaaim hai yahan khud qanoon-e-qudrat ke tehat lazman aisa hone wala hai ke zalim apne zulm ki saza paaye aur 'adil ko apne adl ka inaam mile</w:t>
      </w:r>
    </w:p>
    <w:p>
      <w:pPr>
        <w:jc w:val="right"/>
      </w:pPr>
      <w:r>
        <w:t>حقیقت یہ ہے کہ یہ واقعات سادہ معنوں میں صرف جغرافی واقعات نہ تھے بلکہ یہ حکم خداوندی کا ظہور تھا ان سے یہ ثابت ہوتا ہے کہ موجودہ دنیا کا نظام عدل پر قائم ہے یہاں خود قانون قدرت کے تحت لازماً ایسا ہونے والا ہے کہ ظالم اپنے ظلم کی سزا پائے اور عادل کو اپنے عدل کا انعام ملے</w:t>
      </w:r>
    </w:p>
    <w:p>
      <w:r>
        <w:rPr>
          <w:b/>
        </w:rPr>
        <w:t xml:space="preserve">[2:48:22] </w:t>
      </w:r>
      <w:r>
        <w:t>in waqeaat ko mousmi taghayyurat kehna un ko jighrafia ke khane mein daal dena hai is ke bar'aks agar un ko khudaai taghayyurat maana jaye to woh aadmi ke liye khauf-e-Khuda aur fikr-e-aakhirat ka zabardast sabaq ban jayenge</w:t>
      </w:r>
    </w:p>
    <w:p>
      <w:pPr>
        <w:jc w:val="right"/>
      </w:pPr>
      <w:r>
        <w:t>ان واقعات کو موسمی تغیرات کہنا ان کو جغرافیہ کے خانے میں ڈال دینا ہے اس کے برعکس اگر ان کو خدائی تغیرات مانا جائے تو وہ آدمی کے لیے خوف خدا اور فکر آخرت کا زبردست سبق بن جائیں گے</w:t>
      </w:r>
    </w:p>
    <w:p>
      <w:r>
        <w:rPr>
          <w:b/>
        </w:rPr>
        <w:t xml:space="preserve">[2:48:45] </w:t>
      </w:r>
      <w:r>
        <w:t>paighambaron ke zamane mein jo waqeaat pesh aaye woh goya badi qayamat se pehle is ki choti nishani thay in mein aisa hua ke munkireen ko ek muddat tak dheel di gayi is ke baad Khuda ka faisla zahir hua to sab ke sab halak kar diye gaye sirf woh log bach sake jo haq ka saath dene ki wajah se Khuda ke nazdeek nekbakht qarar pa chuke thay</w:t>
      </w:r>
    </w:p>
    <w:p>
      <w:pPr>
        <w:jc w:val="right"/>
      </w:pPr>
      <w:r>
        <w:t>پیغمبروں کے زمانے میں جو واقعات پیش آئے وہ گویا بڑی قیامت سے پہلے اس کی چھوٹی نشانی تھے ان میں ایسا ہوا کہ منکرین کو ایک مدت تک ڈھیل دی گئی اس کے بعد خدا کا فیصلہ ظاہر ہوا تو سب کے سب ہلاک کر دیے گئے صرف وہ لوگ بچ سکے جو حق کا ساتھ دینے کی وجہ سے خدا کے نزدیک نیک بخت قرار پا چکے تھے</w:t>
      </w:r>
    </w:p>
    <w:p>
      <w:r>
        <w:rPr>
          <w:b/>
        </w:rPr>
        <w:t xml:space="preserve">[2:49:13] </w:t>
      </w:r>
      <w:r>
        <w:t>un ke ilawa jo log Khuda ki mizaan mein sarkash aur badbakht thay woh lazmi taur par azaab ki zad mein aaye hatta keh paighambaron ki sifarish bhi un ko bacha na saki jaisa keh Hazrat Nooh aur Hazrat Ibrahim ki misaal se saabit hota hai</w:t>
      </w:r>
    </w:p>
    <w:p>
      <w:pPr>
        <w:jc w:val="right"/>
      </w:pPr>
      <w:r>
        <w:t>ان کے علاوہ جو لوگ خدا کی میزان میں سرکش اور بدبخت تھے وہ لازمی طور پر عذاب کی زد میں آئے حتیٰ کہ پیغمبروں کی سفارش بھی ان کو بچا نہ سکی جیسا کہ حضرت نوح اور حضرت ابراہیم کی مثال سے ثابت ہوتا ہے</w:t>
      </w:r>
    </w:p>
    <w:p>
      <w:r>
        <w:rPr>
          <w:b/>
        </w:rPr>
        <w:t xml:space="preserve">[2:49:35] </w:t>
      </w:r>
      <w:r>
        <w:t>famma allazeena shaqoo fafi annari lahum feeha zafeerun wa shih</w:t>
      </w:r>
    </w:p>
    <w:p>
      <w:pPr>
        <w:jc w:val="right"/>
      </w:pPr>
      <w:r>
        <w:t>فأما الذين شقوا ففي النار لهم فيها زفير وشه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