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and Experience 22 May 2011 - Maulana Wahiduddin Khan</w:t>
      </w:r>
    </w:p>
    <w:p>
      <w:r>
        <w:t>https://www.youtube.com/watch?v=vxgZMiqBTiE</w:t>
      </w:r>
    </w:p>
    <w:p>
      <w:r>
        <w:rPr>
          <w:b/>
        </w:rPr>
        <w:t xml:space="preserve">[00:13] </w:t>
      </w:r>
      <w:r>
        <w:t>bismillah hir rahman nir rahim, wa salallahu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[00:39] </w:t>
      </w:r>
      <w:r>
        <w:t>aaj ka topic koi ek topic nahi hai, balke</w:t>
      </w:r>
    </w:p>
    <w:p>
      <w:pPr>
        <w:jc w:val="right"/>
      </w:pPr>
      <w:r>
        <w:t>آج کا ٹاپک کوئی ایک ٹاپک نہیں ہے، بلکہ</w:t>
      </w:r>
    </w:p>
    <w:p>
      <w:r>
        <w:rPr>
          <w:b/>
        </w:rPr>
        <w:t xml:space="preserve">[00:48] </w:t>
      </w:r>
      <w:r>
        <w:t>kayi. apne tajrube aur ehsasat mein arz karunga. isi liye aaj ka topic maine rakha hai:</w:t>
      </w:r>
    </w:p>
    <w:p>
      <w:pPr>
        <w:jc w:val="right"/>
      </w:pPr>
      <w:r>
        <w:t>کئی۔ اپنے تجربے اور احساسات میں عرض کروں گا۔ اسی لیے آج کا ٹاپک میں نے رکھا ہے:</w:t>
      </w:r>
    </w:p>
    <w:p>
      <w:r>
        <w:rPr>
          <w:b/>
        </w:rPr>
        <w:t xml:space="preserve">[01:01] </w:t>
      </w:r>
      <w:r>
        <w:t>Lessons and Experiences. yani sabak aur tajrube, asbaaq aur tajrube.</w:t>
      </w:r>
    </w:p>
    <w:p>
      <w:pPr>
        <w:jc w:val="right"/>
      </w:pPr>
      <w:r>
        <w:t>Lessons and Experiences۔ یعنی سبق اور تجربے، اسباق اور تجربے۔</w:t>
      </w:r>
    </w:p>
    <w:p>
      <w:r>
        <w:rPr>
          <w:b/>
        </w:rPr>
        <w:t xml:space="preserve">[01:15] </w:t>
      </w:r>
      <w:r>
        <w:t>main shuru karunga aaj ke tajrube se. dekhen, aap ko pata hai ke raat bahut barish hui, aur barish se mausam achaanak thanda ho gaya.</w:t>
      </w:r>
    </w:p>
    <w:p>
      <w:pPr>
        <w:jc w:val="right"/>
      </w:pPr>
      <w:r>
        <w:t>میں شروع کروں گا آج کے تجربے سے۔ دیکھیں، آپ کو پتہ ہے کہ رات بہت بارش ہوئی، اور بارش سے موسم اچانک ٹھنڈا ہو گیا۔</w:t>
      </w:r>
    </w:p>
    <w:p>
      <w:r>
        <w:rPr>
          <w:b/>
        </w:rPr>
        <w:t xml:space="preserve">[01:32] </w:t>
      </w:r>
      <w:r>
        <w:t>ek dam achaanak mausam badal gaya. to mere ghar ke samne balcony hai, taqreeban pachas foot lambi.</w:t>
      </w:r>
    </w:p>
    <w:p>
      <w:pPr>
        <w:jc w:val="right"/>
      </w:pPr>
      <w:r>
        <w:t>ایک دم اچانک موسم بدل گیا۔ تو میرے گھر کے سامنے بالکنی ہے، تقریباً پچاس فٹ لمبی۔</w:t>
      </w:r>
    </w:p>
    <w:p>
      <w:r>
        <w:rPr>
          <w:b/>
        </w:rPr>
        <w:t xml:space="preserve">[01:43] </w:t>
      </w:r>
      <w:r>
        <w:t>main wahan par rozana walk karta hoon.</w:t>
      </w:r>
    </w:p>
    <w:p>
      <w:pPr>
        <w:jc w:val="right"/>
      </w:pPr>
      <w:r>
        <w:t>میں وہاں پر روزانہ واک کرتا ہوں۔</w:t>
      </w:r>
    </w:p>
    <w:p>
      <w:r>
        <w:rPr>
          <w:b/>
        </w:rPr>
        <w:t xml:space="preserve">[01:50] </w:t>
      </w:r>
      <w:r>
        <w:t>is ke charon taraf hare bhare darakht hain. to abhi jo barish hui to darakht dhal gaye. un ki haryali chamak uthi. aur darakhton ki khoobsurti barh gayi.</w:t>
      </w:r>
    </w:p>
    <w:p>
      <w:pPr>
        <w:jc w:val="right"/>
      </w:pPr>
      <w:r>
        <w:t>اس کے چاروں طرف ہرے بھرے درخت ہیں۔ تو ابھی جو بارش ہوئی تو درخت دھل گئے۔ ان کی ہریالی چمک اٹھی۔ اور درختوں کی خوبصورتی بڑھ گئی۔</w:t>
      </w:r>
    </w:p>
    <w:p>
      <w:r>
        <w:rPr>
          <w:b/>
        </w:rPr>
        <w:t xml:space="preserve">[02:05] </w:t>
      </w:r>
      <w:r>
        <w:t>ab fiza bhi aap jante hain ke jab barish hoti hai to fiza bhi dhal jati hai.</w:t>
      </w:r>
    </w:p>
    <w:p>
      <w:pPr>
        <w:jc w:val="right"/>
      </w:pPr>
      <w:r>
        <w:t>اب فضا بھی آپ جانتے ہیں کہ جب بارش ہوتی ہے تو فضا بھی دھل جاتی ہے۔</w:t>
      </w:r>
    </w:p>
    <w:p>
      <w:r>
        <w:rPr>
          <w:b/>
        </w:rPr>
        <w:t xml:space="preserve">[02:09] </w:t>
      </w:r>
      <w:r>
        <w:t>to aaj jo subah ki roshni thi suraj ki, wo bhi bilkul golden color ki thi goya ke. sunhari dhoop thi.</w:t>
      </w:r>
    </w:p>
    <w:p>
      <w:pPr>
        <w:jc w:val="right"/>
      </w:pPr>
      <w:r>
        <w:t>تو آج جو صبح کی روشنی تھی سورج کی، وہ بھی بالکل گولڈن کلر کی تھی گویا کہ۔ سنہری دھوپ تھی۔</w:t>
      </w:r>
    </w:p>
    <w:p>
      <w:r>
        <w:rPr>
          <w:b/>
        </w:rPr>
        <w:t xml:space="preserve">[02:21] </w:t>
      </w:r>
      <w:r>
        <w:t>to is mausam mein subah ko jab main tehal raha tha to bahut ajeeb sa ehsas hua. chidiyan ur rahi theen, wo chehchaha rahi theen.</w:t>
      </w:r>
    </w:p>
    <w:p>
      <w:pPr>
        <w:jc w:val="right"/>
      </w:pPr>
      <w:r>
        <w:t>تو اس موسم میں صبح کو جب میں ٹہل رہا تھا تو بہت عجیب سا احساس ہوا۔ چڑیاں اڑ رہی تھیں، وہ چہچہا رہی تھیں۔</w:t>
      </w:r>
    </w:p>
    <w:p>
      <w:r>
        <w:rPr>
          <w:b/>
        </w:rPr>
        <w:t xml:space="preserve">[02:32] </w:t>
      </w:r>
      <w:r>
        <w:t>har taraf ek bahut hi achi fiza thi.</w:t>
      </w:r>
    </w:p>
    <w:p>
      <w:pPr>
        <w:jc w:val="right"/>
      </w:pPr>
      <w:r>
        <w:t>ہر طرف ایک بہت ہی اچھی فضا تھی۔</w:t>
      </w:r>
    </w:p>
    <w:p>
      <w:r>
        <w:rPr>
          <w:b/>
        </w:rPr>
        <w:t xml:space="preserve">[02:37] </w:t>
      </w:r>
      <w:r>
        <w:t>to ek lamhe ke liye mujhe aisa mehsoos hua ke jaise main ke paradise mein walk kar raha hoon.</w:t>
      </w:r>
    </w:p>
    <w:p>
      <w:pPr>
        <w:jc w:val="right"/>
      </w:pPr>
      <w:r>
        <w:t>تو ایک لمحے کے لیے مجھے ایسا محسوس ہوا کہ جیسے میں کہ پیراڈائز میں واک کر رہا ہوں۔</w:t>
      </w:r>
    </w:p>
    <w:p>
      <w:r>
        <w:rPr>
          <w:b/>
        </w:rPr>
        <w:t xml:space="preserve">[02:46] </w:t>
      </w:r>
      <w:r>
        <w:t>paradise mein walk karne ka mujhe tajruba hua.</w:t>
      </w:r>
    </w:p>
    <w:p>
      <w:pPr>
        <w:jc w:val="right"/>
      </w:pPr>
      <w:r>
        <w:t>پیراڈائز میں واک کرنے کا مجھے تجربہ ہوا۔</w:t>
      </w:r>
    </w:p>
    <w:p>
      <w:r>
        <w:rPr>
          <w:b/>
        </w:rPr>
        <w:t xml:space="preserve">[02:54] </w:t>
      </w:r>
      <w:r>
        <w:t>us waqt mujhe ek hadith yaad aayi.</w:t>
      </w:r>
    </w:p>
    <w:p>
      <w:pPr>
        <w:jc w:val="right"/>
      </w:pPr>
      <w:r>
        <w:t>اس وقت مجھے ایک حدیث یاد آئی۔</w:t>
      </w:r>
    </w:p>
    <w:p>
      <w:r>
        <w:rPr>
          <w:b/>
        </w:rPr>
        <w:t xml:space="preserve">[03:02] </w:t>
      </w:r>
      <w:r>
        <w:t>kyun ke dekhen, paradise ka jo tasawwur Islam, Quran mein aur hadith mein diya gaya hai, wo bagh ka hai. baghon wale</w:t>
      </w:r>
    </w:p>
    <w:p>
      <w:pPr>
        <w:jc w:val="right"/>
      </w:pPr>
      <w:r>
        <w:t>کیوں کہ دیکھیں، پیراڈائز کا جو تصور اسلام، قرآن میں اور حدیث میں دیا گیا ہے، وہ باغ کا ہے۔ باغوں والے</w:t>
      </w:r>
    </w:p>
    <w:p>
      <w:r>
        <w:rPr>
          <w:b/>
        </w:rPr>
        <w:t xml:space="preserve">[03:14] </w:t>
      </w:r>
      <w:r>
        <w:t>wa masakinuhum fi jannatin 'aidin. yani baghon se ghare hue makanat.</w:t>
      </w:r>
    </w:p>
    <w:p>
      <w:pPr>
        <w:jc w:val="right"/>
      </w:pPr>
      <w:r>
        <w:t>وَمَسَاكنَةَيَّ بَطْرِجٍ فِي جَنَّاتِ عَوْضٍ ۔ یعنی باغوں سے گھرے ہوئے مکانات۔</w:t>
      </w:r>
    </w:p>
    <w:p>
      <w:r>
        <w:rPr>
          <w:b/>
        </w:rPr>
        <w:t xml:space="preserve">[03:22] </w:t>
      </w:r>
      <w:r>
        <w:t>ye ajeeb, Allah taala ko ye darakht aur bagh lagta hai ke bahut hi zyada pasand hain. isi liye jannat ka naam bhi jannat rakha.</w:t>
      </w:r>
    </w:p>
    <w:p>
      <w:pPr>
        <w:jc w:val="right"/>
      </w:pPr>
      <w:r>
        <w:t>یہ عجیب، اللہ تعالیٰ کو یہ درخت اور باغ لگتا ہے کہ بہت ہی زیادہ پسند ہیں۔ اسی لیے جنت کا نام بھی جنت رکھا۔</w:t>
      </w:r>
    </w:p>
    <w:p>
      <w:r>
        <w:rPr>
          <w:b/>
        </w:rPr>
        <w:t xml:space="preserve">[03:32] </w:t>
      </w:r>
      <w:r>
        <w:t>jannat ke mani hote hain bagh. momin ki tashbeeh di gayi darakht se.</w:t>
      </w:r>
    </w:p>
    <w:p>
      <w:pPr>
        <w:jc w:val="right"/>
      </w:pPr>
      <w:r>
        <w:t>جنت کے معنی ہوتے ہیں باغ۔ مومن کی تشبیہ دی گئی درخت سے۔</w:t>
      </w:r>
    </w:p>
    <w:p>
      <w:r>
        <w:rPr>
          <w:b/>
        </w:rPr>
        <w:t xml:space="preserve">[03:39] </w:t>
      </w:r>
      <w:r>
        <w:t>to momin ek darakht ki manind hai, jannat ek bagh ki manind hai. to us waqt jab main walk kar raha tha to mujhe ek hadith yaad aayi.</w:t>
      </w:r>
    </w:p>
    <w:p>
      <w:pPr>
        <w:jc w:val="right"/>
      </w:pPr>
      <w:r>
        <w:t>تو مومن ایک درخت کی مانند ہے، جنت ایک باغ کی مانند ہے۔ تو اس وقت جب میں واک کر رہا تھا تو مجھے ایک حدیث یاد آئی۔</w:t>
      </w:r>
    </w:p>
    <w:p>
      <w:r>
        <w:rPr>
          <w:b/>
        </w:rPr>
        <w:t xml:space="preserve">[03:51] </w:t>
      </w:r>
      <w:r>
        <w:t>wo is tarah hai: kaydha marartum bi riyadil jannati fartau</w:t>
      </w:r>
    </w:p>
    <w:p>
      <w:pPr>
        <w:jc w:val="right"/>
      </w:pPr>
      <w:r>
        <w:t>وہ اس طرح ہے: كَيْذَا مَرَرْتُمْ بِرِيَادِ الجَنَّةِ فَارْتَوْا</w:t>
      </w:r>
    </w:p>
    <w:p>
      <w:r>
        <w:rPr>
          <w:b/>
        </w:rPr>
        <w:t xml:space="preserve">[04:00] </w:t>
      </w:r>
      <w:r>
        <w:t>. jab tum jannat ke baghon se guzro to wahan chara karo. charne ka lafz hai wahan par. lekin aaj kal ki zaban mein agar main kahun to main ye kahunga ke wahan tum walk karo.</w:t>
      </w:r>
    </w:p>
    <w:p>
      <w:pPr>
        <w:jc w:val="right"/>
      </w:pPr>
      <w:r>
        <w:t>۔ جب تم جنت کے باغوں سے گزرو تو وہاں چر رہا کرو۔ چرنے کا لفظ ہے وہاں پر۔ لیکن آج کل کی زبان میں اگر میں کہوں تو میں یہ کہوں گا کہ وہاں تم واک کرو۔</w:t>
      </w:r>
    </w:p>
    <w:p>
      <w:r>
        <w:rPr>
          <w:b/>
        </w:rPr>
        <w:t xml:space="preserve">[04:16] </w:t>
      </w:r>
      <w:r>
        <w:t>jannat ke baghon mein walk karo.</w:t>
      </w:r>
    </w:p>
    <w:p>
      <w:pPr>
        <w:jc w:val="right"/>
      </w:pPr>
      <w:r>
        <w:t>جنت کے باغوں میں واک کرو۔</w:t>
      </w:r>
    </w:p>
    <w:p>
      <w:r>
        <w:rPr>
          <w:b/>
        </w:rPr>
        <w:t xml:space="preserve">[04:21] </w:t>
      </w:r>
      <w:r>
        <w:t>to asal cheez kya hai? to sahaba ne pucha ke jannat ke bagh se murad kya hai is dunya mein?</w:t>
      </w:r>
    </w:p>
    <w:p>
      <w:pPr>
        <w:jc w:val="right"/>
      </w:pPr>
      <w:r>
        <w:t>تو اصل چیز کیا ہے؟ تو صحابہ نے پوچھا کہ جنت کے باغ سے مراد کیا ہے اس دنیا میں؟</w:t>
      </w:r>
    </w:p>
    <w:p>
      <w:r>
        <w:rPr>
          <w:b/>
        </w:rPr>
        <w:t xml:space="preserve">[04:31] </w:t>
      </w:r>
      <w:r>
        <w:t>to ek hadith mein hai ke masjid. ek aur hadith mein hai ke</w:t>
      </w:r>
    </w:p>
    <w:p>
      <w:pPr>
        <w:jc w:val="right"/>
      </w:pPr>
      <w:r>
        <w:t>تو ایک حدیث میں ہے کہ مسجد۔ ایک اور حدیث میں ہے کہ</w:t>
      </w:r>
    </w:p>
    <w:p>
      <w:r>
        <w:rPr>
          <w:b/>
        </w:rPr>
        <w:t xml:space="preserve">[04:38] </w:t>
      </w:r>
      <w:r>
        <w:t>halqa zikr. lekin yeh sab yaad rakhiye, alamaati alfaaz hain. haqeeqat yeh hai ke is dunya ka har jagah jannat ki manind hai.</w:t>
      </w:r>
    </w:p>
    <w:p>
      <w:pPr>
        <w:jc w:val="right"/>
      </w:pPr>
      <w:r>
        <w:t>حلقہ ذکر۔ لیکن یہ سب یاد رکھیے، علامتی الفاظ ہیں۔ حقیقت یہ ہے کہ اس دنیا کا ہر جگہ جنت کی مانند ہے۔</w:t>
      </w:r>
    </w:p>
    <w:p>
      <w:r>
        <w:rPr>
          <w:b/>
        </w:rPr>
        <w:t xml:space="preserve">[04:52] </w:t>
      </w:r>
      <w:r>
        <w:t>ghaas aur baagh, har cheez.</w:t>
      </w:r>
    </w:p>
    <w:p>
      <w:pPr>
        <w:jc w:val="right"/>
      </w:pPr>
      <w:r>
        <w:t>گھاس اور باغ، ہر چیز۔</w:t>
      </w:r>
    </w:p>
    <w:p>
      <w:r>
        <w:rPr>
          <w:b/>
        </w:rPr>
        <w:t xml:space="preserve">[04:57] </w:t>
      </w:r>
      <w:r>
        <w:t>hawayein, pahaad, chashme, darya, samandar, sab mein jannat ki jhalak hai. sari kainat mein yeh jo plant earth hai,</w:t>
      </w:r>
    </w:p>
    <w:p>
      <w:pPr>
        <w:jc w:val="right"/>
      </w:pPr>
      <w:r>
        <w:t>ہوائیں، پہاڑ، چشمے، دریا، سمندر، سب میں جنت کی جھلک ہے۔ ساری کائنات میں یہ جو پلانٹ ارتھ ہے،</w:t>
      </w:r>
    </w:p>
    <w:p>
      <w:r>
        <w:rPr>
          <w:b/>
        </w:rPr>
        <w:t xml:space="preserve">[05:11] </w:t>
      </w:r>
      <w:r>
        <w:t>bilkul istithnaai plant hai.</w:t>
      </w:r>
    </w:p>
    <w:p>
      <w:pPr>
        <w:jc w:val="right"/>
      </w:pPr>
      <w:r>
        <w:t>بالکل استثنائی پلانٹ ہے۔</w:t>
      </w:r>
    </w:p>
    <w:p>
      <w:r>
        <w:rPr>
          <w:b/>
        </w:rPr>
        <w:t xml:space="preserve">[05:16] </w:t>
      </w:r>
      <w:r>
        <w:t>yahan par jo paani hai, jo sabza hai, jo sari cheezein hain, woh kahin bhi poori kainat mein nahin, jo bahut hi badi, bahut hi badi hai. to sach poochhein to yeh yeh dunya jo bani hai, yeh jannat ke namune ki tarah bani hai.</w:t>
      </w:r>
    </w:p>
    <w:p>
      <w:pPr>
        <w:jc w:val="right"/>
      </w:pPr>
      <w:r>
        <w:t>یہاں پر جو پانی ہے، جو سبزہ ہے، جو ساری چیزیں ہیں، وہ کہیں بھی پوری کائنات میں نہیں، جو بہت ہی بڑی، بہت ہی بڑی ہے۔ تو سچ پوچھیں تو یہ یہ دنیا جو بنی ہے، یہ جنت کے نمونے کی طرح بنی ہے۔</w:t>
      </w:r>
    </w:p>
    <w:p>
      <w:r>
        <w:rPr>
          <w:b/>
        </w:rPr>
        <w:t xml:space="preserve">[05:32] </w:t>
      </w:r>
      <w:r>
        <w:t>yeh usi ka ek naamukammal version hai. jannat jo hai, woh kamil version hai paradise ka.</w:t>
      </w:r>
    </w:p>
    <w:p>
      <w:pPr>
        <w:jc w:val="right"/>
      </w:pPr>
      <w:r>
        <w:t>یہ اسی کا ایک نامکمل ورژن ہے۔ جنت جو ہے، وہ کامل ورژن ہے پیراڈائز کا۔</w:t>
      </w:r>
    </w:p>
    <w:p>
      <w:r>
        <w:rPr>
          <w:b/>
        </w:rPr>
        <w:t xml:space="preserve">[05:45] </w:t>
      </w:r>
      <w:r>
        <w:t>jo baad ko aayega. aur yeh jo hai naamukammal version hai.</w:t>
      </w:r>
    </w:p>
    <w:p>
      <w:pPr>
        <w:jc w:val="right"/>
      </w:pPr>
      <w:r>
        <w:t>جو بعد کو آئے گا۔ اور یہ جو ہے نامکمل ورژن ہے۔</w:t>
      </w:r>
    </w:p>
    <w:p>
      <w:r>
        <w:rPr>
          <w:b/>
        </w:rPr>
        <w:t xml:space="preserve">[05:51] </w:t>
      </w:r>
      <w:r>
        <w:t>to is dunya ke har tajrube, har mushahde, har event mein aap ko jannat ki jhalak aayegi.</w:t>
      </w:r>
    </w:p>
    <w:p>
      <w:pPr>
        <w:jc w:val="right"/>
      </w:pPr>
      <w:r>
        <w:t>تو اس دنیا کے ہر تجربے، ہر مشاہدے، ہر ایونٹ میں آپ کو جنت کی جھلک آئے گی۔</w:t>
      </w:r>
    </w:p>
    <w:p>
      <w:r>
        <w:rPr>
          <w:b/>
        </w:rPr>
        <w:t xml:space="preserve">[06:00] </w:t>
      </w:r>
      <w:r>
        <w:t>agar aap ka aap ka sochne ki taaqat ho, aap ka ehsaas zinda ho to. to sach much aap jannat mein jeene lagenge.</w:t>
      </w:r>
    </w:p>
    <w:p>
      <w:pPr>
        <w:jc w:val="right"/>
      </w:pPr>
      <w:r>
        <w:t>اگر آپ کا آپ کا سوچنے کی طاقت ہو، آپ کا احساس زندہ ہو تو۔ تو سچ مچ آپ جنت میں جینے لگیں گے۔</w:t>
      </w:r>
    </w:p>
    <w:p>
      <w:r>
        <w:rPr>
          <w:b/>
        </w:rPr>
        <w:t xml:space="preserve">[06:14] </w:t>
      </w:r>
      <w:r>
        <w:t>aaj mujhe yaad aaya allama iqbal ka ek sher jo guru nanak ke bare mein kaha tha unhon ne. is tajrube ke baad.</w:t>
      </w:r>
    </w:p>
    <w:p>
      <w:pPr>
        <w:jc w:val="right"/>
      </w:pPr>
      <w:r>
        <w:t>آج مجھے یاد آیا علامہ اقبال کا ایک شعر جو گرو نانک کے بارے میں کہا تھا انہوں نے۔ اس تجربے کے بعد۔</w:t>
      </w:r>
    </w:p>
    <w:p>
      <w:r>
        <w:rPr>
          <w:b/>
        </w:rPr>
        <w:t xml:space="preserve">[06:25] </w:t>
      </w:r>
      <w:r>
        <w:t>guru nanak jo hain, ek Khuda ko maante the.</w:t>
      </w:r>
    </w:p>
    <w:p>
      <w:pPr>
        <w:jc w:val="right"/>
      </w:pPr>
      <w:r>
        <w:t>گرو نانک جو ہیں، ایک خدا کو مانتے تھے۔</w:t>
      </w:r>
    </w:p>
    <w:p>
      <w:r>
        <w:rPr>
          <w:b/>
        </w:rPr>
        <w:t xml:space="preserve">[06:32] </w:t>
      </w:r>
      <w:r>
        <w:t>yeh sab log jaante hain.</w:t>
      </w:r>
    </w:p>
    <w:p>
      <w:pPr>
        <w:jc w:val="right"/>
      </w:pPr>
      <w:r>
        <w:t>یہ سب لوگ جانتے ہیں۔</w:t>
      </w:r>
    </w:p>
    <w:p>
      <w:r>
        <w:rPr>
          <w:b/>
        </w:rPr>
        <w:t xml:space="preserve">[06:37] </w:t>
      </w:r>
      <w:r>
        <w:t>guru nanak jo hain, woh ek Khuda ko maante the. woh but parasti ko nahin maante the. to allama iqbal ne kaha ke nanak ne jis chaman mein wahdat ka geet gaaya, mera watan wahi hai, mera watan wahi hai.</w:t>
      </w:r>
    </w:p>
    <w:p>
      <w:pPr>
        <w:jc w:val="right"/>
      </w:pPr>
      <w:r>
        <w:t>گرو نانک جو ہیں، وہ ایک خدا کو مانتے تھے۔ وہ بت پرستی کو نہیں مانتے تھے۔ تو علامہ اقبال نے کہا کہ نانک نے جس چمن میں وحدت کا گیت گایا، میرا وطن وہی ہے، میرا وطن وہی ہے۔</w:t>
      </w:r>
    </w:p>
    <w:p>
      <w:r>
        <w:rPr>
          <w:b/>
        </w:rPr>
        <w:t xml:space="preserve">[06:55] </w:t>
      </w:r>
      <w:r>
        <w:t>goya nanak ko India jo hai, baagh-e-jannat ke taur par nazar aaya. chaman-e-jannat. yaani rohani chaman.</w:t>
      </w:r>
    </w:p>
    <w:p>
      <w:pPr>
        <w:jc w:val="right"/>
      </w:pPr>
      <w:r>
        <w:t>گویا نانک کو انڈیا جو ہے، باغِ جنت کے طور پر نظر آیا۔ چمنِ جنت۔ یعنی روحانی چمن۔</w:t>
      </w:r>
    </w:p>
    <w:p>
      <w:r>
        <w:rPr>
          <w:b/>
        </w:rPr>
        <w:t xml:space="preserve">[07:08] </w:t>
      </w:r>
      <w:r>
        <w:t>nanak ne jis chaman mein wahdat ka geet gaaya. lekin nanak ka shaoor itna jaaga hua tha ke India un ko ek rohani baagh dikhai diya.</w:t>
      </w:r>
    </w:p>
    <w:p>
      <w:pPr>
        <w:jc w:val="right"/>
      </w:pPr>
      <w:r>
        <w:t>نانک نے جس چمن میں وحدت کا گیت گایا۔ لیکن نانک کا شعور اتنا جاگا ہوا تھا کہ انڈیا ان کو ایک روحانی باغ دکھائی دیا۔</w:t>
      </w:r>
    </w:p>
    <w:p>
      <w:r>
        <w:rPr>
          <w:b/>
        </w:rPr>
        <w:t xml:space="preserve">[07:22] </w:t>
      </w:r>
      <w:r>
        <w:t>to unhon ne woh baatein kahein, tauheed wali baatein.</w:t>
      </w:r>
    </w:p>
    <w:p>
      <w:pPr>
        <w:jc w:val="right"/>
      </w:pPr>
      <w:r>
        <w:t>تو انہوں نے وہ باتیں کہیں، توحید والی باتیں۔</w:t>
      </w:r>
    </w:p>
    <w:p>
      <w:r>
        <w:rPr>
          <w:b/>
        </w:rPr>
        <w:t xml:space="preserve">[07:27] </w:t>
      </w:r>
      <w:r>
        <w:t>woh mujhe yaad aaya is tajrube ke baad. to behal main samajhta hoon is hadith ka matlab yeh hai ke zameen ka har jagah aap ko, aap apne shaoor ko itna jagaiye,</w:t>
      </w:r>
    </w:p>
    <w:p>
      <w:pPr>
        <w:jc w:val="right"/>
      </w:pPr>
      <w:r>
        <w:t>وہ مجھے یاد آیا اس تجربے کے بعد۔ تو بہرحال میں سمجھتا ہوں اس حدیث کا مطلب یہ ہے کہ زمین کا ہر جگہ آپ کو، آپ اپنے شعور کو اتنا جگائیے،</w:t>
      </w:r>
    </w:p>
    <w:p>
      <w:r>
        <w:rPr>
          <w:b/>
        </w:rPr>
        <w:t xml:space="preserve">[07:42] </w:t>
      </w:r>
      <w:r>
        <w:t>apne shaoor ko itna bedaar kijiye.</w:t>
      </w:r>
    </w:p>
    <w:p>
      <w:pPr>
        <w:jc w:val="right"/>
      </w:pPr>
      <w:r>
        <w:t>اپنے شعور کو اتنا بیدار کیجیے۔</w:t>
      </w:r>
    </w:p>
    <w:p>
      <w:r>
        <w:rPr>
          <w:b/>
        </w:rPr>
        <w:t xml:space="preserve">[07:46] </w:t>
      </w:r>
      <w:r>
        <w:t>ke zameen ka har jagah, yahan ka har tajruba aap ko is mein</w:t>
      </w:r>
    </w:p>
    <w:p>
      <w:pPr>
        <w:jc w:val="right"/>
      </w:pPr>
      <w:r>
        <w:t>کہ زمین کا ہر جگہ، یہاں کا ہر تجربہ آپ کو اس میں</w:t>
      </w:r>
    </w:p>
    <w:p>
      <w:r>
        <w:rPr>
          <w:b/>
        </w:rPr>
        <w:t xml:space="preserve">[07:54] </w:t>
      </w:r>
      <w:r>
        <w:t>jannat ki jhalak dikhai di. aisa jeena kaisa ajeeb jeena hoga.</w:t>
      </w:r>
    </w:p>
    <w:p>
      <w:pPr>
        <w:jc w:val="right"/>
      </w:pPr>
      <w:r>
        <w:t>جنت کی جھلک دکھائی دی۔ ایسا جینا کیسا عجیب جینا ہوگا۔</w:t>
      </w:r>
    </w:p>
    <w:p>
      <w:r>
        <w:rPr>
          <w:b/>
        </w:rPr>
        <w:t xml:space="preserve">[08:04] </w:t>
      </w:r>
      <w:r>
        <w:t>yaani agar aap ki zindagi is tarah guzre aur Allah taala aap ko qabool kar le to maut ke baad aisa lagega ke aap jannat hi ke ek makaan mein pehle bhi the.</w:t>
      </w:r>
    </w:p>
    <w:p>
      <w:pPr>
        <w:jc w:val="right"/>
      </w:pPr>
      <w:r>
        <w:t>یعنی اگر آپ کی زندگی اس طرح گزرے اور اللہ تعالیٰ آپ کو قبول کر لے تو موت کے بعد ایسا لگے گا کہ آپ جنت ہی کے ایک مکان میں پہلے بھی تھے۔</w:t>
      </w:r>
    </w:p>
    <w:p>
      <w:r>
        <w:rPr>
          <w:b/>
        </w:rPr>
        <w:t xml:space="preserve">[08:19] </w:t>
      </w:r>
      <w:r>
        <w:t>ab darwaze mein daakhil ho kar ke us ke ek aur hisse mein daakhil ho gaye.</w:t>
      </w:r>
    </w:p>
    <w:p>
      <w:pPr>
        <w:jc w:val="right"/>
      </w:pPr>
      <w:r>
        <w:t>اب دروازے میں داخل ہو کر کے اس کے ایک اور حصے میں داخل ہو گئے۔</w:t>
      </w:r>
    </w:p>
    <w:p>
      <w:r>
        <w:rPr>
          <w:b/>
        </w:rPr>
        <w:t xml:space="preserve">[08:24] </w:t>
      </w:r>
      <w:r>
        <w:t>yaani ek kamre se doosre kamre mein. yeh naamukammal version tha, woh kamil version hai. itne faraq hain.</w:t>
      </w:r>
    </w:p>
    <w:p>
      <w:pPr>
        <w:jc w:val="right"/>
      </w:pPr>
      <w:r>
        <w:t>یعنی ایک کمرے سے دوسرے کمرے میں۔ یہ نامکمل ورژن تھا، وہ کامل ورژن ہے۔ اتنے فرق ہیں۔</w:t>
      </w:r>
    </w:p>
    <w:p>
      <w:r>
        <w:rPr>
          <w:b/>
        </w:rPr>
        <w:t xml:space="preserve">[08:37] </w:t>
      </w:r>
      <w:r>
        <w:t>yeh hai momin ki zindagi. jo momin ho, jo sachai ko paaye hue ho, jo Allah mein jeeta ho.</w:t>
      </w:r>
    </w:p>
    <w:p>
      <w:pPr>
        <w:jc w:val="right"/>
      </w:pPr>
      <w:r>
        <w:t>یہ ہے مومن کی زندگی۔ جو مومن ہو، جو سچائی کو پائے ہوئے ہو، جو اللہ میں جیتا ہو۔</w:t>
      </w:r>
    </w:p>
    <w:p>
      <w:r>
        <w:rPr>
          <w:b/>
        </w:rPr>
        <w:t xml:space="preserve">[08:48] </w:t>
      </w:r>
      <w:r>
        <w:t>is ka jeene ka jo level hai, woh bohat ooncha ho jaye ga.</w:t>
      </w:r>
    </w:p>
    <w:p>
      <w:pPr>
        <w:jc w:val="right"/>
      </w:pPr>
      <w:r>
        <w:t>اس کا جینے کا جو لیول ہے، وہ بہت اونچا ہو جائے گا۔</w:t>
      </w:r>
    </w:p>
    <w:p>
      <w:r>
        <w:rPr>
          <w:b/>
        </w:rPr>
        <w:t xml:space="preserve">[08:55] </w:t>
      </w:r>
      <w:r>
        <w:t>is ki manfi soch khatm ho jaye gi. aap sochiye ke jo aadmi jannat ke baghon mein walk karta ho rozana. jo aadmi jannat ke manzar ko rozana dekhta ho.</w:t>
      </w:r>
    </w:p>
    <w:p>
      <w:pPr>
        <w:jc w:val="right"/>
      </w:pPr>
      <w:r>
        <w:t>اس کی منفی سوچ ختم ہو جائے گی۔ آپ سوچیے کہ جو آدمی جنت کے باغوں میں واک کرتا ہو روزانہ۔ جو آدمی جنت کے منظر کو روزانہ دیکھتا ہو۔</w:t>
      </w:r>
    </w:p>
    <w:p>
      <w:r>
        <w:rPr>
          <w:b/>
        </w:rPr>
        <w:t xml:space="preserve">[09:10] </w:t>
      </w:r>
      <w:r>
        <w:t>to is ka kya haal hoga woh?</w:t>
      </w:r>
    </w:p>
    <w:p>
      <w:pPr>
        <w:jc w:val="right"/>
      </w:pPr>
      <w:r>
        <w:t>تو اس کا کیا حال ہوگا وہ؟</w:t>
      </w:r>
    </w:p>
    <w:p>
      <w:r>
        <w:rPr>
          <w:b/>
        </w:rPr>
        <w:t xml:space="preserve">[09:12] </w:t>
      </w:r>
      <w:r>
        <w:t>is ke haan ghussa khatm, manfi soch khatm, tension khatm, be cheeni khatm, stress khatm.</w:t>
      </w:r>
    </w:p>
    <w:p>
      <w:pPr>
        <w:jc w:val="right"/>
      </w:pPr>
      <w:r>
        <w:t>اس کے ہاں غصہ ختم، منفی سوچ ختم، ٹینشن ختم، بے چینی ختم، اسٹریس ختم۔</w:t>
      </w:r>
    </w:p>
    <w:p>
      <w:r>
        <w:rPr>
          <w:b/>
        </w:rPr>
        <w:t xml:space="preserve">[09:25] </w:t>
      </w:r>
      <w:r>
        <w:t>jhanjhlahat khatm. aaj kal dekhiye log aam tor par jeete hain kis mein?</w:t>
      </w:r>
    </w:p>
    <w:p>
      <w:pPr>
        <w:jc w:val="right"/>
      </w:pPr>
      <w:r>
        <w:t>جھنجھلاہٹ ختم۔ آج کل دیکھیے لوگ عام طور پر جیتے ہیں کس میں؟</w:t>
      </w:r>
    </w:p>
    <w:p>
      <w:r>
        <w:rPr>
          <w:b/>
        </w:rPr>
        <w:t xml:space="preserve">[09:32] </w:t>
      </w:r>
      <w:r>
        <w:t>ehsas mehroomi mein. hum ne yeh kho diya, hum ne woh kho diya. yaani khoyi hui cheezon ke ehsas mein jeete hain saare log.</w:t>
      </w:r>
    </w:p>
    <w:p>
      <w:pPr>
        <w:jc w:val="right"/>
      </w:pPr>
      <w:r>
        <w:t>احساس محرومی میں۔ ہم نے یہ کھو دیا، ہم نے وہ کھو دیا۔ یعنی کھوئی ہوئی چیزوں کے احساس میں جیتے ہیں سارے لوگ۔</w:t>
      </w:r>
    </w:p>
    <w:p>
      <w:r>
        <w:rPr>
          <w:b/>
        </w:rPr>
        <w:t xml:space="preserve">[09:42] </w:t>
      </w:r>
      <w:r>
        <w:t>to ab jab jannat pa lein aap, to phir aap ne sab se bari cheez pa li. to phir khona kya hai? yaani khone ka ehsas hi khatm ho jaye ga woh.</w:t>
      </w:r>
    </w:p>
    <w:p>
      <w:pPr>
        <w:jc w:val="right"/>
      </w:pPr>
      <w:r>
        <w:t>تو اب جب جنت پا لیں آپ، تو پھر آپ نے سب سے بڑی چیز پا لی۔ تو پھر کھونا کیا ہے؟ یعنی کھونے کا احساس ہی ختم ہو جائے گا وہ۔</w:t>
      </w:r>
    </w:p>
    <w:p>
      <w:r>
        <w:rPr>
          <w:b/>
        </w:rPr>
        <w:t xml:space="preserve">[09:55] </w:t>
      </w:r>
      <w:r>
        <w:t>aaj kal jo musalman idhar udhar larai bhirayi kiye hue hain,</w:t>
      </w:r>
    </w:p>
    <w:p>
      <w:pPr>
        <w:jc w:val="right"/>
      </w:pPr>
      <w:r>
        <w:t>آج کل جو مسلمان ادھر اُدھر لڑائی بھڑائی کیے ہوئے ہیں،</w:t>
      </w:r>
    </w:p>
    <w:p>
      <w:r>
        <w:rPr>
          <w:b/>
        </w:rPr>
        <w:t xml:space="preserve">[09:59] </w:t>
      </w:r>
      <w:r>
        <w:t>to woh jannat mein walk karna nahi mila inhe.</w:t>
      </w:r>
    </w:p>
    <w:p>
      <w:pPr>
        <w:jc w:val="right"/>
      </w:pPr>
      <w:r>
        <w:t>تو وہ جنت میں واک کرنا نہیں ملا انہیں۔</w:t>
      </w:r>
    </w:p>
    <w:p>
      <w:r>
        <w:rPr>
          <w:b/>
        </w:rPr>
        <w:t xml:space="preserve">[10:05] </w:t>
      </w:r>
      <w:r>
        <w:t>inhe jante hi nahi jannat mein walk is dunya mein shuru ho jata hai. isi liye woh nafraton mein jeete hain. larai bhirayi kar rahe hain, khudkushi kar rahe hain.</w:t>
      </w:r>
    </w:p>
    <w:p>
      <w:pPr>
        <w:jc w:val="right"/>
      </w:pPr>
      <w:r>
        <w:t>انہیں جانتے ہی نہیں جنت میں واک اس دنیا میں شروع ہو جاتا ہے۔ اسی لیے وہ نفرتوں میں جیتے ہیں۔ لڑائی بھڑائی کر رہے ہیں، خودکشی کر رہے ہیں۔</w:t>
      </w:r>
    </w:p>
    <w:p>
      <w:r>
        <w:rPr>
          <w:b/>
        </w:rPr>
        <w:t xml:space="preserve">[10:20] </w:t>
      </w:r>
      <w:r>
        <w:t>yaani khud apne bare mein bata rahe hain ke hum ne dunya mein kuch paya hi nahi.</w:t>
      </w:r>
    </w:p>
    <w:p>
      <w:pPr>
        <w:jc w:val="right"/>
      </w:pPr>
      <w:r>
        <w:t>یعنی خود اپنے بارے میں بتا رہے ہیں کہ ہم نے دنیا میں کچھ پایا ہی نہیں۔</w:t>
      </w:r>
    </w:p>
    <w:p>
      <w:r>
        <w:rPr>
          <w:b/>
        </w:rPr>
        <w:t xml:space="preserve">[10:28] </w:t>
      </w:r>
      <w:r>
        <w:t>yeh dunya hamari jannat ka bagh nahi bani. yeh dunya hamari rohani sair nahi bani. to yeh hai aaj subah mera tajurba hua.</w:t>
      </w:r>
    </w:p>
    <w:p>
      <w:pPr>
        <w:jc w:val="right"/>
      </w:pPr>
      <w:r>
        <w:t>یہ دنیا ہماری جنت کا باغ نہیں بنی۔ یہ دنیا ہماری روحانی سیر نہیں بنی۔ تو یہ ہے آج صبح میرا تجربہ ہوا۔</w:t>
      </w:r>
    </w:p>
    <w:p>
      <w:r>
        <w:rPr>
          <w:b/>
        </w:rPr>
        <w:t xml:space="preserve">[10:43] </w:t>
      </w:r>
      <w:r>
        <w:t>main samajhta hoon ke CPS ke log jo hain, un ko apne sochne ko itna jagana chahiye ke yeh dunya un ke liye</w:t>
      </w:r>
    </w:p>
    <w:p>
      <w:pPr>
        <w:jc w:val="right"/>
      </w:pPr>
      <w:r>
        <w:t>میں سمجھتا ہوں کہ سی پی ایس کے لوگ جو ہیں، ان کو اپنے سوچنے کو اتنا جگانا چاہیے کہ یہ دنیا ان کے لیے</w:t>
      </w:r>
    </w:p>
    <w:p>
      <w:r>
        <w:rPr>
          <w:b/>
        </w:rPr>
        <w:t xml:space="preserve">[10:58] </w:t>
      </w:r>
      <w:r>
        <w:t>jannat ka namoona ban jaye. jannat ka namukammal version ban jaye. har cheez mein inhe jannat ki jhalak dikhai dene lage.</w:t>
      </w:r>
    </w:p>
    <w:p>
      <w:pPr>
        <w:jc w:val="right"/>
      </w:pPr>
      <w:r>
        <w:t>جنت کا نمونہ بن جائے۔ جنت کا نامکمل ورژن بن جائے۔ ہر چیز میں انہیں جنت کی جھلک دکھائی دینے لگے۔</w:t>
      </w:r>
    </w:p>
    <w:p>
      <w:r>
        <w:rPr>
          <w:b/>
        </w:rPr>
        <w:t xml:space="preserve">[11:12] </w:t>
      </w:r>
      <w:r>
        <w:t>isi ko aap apne liye mayar samjhiye. yeh mayar nahi ke aap ne sachai ko paya ya nahi paya. ab main kuch aur tajurbe arz karna chahunga.</w:t>
      </w:r>
    </w:p>
    <w:p>
      <w:pPr>
        <w:jc w:val="right"/>
      </w:pPr>
      <w:r>
        <w:t>اسی کو آپ اپنے لیے معیار سمجھیے۔ یہ معیار نہیں کہ آپ نے سچائی کو پایا یا نہیں پایا۔ اب میں کچھ اور تجربے عرض کرنا چاہوں گا۔</w:t>
      </w:r>
    </w:p>
    <w:p>
      <w:r>
        <w:rPr>
          <w:b/>
        </w:rPr>
        <w:t xml:space="preserve">[11:24] </w:t>
      </w:r>
      <w:r>
        <w:t>kal main aik seminar mein gaya tha. wahan kai top ke logon ke khitabat thay.</w:t>
      </w:r>
    </w:p>
    <w:p>
      <w:pPr>
        <w:jc w:val="right"/>
      </w:pPr>
      <w:r>
        <w:t>کل میں ایک سیمینار میں گیا تھا۔ وہاں کئی ٹاپ کے لوگوں کے خطابات تھے۔</w:t>
      </w:r>
    </w:p>
    <w:p>
      <w:r>
        <w:rPr>
          <w:b/>
        </w:rPr>
        <w:t xml:space="preserve">[11:38] </w:t>
      </w:r>
      <w:r>
        <w:t>to</w:t>
      </w:r>
    </w:p>
    <w:p>
      <w:pPr>
        <w:jc w:val="right"/>
      </w:pPr>
      <w:r>
        <w:t>تو</w:t>
      </w:r>
    </w:p>
    <w:p>
      <w:r>
        <w:rPr>
          <w:b/>
        </w:rPr>
        <w:t xml:space="preserve">[11:43] </w:t>
      </w:r>
      <w:r>
        <w:t>bohat ajeeb ajeeb kai tajurbe mujhe hue.</w:t>
      </w:r>
    </w:p>
    <w:p>
      <w:pPr>
        <w:jc w:val="right"/>
      </w:pPr>
      <w:r>
        <w:t>بہت عجیب عجیب کئی تجربے مجھے ہوئے۔</w:t>
      </w:r>
    </w:p>
    <w:p>
      <w:r>
        <w:rPr>
          <w:b/>
        </w:rPr>
        <w:t xml:space="preserve">[11:50] </w:t>
      </w:r>
      <w:r>
        <w:t>misal ke tor par dekhiye, aik sahab thay jo bohat joke sunate thay. aur khoob log hanste thay aur taliyan bajate thay.</w:t>
      </w:r>
    </w:p>
    <w:p>
      <w:pPr>
        <w:jc w:val="right"/>
      </w:pPr>
      <w:r>
        <w:t>مثلاً دیکھیے، ایک صاحب تھے جو بہت جوک سناتے تھے۔ اور خوب لوگ ہنستے تھے اور تالیاں بجاتے تھے۔</w:t>
      </w:r>
    </w:p>
    <w:p>
      <w:r>
        <w:rPr>
          <w:b/>
        </w:rPr>
        <w:t xml:space="preserve">[12:04] </w:t>
      </w:r>
      <w:r>
        <w:t>taliyan bajate thay. main ne socha ke yeh jo taliyan bajate hain log, jo joke chhodte hain yeh log. yeh apne aap ko kitni bari bahruyi mein dale hue hain.</w:t>
      </w:r>
    </w:p>
    <w:p>
      <w:pPr>
        <w:jc w:val="right"/>
      </w:pPr>
      <w:r>
        <w:t>تالیاں بجاتے تھے۔ میں نے سوچا کہ یہ جو تالیاں بجاتے ہیں لوگ، جو جوک چھوڑتے ہیں یہ لوگ۔ یہ اپنے آپ کو کتنی بڑی بہروئی میں ڈالے ہوئے ہیں۔</w:t>
      </w:r>
    </w:p>
    <w:p>
      <w:r>
        <w:rPr>
          <w:b/>
        </w:rPr>
        <w:t xml:space="preserve">[12:18] </w:t>
      </w:r>
      <w:r>
        <w:t>is ka matlab hai ke aap ke andar</w:t>
      </w:r>
    </w:p>
    <w:p>
      <w:pPr>
        <w:jc w:val="right"/>
      </w:pPr>
      <w:r>
        <w:t>اس کا مطلب ہے کہ آپ کے اندر</w:t>
      </w:r>
    </w:p>
    <w:p>
      <w:r>
        <w:rPr>
          <w:b/>
        </w:rPr>
        <w:t xml:space="preserve">[12:22] </w:t>
      </w:r>
      <w:r>
        <w:t>sanjida soch nahi develop kare gi. jab aap joke par hasein ge, taliyan bajayein ge. to sanjida soch chali jaye gi aap ke andar se.</w:t>
      </w:r>
    </w:p>
    <w:p>
      <w:pPr>
        <w:jc w:val="right"/>
      </w:pPr>
      <w:r>
        <w:t>سنجیدہ سوچ نہیں ڈویلپ کرے گی۔ جب آپ جوک پر ہنسیں گے، تالیاں بجائیں گے۔ تو سنجیدہ سوچ چلی جائے گی آپ کے اندر سے۔</w:t>
      </w:r>
    </w:p>
    <w:p>
      <w:r>
        <w:rPr>
          <w:b/>
        </w:rPr>
        <w:t xml:space="preserve">[12:34] </w:t>
      </w:r>
      <w:r>
        <w:t>bari bari baatein kaise janen ge aap? jo aadmi koi bari baat daryaft kar le,</w:t>
      </w:r>
    </w:p>
    <w:p>
      <w:pPr>
        <w:jc w:val="right"/>
      </w:pPr>
      <w:r>
        <w:t>بڑی بڑی باتیں کیسے جانیں گے آپ؟ جو آدمی کوئی بڑی بات دریافت کر لے،</w:t>
      </w:r>
    </w:p>
    <w:p>
      <w:r>
        <w:rPr>
          <w:b/>
        </w:rPr>
        <w:t xml:space="preserve">[12:41] </w:t>
      </w:r>
      <w:r>
        <w:t>taliyan nahi bajaye ga woh. yeh bare bare science dan thay, un ke halaat parhiye aap. us ko daryaft hoti thi to kya taliyan bajata tha woh? koi science dan aisa nahi mile ga aap ko jo taliyan bajata ho.</w:t>
      </w:r>
    </w:p>
    <w:p>
      <w:pPr>
        <w:jc w:val="right"/>
      </w:pPr>
      <w:r>
        <w:t>تالیاں نہیں بجائے گا وہ۔ یہ بڑے بڑے سائنسدان تھے، ان کے حالات پڑھئے آپ۔ اس کو دریافت ہوتی تھی تو کیا تالیاں بجاتا تھا وہ؟ کوئی سائنسدان ایسا نہیں ملے گا آپ کو جو تالیاں بجاتا ہو۔</w:t>
      </w:r>
    </w:p>
    <w:p>
      <w:r>
        <w:rPr>
          <w:b/>
        </w:rPr>
        <w:t xml:space="preserve">[12:58] </w:t>
      </w:r>
      <w:r>
        <w:t>taliyan bajana, ha ha karna,</w:t>
      </w:r>
    </w:p>
    <w:p>
      <w:pPr>
        <w:jc w:val="right"/>
      </w:pPr>
      <w:r>
        <w:t>تالیاں بجانا، ہا ہا کرنا،</w:t>
      </w:r>
    </w:p>
    <w:p>
      <w:r>
        <w:rPr>
          <w:b/>
        </w:rPr>
        <w:t xml:space="preserve">[13:04] </w:t>
      </w:r>
      <w:r>
        <w:t>bahut hansna, yeh sab jo hai. ke science-daanon, science-daan community ke paas aap nahin paayenge. kyon? woh log sachai ko talash karte the.</w:t>
      </w:r>
    </w:p>
    <w:p>
      <w:pPr>
        <w:jc w:val="right"/>
      </w:pPr>
      <w:r>
        <w:t>بہت ہنسنا، یہ سب جو ہے۔ کہ سائنسدانوں، سائنسدان کمیونٹی کے پاس آپ نہیں پائیں گے۔ کیوں؟ وہ لوگ سچائی کو تلاش کرتے تھے۔</w:t>
      </w:r>
    </w:p>
    <w:p>
      <w:r>
        <w:rPr>
          <w:b/>
        </w:rPr>
        <w:t xml:space="preserve">[13:15] </w:t>
      </w:r>
      <w:r>
        <w:t>badi baaton ko daryaft karte the.</w:t>
      </w:r>
    </w:p>
    <w:p>
      <w:pPr>
        <w:jc w:val="right"/>
      </w:pPr>
      <w:r>
        <w:t>بڑی باتوں کو دریافت کرتے تھے۔</w:t>
      </w:r>
    </w:p>
    <w:p>
      <w:r>
        <w:rPr>
          <w:b/>
        </w:rPr>
        <w:t xml:space="preserve">[13:19] </w:t>
      </w:r>
      <w:r>
        <w:t>to main ne socha ke logon ka haal ajeeb o ghareeb hai. ke woh jeete hain in sanjidgi mein. in ko kaise address kiya jaaye?</w:t>
      </w:r>
    </w:p>
    <w:p>
      <w:pPr>
        <w:jc w:val="right"/>
      </w:pPr>
      <w:r>
        <w:t>تو میں نے سوچا کہ لوگوں کا حال عجیب و غریب ہے۔ کہ وہ جیتے ہیں ان سنجیدگی میں۔ ان کو کیسے ایڈریس کیا جائے؟</w:t>
      </w:r>
    </w:p>
    <w:p>
      <w:r>
        <w:rPr>
          <w:b/>
        </w:rPr>
        <w:t xml:space="preserve">[13:31] </w:t>
      </w:r>
      <w:r>
        <w:t>kaise address kiya jaaye? ab dekhiye ke main</w:t>
      </w:r>
    </w:p>
    <w:p>
      <w:pPr>
        <w:jc w:val="right"/>
      </w:pPr>
      <w:r>
        <w:t>کیسے ایڈریس کیا جائے؟ اب دیکھیے کہ میں</w:t>
      </w:r>
    </w:p>
    <w:p>
      <w:r>
        <w:rPr>
          <w:b/>
        </w:rPr>
        <w:t xml:space="preserve">[13:38] </w:t>
      </w:r>
      <w:r>
        <w:t>mujh se, mujhe abhi is mein bolna tha. to</w:t>
      </w:r>
    </w:p>
    <w:p>
      <w:pPr>
        <w:jc w:val="right"/>
      </w:pPr>
      <w:r>
        <w:t>مجھ سے، مجھے ابھی اس میں بولنا تھا۔ تو</w:t>
      </w:r>
    </w:p>
    <w:p>
      <w:r>
        <w:rPr>
          <w:b/>
        </w:rPr>
        <w:t xml:space="preserve">[13:46] </w:t>
      </w:r>
      <w:r>
        <w:t>mujhe, main to bahut hi sanjeeda andaaz mein bolta hoon. sanjeeda baatein. to main ne kuch sanjeeda baatein kahein.</w:t>
      </w:r>
    </w:p>
    <w:p>
      <w:pPr>
        <w:jc w:val="right"/>
      </w:pPr>
      <w:r>
        <w:t>مجھے، میں تو بہت ہی سنجیدہ انداز میں بولتا ہوں۔ سنجیدہ باتیں۔ تو میں نے کچھ سنجیدہ باتیں کہیں۔</w:t>
      </w:r>
    </w:p>
    <w:p>
      <w:r>
        <w:rPr>
          <w:b/>
        </w:rPr>
        <w:t xml:space="preserve">[13:57] </w:t>
      </w:r>
      <w:r>
        <w:t>to meri baaton par mujhe laga ke unhein koi koi josh nahin aaya jaise josh aata tha un ko joke par.</w:t>
      </w:r>
    </w:p>
    <w:p>
      <w:pPr>
        <w:jc w:val="right"/>
      </w:pPr>
      <w:r>
        <w:t>تو میری باتوں پر مجھے لگا کہ انہیں کوئی کوئی جوش نہیں آیا جیسے جوش آتا تھا ان کو جوک پر۔</w:t>
      </w:r>
    </w:p>
    <w:p>
      <w:r>
        <w:rPr>
          <w:b/>
        </w:rPr>
        <w:t xml:space="preserve">[14:06] </w:t>
      </w:r>
      <w:r>
        <w:t>kyon ke tayyar zehan nahin. aap ko dekhiye, aap ko tayyar zehan rehna chahiye aap ko har waqt. tabhi aap cheezon se sabak lenge.</w:t>
      </w:r>
    </w:p>
    <w:p>
      <w:pPr>
        <w:jc w:val="right"/>
      </w:pPr>
      <w:r>
        <w:t>کیوں کہ تیار ذہن نہیں۔ آپ کو دیکھیے، آپ کو تیار ذہن رہنا چاہیے آپ کو ہر وقت۔ تبھی آپ چیزوں سے سبق لیں گے۔</w:t>
      </w:r>
    </w:p>
    <w:p>
      <w:r>
        <w:rPr>
          <w:b/>
        </w:rPr>
        <w:t xml:space="preserve">[14:22] </w:t>
      </w:r>
      <w:r>
        <w:t>jaise kal ek khatoon theen jo bahut hi mahir theen gaane mein aur</w:t>
      </w:r>
    </w:p>
    <w:p>
      <w:pPr>
        <w:jc w:val="right"/>
      </w:pPr>
      <w:r>
        <w:t>جیسے کل ایک خاتون تھیں جو بہت ہی ماہر تھیں گانے میں اور</w:t>
      </w:r>
    </w:p>
    <w:p>
      <w:r>
        <w:rPr>
          <w:b/>
        </w:rPr>
        <w:t xml:space="preserve">[14:32] </w:t>
      </w:r>
      <w:r>
        <w:t>bahut achha performance tha un ka.</w:t>
      </w:r>
    </w:p>
    <w:p>
      <w:pPr>
        <w:jc w:val="right"/>
      </w:pPr>
      <w:r>
        <w:t>بہت اچھا پرفارمنس تھا ان کا۔</w:t>
      </w:r>
    </w:p>
    <w:p>
      <w:r>
        <w:rPr>
          <w:b/>
        </w:rPr>
        <w:t xml:space="preserve">[14:37] </w:t>
      </w:r>
      <w:r>
        <w:t>bahut hi achha performance. yaani sach poochhein to jab woh perform kar rahi theen apna gaana aur apna kuch kuch baaja, halka baaja tha gaati theen woh.</w:t>
      </w:r>
    </w:p>
    <w:p>
      <w:pPr>
        <w:jc w:val="right"/>
      </w:pPr>
      <w:r>
        <w:t>بہت ہی اچھا پرفارمنس۔ یعنی سچ پوچھیں تو جب وہ پرفارم کر رہی تھیں اپنا گانا اور اپنا کچھ کچھ باجہ، ہلکا باجہ تھا گاتی تھیں وہ۔</w:t>
      </w:r>
    </w:p>
    <w:p>
      <w:r>
        <w:rPr>
          <w:b/>
        </w:rPr>
        <w:t xml:space="preserve">[14:49] </w:t>
      </w:r>
      <w:r>
        <w:t>to aisa lagta tha ke isi mein gum ho gayi woh aadmi. apne peshe mein gum ho gayi.</w:t>
      </w:r>
    </w:p>
    <w:p>
      <w:pPr>
        <w:jc w:val="right"/>
      </w:pPr>
      <w:r>
        <w:t>تو ایسا لگتا تھا کہ اسی میں گم ہو گئی وہ آدمی۔ اپنے پیشے میں گم ہو گئی۔</w:t>
      </w:r>
    </w:p>
    <w:p>
      <w:r>
        <w:rPr>
          <w:b/>
        </w:rPr>
        <w:t xml:space="preserve">[14:56] </w:t>
      </w:r>
      <w:r>
        <w:t>to main ne socha ke dekhiye yahi mission walon mein hona chahiye. hamara ek mission hai, hamare saathiyon ka is mein lage hue hain.</w:t>
      </w:r>
    </w:p>
    <w:p>
      <w:pPr>
        <w:jc w:val="right"/>
      </w:pPr>
      <w:r>
        <w:t>تو میں نے سوچا کہ دیکھیے یہی مشن والوں میں ہونا چاہیے۔ ہمارا ایک مشن ہے، ہمارے ساتھیوں کا اس میں لگے ہوئے ہیں۔</w:t>
      </w:r>
    </w:p>
    <w:p>
      <w:r>
        <w:rPr>
          <w:b/>
        </w:rPr>
        <w:t xml:space="preserve">[15:10] </w:t>
      </w:r>
      <w:r>
        <w:t>to hum apne mission mein itna shamil karein</w:t>
      </w:r>
    </w:p>
    <w:p>
      <w:pPr>
        <w:jc w:val="right"/>
      </w:pPr>
      <w:r>
        <w:t>تو ہم اپنے مشن میں اتنا شامل کریں</w:t>
      </w:r>
    </w:p>
    <w:p>
      <w:r>
        <w:rPr>
          <w:b/>
        </w:rPr>
        <w:t xml:space="preserve">[15:14] </w:t>
      </w:r>
      <w:r>
        <w:t>ke hum aur woh do ek do nar hain, ek ho jaayein. jaise woh khatoon jab apna performance de rahi thi. to lagta tha ke woh aur us ka performance dono ek ho gaye hain.</w:t>
      </w:r>
    </w:p>
    <w:p>
      <w:pPr>
        <w:jc w:val="right"/>
      </w:pPr>
      <w:r>
        <w:t>کہ ہم اور وہ دو ایک دو نر ہیں، ایک ہو جائیں۔ جیسے وہ خاتون جب اپنا پرفارمنس دے رہی تھی۔ تو لگتا تھا کہ وہ اور اس کا پرفارمنس دونوں ایک ہو گئے ہیں۔</w:t>
      </w:r>
    </w:p>
    <w:p>
      <w:r>
        <w:rPr>
          <w:b/>
        </w:rPr>
        <w:t xml:space="preserve">[15:27] </w:t>
      </w:r>
      <w:r>
        <w:t>itna gum thi, itna gum thi is mein.</w:t>
      </w:r>
    </w:p>
    <w:p>
      <w:pPr>
        <w:jc w:val="right"/>
      </w:pPr>
      <w:r>
        <w:t>اتنا گم تھی، اتنا گم تھی اس میں۔</w:t>
      </w:r>
    </w:p>
    <w:p>
      <w:r>
        <w:rPr>
          <w:b/>
        </w:rPr>
        <w:t xml:space="preserve">[15:31] </w:t>
      </w:r>
      <w:r>
        <w:t>to is mein mujhe mind of mission ki tasweer dikhai di. mind of mission.</w:t>
      </w:r>
    </w:p>
    <w:p>
      <w:pPr>
        <w:jc w:val="right"/>
      </w:pPr>
      <w:r>
        <w:t>تو اس میں مجھے مائنڈ آف مشن کی تصویر دکھائی دی۔ مائنڈ آف مشن۔</w:t>
      </w:r>
    </w:p>
    <w:p>
      <w:r>
        <w:rPr>
          <w:b/>
        </w:rPr>
        <w:t xml:space="preserve">[15:44] </w:t>
      </w:r>
      <w:r>
        <w:t>itna zyada aap ki daryaft itni gehri ho. mission ka jo mission wali soch hai, yeh itni gehri utri hui ho aap ke andar.</w:t>
      </w:r>
    </w:p>
    <w:p>
      <w:pPr>
        <w:jc w:val="right"/>
      </w:pPr>
      <w:r>
        <w:t>اتنا زیادہ آپ کی دریافت اتنی گہری ہو۔ مشن کا جو مشن والی سوچ ہے، یہ اتنی گہری اتری ہوئی ہو آپ کے اندر۔</w:t>
      </w:r>
    </w:p>
    <w:p>
      <w:r>
        <w:rPr>
          <w:b/>
        </w:rPr>
        <w:t xml:space="preserve">[15:59] </w:t>
      </w:r>
      <w:r>
        <w:t>apne aap ko apne apne mission mein itna shamil kar rakha ho. ke aap aur woh bas do nar hain, dono ek ho jaayein.</w:t>
      </w:r>
    </w:p>
    <w:p>
      <w:pPr>
        <w:jc w:val="right"/>
      </w:pPr>
      <w:r>
        <w:t>اپنے آپ کو اپنے اپنے مشن میں اتنا شامل کر رکھا ہو۔ کہ آپ اور وہ بس دو نر ہیں، دونوں ایک ہو جائیں۔</w:t>
      </w:r>
    </w:p>
    <w:p>
      <w:r>
        <w:rPr>
          <w:b/>
        </w:rPr>
        <w:t xml:space="preserve">[16:11] </w:t>
      </w:r>
      <w:r>
        <w:t>to woh us khatoon se main ne sabak liya ke yahi tareeqa in logon mein hona chahiye jo kisi mission ko le kar uthe hain.</w:t>
      </w:r>
    </w:p>
    <w:p>
      <w:pPr>
        <w:jc w:val="right"/>
      </w:pPr>
      <w:r>
        <w:t>تو وہ اس خاتون سے میں نے سبق لیا کہ یہی طریقہ ان لوگوں میں ہونا چاہیے جو کسی مشن کو لے کر اٹھے ہیں۔</w:t>
      </w:r>
    </w:p>
    <w:p>
      <w:r>
        <w:rPr>
          <w:b/>
        </w:rPr>
        <w:t xml:space="preserve">[16:21] </w:t>
      </w:r>
      <w:r>
        <w:t>ke mission mein apne ko itna shamil karein, itna shamil karein. ke woh aur mission dono ek ho jaayein.</w:t>
      </w:r>
    </w:p>
    <w:p>
      <w:pPr>
        <w:jc w:val="right"/>
      </w:pPr>
      <w:r>
        <w:t>کہ مشن میں اپنے کو اتنا شامل کریں، اتنا شامل کریں۔ کہ وہ اور مشن دونوں ایک ہو جائیں۔</w:t>
      </w:r>
    </w:p>
    <w:p>
      <w:r>
        <w:rPr>
          <w:b/>
        </w:rPr>
        <w:t xml:space="preserve">[16:33] </w:t>
      </w:r>
      <w:r>
        <w:t>radio par main sun raha tha ek interview ek is qism ke ek peshawar aadmi ki. jo گلوکار hai.</w:t>
      </w:r>
    </w:p>
    <w:p>
      <w:pPr>
        <w:jc w:val="right"/>
      </w:pPr>
      <w:r>
        <w:t>ریڈیو پر میں سن رہا تھا ایک انٹرویو ایک اس قسم کے ایک پیشہ ور آدمی کی۔ جو گلوکار ہے۔</w:t>
      </w:r>
    </w:p>
    <w:p>
      <w:r>
        <w:rPr>
          <w:b/>
        </w:rPr>
        <w:t xml:space="preserve">[16:42] </w:t>
      </w:r>
      <w:r>
        <w:t>gullkar hai ya moosicar hai, kuch hai. to us ne kaha ke is se poocha gaya</w:t>
      </w:r>
    </w:p>
    <w:p>
      <w:pPr>
        <w:jc w:val="right"/>
      </w:pPr>
      <w:r>
        <w:t>گلوکار ہے یا موسیقار ہے، کچھ ہے۔ تو اس نے کہا کہ اس سے پوچھا گیا</w:t>
      </w:r>
    </w:p>
    <w:p>
      <w:r>
        <w:rPr>
          <w:b/>
        </w:rPr>
        <w:t xml:space="preserve">[16:51] </w:t>
      </w:r>
      <w:r>
        <w:t>us ke baare mein. to us ne kaha ke hum apne peshe ko apna dharm samajhte hain. yeh hamara dharm hai. hamara koi aur dharm nahin hai.</w:t>
      </w:r>
    </w:p>
    <w:p>
      <w:pPr>
        <w:jc w:val="right"/>
      </w:pPr>
      <w:r>
        <w:t>اس کے بارے میں۔ تو اس نے کہا کہ ہم اپنے پیشے کو اپنا دھرم سمجھتے ہیں۔ یہ ہمارا دھرم ہے۔ ہمارا کوئی اور دھرم نہیں ہے۔</w:t>
      </w:r>
    </w:p>
    <w:p>
      <w:r>
        <w:rPr>
          <w:b/>
        </w:rPr>
        <w:t xml:space="preserve">[17:04] </w:t>
      </w:r>
      <w:r>
        <w:t>to us ke paas yahi lafz tha kehne ke liye dharm.</w:t>
      </w:r>
    </w:p>
    <w:p>
      <w:pPr>
        <w:jc w:val="right"/>
      </w:pPr>
      <w:r>
        <w:t>تو اس کے پاس یہی لفظ تھا کہنے کے لیے دھرم۔</w:t>
      </w:r>
    </w:p>
    <w:p>
      <w:r>
        <w:rPr>
          <w:b/>
        </w:rPr>
        <w:t xml:space="preserve">[17:09] </w:t>
      </w:r>
      <w:r>
        <w:t>to woh apne peshe mein itna zyada apne ko shamil kar rakha hai ke iska koi alag se koi dharm nahin. wahi wahi wahi iska dharm ban gaya hai.</w:t>
      </w:r>
    </w:p>
    <w:p>
      <w:pPr>
        <w:jc w:val="right"/>
      </w:pPr>
      <w:r>
        <w:t>تو وہ اپنے پیشے میں اتنا زیادہ اپنے کو شامل کر رکھا ہے کہ اس کا کوئی الگ سے کوئی دھرم نہیں۔ وہی وہی وہی اس کا دھرم بن گیا ہے۔</w:t>
      </w:r>
    </w:p>
    <w:p>
      <w:r>
        <w:rPr>
          <w:b/>
        </w:rPr>
        <w:t xml:space="preserve">[17:19] </w:t>
      </w:r>
      <w:r>
        <w:t>to jo mission hai, dawat ka mission, sachai ka mission, rohaniyat ka mission. is mein jo log lage hue hain.</w:t>
      </w:r>
    </w:p>
    <w:p>
      <w:pPr>
        <w:jc w:val="right"/>
      </w:pPr>
      <w:r>
        <w:t>تو جو مشن ہے، دعوت کا مشن، سچائی کا مشن، روحانیت کا مشن۔ اس میں جو لوگ لگے ہوئے ہیں۔</w:t>
      </w:r>
    </w:p>
    <w:p>
      <w:r>
        <w:rPr>
          <w:b/>
        </w:rPr>
        <w:t xml:space="preserve">[17:29] </w:t>
      </w:r>
      <w:r>
        <w:t>woh itna zyada apne shaoor ko badhayen. apni soch ko badhayen. apni shaoor ko badhayen.</w:t>
      </w:r>
    </w:p>
    <w:p>
      <w:pPr>
        <w:jc w:val="right"/>
      </w:pPr>
      <w:r>
        <w:t>وہ اتنا زیادہ اپنے شعور کو بڑھائیں۔ اپنی سوچ کو بڑھائیں۔ اپنی شعور کو بڑھائیں۔</w:t>
      </w:r>
    </w:p>
    <w:p>
      <w:r>
        <w:rPr>
          <w:b/>
        </w:rPr>
        <w:t xml:space="preserve">[17:44] </w:t>
      </w:r>
      <w:r>
        <w:t>apni shamooleeyat ko badhayen.</w:t>
      </w:r>
    </w:p>
    <w:p>
      <w:pPr>
        <w:jc w:val="right"/>
      </w:pPr>
      <w:r>
        <w:t>اپنی شمولیت کو بڑھائیں۔</w:t>
      </w:r>
    </w:p>
    <w:p>
      <w:r>
        <w:rPr>
          <w:b/>
        </w:rPr>
        <w:t xml:space="preserve">[17:46] </w:t>
      </w:r>
      <w:r>
        <w:t>ke woh unka mission dono ek ho jayen. do nar rahen.</w:t>
      </w:r>
    </w:p>
    <w:p>
      <w:pPr>
        <w:jc w:val="right"/>
      </w:pPr>
      <w:r>
        <w:t>کہ وہ ان کا مشن دونوں ایک ہو جائیں۔ دو نر رہیں۔</w:t>
      </w:r>
    </w:p>
    <w:p>
      <w:r>
        <w:rPr>
          <w:b/>
        </w:rPr>
        <w:t xml:space="preserve">[17:55] </w:t>
      </w:r>
      <w:r>
        <w:t>phir ek ajeeb tajruba mujhe hua. kal ke. is se pehle bhi kai seminaron mein mujhe yeh tajruba ho chuka hai.</w:t>
      </w:r>
    </w:p>
    <w:p>
      <w:pPr>
        <w:jc w:val="right"/>
      </w:pPr>
      <w:r>
        <w:t>پھر ایک عجیب تجربہ مجھے ہوا۔ کل کے۔ اس سے پہلے بھی کئی سیمیناروں میں مجھے یہ تجربہ ہو چکا ہے۔</w:t>
      </w:r>
    </w:p>
    <w:p>
      <w:r>
        <w:rPr>
          <w:b/>
        </w:rPr>
        <w:t xml:space="preserve">[18:07] </w:t>
      </w:r>
      <w:r>
        <w:t>woh taza hua. dekhiye yeh ek scientific masla hai.</w:t>
      </w:r>
    </w:p>
    <w:p>
      <w:pPr>
        <w:jc w:val="right"/>
      </w:pPr>
      <w:r>
        <w:t>وہ تازہ ہوا۔ دیکھیے یہ ایک سائنسی مسئلہ ہے۔</w:t>
      </w:r>
    </w:p>
    <w:p>
      <w:r>
        <w:rPr>
          <w:b/>
        </w:rPr>
        <w:t xml:space="preserve">[18:18] </w:t>
      </w:r>
      <w:r>
        <w:t>is zamane mein ek bohat bari baat hui science ke zariye se. ke fitrat khul gayi. fitrat mein jo Khuda ke nishan the, Khuda ki nishaniyan thin.</w:t>
      </w:r>
    </w:p>
    <w:p>
      <w:pPr>
        <w:jc w:val="right"/>
      </w:pPr>
      <w:r>
        <w:t>اس زمانے میں ایک بہت بڑی بات ہوئی سائنس کے ذریعے سے۔ کہ فطرت کھل گئی۔ فطرت میں جو خدا کے نشان تھے، خدا کی نشانیاں تھیں۔</w:t>
      </w:r>
    </w:p>
    <w:p>
      <w:r>
        <w:rPr>
          <w:b/>
        </w:rPr>
        <w:t xml:space="preserve">[18:34] </w:t>
      </w:r>
      <w:r>
        <w:t>woh sab khul gayin. fitrat ke qanoon jo hain, jo pehle insan janta nahin tha. is ko insan ne daryaft kiya.</w:t>
      </w:r>
    </w:p>
    <w:p>
      <w:pPr>
        <w:jc w:val="right"/>
      </w:pPr>
      <w:r>
        <w:t>وہ سب کھل گئیں۔ فطرت کے قوانین جو ہیں، جو پہلے انسان جانتا نہیں تھا۔ اس کو انسان نے دریافت کیا۔</w:t>
      </w:r>
    </w:p>
    <w:p>
      <w:r>
        <w:rPr>
          <w:b/>
        </w:rPr>
        <w:t xml:space="preserve">[18:44] </w:t>
      </w:r>
      <w:r>
        <w:t>is ko daryaft kiya. to yeh bilkul yaani</w:t>
      </w:r>
    </w:p>
    <w:p>
      <w:pPr>
        <w:jc w:val="right"/>
      </w:pPr>
      <w:r>
        <w:t>اس کو دریافت کیا۔ تو یہ بالکل یعنی</w:t>
      </w:r>
    </w:p>
    <w:p>
      <w:r>
        <w:rPr>
          <w:b/>
        </w:rPr>
        <w:t xml:space="preserve">[18:51] </w:t>
      </w:r>
      <w:r>
        <w:t>ek ilahi science thi. yeh poori poori science ko mein ilahi science samajhta hoon. is liye ke dekhiye Newton ke zamane mein yeh samjha jata tha ke mada</w:t>
      </w:r>
    </w:p>
    <w:p>
      <w:pPr>
        <w:jc w:val="right"/>
      </w:pPr>
      <w:r>
        <w:t>ایک الٰہی سائنس تھی۔ یہ پوری پوری سائنس کو میں الٰہی سائنس سمجھتا ہوں۔ اس لیے کہ دیکھیے نیوٹن کے زمانے میں یہ سمجھا جاتا تھا کہ مادہ</w:t>
      </w:r>
    </w:p>
    <w:p>
      <w:r>
        <w:rPr>
          <w:b/>
        </w:rPr>
        <w:t xml:space="preserve">[19:07] </w:t>
      </w:r>
      <w:r>
        <w:t>kainat ka taameerati block hai. phir taraqqi hui Einstein ke zamane mein samjha gaya ke nahin.</w:t>
      </w:r>
    </w:p>
    <w:p>
      <w:pPr>
        <w:jc w:val="right"/>
      </w:pPr>
      <w:r>
        <w:t>کائنات کا تعمیراتی بلاک ہے۔ پھر ترقی ہوئی آئنسٹائن کے زمانے میں سمجھا گیا کہ نہیں۔</w:t>
      </w:r>
    </w:p>
    <w:p>
      <w:r>
        <w:rPr>
          <w:b/>
        </w:rPr>
        <w:t xml:space="preserve">[19:17] </w:t>
      </w:r>
      <w:r>
        <w:t>urja kainat ka taameerati block hai. phir aage barha mamla. ab hum David Bohm ke zamane mein hain.</w:t>
      </w:r>
    </w:p>
    <w:p>
      <w:pPr>
        <w:jc w:val="right"/>
      </w:pPr>
      <w:r>
        <w:t>توانائی کائنات کا تعمیراتی بلاک ہے۔ پھر آگے بڑھا معاملہ۔ اب ہم ڈیوڈ بوم کے زمانے میں ہیں۔</w:t>
      </w:r>
    </w:p>
    <w:p>
      <w:r>
        <w:rPr>
          <w:b/>
        </w:rPr>
        <w:t xml:space="preserve">[19:29] </w:t>
      </w:r>
      <w:r>
        <w:t>aur quantum theory aayi. ab yeh mana jane laga ke shaoor jo hai woh kainat ka taameerati block hai.</w:t>
      </w:r>
    </w:p>
    <w:p>
      <w:pPr>
        <w:jc w:val="right"/>
      </w:pPr>
      <w:r>
        <w:t>اور کوانٹم تھیوری آئی۔ اب یہ مانا جانے لگا کہ شعور جو ہے وہ کائنات کا تعمیراتی بلاک ہے۔</w:t>
      </w:r>
    </w:p>
    <w:p>
      <w:r>
        <w:rPr>
          <w:b/>
        </w:rPr>
        <w:t xml:space="preserve">[19:41] </w:t>
      </w:r>
      <w:r>
        <w:t>ab yahan par ek bohat bara bari tragedy hui.</w:t>
      </w:r>
    </w:p>
    <w:p>
      <w:pPr>
        <w:jc w:val="right"/>
      </w:pPr>
      <w:r>
        <w:t>اب یہاں پر ایک بہت بڑا بڑی ٹریجڈی ہوئی۔</w:t>
      </w:r>
    </w:p>
    <w:p>
      <w:r>
        <w:rPr>
          <w:b/>
        </w:rPr>
        <w:t xml:space="preserve">[19:46] </w:t>
      </w:r>
      <w:r>
        <w:t>bohat bari tragedy hui. yaani science ke safar ne sankaron saal, sankaron saal ke bohat zyada mehnatain keen logon ne.</w:t>
      </w:r>
    </w:p>
    <w:p>
      <w:pPr>
        <w:jc w:val="right"/>
      </w:pPr>
      <w:r>
        <w:t>بہت بڑی ٹریجڈی ہوئی۔ یعنی سائنس کے سفر نے سینکڑوں سال، سینکڑوں سال کے بہت زیادہ محنتیں کیں لوگوں نے۔</w:t>
      </w:r>
    </w:p>
    <w:p>
      <w:r>
        <w:rPr>
          <w:b/>
        </w:rPr>
        <w:t xml:space="preserve">[19:58] </w:t>
      </w:r>
      <w:r>
        <w:t>aur insan ko wahan pohanchaya. bilkul Khuda ke darwaze par pohancha diya.</w:t>
      </w:r>
    </w:p>
    <w:p>
      <w:pPr>
        <w:jc w:val="right"/>
      </w:pPr>
      <w:r>
        <w:t>اور انسان کو وہاں پہنچایا۔ بالکل خدا کے دروازے پر پہنچا دیا۔</w:t>
      </w:r>
    </w:p>
    <w:p>
      <w:r>
        <w:rPr>
          <w:b/>
        </w:rPr>
        <w:t xml:space="preserve">[20:06] </w:t>
      </w:r>
      <w:r>
        <w:t>Khuda ke darwaze par nahin, pehle insan bohat afsoson mein tha mada ke. aage barhaya, natural urja tak pohanchaya. phir shaoor tak pohancha diya.</w:t>
      </w:r>
    </w:p>
    <w:p>
      <w:pPr>
        <w:jc w:val="right"/>
      </w:pPr>
      <w:r>
        <w:t>خدا کے دروازے پر نہیں، پہلے انسان بہت افسوسوں میں تھا مادہ کے۔ آگے بڑھایا، نیچرل توانائی تک پہنچایا۔ پھر شعور تک پہنچا دیا۔</w:t>
      </w:r>
    </w:p>
    <w:p>
      <w:r>
        <w:rPr>
          <w:b/>
        </w:rPr>
        <w:t xml:space="preserve">[20:16] </w:t>
      </w:r>
      <w:r>
        <w:t>yaani shaoor tak. lekin yahan par kya hua? ek bohat hi bari</w:t>
      </w:r>
    </w:p>
    <w:p>
      <w:pPr>
        <w:jc w:val="right"/>
      </w:pPr>
      <w:r>
        <w:t>یعنی شعور تک۔ لیکن یہاں پر کیا ہوا؟ ایک بہت ہی بڑی</w:t>
      </w:r>
    </w:p>
    <w:p>
      <w:r>
        <w:rPr>
          <w:b/>
        </w:rPr>
        <w:t xml:space="preserve">[20:25] </w:t>
      </w:r>
      <w:r>
        <w:t>tragedy hui. sab se pehle yeh hua tha ke secular log, yeh atheist logon ne aghwa kar liya science ki daryafton ko.</w:t>
      </w:r>
    </w:p>
    <w:p>
      <w:pPr>
        <w:jc w:val="right"/>
      </w:pPr>
      <w:r>
        <w:t>ٹریجڈی ہوئی۔ سب سے پہلے یہ ہوا تھا کہ سیکولر لوگ، یہ ایتھیسٹ لوگوں نے اغوا کر لیا سائنس کی دریافتوں کو۔</w:t>
      </w:r>
    </w:p>
    <w:p>
      <w:r>
        <w:rPr>
          <w:b/>
        </w:rPr>
        <w:t xml:space="preserve">[20:38] </w:t>
      </w:r>
      <w:r>
        <w:t>unhon ne kaha ke agar waqiyat qudrati wajoohaat ki wajah se hain to woh qudrati wajoohaat ki wajah se nahin.</w:t>
      </w:r>
    </w:p>
    <w:p>
      <w:pPr>
        <w:jc w:val="right"/>
      </w:pPr>
      <w:r>
        <w:t>انہوں نے کہا کہ اگر واقعات قدرتی وجوہات کی وجہ سے ہیں تو وہ قدرتی وجوہات کی وجہ سے نہیں۔</w:t>
      </w:r>
    </w:p>
    <w:p>
      <w:r>
        <w:rPr>
          <w:b/>
        </w:rPr>
        <w:t xml:space="preserve">[20:46] </w:t>
      </w:r>
      <w:r>
        <w:t>yaani scientists ne yeh kiya tha ke yeh pata kiya ke yeh jo duniya chal rahi hai, yeh kainat chal rahi hai to is ke peeche qanoon hain. yaani suraj ka harkat, chand ka harkat, zameen mein jo waqiyat ho rahe hain.</w:t>
      </w:r>
    </w:p>
    <w:p>
      <w:pPr>
        <w:jc w:val="right"/>
      </w:pPr>
      <w:r>
        <w:t>یعنی سائنسدانوں نے یہ کیا تھا کہ یہ پتہ کیا کہ یہ جو دنیا چل رہی ہے، یہ کائنات چل رہی ہے تو اس کے پیچھے قوانین ہیں۔ یعنی سورج کا حرکت، چاند کا حرکت، زمین میں جو واقعات ہو رہے ہیں۔</w:t>
      </w:r>
    </w:p>
    <w:p>
      <w:r>
        <w:rPr>
          <w:b/>
        </w:rPr>
        <w:t xml:space="preserve">[21:02] </w:t>
      </w:r>
      <w:r>
        <w:t>poori kainat mein jo</w:t>
      </w:r>
    </w:p>
    <w:p>
      <w:pPr>
        <w:jc w:val="right"/>
      </w:pPr>
      <w:r>
        <w:t>پوری کائنات میں جو</w:t>
      </w:r>
    </w:p>
    <w:p>
      <w:r>
        <w:rPr>
          <w:b/>
        </w:rPr>
        <w:t xml:space="preserve">[21:06] </w:t>
      </w:r>
      <w:r>
        <w:t>jo sitaron ka jo nizam hai woh sab ka sab peeche ek kuch qanoon hain.</w:t>
      </w:r>
    </w:p>
    <w:p>
      <w:pPr>
        <w:jc w:val="right"/>
      </w:pPr>
      <w:r>
        <w:t>جو ستاروں کا جو نظام ہے وہ سب کا سب پیچھے ایک کچھ قوانین ہیں۔</w:t>
      </w:r>
    </w:p>
    <w:p>
      <w:r>
        <w:rPr>
          <w:b/>
        </w:rPr>
        <w:t xml:space="preserve">[21:16] </w:t>
      </w:r>
      <w:r>
        <w:t>kuch qanoon hain, qanoon fitrat. yeh daryaft kiya scientists ne. to</w:t>
      </w:r>
    </w:p>
    <w:p>
      <w:pPr>
        <w:jc w:val="right"/>
      </w:pPr>
      <w:r>
        <w:t>کچھ قوانین ہیں، قوانین فطرت۔ یہ دریافت کیا سائنسدانوں نے۔ تو</w:t>
      </w:r>
    </w:p>
    <w:p>
      <w:r>
        <w:rPr>
          <w:b/>
        </w:rPr>
        <w:t xml:space="preserve">[21:26] </w:t>
      </w:r>
      <w:r>
        <w:t>is ka matlab yeh nikalta tha ke jab koi jab jab aik aik aik aik system qaim hai jab is mein jo bohat hi achhi tarah tarteeb hai, bohat hi achhi tarah designed hai.</w:t>
      </w:r>
    </w:p>
    <w:p>
      <w:pPr>
        <w:jc w:val="right"/>
      </w:pPr>
      <w:r>
        <w:t>اس کا مطلب یہ نکلتا تھا کہ جب کوئی جب جب ایک ایک ایک ایک سسٹم قائم ہے جب اس میں جو بہت ہی اچھی طرح ترتیب ہے، بہت ہی اچھی طرح ڈیزائنڈ ہے۔</w:t>
      </w:r>
    </w:p>
    <w:p>
      <w:r>
        <w:rPr>
          <w:b/>
        </w:rPr>
        <w:t xml:space="preserve">[21:42] </w:t>
      </w:r>
      <w:r>
        <w:t>bohat hi zyada</w:t>
      </w:r>
    </w:p>
    <w:p>
      <w:pPr>
        <w:jc w:val="right"/>
      </w:pPr>
      <w:r>
        <w:t>بہت ہی زیادہ</w:t>
      </w:r>
    </w:p>
    <w:p>
      <w:r>
        <w:rPr>
          <w:b/>
        </w:rPr>
        <w:t xml:space="preserve">[21:45] </w:t>
      </w:r>
      <w:r>
        <w:t>pakhta andaaz mein hai. to zahir hai koi designer hona chahiye. koi controller hona chahiye.</w:t>
      </w:r>
    </w:p>
    <w:p>
      <w:pPr>
        <w:jc w:val="right"/>
      </w:pPr>
      <w:r>
        <w:t>پختہ انداز میں ہے۔ تو ظاہر ہے کوئی ڈیزائنر ہونا چاہیے۔ کوئی کنٹرولر ہونا چاہیے۔</w:t>
      </w:r>
    </w:p>
    <w:p>
      <w:r>
        <w:rPr>
          <w:b/>
        </w:rPr>
        <w:t xml:space="preserve">[21:54] </w:t>
      </w:r>
      <w:r>
        <w:t>apne aap yeh nikalta tha. lekin wahan par aghwa kar liya is ko kis ne? atheist logon ne. unhon ne kaha ke agar waqeat qudrati wajuhaat ki wajah se hain to woh</w:t>
      </w:r>
    </w:p>
    <w:p>
      <w:pPr>
        <w:jc w:val="right"/>
      </w:pPr>
      <w:r>
        <w:t>اپنے آپ یہ نکلتا تھا۔ لیکن وہاں پر اغوا کر لیا اس کو کس نے؟ ایتھیسٹ لوگوں نے۔ انہوں نے کہا کہ اگر واقعات قدرتی وجوہات کی وجہ سے ہیں تو وہ</w:t>
      </w:r>
    </w:p>
    <w:p>
      <w:r>
        <w:rPr>
          <w:b/>
        </w:rPr>
        <w:t xml:space="preserve">[22:02] </w:t>
      </w:r>
      <w:r>
        <w:t>qudrati wajuhaat ki wajah se nahin. yaani wahi fitrat hi ko sab kuch maan liya unhon ne. is ke aage kuch nahin.</w:t>
      </w:r>
    </w:p>
    <w:p>
      <w:pPr>
        <w:jc w:val="right"/>
      </w:pPr>
      <w:r>
        <w:t>قدرتی وجوہات کی وجہ سے نہیں۔ یعنی وہی فطرت ہی کو سب کچھ مان لیا انہوں نے۔ اس کے آگے کچھ نہیں۔</w:t>
      </w:r>
    </w:p>
    <w:p>
      <w:r>
        <w:rPr>
          <w:b/>
        </w:rPr>
        <w:t xml:space="preserve">[22:12] </w:t>
      </w:r>
      <w:r>
        <w:t>ab aik naya, ab aik naye aghwa kar paida hue hain. pehle aghwa kar yeh the. yaani science ke aghwa kar.</w:t>
      </w:r>
    </w:p>
    <w:p>
      <w:pPr>
        <w:jc w:val="right"/>
      </w:pPr>
      <w:r>
        <w:t>اب ایک نیا، اب ایک نئے اغوا کار پیدا ہوئے ہیں۔ پہلے اغوا کار یہ تھے۔ یعنی سائنس کے اغوا کار۔</w:t>
      </w:r>
    </w:p>
    <w:p>
      <w:r>
        <w:rPr>
          <w:b/>
        </w:rPr>
        <w:t xml:space="preserve">[22:21] </w:t>
      </w:r>
      <w:r>
        <w:t>atheist log. science ki daryaft se nikal raha tha ke is kainat ka aik munazzam hai. aik designer hai.</w:t>
      </w:r>
    </w:p>
    <w:p>
      <w:pPr>
        <w:jc w:val="right"/>
      </w:pPr>
      <w:r>
        <w:t>ایتھیسٹ لوگ۔ سائنس کی دریافت سے نکل رہا تھا کہ اس کائنات کا ایک منظم ہے۔ ایک ڈیزائنر ہے۔</w:t>
      </w:r>
    </w:p>
    <w:p>
      <w:r>
        <w:rPr>
          <w:b/>
        </w:rPr>
        <w:t xml:space="preserve">[22:30] </w:t>
      </w:r>
      <w:r>
        <w:t>aik hai jo ke intezaam kar raha hai. yeh nikal raha tha is se. lekin is ko unhon ne morr de diya. aik aur. unhon ne yeh keh diya ke agar waqeat qudrati wajuhaat ki wajah se hain to woh qudrati wajuhaat ki wajah se nahin.</w:t>
      </w:r>
    </w:p>
    <w:p>
      <w:pPr>
        <w:jc w:val="right"/>
      </w:pPr>
      <w:r>
        <w:t>ایک ہے جو کہ انتظام کر رہا ہے۔ یہ نکل رہا تھا اس سے۔ لیکن اس کو انہوں نے موڑ دے دیا۔ ایک اور۔ انہوں نے یہ کہہ دیا کہ اگر واقعات قدرتی وجوہات کی وجہ سے ہیں تو وہ قدرتی وجوہات کی وجہ سے نہیں۔</w:t>
      </w:r>
    </w:p>
    <w:p>
      <w:r>
        <w:rPr>
          <w:b/>
        </w:rPr>
        <w:t xml:space="preserve">[22:46] </w:t>
      </w:r>
      <w:r>
        <w:t>ab aik naya masla paida hua. abhi jo</w:t>
      </w:r>
    </w:p>
    <w:p>
      <w:pPr>
        <w:jc w:val="right"/>
      </w:pPr>
      <w:r>
        <w:t>اب ایک نیا مسئلہ پیدا ہوا۔ ابھی جو</w:t>
      </w:r>
    </w:p>
    <w:p>
      <w:r>
        <w:rPr>
          <w:b/>
        </w:rPr>
        <w:t xml:space="preserve">[22:50] </w:t>
      </w:r>
      <w:r>
        <w:t>quantum theory aayi hai. aur David Bohm ne is ko jis tarah se develop kiya hai. aur yeh sabit kiya hai logon ne.</w:t>
      </w:r>
    </w:p>
    <w:p>
      <w:pPr>
        <w:jc w:val="right"/>
      </w:pPr>
      <w:r>
        <w:t>کوانٹم تھیوری آئی ہے۔ اور ڈیوڈ بوم نے اس کو جس طرح سے ڈیویلپ کیا ہے۔ اور یہ ثابت کیا ہے لوگوں نے۔</w:t>
      </w:r>
    </w:p>
    <w:p>
      <w:r>
        <w:rPr>
          <w:b/>
        </w:rPr>
        <w:t xml:space="preserve">[23:00] </w:t>
      </w:r>
      <w:r>
        <w:t>ke kainat ka taameerati block jo hai woh shaoor hai. shaoor hai.</w:t>
      </w:r>
    </w:p>
    <w:p>
      <w:pPr>
        <w:jc w:val="right"/>
      </w:pPr>
      <w:r>
        <w:t>کہ کائنات کا تعمیراتی بلاک جو ہے وہ شعور ہے۔ شعور ہے۔</w:t>
      </w:r>
    </w:p>
    <w:p>
      <w:r>
        <w:rPr>
          <w:b/>
        </w:rPr>
        <w:t xml:space="preserve">[23:07] </w:t>
      </w:r>
      <w:r>
        <w:t>ab yahan par dekhiye kya tha ke shaoor ko aap zaati banayein to Khuda nikalta hai. shaoor ko aap shakhs ke lafz mein lein.</w:t>
      </w:r>
    </w:p>
    <w:p>
      <w:pPr>
        <w:jc w:val="right"/>
      </w:pPr>
      <w:r>
        <w:t>اب یہاں پر دیکھیے کیا تھا کہ شعور کو آپ ذاتی بنائیں تو خدا نکلتا ہے۔ شعور کو آپ شخص کے لفظ میں لیں۔</w:t>
      </w:r>
    </w:p>
    <w:p>
      <w:r>
        <w:rPr>
          <w:b/>
        </w:rPr>
        <w:t xml:space="preserve">[23:23] </w:t>
      </w:r>
      <w:r>
        <w:t>shaoor ko aap shakhs ke lafz mein lein.</w:t>
      </w:r>
    </w:p>
    <w:p>
      <w:pPr>
        <w:jc w:val="right"/>
      </w:pPr>
      <w:r>
        <w:t>شعور کو آپ شخص کے لفظ میں لیں۔</w:t>
      </w:r>
    </w:p>
    <w:p>
      <w:r>
        <w:rPr>
          <w:b/>
        </w:rPr>
        <w:t xml:space="preserve">[23:26] </w:t>
      </w:r>
      <w:r>
        <w:t>yaani zaati banayein. to nikalta hai Khuda.</w:t>
      </w:r>
    </w:p>
    <w:p>
      <w:pPr>
        <w:jc w:val="right"/>
      </w:pPr>
      <w:r>
        <w:t>یعنی ذاتی بنائیں۔ تو نکلتا ہے خدا۔</w:t>
      </w:r>
    </w:p>
    <w:p>
      <w:r>
        <w:rPr>
          <w:b/>
        </w:rPr>
        <w:t xml:space="preserve">[23:32] </w:t>
      </w:r>
      <w:r>
        <w:t>lekin ab aik jo log monism ko mante hain, monism ko. monism ko mante hain, unhon ne kya kiya is ko? ke is ko aik pervading spirit ke maani mein le liya.</w:t>
      </w:r>
    </w:p>
    <w:p>
      <w:pPr>
        <w:jc w:val="right"/>
      </w:pPr>
      <w:r>
        <w:t>لیکن اب ایک جو لوگ مونزم کو مانتے ہیں، مونزم کو۔ مونزم کو مانتے ہیں، انہوں نے کیا کیا اس کو؟ کہ اس کو ایک پریوڈنگ اسپرٹ کے معنی میں لے لیا۔</w:t>
      </w:r>
    </w:p>
    <w:p>
      <w:r>
        <w:rPr>
          <w:b/>
        </w:rPr>
        <w:t xml:space="preserve">[23:45] </w:t>
      </w:r>
      <w:r>
        <w:t>shaoor ko zaati na kar ke generalize kar diya.</w:t>
      </w:r>
    </w:p>
    <w:p>
      <w:pPr>
        <w:jc w:val="right"/>
      </w:pPr>
      <w:r>
        <w:t>شعور کو ذاتی نہ کر کے جنرلائز کر دیا۔</w:t>
      </w:r>
    </w:p>
    <w:p>
      <w:r>
        <w:rPr>
          <w:b/>
        </w:rPr>
        <w:t xml:space="preserve">[23:51] </w:t>
      </w:r>
      <w:r>
        <w:t>yaani shaoor ko zaati karne ke bajaye generalize kar ke kaha ke aik all pervading spirit hai. aur is ko nikaal liya ke monism. wahdat-e-wujood.</w:t>
      </w:r>
    </w:p>
    <w:p>
      <w:pPr>
        <w:jc w:val="right"/>
      </w:pPr>
      <w:r>
        <w:t>یعنی شعور کو ذاتی کرنے کے بجائے جنرلائز کر کے کہا کہ ایک آل پریوڈنگ اسپرٹ ہے۔ اور اس کو نکال لیا کہ مونزم۔ وہیت وجود۔</w:t>
      </w:r>
    </w:p>
    <w:p>
      <w:r>
        <w:rPr>
          <w:b/>
        </w:rPr>
        <w:t xml:space="preserve">[24:04] </w:t>
      </w:r>
      <w:r>
        <w:t>yaani</w:t>
      </w:r>
    </w:p>
    <w:p>
      <w:pPr>
        <w:jc w:val="right"/>
      </w:pPr>
      <w:r>
        <w:t>یعنی</w:t>
      </w:r>
    </w:p>
    <w:p>
      <w:r>
        <w:rPr>
          <w:b/>
        </w:rPr>
        <w:t xml:space="preserve">[24:07] </w:t>
      </w:r>
      <w:r>
        <w:t>yaani Khuda. yaani aik kainat ke peechhe koi aik shakhs nahin hai. balkeh aik pervading spirit hai.</w:t>
      </w:r>
    </w:p>
    <w:p>
      <w:pPr>
        <w:jc w:val="right"/>
      </w:pPr>
      <w:r>
        <w:t>یعنی خدا۔ یعنی ایک کائنات کے پیچھے کوئی ایک شخص نہیں ہے۔ بلکہ ایک پریوڈنگ اسپرٹ ہے۔</w:t>
      </w:r>
    </w:p>
    <w:p>
      <w:r>
        <w:rPr>
          <w:b/>
        </w:rPr>
        <w:t xml:space="preserve">[24:18] </w:t>
      </w:r>
      <w:r>
        <w:t>jaise hawa hoti hai, jaise cosmic rays hain. is tarah ki cheez.</w:t>
      </w:r>
    </w:p>
    <w:p>
      <w:pPr>
        <w:jc w:val="right"/>
      </w:pPr>
      <w:r>
        <w:t>جیسے ہوا ہوتی ہے، جیسے کاسمک ریز ہیں۔ اس طرح کی چیز۔</w:t>
      </w:r>
    </w:p>
    <w:p>
      <w:r>
        <w:rPr>
          <w:b/>
        </w:rPr>
        <w:t xml:space="preserve">[24:26] </w:t>
      </w:r>
      <w:r>
        <w:t>jis ko kaha tha is ne. woh is ne Hegel ne world spirit.</w:t>
      </w:r>
    </w:p>
    <w:p>
      <w:pPr>
        <w:jc w:val="right"/>
      </w:pPr>
      <w:r>
        <w:t>جس کو کہا تھا اس نے۔ وہ اس نے ہیگل نے ورلڈ اسپرٹ۔</w:t>
      </w:r>
    </w:p>
    <w:p>
      <w:r>
        <w:rPr>
          <w:b/>
        </w:rPr>
        <w:t xml:space="preserve">[24:38] </w:t>
      </w:r>
      <w:r>
        <w:t>to shaoor ko agar aap lein aik</w:t>
      </w:r>
    </w:p>
    <w:p>
      <w:pPr>
        <w:jc w:val="right"/>
      </w:pPr>
      <w:r>
        <w:t>تو شعور کو اگر آپ لیں ایک</w:t>
      </w:r>
    </w:p>
    <w:p>
      <w:r>
        <w:rPr>
          <w:b/>
        </w:rPr>
        <w:t xml:space="preserve">[24:43] </w:t>
      </w:r>
      <w:r>
        <w:t>world spirit ke maani mein. ya pervading spirit ke maani mein. to kya hoga? ke aik aik woh nazariya nikalega ke har zarre mein Khuda hai.</w:t>
      </w:r>
    </w:p>
    <w:p>
      <w:pPr>
        <w:jc w:val="right"/>
      </w:pPr>
      <w:r>
        <w:t>ورلڈ اسپرٹ کے معنی میں۔ یا پریوڈنگ اسپرٹ کے معنی میں۔ تو کیا ہوگا؟ کہ ایک ایک وہ نظریہ نکلے گا کہ ہر ذرے میں خدا ہے۔</w:t>
      </w:r>
    </w:p>
    <w:p>
      <w:r>
        <w:rPr>
          <w:b/>
        </w:rPr>
        <w:t xml:space="preserve">[24:56] </w:t>
      </w:r>
      <w:r>
        <w:t>har pati mein Khuda hai. ke Khuda</w:t>
      </w:r>
    </w:p>
    <w:p>
      <w:pPr>
        <w:jc w:val="right"/>
      </w:pPr>
      <w:r>
        <w:t>ہر پتی میں خدا ہے۔ کہ خدا</w:t>
      </w:r>
    </w:p>
    <w:p>
      <w:r>
        <w:rPr>
          <w:b/>
        </w:rPr>
        <w:t xml:space="preserve">[24:59] </w:t>
      </w:r>
      <w:r>
        <w:t>aik azaad shakhs ke taur par hi nikalega. lekin agar aap is ko zaati banayein. shakhs ke lafz mein is ko samjhayein aap.</w:t>
      </w:r>
    </w:p>
    <w:p>
      <w:pPr>
        <w:jc w:val="right"/>
      </w:pPr>
      <w:r>
        <w:t>ایک آزاد شخص کے طور پر ہی نکلے گا۔ لیکن اگر آپ اس کو ذاتی بنائیں۔ شخص کے لفظ میں اس کو سمجھائیں آپ۔</w:t>
      </w:r>
    </w:p>
    <w:p>
      <w:r>
        <w:rPr>
          <w:b/>
        </w:rPr>
        <w:t xml:space="preserve">[25:10] </w:t>
      </w:r>
      <w:r>
        <w:t>to bilkul is se khuda nikal raha hai. shaoor ke bare mein aik aisi hasti jo shaoor ki malik hai.</w:t>
      </w:r>
    </w:p>
    <w:p>
      <w:pPr>
        <w:jc w:val="right"/>
      </w:pPr>
      <w:r>
        <w:t>تو بالکل اس سے خدا نکل رہا ہے۔ شعور کے بارے میں ایک ایسی ہستی جو شعور کی مالک ہے۔</w:t>
      </w:r>
    </w:p>
    <w:p>
      <w:r>
        <w:rPr>
          <w:b/>
        </w:rPr>
        <w:t xml:space="preserve">[25:20] </w:t>
      </w:r>
      <w:r>
        <w:t>ab yahan par dekhiye aghwa karne wale nikal aaye. pehle atheist ne aghwa kiya tha. ab jo monism ko mante hain unhone aghwa kar liya.</w:t>
      </w:r>
    </w:p>
    <w:p>
      <w:pPr>
        <w:jc w:val="right"/>
      </w:pPr>
      <w:r>
        <w:t>اب یہاں پر دیکھیے اغوا کرنے والے نکل آئے۔ پہلے ایتھیسٹ نے اغوا کیا تھا۔ اب جو مونزم کو مانتے ہیں انہوں نے اغوا کر لیا۔</w:t>
      </w:r>
    </w:p>
    <w:p>
      <w:r>
        <w:rPr>
          <w:b/>
        </w:rPr>
        <w:t xml:space="preserve">[25:34] </w:t>
      </w:r>
      <w:r>
        <w:t>asal mein jo kaam tha woh jo wahid ka, yaqeen rakhne walon ka, khuda ko aik manne ka.</w:t>
      </w:r>
    </w:p>
    <w:p>
      <w:pPr>
        <w:jc w:val="right"/>
      </w:pPr>
      <w:r>
        <w:t>اصل میں جو کام تھا وہ جو واحد کا، یقین رکھنے والوں کا، خدا کو ایک ماننے کا۔</w:t>
      </w:r>
    </w:p>
    <w:p>
      <w:r>
        <w:rPr>
          <w:b/>
        </w:rPr>
        <w:t xml:space="preserve">[25:41] </w:t>
      </w:r>
      <w:r>
        <w:t>is mein hamare mission ke siwa koi koi kaam hi nahi kar raha hai. hamara mission jo hai woh is scientific daryaft ko ko shakhs ke mani mein le raha hai.</w:t>
      </w:r>
    </w:p>
    <w:p>
      <w:pPr>
        <w:jc w:val="right"/>
      </w:pPr>
      <w:r>
        <w:t>اس میں ہمارے مشن کے سوا کوئی کوئی کام ہی نہیں کر رہا ہے۔ ہمارا مشن جو ہے وہ اس سائنسی دریافت کو کو شخص کے معنی میں لے رہا ہے۔</w:t>
      </w:r>
    </w:p>
    <w:p>
      <w:r>
        <w:rPr>
          <w:b/>
        </w:rPr>
        <w:t xml:space="preserve">[25:54] </w:t>
      </w:r>
      <w:r>
        <w:t>jaise aap kitab parhein khuda uthta hai.</w:t>
      </w:r>
    </w:p>
    <w:p>
      <w:pPr>
        <w:jc w:val="right"/>
      </w:pPr>
      <w:r>
        <w:t>جیسے آپ کتاب پڑھیں خدا اٹھتا ہے۔</w:t>
      </w:r>
    </w:p>
    <w:p>
      <w:r>
        <w:rPr>
          <w:b/>
        </w:rPr>
        <w:t xml:space="preserve">[25:57] </w:t>
      </w:r>
      <w:r>
        <w:t>is tarah ki kitab hai. to hum zaati khuda ko mante hain. hum prevailing spirit ko nahi mante.</w:t>
      </w:r>
    </w:p>
    <w:p>
      <w:pPr>
        <w:jc w:val="right"/>
      </w:pPr>
      <w:r>
        <w:t>اس طرح کی کتاب ہے۔ تو ہم ذاتی خدا کو مانتے ہیں۔ ہم پریوڈنگ اسپرٹ کو نہیں مانتے۔</w:t>
      </w:r>
    </w:p>
    <w:p>
      <w:r>
        <w:rPr>
          <w:b/>
        </w:rPr>
        <w:t xml:space="preserve">[26:05] </w:t>
      </w:r>
      <w:r>
        <w:t>to itni bari research hui science mein. lekin is ka jo asal faida hona chahiye tha ke woh is se tauheed nikali jaye.</w:t>
      </w:r>
    </w:p>
    <w:p>
      <w:pPr>
        <w:jc w:val="right"/>
      </w:pPr>
      <w:r>
        <w:t>تو اتنی بڑی ریسرچ ہوئی سائنس میں۔ لیکن اس کا جو اصل فائدہ ہونا چاہیے تھا کہ وہ اس سے توحید نکالی جائے۔</w:t>
      </w:r>
    </w:p>
    <w:p>
      <w:r>
        <w:rPr>
          <w:b/>
        </w:rPr>
        <w:t xml:space="preserve">[26:15] </w:t>
      </w:r>
      <w:r>
        <w:t>pehlay ilhad nikal lia. ab monism nikal rahe hain.</w:t>
      </w:r>
    </w:p>
    <w:p>
      <w:pPr>
        <w:jc w:val="right"/>
      </w:pPr>
      <w:r>
        <w:t>پہلے الہاد نکال لیا۔ اب مونزم نکال رہے ہیں۔</w:t>
      </w:r>
    </w:p>
    <w:p>
      <w:r>
        <w:rPr>
          <w:b/>
        </w:rPr>
        <w:t xml:space="preserve">[26:25] </w:t>
      </w:r>
      <w:r>
        <w:t>yeh mujhe mehsoos hua ke kitni bari kami hai in logon ki ki taraf se jo aik khuda ko mante hain.</w:t>
      </w:r>
    </w:p>
    <w:p>
      <w:pPr>
        <w:jc w:val="right"/>
      </w:pPr>
      <w:r>
        <w:t>یہ مجھے محسوس ہوا کہ کتنی بڑی کمی ہے ان لوگوں کی کی طرف سے جو ایک خدا کو مانتے ہیں۔</w:t>
      </w:r>
    </w:p>
    <w:p>
      <w:r>
        <w:rPr>
          <w:b/>
        </w:rPr>
        <w:t xml:space="preserve">[26:35] </w:t>
      </w:r>
      <w:r>
        <w:t>zaati khuda ko mante hain. aur science ki daryaft ko le kar ke woh</w:t>
      </w:r>
    </w:p>
    <w:p>
      <w:pPr>
        <w:jc w:val="right"/>
      </w:pPr>
      <w:r>
        <w:t>ذاتی خدا کو مانتے ہیں۔ اور سائنس کی دریافت کو لے کر کے وہ</w:t>
      </w:r>
    </w:p>
    <w:p>
      <w:r>
        <w:rPr>
          <w:b/>
        </w:rPr>
        <w:t xml:space="preserve">[26:42] </w:t>
      </w:r>
      <w:r>
        <w:t>zaati khuda ke tasawwur ko aur ziyada aage nahi barha sake. is ko aur ziyada yani aqli bana kar ke pesh nahi kar sake dunya ko.</w:t>
      </w:r>
    </w:p>
    <w:p>
      <w:pPr>
        <w:jc w:val="right"/>
      </w:pPr>
      <w:r>
        <w:t>ذاتی خدا کے تصور کو اور زیادہ آگے نہیں بڑھا سکے۔ اس کو اور زیادہ یعنی عقلی بنا کر کے پیش نہیں کر سکے دنیا کو۔</w:t>
      </w:r>
    </w:p>
    <w:p>
      <w:r>
        <w:rPr>
          <w:b/>
        </w:rPr>
        <w:t xml:space="preserve">[26:52] </w:t>
      </w:r>
      <w:r>
        <w:t>yeh kaam hamein karna hai. aise hi dekhiye mein aik jalsay mein shareek hua.</w:t>
      </w:r>
    </w:p>
    <w:p>
      <w:pPr>
        <w:jc w:val="right"/>
      </w:pPr>
      <w:r>
        <w:t>یہ کام ہمیں کرنا ہے۔ ایسے ہی دیکھیے میں ایک جلسے میں شریک ہوا۔</w:t>
      </w:r>
    </w:p>
    <w:p>
      <w:r>
        <w:rPr>
          <w:b/>
        </w:rPr>
        <w:t xml:space="preserve">[27:01] </w:t>
      </w:r>
      <w:r>
        <w:t>to aik sahab wahan taqreer, taqreer de rahe thay. aur unhone aik aik qissa sunaya, aik kahani.</w:t>
      </w:r>
    </w:p>
    <w:p>
      <w:pPr>
        <w:jc w:val="right"/>
      </w:pPr>
      <w:r>
        <w:t>تو ایک صاحب وہاں تقریر، تقریر دے رہے تھے۔ اور انہوں نے ایک ایک قصہ سنایا، ایک کہانی۔</w:t>
      </w:r>
    </w:p>
    <w:p>
      <w:r>
        <w:rPr>
          <w:b/>
        </w:rPr>
        <w:t xml:space="preserve">[27:13] </w:t>
      </w:r>
      <w:r>
        <w:t>unhone kaha ke sahab, unhone kaha ke do monk jo hain, monk, buddhist monk.</w:t>
      </w:r>
    </w:p>
    <w:p>
      <w:pPr>
        <w:jc w:val="right"/>
      </w:pPr>
      <w:r>
        <w:t>انہوں نے کہا کہ صاحب، انہوں نے کہا کہ دو منک جو ہیں، منک، بدھسٹ منک۔</w:t>
      </w:r>
    </w:p>
    <w:p>
      <w:r>
        <w:rPr>
          <w:b/>
        </w:rPr>
        <w:t xml:space="preserve">[27:19] </w:t>
      </w:r>
      <w:r>
        <w:t>ja rahe thay to rastay mein aik darya para, aik darya. to wahan par koi kashti ya pul nahi tha.</w:t>
      </w:r>
    </w:p>
    <w:p>
      <w:pPr>
        <w:jc w:val="right"/>
      </w:pPr>
      <w:r>
        <w:t>جا رہے تھے تو راستے میں ایک دریا پڑا، ایک دریا۔ تو وہاں پر کوئی کشتی یا پل نہیں تھا۔</w:t>
      </w:r>
    </w:p>
    <w:p>
      <w:r>
        <w:rPr>
          <w:b/>
        </w:rPr>
        <w:t xml:space="preserve">[27:30] </w:t>
      </w:r>
      <w:r>
        <w:t>aik larki kinare khari hui thi. be dar ke kaise idhar jaye, us paar khari thi, us ko jana tha us paar.</w:t>
      </w:r>
    </w:p>
    <w:p>
      <w:pPr>
        <w:jc w:val="right"/>
      </w:pPr>
      <w:r>
        <w:t>ایک لڑکی کنارے کھڑی ہوئی تھی۔ بے ڈر کہ کیسے ادھر جائے، اس پار کھڑی تھی، اس کو جانا تھا اس پار۔</w:t>
      </w:r>
    </w:p>
    <w:p>
      <w:r>
        <w:rPr>
          <w:b/>
        </w:rPr>
        <w:t xml:space="preserve">[27:40] </w:t>
      </w:r>
      <w:r>
        <w:t>to aik monk jo</w:t>
      </w:r>
    </w:p>
    <w:p>
      <w:pPr>
        <w:jc w:val="right"/>
      </w:pPr>
      <w:r>
        <w:t>تو ایک منک جو</w:t>
      </w:r>
    </w:p>
    <w:p>
      <w:r>
        <w:rPr>
          <w:b/>
        </w:rPr>
        <w:t xml:space="preserve">[27:42] </w:t>
      </w:r>
      <w:r>
        <w:t>do mein se aik jo ziyada mazboot tha. us ne larki ko utha kar apne kandhay par rakh lia. aur khud bhi darya paar kiya us ne aur us ko hi paar karwaya.</w:t>
      </w:r>
    </w:p>
    <w:p>
      <w:pPr>
        <w:jc w:val="right"/>
      </w:pPr>
      <w:r>
        <w:t>دو میں سے ایک جو زیادہ مضبوط تھا۔ اس نے لڑکی کو اٹھا کر اپنے کندھے پر رکھ لیا۔ اور خود بھی دریا پار کیا اس نے اور اس کو ہی پار کروایا۔</w:t>
      </w:r>
    </w:p>
    <w:p>
      <w:r>
        <w:rPr>
          <w:b/>
        </w:rPr>
        <w:t xml:space="preserve">[27:56] </w:t>
      </w:r>
      <w:r>
        <w:t>phir aglay us par chor kar ke woh chala gaya.</w:t>
      </w:r>
    </w:p>
    <w:p>
      <w:pPr>
        <w:jc w:val="right"/>
      </w:pPr>
      <w:r>
        <w:t>پھر اگلے اس پر چھوڑ کر کے وہ چلا گیا۔</w:t>
      </w:r>
    </w:p>
    <w:p>
      <w:r>
        <w:rPr>
          <w:b/>
        </w:rPr>
        <w:t xml:space="preserve">[28:00] </w:t>
      </w:r>
      <w:r>
        <w:t>ab is ke baad woh log kafi door nikal gaye. to doosra jo monk tha. us ne kaha ke aap ne to aaj bara ghalat kaam kiya.</w:t>
      </w:r>
    </w:p>
    <w:p>
      <w:pPr>
        <w:jc w:val="right"/>
      </w:pPr>
      <w:r>
        <w:t>اب اس کے بعد وہ لوگ کافی دور نکل گئے۔ تو دوسرا جو منک تھا۔ اس نے کہا کہ آپ نے تو آج بڑا غلط کام کیا۔</w:t>
      </w:r>
    </w:p>
    <w:p>
      <w:r>
        <w:rPr>
          <w:b/>
        </w:rPr>
        <w:t xml:space="preserve">[28:11] </w:t>
      </w:r>
      <w:r>
        <w:t>hamara jo dharm hai is mein to aurat ko chhoona hi karna hai. monk jo hai us ko aurat ko chhoona hi karna hai.</w:t>
      </w:r>
    </w:p>
    <w:p>
      <w:pPr>
        <w:jc w:val="right"/>
      </w:pPr>
      <w:r>
        <w:t>ہمارا جو دھرم ہے اس میں تو عورت کو چھونا ہی کرنا ہے۔ منک جو ہے اس کو عورت کو چھونا ہی کرنا ہے۔</w:t>
      </w:r>
    </w:p>
    <w:p>
      <w:r>
        <w:rPr>
          <w:b/>
        </w:rPr>
        <w:t xml:space="preserve">[28:18] </w:t>
      </w:r>
      <w:r>
        <w:t>aap ne kaise chhoona diya us ko? kaise utha kar us ko rakh lia us ko? to is is monk ne jo doosra tha us ne kaha.</w:t>
      </w:r>
    </w:p>
    <w:p>
      <w:pPr>
        <w:jc w:val="right"/>
      </w:pPr>
      <w:r>
        <w:t>آپ نے کیسے چھونا دیا اس کو؟ کیسے اٹھا کر اس کو رکھ لیا اس کو؟ تو اس اس منک نے جو دوسرا تھا اس نے کہا۔</w:t>
      </w:r>
    </w:p>
    <w:p>
      <w:r>
        <w:rPr>
          <w:b/>
        </w:rPr>
        <w:t xml:space="preserve">[28:28] </w:t>
      </w:r>
      <w:r>
        <w:t>ke mein to is larki ko uthaya aur us</w:t>
      </w:r>
    </w:p>
    <w:p>
      <w:pPr>
        <w:jc w:val="right"/>
      </w:pPr>
      <w:r>
        <w:t>کہ میں تو اس لڑکی کو اٹھایا اور اس</w:t>
      </w:r>
    </w:p>
    <w:p>
      <w:r>
        <w:rPr>
          <w:b/>
        </w:rPr>
        <w:t xml:space="preserve">[28:35] </w:t>
      </w:r>
      <w:r>
        <w:t>yani is kinare aur us kinare se us ko chor, utar diya, us ko chhor diya. aur tum abhi tak usay dho rahe ho. tum is larki ko abhi tak dho rahe ho.</w:t>
      </w:r>
    </w:p>
    <w:p>
      <w:pPr>
        <w:jc w:val="right"/>
      </w:pPr>
      <w:r>
        <w:t>یعنی اس کنارے اور اس کنارے سے اس کو چھوڑ، اتار دیا، اس کو چھوڑ دیا۔ اور تم ابھی تک اسے دھو رہے ہو۔ تم اس لڑکی کو ابھی تک دھو رہے ہو۔</w:t>
      </w:r>
    </w:p>
    <w:p>
      <w:r>
        <w:rPr>
          <w:b/>
        </w:rPr>
        <w:t xml:space="preserve">[28:45] </w:t>
      </w:r>
      <w:r>
        <w:t>ab yeh sab dekhiye yeh mazaaq hai. is se koi zehan nahi banta. aaj kal jo</w:t>
      </w:r>
    </w:p>
    <w:p>
      <w:pPr>
        <w:jc w:val="right"/>
      </w:pPr>
      <w:r>
        <w:t>اب یہ سب دیکھیے یہ مذاق ہے۔ اس سے کوئی ذہن نہیں بنتا۔ آج کل جو</w:t>
      </w:r>
    </w:p>
    <w:p>
      <w:r>
        <w:rPr>
          <w:b/>
        </w:rPr>
        <w:t xml:space="preserve">[28:53] </w:t>
      </w:r>
      <w:r>
        <w:t>speaker wohi pasand kiye jaate hain jo aise mazaaq chhoden. aise kahaniyan sunayen. aise misalein den. yeh bohat bara masla hai ke is zamane mein wohi log maqbool hote hain jo shair sunayen, mazaaq sunayen.</w:t>
      </w:r>
    </w:p>
    <w:p>
      <w:pPr>
        <w:jc w:val="right"/>
      </w:pPr>
      <w:r>
        <w:t>اسپیکر وہی پسند کیے جاتے ہیں جو ایسے مذاق چھوڑیں۔ ایسے کہانیاں سنائیں۔ ایسے مثالیں دیں۔ یہ بہت بڑا مسئلہ ہے کہ اس زمانے میں وہی لوگ مقبول ہوتے ہیں جو شعر سنائیں، مذاق سنائیں۔</w:t>
      </w:r>
    </w:p>
    <w:p>
      <w:r>
        <w:rPr>
          <w:b/>
        </w:rPr>
        <w:t xml:space="preserve">[29:11] </w:t>
      </w:r>
      <w:r>
        <w:t>logon ko hansayen, taliyan bajwayen. yeh khud bhi ek bohat bara rukawat hai. jo achhe achhe zehan hain isi liye woh yeh sab karte hain kyunke is mein maqbooliyat milti hai.</w:t>
      </w:r>
    </w:p>
    <w:p>
      <w:pPr>
        <w:jc w:val="right"/>
      </w:pPr>
      <w:r>
        <w:t>لوگوں کو ہنسائیں، تالیاں بجوائیں۔ یہ خود بھی ایک بہت بڑا رکاوٹ ہے۔ جو اچھے اچھے ذہن ہیں اسی لیے وہ یہ سب کرتے ہیں کیونکہ اس میں مقبولیت ملتی ہے۔</w:t>
      </w:r>
    </w:p>
    <w:p>
      <w:r>
        <w:rPr>
          <w:b/>
        </w:rPr>
        <w:t xml:space="preserve">[29:25] </w:t>
      </w:r>
      <w:r>
        <w:t>ab woh kaam reh jata hai jo asal mein karne ka kaam hai.</w:t>
      </w:r>
    </w:p>
    <w:p>
      <w:pPr>
        <w:jc w:val="right"/>
      </w:pPr>
      <w:r>
        <w:t>اب وہ کام رہ جاتا ہے جو اصل میں کرنے کا کام ہے۔</w:t>
      </w:r>
    </w:p>
    <w:p>
      <w:r>
        <w:rPr>
          <w:b/>
        </w:rPr>
        <w:t xml:space="preserve">[29:31] </w:t>
      </w:r>
      <w:r>
        <w:t>hamare mission mein hum yeh soch, hamari koshish hai ke har aadmi ke andar sincerity paida ho. sanjeeda soch, sanjeeda soch aaye.</w:t>
      </w:r>
    </w:p>
    <w:p>
      <w:pPr>
        <w:jc w:val="right"/>
      </w:pPr>
      <w:r>
        <w:t>ہمارے مشن میں ہم یہ سوچ، ہماری کوشش ہے کہ ہر آدمی کے اندر سنسیرٹی پیدا ہو۔ سنجیدہ سوچ، سنجیدہ سوچ آئے۔</w:t>
      </w:r>
    </w:p>
    <w:p>
      <w:r>
        <w:rPr>
          <w:b/>
        </w:rPr>
        <w:t xml:space="preserve">[29:43] </w:t>
      </w:r>
      <w:r>
        <w:t>gehri soch aaye. jo kuch kare aadmi bohat hi zyada soch samajh kar ke kare. danai aaye is ke andar, danai.</w:t>
      </w:r>
    </w:p>
    <w:p>
      <w:pPr>
        <w:jc w:val="right"/>
      </w:pPr>
      <w:r>
        <w:t>گہری سوچ آئے۔ جو کچھ کرے آدمی بہت ہی زیادہ سوچ سمجھ کر کے کرے۔ دانائی آئے اس کے اندر، دانائی۔</w:t>
      </w:r>
    </w:p>
    <w:p>
      <w:r>
        <w:rPr>
          <w:b/>
        </w:rPr>
        <w:t xml:space="preserve">[29:53] </w:t>
      </w:r>
      <w:r>
        <w:t>aaj kal aap jis se bhi baat kijiye us ke andar koi danai nahi milegi. kyun? log mazaaq mein jeete hain, jo sheron mein jeete hain.</w:t>
      </w:r>
    </w:p>
    <w:p>
      <w:pPr>
        <w:jc w:val="right"/>
      </w:pPr>
      <w:r>
        <w:t>آج کل آپ جس سے بھی بات کیجیے اس کے اندر کوئی دانائی نہیں ملے گی۔ کیوں؟ لوگ مذاق میں جیتے ہیں، جو شعروں میں جیتے ہیں۔</w:t>
      </w:r>
    </w:p>
    <w:p>
      <w:r>
        <w:rPr>
          <w:b/>
        </w:rPr>
        <w:t xml:space="preserve">[30:02] </w:t>
      </w:r>
      <w:r>
        <w:t>isi qism ki baaton mein jeete hain. to danai kahan se aayegi?</w:t>
      </w:r>
    </w:p>
    <w:p>
      <w:pPr>
        <w:jc w:val="right"/>
      </w:pPr>
      <w:r>
        <w:t>اسی قسم کی باتوں میں جیتے ہیں۔ تو دانائی کہاں سے آئے گی؟</w:t>
      </w:r>
    </w:p>
    <w:p>
      <w:r>
        <w:rPr>
          <w:b/>
        </w:rPr>
        <w:t xml:space="preserve">[30:09] </w:t>
      </w:r>
      <w:r>
        <w:t>to hamara mission jo hai yeh sincerity ka mission hai. sincerity ka mission hai.</w:t>
      </w:r>
    </w:p>
    <w:p>
      <w:pPr>
        <w:jc w:val="right"/>
      </w:pPr>
      <w:r>
        <w:t>تو ہمارا مشن جو ہے یہ سنسیرٹی کا مشن ہے۔ سنسیرٹی کا مشن ہے۔</w:t>
      </w:r>
    </w:p>
    <w:p>
      <w:r>
        <w:rPr>
          <w:b/>
        </w:rPr>
        <w:t xml:space="preserve">[30:22] </w:t>
      </w:r>
      <w:r>
        <w:t>lekin logon ke andar sab se kami hai jo hai sincerity ki. mere paas kal parson ek sahab ka telephone aaya. unhon ne kaha ke aap</w:t>
      </w:r>
    </w:p>
    <w:p>
      <w:pPr>
        <w:jc w:val="right"/>
      </w:pPr>
      <w:r>
        <w:t>لیکن لوگوں کے اندر سب سے کمی ہے جو ہے سنسیرٹی کی۔ میرے پاس کل پرسوں ایک صاحب کا ٹیلی فون آیا۔ انہوں نے کہا کہ آپ</w:t>
      </w:r>
    </w:p>
    <w:p>
      <w:r>
        <w:rPr>
          <w:b/>
        </w:rPr>
        <w:t xml:space="preserve">[30:34] </w:t>
      </w:r>
      <w:r>
        <w:t>ne likha hai ke jo science ki tehqiqat ka aap hawala dete hain aksar. to main chahta hoon ke science ki kitabein padhoon.</w:t>
      </w:r>
    </w:p>
    <w:p>
      <w:pPr>
        <w:jc w:val="right"/>
      </w:pPr>
      <w:r>
        <w:t>نے لکھا ہے کہ جو سائنس کی تحقیقات کا آپ حوالہ دیتے ہیں اکثر۔ تو میں چاہتا ہوں کہ سائنس کی کتابیں پڑھوں۔</w:t>
      </w:r>
    </w:p>
    <w:p>
      <w:r>
        <w:rPr>
          <w:b/>
        </w:rPr>
        <w:t xml:space="preserve">[30:45] </w:t>
      </w:r>
      <w:r>
        <w:t>to kaun si kitab pehle padhoon? aap is kitab ka naam bataiye. to main ne poocha ke aap angrezi jante hain?</w:t>
      </w:r>
    </w:p>
    <w:p>
      <w:pPr>
        <w:jc w:val="right"/>
      </w:pPr>
      <w:r>
        <w:t>تو کون سی کتاب پہلے پڑھوں؟ آپ اس کتاب کا نام بتائیے۔ تو میں نے پوچھا کہ آپ انگریزی جانتے ہیں؟</w:t>
      </w:r>
    </w:p>
    <w:p>
      <w:r>
        <w:rPr>
          <w:b/>
        </w:rPr>
        <w:t xml:space="preserve">[30:55] </w:t>
      </w:r>
      <w:r>
        <w:t>to unhon ne kaha ke haan. to main ne un se kuch angrezi ke jumle mein kuch bola, kuch poocha un se to kuch pata hi nahi paaye woh. to main ne kaha ke aap angrezi zaban jante nahi hain aur science ki study kaise karenge aap?</w:t>
      </w:r>
    </w:p>
    <w:p>
      <w:pPr>
        <w:jc w:val="right"/>
      </w:pPr>
      <w:r>
        <w:t>تو انہوں نے کہا کہ ہاں۔ تو میں نے ان سے کچھ انگریزی کے جملے میں کچھ بولا، کچھ پوچھا ان سے تو کچھ پتہ ہی نہیں پائے وہ۔ تو میں نے کہا کہ آپ انگریزی زبان جانتے نہیں ہیں اور سائنس کی اسٹڈی کیسے کریں گے آپ؟</w:t>
      </w:r>
    </w:p>
    <w:p>
      <w:r>
        <w:rPr>
          <w:b/>
        </w:rPr>
        <w:t xml:space="preserve">[31:10] </w:t>
      </w:r>
      <w:r>
        <w:t>pehle angrezi padhein phir to science ki study kar payenge aap.</w:t>
      </w:r>
    </w:p>
    <w:p>
      <w:pPr>
        <w:jc w:val="right"/>
      </w:pPr>
      <w:r>
        <w:t>پہلے انگریزی پڑھی پھر تو سائنس کی اسٹڈی کر پائیں گے آپ۔</w:t>
      </w:r>
    </w:p>
    <w:p>
      <w:r>
        <w:rPr>
          <w:b/>
        </w:rPr>
        <w:t xml:space="preserve">[31:17] </w:t>
      </w:r>
      <w:r>
        <w:t>main ne likha tha ke maqbool science log jo aam log hain jo technical cheezon ko nahi padh sakte woh maqbool science, maqbool kitabein padhein science ki.</w:t>
      </w:r>
    </w:p>
    <w:p>
      <w:pPr>
        <w:jc w:val="right"/>
      </w:pPr>
      <w:r>
        <w:t>میں نے لکھا تھا کہ مقبول سائنس لوگ جو عام لوگ ہیں جو ٹیکنیکل چیزوں کو نہیں پڑھ سکتے وہ مقبول سائنس، مقبول کتابیں پڑھیں سائنس کی۔</w:t>
      </w:r>
    </w:p>
    <w:p>
      <w:r>
        <w:rPr>
          <w:b/>
        </w:rPr>
        <w:t xml:space="preserve">[31:29] </w:t>
      </w:r>
      <w:r>
        <w:t>to woh unhein yeh bhi nahi pata tha ke maqbool science kya cheez hai.</w:t>
      </w:r>
    </w:p>
    <w:p>
      <w:pPr>
        <w:jc w:val="right"/>
      </w:pPr>
      <w:r>
        <w:t>تو وہ انہیں یہ بھی نہیں پتہ تھا کہ مقبول سائنس کیا چیز ہے۔</w:t>
      </w:r>
    </w:p>
    <w:p>
      <w:r>
        <w:rPr>
          <w:b/>
        </w:rPr>
        <w:t xml:space="preserve">[31:34] </w:t>
      </w:r>
      <w:r>
        <w:t>to is liye ke main yeh keh raha hoon ke logon ki soch develop nahi kar pati. logon ko aata nahi ke kaise sochna hai. art of thinking logon ko nahi maloom.</w:t>
      </w:r>
    </w:p>
    <w:p>
      <w:pPr>
        <w:jc w:val="right"/>
      </w:pPr>
      <w:r>
        <w:t>تو اس لیے کہ میں یہ کہہ رہا ہوں کہ لوگوں کی سوچ ڈویلپ نہیں کر پاتی۔ لوگوں کو آتا نہیں کہ کیسے سوچنا ہے۔ آرٹ آف تھنکنگ لوگوں کو نہیں معلوم۔</w:t>
      </w:r>
    </w:p>
    <w:p>
      <w:r>
        <w:rPr>
          <w:b/>
        </w:rPr>
        <w:t xml:space="preserve">[31:45] </w:t>
      </w:r>
      <w:r>
        <w:t>yani un ko yeh nahi pata tha ke mujhe pehle angrezi padhna chahiye. jab tak achhi English nahi aa jayegi tab tak main science ki kitabein kaise padhunga?</w:t>
      </w:r>
    </w:p>
    <w:p>
      <w:pPr>
        <w:jc w:val="right"/>
      </w:pPr>
      <w:r>
        <w:t>یعنی ان کو یہ نہیں پتہ تھا کہ مجھے پہلے انگریزی پڑھنا چاہیے۔ جب تک اچھی انگلش نہیں آ جائے گی تب تک میں سائنس کی کتابیں کیسے پڑھوں گا؟</w:t>
      </w:r>
    </w:p>
    <w:p>
      <w:r>
        <w:rPr>
          <w:b/>
        </w:rPr>
        <w:t xml:space="preserve">[31:58] </w:t>
      </w:r>
      <w:r>
        <w:t>to bohat hi ajeeb tajruba mujhe hota hai ke hamare samaj mein logon ke andar yani durust soch nahi.</w:t>
      </w:r>
    </w:p>
    <w:p>
      <w:pPr>
        <w:jc w:val="right"/>
      </w:pPr>
      <w:r>
        <w:t>تو بہت ہی عجیب تجربہ مجھے ہوتا ہے کہ ہمارے سماج میں لوگوں کے اندر یعنی درست سوچ نہیں۔</w:t>
      </w:r>
    </w:p>
    <w:p>
      <w:r>
        <w:rPr>
          <w:b/>
        </w:rPr>
        <w:t xml:space="preserve">[32:11] </w:t>
      </w:r>
      <w:r>
        <w:t>durust soch jaise lagta hai ke bilkul yani</w:t>
      </w:r>
    </w:p>
    <w:p>
      <w:pPr>
        <w:jc w:val="right"/>
      </w:pPr>
      <w:r>
        <w:t>درست سوچ جیسے لگتا ہے کہ بالکل یعنی</w:t>
      </w:r>
    </w:p>
    <w:p>
      <w:r>
        <w:rPr>
          <w:b/>
        </w:rPr>
        <w:t xml:space="preserve">[32:16] </w:t>
      </w:r>
      <w:r>
        <w:t>nayab hai. aur durust soch ki to aaghaz wahin se to aaghaz hota hai, wohi to aaghaz hai. durust soch hi se aaghaz hoti hai.</w:t>
      </w:r>
    </w:p>
    <w:p>
      <w:pPr>
        <w:jc w:val="right"/>
      </w:pPr>
      <w:r>
        <w:t>نایاب ہے۔ اور درست سوچ کی تو آغاز وہیں سے تو آغاز ہوتا ہے، وہی تو آغاز ہے۔ درست سوچ ہی سے آغاز ہوتی ہے۔</w:t>
      </w:r>
    </w:p>
    <w:p>
      <w:r>
        <w:rPr>
          <w:b/>
        </w:rPr>
        <w:t xml:space="preserve">[32:30] </w:t>
      </w:r>
      <w:r>
        <w:t>durust soch nahi to</w:t>
      </w:r>
    </w:p>
    <w:p>
      <w:pPr>
        <w:jc w:val="right"/>
      </w:pPr>
      <w:r>
        <w:t>درست سوچ نہیں تو</w:t>
      </w:r>
    </w:p>
    <w:p>
      <w:r>
        <w:rPr>
          <w:b/>
        </w:rPr>
        <w:t xml:space="preserve">[32:33] </w:t>
      </w:r>
      <w:r>
        <w:t>koi aaghaz nahi, aaghaz nahi to aap kahan pahunchenge aap?</w:t>
      </w:r>
    </w:p>
    <w:p>
      <w:pPr>
        <w:jc w:val="right"/>
      </w:pPr>
      <w:r>
        <w:t>کوئی آغاز نہیں، آغاز نہیں تو آپ کہاں پہنچیں گے آپ؟</w:t>
      </w:r>
    </w:p>
    <w:p>
      <w:r>
        <w:rPr>
          <w:b/>
        </w:rPr>
        <w:t xml:space="preserve">[32:41] </w:t>
      </w:r>
      <w:r>
        <w:t>to hamara mission yeh hai, hamara mission yeh bhi shamil hai ke logon mein art of thinking aaye.</w:t>
      </w:r>
    </w:p>
    <w:p>
      <w:pPr>
        <w:jc w:val="right"/>
      </w:pPr>
      <w:r>
        <w:t>تو ہمارا مشن یہ ہے، ہمارا مشن یہ بھی شامل ہے کہ لوگوں میں آرٹ آف تھنکنگ آئے۔</w:t>
      </w:r>
    </w:p>
    <w:p>
      <w:r>
        <w:rPr>
          <w:b/>
        </w:rPr>
        <w:t xml:space="preserve">[32:52] </w:t>
      </w:r>
      <w:r>
        <w:t>yani kisi cheez ko durust zawiye se dekhna kya hai? aur ghalat zawiye se dekhna kya hai? sanjeeda soch kya hai? sanjeeda soch kya hai?</w:t>
      </w:r>
    </w:p>
    <w:p>
      <w:pPr>
        <w:jc w:val="right"/>
      </w:pPr>
      <w:r>
        <w:t>یعنی کسی چیز کو درست زاویے سے دیکھنا کیا ہے؟ اور غلط زاویے سے دیکھنا کیا ہے؟ سنجیدہ سوچ کیا ہے؟ سنجیدہ سوچ کیا ہے؟</w:t>
      </w:r>
    </w:p>
    <w:p>
      <w:r>
        <w:rPr>
          <w:b/>
        </w:rPr>
        <w:t xml:space="preserve">[33:03] </w:t>
      </w:r>
      <w:r>
        <w:t>yeh sab aaye.</w:t>
      </w:r>
    </w:p>
    <w:p>
      <w:pPr>
        <w:jc w:val="right"/>
      </w:pPr>
      <w:r>
        <w:t>یہ سب آئے۔</w:t>
      </w:r>
    </w:p>
    <w:p>
      <w:r>
        <w:rPr>
          <w:b/>
        </w:rPr>
        <w:t xml:space="preserve">[33:07] </w:t>
      </w:r>
      <w:r>
        <w:t>principal of tafreeq ko janen log. ek cheez, doosri cheez se farq karna janen.</w:t>
      </w:r>
    </w:p>
    <w:p>
      <w:pPr>
        <w:jc w:val="right"/>
      </w:pPr>
      <w:r>
        <w:t>پرنسپل آف تفریق کو جانیں لوگ۔ ایک چیز، دوسری چیز سے فرق کرنا جانیں۔</w:t>
      </w:r>
    </w:p>
    <w:p>
      <w:r>
        <w:rPr>
          <w:b/>
        </w:rPr>
        <w:t xml:space="preserve">[33:16] </w:t>
      </w:r>
      <w:r>
        <w:t>hamare mission mein sirf yeh nahi hai ke bas yani jo riwayati qism ki mazhabi baaten hoti hain usi ko hum dohraen.</w:t>
      </w:r>
    </w:p>
    <w:p>
      <w:pPr>
        <w:jc w:val="right"/>
      </w:pPr>
      <w:r>
        <w:t>ہمارے مشن میں صرف یہ نہیں ہے کہ بس یعنی جو روایتی قسم کی مذہبی باتیں ہوتی ہیں اسی کو ہم دہرائیں۔</w:t>
      </w:r>
    </w:p>
    <w:p>
      <w:r>
        <w:rPr>
          <w:b/>
        </w:rPr>
        <w:t xml:space="preserve">[33:25] </w:t>
      </w:r>
      <w:r>
        <w:t>woh hamara nahi hai.</w:t>
      </w:r>
    </w:p>
    <w:p>
      <w:pPr>
        <w:jc w:val="right"/>
      </w:pPr>
      <w:r>
        <w:t>وہ ہمارا نہیں ہے۔</w:t>
      </w:r>
    </w:p>
    <w:p>
      <w:r>
        <w:rPr>
          <w:b/>
        </w:rPr>
        <w:t xml:space="preserve">[33:29] </w:t>
      </w:r>
      <w:r>
        <w:t>aap jante hain ke kuch riwayati baaten hain mazhab ki woh yeh log dohrate rehte hain. log sar jhuka kar sunte hain, is par chale aate hain.</w:t>
      </w:r>
    </w:p>
    <w:p>
      <w:pPr>
        <w:jc w:val="right"/>
      </w:pPr>
      <w:r>
        <w:t>آپ جانتے ہیں کہ کچھ روایتی باتیں ہیں مذہب کی وہ یہ لوگ دہراتے رہتے ہیں۔ لوگ سر جھکا کر سنتے ہیں، اس پر چلے آتے ہیں۔</w:t>
      </w:r>
    </w:p>
    <w:p>
      <w:r>
        <w:rPr>
          <w:b/>
        </w:rPr>
        <w:t xml:space="preserve">[33:39] </w:t>
      </w:r>
      <w:r>
        <w:t>hamara hamare haan jo hai aur main har ek member se jo hamara jo jo member hai hamare</w:t>
      </w:r>
    </w:p>
    <w:p>
      <w:pPr>
        <w:jc w:val="right"/>
      </w:pPr>
      <w:r>
        <w:t>ہمارا ہمارے ہاں جو ہے اور میں ہر ایک ممبر سے جو ہمارا جو جو ممبر ہے ہمارے</w:t>
      </w:r>
    </w:p>
    <w:p>
      <w:r>
        <w:rPr>
          <w:b/>
        </w:rPr>
        <w:t xml:space="preserve">[33:47] </w:t>
      </w:r>
      <w:r>
        <w:t>team ka, aap mission ka. in sab se main kahunga ke aap apne andar sochne ki taqat paida kijiye. art of thinking ko develop kijiye.</w:t>
      </w:r>
    </w:p>
    <w:p>
      <w:pPr>
        <w:jc w:val="right"/>
      </w:pPr>
      <w:r>
        <w:t>ٹیم کا، آپ مشن کا۔ ان سب سے میں کہوں گا کہ آپ اپنے اندر سوچنے کی طاقت پیدا کیجیے۔ آرٹ آف تھنکنگ کو ڈیویلپ کیجیے۔</w:t>
      </w:r>
    </w:p>
    <w:p>
      <w:r>
        <w:rPr>
          <w:b/>
        </w:rPr>
        <w:t xml:space="preserve">[34:00] </w:t>
      </w:r>
      <w:r>
        <w:t>aap ko sochna aa jae. kaise sochna, yeh cheez aa jae.</w:t>
      </w:r>
    </w:p>
    <w:p>
      <w:pPr>
        <w:jc w:val="right"/>
      </w:pPr>
      <w:r>
        <w:t>آپ کو سوچنا آ جائے۔ کیسے سوچنا، یہ چیز آ جائے۔</w:t>
      </w:r>
    </w:p>
    <w:p>
      <w:r>
        <w:rPr>
          <w:b/>
        </w:rPr>
        <w:t xml:space="preserve">[34:13] </w:t>
      </w:r>
      <w:r>
        <w:t>to mujhe bar bar yeh tajruba hota hai ke log jo hain baghair soche samjhe chhalang lagate hain. baghair soche samjhe chhalang laga dete hain.</w:t>
      </w:r>
    </w:p>
    <w:p>
      <w:pPr>
        <w:jc w:val="right"/>
      </w:pPr>
      <w:r>
        <w:t>تو مجھے بار بار یہ تجربہ ہوتا ہے کہ لوگ جو ہیں بغیر سوچے سمجھے چھلانگ لگاتے ہیں۔ بغیر سوچے سمجھے چھلانگ لگا دیتے ہیں۔</w:t>
      </w:r>
    </w:p>
    <w:p>
      <w:r>
        <w:rPr>
          <w:b/>
        </w:rPr>
        <w:t xml:space="preserve">[34:23] </w:t>
      </w:r>
      <w:r>
        <w:t>yahi sochte hain ke jo hum chhalang laga rahe hain to is ka nateeja kya hoga?</w:t>
      </w:r>
    </w:p>
    <w:p>
      <w:pPr>
        <w:jc w:val="right"/>
      </w:pPr>
      <w:r>
        <w:t>یہی سوچتے ہیں کہ جو ہم چھلانگ لگا رہے ہیں تو اس کا نتیجہ کیا ہوگا؟</w:t>
      </w:r>
    </w:p>
    <w:p>
      <w:r>
        <w:rPr>
          <w:b/>
        </w:rPr>
        <w:t xml:space="preserve">[34:32] </w:t>
      </w:r>
      <w:r>
        <w:t>cheezon ko nateeje ke lihaz mein lena chahiye. na ke sirf apne aap kuch ambitions hain.</w:t>
      </w:r>
    </w:p>
    <w:p>
      <w:pPr>
        <w:jc w:val="right"/>
      </w:pPr>
      <w:r>
        <w:t>چیزوں کو نتیجے کے لحاظ میں لینا چاہیے۔ نہ کہ صرف اپنے آپ کچھ امبیشنز ہیں۔</w:t>
      </w:r>
    </w:p>
    <w:p>
      <w:r>
        <w:rPr>
          <w:b/>
        </w:rPr>
        <w:t xml:space="preserve">[34:42] </w:t>
      </w:r>
      <w:r>
        <w:t>isi ambitions ko follow kar ke aap jump kar di. yeh koi tareeqa nahi hai.</w:t>
      </w:r>
    </w:p>
    <w:p>
      <w:pPr>
        <w:jc w:val="right"/>
      </w:pPr>
      <w:r>
        <w:t>اسی امبیشنز کو فالو کر کے آپ جمپ کر دی۔ یہ کوئی طریقہ نہیں ہے۔</w:t>
      </w:r>
    </w:p>
    <w:p>
      <w:r>
        <w:rPr>
          <w:b/>
        </w:rPr>
        <w:t xml:space="preserve">[34:50] </w:t>
      </w:r>
      <w:r>
        <w:t>sab se pehle aap ko</w:t>
      </w:r>
    </w:p>
    <w:p>
      <w:pPr>
        <w:jc w:val="right"/>
      </w:pPr>
      <w:r>
        <w:t>سب سے پہلے آپ کو</w:t>
      </w:r>
    </w:p>
    <w:p>
      <w:r>
        <w:rPr>
          <w:b/>
        </w:rPr>
        <w:t xml:space="preserve">[34:56] </w:t>
      </w:r>
      <w:r>
        <w:t>janchana hai. poora maamla.</w:t>
      </w:r>
    </w:p>
    <w:p>
      <w:pPr>
        <w:jc w:val="right"/>
      </w:pPr>
      <w:r>
        <w:t>جانچنا ہے۔ پورا معاملہ۔</w:t>
      </w:r>
    </w:p>
    <w:p>
      <w:r>
        <w:rPr>
          <w:b/>
        </w:rPr>
        <w:t xml:space="preserve">[35:03] </w:t>
      </w:r>
      <w:r>
        <w:t>yeh pata karen ke pehle hi pata karen ke hum agar jump karte hain to nateeja kya niklega? nateeja hi miyar hai.</w:t>
      </w:r>
    </w:p>
    <w:p>
      <w:pPr>
        <w:jc w:val="right"/>
      </w:pPr>
      <w:r>
        <w:t>یہ پتہ کریں کہ پہلے ہی پتہ کریں کہ ہم اگر جمپ کرتے ہیں تو نتیجہ کیا نکلے گا؟ نتیجہ ہی معیار ہے۔</w:t>
      </w:r>
    </w:p>
    <w:p>
      <w:r>
        <w:rPr>
          <w:b/>
        </w:rPr>
        <w:t xml:space="preserve">[35:15] </w:t>
      </w:r>
      <w:r>
        <w:t>aap ka shauq miyar nahi hai.</w:t>
      </w:r>
    </w:p>
    <w:p>
      <w:pPr>
        <w:jc w:val="right"/>
      </w:pPr>
      <w:r>
        <w:t>آپ کا شوق معیار نہیں ہے۔</w:t>
      </w:r>
    </w:p>
    <w:p>
      <w:r>
        <w:rPr>
          <w:b/>
        </w:rPr>
        <w:t xml:space="preserve">[35:20] </w:t>
      </w:r>
      <w:r>
        <w:t>aap ka shauq jo hai woh miyar nahi hai, miyar jo hai woh nateeja hai.</w:t>
      </w:r>
    </w:p>
    <w:p>
      <w:pPr>
        <w:jc w:val="right"/>
      </w:pPr>
      <w:r>
        <w:t>آپ کا شوق جو ہے وہ معیار نہیں ہے، معیار جو ہے وہ نتیجہ ہے۔</w:t>
      </w:r>
    </w:p>
    <w:p>
      <w:r>
        <w:rPr>
          <w:b/>
        </w:rPr>
        <w:t xml:space="preserve">[35:32] </w:t>
      </w:r>
      <w:r>
        <w:t>wahan par ek jagah mein gaya ek jalse mein to hamare saathi wahan par quran le gaye the wahan par.</w:t>
      </w:r>
    </w:p>
    <w:p>
      <w:pPr>
        <w:jc w:val="right"/>
      </w:pPr>
      <w:r>
        <w:t>وہاں پر ایک جگہ میں گیا ایک جلسے میں تو ہمارے ساتھی وہاں پر قرآن لے گئے تھے وہاں پر۔</w:t>
      </w:r>
    </w:p>
    <w:p>
      <w:r>
        <w:rPr>
          <w:b/>
        </w:rPr>
        <w:t xml:space="preserve">[35:45] </w:t>
      </w:r>
      <w:r>
        <w:t>to ek khatoon ko quran dene lage to khatoon ne kaha ke bhai main english nahi janti.</w:t>
      </w:r>
    </w:p>
    <w:p>
      <w:pPr>
        <w:jc w:val="right"/>
      </w:pPr>
      <w:r>
        <w:t>تو ایک خاتون کو قرآن دینے لگے تو خاتون نے کہا کہ بھئی میں انگلش نہیں جانتی۔</w:t>
      </w:r>
    </w:p>
    <w:p>
      <w:r>
        <w:rPr>
          <w:b/>
        </w:rPr>
        <w:t xml:space="preserve">[35:51] </w:t>
      </w:r>
      <w:r>
        <w:t>to le nahi rahi thi woh, ke main english nahi janti.</w:t>
      </w:r>
    </w:p>
    <w:p>
      <w:pPr>
        <w:jc w:val="right"/>
      </w:pPr>
      <w:r>
        <w:t>تو لے نہیں رہی تھی وہ، کہ میں انگلش نہیں جانتی۔</w:t>
      </w:r>
    </w:p>
    <w:p>
      <w:r>
        <w:rPr>
          <w:b/>
        </w:rPr>
        <w:t xml:space="preserve">[35:57] </w:t>
      </w:r>
      <w:r>
        <w:t>to ek aur sahib se kaha ke bhai main in ko janta hoon in ki beti achhi english janti hai, in ko dijiye. yeh nahi padhegi to in ki beti padhegi.</w:t>
      </w:r>
    </w:p>
    <w:p>
      <w:pPr>
        <w:jc w:val="right"/>
      </w:pPr>
      <w:r>
        <w:t>تو ایک اور صاحب سے کہا کہ بھئی میں ان کو جانتا ہوں ان کی بیٹی اچھی انگلش جانتی ہے، ان کو دیجیے۔ یہ نہیں پڑھے گی تو ان کی بیٹی پڑھے گی۔</w:t>
      </w:r>
    </w:p>
    <w:p>
      <w:r>
        <w:rPr>
          <w:b/>
        </w:rPr>
        <w:t xml:space="preserve">[36:11] </w:t>
      </w:r>
      <w:r>
        <w:t>ek sahib ne bataya ke woh park mein gae. to ek foreigner tha koi park aya hua. to us ko quran dene lage.</w:t>
      </w:r>
    </w:p>
    <w:p>
      <w:pPr>
        <w:jc w:val="right"/>
      </w:pPr>
      <w:r>
        <w:t>ایک صاحب نے بتایا کہ وہ پارک میں گئے۔ تو ایک فارنر تھا کوئی پارک آیا ہوا۔ تو اس کو قرآن دینے لگے۔</w:t>
      </w:r>
    </w:p>
    <w:p>
      <w:r>
        <w:rPr>
          <w:b/>
        </w:rPr>
        <w:t xml:space="preserve">[36:24] </w:t>
      </w:r>
      <w:r>
        <w:t>shayad angrez tha. to</w:t>
      </w:r>
    </w:p>
    <w:p>
      <w:pPr>
        <w:jc w:val="right"/>
      </w:pPr>
      <w:r>
        <w:t>شاید انگریز تھا۔ تو</w:t>
      </w:r>
    </w:p>
    <w:p>
      <w:r>
        <w:rPr>
          <w:b/>
        </w:rPr>
        <w:t xml:space="preserve">[36:28] </w:t>
      </w:r>
      <w:r>
        <w:t>jo de rahe the us ko unhon ne kaha ke mere sath aaiye aap. liya hath mein nahi liya, mere sath aaiye. phir car tak gae aur kaha ke is mein aap rakh dijiye.</w:t>
      </w:r>
    </w:p>
    <w:p>
      <w:pPr>
        <w:jc w:val="right"/>
      </w:pPr>
      <w:r>
        <w:t>جو دے رہے تھے اس کو انہوں نے کہا کہ میرے ساتھ آئیے آپ۔ لیا ہاتھ میں نہیں لیا، میرے ساتھ آئیے۔ پھر کار تک گئے اور کہا کہ اس میں آپ رکھ دیجیے۔</w:t>
      </w:r>
    </w:p>
    <w:p>
      <w:r>
        <w:rPr>
          <w:b/>
        </w:rPr>
        <w:t xml:space="preserve">[36:39] </w:t>
      </w:r>
      <w:r>
        <w:t>to unhon ne poocha kyun aap ne liya nahi, mujh ko yahan la kar ke rakhwaya? kaha ke main saaf nahi tha.</w:t>
      </w:r>
    </w:p>
    <w:p>
      <w:pPr>
        <w:jc w:val="right"/>
      </w:pPr>
      <w:r>
        <w:t>تو انہوں نے پوچھا کیوں آپ نے لیا نہیں، مجھ کو یہاں لا کر کے رکھوایا؟ کہا کہ میں صاف نہیں تھا۔</w:t>
      </w:r>
    </w:p>
    <w:p>
      <w:r>
        <w:rPr>
          <w:b/>
        </w:rPr>
        <w:t xml:space="preserve">[36:46] </w:t>
      </w:r>
      <w:r>
        <w:t>main jaunga, nahunga, tab us ko hath mein lunga, phir padhunga us ko.</w:t>
      </w:r>
    </w:p>
    <w:p>
      <w:pPr>
        <w:jc w:val="right"/>
      </w:pPr>
      <w:r>
        <w:t>میں جاؤں گا، نہاؤں گا، تب اس کو ہاتھ میں لوں گا، پھر پڑھوں گا اس کو۔</w:t>
      </w:r>
    </w:p>
    <w:p>
      <w:r>
        <w:rPr>
          <w:b/>
        </w:rPr>
        <w:t xml:space="preserve">[36:56] </w:t>
      </w:r>
      <w:r>
        <w:t>is tarah ke bohat sare waqeat hain, is se maine nikala nateeja ke is waqt hamare paas jo sab se bari cheez hai jis ko hum dein logon ko woh Quran hai. phir maine samjha ke kya wajah hai ke log Quran ko itna zyada bigar dete hain?</w:t>
      </w:r>
    </w:p>
    <w:p>
      <w:pPr>
        <w:jc w:val="right"/>
      </w:pPr>
      <w:r>
        <w:t>اس طرح کے بہت سارے واقعات ہیں، اس سے میں نے نکالا نتیجہ کہ اس وقت ہمارے پاس جو سب سے بڑی چیز ہے جس کو ہم دیں لوگوں کو وہ قرآن ہے۔ پھر میں نے سمجھا کہ کیا وجہ ہے کہ لوگ قرآن کو اتنا زیادہ بگاڑ دیتے ہیں؟</w:t>
      </w:r>
    </w:p>
    <w:p>
      <w:r>
        <w:rPr>
          <w:b/>
        </w:rPr>
        <w:t xml:space="preserve">[37:10] </w:t>
      </w:r>
      <w:r>
        <w:t>hamari aap ki kitab ko itna bigar nahin dein ge kabhi bhi woh.</w:t>
      </w:r>
    </w:p>
    <w:p>
      <w:pPr>
        <w:jc w:val="right"/>
      </w:pPr>
      <w:r>
        <w:t>ہماری آپ کی کتاب کو اتنا بگاڑ نہیں دیں گے کبھی بھی وہ۔</w:t>
      </w:r>
    </w:p>
    <w:p>
      <w:r>
        <w:rPr>
          <w:b/>
        </w:rPr>
        <w:t xml:space="preserve">[37:16] </w:t>
      </w:r>
      <w:r>
        <w:t>aisa nahin ho sakta. to mere zehen mein aaya ke Quran jo hai woh kitab sirf nahin hai, Quran kitab plus hai. yani Quran ke sath aik tareekh juri hui hai.</w:t>
      </w:r>
    </w:p>
    <w:p>
      <w:pPr>
        <w:jc w:val="right"/>
      </w:pPr>
      <w:r>
        <w:t>ایسا نہیں ہو سکتا۔ تو میرے ذہن میں آیا کہ قرآن جو ہے وہ کتاب صرف نہیں ہے، قرآن کتاب پلس ہے۔ یعنی قرآن کے ساتھ ایک تاریخ جڑی ہوئی ہے۔</w:t>
      </w:r>
    </w:p>
    <w:p>
      <w:r>
        <w:rPr>
          <w:b/>
        </w:rPr>
        <w:t xml:space="preserve">[37:29] </w:t>
      </w:r>
      <w:r>
        <w:t>chouda sau saal ki tareekh. to Quran sirf book nahin bik raha hai, book plus ban chuka hai.</w:t>
      </w:r>
    </w:p>
    <w:p>
      <w:pPr>
        <w:jc w:val="right"/>
      </w:pPr>
      <w:r>
        <w:t>چودہ سو سال کی تاریخ۔ تو قرآن صرف بک نہیں رہا ہے، بک پلس بن چکا ہے۔</w:t>
      </w:r>
    </w:p>
    <w:p>
      <w:r>
        <w:rPr>
          <w:b/>
        </w:rPr>
        <w:t xml:space="preserve">[37:35] </w:t>
      </w:r>
      <w:r>
        <w:t>hamari aap ki kitab jo hai woh sirf kitab hai.</w:t>
      </w:r>
    </w:p>
    <w:p>
      <w:pPr>
        <w:jc w:val="right"/>
      </w:pPr>
      <w:r>
        <w:t>ہماری آپ کی کتاب جو ہے وہ صرف کتاب ہے۔</w:t>
      </w:r>
    </w:p>
    <w:p>
      <w:r>
        <w:rPr>
          <w:b/>
        </w:rPr>
        <w:t xml:space="preserve">[37:41] </w:t>
      </w:r>
      <w:r>
        <w:t>mazeed yeh ke aaj kal jo log jihad ke naam kar rahe hain woh is ko Quran ki ayaten pesh karte hain.</w:t>
      </w:r>
    </w:p>
    <w:p>
      <w:pPr>
        <w:jc w:val="right"/>
      </w:pPr>
      <w:r>
        <w:t>مزید یہ کہ آج کل جو لوگ جہاد کے نام کر رہے ہیں وہ اس کو قرآن کی آیتیں پیش کرتے ہیں۔</w:t>
      </w:r>
    </w:p>
    <w:p>
      <w:r>
        <w:rPr>
          <w:b/>
        </w:rPr>
        <w:t xml:space="preserve">[37:52] </w:t>
      </w:r>
      <w:r>
        <w:t>to sochte hain ke bhai parho Quran ko, kaun sa Quran jo maar kaat sikhata hai?</w:t>
      </w:r>
    </w:p>
    <w:p>
      <w:pPr>
        <w:jc w:val="right"/>
      </w:pPr>
      <w:r>
        <w:t>تو سوچتے ہیں کہ بھئی پڑھو قرآن کو، کون سا قرآن جو مار کاٹ سکھاتا ہے؟</w:t>
      </w:r>
    </w:p>
    <w:p>
      <w:r>
        <w:rPr>
          <w:b/>
        </w:rPr>
        <w:t xml:space="preserve">[37:58] </w:t>
      </w:r>
      <w:r>
        <w:t>to is tarah se Quran news mein aa gaya hai. achha is se maine aik sabak yeh bhi liya ke dekhiye koi cheez bazahir aik manfi hi kyun na ho.</w:t>
      </w:r>
    </w:p>
    <w:p>
      <w:pPr>
        <w:jc w:val="right"/>
      </w:pPr>
      <w:r>
        <w:t>تو اس طرح سے قرآن نیوز میں آ گیا ہے۔ اچھا اس سے میں نے ایک سبق یہ بھی لیا کہ دیکھیے کوئی چیز بظاہر ایک منفی ہی کیوں نہ ہو۔</w:t>
      </w:r>
    </w:p>
    <w:p>
      <w:r>
        <w:rPr>
          <w:b/>
        </w:rPr>
        <w:t xml:space="preserve">[38:14] </w:t>
      </w:r>
      <w:r>
        <w:t>is ka bhi aik aik plus pehlu hota hai is ke andar.</w:t>
      </w:r>
    </w:p>
    <w:p>
      <w:pPr>
        <w:jc w:val="right"/>
      </w:pPr>
      <w:r>
        <w:t>اس کا بھی ایک ایک پلس پہلو ہوتا ہے اس کے اندر۔</w:t>
      </w:r>
    </w:p>
    <w:p>
      <w:r>
        <w:rPr>
          <w:b/>
        </w:rPr>
        <w:t xml:space="preserve">[38:18] </w:t>
      </w:r>
      <w:r>
        <w:t>yani har har minus mein aik plus point hota hai. har manfi ka aik musbat point hota hai. woh kaise?</w:t>
      </w:r>
    </w:p>
    <w:p>
      <w:pPr>
        <w:jc w:val="right"/>
      </w:pPr>
      <w:r>
        <w:t>یعنی ہر ہر مائنس میں ایک پلس پوائنٹ ہوتا ہے۔ ہر منفی کا ایک مثبت پوائنٹ ہوتا ہے۔ وہ کیسے؟</w:t>
      </w:r>
    </w:p>
    <w:p>
      <w:r>
        <w:rPr>
          <w:b/>
        </w:rPr>
        <w:t xml:space="preserve">[38:29] </w:t>
      </w:r>
      <w:r>
        <w:t>ke Quran ko le kar ke jo log Quran ke ko ka koi hawala de kar ke, Quran ka hawala de kar ke jo log</w:t>
      </w:r>
    </w:p>
    <w:p>
      <w:pPr>
        <w:jc w:val="right"/>
      </w:pPr>
      <w:r>
        <w:t>کہ قرآن کو لے کر کے جو لوگ قرآن کے کو کا کوئی حوالہ دے کر کے، قرآن کا حوالہ دے کر کے جو لوگ</w:t>
      </w:r>
    </w:p>
    <w:p>
      <w:r>
        <w:rPr>
          <w:b/>
        </w:rPr>
        <w:t xml:space="preserve">[38:37] </w:t>
      </w:r>
      <w:r>
        <w:t>jo log maar kaat kar rahe hain, khudkushi karte hain, yeh sab. woh kya kar rahe hain? woh aik khwahish paida kar rahe hain. aik tajassus paida kar rahe hain logon ke andar ke bhai kaisi kitab hai yeh jo khudkushi sikhati hai?</w:t>
      </w:r>
    </w:p>
    <w:p>
      <w:pPr>
        <w:jc w:val="right"/>
      </w:pPr>
      <w:r>
        <w:t>جو لوگ مار کاٹ کر رہے ہیں، خودکشی کرتے ہیں، یہ سب۔ وہ کیا کر رہے ہیں؟ وہ ایک خواہش پیدا کر رہے ہیں۔ ایک تجسس پیدا کر رہے ہیں لوگوں کے اندر کہ بھئی کیسی کتاب ہے یہ جو خودکشی سکھاتی ہے؟</w:t>
      </w:r>
    </w:p>
    <w:p>
      <w:r>
        <w:rPr>
          <w:b/>
        </w:rPr>
        <w:t xml:space="preserve">[38:52] </w:t>
      </w:r>
      <w:r>
        <w:t>yeh is ka plus point hai.</w:t>
      </w:r>
    </w:p>
    <w:p>
      <w:pPr>
        <w:jc w:val="right"/>
      </w:pPr>
      <w:r>
        <w:t>یہ اس کا پلس پوائنٹ ہے۔</w:t>
      </w:r>
    </w:p>
    <w:p>
      <w:r>
        <w:rPr>
          <w:b/>
        </w:rPr>
        <w:t xml:space="preserve">[38:58] </w:t>
      </w:r>
      <w:r>
        <w:t>yani jo log ke jin logon ne New York ke World Trade Tower ko</w:t>
      </w:r>
    </w:p>
    <w:p>
      <w:pPr>
        <w:jc w:val="right"/>
      </w:pPr>
      <w:r>
        <w:t>یعنی جو لوگ کہ جن لوگوں نے نیویارک کے ورلڈ ٹریڈ ٹاور کو</w:t>
      </w:r>
    </w:p>
    <w:p>
      <w:r>
        <w:rPr>
          <w:b/>
        </w:rPr>
        <w:t xml:space="preserve">[39:10] </w:t>
      </w:r>
      <w:r>
        <w:t>hawai jahaz takra ke gira diya ya jo log khudkushi karte hain woh sab jihad ke naam par karte hain. jihad ke naam par ya Quran ke naam par.</w:t>
      </w:r>
    </w:p>
    <w:p>
      <w:pPr>
        <w:jc w:val="right"/>
      </w:pPr>
      <w:r>
        <w:t>ہوائی جہاز ٹکرا کے گرا دیا یا جو لوگ خودکشی کرتے ہیں وہ سب جہاد کے نام پر کرتے ہیں۔ جہاد کے نام پر یا قرآن کے نام پر۔</w:t>
      </w:r>
    </w:p>
    <w:p>
      <w:r>
        <w:rPr>
          <w:b/>
        </w:rPr>
        <w:t xml:space="preserve">[39:22] </w:t>
      </w:r>
      <w:r>
        <w:t>to aik woh agarche aik ghalat kaam kar rahe hain.</w:t>
      </w:r>
    </w:p>
    <w:p>
      <w:pPr>
        <w:jc w:val="right"/>
      </w:pPr>
      <w:r>
        <w:t>تو ایک وہ اگرچہ ایک غلط کام کر رہے ہیں۔</w:t>
      </w:r>
    </w:p>
    <w:p>
      <w:r>
        <w:rPr>
          <w:b/>
        </w:rPr>
        <w:t xml:space="preserve">[39:28] </w:t>
      </w:r>
      <w:r>
        <w:t>aik ghalat kaam kar rahe hain woh. lekin woh aik is ka aik is ka aik plus point yeh hai ke woh aik khwahish paida kar rahe hain.</w:t>
      </w:r>
    </w:p>
    <w:p>
      <w:pPr>
        <w:jc w:val="right"/>
      </w:pPr>
      <w:r>
        <w:t>ایک غلط کام کر رہے ہیں وہ۔ لیکن وہ ایک اس کا ایک اس کا ایک پلس پوائنٹ یہ ہے کہ وہ ایک خواہش پیدا کر رہے ہیں۔</w:t>
      </w:r>
    </w:p>
    <w:p>
      <w:r>
        <w:rPr>
          <w:b/>
        </w:rPr>
        <w:t xml:space="preserve">[39:39] </w:t>
      </w:r>
      <w:r>
        <w:t>ke dunya mein aik aisi kitab bhi hai jo logon ko yeh sikhati hai ke khudkushi karo.</w:t>
      </w:r>
    </w:p>
    <w:p>
      <w:pPr>
        <w:jc w:val="right"/>
      </w:pPr>
      <w:r>
        <w:t>کہ دنیا میں ایک ایسی کتاب بھی ہے جو لوگوں کو یہ سکھاتی ہے کہ خودکشی کرو۔</w:t>
      </w:r>
    </w:p>
    <w:p>
      <w:r>
        <w:rPr>
          <w:b/>
        </w:rPr>
        <w:t xml:space="preserve">[39:48] </w:t>
      </w:r>
      <w:r>
        <w:t>to parhna chahte hain woh. lekin jab parhte hain to maloom hota hai ke is mein to yeh baat hai hi nahin. Quran mein to yeh baat kahin likhi hi nahin hai. Quran mein to asal o khair constitution is the best.</w:t>
      </w:r>
    </w:p>
    <w:p>
      <w:pPr>
        <w:jc w:val="right"/>
      </w:pPr>
      <w:r>
        <w:t>تو پڑھنا چاہتے ہیں وہ۔ لیکن جب پڑھتے ہیں تو معلوم ہوتا ہے کہ اس میں تو یہ بات ہے ہی نہیں۔ قرآن میں تو یہ بات کہیں لکھی ہی نہیں ہے۔ قرآن میں تو اصل و خیر ری کانسٹیٹیوشن از دا بیسٹ۔</w:t>
      </w:r>
    </w:p>
    <w:p>
      <w:r>
        <w:rPr>
          <w:b/>
        </w:rPr>
        <w:t xml:space="preserve">[40:03] </w:t>
      </w:r>
      <w:r>
        <w:t>Quran mein to ulta likha hua hai.</w:t>
      </w:r>
    </w:p>
    <w:p>
      <w:pPr>
        <w:jc w:val="right"/>
      </w:pPr>
      <w:r>
        <w:t>قرآن میں تو الٹا لکھا ہوا ہے۔</w:t>
      </w:r>
    </w:p>
    <w:p>
      <w:r>
        <w:rPr>
          <w:b/>
        </w:rPr>
        <w:t xml:space="preserve">[40:08] </w:t>
      </w:r>
      <w:r>
        <w:t>is tarah se woh un ka aik aik aik un ki manfi sargarmiyan jo hain logon ko Quran ki taraf yani Quran mein dilchaspi paida kar rahi hain Quran ki study mein.</w:t>
      </w:r>
    </w:p>
    <w:p>
      <w:pPr>
        <w:jc w:val="right"/>
      </w:pPr>
      <w:r>
        <w:t>اس طرح سے وہ ان کا ایک ایک ایک ان کی منفی سرگرمیاں جو ہیں لوگوں کو قرآن کی طرف یعنی قرآن میں دلچسپی پیدا کر رہی ہیں قرآن کی اسٹڈی میں۔</w:t>
      </w:r>
    </w:p>
    <w:p>
      <w:r>
        <w:rPr>
          <w:b/>
        </w:rPr>
        <w:t xml:space="preserve">[40:22] </w:t>
      </w:r>
      <w:r>
        <w:t>isi liye dekhiye hamare haan jo Quran chapa hai.</w:t>
      </w:r>
    </w:p>
    <w:p>
      <w:pPr>
        <w:jc w:val="right"/>
      </w:pPr>
      <w:r>
        <w:t>اسی لیے دیکھیے ہمارے ہاں جو قرآن چھپا ہے۔</w:t>
      </w:r>
    </w:p>
    <w:p>
      <w:r>
        <w:rPr>
          <w:b/>
        </w:rPr>
        <w:t xml:space="preserve">[40:26] </w:t>
      </w:r>
      <w:r>
        <w:t>aur dunya bhar mein har jagah hamare saathi is ko logon ko taqseem kar rahe hain. to log bohat shauq se lete hain. yani abhi unhon ne Quran ko parha nahin hai.</w:t>
      </w:r>
    </w:p>
    <w:p>
      <w:pPr>
        <w:jc w:val="right"/>
      </w:pPr>
      <w:r>
        <w:t>اور دنیا بھر میں ہر جگہ ہمارے ساتھی اس کو لوگوں کو تقسیم کر رہے ہیں۔ تو لوگ بہت شوق سے لیتے ہیں۔ یعنی ابھی انہوں نے قرآن کو پڑھا نہیں ہے۔</w:t>
      </w:r>
    </w:p>
    <w:p>
      <w:r>
        <w:rPr>
          <w:b/>
        </w:rPr>
        <w:t xml:space="preserve">[40:38] </w:t>
      </w:r>
      <w:r>
        <w:t>ab is to phir shauq se kyun le rahe hain? isi liye le rahe hain ke aik aik un ke zehen mein aik khayal aa chuki hai</w:t>
      </w:r>
    </w:p>
    <w:p>
      <w:pPr>
        <w:jc w:val="right"/>
      </w:pPr>
      <w:r>
        <w:t>اب اس تو پھر شوق سے کیوں لے رہے ہیں؟ اسی لیے لے رہے ہیں کہ ایک ایک ان کے ذہن میں ایک خیال آ چکی ہے</w:t>
      </w:r>
    </w:p>
    <w:p>
      <w:r>
        <w:rPr>
          <w:b/>
        </w:rPr>
        <w:t xml:space="preserve">[40:45] </w:t>
      </w:r>
      <w:r>
        <w:t>ke Quran aik aisi kitab hai jo jihad sikhata hai. Quran aik aisi kitab hai jo ladai bhadai sikhata hai. to Quran aik aisi kitab hai jo tashaddud sikhata hai. Quran aik aisi kitab hai jo nafrat sikhata hai.</w:t>
      </w:r>
    </w:p>
    <w:p>
      <w:pPr>
        <w:jc w:val="right"/>
      </w:pPr>
      <w:r>
        <w:t>کہ قرآن ایک ایسی کتاب ہے جو جہاد سکھاتا ہے۔ قرآن ایک ایسی کتاب ہے جو لڑائی بھڑائی سکھاتا ہے۔ تو قرآن ایک ایسی کتاب ہے جو تشدد سکھاتا ہے۔ قرآن ایک ایسی کتاب ہے جو نفرت سکھاتا ہے۔</w:t>
      </w:r>
    </w:p>
    <w:p>
      <w:r>
        <w:rPr>
          <w:b/>
        </w:rPr>
        <w:t xml:space="preserve">[40:57] </w:t>
      </w:r>
      <w:r>
        <w:t>to dekho bhai kaisi kitaab hai yeh. ab is ko jab parhte hain</w:t>
      </w:r>
    </w:p>
    <w:p>
      <w:pPr>
        <w:jc w:val="right"/>
      </w:pPr>
      <w:r>
        <w:t>تو دیکھو بھئی کیسی کتاب ہے یہ۔ اب اس کو جب پڑھتے ہیں</w:t>
      </w:r>
    </w:p>
    <w:p>
      <w:r>
        <w:rPr>
          <w:b/>
        </w:rPr>
        <w:t xml:space="preserve">[41:03] </w:t>
      </w:r>
      <w:r>
        <w:t>kehte hain is mein nafrat kahan hai, yeh to mohabbat hai is ke andar. is mein to yeh hai ke la</w:t>
      </w:r>
    </w:p>
    <w:p>
      <w:pPr>
        <w:jc w:val="right"/>
      </w:pPr>
      <w:r>
        <w:t>کہتے ہیں اس میں نفرت کہاں ہے، یہ تو محبت ہے اس کے اندر۔ اس میں تو یہ ہے کہ لا</w:t>
      </w:r>
    </w:p>
    <w:p>
      <w:r>
        <w:rPr>
          <w:b/>
        </w:rPr>
        <w:t xml:space="preserve">[41:19] </w:t>
      </w:r>
      <w:r>
        <w:t>faida ka matlab yeh hai ke agar koi aap ko dushman dikhai deta hai, tumhare saath dushmani kar raha hai. to tum kya karo?</w:t>
      </w:r>
    </w:p>
    <w:p>
      <w:pPr>
        <w:jc w:val="right"/>
      </w:pPr>
      <w:r>
        <w:t>فائدہ کا مطلب یہ ہے کہ اگر کوئی آپ کو دشمن دکھائی دیتا ہے، تمہارے ساتھ دشمنی کر رہا ہے۔ تو تم کیا کرو؟</w:t>
      </w:r>
    </w:p>
    <w:p>
      <w:r>
        <w:rPr>
          <w:b/>
        </w:rPr>
        <w:t xml:space="preserve">[41:31] </w:t>
      </w:r>
      <w:r>
        <w:t>tum is ke bure salook ki badle mein acha salook karo. do good deed in return for bad deed.</w:t>
      </w:r>
    </w:p>
    <w:p>
      <w:pPr>
        <w:jc w:val="right"/>
      </w:pPr>
      <w:r>
        <w:t>تم اس کے برے سلوک کی بدلے میں اچھا سلوک کرو۔ ڈو گڈ ڈیڈ ان ریٹرن فار بیڈ ڈیڈ۔</w:t>
      </w:r>
    </w:p>
    <w:p>
      <w:r>
        <w:rPr>
          <w:b/>
        </w:rPr>
        <w:t xml:space="preserve">[41:42] </w:t>
      </w:r>
      <w:r>
        <w:t>and you will find that your enemy has become your dearest friend. ab is mein kya hai sabaq?</w:t>
      </w:r>
    </w:p>
    <w:p>
      <w:pPr>
        <w:jc w:val="right"/>
      </w:pPr>
      <w:r>
        <w:t>اینڈ یو ویل فائنڈ دیٹ یور اینمی ہیز بیکم یور ڈیئرسٹ فرینڈ۔ اب اس میں کیا ہے سبق؟</w:t>
      </w:r>
    </w:p>
    <w:p>
      <w:r>
        <w:rPr>
          <w:b/>
        </w:rPr>
        <w:t xml:space="preserve">[41:54] </w:t>
      </w:r>
      <w:r>
        <w:t>your enemy is your potential friend. to yeh duniya mein jo</w:t>
      </w:r>
    </w:p>
    <w:p>
      <w:pPr>
        <w:jc w:val="right"/>
      </w:pPr>
      <w:r>
        <w:t>یور اینمی از یور پوٹینشل فرینڈ۔ تو یہ دنیا میں جو</w:t>
      </w:r>
    </w:p>
    <w:p>
      <w:r>
        <w:rPr>
          <w:b/>
        </w:rPr>
        <w:t xml:space="preserve">[42:01] </w:t>
      </w:r>
      <w:r>
        <w:t>category hai, enemy of category of friend category nahi hai. yeh kuch dost hain, kuch dushman hain, yeh category nahi hai. category kya hai?</w:t>
      </w:r>
    </w:p>
    <w:p>
      <w:pPr>
        <w:jc w:val="right"/>
      </w:pPr>
      <w:r>
        <w:t>کیٹیگری ہے، اینمی آف کیٹیگری آف فرینڈ کیٹیگری نہیں ہے۔ یہ کچھ دوست ہیں، کچھ دشمن ہیں، یہ کیٹیگری نہیں ہے۔ کیٹیگری کیا ہے؟</w:t>
      </w:r>
    </w:p>
    <w:p>
      <w:r>
        <w:rPr>
          <w:b/>
        </w:rPr>
        <w:t xml:space="preserve">[42:11] </w:t>
      </w:r>
      <w:r>
        <w:t>kuch actual friend hain, kuch potential friend hain. ab kitni bari baat nikalti hai.</w:t>
      </w:r>
    </w:p>
    <w:p>
      <w:pPr>
        <w:jc w:val="right"/>
      </w:pPr>
      <w:r>
        <w:t>کچھ ایکچول فرینڈ ہیں، کچھ پوٹینشل فرینڈ ہیں۔ اب کتنی بڑی بات نکلتی ہے۔</w:t>
      </w:r>
    </w:p>
    <w:p>
      <w:r>
        <w:rPr>
          <w:b/>
        </w:rPr>
        <w:t xml:space="preserve">[42:22] </w:t>
      </w:r>
      <w:r>
        <w:t>ek christian se meri mulaqat hui. woh father thay, woh. unhon ne kaha ke Quran mein, main Bible mein jo farq hai woh bata rahe thay is ko.</w:t>
      </w:r>
    </w:p>
    <w:p>
      <w:pPr>
        <w:jc w:val="right"/>
      </w:pPr>
      <w:r>
        <w:t>ایک کرسچن سے میری ملاقات ہوئی۔ وہ فادر تھے، وہ۔ انہوں نے کہا کہ قرآن میں، میں بائبل میں جو فرق ہے وہ بتا رہے تھے اس کو۔</w:t>
      </w:r>
    </w:p>
    <w:p>
      <w:r>
        <w:rPr>
          <w:b/>
        </w:rPr>
        <w:t xml:space="preserve">[42:39] </w:t>
      </w:r>
      <w:r>
        <w:t>to unhon ne kaha ke dekhiye hamare haan hai, Al Masih ne kaha ke love your enemy. apne dushman se bhi pyar karo.</w:t>
      </w:r>
    </w:p>
    <w:p>
      <w:pPr>
        <w:jc w:val="right"/>
      </w:pPr>
      <w:r>
        <w:t>تو انہوں نے کہا کہ دیکھیے ہمارے ہاں ہے، المسیح نے کہا کہ لو یور اینمی۔ اپنے دشمن سے بھی پیار کرو۔</w:t>
      </w:r>
    </w:p>
    <w:p>
      <w:r>
        <w:rPr>
          <w:b/>
        </w:rPr>
        <w:t xml:space="preserve">[42:51] </w:t>
      </w:r>
      <w:r>
        <w:t>apne dushman se bhi</w:t>
      </w:r>
    </w:p>
    <w:p>
      <w:pPr>
        <w:jc w:val="right"/>
      </w:pPr>
      <w:r>
        <w:t>اپنے دشمن سے بھی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