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the 21st Century I 17th February 2013 - Maulana Wahiduddin Khan</w:t>
      </w:r>
    </w:p>
    <w:p>
      <w:r>
        <w:t>https://www.youtube.com/watch?v=ccUhM8fLtpU</w:t>
      </w:r>
    </w:p>
    <w:p>
      <w:r>
        <w:rPr>
          <w:b/>
        </w:rPr>
        <w:t xml:space="preserve">[00:14] </w:t>
      </w:r>
      <w:r>
        <w:t>bismillah hir rahman nir rahim, wa salallahu ala nabiyyil karim.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[00:39] </w:t>
      </w:r>
      <w:r>
        <w:t>aaj ka topic hai "Living in the 21st Century", yani ikkeeswein sadi mein.</w:t>
      </w:r>
    </w:p>
    <w:p>
      <w:pPr>
        <w:jc w:val="right"/>
      </w:pPr>
      <w:r>
        <w:t>آج کا ٹاپک ہے "Living in the 21st Century"، یعنی اکیسویں صدی میں۔</w:t>
      </w:r>
    </w:p>
    <w:p>
      <w:r>
        <w:rPr>
          <w:b/>
        </w:rPr>
        <w:t xml:space="preserve">[00:51] </w:t>
      </w:r>
      <w:r>
        <w:t>aaj kya hua? aaj subah ko</w:t>
      </w:r>
    </w:p>
    <w:p>
      <w:pPr>
        <w:jc w:val="right"/>
      </w:pPr>
      <w:r>
        <w:t>آج کیا ہوا؟ آج صبح کو</w:t>
      </w:r>
    </w:p>
    <w:p>
      <w:r>
        <w:rPr>
          <w:b/>
        </w:rPr>
        <w:t xml:space="preserve">[00:56] </w:t>
      </w:r>
      <w:r>
        <w:t>jab maine aaj ka paper parha, rozana subah ko har aadmi paper parhta hai, main bhi parhta hoon, to aaj subah ke paper mein ek news thi jo aap sab logon ne dekhi hogi,</w:t>
      </w:r>
    </w:p>
    <w:p>
      <w:pPr>
        <w:jc w:val="right"/>
      </w:pPr>
      <w:r>
        <w:t>جب میں نے آج کا پیپر پڑھا، روزانہ صبح کو ہر آدمی پیپر پڑھتا ہے، میں بھی پڑھتا ہوں، تو آج صبح کے پیپر میں ایک نیوز تھی جو آپ سب لوگوں نے دیکھی ہوگی،</w:t>
      </w:r>
    </w:p>
    <w:p>
      <w:r>
        <w:rPr>
          <w:b/>
        </w:rPr>
        <w:t xml:space="preserve">[01:16] </w:t>
      </w:r>
      <w:r>
        <w:t>ke Pakistan mein</w:t>
      </w:r>
    </w:p>
    <w:p>
      <w:pPr>
        <w:jc w:val="right"/>
      </w:pPr>
      <w:r>
        <w:t>کہ پاکستان میں</w:t>
      </w:r>
    </w:p>
    <w:p>
      <w:r>
        <w:rPr>
          <w:b/>
        </w:rPr>
        <w:t xml:space="preserve">[01:23] </w:t>
      </w:r>
      <w:r>
        <w:t>Quetta ke shehar mein ek bohat hi powerful bomb blast hua. remote control ke zariye is ko activate kiya gaya tha, jis mein ke 100 kilogram</w:t>
      </w:r>
    </w:p>
    <w:p>
      <w:pPr>
        <w:jc w:val="right"/>
      </w:pPr>
      <w:r>
        <w:t>کوئٹہ کے شہر میں ایک بہت ہی پاور فل بمب بلاسٹ ہوا۔ ریموٹ کنٹرول کے ذریعے اس کو ایکٹیویٹ کیا گیا تھا، جس میں کہ 100 کلوگرام</w:t>
      </w:r>
    </w:p>
    <w:p>
      <w:r>
        <w:rPr>
          <w:b/>
        </w:rPr>
        <w:t xml:space="preserve">[01:40] </w:t>
      </w:r>
      <w:r>
        <w:t>ek explosive tha. jab woh phata, poora shehar Quetta goonj utha, buildingen kitni sari tabah ho gayeen, mohalle tabah ho gaye,</w:t>
      </w:r>
    </w:p>
    <w:p>
      <w:pPr>
        <w:jc w:val="right"/>
      </w:pPr>
      <w:r>
        <w:t>ایک ایکسپلوژو تھا۔ جب وہ پھٹا، پورا شہر کوئٹہ گونج اٹھا، بلڈنگیں کتنی ساری تباہ ہو گئیں، محلے تباہ ہو گئے،</w:t>
      </w:r>
    </w:p>
    <w:p>
      <w:r>
        <w:rPr>
          <w:b/>
        </w:rPr>
        <w:t xml:space="preserve">[01:54] </w:t>
      </w:r>
      <w:r>
        <w:t>carain tabah ho gayeen.</w:t>
      </w:r>
    </w:p>
    <w:p>
      <w:pPr>
        <w:jc w:val="right"/>
      </w:pPr>
      <w:r>
        <w:t>کاریں تباہ ہو گئیں۔</w:t>
      </w:r>
    </w:p>
    <w:p>
      <w:r>
        <w:rPr>
          <w:b/>
        </w:rPr>
        <w:t xml:space="preserve">[01:58] </w:t>
      </w:r>
      <w:r>
        <w:t>first report ke mutabiq 65 aadmi mar gaye on the spot, aur more than 200 zakhmi hue.</w:t>
      </w:r>
    </w:p>
    <w:p>
      <w:pPr>
        <w:jc w:val="right"/>
      </w:pPr>
      <w:r>
        <w:t>فرسٹ رپورٹ کے مطابق 65 آدمی مر گئے on the spot، اور more than 200 زخمی ہوئے۔</w:t>
      </w:r>
    </w:p>
    <w:p>
      <w:r>
        <w:rPr>
          <w:b/>
        </w:rPr>
        <w:t xml:space="preserve">[02:10] </w:t>
      </w:r>
      <w:r>
        <w:t>is khabar ko parh kar ke mere andar ek brain storm aaya, jo psychology ke istilaah mein kehte hain brainstorming.</w:t>
      </w:r>
    </w:p>
    <w:p>
      <w:pPr>
        <w:jc w:val="right"/>
      </w:pPr>
      <w:r>
        <w:t>اس خبر کو پڑھ کر کے میرے اندر ایک برین اسٹارم آیا، جو سائیکالوجی کے اصطلاح میں کہتے ہیں برین اسٹارمنگ۔</w:t>
      </w:r>
    </w:p>
    <w:p>
      <w:r>
        <w:rPr>
          <w:b/>
        </w:rPr>
        <w:t xml:space="preserve">[02:23] </w:t>
      </w:r>
      <w:r>
        <w:t>yani wahan ka jo bomb dhamaka tha woh mere liye</w:t>
      </w:r>
    </w:p>
    <w:p>
      <w:pPr>
        <w:jc w:val="right"/>
      </w:pPr>
      <w:r>
        <w:t>یعنی وہاں کا جو بم دھماکہ تھا وہ میرے لیے</w:t>
      </w:r>
    </w:p>
    <w:p>
      <w:r>
        <w:rPr>
          <w:b/>
        </w:rPr>
        <w:t xml:space="preserve">[02:30] </w:t>
      </w:r>
      <w:r>
        <w:t>intellectual dhamaka ban gaya. main sochne laga, sochne laga, sochne laga, kis baat par?</w:t>
      </w:r>
    </w:p>
    <w:p>
      <w:pPr>
        <w:jc w:val="right"/>
      </w:pPr>
      <w:r>
        <w:t>انٹلیکچول دھماکہ بن گیا۔ میں سوچنے لگا، سوچنے لگا، سوچنے لگا، کس بات پر؟</w:t>
      </w:r>
    </w:p>
    <w:p>
      <w:r>
        <w:rPr>
          <w:b/>
        </w:rPr>
        <w:t xml:space="preserve">[02:41] </w:t>
      </w:r>
      <w:r>
        <w:t>is baat par ke yeh koi ek waqea nahi hai, yeh hamara jo age hai,</w:t>
      </w:r>
    </w:p>
    <w:p>
      <w:pPr>
        <w:jc w:val="right"/>
      </w:pPr>
      <w:r>
        <w:t>اس بات پر کہ یہ کوئی ایک واقعہ نہیں ہے، یہ ہمارا جو age ہے،</w:t>
      </w:r>
    </w:p>
    <w:p>
      <w:r>
        <w:rPr>
          <w:b/>
        </w:rPr>
        <w:t xml:space="preserve">[02:51] </w:t>
      </w:r>
      <w:r>
        <w:t>modern age,</w:t>
      </w:r>
    </w:p>
    <w:p>
      <w:pPr>
        <w:jc w:val="right"/>
      </w:pPr>
      <w:r>
        <w:t>ماڈرن age،</w:t>
      </w:r>
    </w:p>
    <w:p>
      <w:r>
        <w:rPr>
          <w:b/>
        </w:rPr>
        <w:t xml:space="preserve">[02:55] </w:t>
      </w:r>
      <w:r>
        <w:t>yeh modern age jo hai jis ko hum age of technology kehte hain, jab se technology aai hai to bohat si opportunities aai hain.</w:t>
      </w:r>
    </w:p>
    <w:p>
      <w:pPr>
        <w:jc w:val="right"/>
      </w:pPr>
      <w:r>
        <w:t>یہ ماڈرن age جو ہے جس کو ہم age of ٹیکنالوجی کہتے ہیں، جب سے ٹیکنالوجی آئی ہے تو بہت سی opportunities آئی ہیں۔</w:t>
      </w:r>
    </w:p>
    <w:p>
      <w:r>
        <w:rPr>
          <w:b/>
        </w:rPr>
        <w:t xml:space="preserve">[03:09] </w:t>
      </w:r>
      <w:r>
        <w:t>age of technology means age of opportunities.</w:t>
      </w:r>
    </w:p>
    <w:p>
      <w:pPr>
        <w:jc w:val="right"/>
      </w:pPr>
      <w:r>
        <w:t>age of ٹیکنالوجی means age of opportunities۔</w:t>
      </w:r>
    </w:p>
    <w:p>
      <w:r>
        <w:rPr>
          <w:b/>
        </w:rPr>
        <w:t xml:space="preserve">[03:15] </w:t>
      </w:r>
      <w:r>
        <w:t>to jab se technology aai hai musalman sari dunya mein bohat ziyada active ho gaye hain, kam az kam 200 years se.</w:t>
      </w:r>
    </w:p>
    <w:p>
      <w:pPr>
        <w:jc w:val="right"/>
      </w:pPr>
      <w:r>
        <w:t>تو جب سے ٹیکنالوجی آئی ہے مسلمان ساری دنیا میں بہت زیادہ ایکٹیو ہو گئے ہیں، کم از کم 200 years سے۔</w:t>
      </w:r>
    </w:p>
    <w:p>
      <w:r>
        <w:rPr>
          <w:b/>
        </w:rPr>
        <w:t xml:space="preserve">[03:27] </w:t>
      </w:r>
      <w:r>
        <w:t>lekin active kis sense mein? Yahi.</w:t>
      </w:r>
    </w:p>
    <w:p>
      <w:pPr>
        <w:jc w:val="right"/>
      </w:pPr>
      <w:r>
        <w:t>لیکن ایکٹیو کس sense میں؟ یہی۔</w:t>
      </w:r>
    </w:p>
    <w:p>
      <w:r>
        <w:rPr>
          <w:b/>
        </w:rPr>
        <w:t xml:space="preserve">[03:32] </w:t>
      </w:r>
      <w:r>
        <w:t>gun culture, bomb culture, larai, jihad ke naam se, sab islami jihad ke naam se.</w:t>
      </w:r>
    </w:p>
    <w:p>
      <w:pPr>
        <w:jc w:val="right"/>
      </w:pPr>
      <w:r>
        <w:t>گن کلچر، بمب کلچر، لڑائی، جہاد کے نام سے، سب اسلامی جہاد کے نام سے۔</w:t>
      </w:r>
    </w:p>
    <w:p>
      <w:r>
        <w:rPr>
          <w:b/>
        </w:rPr>
        <w:t xml:space="preserve">[03:42] </w:t>
      </w:r>
      <w:r>
        <w:t>lekin aap dekhiye ke jis cheez ko goal bana kar yeh jihad kiya ja raha hai, aaj tak woh achieve nahi hua.</w:t>
      </w:r>
    </w:p>
    <w:p>
      <w:pPr>
        <w:jc w:val="right"/>
      </w:pPr>
      <w:r>
        <w:t>لیکن آپ دیکھیے کہ جس چیز کو goal بنا کر یہ جہاد کیا جا رہا ہے، آج تک وہ achieve نہیں ہوا۔</w:t>
      </w:r>
    </w:p>
    <w:p>
      <w:r>
        <w:rPr>
          <w:b/>
        </w:rPr>
        <w:t xml:space="preserve">[03:55] </w:t>
      </w:r>
      <w:r>
        <w:t>woh goal kya hai? Woh goal hai ke sari dunya mein islami hukumat qaim karna, sari dunya mein islam ka qanoon implement karna, sari dunya se</w:t>
      </w:r>
    </w:p>
    <w:p>
      <w:pPr>
        <w:jc w:val="right"/>
      </w:pPr>
      <w:r>
        <w:t>وہ goal کیا ہے؟ وہ goal ہے کہ ساری دنیا میں اسلامی حکومت قائم کرنا، ساری دنیا میں اسلام کا قانون implement کرنا، ساری دنیا سے</w:t>
      </w:r>
    </w:p>
    <w:p>
      <w:r>
        <w:rPr>
          <w:b/>
        </w:rPr>
        <w:t xml:space="preserve">[04:12] </w:t>
      </w:r>
      <w:r>
        <w:t>kafiron ko khatam karna. Abhi jo bomb blast hua hai woh shia ke khilaf hua hai. Shia ko ulma ne bohat khilaf, un ke khilaf fatway diye.</w:t>
      </w:r>
    </w:p>
    <w:p>
      <w:pPr>
        <w:jc w:val="right"/>
      </w:pPr>
      <w:r>
        <w:t>کافروں کو ختم کرنا۔ ابھی جو بمب بلاسٹ ہوا ہے وہ شیعہ کے خلاف ہوا ہے۔ شیعہ کو علماء نے بہت خلاف، ان کے خلاف فتوے دیے۔</w:t>
      </w:r>
    </w:p>
    <w:p>
      <w:r>
        <w:rPr>
          <w:b/>
        </w:rPr>
        <w:t xml:space="preserve">[04:25] </w:t>
      </w:r>
      <w:r>
        <w:t>to yeh Pakistan banne ke pehle se yeh jhagda chal raha hai,</w:t>
      </w:r>
    </w:p>
    <w:p>
      <w:pPr>
        <w:jc w:val="right"/>
      </w:pPr>
      <w:r>
        <w:t>تو یہ پاکستان بننے کے پہلے سے یہ جھگڑا چل رہا ہے،</w:t>
      </w:r>
    </w:p>
    <w:p>
      <w:r>
        <w:rPr>
          <w:b/>
        </w:rPr>
        <w:t xml:space="preserve">[04:32] </w:t>
      </w:r>
      <w:r>
        <w:t>shia sunni ka. Woh aaj tak jari hai. To dunya se jo iqbal ne kaha tha ke "shola ban kar phoonk de khashak ke ghair Allah ko,</w:t>
      </w:r>
    </w:p>
    <w:p>
      <w:pPr>
        <w:jc w:val="right"/>
      </w:pPr>
      <w:r>
        <w:t>شیعہ سنی کا۔ وہ آج تک جاری ہے۔ تو دنیا سے جو اقبال نے کہا تھا کہ "شعل بن کر پھونک دے خاشا کے غیر اللہ کو،</w:t>
      </w:r>
    </w:p>
    <w:p>
      <w:r>
        <w:rPr>
          <w:b/>
        </w:rPr>
        <w:t xml:space="preserve">[04:48] </w:t>
      </w:r>
      <w:r>
        <w:t>khauf batil ka kahe ghaarat gar batil bhi to", to yeh aik mizaj musalmanon mein aa gaya ke batil ko mitao, kufr ko mitao,</w:t>
      </w:r>
    </w:p>
    <w:p>
      <w:pPr>
        <w:jc w:val="right"/>
      </w:pPr>
      <w:r>
        <w:t>خوف باطل کا کہے غارت گر باطل بھی تو"، تو یہ ایک مزاج مسلمانوں میں آ گیا کہ باطل کو مٹاؤ، کفر کو مٹاؤ،</w:t>
      </w:r>
    </w:p>
    <w:p>
      <w:r>
        <w:rPr>
          <w:b/>
        </w:rPr>
        <w:t xml:space="preserve">[05:03] </w:t>
      </w:r>
      <w:r>
        <w:t>ghair islami hukumaton ko khatam karo,</w:t>
      </w:r>
    </w:p>
    <w:p>
      <w:pPr>
        <w:jc w:val="right"/>
      </w:pPr>
      <w:r>
        <w:t>غیر اسلامی حکومتوں کو ختم کرو،</w:t>
      </w:r>
    </w:p>
    <w:p>
      <w:r>
        <w:rPr>
          <w:b/>
        </w:rPr>
        <w:t xml:space="preserve">[05:08] </w:t>
      </w:r>
      <w:r>
        <w:t>dushmano ko khatam karo, jo log conspiracy kar rahe hain islam ke khilaf un ko khatam karo. Yeh aik target. To sawal yeh hai ke kya yeh target achieve hua?</w:t>
      </w:r>
    </w:p>
    <w:p>
      <w:pPr>
        <w:jc w:val="right"/>
      </w:pPr>
      <w:r>
        <w:t>دشمنوں کو ختم کرو، جو لوگ conspiracy کر رہے ہیں اسلام کے خلاف ان کو ختم کرو۔ یہ ایک target۔ تو سوال یہ ہے کہ کیا یہ target achieve ہوا؟</w:t>
      </w:r>
    </w:p>
    <w:p>
      <w:r>
        <w:rPr>
          <w:b/>
        </w:rPr>
        <w:t xml:space="preserve">[05:21] </w:t>
      </w:r>
      <w:r>
        <w:t>kahin bhi nahi achieve hua. Na Pakistan mein, na Iran mein, na Sudan mein, na Egypt mein, na Iraq mein, na Afghanistan mein.</w:t>
      </w:r>
    </w:p>
    <w:p>
      <w:pPr>
        <w:jc w:val="right"/>
      </w:pPr>
      <w:r>
        <w:t>کہیں بھی نہیں achieve ہوا۔ نہ پاکستان میں، نہ ایران میں، نہ سوڈان میں، نہ Egypt میں، نہ عراق میں، نہ افغانستان میں۔</w:t>
      </w:r>
    </w:p>
    <w:p>
      <w:r>
        <w:rPr>
          <w:b/>
        </w:rPr>
        <w:t xml:space="preserve">[05:34] </w:t>
      </w:r>
      <w:r>
        <w:t>jin jin mulkon mein log jihad ke liye active hain, kahin bhi apna target poora nahi kar sake woh.</w:t>
      </w:r>
    </w:p>
    <w:p>
      <w:pPr>
        <w:jc w:val="right"/>
      </w:pPr>
      <w:r>
        <w:t>جن جن ملکوں میں لوگ جہاد کے لیے active ہیں، کہیں بھی اپنا target پورا نہیں کر سکے وہ۔</w:t>
      </w:r>
    </w:p>
    <w:p>
      <w:r>
        <w:rPr>
          <w:b/>
        </w:rPr>
        <w:t xml:space="preserve">[05:42] </w:t>
      </w:r>
      <w:r>
        <w:t>kahin bhi nahi. Har jagah khabrein aati rehti hain daily maar kaat ki. To jo brainstorming hui mere andar woh kis baat ko le kar hui?</w:t>
      </w:r>
    </w:p>
    <w:p>
      <w:pPr>
        <w:jc w:val="right"/>
      </w:pPr>
      <w:r>
        <w:t>کہیں بھی نہیں۔ ہر جگہ خبریں آتی رہتی ہیں daily مار کاٹ کی۔ تو جو برین اسٹارمنگ ہوئی میرے اندر وہ کس بات کو لے کر ہوئی؟</w:t>
      </w:r>
    </w:p>
    <w:p>
      <w:r>
        <w:rPr>
          <w:b/>
        </w:rPr>
        <w:t xml:space="preserve">[05:54] </w:t>
      </w:r>
      <w:r>
        <w:t>ke kya Khuda ne musalmanon ko</w:t>
      </w:r>
    </w:p>
    <w:p>
      <w:pPr>
        <w:jc w:val="right"/>
      </w:pPr>
      <w:r>
        <w:t>کہ کیا خدا نے مسلمانوں کو</w:t>
      </w:r>
    </w:p>
    <w:p>
      <w:r>
        <w:rPr>
          <w:b/>
        </w:rPr>
        <w:t xml:space="preserve">[06:01] </w:t>
      </w:r>
      <w:r>
        <w:t>aik aisa goal diya hai jo sarr se achievable nahi hai? Unachievable goal de diya musalmanon ko?</w:t>
      </w:r>
    </w:p>
    <w:p>
      <w:pPr>
        <w:jc w:val="right"/>
      </w:pPr>
      <w:r>
        <w:t>ایک ایسا goal دیا ہے جو سرے سے achievable نہیں ہے؟ Unachievable goal دے دیا مسلمانوں کو؟</w:t>
      </w:r>
    </w:p>
    <w:p>
      <w:r>
        <w:rPr>
          <w:b/>
        </w:rPr>
        <w:t xml:space="preserve">[06:11] </w:t>
      </w:r>
      <w:r>
        <w:t>to kaisa ajeeb Khuda hoga? Kaisa ajeeb woh Islam hoga? Kaisa ajeeb woh Quran hoga?</w:t>
      </w:r>
    </w:p>
    <w:p>
      <w:pPr>
        <w:jc w:val="right"/>
      </w:pPr>
      <w:r>
        <w:t>تو کیسا عجیب خدا ہوگا؟ کیسا عجیب وہ اسلام ہوگا؟ کیسا عجیب وہ قرآن ہوگا؟</w:t>
      </w:r>
    </w:p>
    <w:p>
      <w:r>
        <w:rPr>
          <w:b/>
        </w:rPr>
        <w:t xml:space="preserve">[06:18] </w:t>
      </w:r>
      <w:r>
        <w:t>ke unachievable goal de de?</w:t>
      </w:r>
    </w:p>
    <w:p>
      <w:pPr>
        <w:jc w:val="right"/>
      </w:pPr>
      <w:r>
        <w:t>کہ unachievable goal دے دے؟</w:t>
      </w:r>
    </w:p>
    <w:p>
      <w:r>
        <w:rPr>
          <w:b/>
        </w:rPr>
        <w:t xml:space="preserve">[06:24] </w:t>
      </w:r>
      <w:r>
        <w:t>abhi dekhiye Misr mein bare dhoom se aik islami party jeeti, lekin jeetne ke baad bhi wahan maar kaat jari hai.</w:t>
      </w:r>
    </w:p>
    <w:p>
      <w:pPr>
        <w:jc w:val="right"/>
      </w:pPr>
      <w:r>
        <w:t>ابھی دیکھیے مصر میں بڑے دھوم سے ایک اسلامی party جیتی، لیکن جیتنے کے بعد بھی وہاں مار کاٹ جاری ہے۔</w:t>
      </w:r>
    </w:p>
    <w:p>
      <w:r>
        <w:rPr>
          <w:b/>
        </w:rPr>
        <w:t xml:space="preserve">[06:35] </w:t>
      </w:r>
      <w:r>
        <w:t>abhi bhi wahan daily news aati hai, aapas mein takrate hain log marte hain, goliyan chalti hain.</w:t>
      </w:r>
    </w:p>
    <w:p>
      <w:pPr>
        <w:jc w:val="right"/>
      </w:pPr>
      <w:r>
        <w:t>ابھی بھی وہاں daily news آتی ہے، آپس میں ٹکراتے ہیں لوگ مرتے ہیں، گولیاں چلتی ہیں۔</w:t>
      </w:r>
    </w:p>
    <w:p>
      <w:r>
        <w:rPr>
          <w:b/>
        </w:rPr>
        <w:t xml:space="preserve">[06:42] </w:t>
      </w:r>
      <w:r>
        <w:t>har mulk ka haal hai, koi aik hi mulk ki baat nahi hai.</w:t>
      </w:r>
    </w:p>
    <w:p>
      <w:pPr>
        <w:jc w:val="right"/>
      </w:pPr>
      <w:r>
        <w:t>ہر ملک کا حال ہے، کوئی ایک ہی ملک کی بات نہیں ہے۔</w:t>
      </w:r>
    </w:p>
    <w:p>
      <w:r>
        <w:rPr>
          <w:b/>
        </w:rPr>
        <w:t xml:space="preserve">[06:48] </w:t>
      </w:r>
      <w:r>
        <w:t>to main yeh sochne laga kya Khuda ne musalmanon ko unachievable goal de diya hai?</w:t>
      </w:r>
    </w:p>
    <w:p>
      <w:pPr>
        <w:jc w:val="right"/>
      </w:pPr>
      <w:r>
        <w:t>تو میں یہ سوچنے لگا کیا خدا نے مسلمانوں کو unachievable goal دے دیا ہے؟</w:t>
      </w:r>
    </w:p>
    <w:p>
      <w:r>
        <w:rPr>
          <w:b/>
        </w:rPr>
        <w:t xml:space="preserve">[06:59] </w:t>
      </w:r>
      <w:r>
        <w:t>to sawal yeh hai ke phir kya zaroorat hai islam ki? sirf agar marne hi katna hai to kya faida? islam ki zaroorat kya hai? baghair islami ke log marte katte rahe?</w:t>
      </w:r>
    </w:p>
    <w:p>
      <w:pPr>
        <w:jc w:val="right"/>
      </w:pPr>
      <w:r>
        <w:t>تو سوال یہ ہے کہ پھر کیا ضرورت ہے اسلام کی؟ صرف اگر مرنے ہی کٹنا ہے تو کیا فائدہ؟ اسلام کی ضرورت کیا ہے؟ بغیر اسلامی کے لوگ مرتے کٹتے رہے؟</w:t>
      </w:r>
    </w:p>
    <w:p>
      <w:r>
        <w:rPr>
          <w:b/>
        </w:rPr>
        <w:t xml:space="preserve">[07:13] </w:t>
      </w:r>
      <w:r>
        <w:t>to yeh bohat bara sawal hai ke kya waja hai ke musalmanon ne jis cheez ko goal bana rakha hai woh goal aaj tak achieve nahi hua, halankay do so saal se bhi ziyada muddat tak is ke liye woh sacrifice kiye chlay ja rahay hain.</w:t>
      </w:r>
    </w:p>
    <w:p>
      <w:pPr>
        <w:jc w:val="right"/>
      </w:pPr>
      <w:r>
        <w:t>تو یہ بہت بڑا سوال ہے کہ کیا وجہ ہے کہ مسلمانوں نے جس چیز کو goal بنا رکھا ہے وہ goal آج تک achieve نہیں ہوا، حالانکہ دو سو سال سے بھی زیادہ مدت تک اس کے لیے وہ sacrifice کیے چلے جا رہے ہیں۔</w:t>
      </w:r>
    </w:p>
    <w:p>
      <w:r>
        <w:rPr>
          <w:b/>
        </w:rPr>
        <w:t xml:space="preserve">[07:36] </w:t>
      </w:r>
      <w:r>
        <w:t>do so saal se ziyada muddat guzar gayi.</w:t>
      </w:r>
    </w:p>
    <w:p>
      <w:pPr>
        <w:jc w:val="right"/>
      </w:pPr>
      <w:r>
        <w:t>دو سو سال سے زیادہ مدت گزر گئی۔</w:t>
      </w:r>
    </w:p>
    <w:p>
      <w:r>
        <w:rPr>
          <w:b/>
        </w:rPr>
        <w:t xml:space="preserve">[07:42] </w:t>
      </w:r>
      <w:r>
        <w:t>to bilashuba yeh unthinkable hai ke Allah hum ko unachievable goal day day.</w:t>
      </w:r>
    </w:p>
    <w:p>
      <w:pPr>
        <w:jc w:val="right"/>
      </w:pPr>
      <w:r>
        <w:t>تو بلاشبہ یہ unthinkable ہے کہ اللہ ہم کو unachievable goal دے دے۔</w:t>
      </w:r>
    </w:p>
    <w:p>
      <w:r>
        <w:rPr>
          <w:b/>
        </w:rPr>
        <w:t xml:space="preserve">[07:53] </w:t>
      </w:r>
      <w:r>
        <w:t>yeh nahi ho sakta. aap dekhiye ke dunya mein kisi ke sath aisa nahi hua hai.</w:t>
      </w:r>
    </w:p>
    <w:p>
      <w:pPr>
        <w:jc w:val="right"/>
      </w:pPr>
      <w:r>
        <w:t>یہ نہیں ہو سکتا۔ آپ دیکھیے کہ دنیا میں کسی کے ساتھ ایسا نہیں ہوا ہے۔</w:t>
      </w:r>
    </w:p>
    <w:p>
      <w:r>
        <w:rPr>
          <w:b/>
        </w:rPr>
        <w:t xml:space="preserve">[08:03] </w:t>
      </w:r>
      <w:r>
        <w:t>misalan mere ghar ke aas pas bohat saray darakht hain. aik taraf mein akhbar mein parh raha tha yeh khabar, doosri taraf mein ne dekha ke haray bharay darakht khaday hue hain.</w:t>
      </w:r>
    </w:p>
    <w:p>
      <w:pPr>
        <w:jc w:val="right"/>
      </w:pPr>
      <w:r>
        <w:t>مثلاً میرے گھر کے آس پاس بہت سارے درخت ہیں۔ ایک طرف میں اخبار میں پڑھ رہا تھا یہ خبر، دوسری طرف میں نے دیکھا کہ ہرے بھرے درخت کھڑے ہوئے ہیں۔</w:t>
      </w:r>
    </w:p>
    <w:p>
      <w:r>
        <w:rPr>
          <w:b/>
        </w:rPr>
        <w:t xml:space="preserve">[08:17] </w:t>
      </w:r>
      <w:r>
        <w:t>in ko Khuda ne achievable goal diya ke</w:t>
      </w:r>
    </w:p>
    <w:p>
      <w:pPr>
        <w:jc w:val="right"/>
      </w:pPr>
      <w:r>
        <w:t>ان کو خدا نے achievable goal دیا کہ</w:t>
      </w:r>
    </w:p>
    <w:p>
      <w:r>
        <w:rPr>
          <w:b/>
        </w:rPr>
        <w:t xml:space="preserve">[08:22] </w:t>
      </w:r>
      <w:r>
        <w:t>aik seed tha, aik beej tha, aik chota sa poda tha, woh zameen mein laga diya gaya. ab woh barhta hua, barhta hua, barhta hua, ab itna ooncha ho gaya ke teen manzila building ke barabar ho gaya woh.</w:t>
      </w:r>
    </w:p>
    <w:p>
      <w:pPr>
        <w:jc w:val="right"/>
      </w:pPr>
      <w:r>
        <w:t>ایک seed تھا، ایک بیج تھا، ایک چھوٹا سا پودا تھا، وہ زمین میں لگا دیا گیا۔ اب وہ بڑھتا ہوا، بڑھتا ہوا، بڑھتا ہوا، اب اتنا اونچا ہو گیا کہ تین منزلہ بلڈنگ کے برابر ہو گیا وہ۔</w:t>
      </w:r>
    </w:p>
    <w:p>
      <w:r>
        <w:rPr>
          <w:b/>
        </w:rPr>
        <w:t xml:space="preserve">[08:41] </w:t>
      </w:r>
      <w:r>
        <w:t>to kaha ke darakht ko Allah taala ne achievable goal diya hai</w:t>
      </w:r>
    </w:p>
    <w:p>
      <w:pPr>
        <w:jc w:val="right"/>
      </w:pPr>
      <w:r>
        <w:t>تو کہا کہ درخت کو اللہ تعالیٰ نے achievable goal دیا ہے</w:t>
      </w:r>
    </w:p>
    <w:p>
      <w:r>
        <w:rPr>
          <w:b/>
        </w:rPr>
        <w:t xml:space="preserve">[08:48] </w:t>
      </w:r>
      <w:r>
        <w:t>ke apnay ko grow karo, barhao, aur sari dunya se apnay liye food lo, zameen se, hawa se, suraj se, aur barhao apnay ko, barhao apnay ko, barhao, yahan tak ke tum aik bohat ooncha darakht ban jao.</w:t>
      </w:r>
    </w:p>
    <w:p>
      <w:pPr>
        <w:jc w:val="right"/>
      </w:pPr>
      <w:r>
        <w:t>کہ اپنے کو grow کرو، بڑھاؤ، اور ساری دنیا سے اپنے لیے food لو، زمین سے، ہوا سے، سورج سے، اور بڑھاؤ اپنے کو، بڑھاؤ اپنے کو، بڑھاؤ، یہاں تک کہ تم ایک بہت اونچا درخت بن جاؤ۔</w:t>
      </w:r>
    </w:p>
    <w:p>
      <w:r>
        <w:rPr>
          <w:b/>
        </w:rPr>
        <w:t xml:space="preserve">[09:07] </w:t>
      </w:r>
      <w:r>
        <w:t>to musalmanon ke sath sirf aisa hua ke</w:t>
      </w:r>
    </w:p>
    <w:p>
      <w:pPr>
        <w:jc w:val="right"/>
      </w:pPr>
      <w:r>
        <w:t>تو مسلمانوں کے ساتھ صرف ایسا ہوا کہ</w:t>
      </w:r>
    </w:p>
    <w:p>
      <w:r>
        <w:rPr>
          <w:b/>
        </w:rPr>
        <w:t xml:space="preserve">[09:11] </w:t>
      </w:r>
      <w:r>
        <w:t>unachievable goal day diya.</w:t>
      </w:r>
    </w:p>
    <w:p>
      <w:pPr>
        <w:jc w:val="right"/>
      </w:pPr>
      <w:r>
        <w:t>unachievable goal دے دیا۔</w:t>
      </w:r>
    </w:p>
    <w:p>
      <w:r>
        <w:rPr>
          <w:b/>
        </w:rPr>
        <w:t xml:space="preserve">[09:18] </w:t>
      </w:r>
      <w:r>
        <w:t>to aisa nahi ho sakta hai. aisa nahi ho sakta hai. phir mujhe quran ke baray mein sochna shuru kiya mein ne ke quran mein musalmanon ko mission kiya diya gaya hai?</w:t>
      </w:r>
    </w:p>
    <w:p>
      <w:pPr>
        <w:jc w:val="right"/>
      </w:pPr>
      <w:r>
        <w:t>تو ایسا نہیں ہو سکتا ہے۔ ایسا نہیں ہو سکتا ہے۔ پھر مجھے قرآن کے بارے میں سوچنا شروع کیا میں نے کہ قرآن میں مسلمانوں کو mission کیا دیا گیا ہے؟</w:t>
      </w:r>
    </w:p>
    <w:p>
      <w:r>
        <w:rPr>
          <w:b/>
        </w:rPr>
        <w:t xml:space="preserve">[09:35] </w:t>
      </w:r>
      <w:r>
        <w:t>woh mission hai</w:t>
      </w:r>
    </w:p>
    <w:p>
      <w:pPr>
        <w:jc w:val="right"/>
      </w:pPr>
      <w:r>
        <w:t>وہ mission ہے</w:t>
      </w:r>
    </w:p>
    <w:p>
      <w:r>
        <w:rPr>
          <w:b/>
        </w:rPr>
        <w:t xml:space="preserve">[09:39] </w:t>
      </w:r>
      <w:r>
        <w:t>da'wat lil-lah. yani Allah ke message ko dunya tak pohnchana, peaceful tareeqay se.</w:t>
      </w:r>
    </w:p>
    <w:p>
      <w:pPr>
        <w:jc w:val="right"/>
      </w:pPr>
      <w:r>
        <w:t>دعوت للہ۔ یعنی اللہ کے message کو دنیا تک پہنچانا، peaceful طریقے سے۔</w:t>
      </w:r>
    </w:p>
    <w:p>
      <w:r>
        <w:rPr>
          <w:b/>
        </w:rPr>
        <w:t xml:space="preserve">[09:54] </w:t>
      </w:r>
      <w:r>
        <w:t>aik lafz mein aap kahein to quran ko logon tak pohnchana. la tudallil al-furqana 'ala 'abdihi li-yakuna lil-'alamina nadhira yani musalmanon ko jo goal diya gaya tha woh kya tha?</w:t>
      </w:r>
    </w:p>
    <w:p>
      <w:pPr>
        <w:jc w:val="right"/>
      </w:pPr>
      <w:r>
        <w:t>ایک لفظ میں آپ کہیں تو قرآن کو لوگوں تک پہنچانا۔ لا تضل الفرقان علی عبده لیکون للعالمین نظیرا یعنی مسلمانوں کو جو goal دیا گیا تھا وہ کیا تھا؟</w:t>
      </w:r>
    </w:p>
    <w:p>
      <w:r>
        <w:rPr>
          <w:b/>
        </w:rPr>
        <w:t xml:space="preserve">[10:06] </w:t>
      </w:r>
      <w:r>
        <w:t>quran. yani Allah ki authentic</w:t>
      </w:r>
    </w:p>
    <w:p>
      <w:pPr>
        <w:jc w:val="right"/>
      </w:pPr>
      <w:r>
        <w:t>قرآن۔ یعنی اللہ کی authentic</w:t>
      </w:r>
    </w:p>
    <w:p>
      <w:r>
        <w:rPr>
          <w:b/>
        </w:rPr>
        <w:t xml:space="preserve">[10:12] </w:t>
      </w:r>
      <w:r>
        <w:t>book. jis mein yeh bataya gaya tha ke What is the purpose of life? What is the Christian plan of God?</w:t>
      </w:r>
    </w:p>
    <w:p>
      <w:pPr>
        <w:jc w:val="right"/>
      </w:pPr>
      <w:r>
        <w:t>book۔ جس میں یہ بتایا گیا تھا کہ What is the purpose of life? What is the Christian plan of God?</w:t>
      </w:r>
    </w:p>
    <w:p>
      <w:r>
        <w:rPr>
          <w:b/>
        </w:rPr>
        <w:t xml:space="preserve">[10:23] </w:t>
      </w:r>
      <w:r>
        <w:t>yeh sari jo scheme Allah taala ki hai, kyun dunya ko paida kiya gaya? kyun insan ko banaya gaya?</w:t>
      </w:r>
    </w:p>
    <w:p>
      <w:pPr>
        <w:jc w:val="right"/>
      </w:pPr>
      <w:r>
        <w:t>یہ ساری جو scheme اللہ تعالیٰ کی ہے، کیوں دنیا کو پیدا کیا گیا؟ کیوں انسان کو بنایا گیا؟</w:t>
      </w:r>
    </w:p>
    <w:p>
      <w:r>
        <w:rPr>
          <w:b/>
        </w:rPr>
        <w:t xml:space="preserve">[10:33] </w:t>
      </w:r>
      <w:r>
        <w:t>insan ki zindagi ka maqsad kya hai?</w:t>
      </w:r>
    </w:p>
    <w:p>
      <w:pPr>
        <w:jc w:val="right"/>
      </w:pPr>
      <w:r>
        <w:t>انسان کی زندگی کا مقصد کیا ہے؟</w:t>
      </w:r>
    </w:p>
    <w:p>
      <w:r>
        <w:rPr>
          <w:b/>
        </w:rPr>
        <w:t xml:space="preserve">[10:38] </w:t>
      </w:r>
      <w:r>
        <w:t>What is success? What is failure? yeh jo insan ko lay kar ke yeh sawalat hain, unhi baton ko batany ke liye quran utra.</w:t>
      </w:r>
    </w:p>
    <w:p>
      <w:pPr>
        <w:jc w:val="right"/>
      </w:pPr>
      <w:r>
        <w:t>What is success? What is failure? یہ جو انسان کو لے کر کے یہ سوالات ہیں، انہی باتوں کو بتانے کے لیے قرآن اترا۔</w:t>
      </w:r>
    </w:p>
    <w:p>
      <w:r>
        <w:rPr>
          <w:b/>
        </w:rPr>
        <w:t xml:space="preserve">[10:51] </w:t>
      </w:r>
      <w:r>
        <w:t>quran utra. ab is ke baad Allah taala ne</w:t>
      </w:r>
    </w:p>
    <w:p>
      <w:pPr>
        <w:jc w:val="right"/>
      </w:pPr>
      <w:r>
        <w:t>قرآن اترا۔ اب اس کے بعد اللہ تعالیٰ نے</w:t>
      </w:r>
    </w:p>
    <w:p>
      <w:r>
        <w:rPr>
          <w:b/>
        </w:rPr>
        <w:t xml:space="preserve">[10:56] </w:t>
      </w:r>
      <w:r>
        <w:t>awwalan rasool Allah ko, phir rasool Allah ke jo ashaab thay un ko, phir tab'een ko, tab'a tab'een ko, phir poori ummat-e-muslima ko yeh mission day diya ke is quran ko sari mankind tak pohnchao.</w:t>
      </w:r>
    </w:p>
    <w:p>
      <w:pPr>
        <w:jc w:val="right"/>
      </w:pPr>
      <w:r>
        <w:t>اولاً رسول اللہ کو، پھر رسول اللہ کے جو اصحاب تھے ان کو، پھر تابعین کو، تبع تابعین کو، پھر پوری امت مسلمہ کو یہ mission دے دیا کہ اس قرآن کو ساری مانکائنڈ تک پہنچاؤ۔</w:t>
      </w:r>
    </w:p>
    <w:p>
      <w:r>
        <w:rPr>
          <w:b/>
        </w:rPr>
        <w:t xml:space="preserve">[11:13] </w:t>
      </w:r>
      <w:r>
        <w:t>bas yeh mission hai. yeh to achievable hai.</w:t>
      </w:r>
    </w:p>
    <w:p>
      <w:pPr>
        <w:jc w:val="right"/>
      </w:pPr>
      <w:r>
        <w:t>بس یہ mission ہے۔ یہ تو achievable ہے۔</w:t>
      </w:r>
    </w:p>
    <w:p>
      <w:r>
        <w:rPr>
          <w:b/>
        </w:rPr>
        <w:t xml:space="preserve">[11:19] </w:t>
      </w:r>
      <w:r>
        <w:t>acha dekhiye, pehlay zamanay mein bohat se problems thay. problem kya thay? dunya ki geography insan janta nahi tha.</w:t>
      </w:r>
    </w:p>
    <w:p>
      <w:pPr>
        <w:jc w:val="right"/>
      </w:pPr>
      <w:r>
        <w:t>اچھا دیکھیے، پہلے زمانے میں بہت سے problems تھے۔ Problem کیا تھے؟ دنیا کی geography انسان جانتا نہیں تھا۔</w:t>
      </w:r>
    </w:p>
    <w:p>
      <w:r>
        <w:rPr>
          <w:b/>
        </w:rPr>
        <w:t xml:space="preserve">[11:29] </w:t>
      </w:r>
      <w:r>
        <w:t>printed press maujood nahin tha. modern communication maujood nahin tha. to yeh kaam ke saari duniya ko quran ka message pahunchana yeh bohat mushkil lagta tha.</w:t>
      </w:r>
    </w:p>
    <w:p>
      <w:pPr>
        <w:jc w:val="right"/>
      </w:pPr>
      <w:r>
        <w:t>پرنٹڈ پریس موجود نہیں تھا۔ ماڈرن communication موجود نہیں تھا۔ تو یہ کام کہ ساری دنیا کو قرآن کا message پہنچانا یہ بہت مشکل لگتا تھا۔</w:t>
      </w:r>
    </w:p>
    <w:p>
      <w:r>
        <w:rPr>
          <w:b/>
        </w:rPr>
        <w:t xml:space="preserve">[11:44] </w:t>
      </w:r>
      <w:r>
        <w:t>aur practically woh ho nahin paaya. kyunke kahin pahaad record bana hua hai, kahin samandar record bana hua hai.</w:t>
      </w:r>
    </w:p>
    <w:p>
      <w:pPr>
        <w:jc w:val="right"/>
      </w:pPr>
      <w:r>
        <w:t>اور practically وہ ہو نہیں پایا۔ کیونکہ کہیں پہاڑ ریکارڈ بنا ہوا ہے، کہیں سمندر ریکارڈ بنا ہوا ہے۔</w:t>
      </w:r>
    </w:p>
    <w:p>
      <w:r>
        <w:rPr>
          <w:b/>
        </w:rPr>
        <w:t xml:space="preserve">[11:55] </w:t>
      </w:r>
      <w:r>
        <w:t>kyunke is zamane mein dekhiye, sab se pehle kya tha? log quran ko</w:t>
      </w:r>
    </w:p>
    <w:p>
      <w:pPr>
        <w:jc w:val="right"/>
      </w:pPr>
      <w:r>
        <w:t>کیونکہ اس زمانے میں دیکھیے، سب سے پہلے کیا تھا؟ لوگ قرآن کو</w:t>
      </w:r>
    </w:p>
    <w:p>
      <w:r>
        <w:rPr>
          <w:b/>
        </w:rPr>
        <w:t xml:space="preserve">[12:01] </w:t>
      </w:r>
      <w:r>
        <w:t>memorize kar lete the, phir ja ke idhar udhar sunate the. to zahir hai ke bohat hi liberate tareeqe par yeh kaam ho sakta tha. phir haath se likha jaane laga.</w:t>
      </w:r>
    </w:p>
    <w:p>
      <w:pPr>
        <w:jc w:val="right"/>
      </w:pPr>
      <w:r>
        <w:t>memorize کر لیتے تھے، پھر جا کے ادھر ادھر سناتے تھے۔ تو ظاہر ہے کہ بہت ہی liberate طریقے پر یہ کام ہو سکتا تھا۔ پھر ہاتھ سے لکھا جانے لگا۔</w:t>
      </w:r>
    </w:p>
    <w:p>
      <w:r>
        <w:rPr>
          <w:b/>
        </w:rPr>
        <w:t xml:space="preserve">[12:12] </w:t>
      </w:r>
      <w:r>
        <w:t>to ab haath se bhi aap kitna likhenge? kitna likhenge haath se?</w:t>
      </w:r>
    </w:p>
    <w:p>
      <w:pPr>
        <w:jc w:val="right"/>
      </w:pPr>
      <w:r>
        <w:t>تو اب ہاتھ سے بھی آپ کتنا لکھیں گے؟ کتنا لکھیں گے ہاتھ سے؟</w:t>
      </w:r>
    </w:p>
    <w:p>
      <w:r>
        <w:rPr>
          <w:b/>
        </w:rPr>
        <w:t xml:space="preserve">[12:18] </w:t>
      </w:r>
      <w:r>
        <w:t>to thode se, thodi si is ki copy banai aap ne, us ko de diya. to kitna liberate tareeqe se ho sakta tha kaam?</w:t>
      </w:r>
    </w:p>
    <w:p>
      <w:pPr>
        <w:jc w:val="right"/>
      </w:pPr>
      <w:r>
        <w:t>تو تھوڑے سے، تھوڑی سی اس کی copy بنائی آپ نے، اس کو دے دیا۔ تو کتنا liberate طریقے سے ہو سکتا تھا کام؟</w:t>
      </w:r>
    </w:p>
    <w:p>
      <w:r>
        <w:rPr>
          <w:b/>
        </w:rPr>
        <w:t xml:space="preserve">[12:31] </w:t>
      </w:r>
      <w:r>
        <w:t>aap nikle, yaani sahaba aur tabeen nikle arab se, tab bhi dekhiye,</w:t>
      </w:r>
    </w:p>
    <w:p>
      <w:pPr>
        <w:jc w:val="right"/>
      </w:pPr>
      <w:r>
        <w:t>آپ نکلے، یعنی صحابہ اور تابعین نکلے عرب سے، تب بھی دیکھیے،</w:t>
      </w:r>
    </w:p>
    <w:p>
      <w:r>
        <w:rPr>
          <w:b/>
        </w:rPr>
        <w:t xml:space="preserve">[12:36] </w:t>
      </w:r>
      <w:r>
        <w:t>kahin samandar record ban gaya, kahin pahaad record ban gaya, kahin jangla record ban gaya. aur yeh bhi pata nahin tha ke kitni bari duniya hai yeh.</w:t>
      </w:r>
    </w:p>
    <w:p>
      <w:pPr>
        <w:jc w:val="right"/>
      </w:pPr>
      <w:r>
        <w:t>کہیں سمندر ریکارڈ بن گیا، کہیں پہاڑ ریکارڈ بن گیا، کہیں جنگل ریکارڈ بن گیا۔ اور یہ بھی پتہ نہیں تھا کہ کتنی بڑی دنیا ہے یہ۔</w:t>
      </w:r>
    </w:p>
    <w:p>
      <w:r>
        <w:rPr>
          <w:b/>
        </w:rPr>
        <w:t xml:space="preserve">[12:46] </w:t>
      </w:r>
      <w:r>
        <w:t>us waqt insaan nahin jaanta tha ke yeh duniya kitni bari hai. is ke raaste kya hain? aur phir us waqt communication nahin tha.</w:t>
      </w:r>
    </w:p>
    <w:p>
      <w:pPr>
        <w:jc w:val="right"/>
      </w:pPr>
      <w:r>
        <w:t>اس وقت انسان نہیں جانتا تھا کہ یہ دنیا کتنی بڑی ہے۔ اس کے راستے کیا ہیں؟ اور پھر اس وقت communication نہیں تھا۔</w:t>
      </w:r>
    </w:p>
    <w:p>
      <w:r>
        <w:rPr>
          <w:b/>
        </w:rPr>
        <w:t xml:space="preserve">[12:58] </w:t>
      </w:r>
      <w:r>
        <w:t>aaj kal ki tarah sawariyan nahin thin. log oont par chalte the, ghode par chalte the. to Allah taala ne kya kiya?</w:t>
      </w:r>
    </w:p>
    <w:p>
      <w:pPr>
        <w:jc w:val="right"/>
      </w:pPr>
      <w:r>
        <w:t>آج کل کی طرح سواریاں نہیں تھیں۔ لوگ اونٹ پر چلتے تھے، گھوڑے پر چلتے تھے۔ تو اللہ تعالیٰ نے کیا کیا؟</w:t>
      </w:r>
    </w:p>
    <w:p>
      <w:r>
        <w:rPr>
          <w:b/>
        </w:rPr>
        <w:t xml:space="preserve">[13:06] </w:t>
      </w:r>
      <w:r>
        <w:t>ke ek poora age paida kiya. age of communication yeh ek lamba process tha.</w:t>
      </w:r>
    </w:p>
    <w:p>
      <w:pPr>
        <w:jc w:val="right"/>
      </w:pPr>
      <w:r>
        <w:t>کہ ایک پورا age پیدا کیا۔ Age of communication یہ ایک لمبا process تھا۔</w:t>
      </w:r>
    </w:p>
    <w:p>
      <w:r>
        <w:rPr>
          <w:b/>
        </w:rPr>
        <w:t xml:space="preserve">[13:16] </w:t>
      </w:r>
      <w:r>
        <w:t>ek lambe process ke baad aisa hua ke ek age of communication aaya. to twenty first century mein is ka culmination ho chuka hai. culmination.</w:t>
      </w:r>
    </w:p>
    <w:p>
      <w:pPr>
        <w:jc w:val="right"/>
      </w:pPr>
      <w:r>
        <w:t>ایک لمبے process کے بعد ایسا ہوا کہ ایک age of communication آیا۔ تو twenty first century میں اس کا culmination ہو چکا ہے۔ Culmination۔</w:t>
      </w:r>
    </w:p>
    <w:p>
      <w:r>
        <w:rPr>
          <w:b/>
        </w:rPr>
        <w:t xml:space="preserve">[13:28] </w:t>
      </w:r>
      <w:r>
        <w:t>aaj aap ek office mein baith kar ke saari duniya ko address kar sakte hain.</w:t>
      </w:r>
    </w:p>
    <w:p>
      <w:pPr>
        <w:jc w:val="right"/>
      </w:pPr>
      <w:r>
        <w:t>آج آپ ایک آفس میں بیٹھ کر کے ساری دنیا کو address کر سکتے ہیں۔</w:t>
      </w:r>
    </w:p>
    <w:p>
      <w:r>
        <w:rPr>
          <w:b/>
        </w:rPr>
        <w:t xml:space="preserve">[13:37] </w:t>
      </w:r>
      <w:r>
        <w:t>ek office mein baithe hain aap apne table par aur saari duniya ko address kar sakte hain through communication. to yeh print media aur electronic media yeh sab kahan tha pehle?</w:t>
      </w:r>
    </w:p>
    <w:p>
      <w:pPr>
        <w:jc w:val="right"/>
      </w:pPr>
      <w:r>
        <w:t>ایک آفس میں بیٹھے ہیں آپ اپنے table پر اور ساری دنیا کو address کر سکتے ہیں through communication۔ تو یہ print میڈیا اور electronic میڈیا یہ سب کہاں تھا پہلے؟</w:t>
      </w:r>
    </w:p>
    <w:p>
      <w:r>
        <w:rPr>
          <w:b/>
        </w:rPr>
        <w:t xml:space="preserve">[13:51] </w:t>
      </w:r>
      <w:r>
        <w:t>to Allah taala ne is mission ko</w:t>
      </w:r>
    </w:p>
    <w:p>
      <w:pPr>
        <w:jc w:val="right"/>
      </w:pPr>
      <w:r>
        <w:t>تو اللہ تعالیٰ نے اس mission کو</w:t>
      </w:r>
    </w:p>
    <w:p>
      <w:r>
        <w:rPr>
          <w:b/>
        </w:rPr>
        <w:t xml:space="preserve">[13:56] </w:t>
      </w:r>
      <w:r>
        <w:t>support dene ke liye yeh sab paida kiya.</w:t>
      </w:r>
    </w:p>
    <w:p>
      <w:pPr>
        <w:jc w:val="right"/>
      </w:pPr>
      <w:r>
        <w:t>support دینے کے لیے یہ سب پیدا کیا۔</w:t>
      </w:r>
    </w:p>
    <w:p>
      <w:r>
        <w:rPr>
          <w:b/>
        </w:rPr>
        <w:t xml:space="preserve">[14:00] </w:t>
      </w:r>
      <w:r>
        <w:t>ab jab ke yeh ho chuka hai to aap musalman kis se lad rahe hain? aap kis se bomb maar rahe hain? jo quran ke waarish hain jin par yeh zimmedari thi ke yeh Allah ki kitab ko phailao duniya mein to maar peet rahe hain kis liye ek doosre ko?</w:t>
      </w:r>
    </w:p>
    <w:p>
      <w:pPr>
        <w:jc w:val="right"/>
      </w:pPr>
      <w:r>
        <w:t>اب جب کہ یہ ہو چکا ہے تو آپ مسلمان کس سے لڑ رہے ہیں؟ آپ کس سے بم مار رہے ہیں؟ جو قرآن کے وارث ہیں جن پر یہ ذمہ داری تھی کہ یہ اللہ کی کتاب کو پھیلاؤ دنیا میں تو مار پیٹ رہے ہیں کس لیے ایک دوسرے کو؟</w:t>
      </w:r>
    </w:p>
    <w:p>
      <w:r>
        <w:rPr>
          <w:b/>
        </w:rPr>
        <w:t xml:space="preserve">[14:19] </w:t>
      </w:r>
      <w:r>
        <w:t>yaani woh kaam kyun kar rahe hain jis ke liye quran mein aaya hai ke man qatal nafsan bighair nafs wa fasad fil ardh faqad qatal an nazam yaani agar tum ne ek insaan ko bhi nahak mara to goya ke tum ne saare hi duniya ke insano ko maar dala.</w:t>
      </w:r>
    </w:p>
    <w:p>
      <w:pPr>
        <w:jc w:val="right"/>
      </w:pPr>
      <w:r>
        <w:t>یعنی وہ کام کیوں کر رہے ہیں جس کے لیے قرآن میں آیا ہے کہ من قتل نفسا بغیر نفس وفساد فی الارض فقد قتل النازم یعنی اگر تم نے ایک انسان کو بھی ناحق مارا تو گویا کہ تم نے سارے ہی دنیا کے انسانوں کو مار ڈالا۔</w:t>
      </w:r>
    </w:p>
    <w:p>
      <w:r>
        <w:rPr>
          <w:b/>
        </w:rPr>
        <w:t xml:space="preserve">[14:42] </w:t>
      </w:r>
      <w:r>
        <w:t>itna bura kaam hai qatal. agar tum ne ek insaan ko bhi mara nahak to goya ke tum ne sari duniya ko maar dala.</w:t>
      </w:r>
    </w:p>
    <w:p>
      <w:pPr>
        <w:jc w:val="right"/>
      </w:pPr>
      <w:r>
        <w:t>اتنا برا کام ہے قتل۔ اگر تم نے ایک انسان کو بھی مارا ناحق تو گویا کہ تم نے ساری دنیا کو مار ڈالا۔</w:t>
      </w:r>
    </w:p>
    <w:p>
      <w:r>
        <w:rPr>
          <w:b/>
        </w:rPr>
        <w:t xml:space="preserve">[14:55] </w:t>
      </w:r>
      <w:r>
        <w:t>to yeh itna bura kaam kar rahe hain. aur quran mein ek aur ayat hai</w:t>
      </w:r>
    </w:p>
    <w:p>
      <w:pPr>
        <w:jc w:val="right"/>
      </w:pPr>
      <w:r>
        <w:t>تو یہ اتنا برا کام کر رہے ہیں۔ اور قرآن میں ایک اور آیت ہے</w:t>
      </w:r>
    </w:p>
    <w:p>
      <w:r>
        <w:rPr>
          <w:b/>
        </w:rPr>
        <w:t xml:space="preserve">[15:03] </w:t>
      </w:r>
      <w:r>
        <w:t>man qatal moominan mutaammidan faiza faiza faiza yaani ek momin doosre momin ko jaan boojh kar mare to kahan jayega woh?</w:t>
      </w:r>
    </w:p>
    <w:p>
      <w:pPr>
        <w:jc w:val="right"/>
      </w:pPr>
      <w:r>
        <w:t>من قتل مومنا متعمدا فإذا فإذا فإذا یعنی ایک مومن دوسرے مومن کو جان بوجھ کر مارے تو کہاں جائے گا وہ؟</w:t>
      </w:r>
    </w:p>
    <w:p>
      <w:r>
        <w:rPr>
          <w:b/>
        </w:rPr>
        <w:t xml:space="preserve">[15:16] </w:t>
      </w:r>
      <w:r>
        <w:t>hell mein jayega. to yeh kaam kyun kar rahe hain musalman?</w:t>
      </w:r>
    </w:p>
    <w:p>
      <w:pPr>
        <w:jc w:val="right"/>
      </w:pPr>
      <w:r>
        <w:t>Hell میں جائے گا۔ تو یہ کام کیوں کر رہے ہیں مسلمان؟</w:t>
      </w:r>
    </w:p>
    <w:p>
      <w:r>
        <w:rPr>
          <w:b/>
        </w:rPr>
        <w:t xml:space="preserve">[15:25] </w:t>
      </w:r>
      <w:r>
        <w:t>itna bura kaam. yaani itna bura kaam jo is se zyada bura kaam to koi hai hi nahin. jabke saare darwaze khol diye gaye, saare mawaqe khol diye gaye.</w:t>
      </w:r>
    </w:p>
    <w:p>
      <w:pPr>
        <w:jc w:val="right"/>
      </w:pPr>
      <w:r>
        <w:t>اتنا برا کام۔ یعنی اتنا برا کام جو اس سے زیادہ برا کام تو کوئی ہے ہی نہیں۔ جبکہ سارے دروازے کھول دیے گئے، سارے مواقع کھول دیے گئے۔</w:t>
      </w:r>
    </w:p>
    <w:p>
      <w:r>
        <w:rPr>
          <w:b/>
        </w:rPr>
        <w:t xml:space="preserve">[15:44] </w:t>
      </w:r>
      <w:r>
        <w:t>to yeh hai kya? aaj ka musalman jo hai opportunity blind ho gaya hai. opportunity blind.</w:t>
      </w:r>
    </w:p>
    <w:p>
      <w:pPr>
        <w:jc w:val="right"/>
      </w:pPr>
      <w:r>
        <w:t>تو یہ ہے کیا؟ آج کا مسلمان جو ہے opportunity blind ہو گیا ہے۔ Opportunity blind۔</w:t>
      </w:r>
    </w:p>
    <w:p>
      <w:r>
        <w:rPr>
          <w:b/>
        </w:rPr>
        <w:t xml:space="preserve">[15:55] </w:t>
      </w:r>
      <w:r>
        <w:t>jaante hi nahin kya opportunities khuli hain. abhi woh jee raha hai hazar saal pehle ke daur mein.</w:t>
      </w:r>
    </w:p>
    <w:p>
      <w:pPr>
        <w:jc w:val="right"/>
      </w:pPr>
      <w:r>
        <w:t>جانتے ہی نہیں کیا opportunities کھلی ہیں۔ ابھی وہ جی رہا ہے ہزار سال پہلے کے دور میں۔</w:t>
      </w:r>
    </w:p>
    <w:p>
      <w:r>
        <w:rPr>
          <w:b/>
        </w:rPr>
        <w:t xml:space="preserve">[16:01] </w:t>
      </w:r>
      <w:r>
        <w:t>Intellectually. Opportunity blind. Aaj ke mawaqe ka unhein pata nahi hai.</w:t>
      </w:r>
    </w:p>
    <w:p>
      <w:pPr>
        <w:jc w:val="right"/>
      </w:pPr>
      <w:r>
        <w:t>Intellectually۔ Opportunity blind۔ آج کے مواقع کا انہیں پتہ نہیں۔</w:t>
      </w:r>
    </w:p>
    <w:p>
      <w:r>
        <w:rPr>
          <w:b/>
        </w:rPr>
        <w:t xml:space="preserve">[16:14] </w:t>
      </w:r>
      <w:r>
        <w:t>Yaani aisa zamana jab ke yeh mumkin ho gaya hai ke aap sari dunya mein peaceful tareeqe se Quran ko pohncha saken.</w:t>
      </w:r>
    </w:p>
    <w:p>
      <w:pPr>
        <w:jc w:val="right"/>
      </w:pPr>
      <w:r>
        <w:t>یعنی ایسا زمانہ جب کہ یہ ممکن ہو گیا ہے کہ آپ ساری دنیا میں peaceful طریقے سے قرآن کو پہنچا سکیں۔</w:t>
      </w:r>
    </w:p>
    <w:p>
      <w:r>
        <w:rPr>
          <w:b/>
        </w:rPr>
        <w:t xml:space="preserve">[16:29] </w:t>
      </w:r>
      <w:r>
        <w:t>Abhi hamare saathi gaye thay bahar ke mulkon mein. Jahan woh gaye har jagah logon ne kaha ke hamein Quran chahiye, hamein Quran chahiye.</w:t>
      </w:r>
    </w:p>
    <w:p>
      <w:pPr>
        <w:jc w:val="right"/>
      </w:pPr>
      <w:r>
        <w:t>ابھی ہمارے ساتھی گئے تھے باہر کے ملکوں میں۔ جہاں وہ گئے ہر جگہ لوگوں نے کہا کہ ہمیں قرآن چاہیے، ہمیں قرآن چاہیے۔</w:t>
      </w:r>
    </w:p>
    <w:p>
      <w:r>
        <w:rPr>
          <w:b/>
        </w:rPr>
        <w:t xml:space="preserve">[16:40] </w:t>
      </w:r>
      <w:r>
        <w:t>Toh aisa zamana hai aur aur aur bomb marna, logon ko qatal karna.</w:t>
      </w:r>
    </w:p>
    <w:p>
      <w:pPr>
        <w:jc w:val="right"/>
      </w:pPr>
      <w:r>
        <w:t>تو ایسا زمانہ ہے اور اور اور بم مارنا، لوگوں کو قتل کرنا۔</w:t>
      </w:r>
    </w:p>
    <w:p>
      <w:r>
        <w:rPr>
          <w:b/>
        </w:rPr>
        <w:t xml:space="preserve">[16:48] </w:t>
      </w:r>
      <w:r>
        <w:t>Toh yeh sab sochte hue mujhe Quran, yeh sab sochte hue mujhe ek Hadees yaad aayi. Yeh jo brainstorming hui mere andar.</w:t>
      </w:r>
    </w:p>
    <w:p>
      <w:pPr>
        <w:jc w:val="right"/>
      </w:pPr>
      <w:r>
        <w:t>تو یہ سب سوچتے ہوئے مجھے قرآن، یہ سب سوچتے ہوئے مجھے ایک حدیث یاد آئی۔ یہ جو برین اسٹارمنگ ہوئی میرے اندر۔</w:t>
      </w:r>
    </w:p>
    <w:p>
      <w:r>
        <w:rPr>
          <w:b/>
        </w:rPr>
        <w:t xml:space="preserve">[17:02] </w:t>
      </w:r>
      <w:r>
        <w:t>Toh ek Hadees yaad aayi. Woh Hadees yeh hai.</w:t>
      </w:r>
    </w:p>
    <w:p>
      <w:pPr>
        <w:jc w:val="right"/>
      </w:pPr>
      <w:r>
        <w:t>تو ایک حدیث یاد آئی۔ وہ حدیث یہ ہے۔</w:t>
      </w:r>
    </w:p>
    <w:p>
      <w:r>
        <w:rPr>
          <w:b/>
        </w:rPr>
        <w:t xml:space="preserve">[17:06] </w:t>
      </w:r>
      <w:r>
        <w:t>Is Hadees ko main is se pehle bhi aap ko suna chuka hoon. Lekin aaj mujhe is ki ek ek nayi meaning ki taraf mera dhyan gaya. Is ke andar maine ek nayi meaning discover ki.</w:t>
      </w:r>
    </w:p>
    <w:p>
      <w:pPr>
        <w:jc w:val="right"/>
      </w:pPr>
      <w:r>
        <w:t>اس حدیث کو میں اس سے پہلے بھی آپ کو سنا چکا ہوں۔ لیکن آج مجھے اس کی ایک ایک نئی meaning کی طرف میرا دھیان گیا۔ اس کے اندر میں نے ایک نئی meaning discover کی۔</w:t>
      </w:r>
    </w:p>
    <w:p>
      <w:r>
        <w:rPr>
          <w:b/>
        </w:rPr>
        <w:t xml:space="preserve">[17:19] </w:t>
      </w:r>
      <w:r>
        <w:t>Aaj subah. Woh Hadees yeh hai</w:t>
      </w:r>
    </w:p>
    <w:p>
      <w:pPr>
        <w:jc w:val="right"/>
      </w:pPr>
      <w:r>
        <w:t>آج صبح۔ وہ حدیث یہ ہے</w:t>
      </w:r>
    </w:p>
    <w:p>
      <w:r>
        <w:rPr>
          <w:b/>
        </w:rPr>
        <w:t xml:space="preserve">[17:25] </w:t>
      </w:r>
      <w:r>
        <w:t>ke "la yabaqa ala zahr al-ard bait madar wala wabar illa adkhalallahu kalimatal Islam".</w:t>
      </w:r>
    </w:p>
    <w:p>
      <w:pPr>
        <w:jc w:val="right"/>
      </w:pPr>
      <w:r>
        <w:t>کہ "لا يبقى على ظهر الأرض بيت مادر ولا وبر إلا أدخلوا الله كلمة الإسلام" ۔</w:t>
      </w:r>
    </w:p>
    <w:p>
      <w:r>
        <w:rPr>
          <w:b/>
        </w:rPr>
        <w:t xml:space="preserve">[17:42] </w:t>
      </w:r>
      <w:r>
        <w:t>Is ka translation yeh hai</w:t>
      </w:r>
    </w:p>
    <w:p>
      <w:pPr>
        <w:jc w:val="right"/>
      </w:pPr>
      <w:r>
        <w:t>اس کا translation یہ ہے</w:t>
      </w:r>
    </w:p>
    <w:p>
      <w:r>
        <w:rPr>
          <w:b/>
        </w:rPr>
        <w:t xml:space="preserve">[17:45] </w:t>
      </w:r>
      <w:r>
        <w:t>ke zameen ki satah par ek bhi ghar chhota ya bada nahi bachega</w:t>
      </w:r>
    </w:p>
    <w:p>
      <w:pPr>
        <w:jc w:val="right"/>
      </w:pPr>
      <w:r>
        <w:t>کہ زمین کی سطح پر ایک بھی گھر چھوٹا یا بڑا نہیں بچے گا</w:t>
      </w:r>
    </w:p>
    <w:p>
      <w:r>
        <w:rPr>
          <w:b/>
        </w:rPr>
        <w:t xml:space="preserve">[17:55] </w:t>
      </w:r>
      <w:r>
        <w:t>jahan Allah apne kalma ko dakhil na kar de.</w:t>
      </w:r>
    </w:p>
    <w:p>
      <w:pPr>
        <w:jc w:val="right"/>
      </w:pPr>
      <w:r>
        <w:t>جہاں اللہ اپنے کلمہ کو داخل نہ کر دے۔</w:t>
      </w:r>
    </w:p>
    <w:p>
      <w:r>
        <w:rPr>
          <w:b/>
        </w:rPr>
        <w:t xml:space="preserve">[18:02] </w:t>
      </w:r>
      <w:r>
        <w:t>Yeh Hadees mein bahut dinon se jaanta hoon lekin is ki ek meaning ko aaj hi mein discover kar paya.</w:t>
      </w:r>
    </w:p>
    <w:p>
      <w:pPr>
        <w:jc w:val="right"/>
      </w:pPr>
      <w:r>
        <w:t>یہ حدیث میں بہت دنوں سے جانتا ہوں لیکن اس کی ایک meaning کو آج ہی میں discover کر پایا۔</w:t>
      </w:r>
    </w:p>
    <w:p>
      <w:r>
        <w:rPr>
          <w:b/>
        </w:rPr>
        <w:t xml:space="preserve">[18:11] </w:t>
      </w:r>
      <w:r>
        <w:t>Woh yeh hai ke dekhiye is Hadees mein Aaqa Nabi Alaihissalam ne yeh nahi kaha ke yeh nahi kaha ke har dil mein dakhil ho jayega.</w:t>
      </w:r>
    </w:p>
    <w:p>
      <w:pPr>
        <w:jc w:val="right"/>
      </w:pPr>
      <w:r>
        <w:t>وہ یہ ہے کہ دیکھیے اس حدیث میں آقا نبی علیہ السلام نے یہ نہیں کہا کہ یہ نہیں کہا کہ ہر دل میں داخل ہو جائے گا۔</w:t>
      </w:r>
    </w:p>
    <w:p>
      <w:r>
        <w:rPr>
          <w:b/>
        </w:rPr>
        <w:t xml:space="preserve">[18:24] </w:t>
      </w:r>
      <w:r>
        <w:t>Balke kaha ke har ghar mein dakhil ho jayega. Yeh bahut ajeeb baat hai.</w:t>
      </w:r>
    </w:p>
    <w:p>
      <w:pPr>
        <w:jc w:val="right"/>
      </w:pPr>
      <w:r>
        <w:t>بلکہ کہا کہ ہر گھر میں داخل ہو جائے گا۔ یہ بہت عجیب بات ہے۔</w:t>
      </w:r>
    </w:p>
    <w:p>
      <w:r>
        <w:rPr>
          <w:b/>
        </w:rPr>
        <w:t xml:space="preserve">[18:31] </w:t>
      </w:r>
      <w:r>
        <w:t>Yeh Musalmanon ke mission ko batata yeh Hadees. Rasool Allah ke manne walon ko mission bata rahi hai yeh Hadees.</w:t>
      </w:r>
    </w:p>
    <w:p>
      <w:pPr>
        <w:jc w:val="right"/>
      </w:pPr>
      <w:r>
        <w:t>یہ مسلمانوں کے mission کو بتاتا یہ حدیث۔ رسول اللہ کے ماننے والوں کو mission بتا رہی ہے یہ حدیث۔</w:t>
      </w:r>
    </w:p>
    <w:p>
      <w:r>
        <w:rPr>
          <w:b/>
        </w:rPr>
        <w:t xml:space="preserve">[18:42] </w:t>
      </w:r>
      <w:r>
        <w:t>Achha Hadees mein agar yeh lafz hota ke har dil mein Allah ki baat dakhil ho jayegi</w:t>
      </w:r>
    </w:p>
    <w:p>
      <w:pPr>
        <w:jc w:val="right"/>
      </w:pPr>
      <w:r>
        <w:t>اچھا حدیث میں اگر یہ لفظ ہوتا کہ ہر دل میں اللہ کی بات داخل ہو جائے گی</w:t>
      </w:r>
    </w:p>
    <w:p>
      <w:r>
        <w:rPr>
          <w:b/>
        </w:rPr>
        <w:t xml:space="preserve">[18:49] </w:t>
      </w:r>
      <w:r>
        <w:t>toh kaha Musalmanon ka mission yeh banta ke logon ke dilon mein dakhil karo. Logon ke mind ko badlo. Yeh mission ban jata.</w:t>
      </w:r>
    </w:p>
    <w:p>
      <w:pPr>
        <w:jc w:val="right"/>
      </w:pPr>
      <w:r>
        <w:t>تو کہا مسلمانوں کا mission یہ بنتا کہ لوگوں کے دلوں میں داخل کرو۔ لوگوں کے mind کو بدلو۔ یہ mission بن جاتا۔</w:t>
      </w:r>
    </w:p>
    <w:p>
      <w:r>
        <w:rPr>
          <w:b/>
        </w:rPr>
        <w:t xml:space="preserve">[19:00] </w:t>
      </w:r>
      <w:r>
        <w:t>Toh yeh nahi hai. Yeh hai ke gharon mein dakhil ho jana.</w:t>
      </w:r>
    </w:p>
    <w:p>
      <w:pPr>
        <w:jc w:val="right"/>
      </w:pPr>
      <w:r>
        <w:t>تو یہ نہیں ہے۔ یہ ہے کہ گھروں میں داخل ہو جانا۔</w:t>
      </w:r>
    </w:p>
    <w:p>
      <w:r>
        <w:rPr>
          <w:b/>
        </w:rPr>
        <w:t xml:space="preserve">[19:08] </w:t>
      </w:r>
      <w:r>
        <w:t>Har chhote bade ghar mein. Yeh kaisi ajeeb baat hai. Kyun ke insaan ko aap jaante hain ke Allah Ta'ala ne aazad paida kiya hai.</w:t>
      </w:r>
    </w:p>
    <w:p>
      <w:pPr>
        <w:jc w:val="right"/>
      </w:pPr>
      <w:r>
        <w:t>ہر چھوٹے بڑے گھر میں۔ یہ کیسی عجیب بات ہے۔ کیونکہ انسان کو آپ جانتے ہیں کہ اللہ تعالیٰ نے آزاد پیدا کیا ہے۔</w:t>
      </w:r>
    </w:p>
    <w:p>
      <w:r>
        <w:rPr>
          <w:b/>
        </w:rPr>
        <w:t xml:space="preserve">[19:19] </w:t>
      </w:r>
      <w:r>
        <w:t>Is ko freedom of choice diya hai. Aur Quran mein la ikraha fid deen. Isi par koi pressure nahi hai kuch.</w:t>
      </w:r>
    </w:p>
    <w:p>
      <w:pPr>
        <w:jc w:val="right"/>
      </w:pPr>
      <w:r>
        <w:t>اس کو freedom of choice دیا ہے۔ اور قرآن میں ایک لائق راہ فی الدین۔ اسی پر کوئی pressure نہیں ہے کچھ۔</w:t>
      </w:r>
    </w:p>
    <w:p>
      <w:r>
        <w:rPr>
          <w:b/>
        </w:rPr>
        <w:t xml:space="preserve">[19:28] </w:t>
      </w:r>
      <w:r>
        <w:t>Toh agar goal yeh hota ke logon ke dilon mein tum ko dakhil karna hai Allah ki baat toh yeh ek unachievable goal hota.</w:t>
      </w:r>
    </w:p>
    <w:p>
      <w:pPr>
        <w:jc w:val="right"/>
      </w:pPr>
      <w:r>
        <w:t>تو اگر goal یہ ہوتا کہ لوگوں کے دلوں میں تم کو داخل کرنا ہے اللہ کی بات تو یہ ایک unachievable goal ہوتا۔</w:t>
      </w:r>
    </w:p>
    <w:p>
      <w:r>
        <w:rPr>
          <w:b/>
        </w:rPr>
        <w:t xml:space="preserve">[19:40] </w:t>
      </w:r>
      <w:r>
        <w:t>Kaise aap dakhil kar denge jab ke insaan ko freedom of choice mila hua hai. Woh na woh inkar kar de toh aap kuch nahi kar sakte.</w:t>
      </w:r>
    </w:p>
    <w:p>
      <w:pPr>
        <w:jc w:val="right"/>
      </w:pPr>
      <w:r>
        <w:t>کیسے آپ داخل کر دیں گے جبکہ انسان کو freedom of choice ملا ہوا ہے۔ وہ نہ وہ انکار کر دے تو آپ کچھ نہیں کر سکتے۔</w:t>
      </w:r>
    </w:p>
    <w:p>
      <w:r>
        <w:rPr>
          <w:b/>
        </w:rPr>
        <w:t xml:space="preserve">[19:52] </w:t>
      </w:r>
      <w:r>
        <w:t>Toh agar Hadees mein yeh lafz hota ke koi insaan, koi dil aisa nahi bachega jis ke andar Allah ki baat dakhil na ho jaye.</w:t>
      </w:r>
    </w:p>
    <w:p>
      <w:pPr>
        <w:jc w:val="right"/>
      </w:pPr>
      <w:r>
        <w:t>تو اگر حدیث میں یہ لفظ ہوتا کہ کوئی انسان، کوئی دل ایسا نہیں بچے گا جس کے اندر اللہ کی بات داخل نہ ہو جائے۔</w:t>
      </w:r>
    </w:p>
    <w:p>
      <w:r>
        <w:rPr>
          <w:b/>
        </w:rPr>
        <w:t xml:space="preserve">[20:07] </w:t>
      </w:r>
      <w:r>
        <w:t>Toh dakhil karne wala dobara wohi hoga jo Quran ka haamil hai, jo Quran ko manta hai.</w:t>
      </w:r>
    </w:p>
    <w:p>
      <w:pPr>
        <w:jc w:val="right"/>
      </w:pPr>
      <w:r>
        <w:t>تو داخل کرنے والا دوبارہ وہی ہوگا جو قرآن کا حامل ہے، جو قرآن کو مانتا ہے۔</w:t>
      </w:r>
    </w:p>
    <w:p>
      <w:r>
        <w:rPr>
          <w:b/>
        </w:rPr>
        <w:t xml:space="preserve">[20:16] </w:t>
      </w:r>
      <w:r>
        <w:t>to woh soch sakta tha ke yeh to unachievable goal hai. kaise main logon ke dil ko badal dalunga?</w:t>
      </w:r>
    </w:p>
    <w:p>
      <w:pPr>
        <w:jc w:val="right"/>
      </w:pPr>
      <w:r>
        <w:t>تو وہ سوچ سکتا تھا کہ یہ تو unachievable goal ہے۔ کیسے میں لوگوں کے دلوں کو بدل ڈالوں گا؟</w:t>
      </w:r>
    </w:p>
    <w:p>
      <w:r>
        <w:rPr>
          <w:b/>
        </w:rPr>
        <w:t xml:space="preserve">[20:25] </w:t>
      </w:r>
      <w:r>
        <w:t>kyunke unko freedom hai, woh chahe maane chahe na maane. lekin dekhiye jo lafz hai ke har ghar mein dakhil ho jayega to yeh to bilkul achievable goal hai.</w:t>
      </w:r>
    </w:p>
    <w:p>
      <w:pPr>
        <w:jc w:val="right"/>
      </w:pPr>
      <w:r>
        <w:t>کیونکہ ان کو freedom ہے، وہ چاہے مانے چاہے نہ مانے۔ لیکن دیکھیے جو لفظ ہے کہ ہر گھر میں داخل ہو جائے گا تو یہ تو بالکل achievable goal ہے۔</w:t>
      </w:r>
    </w:p>
    <w:p>
      <w:r>
        <w:rPr>
          <w:b/>
        </w:rPr>
        <w:t xml:space="preserve">[20:42] </w:t>
      </w:r>
      <w:r>
        <w:t>phir maine socha to ek aur baat samajh mein aayi. dekhiye brain storming hoti hai aap ke andar to mind ki window khulti hai.</w:t>
      </w:r>
    </w:p>
    <w:p>
      <w:pPr>
        <w:jc w:val="right"/>
      </w:pPr>
      <w:r>
        <w:t>پھر میں نے سوچا تو ایک اور بات سمجھ میں آئی۔ دیکھیے برین اسٹارمنگ ہوتی ہے آپ کے اندر تو mind کی window کھلتی ہے۔</w:t>
      </w:r>
    </w:p>
    <w:p>
      <w:r>
        <w:rPr>
          <w:b/>
        </w:rPr>
        <w:t xml:space="preserve">[20:51] </w:t>
      </w:r>
      <w:r>
        <w:t>naye naye, yaani mind ke naye naye, yaani</w:t>
      </w:r>
    </w:p>
    <w:p>
      <w:pPr>
        <w:jc w:val="right"/>
      </w:pPr>
      <w:r>
        <w:t>نئے نئے، یعنی mind کے نئے نئے، یعنی</w:t>
      </w:r>
    </w:p>
    <w:p>
      <w:r>
        <w:rPr>
          <w:b/>
        </w:rPr>
        <w:t xml:space="preserve">[20:59] </w:t>
      </w:r>
      <w:r>
        <w:t>ulum ajagar hote hain. nai nai baatein samne aati hain. phir maine socha ke agar yeh hota ke Allah ki jo kitab hai woh likhi hui ho ya printed form mein ho ya uska translation ho, usko hamein dakhil karna hai gharon gharon mein.</w:t>
      </w:r>
    </w:p>
    <w:p>
      <w:pPr>
        <w:jc w:val="right"/>
      </w:pPr>
      <w:r>
        <w:t>علوم اجاگر ہوتے ہیں۔ نئی نئی باتیں سامنے آتی ہیں۔ پھر میں نے سوچا کہ اگر یہ ہوتا کہ اللہ کی جو کتاب ہے وہ لکھی ہوئی ہو یا پرنٹڈ فارم میں ہو یا اس کا translation ہو، اس کو ہمیں داخل کرنا ہے گھروں گھروں میں۔</w:t>
      </w:r>
    </w:p>
    <w:p>
      <w:r>
        <w:rPr>
          <w:b/>
        </w:rPr>
        <w:t xml:space="preserve">[21:22] </w:t>
      </w:r>
      <w:r>
        <w:t>tab bhi yeh impossible hota ke aap gaye kisi ghar, aap ne knock kiya, woh nikla, usne kaha, aap ne kaha ke mujhe yeh yeh Allah ki kitab hai, usko mujhe tumhare ghar mein dakhil karna hai.</w:t>
      </w:r>
    </w:p>
    <w:p>
      <w:pPr>
        <w:jc w:val="right"/>
      </w:pPr>
      <w:r>
        <w:t>تب بھی یہ impossible ہوتا کہ آپ گئے کسی گھر، آپ نے knock کیا، وہ نکلا، اس نے کہا، آپ نے کہا کہ مجھے یہ یہ اللہ کی کتاب ہے، اس کو مجھے تمہارے گھر میں داخل کرنا ہے۔</w:t>
      </w:r>
    </w:p>
    <w:p>
      <w:r>
        <w:rPr>
          <w:b/>
        </w:rPr>
        <w:t xml:space="preserve">[21:38] </w:t>
      </w:r>
      <w:r>
        <w:t>to kehta hai, kyun kaha dakhil karun? main to nahi, nahi, main to nahi dakhil karta. to bhag ja wahan se.</w:t>
      </w:r>
    </w:p>
    <w:p>
      <w:pPr>
        <w:jc w:val="right"/>
      </w:pPr>
      <w:r>
        <w:t>تو کہتا ہے، کیوں کہا داخل کروں؟ میں تو نہیں، نہیں، میں تو نہیں داخل کرتا۔ تو بھاگ جا وہاں سے۔</w:t>
      </w:r>
    </w:p>
    <w:p>
      <w:r>
        <w:rPr>
          <w:b/>
        </w:rPr>
        <w:t xml:space="preserve">[21:43] </w:t>
      </w:r>
      <w:r>
        <w:t>main kyun dakhil karun tumhari kitab? to aap ko lautna padta. aur police ko bulata to police aap ko arrest kar leti.</w:t>
      </w:r>
    </w:p>
    <w:p>
      <w:pPr>
        <w:jc w:val="right"/>
      </w:pPr>
      <w:r>
        <w:t>میں کیوں داخل کروں تمہاری کتاب؟ تو آپ کو لوٹنا پڑتا۔ اور پولیس کو بلاتا تو پولیس آپ کو arrest کر لیتی۔</w:t>
      </w:r>
    </w:p>
    <w:p>
      <w:r>
        <w:rPr>
          <w:b/>
        </w:rPr>
        <w:t xml:space="preserve">[21:55] </w:t>
      </w:r>
      <w:r>
        <w:t>to ek bahut ajib baat mujhe samajh mein aayi. woh ajib baat yeh hai</w:t>
      </w:r>
    </w:p>
    <w:p>
      <w:pPr>
        <w:jc w:val="right"/>
      </w:pPr>
      <w:r>
        <w:t>تو ایک بہت عجیب بات مجھے سمجھ میں آئی۔ وہ عجیب بات یہ ہے</w:t>
      </w:r>
    </w:p>
    <w:p>
      <w:r>
        <w:rPr>
          <w:b/>
        </w:rPr>
        <w:t xml:space="preserve">[22:01] </w:t>
      </w:r>
      <w:r>
        <w:t>ke aaj jo age aaya hai, age of yaani communication, isne computer ko paida kiya.</w:t>
      </w:r>
    </w:p>
    <w:p>
      <w:pPr>
        <w:jc w:val="right"/>
      </w:pPr>
      <w:r>
        <w:t>کہ آج جو age آیا ہے، age of یعنی communication، اس نے کمپیوٹر کو پیدا کیا۔</w:t>
      </w:r>
    </w:p>
    <w:p>
      <w:r>
        <w:rPr>
          <w:b/>
        </w:rPr>
        <w:t xml:space="preserve">[22:12] </w:t>
      </w:r>
      <w:r>
        <w:t>to computer mein aap jante hain ke internet hota hai, website hoti hai. ismein aap koi bhi cheez bhar diye, ismein aa gaya, woh preserve ho gaya.</w:t>
      </w:r>
    </w:p>
    <w:p>
      <w:pPr>
        <w:jc w:val="right"/>
      </w:pPr>
      <w:r>
        <w:t>تو کمپیوٹر میں آپ جانتے ہیں کہ انٹرنیٹ ہوتا ہے، ویب سائٹ ہوتی ہے۔ اس میں آپ کوئی بھی چیز بھر دیے، اس میں آ گیا، وہ preserve ہو گیا۔</w:t>
      </w:r>
    </w:p>
    <w:p>
      <w:r>
        <w:rPr>
          <w:b/>
        </w:rPr>
        <w:t xml:space="preserve">[22:25] </w:t>
      </w:r>
      <w:r>
        <w:t>jo pehle computer hua karta tha. phir duniya mein laptop aaya.</w:t>
      </w:r>
    </w:p>
    <w:p>
      <w:pPr>
        <w:jc w:val="right"/>
      </w:pPr>
      <w:r>
        <w:t>جو پہلے کمپیوٹر ہوا کرتا تھا۔ پھر دنیا میں لیپ ٹاپ آیا۔</w:t>
      </w:r>
    </w:p>
    <w:p>
      <w:r>
        <w:rPr>
          <w:b/>
        </w:rPr>
        <w:t xml:space="preserve">[22:31] </w:t>
      </w:r>
      <w:r>
        <w:t>ab jo ab jo revolution aaya hai, revolution, ab kya hai? sari cheez mobile mein aa gayi hai. mobile.</w:t>
      </w:r>
    </w:p>
    <w:p>
      <w:pPr>
        <w:jc w:val="right"/>
      </w:pPr>
      <w:r>
        <w:t>اب جو اب جو revolution آیا ہے، revolution، اب کیا ہے؟ ساری چیز موبائل میں آ گئی ہے۔ موبائل۔</w:t>
      </w:r>
    </w:p>
    <w:p>
      <w:r>
        <w:rPr>
          <w:b/>
        </w:rPr>
        <w:t xml:space="preserve">[22:42] </w:t>
      </w:r>
      <w:r>
        <w:t>yaani sari jankari, sari information, sab kuch mobile mein. chota sa mobile jo hai</w:t>
      </w:r>
    </w:p>
    <w:p>
      <w:pPr>
        <w:jc w:val="right"/>
      </w:pPr>
      <w:r>
        <w:t>یعنی ساری جانکاری، ساری information، سب کچھ موبائل میں۔ چھوٹا سا موبائل جو ہے</w:t>
      </w:r>
    </w:p>
    <w:p>
      <w:r>
        <w:rPr>
          <w:b/>
        </w:rPr>
        <w:t xml:space="preserve">[22:49] </w:t>
      </w:r>
      <w:r>
        <w:t>woh sara treasure uske andar maujood hota hai. achha mobile to aadmi ki apni zarurat hai.</w:t>
      </w:r>
    </w:p>
    <w:p>
      <w:pPr>
        <w:jc w:val="right"/>
      </w:pPr>
      <w:r>
        <w:t>وہ سارا treasure اس کے اندر موجود ہوتا ہے۔ اچھا موبائل تو آدمی کی اپنی ضرورت ہے۔</w:t>
      </w:r>
    </w:p>
    <w:p>
      <w:r>
        <w:rPr>
          <w:b/>
        </w:rPr>
        <w:t xml:space="preserve">[23:01] </w:t>
      </w:r>
      <w:r>
        <w:t>mobile to khud khareed ke lata hai woh. mobile ka mamla yeh nahi ke aap</w:t>
      </w:r>
    </w:p>
    <w:p>
      <w:pPr>
        <w:jc w:val="right"/>
      </w:pPr>
      <w:r>
        <w:t>موبائل تو خود خرید کے لاتا ہے وہ۔ موبائل کا معاملہ یہ نہیں کہ آپ</w:t>
      </w:r>
    </w:p>
    <w:p>
      <w:r>
        <w:rPr>
          <w:b/>
        </w:rPr>
        <w:t xml:space="preserve">[23:07] </w:t>
      </w:r>
      <w:r>
        <w:t>Quran ki ek copy le kar jayein aur aap ko woh apne darwaze se lota de ke mujhe to nahi chahiye. mobile to woh khud hi khud khareed kar ke apni jeb mein dale hue hain.</w:t>
      </w:r>
    </w:p>
    <w:p>
      <w:pPr>
        <w:jc w:val="right"/>
      </w:pPr>
      <w:r>
        <w:t>قرآن کی ایک copy لے کر جائیں اور آپ کو وہ اپنے دروازے سے لوٹا دے کہ مجھے تو نہیں چاہیے۔ موبائل تو وہ خود ہی خود خرید کر کے اپنی جیب میں ڈالے ہوئے ہیں۔</w:t>
      </w:r>
    </w:p>
    <w:p>
      <w:r>
        <w:rPr>
          <w:b/>
        </w:rPr>
        <w:t xml:space="preserve">[23:18] </w:t>
      </w:r>
      <w:r>
        <w:t>khud hi khud apne hath mein liye hue hain. iska matlab kya hai?</w:t>
      </w:r>
    </w:p>
    <w:p>
      <w:pPr>
        <w:jc w:val="right"/>
      </w:pPr>
      <w:r>
        <w:t>خود ہی خود اپنے ہاتھ میں لیے ہوئے ہیں۔ اس کا معنی کیا ہے؟</w:t>
      </w:r>
    </w:p>
    <w:p>
      <w:r>
        <w:rPr>
          <w:b/>
        </w:rPr>
        <w:t xml:space="preserve">[23:23] </w:t>
      </w:r>
      <w:r>
        <w:t>ke agar aap mobile mein Quran ka translation, Quran ki baatein dakhil kar dein to khud insan khud bazaar se layega khareed kar ke.</w:t>
      </w:r>
    </w:p>
    <w:p>
      <w:pPr>
        <w:jc w:val="right"/>
      </w:pPr>
      <w:r>
        <w:t>کہ اگر آپ موبائل میں قرآن کا translation، قرآن کی باتیں داخل کر دیں تو خود انسان خود بازار سے لائے گا خرید کر کے۔</w:t>
      </w:r>
    </w:p>
    <w:p>
      <w:r>
        <w:rPr>
          <w:b/>
        </w:rPr>
        <w:t xml:space="preserve">[23:36] </w:t>
      </w:r>
      <w:r>
        <w:t>apne ghar mein rakhega usko. khud hi karega.</w:t>
      </w:r>
    </w:p>
    <w:p>
      <w:pPr>
        <w:jc w:val="right"/>
      </w:pPr>
      <w:r>
        <w:t>اپنے گھر میں رکھے گا اس کو۔ خود ہی کرے گا۔</w:t>
      </w:r>
    </w:p>
    <w:p>
      <w:r>
        <w:rPr>
          <w:b/>
        </w:rPr>
        <w:t xml:space="preserve">[23:40] </w:t>
      </w:r>
      <w:r>
        <w:t>yaani uska apna interest hai ke usko le aaye. kehta hai aaj yeh farq hua. yaani pehle zamana tha ke aap sunayein tab aadmi sune ga.</w:t>
      </w:r>
    </w:p>
    <w:p>
      <w:pPr>
        <w:jc w:val="right"/>
      </w:pPr>
      <w:r>
        <w:t>یعنی اس کا اپنا interest ہے کہ اس کو لے آئے۔ کہتا ہے آج یہ فرق ہوا۔ یعنی پہلے زمانہ تھا کہ آپ سنائیں تب آدمی سنے گا۔</w:t>
      </w:r>
    </w:p>
    <w:p>
      <w:r>
        <w:rPr>
          <w:b/>
        </w:rPr>
        <w:t xml:space="preserve">[23:52] </w:t>
      </w:r>
      <w:r>
        <w:t>to bahut chand logon ko suna sakte the aap. phir zamana aaya ke aap hath se likh kar kuch copy tayyar karein, usko dein logon ko.</w:t>
      </w:r>
    </w:p>
    <w:p>
      <w:pPr>
        <w:jc w:val="right"/>
      </w:pPr>
      <w:r>
        <w:t>تو بہت چند لوگوں کو سنا سکتے تھے آپ۔ پھر زمانہ آیا کہ آپ ہاتھ سے لکھ کر کچھ copy تیار کریں، اس کو دیں لوگوں کو۔</w:t>
      </w:r>
    </w:p>
    <w:p>
      <w:r>
        <w:rPr>
          <w:b/>
        </w:rPr>
        <w:t xml:space="preserve">[24:01] </w:t>
      </w:r>
      <w:r>
        <w:t>tab bhi bahut kam de pate the aap.</w:t>
      </w:r>
    </w:p>
    <w:p>
      <w:pPr>
        <w:jc w:val="right"/>
      </w:pPr>
      <w:r>
        <w:t>تب بھی بہت کم دے پاتے تھے آپ۔</w:t>
      </w:r>
    </w:p>
    <w:p>
      <w:r>
        <w:rPr>
          <w:b/>
        </w:rPr>
        <w:t xml:space="preserve">[24:04] </w:t>
      </w:r>
      <w:r>
        <w:t>phir hote hote printing press aaya. printing press bhi jo kitabein chapin, tab bhi bahut kam logon ko aap de sakte the.</w:t>
      </w:r>
    </w:p>
    <w:p>
      <w:pPr>
        <w:jc w:val="right"/>
      </w:pPr>
      <w:r>
        <w:t>پھر ہوتے ہوتے پرنٹنگ پریس آیا۔ پرنٹنگ پریس بھی جو کتابیں چھپیں، تب بھی بہت کم لوگوں کو آپ دے سکتے تھے۔</w:t>
      </w:r>
    </w:p>
    <w:p>
      <w:r>
        <w:rPr>
          <w:b/>
        </w:rPr>
        <w:t xml:space="preserve">[24:15] </w:t>
      </w:r>
      <w:r>
        <w:t>phir kya hua? jis ko main kaha karta hoon global mobility. log idhar udhar jane lage. travel karne lage. tourism aaya.</w:t>
      </w:r>
    </w:p>
    <w:p>
      <w:pPr>
        <w:jc w:val="right"/>
      </w:pPr>
      <w:r>
        <w:t>پھر کیا ہوا؟ جس کو میں کہا کرتا ہوں گلوبل موبیلٹی۔ لوگ ادھر ادھر جانے لگے۔ ٹریول کرنے لگے۔ ٹورزم آیا۔</w:t>
      </w:r>
    </w:p>
    <w:p>
      <w:r>
        <w:rPr>
          <w:b/>
        </w:rPr>
        <w:t xml:space="preserve">[24:25] </w:t>
      </w:r>
      <w:r>
        <w:t>to sari dunya mein ek mobility aa gai.</w:t>
      </w:r>
    </w:p>
    <w:p>
      <w:pPr>
        <w:jc w:val="right"/>
      </w:pPr>
      <w:r>
        <w:t>تو ساری دنیا میں ایک موبیلٹی آ گئی۔</w:t>
      </w:r>
    </w:p>
    <w:p>
      <w:r>
        <w:rPr>
          <w:b/>
        </w:rPr>
        <w:t xml:space="preserve">[24:30] </w:t>
      </w:r>
      <w:r>
        <w:t>jab se hawa jahaz aya hai, tab se yeh cheez bohat barh gai. To sari dunya mein log idhar se udhar, idhar se udhar, millions, millions log rozana ate jate hain.</w:t>
      </w:r>
    </w:p>
    <w:p>
      <w:pPr>
        <w:jc w:val="right"/>
      </w:pPr>
      <w:r>
        <w:t>جب سے ہوا جہاز آیا ہے، تب سے یہ چیز بہت بڑھ گئی۔ تو ساری دنیا میں لوگ ادھر سے ادھر، ادھر سے ادھر، ملینز، ملینز لوگ روزانہ آتے جاتے ہیں۔</w:t>
      </w:r>
    </w:p>
    <w:p>
      <w:r>
        <w:rPr>
          <w:b/>
        </w:rPr>
        <w:t xml:space="preserve">[24:42] </w:t>
      </w:r>
      <w:r>
        <w:t>to is ka matlab kya hua? Ke jin ko aap ko dena hai, woh aap ke door par khara hua hai.</w:t>
      </w:r>
    </w:p>
    <w:p>
      <w:pPr>
        <w:jc w:val="right"/>
      </w:pPr>
      <w:r>
        <w:t>تو اس کا معنی کیا ہوا؟ کہ جن کو آپ کو دینا ہے، وہ آپ کے ڈور پر کھڑا ہوا ہے۔</w:t>
      </w:r>
    </w:p>
    <w:p>
      <w:r>
        <w:rPr>
          <w:b/>
        </w:rPr>
        <w:t xml:space="preserve">[24:48] </w:t>
      </w:r>
      <w:r>
        <w:t>aap ke pas garden mein woh walk kar raha hai. Aap ke pas ke office mein woh maujood hai.</w:t>
      </w:r>
    </w:p>
    <w:p>
      <w:pPr>
        <w:jc w:val="right"/>
      </w:pPr>
      <w:r>
        <w:t>آپ کے پاس گارڈن میں وہ واک کر رہا ہے۔ آپ کے پاس کے آفس میں وہ موجود ہے۔</w:t>
      </w:r>
    </w:p>
    <w:p>
      <w:r>
        <w:rPr>
          <w:b/>
        </w:rPr>
        <w:t xml:space="preserve">[24:58] </w:t>
      </w:r>
      <w:r>
        <w:t>har jagah maujood hai, har jagah maujood hai. Acha phir bhi dekhiye, agar hamein</w:t>
      </w:r>
    </w:p>
    <w:p>
      <w:pPr>
        <w:jc w:val="right"/>
      </w:pPr>
      <w:r>
        <w:t>ہر جگہ موجود ہے، ہر جگہ موجود ہے۔ اچھا پھر بھی دیکھیے، اگر ہمیں</w:t>
      </w:r>
    </w:p>
    <w:p>
      <w:r>
        <w:rPr>
          <w:b/>
        </w:rPr>
        <w:t xml:space="preserve">[25:06] </w:t>
      </w:r>
      <w:r>
        <w:t>knock kar ke dena hota to phir bhi woh inkar kar sakta tha. Ab kya ho gaya? Ab to khud woh jo apni zaroorat ke liye jo mobile khareedta hai, jo laptop khareedta hai, jo computer khareedta hai, usi mein maujood hai.</w:t>
      </w:r>
    </w:p>
    <w:p>
      <w:pPr>
        <w:jc w:val="right"/>
      </w:pPr>
      <w:r>
        <w:t>knock کر کے دینا ہوتا تو پھر بھی وہ انکار کر سکتا تھا۔ اب کیا ہو گیا؟ اب تو خود وہ جو اپنی ضرورت کے لیے جو موبائل خریدتا ہے، جو لیپ ٹاپ خریدتا ہے، جو کمپیوٹر خریدتا ہے، اسی میں موجود ہے۔</w:t>
      </w:r>
    </w:p>
    <w:p>
      <w:r>
        <w:rPr>
          <w:b/>
        </w:rPr>
        <w:t xml:space="preserve">[25:22] </w:t>
      </w:r>
      <w:r>
        <w:t>agar aap is mein, is mein, is mein daal dein to.</w:t>
      </w:r>
    </w:p>
    <w:p>
      <w:pPr>
        <w:jc w:val="right"/>
      </w:pPr>
      <w:r>
        <w:t>اگر آپ اس میں، اس میں، اس میں ڈال دیں تو۔</w:t>
      </w:r>
    </w:p>
    <w:p>
      <w:r>
        <w:rPr>
          <w:b/>
        </w:rPr>
        <w:t xml:space="preserve">[25:26] </w:t>
      </w:r>
      <w:r>
        <w:t>yani agar aap Allah ke paigham ko daal dein computer mein, internet mein, mobile mein, to is ka matlab kya hua?</w:t>
      </w:r>
    </w:p>
    <w:p>
      <w:pPr>
        <w:jc w:val="right"/>
      </w:pPr>
      <w:r>
        <w:t>یعنی اگر آپ اللہ کے پیغام کو ڈال دیں کمپیوٹر میں، انٹرنیٹ میں، موبائل میں، تو اس کا معنی کیا ہوا؟</w:t>
      </w:r>
    </w:p>
    <w:p>
      <w:r>
        <w:rPr>
          <w:b/>
        </w:rPr>
        <w:t xml:space="preserve">[25:37] </w:t>
      </w:r>
      <w:r>
        <w:t>ke khud apne hi choice se woh jis instrument ko la kar ghar mein rakhe hue hain, usi mein maujood hai woh.</w:t>
      </w:r>
    </w:p>
    <w:p>
      <w:pPr>
        <w:jc w:val="right"/>
      </w:pPr>
      <w:r>
        <w:t>کہ خود اپنے ہی choice سے وہ جس instrument کو لا کے گھر میں رکھے ہوئے ہیں، اسی میں موجود ہے وہ۔</w:t>
      </w:r>
    </w:p>
    <w:p>
      <w:r>
        <w:rPr>
          <w:b/>
        </w:rPr>
        <w:t xml:space="preserve">[25:46] </w:t>
      </w:r>
      <w:r>
        <w:t>yeh hai ghar ghar mein pohnchne ka matlab. Kesi ajeeb baat hai. Yeh jo opportunity hai,</w:t>
      </w:r>
    </w:p>
    <w:p>
      <w:pPr>
        <w:jc w:val="right"/>
      </w:pPr>
      <w:r>
        <w:t>یہ ہے گھر گھر میں پہنچنے کا مطلب۔ کیسی عجیب بات ہے۔ یہ جو opportunity ہے،</w:t>
      </w:r>
    </w:p>
    <w:p>
      <w:r>
        <w:rPr>
          <w:b/>
        </w:rPr>
        <w:t xml:space="preserve">[25:58] </w:t>
      </w:r>
      <w:r>
        <w:t>pehlay zamanay mein bhi yeh thi unthinkable.</w:t>
      </w:r>
    </w:p>
    <w:p>
      <w:pPr>
        <w:jc w:val="right"/>
      </w:pPr>
      <w:r>
        <w:t>پہلے زمانے میں بھی یہ تھی unthinkable۔</w:t>
      </w:r>
    </w:p>
    <w:p>
      <w:r>
        <w:rPr>
          <w:b/>
        </w:rPr>
        <w:t xml:space="preserve">[26:03] </w:t>
      </w:r>
      <w:r>
        <w:t>unthinkable.</w:t>
      </w:r>
    </w:p>
    <w:p>
      <w:pPr>
        <w:jc w:val="right"/>
      </w:pPr>
      <w:r>
        <w:t>Unthinkable۔</w:t>
      </w:r>
    </w:p>
    <w:p>
      <w:r>
        <w:rPr>
          <w:b/>
        </w:rPr>
        <w:t xml:space="preserve">[26:08] </w:t>
      </w:r>
      <w:r>
        <w:t>yani aap dein ya aap is ke hath mein dene ki zaroorat nahi hai, woh khud hi la kar ke bazaar se le kar rakhe hue hain apne ghar mein.</w:t>
      </w:r>
    </w:p>
    <w:p>
      <w:pPr>
        <w:jc w:val="right"/>
      </w:pPr>
      <w:r>
        <w:t>یعنی آپ دیں یا آپ اس کے ہاتھ میں دینے کی ضرورت نہیں ہے، وہ خود ہی لا کر کے بازار سے لے کر رکھے ہوئے ہیں اپنے گھر میں۔</w:t>
      </w:r>
    </w:p>
    <w:p>
      <w:r>
        <w:rPr>
          <w:b/>
        </w:rPr>
        <w:t xml:space="preserve">[26:18] </w:t>
      </w:r>
      <w:r>
        <w:t>aur phir aasani ka aap jaein, is ka mangen is se ke lao, is ke andar mujhe bharna hai. To woh kyun de ga aap ko?</w:t>
      </w:r>
    </w:p>
    <w:p>
      <w:pPr>
        <w:jc w:val="right"/>
      </w:pPr>
      <w:r>
        <w:t>اور پھر آسانی کا آپ جائیں، اس کا مانگیں اس سے کہ لاؤ، اس کے اندر مجھے بھرنا ہے۔ تو وہ کیوں دے گا آپ کو؟</w:t>
      </w:r>
    </w:p>
    <w:p>
      <w:r>
        <w:rPr>
          <w:b/>
        </w:rPr>
        <w:t xml:space="preserve">[26:27] </w:t>
      </w:r>
      <w:r>
        <w:t>nahi, aap apne office mein baith kar ke</w:t>
      </w:r>
    </w:p>
    <w:p>
      <w:pPr>
        <w:jc w:val="right"/>
      </w:pPr>
      <w:r>
        <w:t>نہیں، آپ اپنے آفس میں بیٹھ کر کے</w:t>
      </w:r>
    </w:p>
    <w:p>
      <w:r>
        <w:rPr>
          <w:b/>
        </w:rPr>
        <w:t xml:space="preserve">[26:33] </w:t>
      </w:r>
      <w:r>
        <w:t>apni jo technology hai, us ko istemal kar ke apne office se aisa kar sakte hain ke us ke mobile mein pohnch jaye. Us ke laptop par pohnch jaye, us ke computer par pohnch jaye.</w:t>
      </w:r>
    </w:p>
    <w:p>
      <w:pPr>
        <w:jc w:val="right"/>
      </w:pPr>
      <w:r>
        <w:t>اپنی جو ٹیکنالوجی ہے، اس کو استعمال کر کے اپنے آفس سے ایسا کر سکتے ہیں کہ اس کے موبائل میں پہنچ جائے۔ اس کے لیپ ٹاپ پر پہنچ جائے، اس کے کمپیوٹر پر پہنچ جائے۔</w:t>
      </w:r>
    </w:p>
    <w:p>
      <w:r>
        <w:rPr>
          <w:b/>
        </w:rPr>
        <w:t xml:space="preserve">[26:46] </w:t>
      </w:r>
      <w:r>
        <w:t>yeh kesi ajeeb opportunity hai.</w:t>
      </w:r>
    </w:p>
    <w:p>
      <w:pPr>
        <w:jc w:val="right"/>
      </w:pPr>
      <w:r>
        <w:t>یہ کیسی عجیب opportunity ہے۔</w:t>
      </w:r>
    </w:p>
    <w:p>
      <w:r>
        <w:rPr>
          <w:b/>
        </w:rPr>
        <w:t xml:space="preserve">[26:52] </w:t>
      </w:r>
      <w:r>
        <w:t>to is ka matlab kya hua? Ke aaj jo hai yeh mission, yani ke Allah ke message ko, Allah ke paigham ko, jo Allah ka paigham hai ke</w:t>
      </w:r>
    </w:p>
    <w:p>
      <w:pPr>
        <w:jc w:val="right"/>
      </w:pPr>
      <w:r>
        <w:t>تو اس کا معنی کیا ہوا؟ کہ آج جو ہے یہ mission، یعنی کہ اللہ کے message کو، اللہ کے پیغام کو، جو اللہ کا پیغام ہے کہ</w:t>
      </w:r>
    </w:p>
    <w:p>
      <w:r>
        <w:rPr>
          <w:b/>
        </w:rPr>
        <w:t xml:space="preserve">[27:09] </w:t>
      </w:r>
      <w:r>
        <w:t>insan jaan le ke what is the Christian plan of God? What are the scheme of things of God?</w:t>
      </w:r>
    </w:p>
    <w:p>
      <w:pPr>
        <w:jc w:val="right"/>
      </w:pPr>
      <w:r>
        <w:t>انسان جان لے کہ what is the Christian plan of God? What are the scheme of things of God?</w:t>
      </w:r>
    </w:p>
    <w:p>
      <w:r>
        <w:rPr>
          <w:b/>
        </w:rPr>
        <w:t xml:space="preserve">[27:18] </w:t>
      </w:r>
      <w:r>
        <w:t>yeh jaan le insan, yeh mission hai. To is ke liye opportunities ke sare darwaze khul gaye.</w:t>
      </w:r>
    </w:p>
    <w:p>
      <w:pPr>
        <w:jc w:val="right"/>
      </w:pPr>
      <w:r>
        <w:t>یہ جان لے انسان، یہ mission ہے۔ تو اس کے لیے opportunities کے سارے دروازے کھل گئے۔</w:t>
      </w:r>
    </w:p>
    <w:p>
      <w:r>
        <w:rPr>
          <w:b/>
        </w:rPr>
        <w:t xml:space="preserve">[27:30] </w:t>
      </w:r>
      <w:r>
        <w:t>kesi ajeeb baat hai. Yani hundred percent yeh goal aaj achievable ho gaya.</w:t>
      </w:r>
    </w:p>
    <w:p>
      <w:pPr>
        <w:jc w:val="right"/>
      </w:pPr>
      <w:r>
        <w:t>کیسی عجیب بات ہے۔ یعنی hundred percent یہ goal آج achievable ہو گیا۔</w:t>
      </w:r>
    </w:p>
    <w:p>
      <w:r>
        <w:rPr>
          <w:b/>
        </w:rPr>
        <w:t xml:space="preserve">[27:40] </w:t>
      </w:r>
      <w:r>
        <w:t>hundred percent achievable ho gaya. Agar mission yeh hota ke sari dunya mein tum Islam mein hukoomat qaim karo to woh unachievable goal hota.</w:t>
      </w:r>
    </w:p>
    <w:p>
      <w:pPr>
        <w:jc w:val="right"/>
      </w:pPr>
      <w:r>
        <w:t>Hundred percent achievable ہو گیا۔ اگر mission یہ ہوتا کہ ساری دنیا میں تم اسلام میں حکومت قائم کرو تو وہ unachievable goal ہوتا۔</w:t>
      </w:r>
    </w:p>
    <w:p>
      <w:r>
        <w:rPr>
          <w:b/>
        </w:rPr>
        <w:t xml:space="preserve">[27:51] </w:t>
      </w:r>
      <w:r>
        <w:t>agar yeh hota ke sari dunya mein Islam ka qanoon implement karo</w:t>
      </w:r>
    </w:p>
    <w:p>
      <w:pPr>
        <w:jc w:val="right"/>
      </w:pPr>
      <w:r>
        <w:t>اگر یہ ہوتا کہ ساری دنیا میں اسلام کا قانون implement کرو</w:t>
      </w:r>
    </w:p>
    <w:p>
      <w:r>
        <w:rPr>
          <w:b/>
        </w:rPr>
        <w:t xml:space="preserve">[27:57] </w:t>
      </w:r>
      <w:r>
        <w:t>to woh ek unachievable goal hota. Agar yeh hota ke dunya se batil ko mitao, kufr ko mitao to bhi unachievable goal hota.</w:t>
      </w:r>
    </w:p>
    <w:p>
      <w:pPr>
        <w:jc w:val="right"/>
      </w:pPr>
      <w:r>
        <w:t>تو وہ ایک unachievable goal ہوتا۔ اگر یہ ہوتا کہ دنیا سے باطل کو مٹاؤ، کفر کو مٹاؤ تو بھی unachievable goal ہوتا۔</w:t>
      </w:r>
    </w:p>
    <w:p>
      <w:r>
        <w:rPr>
          <w:b/>
        </w:rPr>
        <w:t xml:space="preserve">[28:06] </w:t>
      </w:r>
      <w:r>
        <w:t>kyun ke logon ko azadi hai, aap mita nahi sakte. Aadmi ko freedom of choice mila hua hai.</w:t>
      </w:r>
    </w:p>
    <w:p>
      <w:pPr>
        <w:jc w:val="right"/>
      </w:pPr>
      <w:r>
        <w:t>کیونکہ لوگوں کو آزادی ہے، آپ مٹا نہیں سکتے۔ آدمی کو freedom of choice ملا ہوا ہے۔</w:t>
      </w:r>
    </w:p>
    <w:p>
      <w:r>
        <w:rPr>
          <w:b/>
        </w:rPr>
        <w:t xml:space="preserve">[28:17] </w:t>
      </w:r>
      <w:r>
        <w:t>yeh sari cheezen unachievable goal ban jati hain. aur phir kya hota is ka nateeja?</w:t>
      </w:r>
    </w:p>
    <w:p>
      <w:pPr>
        <w:jc w:val="right"/>
      </w:pPr>
      <w:r>
        <w:t>یہ ساری چیزیں unachievable goal بن جاتی ہیں۔ اور پھر کیا ہوتا اس کا نتیجہ؟</w:t>
      </w:r>
    </w:p>
    <w:p>
      <w:r>
        <w:rPr>
          <w:b/>
        </w:rPr>
        <w:t xml:space="preserve">[28:26] </w:t>
      </w:r>
      <w:r>
        <w:t>Unachievable goal koi saada baat nahi hai. Unachievable goal aap ko banata hai, yaani negative thinking lata hai aap ke andar.</w:t>
      </w:r>
    </w:p>
    <w:p>
      <w:pPr>
        <w:jc w:val="right"/>
      </w:pPr>
      <w:r>
        <w:t>Unachievable goal کوئی سادہ بات نہیں ہے۔ Unachievable goal آپ کو بناتا ہے، یعنی negative thinking لاتا ہے آپ کے اندر۔</w:t>
      </w:r>
    </w:p>
    <w:p>
      <w:r>
        <w:rPr>
          <w:b/>
        </w:rPr>
        <w:t xml:space="preserve">[28:38] </w:t>
      </w:r>
      <w:r>
        <w:t>Aap ka jhagda, jhanjhlahat, negativity, hate,</w:t>
      </w:r>
    </w:p>
    <w:p>
      <w:pPr>
        <w:jc w:val="right"/>
      </w:pPr>
      <w:r>
        <w:t>آپ کا جھگڑا، جھنجھلاہٹ، negativity، hate،</w:t>
      </w:r>
    </w:p>
    <w:p>
      <w:r>
        <w:rPr>
          <w:b/>
        </w:rPr>
        <w:t xml:space="preserve">[28:44] </w:t>
      </w:r>
      <w:r>
        <w:t>aur phir tashaddud, aur phir suicide bombing tak le aata hai. poori personality aap ki negative ho jati hai.</w:t>
      </w:r>
    </w:p>
    <w:p>
      <w:pPr>
        <w:jc w:val="right"/>
      </w:pPr>
      <w:r>
        <w:t>اور پھر تشدد، اور پھر suicide bombing تک لے آتا ہے۔ پوری personality آپ کی negative ہو جاتی ہے۔</w:t>
      </w:r>
    </w:p>
    <w:p>
      <w:r>
        <w:rPr>
          <w:b/>
        </w:rPr>
        <w:t xml:space="preserve">[28:57] </w:t>
      </w:r>
      <w:r>
        <w:t>Phir kya hua? is dunya mein jo aap ko</w:t>
      </w:r>
    </w:p>
    <w:p>
      <w:pPr>
        <w:jc w:val="right"/>
      </w:pPr>
      <w:r>
        <w:t>پھر کیا ہوا؟ اس دنیا میں جو آپ کو</w:t>
      </w:r>
    </w:p>
    <w:p>
      <w:r>
        <w:rPr>
          <w:b/>
        </w:rPr>
        <w:t xml:space="preserve">[29:01] </w:t>
      </w:r>
      <w:r>
        <w:t>asal kaam karna tha, ke apne andar positivity ko develop karna, apne andar positive personality banana, apne andar spiritual values lana, apne aap ko aik aise personality ke taur par develop karna</w:t>
      </w:r>
    </w:p>
    <w:p>
      <w:pPr>
        <w:jc w:val="right"/>
      </w:pPr>
      <w:r>
        <w:t>اصل کام کرنا تھا، کہ اپنے اندر positivity کو develop کرنا، اپنے اندر positive personality بنانا، اپنے اندر spiritual values لانا، اپنے آپ کو ایک ایسے personality کے طور پر develop کرنا</w:t>
      </w:r>
    </w:p>
    <w:p>
      <w:r>
        <w:rPr>
          <w:b/>
        </w:rPr>
        <w:t xml:space="preserve">[29:19] </w:t>
      </w:r>
      <w:r>
        <w:t>jo hundred percent hate free ho, woh possible nahi hota. lekin ab possible ho gaya.</w:t>
      </w:r>
    </w:p>
    <w:p>
      <w:pPr>
        <w:jc w:val="right"/>
      </w:pPr>
      <w:r>
        <w:t>جو hundred percent hate free ہو، وہ possible نہیں ہوتا۔ لیکن اب possible ہو گیا۔</w:t>
      </w:r>
    </w:p>
    <w:p>
      <w:r>
        <w:rPr>
          <w:b/>
        </w:rPr>
        <w:t xml:space="preserve">[29:29] </w:t>
      </w:r>
      <w:r>
        <w:t>Yaani agar aap ko Allah taala deta unachievable goal to eternally aap negative thinking mein phans jatay.</w:t>
      </w:r>
    </w:p>
    <w:p>
      <w:pPr>
        <w:jc w:val="right"/>
      </w:pPr>
      <w:r>
        <w:t>یعنی اگر آپ کو اللہ تعالیٰ دیتا unachievable goal تو eternally آپ negative thinking میں پھنس جاتے۔</w:t>
      </w:r>
    </w:p>
    <w:p>
      <w:r>
        <w:rPr>
          <w:b/>
        </w:rPr>
        <w:t xml:space="preserve">[29:39] </w:t>
      </w:r>
      <w:r>
        <w:t>Eternally. jaisa ke musalman phanse hue hain. is waqt dunya mein kahin bhi jaiye aap, kisi musalman se baat kijiye, woh negative boli boley ga.</w:t>
      </w:r>
    </w:p>
    <w:p>
      <w:pPr>
        <w:jc w:val="right"/>
      </w:pPr>
      <w:r>
        <w:t>Eternally۔ جیسا کہ مسلمان پھنسے ہوئے ہیں۔ اس وقت دنیا میں کہیں بھی جائیے آپ، کسی مسلمان سے بات کیجیے، وہ negative بولی بولے گا۔</w:t>
      </w:r>
    </w:p>
    <w:p>
      <w:r>
        <w:rPr>
          <w:b/>
        </w:rPr>
        <w:t xml:space="preserve">[29:49] </w:t>
      </w:r>
      <w:r>
        <w:t>Negative.</w:t>
      </w:r>
    </w:p>
    <w:p>
      <w:pPr>
        <w:jc w:val="right"/>
      </w:pPr>
      <w:r>
        <w:t>Negative۔</w:t>
      </w:r>
    </w:p>
    <w:p>
      <w:r>
        <w:rPr>
          <w:b/>
        </w:rPr>
        <w:t xml:space="preserve">[29:53] </w:t>
      </w:r>
      <w:r>
        <w:t>Kahin bhi jaiye, yahan se le kar America tak, yahan se le kar Arab tak. to aisa kyun hai? khud se musalmanon ne aik self-style goal le rakha hai.</w:t>
      </w:r>
    </w:p>
    <w:p>
      <w:pPr>
        <w:jc w:val="right"/>
      </w:pPr>
      <w:r>
        <w:t>کہیں بھی جائیے، یہاں سے لے کر امریکہ تک، یہاں سے لے کر عرب تک۔ تو ایسا کیوں ہے؟ خود سے مسلمانوں نے ایک self-style goal لے رکھا ہے۔</w:t>
      </w:r>
    </w:p>
    <w:p>
      <w:r>
        <w:rPr>
          <w:b/>
        </w:rPr>
        <w:t xml:space="preserve">[30:03] </w:t>
      </w:r>
      <w:r>
        <w:t>Khud se. aik self-style goal. woh kya hai? woh unachievable goal.</w:t>
      </w:r>
    </w:p>
    <w:p>
      <w:pPr>
        <w:jc w:val="right"/>
      </w:pPr>
      <w:r>
        <w:t>خود سے۔ ایک self-style goal۔ وہ کیا ہے؟ وہ unachievable goal۔</w:t>
      </w:r>
    </w:p>
    <w:p>
      <w:r>
        <w:rPr>
          <w:b/>
        </w:rPr>
        <w:t xml:space="preserve">[30:11] </w:t>
      </w:r>
      <w:r>
        <w:t>Unachievable goal.</w:t>
      </w:r>
    </w:p>
    <w:p>
      <w:pPr>
        <w:jc w:val="right"/>
      </w:pPr>
      <w:r>
        <w:t>Unachievable goal۔</w:t>
      </w:r>
    </w:p>
    <w:p>
      <w:r>
        <w:rPr>
          <w:b/>
        </w:rPr>
        <w:t xml:space="preserve">[30:15] </w:t>
      </w:r>
      <w:r>
        <w:t>ke batil ko mitana hai. Unachievable goal. fitna ko mitana hai. Evil ko mitana hai.</w:t>
      </w:r>
    </w:p>
    <w:p>
      <w:pPr>
        <w:jc w:val="right"/>
      </w:pPr>
      <w:r>
        <w:t>کہ باطل کو مٹانا ہے۔ Unachievable goal۔ فتنہ کو مٹانا ہے۔ Evil کو مٹانا ہے۔</w:t>
      </w:r>
    </w:p>
    <w:p>
      <w:r>
        <w:rPr>
          <w:b/>
        </w:rPr>
        <w:t xml:space="preserve">[30:25] </w:t>
      </w:r>
      <w:r>
        <w:t>Yeh goli nahi hai. aap ka goal hai peaceful, peaceful, yaani</w:t>
      </w:r>
    </w:p>
    <w:p>
      <w:pPr>
        <w:jc w:val="right"/>
      </w:pPr>
      <w:r>
        <w:t>یہ گولی نہیں ہے۔ آپ کا goal ہے peaceful، peaceful، یعنی</w:t>
      </w:r>
    </w:p>
    <w:p>
      <w:r>
        <w:rPr>
          <w:b/>
        </w:rPr>
        <w:t xml:space="preserve">[30:35] </w:t>
      </w:r>
      <w:r>
        <w:t>spirit of message of God. Peaceful tareeqay se. woh hundred percent achievable hai.</w:t>
      </w:r>
    </w:p>
    <w:p>
      <w:pPr>
        <w:jc w:val="right"/>
      </w:pPr>
      <w:r>
        <w:t>spirit of message of God۔ Peaceful طریقے سے۔ وہ hundred percent achievable ہے۔</w:t>
      </w:r>
    </w:p>
    <w:p>
      <w:r>
        <w:rPr>
          <w:b/>
        </w:rPr>
        <w:t xml:space="preserve">[30:45] </w:t>
      </w:r>
      <w:r>
        <w:t>To aaj dunya mein dekhiye, religious freedom aa gaya hai, communication aa gaya hai,</w:t>
      </w:r>
    </w:p>
    <w:p>
      <w:pPr>
        <w:jc w:val="right"/>
      </w:pPr>
      <w:r>
        <w:t>تو آج دنیا میں دیکھیے، religious freedom آ گیا ہے، communication آ گیا ہے،</w:t>
      </w:r>
    </w:p>
    <w:p>
      <w:r>
        <w:rPr>
          <w:b/>
        </w:rPr>
        <w:t xml:space="preserve">[30:53] </w:t>
      </w:r>
      <w:r>
        <w:t>democracy aa gayi hai, travel ki aasaniyan ho gayi hain, print media hai, electronic media hai, yaani sari opportunities khul gayi hain.</w:t>
      </w:r>
    </w:p>
    <w:p>
      <w:pPr>
        <w:jc w:val="right"/>
      </w:pPr>
      <w:r>
        <w:t>democracy آ گئی ہے، travel کی آسانیاں ہو گئی ہیں، print میڈیا ہے، electronic میڈیا ہے، یعنی ساری opportunities کھل گئی ہیں۔</w:t>
      </w:r>
    </w:p>
    <w:p>
      <w:r>
        <w:rPr>
          <w:b/>
        </w:rPr>
        <w:t xml:space="preserve">[31:04] </w:t>
      </w:r>
      <w:r>
        <w:t>To is ka maani kya hua? jo goal tha aap ka, goal ke Allah ke message ko har ghar mein pohanchana,</w:t>
      </w:r>
    </w:p>
    <w:p>
      <w:pPr>
        <w:jc w:val="right"/>
      </w:pPr>
      <w:r>
        <w:t>تو اس کا معنی کیا ہوا؟ جو goal تھا آپ کا، goal کہ اللہ کے message کو ہر گھر میں پہنچانا،</w:t>
      </w:r>
    </w:p>
    <w:p>
      <w:r>
        <w:rPr>
          <w:b/>
        </w:rPr>
        <w:t xml:space="preserve">[31:13] </w:t>
      </w:r>
      <w:r>
        <w:t>woh aakhri had tak achievable ho gaya.</w:t>
      </w:r>
    </w:p>
    <w:p>
      <w:pPr>
        <w:jc w:val="right"/>
      </w:pPr>
      <w:r>
        <w:t>وہ آخری حد تک achievable ہو گیا۔</w:t>
      </w:r>
    </w:p>
    <w:p>
      <w:r>
        <w:rPr>
          <w:b/>
        </w:rPr>
        <w:t xml:space="preserve">[31:19] </w:t>
      </w:r>
      <w:r>
        <w:t>Jaisa ke maine is se arz kiya ke agar hadees wajah hota ke har dil mein tum ko Islam dakhil karna hai, har dil mein tum ko Allah ka paigham dakhil karna hai,</w:t>
      </w:r>
    </w:p>
    <w:p>
      <w:pPr>
        <w:jc w:val="right"/>
      </w:pPr>
      <w:r>
        <w:t>جیسا کہ میں نے اس سے عرض کیا کہ اگر حدیث وجہ ہوتا کہ ہر دل میں تم کو اسلام داخل کرنا ہے، ہر دل میں تم کو اللہ کا پیغام داخل کرنا ہے،</w:t>
      </w:r>
    </w:p>
    <w:p>
      <w:r>
        <w:rPr>
          <w:b/>
        </w:rPr>
        <w:t xml:space="preserve">[31:33] </w:t>
      </w:r>
      <w:r>
        <w:t>to that was</w:t>
      </w:r>
    </w:p>
    <w:p>
      <w:pPr>
        <w:jc w:val="right"/>
      </w:pPr>
      <w:r>
        <w:t>تو that was</w:t>
      </w:r>
    </w:p>
    <w:p>
      <w:r>
        <w:rPr>
          <w:b/>
        </w:rPr>
        <w:t xml:space="preserve">[31:35] </w:t>
      </w:r>
      <w:r>
        <w:t>an unachievable goal kaise aap dilon mein dakhil karte hain aap? kaise karte hain aap? to Allah ne aap ko unachievable goal mein ki museebat nahi dali.</w:t>
      </w:r>
    </w:p>
    <w:p>
      <w:pPr>
        <w:jc w:val="right"/>
      </w:pPr>
      <w:r>
        <w:t>an unachievable goal کیسے آپ دلوں میں داخل کرتے ہیں آپ؟ کیسے کرتے ہیں آپ؟ تو اللہ نے آپ کو unachievable goal میں کی مصیبت نہیں ڈالی۔</w:t>
      </w:r>
    </w:p>
    <w:p>
      <w:r>
        <w:rPr>
          <w:b/>
        </w:rPr>
        <w:t xml:space="preserve">[31:49] </w:t>
      </w:r>
      <w:r>
        <w:t>Achievable goal diya. woh bhi itna aasan, itna aasan, itna aasan kar diya</w:t>
      </w:r>
    </w:p>
    <w:p>
      <w:pPr>
        <w:jc w:val="right"/>
      </w:pPr>
      <w:r>
        <w:t>Achievable goal دیا۔ وہ بھی اتنا آسان، اتنا آسان، اتنا آسان کر دیا</w:t>
      </w:r>
    </w:p>
    <w:p>
      <w:r>
        <w:rPr>
          <w:b/>
        </w:rPr>
        <w:t xml:space="preserve">[31:56] </w:t>
      </w:r>
      <w:r>
        <w:t>ke aap apne office mein baith kar develop kijiye website ko, internet ko. Develop kijiye.</w:t>
      </w:r>
    </w:p>
    <w:p>
      <w:pPr>
        <w:jc w:val="right"/>
      </w:pPr>
      <w:r>
        <w:t>کہ آپ اپنے آفس میں بیٹھ کر develop کیجیے ویب سائٹ کو، انٹرنیٹ کو۔ Develop کیجیے۔</w:t>
      </w:r>
    </w:p>
    <w:p>
      <w:r>
        <w:rPr>
          <w:b/>
        </w:rPr>
        <w:t xml:space="preserve">[32:06] </w:t>
      </w:r>
      <w:r>
        <w:t>to aik office mein baith kar ke chand aadmiyon ko saath le kar ke aap sari dunya ke har ghar mein dakhil ho sakte hain.</w:t>
      </w:r>
    </w:p>
    <w:p>
      <w:pPr>
        <w:jc w:val="right"/>
      </w:pPr>
      <w:r>
        <w:t>تو ایک آفس میں بیٹھ کر کے چند آدمیوں کو ساتھ لے کر کے آپ ساری دنیا کے ہر گھر میں داخل ہو سکتے ہیں۔</w:t>
      </w:r>
    </w:p>
    <w:p>
      <w:r>
        <w:rPr>
          <w:b/>
        </w:rPr>
        <w:t xml:space="preserve">[32:15] </w:t>
      </w:r>
      <w:r>
        <w:t>kaisi ajeeb baat hai yeh.</w:t>
      </w:r>
    </w:p>
    <w:p>
      <w:pPr>
        <w:jc w:val="right"/>
      </w:pPr>
      <w:r>
        <w:t>کیسی عجیب بات ہے یہ۔</w:t>
      </w:r>
    </w:p>
    <w:p>
      <w:r>
        <w:rPr>
          <w:b/>
        </w:rPr>
        <w:t xml:space="preserve">[32:20] </w:t>
      </w:r>
      <w:r>
        <w:t>to aakhri had tak achievable goal ban gaya yeh.</w:t>
      </w:r>
    </w:p>
    <w:p>
      <w:pPr>
        <w:jc w:val="right"/>
      </w:pPr>
      <w:r>
        <w:t>تو آخری حد تک achievable goal بن گیا یہ۔</w:t>
      </w:r>
    </w:p>
    <w:p>
      <w:r>
        <w:rPr>
          <w:b/>
        </w:rPr>
        <w:t xml:space="preserve">[32:27] </w:t>
      </w:r>
      <w:r>
        <w:t>aur jab achievable goal ban gaya to kya hua? yeh possible ho gaya ke aap aakhri had tak positive thinking mein jaen.</w:t>
      </w:r>
    </w:p>
    <w:p>
      <w:pPr>
        <w:jc w:val="right"/>
      </w:pPr>
      <w:r>
        <w:t>اور جب achievable goal بن گیا تو کیا ہوا؟ یہ possible ہو گیا کہ آپ آخری حد تک positive thinking میں جئیں۔</w:t>
      </w:r>
    </w:p>
    <w:p>
      <w:r>
        <w:rPr>
          <w:b/>
        </w:rPr>
        <w:t xml:space="preserve">[32:37] </w:t>
      </w:r>
      <w:r>
        <w:t>kisi ke khilaf hate nahin. sab ke liye believer hon aap. sab ke liye aap ke dil mein mohabbat ho.</w:t>
      </w:r>
    </w:p>
    <w:p>
      <w:pPr>
        <w:jc w:val="right"/>
      </w:pPr>
      <w:r>
        <w:t>کسی کے خلاف hate نہیں۔ سب کے لیے believer ہوں آپ۔ سب کے لیے آپ کے دل میں محبت ہو۔</w:t>
      </w:r>
    </w:p>
    <w:p>
      <w:r>
        <w:rPr>
          <w:b/>
        </w:rPr>
        <w:t xml:space="preserve">[32:49] </w:t>
      </w:r>
      <w:r>
        <w:t>jis tarah Maseeh ne kaha tha ke love your enemy lekin sab se mohabbat karne ke liye waise halaat chaiein.</w:t>
      </w:r>
    </w:p>
    <w:p>
      <w:pPr>
        <w:jc w:val="right"/>
      </w:pPr>
      <w:r>
        <w:t>جس طرح مسیح نے کہا تھا کہ love your enemy لیکن سب سے محبت کرنے کے لیے ویسے حالات چاہیے۔</w:t>
      </w:r>
    </w:p>
    <w:p>
      <w:r>
        <w:rPr>
          <w:b/>
        </w:rPr>
        <w:t xml:space="preserve">[32:59] </w:t>
      </w:r>
      <w:r>
        <w:t>waise baghair halaat ke aap sab se mohabbat nahin kar sakte. to woh halaat Hazrat Maseeh ke zamane mein nahin the.</w:t>
      </w:r>
    </w:p>
    <w:p>
      <w:pPr>
        <w:jc w:val="right"/>
      </w:pPr>
      <w:r>
        <w:t>ویسے بغیر حالات کے آپ سب سے محبت نہیں کر سکتے۔ تو وہ حالات حضرت مسیح کے زمانے میں نہیں تھے۔</w:t>
      </w:r>
    </w:p>
    <w:p>
      <w:r>
        <w:rPr>
          <w:b/>
        </w:rPr>
        <w:t xml:space="preserve">[33:09] </w:t>
      </w:r>
      <w:r>
        <w:t>ab paida ho gaye hain.</w:t>
      </w:r>
    </w:p>
    <w:p>
      <w:pPr>
        <w:jc w:val="right"/>
      </w:pPr>
      <w:r>
        <w:t>اب پیدا ہو گئے ہیں۔</w:t>
      </w:r>
    </w:p>
    <w:p>
      <w:r>
        <w:rPr>
          <w:b/>
        </w:rPr>
        <w:t xml:space="preserve">[33:12] </w:t>
      </w:r>
      <w:r>
        <w:t>woh halaat. jabke sach much aap jeen hundred percent positive thinking mein. bilkul musbat zehn ke sath.</w:t>
      </w:r>
    </w:p>
    <w:p>
      <w:pPr>
        <w:jc w:val="right"/>
      </w:pPr>
      <w:r>
        <w:t>وہ حالات۔ جبکہ سچ مچ آپ جئیں hundred percent positive thinking میں۔ بالکل مثبت ذہن کے ساتھ۔</w:t>
      </w:r>
    </w:p>
    <w:p>
      <w:r>
        <w:rPr>
          <w:b/>
        </w:rPr>
        <w:t xml:space="preserve">[33:25] </w:t>
      </w:r>
      <w:r>
        <w:t>kisi ke khilaf koi nafrat nahin. kyunke har aadmi aap ke liye</w:t>
      </w:r>
    </w:p>
    <w:p>
      <w:pPr>
        <w:jc w:val="right"/>
      </w:pPr>
      <w:r>
        <w:t>کسی کے خلاف کوئی نفرت نہیں۔ کیونکہ ہر آدمی آپ کے لیے</w:t>
      </w:r>
    </w:p>
    <w:p>
      <w:r>
        <w:rPr>
          <w:b/>
        </w:rPr>
        <w:t xml:space="preserve">[33:30] </w:t>
      </w:r>
      <w:r>
        <w:t>yani achievable ho gaya. kaisi ajeeb baat hai. yani agar aap ne print media ko istemal kiya, electronic media ko istemal kiya,</w:t>
      </w:r>
    </w:p>
    <w:p>
      <w:pPr>
        <w:jc w:val="right"/>
      </w:pPr>
      <w:r>
        <w:t>یعنی achievable ہو گیا۔ کیسی عجیب بات ہے۔ یعنی اگر آپ نے print میڈیا کو استعمال کیا، electronic میڈیا کو استعمال کیا،</w:t>
      </w:r>
    </w:p>
    <w:p>
      <w:r>
        <w:rPr>
          <w:b/>
        </w:rPr>
        <w:t xml:space="preserve">[33:46] </w:t>
      </w:r>
      <w:r>
        <w:t>agar aap ne</w:t>
      </w:r>
    </w:p>
    <w:p>
      <w:pPr>
        <w:jc w:val="right"/>
      </w:pPr>
      <w:r>
        <w:t>اگر آپ نے</w:t>
      </w:r>
    </w:p>
    <w:p>
      <w:r>
        <w:rPr>
          <w:b/>
        </w:rPr>
        <w:t xml:space="preserve">[33:48] </w:t>
      </w:r>
      <w:r>
        <w:t>modern technology ko istemal ki, agar aap ne Allah ke message ko internet mein, laptop mein, aur yahan tak ke logon ke mobile mein dakhil kar diya, to kaisa ajeeb aap ko aik thrilling joy hoga.</w:t>
      </w:r>
    </w:p>
    <w:p>
      <w:pPr>
        <w:jc w:val="right"/>
      </w:pPr>
      <w:r>
        <w:t>modern ٹیکنالوجی کو استعمال کی، اگر آپ نے اللہ کے message کو انٹرنیٹ میں، لیپ ٹاپ میں، اور یہاں تک کہ لوگوں کے موبائل میں داخل کر دیا، تو کیسا عجیب آپ کو ایک thrilling joy ہوگا۔</w:t>
      </w:r>
    </w:p>
    <w:p>
      <w:r>
        <w:rPr>
          <w:b/>
        </w:rPr>
        <w:t xml:space="preserve">[34:07] </w:t>
      </w:r>
      <w:r>
        <w:t>thrilling joy.</w:t>
      </w:r>
    </w:p>
    <w:p>
      <w:pPr>
        <w:jc w:val="right"/>
      </w:pPr>
      <w:r>
        <w:t>Thrilling joy۔</w:t>
      </w:r>
    </w:p>
    <w:p>
      <w:r>
        <w:rPr>
          <w:b/>
        </w:rPr>
        <w:t xml:space="preserve">[34:09] </w:t>
      </w:r>
      <w:r>
        <w:t>ke maine Allah ke, Allah ka jo, Allah ne jo mujhe goal diya tha, us goal ko maine poora kar diya. kaisa ajeeb thrilling j</w:t>
      </w:r>
    </w:p>
    <w:p>
      <w:pPr>
        <w:jc w:val="right"/>
      </w:pPr>
      <w:r>
        <w:t>کہ میں نے اللہ کے، اللہ کا جو، اللہ نے جو مجھے goal دیا تھا، اس goal کو میں نے پورا کر دیا۔ کیسا عجیب thrilling j</w:t>
      </w:r>
    </w:p>
    <w:p>
      <w:r>
        <w:rPr>
          <w:b/>
        </w:rPr>
        <w:t xml:space="preserve">[34:21] </w:t>
      </w:r>
      <w:r>
        <w:t>oy hai. aur is mein koi rukawat nahin. kahin koi dushman nahin, koi dushman nahin jo aap ko roke rasta.</w:t>
      </w:r>
    </w:p>
    <w:p>
      <w:pPr>
        <w:jc w:val="right"/>
      </w:pPr>
      <w:r>
        <w:t>oy ہے۔ اور اس میں کوئی رکاوٹ نہیں۔ کہیں کوئی دشمن نہیں، کوئی دشمن نہیں جو آپ کو روکے راستہ۔</w:t>
      </w:r>
    </w:p>
    <w:p>
      <w:r>
        <w:rPr>
          <w:b/>
        </w:rPr>
        <w:t xml:space="preserve">[34:31] </w:t>
      </w:r>
      <w:r>
        <w:t>koi bhi rokne wala nahin. hatta ke jis ghar mein aap dakhil kar rahe hain, wahan bhi koi chokidar nahin jo aap ko roke. kaisi ajeeb baat hai.</w:t>
      </w:r>
    </w:p>
    <w:p>
      <w:pPr>
        <w:jc w:val="right"/>
      </w:pPr>
      <w:r>
        <w:t>کوئی بھی روکنے والا نہیں۔ حتیٰ کہ جس گھر میں آپ داخل کر رہے ہیں، وہاں بھی کوئی چوکیدار نہیں جو آپ کو روکے۔ کیسی عجیب بات ہے۔</w:t>
      </w:r>
    </w:p>
    <w:p>
      <w:r>
        <w:rPr>
          <w:b/>
        </w:rPr>
        <w:t xml:space="preserve">[34:44] </w:t>
      </w:r>
      <w:r>
        <w:t>kisi aur tareeqe se agar aap pohnchate to wahan koi rokne wala rok sakta tha aap ko. lekin ab jo tareeqa yeh technology ke zariye develop hua hai,</w:t>
      </w:r>
    </w:p>
    <w:p>
      <w:pPr>
        <w:jc w:val="right"/>
      </w:pPr>
      <w:r>
        <w:t>کسی اور طریقے سے اگر آپ پہنچاتے تو وہاں کوئی روکنے والا روک سکتا تھا آپ کو۔ لیکن اب جو طریقہ یہ ٹیکنالوجی کے ذریعے develop ہوا ہے،</w:t>
      </w:r>
    </w:p>
    <w:p>
      <w:r>
        <w:rPr>
          <w:b/>
        </w:rPr>
        <w:t xml:space="preserve">[34:57] </w:t>
      </w:r>
      <w:r>
        <w:t>to ab to koi rukawat hi nahin.</w:t>
      </w:r>
    </w:p>
    <w:p>
      <w:pPr>
        <w:jc w:val="right"/>
      </w:pPr>
      <w:r>
        <w:t>تو اب تو کوئی رکاوٹ ہی نہیں۔</w:t>
      </w:r>
    </w:p>
    <w:p>
      <w:r>
        <w:rPr>
          <w:b/>
        </w:rPr>
        <w:t xml:space="preserve">[35:01] </w:t>
      </w:r>
      <w:r>
        <w:t>yani har aadmi ko aap welcome kar rahe hain. har taraf welcome hi welcome hai. to aise dunya mein hum hain, twenty-first century jo aisi aik dunya hai.</w:t>
      </w:r>
    </w:p>
    <w:p>
      <w:pPr>
        <w:jc w:val="right"/>
      </w:pPr>
      <w:r>
        <w:t>یعنی ہر آدمی کو آپ welcome کر رہے ہیں۔ ہر طرف welcome ہی welcome ہے۔ تو ایسے دنیا میں ہم ہیں، twenty-first century جو ایسی ایک دنیا ہے۔</w:t>
      </w:r>
    </w:p>
    <w:p>
      <w:r>
        <w:rPr>
          <w:b/>
        </w:rPr>
        <w:t xml:space="preserve">[35:18] </w:t>
      </w:r>
      <w:r>
        <w:t>yeh sare jo, yeh jo process tha jo Allah taala ne chalaya tha dunya mein,</w:t>
      </w:r>
    </w:p>
    <w:p>
      <w:pPr>
        <w:jc w:val="right"/>
      </w:pPr>
      <w:r>
        <w:t>یہ سارے جو، یہ جو process تھا جو اللہ تعالیٰ نے چلایا تھا دنیا میں،</w:t>
      </w:r>
    </w:p>
    <w:p>
      <w:r>
        <w:rPr>
          <w:b/>
        </w:rPr>
        <w:t xml:space="preserve">[35:24] </w:t>
      </w:r>
      <w:r>
        <w:t>is ke bare mein is se pehle main kai bar bol chuka hoon. to aik process jo chalaya tha Allah taala ne, twenty-first century is ka culmination hai.</w:t>
      </w:r>
    </w:p>
    <w:p>
      <w:pPr>
        <w:jc w:val="right"/>
      </w:pPr>
      <w:r>
        <w:t>اس کے بارے میں اس سے پہلے میں کئی بار بول چکا ہوں۔ تو ایک process جو چلایا تھا اللہ تعالیٰ نے، twenty-first century اس کا culmination ہے۔</w:t>
      </w:r>
    </w:p>
    <w:p>
      <w:r>
        <w:rPr>
          <w:b/>
        </w:rPr>
        <w:t xml:space="preserve">[35:37] </w:t>
      </w:r>
      <w:r>
        <w:t>ke har cheez achievable ho gayi, har cheez achievable ho gayi, har cheez achievable ho gayi.</w:t>
      </w:r>
    </w:p>
    <w:p>
      <w:pPr>
        <w:jc w:val="right"/>
      </w:pPr>
      <w:r>
        <w:t>کہ ہر چیز achievable ہو گئی، ہر چیز achievable ہو گئی، ہر چیز achievable ہو گئی۔</w:t>
      </w:r>
    </w:p>
    <w:p>
      <w:r>
        <w:rPr>
          <w:b/>
        </w:rPr>
        <w:t xml:space="preserve">[35:45] </w:t>
      </w:r>
      <w:r>
        <w:t>jab har cheez achievable ho jaye to kya hota hai? yeh mumkin ho jata hai ke aap aakhri had tak positive mind ke sath jeen dunya mein.</w:t>
      </w:r>
    </w:p>
    <w:p>
      <w:pPr>
        <w:jc w:val="right"/>
      </w:pPr>
      <w:r>
        <w:t>جب ہر چیز achievable ہو جائے تو کیا ہوتا ہے؟ یہ ممکن ہو جاتا ہے کہ آپ آخری حد تک positive mind کے ساتھ جئیں دنیا میں۔</w:t>
      </w:r>
    </w:p>
    <w:p>
      <w:r>
        <w:rPr>
          <w:b/>
        </w:rPr>
        <w:t xml:space="preserve">[35:58] </w:t>
      </w:r>
      <w:r>
        <w:t>aur dekhiye, positive mind ke sath jeena ya positive personalities ke sath jeena, yeh sadah baat nahin hai. yahi to woh log hain jo jannat mein jaen ge.</w:t>
      </w:r>
    </w:p>
    <w:p>
      <w:pPr>
        <w:jc w:val="right"/>
      </w:pPr>
      <w:r>
        <w:t>اور دیکھیے، positive mind کے ساتھ جینا یا positive personalities کے ساتھ جینا، یہ سادہ بات نہیں ہے۔ یہی تو وہ لوگ ہیں جو جنت میں جائیں گے۔</w:t>
      </w:r>
    </w:p>
    <w:p>
      <w:r>
        <w:rPr>
          <w:b/>
        </w:rPr>
        <w:t xml:space="preserve">[36:09] </w:t>
      </w:r>
      <w:r>
        <w:t>quran mein hai ke illa man ataa allaha biqalbin saleemin yaani jannat mein woh jayega jo yaani akhirat mein pahunche qalb saleem ke sath.</w:t>
      </w:r>
    </w:p>
    <w:p>
      <w:pPr>
        <w:jc w:val="right"/>
      </w:pPr>
      <w:r>
        <w:t>قرآن میں ہے کہ إِلَّا مَنْ أَتَى اللَّهَ بِقَلْبٍ سَلِيمٍ یعنی جنت میں وہ جائے گا جو یعنی آخرت میں پہنچے قلب سلیم کے ساتھ۔</w:t>
      </w:r>
    </w:p>
    <w:p>
      <w:r>
        <w:rPr>
          <w:b/>
        </w:rPr>
        <w:t xml:space="preserve">[36:24] </w:t>
      </w:r>
      <w:r>
        <w:t>qalb saleem kya hai?</w:t>
      </w:r>
    </w:p>
    <w:p>
      <w:pPr>
        <w:jc w:val="right"/>
      </w:pPr>
      <w:r>
        <w:t>قلب سلیم کیا ہے؟</w:t>
      </w:r>
    </w:p>
    <w:p>
      <w:r>
        <w:rPr>
          <w:b/>
        </w:rPr>
        <w:t xml:space="preserve">[36:26] </w:t>
      </w:r>
      <w:r>
        <w:t>Hundred percent positive mind۔ kisi se dushmani nahi, kisi se nafrat nahi, kisi se hate nahi, kisi se revenge ka jazba nahi.</w:t>
      </w:r>
    </w:p>
    <w:p>
      <w:pPr>
        <w:jc w:val="right"/>
      </w:pPr>
      <w:r>
        <w:t>Hundred percent positive mind۔ کسی سے دشمنی نہیں، کسی سے نفرت نہیں، کسی سے hate نہیں، کسی سے revenge کا جذبہ نہیں۔</w:t>
      </w:r>
    </w:p>
    <w:p>
      <w:r>
        <w:rPr>
          <w:b/>
        </w:rPr>
        <w:t xml:space="preserve">[36:40] </w:t>
      </w:r>
      <w:r>
        <w:t>kuch bhi nahi, kisi se shikayat nahi, kisi se protest nahi.</w:t>
      </w:r>
    </w:p>
    <w:p>
      <w:pPr>
        <w:jc w:val="right"/>
      </w:pPr>
      <w:r>
        <w:t>کچھ بھی نہیں، کسی سے شکایت نہیں، کسی سے protest نہیں۔</w:t>
      </w:r>
    </w:p>
    <w:p>
      <w:r>
        <w:rPr>
          <w:b/>
        </w:rPr>
        <w:t xml:space="preserve">[36:44] </w:t>
      </w:r>
      <w:r>
        <w:t>woh hai qalb saleem. lekin is tarah ke qalb saleem banne ke liye halaat chahiye. halaat na hon to nahi ban sakta.</w:t>
      </w:r>
    </w:p>
    <w:p>
      <w:pPr>
        <w:jc w:val="right"/>
      </w:pPr>
      <w:r>
        <w:t>وہ ہے قلب سلیم۔ لیکن اس طرح کے قلب سلیم بننے کے لیے حالات چاہییں۔ حالات نہ ہوں تو نہیں بن سکتا۔</w:t>
      </w:r>
    </w:p>
    <w:p>
      <w:r>
        <w:rPr>
          <w:b/>
        </w:rPr>
        <w:t xml:space="preserve">[36:57] </w:t>
      </w:r>
      <w:r>
        <w:t>to Allah taala ne woh halaat paida kiye ke agar is ko aap samajh len,</w:t>
      </w:r>
    </w:p>
    <w:p>
      <w:pPr>
        <w:jc w:val="right"/>
      </w:pPr>
      <w:r>
        <w:t>تو اللہ تعالیٰ نے وہ حالات پیدا کیے کہ اگر اس کو آپ سمجھ لیں،</w:t>
      </w:r>
    </w:p>
    <w:p>
      <w:r>
        <w:rPr>
          <w:b/>
        </w:rPr>
        <w:t xml:space="preserve">[37:04] </w:t>
      </w:r>
      <w:r>
        <w:t>agar aap is se ba-khabar ho jayen, to tareekh mein, poori history mein pehli baar yeh duniya mein mauqa aaya hai ke aap</w:t>
      </w:r>
    </w:p>
    <w:p>
      <w:pPr>
        <w:jc w:val="right"/>
      </w:pPr>
      <w:r>
        <w:t>اگر آپ اس سے باخبر ہو جائیں، تو تاریخ میں، پوری history میں پہلی بار یہ دنیا میں موقع آیا ہے کہ آپ</w:t>
      </w:r>
    </w:p>
    <w:p>
      <w:r>
        <w:rPr>
          <w:b/>
        </w:rPr>
        <w:t xml:space="preserve">[37:22] </w:t>
      </w:r>
      <w:r>
        <w:t>aakhri had tak qalb saleem ke sath jayen. aakhri had tak positive personalities ke sath jayen. aakhri had tak positive mind ke sath jayen.</w:t>
      </w:r>
    </w:p>
    <w:p>
      <w:pPr>
        <w:jc w:val="right"/>
      </w:pPr>
      <w:r>
        <w:t>آخری حد تک قلب سلیم کے ساتھ جئیں۔ آخری حد تک positive personalities کے ساتھ جئیں۔ آخری حد تک positive mind کے ساتھ جئیں۔</w:t>
      </w:r>
    </w:p>
    <w:p>
      <w:r>
        <w:rPr>
          <w:b/>
        </w:rPr>
        <w:t xml:space="preserve">[37:33] </w:t>
      </w:r>
      <w:r>
        <w:t>aakhri had tak duniya ke believer ban kar rahen. aur phir</w:t>
      </w:r>
    </w:p>
    <w:p>
      <w:pPr>
        <w:jc w:val="right"/>
      </w:pPr>
      <w:r>
        <w:t>آخری حد تک دنیا کے believer بن کر رہیں۔ اور پھر</w:t>
      </w:r>
    </w:p>
    <w:p>
      <w:r>
        <w:rPr>
          <w:b/>
        </w:rPr>
        <w:t xml:space="preserve">[37:40] </w:t>
      </w:r>
      <w:r>
        <w:t>jannat ke liye aap aik deserving candidate ban jayen. kaisi ajeeb baat hai.</w:t>
      </w:r>
    </w:p>
    <w:p>
      <w:pPr>
        <w:jc w:val="right"/>
      </w:pPr>
      <w:r>
        <w:t>جنت کے لیے آپ ایک deserving candidate بن جائیں۔ کیسی عجیب بات ہے۔</w:t>
      </w:r>
    </w:p>
    <w:p>
      <w:r>
        <w:rPr>
          <w:b/>
        </w:rPr>
        <w:t xml:space="preserve">[37:46] </w:t>
      </w:r>
      <w:r>
        <w:t>goya ke Allah taala facilitate kar raha hai logon ke liye ke tum jannat wale bano. jannati personality banane ke liye khud Allah taala halaat tayyar kar rahe hain.</w:t>
      </w:r>
    </w:p>
    <w:p>
      <w:pPr>
        <w:jc w:val="right"/>
      </w:pPr>
      <w:r>
        <w:t>گویا کہ اللہ تعالیٰ facilitate کر رہا ہے لوگوں کے لیے کہ تم جنت والے بنو۔ جنتی personality بنانے کے لیے خود اللہ تعالیٰ حالات تیار کر رہے ہیں۔</w:t>
      </w:r>
    </w:p>
    <w:p>
      <w:r>
        <w:rPr>
          <w:b/>
        </w:rPr>
        <w:t xml:space="preserve">[38:00] </w:t>
      </w:r>
      <w:r>
        <w:t>yaani jo twenty-first century hai,</w:t>
      </w:r>
    </w:p>
    <w:p>
      <w:pPr>
        <w:jc w:val="right"/>
      </w:pPr>
      <w:r>
        <w:t>یعنی جو twenty-first century ہے،</w:t>
      </w:r>
    </w:p>
    <w:p>
      <w:r>
        <w:rPr>
          <w:b/>
        </w:rPr>
        <w:t xml:space="preserve">[38:03] </w:t>
      </w:r>
      <w:r>
        <w:t>is zamane mein jo naya daur aaya hai, jo nayi technology aayi hai, jo nayi opportunities khuli hain,</w:t>
      </w:r>
    </w:p>
    <w:p>
      <w:pPr>
        <w:jc w:val="right"/>
      </w:pPr>
      <w:r>
        <w:t>اس زمانے میں جو نیا دور آیا ہے، جو نئی ٹیکنالوجی آئی ہے، جو نئی opportunities کھلی ہیں،</w:t>
      </w:r>
    </w:p>
    <w:p>
      <w:r>
        <w:rPr>
          <w:b/>
        </w:rPr>
        <w:t xml:space="preserve">[38:14] </w:t>
      </w:r>
      <w:r>
        <w:t>is ne woh sab cheezon ko khatam kar diya hai. yaani hate khatam, revenge khatam, violence khatam, gun khatam, bomb khatam.</w:t>
      </w:r>
    </w:p>
    <w:p>
      <w:pPr>
        <w:jc w:val="right"/>
      </w:pPr>
      <w:r>
        <w:t>اس نے وہ سب چیزوں کو ختم کر دیا ہے۔ یعنی hate ختم، revenge ختم، violence ختم، gun ختم، bomb ختم۔</w:t>
      </w:r>
    </w:p>
    <w:p>
      <w:r>
        <w:rPr>
          <w:b/>
        </w:rPr>
        <w:t xml:space="preserve">[38:26] </w:t>
      </w:r>
      <w:r>
        <w:t>sab kuch khatam.</w:t>
      </w:r>
    </w:p>
    <w:p>
      <w:pPr>
        <w:jc w:val="right"/>
      </w:pPr>
      <w:r>
        <w:t>سب کچھ ختم۔</w:t>
      </w:r>
    </w:p>
    <w:p>
      <w:r>
        <w:rPr>
          <w:b/>
        </w:rPr>
        <w:t xml:space="preserve">[38:31] </w:t>
      </w:r>
      <w:r>
        <w:t>sab kuch khatam. ab to sirf peaceful tareeqe se apna kaam kijiye aur akhirat mein jab dakhil hon to farishte aap ka istaqbal karen ke aa gaya woh banda jo jannat ke liye</w:t>
      </w:r>
    </w:p>
    <w:p>
      <w:pPr>
        <w:jc w:val="right"/>
      </w:pPr>
      <w:r>
        <w:t>سب کچھ ختم۔ اب تو صرف peaceful طریقے سے اپنا کام کیجیے اور آخرت میں جب داخل ہوں تو فرشتے آپ کا استقبال کریں کہ آگیا وہ بندہ جو جنت کے لیے</w:t>
      </w:r>
    </w:p>
    <w:p>
      <w:r>
        <w:rPr>
          <w:b/>
        </w:rPr>
        <w:t xml:space="preserve">[38:49] </w:t>
      </w:r>
      <w:r>
        <w:t>deserve karta hai.</w:t>
      </w:r>
    </w:p>
    <w:p>
      <w:pPr>
        <w:jc w:val="right"/>
      </w:pPr>
      <w:r>
        <w:t>deserve کرتا ہے۔</w:t>
      </w:r>
    </w:p>
    <w:p>
      <w:r>
        <w:rPr>
          <w:b/>
        </w:rPr>
        <w:t xml:space="preserve">[38:53] </w:t>
      </w:r>
      <w:r>
        <w:t>kyun ke agar aap aik item bhi aap ke andar negativity hai, aik item bhi aap ke andar nafrat hai, aik item ke bughz bhi aap ke andar agar shikayat, protest hai, yeh sab cheezen hain to jannat ke liye aap incapacity ho jayenge.</w:t>
      </w:r>
    </w:p>
    <w:p>
      <w:pPr>
        <w:jc w:val="right"/>
      </w:pPr>
      <w:r>
        <w:t>کیونکہ اگر آپ ایک آئٹم بھی آپ کے اندر negativity ہے، ایک آئٹم بھی آپ کے اندر نفرت ہے، ایک آئٹم کے بغض بھی آپ کے اندر اگر شکایت، protest ہے، یہ سب چیزیں ہیں تو جنت کے لیے آپ incapacity ہو جائیں گے۔</w:t>
      </w:r>
    </w:p>
    <w:p>
      <w:r>
        <w:rPr>
          <w:b/>
        </w:rPr>
        <w:t xml:space="preserve">[39:11] </w:t>
      </w:r>
      <w:r>
        <w:t>dekhiye, quran ki pehli ayat hai alhamdu lillahi rabbil alameen. aik bohat ajeeb cheez quran mein aap discover karenge ke jab quran aap kholte hain to pehli ayat milti hai aap ko alhamdu lillahi rabbil alameen</w:t>
      </w:r>
    </w:p>
    <w:p>
      <w:pPr>
        <w:jc w:val="right"/>
      </w:pPr>
      <w:r>
        <w:t>دیکھیے، قرآن کی پہلی آیت ہے الْحَمْدُ لِلَّهِ رَبِّ الْعَالَمِينَ ۔ ایک بہت عجیب چیز قرآن میں آپ discover کریں گے کہ جب قرآن آپ کھولتے ہیں تو پہلی آیت ملتی ہے آپ کو الْحَمْدُ لِلَّهِ رَبِّ الْعَالَمِينَ</w:t>
      </w:r>
    </w:p>
    <w:p>
      <w:r>
        <w:rPr>
          <w:b/>
        </w:rPr>
        <w:t xml:space="preserve">[39:30] </w:t>
      </w:r>
      <w:r>
        <w:t>۔ ay Allah, sari duniya ka rab, tera hi shukr hai, teri hamd hai. acha, is ke baad aap dekhiye, quran mein bataya gaya hai ke log jannat mein jab pahunch jayenge to jannat ka jo culture hoga, jannat ki jo society hogi,</w:t>
      </w:r>
    </w:p>
    <w:p>
      <w:pPr>
        <w:jc w:val="right"/>
      </w:pPr>
      <w:r>
        <w:t>۔ اے اللہ، ساری دنیا کا رب، تیرا ہی شکر ہے، تیری حمد ہے۔ اچھا، اس کے بعد آپ دیکھیے، قرآن میں بتایا گیا ہے کہ لوگ جنت میں جب پہنچ جائیں گے تو جنت کا جو کلچر ہوگا، جنت کی جو سوسائٹی ہوگی،</w:t>
      </w:r>
    </w:p>
    <w:p>
      <w:r>
        <w:rPr>
          <w:b/>
        </w:rPr>
        <w:t xml:space="preserve">[39:48] </w:t>
      </w:r>
      <w:r>
        <w:t>jannat ki jo duniya hogi, us ke bare mein kaha jayega ke wa khairul hamdu lillahi rabbil alameen. yaani jannat mein bhi hamd culture aur duniya mein bhi hamd culture.</w:t>
      </w:r>
    </w:p>
    <w:p>
      <w:pPr>
        <w:jc w:val="right"/>
      </w:pPr>
      <w:r>
        <w:t>جنت کی جو دنیا ہوگی، اس کے بارے میں کہا جائے گا کہ وَخِيرَ الْحَمْدُ لِلَّهِ رَبِّ الْعَالَمِينَ ۔ یعنی جنت میں بھی الحمد کلچر اور دنیا میں بھی الحمد کلچر۔</w:t>
      </w:r>
    </w:p>
    <w:p>
      <w:r>
        <w:rPr>
          <w:b/>
        </w:rPr>
        <w:t xml:space="preserve">[40:01] </w:t>
      </w:r>
      <w:r>
        <w:t>yaani zindagi ki beginning bhi hamd culture se aur zindagi ki end bhi hamd culture se.</w:t>
      </w:r>
    </w:p>
    <w:p>
      <w:pPr>
        <w:jc w:val="right"/>
      </w:pPr>
      <w:r>
        <w:t>یعنی زندگی کی beginning بھی الحمد کلچر سے اور زندگی کی end بھی الحمد کلچر سے۔</w:t>
      </w:r>
    </w:p>
    <w:p>
      <w:r>
        <w:rPr>
          <w:b/>
        </w:rPr>
        <w:t xml:space="preserve">[40:09] </w:t>
      </w:r>
      <w:r>
        <w:t>hamd culture kya hai? Hundred percent positivity mein jeena, hundred percent shukr guzari mein jeena, hundred percent Allah ki blessing ke ehsas mein jeena.</w:t>
      </w:r>
    </w:p>
    <w:p>
      <w:pPr>
        <w:jc w:val="right"/>
      </w:pPr>
      <w:r>
        <w:t>الحمد کلچر کیا ہے؟ Hundred percent positivity میں جینا، hundred percent شکر گزاری میں جینا، hundred percent اللہ کی blessing کے احساس میں جینا۔</w:t>
      </w:r>
    </w:p>
    <w:p>
      <w:r>
        <w:rPr>
          <w:b/>
        </w:rPr>
        <w:t xml:space="preserve">[40:23] </w:t>
      </w:r>
      <w:r>
        <w:t>to kaise mumkin hai?</w:t>
      </w:r>
    </w:p>
    <w:p>
      <w:pPr>
        <w:jc w:val="right"/>
      </w:pPr>
      <w:r>
        <w:t>تو کیسے ممکن ہے؟</w:t>
      </w:r>
    </w:p>
    <w:p>
      <w:r>
        <w:rPr>
          <w:b/>
        </w:rPr>
        <w:t xml:space="preserve">[40:28] </w:t>
      </w:r>
      <w:r>
        <w:t>is ke liye halaat chahiye, is liye support chahiye, supporting base chahiye. to pehle zamane mein supporting base is tarah maujood nahi thi.</w:t>
      </w:r>
    </w:p>
    <w:p>
      <w:pPr>
        <w:jc w:val="right"/>
      </w:pPr>
      <w:r>
        <w:t>اس کے لیے حالات چاہیے، اس لیے support چاہیے، supporting base چاہیے۔ تو پہلے زمانے میں supporting base اس طرح موجود نہیں تھی۔</w:t>
      </w:r>
    </w:p>
    <w:p>
      <w:r>
        <w:rPr>
          <w:b/>
        </w:rPr>
        <w:t xml:space="preserve">[40:41] </w:t>
      </w:r>
      <w:r>
        <w:t>ab poori poori, yaani saare haalaat badal chuke hain, poora poora har cheez support kar rahi hai aap ko, aisa is tarah ki zindagi guzaarne ke liye.</w:t>
      </w:r>
    </w:p>
    <w:p>
      <w:pPr>
        <w:jc w:val="right"/>
      </w:pPr>
      <w:r>
        <w:t>اب پوری پوری، یعنی سارے حالات بدل چکے ہیں، پورا پورا ہر چیز support کر رہی ہے آپ کو، ایسا اس طرح کی زندگی گزارنے کے لیے۔</w:t>
      </w:r>
    </w:p>
    <w:p>
      <w:r>
        <w:rPr>
          <w:b/>
        </w:rPr>
        <w:t xml:space="preserve">[40:52] </w:t>
      </w:r>
      <w:r>
        <w:t>to ab to gun culture aur bomb culture ek badness hai, badness, is ke siwa kuch bhi nahin. Badness ke siwa kuch bhi nahin.</w:t>
      </w:r>
    </w:p>
    <w:p>
      <w:pPr>
        <w:jc w:val="right"/>
      </w:pPr>
      <w:r>
        <w:t>تو اب تو gun culture اور bomb culture ایک badness ہے، badness، اس کے سوا کچھ بھی نہیں۔ Badness کے سوا کچھ بھی نہیں۔</w:t>
      </w:r>
    </w:p>
    <w:p>
      <w:r>
        <w:rPr>
          <w:b/>
        </w:rPr>
        <w:t xml:space="preserve">[41:04] </w:t>
      </w:r>
      <w:r>
        <w:t>yeh to aise hi hai jaise ke kisi ko behtareen is ke fridge mein behtareen khaane maujood hon, woh ja ke lakri chabaye woh.</w:t>
      </w:r>
    </w:p>
    <w:p>
      <w:pPr>
        <w:jc w:val="right"/>
      </w:pPr>
      <w:r>
        <w:t>یہ تو ایسے ہی ہے جیسے کہ کسی کو بہترین اس کے فریج میں بہترین کھانے موجود ہوں، وہ جا کے لکڑی چبائے وہ۔</w:t>
      </w:r>
    </w:p>
    <w:p>
      <w:r>
        <w:rPr>
          <w:b/>
        </w:rPr>
        <w:t xml:space="preserve">[41:15] </w:t>
      </w:r>
      <w:r>
        <w:t>yaani aap ke ghar mein fridge mein saare achhe khaane bhare hue hain, aap ja ke lakri chaba rahe hain, pathar chaba rahe hain. Aise hi ho gaya yeh?</w:t>
      </w:r>
    </w:p>
    <w:p>
      <w:pPr>
        <w:jc w:val="right"/>
      </w:pPr>
      <w:r>
        <w:t>یعنی آپ کے گھر میں فریج میں سارے اچھے کھانے بھرے ہوئے ہیں، آپ جا کے لکڑی چبا رہے ہیں، پتھر چبا رہے ہیں۔ ایسے ہی ہو گیا یہ؟</w:t>
      </w:r>
    </w:p>
    <w:p>
      <w:r>
        <w:rPr>
          <w:b/>
        </w:rPr>
        <w:t xml:space="preserve">[41:26] </w:t>
      </w:r>
      <w:r>
        <w:t>ke mauqe to khol diya Allah Ta'ala ne aap ke liye ke aap hundred percent positive ban kar rahen. Aur aap kya kar rahe hain?</w:t>
      </w:r>
    </w:p>
    <w:p>
      <w:pPr>
        <w:jc w:val="right"/>
      </w:pPr>
      <w:r>
        <w:t>کہ مواقع تو کھول دیا اللہ تعالیٰ نے آپ کے لیے کہ آپ hundred percent positive بن کر رہیں۔ اور آپ کیا کر رہے ہیں؟</w:t>
      </w:r>
    </w:p>
    <w:p>
      <w:r>
        <w:rPr>
          <w:b/>
        </w:rPr>
        <w:t xml:space="preserve">[41:36] </w:t>
      </w:r>
      <w:r>
        <w:t>aap nafraton mein jeete hain, aap tashaddud mein jeete hain, aap gun aur bomb mein jeete hain.</w:t>
      </w:r>
    </w:p>
    <w:p>
      <w:pPr>
        <w:jc w:val="right"/>
      </w:pPr>
      <w:r>
        <w:t>آپ نفرتوں میں جیتے ہیں، آپ تشدد میں جیتے ہیں، آپ gun اور bomb میں جیتے ہیں۔</w:t>
      </w:r>
    </w:p>
    <w:p>
      <w:r>
        <w:rPr>
          <w:b/>
        </w:rPr>
        <w:t xml:space="preserve">[41:42] </w:t>
      </w:r>
      <w:r>
        <w:t>yeh to yahi hua? Ke fridge mein khaane bhare hue hain aur aap lakri chaba rahe hain. To aise haalaat paida kar diye Allah Ta'ala ne is zamane mein ke aap ko zaroorat hi nahin kisi se nafrat karne ki, kisi se ladne ki.</w:t>
      </w:r>
    </w:p>
    <w:p>
      <w:pPr>
        <w:jc w:val="right"/>
      </w:pPr>
      <w:r>
        <w:t>یہ تو یہی ہوا؟ کہ فریج میں کھانے بھرے ہوئے ہیں اور آپ لکڑی چبا رہے ہیں۔ تو ایسے حالات پیدا کر دیے اللہ تعالیٰ نے اس زمانے میں کہ آپ کو ضرورت ہی نہیں کسی سے نفرت کرنے کی، کسی سے لڑنے کی۔</w:t>
      </w:r>
    </w:p>
    <w:p>
      <w:r>
        <w:rPr>
          <w:b/>
        </w:rPr>
        <w:t xml:space="preserve">[42:01] </w:t>
      </w:r>
      <w:r>
        <w:t>kuch bhi zaroorat nahin. Peaceful tareeqe se rahiyye aur aap ka saara kaam banta rahega.</w:t>
      </w:r>
    </w:p>
    <w:p>
      <w:pPr>
        <w:jc w:val="right"/>
      </w:pPr>
      <w:r>
        <w:t>کچھ بھی ضرورت نہیں۔ Peaceful طریقے سے رہیے اور آپ کا سارا کام بنتا رہے گا۔</w:t>
      </w:r>
    </w:p>
    <w:p>
      <w:r>
        <w:rPr>
          <w:b/>
        </w:rPr>
        <w:t xml:space="preserve">[42:14] </w:t>
      </w:r>
      <w:r>
        <w:t>quran mein hai ke dekhiye, main yeh soch raha tha ke shaitan ne yeh challenge kyun kiya? Shaitan ne kaha tha ke Adam ki jab paidaish hui shuru mein to Allah Ta'ala ko ek challenge diya tha us ne.</w:t>
      </w:r>
    </w:p>
    <w:p>
      <w:pPr>
        <w:jc w:val="right"/>
      </w:pPr>
      <w:r>
        <w:t>قرآن میں ہے کہ دیکھیے، میں یہ سوچ رہا تھا کہ شیطان نے یہ challenge کیوں کیا؟ شیطان نے کہا تھا کہ آدم کی جب پیدائش ہوئی شروع میں تو اللہ تعالیٰ کو ایک challenge دیا تھا اس نے۔</w:t>
      </w:r>
    </w:p>
    <w:p>
      <w:r>
        <w:rPr>
          <w:b/>
        </w:rPr>
        <w:t xml:space="preserve">[42:31] </w:t>
      </w:r>
      <w:r>
        <w:t>Allah ko tanikann zurriyatahum billahi qaleelan. Yaani main insaanon ki majority ko solve kar lunga, solve.</w:t>
      </w:r>
    </w:p>
    <w:p>
      <w:pPr>
        <w:jc w:val="right"/>
      </w:pPr>
      <w:r>
        <w:t>اللَّهَ تَنِكَنَّ ذُرِّيَّتُهُمْ بِاللَّهِ قَلِيلًا ۔ یعنی میں انسانوں کی majority کو solve کر لوں گا، solve۔</w:t>
      </w:r>
    </w:p>
    <w:p>
      <w:r>
        <w:rPr>
          <w:b/>
        </w:rPr>
        <w:t xml:space="preserve">[42:42] </w:t>
      </w:r>
      <w:r>
        <w:t>kaisa ajeeb baat hai. Ke insaanon ki majority ko main solve kar lunga, yeh aqeedah tha shaitan ka.</w:t>
      </w:r>
    </w:p>
    <w:p>
      <w:pPr>
        <w:jc w:val="right"/>
      </w:pPr>
      <w:r>
        <w:t>کیسا عجیب بات ہے۔ کہ انسانوں کی majority کو میں solve کر لوں گا، یہ اعتقاد تھا شیطان نے۔</w:t>
      </w:r>
    </w:p>
    <w:p>
      <w:r>
        <w:rPr>
          <w:b/>
        </w:rPr>
        <w:t xml:space="preserve">[42:53] </w:t>
      </w:r>
      <w:r>
        <w:t>to main soch raha tha ke aakhir kaise himmat pari shaitan ki yeh karne ki ke insaan ki majority ko woh solve kar lega? Kaise himmat pari us ki?</w:t>
      </w:r>
    </w:p>
    <w:p>
      <w:pPr>
        <w:jc w:val="right"/>
      </w:pPr>
      <w:r>
        <w:t>تو میں سوچ رہا تھا کہ آخر کیسے ہمت پڑی شیطان کی یہ کرنے کی کہ انسان کی majority کو وہ solve کر لے گا؟ کیسے ہمت پڑی اس کی؟</w:t>
      </w:r>
    </w:p>
    <w:p>
      <w:r>
        <w:rPr>
          <w:b/>
        </w:rPr>
        <w:t xml:space="preserve">[43:04] </w:t>
      </w:r>
      <w:r>
        <w:t>to himmat isi liye pari ke is mein insaan ki ek weakness ko daryaft kiya, ek weakness ko.</w:t>
      </w:r>
    </w:p>
    <w:p>
      <w:pPr>
        <w:jc w:val="right"/>
      </w:pPr>
      <w:r>
        <w:t>تو ہمت اسی لیے پڑی کہ اس میں انسان کی ایک weakness کو دریافت کیا، ایک weakness کو۔</w:t>
      </w:r>
    </w:p>
    <w:p>
      <w:r>
        <w:rPr>
          <w:b/>
        </w:rPr>
        <w:t xml:space="preserve">[43:12] </w:t>
      </w:r>
      <w:r>
        <w:t>ke insaan bohat aasani se unachievable goal ki taraf slip kar jata hai. Bohat aasani se. Hatta ke us waqt bhi jab ke achievable goal ke saare raaste khul gaye hon, tab bhi woh</w:t>
      </w:r>
    </w:p>
    <w:p>
      <w:pPr>
        <w:jc w:val="right"/>
      </w:pPr>
      <w:r>
        <w:t>کہ انسان بہت آسانی سے unachievable goal کی طرف slip کر جاتا ہے۔ بہت آسانی سے۔ حتیٰ کہ اس وقت بھی جب کہ achievable goal کے سارے راستے کھل گئے ہوں، تب بھی وہ</w:t>
      </w:r>
    </w:p>
    <w:p>
      <w:r>
        <w:rPr>
          <w:b/>
        </w:rPr>
        <w:t xml:space="preserve">[43:28] </w:t>
      </w:r>
      <w:r>
        <w:t>ajeeb o ghareeb tor par slip kar ke pahunch jata hai unachievable goal ki taraf.</w:t>
      </w:r>
    </w:p>
    <w:p>
      <w:pPr>
        <w:jc w:val="right"/>
      </w:pPr>
      <w:r>
        <w:t>عجیب و غریب طور پر slip کر کے پہنچ جاتا ہے unachievable goal کی طرف۔</w:t>
      </w:r>
    </w:p>
    <w:p>
      <w:r>
        <w:rPr>
          <w:b/>
        </w:rPr>
        <w:t xml:space="preserve">[43:37] </w:t>
      </w:r>
      <w:r>
        <w:t>jaise Adam jo the, saari jannat khuli hui thi, phir bhi woh ek ek darakht ki taraf chale gaye. Jo vibrant tree tha.</w:t>
      </w:r>
    </w:p>
    <w:p>
      <w:pPr>
        <w:jc w:val="right"/>
      </w:pPr>
      <w:r>
        <w:t>جیسے آدم جو تھے، ساری جنت کھلی ہوئی تھی، پھر بھی وہ ایک ایک درخت کی طرف چلے گئے۔ جو vibrant tree تھا۔</w:t>
      </w:r>
    </w:p>
    <w:p>
      <w:r>
        <w:rPr>
          <w:b/>
        </w:rPr>
        <w:t xml:space="preserve">[43:47] </w:t>
      </w:r>
      <w:r>
        <w:t>to insaan ka ajeeb o ghareeb mizaj hai ke ninety percent is ke liye</w:t>
      </w:r>
    </w:p>
    <w:p>
      <w:pPr>
        <w:jc w:val="right"/>
      </w:pPr>
      <w:r>
        <w:t>تو انسان کی عجیب و غریب مزاج ہے کہ ninety percent اس کے لیے</w:t>
      </w:r>
    </w:p>
    <w:p>
      <w:r>
        <w:rPr>
          <w:b/>
        </w:rPr>
        <w:t xml:space="preserve">[43:56] </w:t>
      </w:r>
      <w:r>
        <w:t>achhe haalaat hain, lekin woh ek percent jo hai usi mein ja kar apne aap ko us mein daal deta hai woh.</w:t>
      </w:r>
    </w:p>
    <w:p>
      <w:pPr>
        <w:jc w:val="right"/>
      </w:pPr>
      <w:r>
        <w:t>اچھے حالات ہیں، لیکن وہ ایک percent جو ہے اسی میں جا کر اپنے آپ کو اس میں داخل کر دیتا ہے وہ۔</w:t>
      </w:r>
    </w:p>
    <w:p>
      <w:r>
        <w:rPr>
          <w:b/>
        </w:rPr>
        <w:t xml:space="preserve">[44:10] </w:t>
      </w:r>
      <w:r>
        <w:t>to insaan ki is kamzori ko jaanta tha ke insaan ko bohat aasani se main behka kar ke unachievable goal ki taraf daal dunga.</w:t>
      </w:r>
    </w:p>
    <w:p>
      <w:pPr>
        <w:jc w:val="right"/>
      </w:pPr>
      <w:r>
        <w:t>تو انسان کی اس کمزوری کو جانتا تھا کہ انسان کو بہت آسانی سے میں بہکا کر کے unachievable goal کی طرف ڈال دوں گا۔</w:t>
      </w:r>
    </w:p>
    <w:p>
      <w:r>
        <w:rPr>
          <w:b/>
        </w:rPr>
        <w:t xml:space="preserve">[44:20] </w:t>
      </w:r>
      <w:r>
        <w:t>ab aap dekhiye, tareekh mein jitne philosophers the, un ko shaitan ne behkaya ke total reality ko tum jaan sakte ho apne mind se.</w:t>
      </w:r>
    </w:p>
    <w:p>
      <w:pPr>
        <w:jc w:val="right"/>
      </w:pPr>
      <w:r>
        <w:t>اب آپ دیکھیے، تاریخ میں جتنے philosophers تھے، ان کو شیطان نے بہکایا کہ total reality کو تم جان سکتے ہو اپنے mind سے۔</w:t>
      </w:r>
    </w:p>
    <w:p>
      <w:r>
        <w:rPr>
          <w:b/>
        </w:rPr>
        <w:t xml:space="preserve">[44:32] </w:t>
      </w:r>
      <w:r>
        <w:t>aur mind ki thin limitations, to woh jaan nahin paya, nateeja yeh ke saare philosophers jo hain freshers hi mare.</w:t>
      </w:r>
    </w:p>
    <w:p>
      <w:pPr>
        <w:jc w:val="right"/>
      </w:pPr>
      <w:r>
        <w:t>اور mind کی تھیں limitations، تو وہ جان نہیں پایا، نتیجہ یہ کہ سارے philosophers جو ہیں freshers ہی مرے۔</w:t>
      </w:r>
    </w:p>
    <w:p>
      <w:r>
        <w:rPr>
          <w:b/>
        </w:rPr>
        <w:t xml:space="preserve">[44:42] </w:t>
      </w:r>
      <w:r>
        <w:t>freshers hi mare saare philosophers. Alexander the Great ke mind mein daal diya, woh to Greece ka badshah tha,</w:t>
      </w:r>
    </w:p>
    <w:p>
      <w:pPr>
        <w:jc w:val="right"/>
      </w:pPr>
      <w:r>
        <w:t>freshers ہی مرے سارے philosophers۔ Alexander the Great کے mind میں ڈال دیا، وہ تو Greece کا بادشاہ تھا،</w:t>
      </w:r>
    </w:p>
    <w:p>
      <w:r>
        <w:rPr>
          <w:b/>
        </w:rPr>
        <w:t xml:space="preserve">[44:50] </w:t>
      </w:r>
      <w:r>
        <w:t>badshahat mili thi us ko. Us ne kaha daal diya ke tum saari duniya ko conquer karo. Ab is duniya ko conquer karne ke liye nikla woh. Aur thirty-three years ke age mein woh freshers hi mar gaya.</w:t>
      </w:r>
    </w:p>
    <w:p>
      <w:pPr>
        <w:jc w:val="right"/>
      </w:pPr>
      <w:r>
        <w:t>بادشاہت ملی تھی اس کو۔ اس نے کہا ڈال دیا کہ تم ساری دنیا کو conquer کرو۔ اب اس دنیا کو conquer کرنے کے لیے نکلا وہ۔ اور thirty-three years کے age میں وہ freshers ہی مر گیا۔</w:t>
      </w:r>
    </w:p>
    <w:p>
      <w:r>
        <w:rPr>
          <w:b/>
        </w:rPr>
        <w:t xml:space="preserve">[45:03] </w:t>
      </w:r>
      <w:r>
        <w:t>conquer kiye baghair. Hitler ke mind mein daal diya</w:t>
      </w:r>
    </w:p>
    <w:p>
      <w:pPr>
        <w:jc w:val="right"/>
      </w:pPr>
      <w:r>
        <w:t>Conquer کیے بغیر۔ ہٹلر کے mind میں ڈال دیا</w:t>
      </w:r>
    </w:p>
    <w:p>
      <w:r>
        <w:rPr>
          <w:b/>
        </w:rPr>
        <w:t xml:space="preserve">[45:08] </w:t>
      </w:r>
      <w:r>
        <w:t>ke tum saare Europe ke ruler ban sakte ho. Us ne ladai chhod di. Lekin kya hua? Fifty-six saal mein woh suicide kar ke mar gaya.</w:t>
      </w:r>
    </w:p>
    <w:p>
      <w:pPr>
        <w:jc w:val="right"/>
      </w:pPr>
      <w:r>
        <w:t>کہ تم سارے Europe کے ruler بن سکتے ہو۔ اس نے لڑائی چھوڑ دی۔ لیکن کیا ہوا؟ fifty-six سال میں وہ suicide کر کے مر گیا۔</w:t>
      </w:r>
    </w:p>
    <w:p>
      <w:r>
        <w:rPr>
          <w:b/>
        </w:rPr>
        <w:t xml:space="preserve">[45:19] </w:t>
      </w:r>
      <w:r>
        <w:t>frustration mein.</w:t>
      </w:r>
    </w:p>
    <w:p>
      <w:pPr>
        <w:jc w:val="right"/>
      </w:pPr>
      <w:r>
        <w:t>Frustration میں۔</w:t>
      </w:r>
    </w:p>
    <w:p>
      <w:r>
        <w:rPr>
          <w:b/>
        </w:rPr>
        <w:t xml:space="preserve">[45:23] </w:t>
      </w:r>
      <w:r>
        <w:t>yahi haal is zamane mein musalmanon ka hai. ke musalmanon ko ek unachievable goal mein phansa rakha hai is ne. ke sari dunya mein islam ki hukumat, sari dunya mein islam ka nizam, sari dunya mein islam ka qanoon, sari dunya se kufr o batil ko mitana.</w:t>
      </w:r>
    </w:p>
    <w:p>
      <w:pPr>
        <w:jc w:val="right"/>
      </w:pPr>
      <w:r>
        <w:t>یہی حال اس زمانے میں مسلمانوں کا ہے۔ کہ مسلمانوں کو ایک unachievable goal میں پھنسا رکھا ہے اس نے۔ کہ ساری دنیا میں اسلام کی حکومت، ساری دنیا میں اسلام کا نظام، ساری دنیا میں اسلام کا قانون، ساری دنیا سے کفر و باطل کو مٹانا۔</w:t>
      </w:r>
    </w:p>
    <w:p>
      <w:r>
        <w:rPr>
          <w:b/>
        </w:rPr>
        <w:t xml:space="preserve">[45:40] </w:t>
      </w:r>
      <w:r>
        <w:t>that is unachievable goal. kyun? yeh goal takra raha hai Allah ke creation plan se.</w:t>
      </w:r>
    </w:p>
    <w:p>
      <w:pPr>
        <w:jc w:val="right"/>
      </w:pPr>
      <w:r>
        <w:t>That is unachievable goal. کیوں؟ یہ goal ٹکرا رہا ہے اللہ کے creation plan سے۔</w:t>
      </w:r>
    </w:p>
    <w:p>
      <w:r>
        <w:rPr>
          <w:b/>
        </w:rPr>
        <w:t xml:space="preserve">[45:50] </w:t>
      </w:r>
      <w:r>
        <w:t>Allah ne har ek ko azadi di hai, har ek ko total freedom diya hai, poori azadi.</w:t>
      </w:r>
    </w:p>
    <w:p>
      <w:pPr>
        <w:jc w:val="right"/>
      </w:pPr>
      <w:r>
        <w:t>اللہ نے ہر ایک کو آزادی دی ہے، ہر ایک کو total freedom دیا ہے، پوری آزادی۔</w:t>
      </w:r>
    </w:p>
    <w:p>
      <w:r>
        <w:rPr>
          <w:b/>
        </w:rPr>
        <w:t xml:space="preserve">[45:58] </w:t>
      </w:r>
      <w:r>
        <w:t>phir jab poori azadi hai to aap kya karenge? jab poori azadi di hai to aap yeh kar hi nahi sakte ke sari dunya mein aap apna hukum chalane lagain.</w:t>
      </w:r>
    </w:p>
    <w:p>
      <w:pPr>
        <w:jc w:val="right"/>
      </w:pPr>
      <w:r>
        <w:t>پھر جب پوری آزادی ہے تو آپ کیا کریں گے؟ جب پوری آزادی دی ہے تو آپ یہ کر ہی نہیں سکتے کہ ساری دنیا میں آپ اپنا حکم چلانے لگیں۔</w:t>
      </w:r>
    </w:p>
    <w:p>
      <w:r>
        <w:rPr>
          <w:b/>
        </w:rPr>
        <w:t xml:space="preserve">[46:11] </w:t>
      </w:r>
      <w:r>
        <w:t>mumkin nahi hai har aadmi revolt karega jagah jagah.</w:t>
      </w:r>
    </w:p>
    <w:p>
      <w:pPr>
        <w:jc w:val="right"/>
      </w:pPr>
      <w:r>
        <w:t>ممکن نہیں ہے ہر آدمی revolt کرے گا جگہ جگہ۔</w:t>
      </w:r>
    </w:p>
    <w:p>
      <w:r>
        <w:rPr>
          <w:b/>
        </w:rPr>
        <w:t xml:space="preserve">[46:16] </w:t>
      </w:r>
      <w:r>
        <w:t>to sari dunya ke musalmanon ke dimagh mein shaitan ne kya kar diya? ek unachievable goal mein phansa diya un ko. lad rahe hain, mar rahe hain, suicide bombing kar rahe hain, milta kuch bhi nahi.</w:t>
      </w:r>
    </w:p>
    <w:p>
      <w:pPr>
        <w:jc w:val="right"/>
      </w:pPr>
      <w:r>
        <w:t>تو ساری دنیا کے مسلمانوں کے دماغ میں شیطان نے کیا کر دیا؟ ایک unachievable goal میں پھنسا دیا ان کو۔ لڑ رہے ہیں، مر رہے ہیں، suicide bombing کر رہے ہیں، ملتا کچھ بھی نہیں۔</w:t>
      </w:r>
    </w:p>
    <w:p>
      <w:r>
        <w:rPr>
          <w:b/>
        </w:rPr>
        <w:t xml:space="preserve">[46:27] </w:t>
      </w:r>
      <w:r>
        <w:t>milta kya hai? nafrat, inteqam, nafrat, revenge aur suicide bombing.</w:t>
      </w:r>
    </w:p>
    <w:p>
      <w:pPr>
        <w:jc w:val="right"/>
      </w:pPr>
      <w:r>
        <w:t>ملتا کیا ہے؟ نفرت، انتقام، نفرت، revenge اور suicide bombing۔</w:t>
      </w:r>
    </w:p>
    <w:p>
      <w:r>
        <w:rPr>
          <w:b/>
        </w:rPr>
        <w:t xml:space="preserve">[46:37] </w:t>
      </w:r>
      <w:r>
        <w:t>to shaitan ne jo challenge diya tha ke main insanon ki majority ko solve kar lunga, usi weakness ko jaan kar ke.</w:t>
      </w:r>
    </w:p>
    <w:p>
      <w:pPr>
        <w:jc w:val="right"/>
      </w:pPr>
      <w:r>
        <w:t>تو شیطان نے جو challenge دیا تھا کہ میں انسانوں کی majority کو solve کر لوں گا، اسی weakness کو جان کر کے۔</w:t>
      </w:r>
    </w:p>
    <w:p>
      <w:r>
        <w:rPr>
          <w:b/>
        </w:rPr>
        <w:t xml:space="preserve">[46:46] </w:t>
      </w:r>
      <w:r>
        <w:t>ke bohat aasani se insan ko aisa kiya sakta hai ke us ko aisi baatein us ke dimagh mein dali jayen</w:t>
      </w:r>
    </w:p>
    <w:p>
      <w:pPr>
        <w:jc w:val="right"/>
      </w:pPr>
      <w:r>
        <w:t>کہ بہت آسانی سے انسان کو ایسا کیا سکتا ہے کہ اس کو ایسی باتیں اس کے دماغ میں ڈالی جائیں</w:t>
      </w:r>
    </w:p>
    <w:p>
      <w:r>
        <w:rPr>
          <w:b/>
        </w:rPr>
        <w:t xml:space="preserve">[46:56] </w:t>
      </w:r>
      <w:r>
        <w:t>ke woh bohat slip kar ke pahunch jaye unachievable goal ki taraf.</w:t>
      </w:r>
    </w:p>
    <w:p>
      <w:pPr>
        <w:jc w:val="right"/>
      </w:pPr>
      <w:r>
        <w:t>کہ وہ بہت slip کر کے پہنچ جائے unachievable goal کی طرف۔</w:t>
      </w:r>
    </w:p>
    <w:p>
      <w:r>
        <w:rPr>
          <w:b/>
        </w:rPr>
        <w:t xml:space="preserve">[47:04] </w:t>
      </w:r>
      <w:r>
        <w:t>jo unachievable goal ki taraf jayega to kya hoga? jo shaitan ne kaha tha وَلَا تَجَدُوا أَكْثَرَهُمْ شَاكِرِينَ ۔</w:t>
      </w:r>
    </w:p>
    <w:p>
      <w:pPr>
        <w:jc w:val="right"/>
      </w:pPr>
      <w:r>
        <w:t>جو unachievable goal کی طرف جائے گا تو کیا ہوگا؟ جو شیطان نے کہا تھا وَلَا تَجَدُوا أَكْثَرَهُمْ شَاكِرِينَ ۔</w:t>
      </w:r>
    </w:p>
    <w:p>
      <w:r>
        <w:rPr>
          <w:b/>
        </w:rPr>
        <w:t xml:space="preserve">[47:13] </w:t>
      </w:r>
      <w:r>
        <w:t>insanon ki majority jo hai woh shukr se hat jayegi. yani alhamdulillah culture se hat jayegi.</w:t>
      </w:r>
    </w:p>
    <w:p>
      <w:pPr>
        <w:jc w:val="right"/>
      </w:pPr>
      <w:r>
        <w:t>انسانوں کی majority جو ہے وہ شکر سے ہٹ جائے گی۔ یعنی الحمد culture سے ہٹ جائے گی۔</w:t>
      </w:r>
    </w:p>
    <w:p>
      <w:r>
        <w:rPr>
          <w:b/>
        </w:rPr>
        <w:t xml:space="preserve">[47:23] </w:t>
      </w:r>
      <w:r>
        <w:t>aur yahi ho raha hai. har ek dekhiye nafrat ki boli bolta hai, shikayat ki boli bolta hai, protest ki boli bolta hai. to shaitan ne logon ko hata rakha hai alhamdulillah, alhamdulillah culture se.</w:t>
      </w:r>
    </w:p>
    <w:p>
      <w:pPr>
        <w:jc w:val="right"/>
      </w:pPr>
      <w:r>
        <w:t>اور یہی ہو رہا ہے۔ ہر ایک دیکھیے نفرت کی بولی بولتا ہے، شکایت کی بولی بولتا ہے، protest کی بولی بولتا ہے۔ تو شیطان نے لوگوں کو ہٹا رکھا ہے الحمد، الحمدللہ culture سے۔</w:t>
      </w:r>
    </w:p>
    <w:p>
      <w:r>
        <w:rPr>
          <w:b/>
        </w:rPr>
        <w:t xml:space="preserve">[47:38] </w:t>
      </w:r>
      <w:r>
        <w:t>alhamdulillah culture se hata kar ke daal rakha hai kahan?</w:t>
      </w:r>
    </w:p>
    <w:p>
      <w:pPr>
        <w:jc w:val="right"/>
      </w:pPr>
      <w:r>
        <w:t>الحمدللہ culture سے ہٹا کر کے ڈال رکھا ہے کہاں؟</w:t>
      </w:r>
    </w:p>
    <w:p>
      <w:r>
        <w:rPr>
          <w:b/>
        </w:rPr>
        <w:t xml:space="preserve">[47:41] </w:t>
      </w:r>
      <w:r>
        <w:t>nashukri par. complaint, protest, tashaddud, yahan tak ke suicide bombing.</w:t>
      </w:r>
    </w:p>
    <w:p>
      <w:pPr>
        <w:jc w:val="right"/>
      </w:pPr>
      <w:r>
        <w:t>ناشکری پر۔ Complaint، protest، تشدد، یہاں تک کہ suicide bombing۔</w:t>
      </w:r>
    </w:p>
    <w:p>
      <w:r>
        <w:rPr>
          <w:b/>
        </w:rPr>
        <w:t xml:space="preserve">[47:53] </w:t>
      </w:r>
      <w:r>
        <w:t>to in waqiat ko dekhte hue bhi nahi samajh mein aya ke shaitan ko himmat kaise pari ke woh yeh kahe ke main is insanon ki majority ko solve kar lunga. kyunke us ne insan ki weakness ko pakad liya tha.</w:t>
      </w:r>
    </w:p>
    <w:p>
      <w:pPr>
        <w:jc w:val="right"/>
      </w:pPr>
      <w:r>
        <w:t>تو ان واقعات کو دیکھتے ہوئے بھی نہیں سمجھ میں آیا کہ شیطان کو ہمت کیسے پڑی کہ وہ یہ کہے کہ میں اس انسانوں کی majority کو solve کر لوں گا۔ کیونکہ اس نے انسان کی weakness کو پکڑ لیا تھا۔</w:t>
      </w:r>
    </w:p>
    <w:p>
      <w:r>
        <w:rPr>
          <w:b/>
        </w:rPr>
        <w:t xml:space="preserve">[48:08] </w:t>
      </w:r>
      <w:r>
        <w:t>ke bohat aasani se insan ke dimagh mein ek aisi baat dali ja sakti hai ke woh unachievable goal ki taraf daud pare.</w:t>
      </w:r>
    </w:p>
    <w:p>
      <w:pPr>
        <w:jc w:val="right"/>
      </w:pPr>
      <w:r>
        <w:t>کہ بہت آسانی سے انسان کے دماغ میں ایک ایسی بات ڈالی جا سکتی ہے کہ وہ unachievable goal کی طرف دوڑ پڑے۔</w:t>
      </w:r>
    </w:p>
    <w:p>
      <w:r>
        <w:rPr>
          <w:b/>
        </w:rPr>
        <w:t xml:space="preserve">[48:20] </w:t>
      </w:r>
      <w:r>
        <w:t>yahan tak ke dekhiye shadi hoti hai, love marriage, aur us ke baad kyun aapas mein ladte jhagadte hain log? kyun separation hota hai?</w:t>
      </w:r>
    </w:p>
    <w:p>
      <w:pPr>
        <w:jc w:val="right"/>
      </w:pPr>
      <w:r>
        <w:t>یہاں تک کہ دیکھیے شادی ہوتی ہے، love marriage، اور اس کے بعد کیوں آپس میں لڑتے جھگڑتے ہیں لوگ؟ کیوں separation ہوتا ہے؟</w:t>
      </w:r>
    </w:p>
    <w:p>
      <w:r>
        <w:rPr>
          <w:b/>
        </w:rPr>
        <w:t xml:space="preserve">[48:30] </w:t>
      </w:r>
      <w:r>
        <w:t>kyun? is liye ke wahan bhi dono chahte hain ek aisi cheez jo achievable nahi.</w:t>
      </w:r>
    </w:p>
    <w:p>
      <w:pPr>
        <w:jc w:val="right"/>
      </w:pPr>
      <w:r>
        <w:t>کیوں؟ اس لیے کہ وہاں بھی دونوں چاہتے ہیں ایک ایسی چیز جو achievable نہیں۔</w:t>
      </w:r>
    </w:p>
    <w:p>
      <w:r>
        <w:rPr>
          <w:b/>
        </w:rPr>
        <w:t xml:space="preserve">[48:37] </w:t>
      </w:r>
      <w:r>
        <w:t>dono chahte hain ke woh woh meri baat mane, woh kahe meri baat mane.</w:t>
      </w:r>
    </w:p>
    <w:p>
      <w:pPr>
        <w:jc w:val="right"/>
      </w:pPr>
      <w:r>
        <w:t>دونوں چاہتے ہیں کہ وہ وہ میری بات مانے، وہ کہے میری بات مانے۔</w:t>
      </w:r>
    </w:p>
    <w:p>
      <w:r>
        <w:rPr>
          <w:b/>
        </w:rPr>
        <w:t xml:space="preserve">[48:43] </w:t>
      </w:r>
      <w:r>
        <w:t>to achievable kya hai? adjustment. adjustment. yeh nahi ke woh tumhare aage surrender kar de, woh tumhare aage surrender kar de.</w:t>
      </w:r>
    </w:p>
    <w:p>
      <w:pPr>
        <w:jc w:val="right"/>
      </w:pPr>
      <w:r>
        <w:t>تو achievable کیا ہے؟ Adjustment۔ Adjustment۔ یہ نہیں کہ وہ تمہارے آگے surrender کر دے، وہ تمہارے آگے surrender کر دے۔</w:t>
      </w:r>
    </w:p>
    <w:p>
      <w:r>
        <w:rPr>
          <w:b/>
        </w:rPr>
        <w:t xml:space="preserve">[48:54] </w:t>
      </w:r>
      <w:r>
        <w:t>yeh to achievable nahi hai.</w:t>
      </w:r>
    </w:p>
    <w:p>
      <w:pPr>
        <w:jc w:val="right"/>
      </w:pPr>
      <w:r>
        <w:t>یہ تو achievable نہیں ہے۔</w:t>
      </w:r>
    </w:p>
    <w:p>
      <w:r>
        <w:rPr>
          <w:b/>
        </w:rPr>
        <w:t xml:space="preserve">[48:58] </w:t>
      </w:r>
      <w:r>
        <w:t>to aurat chahti hai ke mard mere aage surrender kar de, mard chahta hai ke aurat mere aage surrender kar de. to shaitan bohat aasani se dono ko ek unachievable goal ki taraf daal deta hai.</w:t>
      </w:r>
    </w:p>
    <w:p>
      <w:pPr>
        <w:jc w:val="right"/>
      </w:pPr>
      <w:r>
        <w:t>تو عورت چاہتی ہے کہ مرد میرے آگے surrender کر دے، مرد چاہتا ہے کہ عورت میرے آگے surrender کر دے۔ تو شیطان بہت آسانی سے دونوں کو ایک unachievable goal کی طرف ڈال دیتا ہے۔</w:t>
      </w:r>
    </w:p>
    <w:p>
      <w:r>
        <w:rPr>
          <w:b/>
        </w:rPr>
        <w:t xml:space="preserve">[49:10] </w:t>
      </w:r>
      <w:r>
        <w:t>to ladte hain, ladte hain, ladte hain. yahan tak ke separation ho jata hai.</w:t>
      </w:r>
    </w:p>
    <w:p>
      <w:pPr>
        <w:jc w:val="right"/>
      </w:pPr>
      <w:r>
        <w:t>تو لڑتے ہیں، لڑتے ہیں، لڑتے ہیں۔ یہاں تک کہ separation ہو جاتا ہے۔</w:t>
      </w:r>
    </w:p>
    <w:p>
      <w:r>
        <w:rPr>
          <w:b/>
        </w:rPr>
        <w:t xml:space="preserve">[49:17] </w:t>
      </w:r>
      <w:r>
        <w:t>aise hi har jagah. Business mein mislan dekhiye, ek aadmi business karta hai, achha khasa chal raha hota hai, ab us ke dimagh mein kya aata hai? Ke bank se loan lo aur sab se bare tum ban jao.</w:t>
      </w:r>
    </w:p>
    <w:p>
      <w:pPr>
        <w:jc w:val="right"/>
      </w:pPr>
      <w:r>
        <w:t>ایسے ہی ہر جگہ۔ Business میں مثلاً دیکھیے، ایک آدمی business کرتا ہے، اچھا خاصا چل رہا ہوتا ہے، اب اس کے دماغ میں کیا آتا ہے؟ کہ بینک سے loan لو اور سب سے بڑے تم بن جاؤ۔</w:t>
      </w:r>
    </w:p>
    <w:p>
      <w:r>
        <w:rPr>
          <w:b/>
        </w:rPr>
        <w:t xml:space="preserve">[49:31] </w:t>
      </w:r>
      <w:r>
        <w:t>ab bank se loan kar le kar ke is ka installment nahi de pata aur frustration mein mar jata hai.</w:t>
      </w:r>
    </w:p>
    <w:p>
      <w:pPr>
        <w:jc w:val="right"/>
      </w:pPr>
      <w:r>
        <w:t>اب بینک سے loan کر لے کر کے اس کا installment نہیں دے پاتا اور frustration میں مر جاتا ہے۔</w:t>
      </w:r>
    </w:p>
    <w:p>
      <w:r>
        <w:rPr>
          <w:b/>
        </w:rPr>
        <w:t xml:space="preserve">[49:39] </w:t>
      </w:r>
      <w:r>
        <w:t>jaise abhi jaldi is ka qissa hua jo wo tha Steve Jobs jo tha, jis ne bohat bara Apple wo kiya nikala tha?</w:t>
      </w:r>
    </w:p>
    <w:p>
      <w:pPr>
        <w:jc w:val="right"/>
      </w:pPr>
      <w:r>
        <w:t>جیسے ابھی جلدی اس کا قصہ ہوا جو وہ تھا Steve Jobs جو تھا، جس نے بہت بڑا Apple وہ کیا نکالا تھا؟</w:t>
      </w:r>
    </w:p>
    <w:p>
      <w:r>
        <w:rPr>
          <w:b/>
        </w:rPr>
        <w:t xml:space="preserve">[49:51] </w:t>
      </w:r>
      <w:r>
        <w:t>computer. To wo frustration mein mara.</w:t>
      </w:r>
    </w:p>
    <w:p>
      <w:pPr>
        <w:jc w:val="right"/>
      </w:pPr>
      <w:r>
        <w:t>کمپیوٹر۔ تو وہ frustration میں مرا۔</w:t>
      </w:r>
    </w:p>
    <w:p>
      <w:r>
        <w:rPr>
          <w:b/>
        </w:rPr>
        <w:t xml:space="preserve">[49:56] </w:t>
      </w:r>
      <w:r>
        <w:t>ke dunya ke sare bare maldar bante ke chakar mein. To bohat aasani se chahe secular field mein aadmi ho, chahe religious field mein, shaitan bohat aasani se is ko kya karta hai?</w:t>
      </w:r>
    </w:p>
    <w:p>
      <w:pPr>
        <w:jc w:val="right"/>
      </w:pPr>
      <w:r>
        <w:t>کہ دنیا کے سارے بڑے مالدار بننے کے چکر میں۔ تو بہت آسانی سے چاہے secular field میں آدمی ہو، چاہے religious field میں، شیطان بہت آسانی سے اس کو کیا کرتا ہے؟</w:t>
      </w:r>
    </w:p>
    <w:p>
      <w:r>
        <w:rPr>
          <w:b/>
        </w:rPr>
        <w:t xml:space="preserve">[50:10] </w:t>
      </w:r>
      <w:r>
        <w:t>Unachievable goal ki taraf daal deta hai.</w:t>
      </w:r>
    </w:p>
    <w:p>
      <w:pPr>
        <w:jc w:val="right"/>
      </w:pPr>
      <w:r>
        <w:t>Unachievable goal کی طرف ڈال دیتا ہے۔</w:t>
      </w:r>
    </w:p>
    <w:p>
      <w:r>
        <w:rPr>
          <w:b/>
        </w:rPr>
        <w:t xml:space="preserve">[50:17] </w:t>
      </w:r>
      <w:r>
        <w:t>To aaj jab maine khabar padhi akhbar mein to maine kaha ke dekho,</w:t>
      </w:r>
    </w:p>
    <w:p>
      <w:pPr>
        <w:jc w:val="right"/>
      </w:pPr>
      <w:r>
        <w:t>تو آج جب میں نے خبر پڑھی اخبار میں تو میں نے کہا کہ دیکھو،</w:t>
      </w:r>
    </w:p>
    <w:p>
      <w:r>
        <w:rPr>
          <w:b/>
        </w:rPr>
        <w:t xml:space="preserve">[50:25] </w:t>
      </w:r>
      <w:r>
        <w:t>itne sare muslim countries hain, fifty-eight muslim countries hain, har jagah larai, har jagah tashaddud, har jagah nafrat, har jagah jihad ke naam par takrao.</w:t>
      </w:r>
    </w:p>
    <w:p>
      <w:pPr>
        <w:jc w:val="right"/>
      </w:pPr>
      <w:r>
        <w:t>اتنے سارے مسلم countries ہیں، fifty-eight مسلم countries ہیں، ہر جگہ لڑائی، ہر جگہ تشدد، ہر جگہ نفرت، ہر جگہ جہاد کے نام پر ٹکراؤ۔</w:t>
      </w:r>
    </w:p>
    <w:p>
      <w:r>
        <w:rPr>
          <w:b/>
        </w:rPr>
        <w:t xml:space="preserve">[50:34] </w:t>
      </w:r>
      <w:r>
        <w:t>kyun? Unachievable goal.</w:t>
      </w:r>
    </w:p>
    <w:p>
      <w:pPr>
        <w:jc w:val="right"/>
      </w:pPr>
      <w:r>
        <w:t>کیوں؟ Unachievable goal۔</w:t>
      </w:r>
    </w:p>
    <w:p>
      <w:r>
        <w:rPr>
          <w:b/>
        </w:rPr>
        <w:t xml:space="preserve">[50:48] </w:t>
      </w:r>
      <w:r>
        <w:t>To insan ko dekhiye, ye wisdom mein samajhta hoon ke ye wisdom hai. Ye wisdom hai to differentiate between achievable and unachievable .</w:t>
      </w:r>
    </w:p>
    <w:p>
      <w:pPr>
        <w:jc w:val="right"/>
      </w:pPr>
      <w:r>
        <w:t>تو انسان کو دیکھیے، یہ wisdom میں سمجھتا ہوں کہ یہ wisdom ہے۔ یہ wisdom ہے to differentiate between achievable and unachievable ۔</w:t>
      </w:r>
    </w:p>
    <w:p>
      <w:r>
        <w:rPr>
          <w:b/>
        </w:rPr>
        <w:t xml:space="preserve">[50:59] </w:t>
      </w:r>
      <w:r>
        <w:t>Ye wisdom hai. Isi ke naam wisdom hai ke aap farq kar saken.</w:t>
      </w:r>
    </w:p>
    <w:p>
      <w:pPr>
        <w:jc w:val="right"/>
      </w:pPr>
      <w:r>
        <w:t>یہ wisdom ہے۔ اسی کے نام wisdom ہے کہ آپ فرق کر سکیں۔</w:t>
      </w:r>
    </w:p>
    <w:p>
      <w:r>
        <w:rPr>
          <w:b/>
        </w:rPr>
        <w:t xml:space="preserve">[51:06] </w:t>
      </w:r>
      <w:r>
        <w:t>ke what is achievable and what is unachievable .</w:t>
      </w:r>
    </w:p>
    <w:p>
      <w:pPr>
        <w:jc w:val="right"/>
      </w:pPr>
      <w:r>
        <w:t>کہ what is achievable and what is unachievable ۔</w:t>
      </w:r>
    </w:p>
    <w:p>
      <w:r>
        <w:rPr>
          <w:b/>
        </w:rPr>
        <w:t xml:space="preserve">[51:13] </w:t>
      </w:r>
      <w:r>
        <w:t>Kyunke hamesha dekhiye, chahe ek individual ho, chahe koi bara aadmi ho, chahe VVVIP ho, kuch bhi ho, har ek ke liye kuch hota hai achievable, kuch hota hai unachievable.</w:t>
      </w:r>
    </w:p>
    <w:p>
      <w:pPr>
        <w:jc w:val="right"/>
      </w:pPr>
      <w:r>
        <w:t>کیونکہ ہمیشہ دیکھیے، چاہے ایک individual ہو، چاہے کوئی بڑا آدمی ہو، چاہے وی وی آئی پی ہو، کچھ بھی ہو، ہر ایک کے لیے کچھ ہوتا ہے achievable، کچھ ہوتا ہے unachievable۔</w:t>
      </w:r>
    </w:p>
    <w:p>
      <w:r>
        <w:rPr>
          <w:b/>
        </w:rPr>
        <w:t xml:space="preserve">[51:29] </w:t>
      </w:r>
      <w:r>
        <w:t>To wisdom yahi hai, hikmat yahi hai ke aap farq ko jano aur apne aap ko sirf achievable mein istemal karo.</w:t>
      </w:r>
    </w:p>
    <w:p>
      <w:pPr>
        <w:jc w:val="right"/>
      </w:pPr>
      <w:r>
        <w:t>تو wisdom یہی ہے، حکمت یہی ہے کہ آپ فرق کو جانیں اور اپنے آپ کو صرف achievable میں استعمال کریں۔</w:t>
      </w:r>
    </w:p>
    <w:p>
      <w:r>
        <w:rPr>
          <w:b/>
        </w:rPr>
        <w:t xml:space="preserve">[51:39] </w:t>
      </w:r>
      <w:r>
        <w:t>Unachievable se mukammal taur par door raho. Warna kya hoga? Tension, tension,</w:t>
      </w:r>
    </w:p>
    <w:p>
      <w:pPr>
        <w:jc w:val="right"/>
      </w:pPr>
      <w:r>
        <w:t>Unachievable سے مکمل طور پر دور رہیں۔ ورنہ کیا ہوگا؟ Tension، tension،</w:t>
      </w:r>
    </w:p>
    <w:p>
      <w:r>
        <w:rPr>
          <w:b/>
        </w:rPr>
        <w:t xml:space="preserve">[51:46] </w:t>
      </w:r>
      <w:r>
        <w:t>hate, hate.</w:t>
      </w:r>
    </w:p>
    <w:p>
      <w:pPr>
        <w:jc w:val="right"/>
      </w:pPr>
      <w:r>
        <w:t>hate, hate۔</w:t>
      </w:r>
    </w:p>
    <w:p>
      <w:r>
        <w:rPr>
          <w:b/>
        </w:rPr>
        <w:t xml:space="preserve">[51:50] </w:t>
      </w:r>
      <w:r>
        <w:t>Yahan tak ke hote hote,</w:t>
      </w:r>
    </w:p>
    <w:p>
      <w:pPr>
        <w:jc w:val="right"/>
      </w:pPr>
      <w:r>
        <w:t>یہاں تک کہ ہوتے ہوتے،</w:t>
      </w:r>
    </w:p>
    <w:p>
      <w:r>
        <w:rPr>
          <w:b/>
        </w:rPr>
        <w:t xml:space="preserve">[51:56] </w:t>
      </w:r>
      <w:r>
        <w:t>yani early death.</w:t>
      </w:r>
    </w:p>
    <w:p>
      <w:pPr>
        <w:jc w:val="right"/>
      </w:pPr>
      <w:r>
        <w:t>یعنی early death۔</w:t>
      </w:r>
    </w:p>
    <w:p>
      <w:r>
        <w:rPr>
          <w:b/>
        </w:rPr>
        <w:t xml:space="preserve">[52:06] </w:t>
      </w:r>
      <w:r>
        <w:t>Abhi subah mujhe ek ek ek sahib ke bare mein maloom hua ke wo achha job un ke paas tha, paisa bhi tha, sab kuch tha, lekin koi ek aisa goal bana liya unho ne jo achievable nahi tha.</w:t>
      </w:r>
    </w:p>
    <w:p>
      <w:pPr>
        <w:jc w:val="right"/>
      </w:pPr>
      <w:r>
        <w:t>ابھی صبح مجھے ایک ایک ایک صاحب کے بارے میں معلوم ہوا کہ وہ اچھا job ان کے پاس تھا، پیسہ بھی تھا، سب کچھ تھا، لیکن کوئی ایک ایسا goal بنا لیا انہوں نے جو achievable نہیں تھا۔</w:t>
      </w:r>
    </w:p>
    <w:p>
      <w:r>
        <w:rPr>
          <w:b/>
        </w:rPr>
        <w:t xml:space="preserve">[52:20] </w:t>
      </w:r>
      <w:r>
        <w:t>wo hasil nahi ho raha tha.</w:t>
      </w:r>
    </w:p>
    <w:p>
      <w:pPr>
        <w:jc w:val="right"/>
      </w:pPr>
      <w:r>
        <w:t>وہ حاصل نہیں ہو رہا تھا۔</w:t>
      </w:r>
    </w:p>
    <w:p>
      <w:r>
        <w:rPr>
          <w:b/>
        </w:rPr>
        <w:t xml:space="preserve">[52:22] </w:t>
      </w:r>
      <w:r>
        <w:t>To yahan tak tension mein pade ke dono gurde fail ho gaye, dono kidney fail ho gayi un ki. Yani bazahir sab kuch tha un ke paas. Khane peene ki kami nahi, rehne ke liye ghar hai,</w:t>
      </w:r>
    </w:p>
    <w:p>
      <w:pPr>
        <w:jc w:val="right"/>
      </w:pPr>
      <w:r>
        <w:t>تو یہاں تک tension میں پڑے کہ دونوں گردے fail ہو گئے، دونوں kidney fail ہو گئی ان کی۔ یعنی بظاہر سب کچھ تھا ان کے پاس۔ کھانے پینے کی کمی نہیں، رہنے کے لیے گھر ہے،</w:t>
      </w:r>
    </w:p>
    <w:p>
      <w:r>
        <w:rPr>
          <w:b/>
        </w:rPr>
        <w:t xml:space="preserve">[52:37] </w:t>
      </w:r>
      <w:r>
        <w:t>baithne ke liye car hai, sab kuch hai.</w:t>
      </w:r>
    </w:p>
    <w:p>
      <w:pPr>
        <w:jc w:val="right"/>
      </w:pPr>
      <w:r>
        <w:t>بیٹھنے کے لیے کار ہے، سب کچھ ہے۔</w:t>
      </w:r>
    </w:p>
    <w:p>
      <w:r>
        <w:rPr>
          <w:b/>
        </w:rPr>
        <w:t xml:space="preserve">[52:39] </w:t>
      </w:r>
      <w:r>
        <w:t>Phir bhi unho ne ek unachievable goal bana liya apne liye. Ke falan cheez to abhi mili nahi, falan item to abhi baki hai. Is chakar mein tension pade, tension badhte badhte, itna bara tension ke un ke bimar ho gaye aur phir dono kidney fail ho gaye aur mar gaye.</w:t>
      </w:r>
    </w:p>
    <w:p>
      <w:pPr>
        <w:jc w:val="right"/>
      </w:pPr>
      <w:r>
        <w:t>پھر بھی انہوں نے ایک unachievable goal بنا لیا اپنے لیے۔ کہ فلاں چیز تو ابھی ملی نہیں، فلاں item تو ابھی باقی ہے۔ اس چکر میں tension پڑے، tension بڑھتے بڑھتے، اتنا بڑا tension کہ ان کے بیمار ہو گئے اور پھر دونوں kidney fail ہو گئے اور مر گئے۔</w:t>
      </w:r>
    </w:p>
    <w:p>
      <w:r>
        <w:rPr>
          <w:b/>
        </w:rPr>
        <w:t xml:space="preserve">[52:58] </w:t>
      </w:r>
      <w:r>
        <w:t>Early death ho gayi.</w:t>
      </w:r>
    </w:p>
    <w:p>
      <w:pPr>
        <w:jc w:val="right"/>
      </w:pPr>
      <w:r>
        <w:t>Early death ہو گئی۔</w:t>
      </w:r>
    </w:p>
    <w:p>
      <w:r>
        <w:rPr>
          <w:b/>
        </w:rPr>
        <w:t xml:space="preserve">[53:01] </w:t>
      </w:r>
      <w:r>
        <w:t>Ye sab ka haal hai. More or less. Secular log bhi isi mein phanse hue hain, religious log bhi isi mein phanse hue hain. More or less.</w:t>
      </w:r>
    </w:p>
    <w:p>
      <w:pPr>
        <w:jc w:val="right"/>
      </w:pPr>
      <w:r>
        <w:t>یہ سب کا حال ہے۔ More or less. Secular لوگ بھی اسی میں پھنسے ہوئے ہیں، religious لوگ بھی اسی میں پھنسے ہوئے ہیں۔ More or less.</w:t>
      </w:r>
    </w:p>
    <w:p>
      <w:r>
        <w:rPr>
          <w:b/>
        </w:rPr>
        <w:t xml:space="preserve">[53:18] </w:t>
      </w:r>
      <w:r>
        <w:t>to mein yeh kehna chahunga ke har insaan ko sab se pehle yeh karna hai ke apne andar thinking ko develop kare, thinking.</w:t>
      </w:r>
    </w:p>
    <w:p>
      <w:pPr>
        <w:jc w:val="right"/>
      </w:pPr>
      <w:r>
        <w:t>تو میں یہ کہنا چاہوں گا کہ ہر انسان کو سب سے پہلے یہ کرنا ہے کہ اپنے اندر thinking کو develop کرے، thinking۔</w:t>
      </w:r>
    </w:p>
    <w:p>
      <w:r>
        <w:rPr>
          <w:b/>
        </w:rPr>
        <w:t xml:space="preserve">[53:32] </w:t>
      </w:r>
      <w:r>
        <w:t>Thinking ko develop kare. Develop karne ka matlab kya hai?</w:t>
      </w:r>
    </w:p>
    <w:p>
      <w:pPr>
        <w:jc w:val="right"/>
      </w:pPr>
      <w:r>
        <w:t>Thinking کو develop کرے۔ Develop کرنے کا مطلب کیا ہے؟</w:t>
      </w:r>
    </w:p>
    <w:p>
      <w:r>
        <w:rPr>
          <w:b/>
        </w:rPr>
        <w:t xml:space="preserve">[53:36] </w:t>
      </w:r>
      <w:r>
        <w:t>Woh wisdom ko seekhe. Ke wisdom kya cheez hai, hikmat kya cheez hai. Aur hikmat ka yahi khulasa hai mere nazdeek ke aap jaan paayein</w:t>
      </w:r>
    </w:p>
    <w:p>
      <w:pPr>
        <w:jc w:val="right"/>
      </w:pPr>
      <w:r>
        <w:t>وہ wisdom کو سیکھے۔ کہ wisdom کیا چیز ہے، حکمت کیا چیز ہے۔ اور حکمت کا یہی خلاصہ ہے میرے نزدیک کہ آپ جان پائیں</w:t>
      </w:r>
    </w:p>
    <w:p>
      <w:r>
        <w:rPr>
          <w:b/>
        </w:rPr>
        <w:t xml:space="preserve">[53:53] </w:t>
      </w:r>
      <w:r>
        <w:t>ke kya mere liye achievable hai, kya mere liye achievable nahi. Yeh jaan paayein. Kyun ke jitne cases mein sochta hoon, jitne cases, sab mein yahi hota hai ke aadmi ne unachievable goal le liya aur phir kya hua?</w:t>
      </w:r>
    </w:p>
    <w:p>
      <w:pPr>
        <w:jc w:val="right"/>
      </w:pPr>
      <w:r>
        <w:t>کہ کیا میرے لیے achievable ہے، کیا میرے لیے achievable نہیں۔ یہ جان پائیں۔ کیونکہ جتنے cases میں سوچتا ہوں، جتنے cases، سب میں یہی ہوتا ہے کہ آدمی نے unachievable goal لے لیا اور پھر کیا ہوا؟</w:t>
      </w:r>
    </w:p>
    <w:p>
      <w:r>
        <w:rPr>
          <w:b/>
        </w:rPr>
        <w:t xml:space="preserve">[54:11] </w:t>
      </w:r>
      <w:r>
        <w:t>Frustration, tension.</w:t>
      </w:r>
    </w:p>
    <w:p>
      <w:pPr>
        <w:jc w:val="right"/>
      </w:pPr>
      <w:r>
        <w:t>Frustration, tension۔</w:t>
      </w:r>
    </w:p>
    <w:p>
      <w:r>
        <w:rPr>
          <w:b/>
        </w:rPr>
        <w:t xml:space="preserve">[54:14] </w:t>
      </w:r>
      <w:r>
        <w:t>Aur phir kya hua? Bimari, isi mein mar gaya. Meri umar itni lambi ho chuki hai, maine bahut logon ko dekha hai, sab ka case yahi maine paaya.</w:t>
      </w:r>
    </w:p>
    <w:p>
      <w:pPr>
        <w:jc w:val="right"/>
      </w:pPr>
      <w:r>
        <w:t>اور پھر کیا ہوا؟ بیماری، اسی میں مر گیا۔ میری عمر اتنی لمبی ہو چکی ہے، میں نے بہت لوگوں کو دیکھا ہے، سب کا case یہی میں نے پایا۔</w:t>
      </w:r>
    </w:p>
    <w:p>
      <w:r>
        <w:rPr>
          <w:b/>
        </w:rPr>
        <w:t xml:space="preserve">[54:32] </w:t>
      </w:r>
      <w:r>
        <w:t>Aur iska formula kya tha? Achha diya tha Hazrat Ali ne. Al-khair fi ma waqa'a</w:t>
      </w:r>
    </w:p>
    <w:p>
      <w:pPr>
        <w:jc w:val="right"/>
      </w:pPr>
      <w:r>
        <w:t>اور اس کا فارمولا کیا تھا؟ اچھا دیا تھا حضرت علی نے۔ الْخَيْرُ فِي مَا وَقَعَ</w:t>
      </w:r>
    </w:p>
    <w:p>
      <w:r>
        <w:rPr>
          <w:b/>
        </w:rPr>
        <w:t xml:space="preserve">[54:39] </w:t>
      </w:r>
      <w:r>
        <w:t>. Yani jo hoga wahi behtar tha. Jo hoga, practically jo tum ko mil gaya, samjho kahin behtar hai.</w:t>
      </w:r>
    </w:p>
    <w:p>
      <w:pPr>
        <w:jc w:val="right"/>
      </w:pPr>
      <w:r>
        <w:t>۔ یعنی جو ہوگا وہی بہتر تھا۔ جو ہوگا، practically جو تم کو مل گیا، سمجھو کہیں بہتر ہے۔</w:t>
      </w:r>
    </w:p>
    <w:p>
      <w:r>
        <w:rPr>
          <w:b/>
        </w:rPr>
        <w:t xml:space="preserve">[54:50] </w:t>
      </w:r>
      <w:r>
        <w:t>Abhi meri mulaqat hui ek ek ek ladka aur ladki, abhi abhi shadi in ko hui thi, dono sahiban se. To maine dono ko kaha ke dekhiye, married life ko kamyab banane ka raaz batata hoon mein aap ko.</w:t>
      </w:r>
    </w:p>
    <w:p>
      <w:pPr>
        <w:jc w:val="right"/>
      </w:pPr>
      <w:r>
        <w:t>ابھی میری ملاقات ہوئی ایک ایک ایک لڑکا اور لڑکی، ابھی ابھی شادی ان کو ہوئی تھی، دونوں صاحبان سے۔ تو میں نے دونوں کو کہا کہ دیکھیے، married life کو کامیاب بنانے کا راز بتاتا ہوں میں آپ کو۔</w:t>
      </w:r>
    </w:p>
    <w:p>
      <w:r>
        <w:rPr>
          <w:b/>
        </w:rPr>
        <w:t xml:space="preserve">[55:07] </w:t>
      </w:r>
      <w:r>
        <w:t>Ke ladka yeh samjhe ke duniya ki sab se bari</w:t>
      </w:r>
    </w:p>
    <w:p>
      <w:pPr>
        <w:jc w:val="right"/>
      </w:pPr>
      <w:r>
        <w:t>کہ لڑکا یہ سمجھے کہ دنیا کی سب سے بڑی</w:t>
      </w:r>
    </w:p>
    <w:p>
      <w:r>
        <w:rPr>
          <w:b/>
        </w:rPr>
        <w:t xml:space="preserve">[55:13] </w:t>
      </w:r>
      <w:r>
        <w:t>jo lady hai, woh mujhe mil gayi hai. Aur aurat yeh samjhe ke duniya ka sab se bara acha insaan jo tha, woh mujhe mil gaya.</w:t>
      </w:r>
    </w:p>
    <w:p>
      <w:pPr>
        <w:jc w:val="right"/>
      </w:pPr>
      <w:r>
        <w:t>جو lady ہے، وہ مجھے مل گئی ہے۔ اور عورت یہ سمجھے کہ دنیا کا سب سے بڑا اچھا انسان جو تھا، وہ مجھے مل گیا۔</w:t>
      </w:r>
    </w:p>
    <w:p>
      <w:r>
        <w:rPr>
          <w:b/>
        </w:rPr>
        <w:t xml:space="preserve">[55:24] </w:t>
      </w:r>
      <w:r>
        <w:t>Dono yeh samjhein. To bas poori married life happy life hogi.</w:t>
      </w:r>
    </w:p>
    <w:p>
      <w:pPr>
        <w:jc w:val="right"/>
      </w:pPr>
      <w:r>
        <w:t>دونوں یہ سمجھیں۔ تو بس پوری married life happy life ہوگی۔</w:t>
      </w:r>
    </w:p>
    <w:p>
      <w:r>
        <w:rPr>
          <w:b/>
        </w:rPr>
        <w:t xml:space="preserve">[55:33] </w:t>
      </w:r>
      <w:r>
        <w:t>To jo aap ko mila, usi ko samjhein ke bas yahi mere liye sab se achi cheez hai.</w:t>
      </w:r>
    </w:p>
    <w:p>
      <w:pPr>
        <w:jc w:val="right"/>
      </w:pPr>
      <w:r>
        <w:t>تو جو آپ کو ملا، اسی کو سمجھیں کہ بس یہی میرے لیے سب سے اچھی چیز ہے۔</w:t>
      </w:r>
    </w:p>
    <w:p>
      <w:r>
        <w:rPr>
          <w:b/>
        </w:rPr>
        <w:t xml:space="preserve">[55:45] </w:t>
      </w:r>
      <w:r>
        <w:t>Isi ko kaha jata hai status coism. Status coism.</w:t>
      </w:r>
    </w:p>
    <w:p>
      <w:pPr>
        <w:jc w:val="right"/>
      </w:pPr>
      <w:r>
        <w:t>اسی کو کہا جاتا ہے status coism۔ Status coism۔</w:t>
      </w:r>
    </w:p>
    <w:p>
      <w:r>
        <w:rPr>
          <w:b/>
        </w:rPr>
        <w:t xml:space="preserve">[55:54] </w:t>
      </w:r>
      <w:r>
        <w:t>Jo sab se zyada zaroori hai ke aap status coist banein. Idhar bhagna, idhar bhagna, yeh mizaj aap ke andar na ho.</w:t>
      </w:r>
    </w:p>
    <w:p>
      <w:pPr>
        <w:jc w:val="right"/>
      </w:pPr>
      <w:r>
        <w:t>جو سب سے زیادہ ضروری ہے کہ آپ status coist بنیں۔ ادھر بھاگنا، ادھر بھاگنا، یہ مزاج آپ کے اندر نہ ہو۔</w:t>
      </w:r>
    </w:p>
    <w:p>
      <w:r>
        <w:rPr>
          <w:b/>
        </w:rPr>
        <w:t xml:space="preserve">[56:09] </w:t>
      </w:r>
      <w:r>
        <w:t>To is waqt jo jo mein kehna chahta hoon, woh yahi hai ke</w:t>
      </w:r>
    </w:p>
    <w:p>
      <w:pPr>
        <w:jc w:val="right"/>
      </w:pPr>
      <w:r>
        <w:t>تو اس وقت جو جو میں کہنا چاہتا ہوں، وہ یہی ہے کہ</w:t>
      </w:r>
    </w:p>
    <w:p>
      <w:r>
        <w:rPr>
          <w:b/>
        </w:rPr>
        <w:t xml:space="preserve">[56:18] </w:t>
      </w:r>
      <w:r>
        <w:t>musalman ka mission dawat Allah ka mission hai. Dawat Allah ka matlab hai ke Allah ke ka jo</w:t>
      </w:r>
    </w:p>
    <w:p>
      <w:pPr>
        <w:jc w:val="right"/>
      </w:pPr>
      <w:r>
        <w:t>مسلمان کا mission دعوت اللہ کا mission ہے۔ دعوت اللہ کا مطلب ہے کہ اللہ کے کا جو</w:t>
      </w:r>
    </w:p>
    <w:p>
      <w:r>
        <w:rPr>
          <w:b/>
        </w:rPr>
        <w:t xml:space="preserve">[56:33] </w:t>
      </w:r>
      <w:r>
        <w:t>Allah ka jo paigham hai, us ko sari duniya tak pahunchana. Allah ka paigham Quran ki shakal mein, Quran ki surat mein authentic taur par maujood hai aap ke paas.</w:t>
      </w:r>
    </w:p>
    <w:p>
      <w:pPr>
        <w:jc w:val="right"/>
      </w:pPr>
      <w:r>
        <w:t>اللہ کا جو پیغام ہے، اس کو ساری دنیا تک پہنچانا۔ اللہ کا پیغام قرآن کی شکل میں، قرآن کی صورت میں authentic طور پر موجود ہے آپ کے پاس۔</w:t>
      </w:r>
    </w:p>
    <w:p>
      <w:r>
        <w:rPr>
          <w:b/>
        </w:rPr>
        <w:t xml:space="preserve">[56:49] </w:t>
      </w:r>
      <w:r>
        <w:t>Aur aise sare mawaqe paida ho gaye hain ke aap virtually aap ghar ghar pahuncha sakein. Without any resentment, without any rukawat.</w:t>
      </w:r>
    </w:p>
    <w:p>
      <w:pPr>
        <w:jc w:val="right"/>
      </w:pPr>
      <w:r>
        <w:t>اور ایسے سارے مواقع پیدا ہو گئے ہیں کہ آپ virtually آپ گھر گھر پہنچا سکیں۔ Without any resentment, without any رکاوٹ۔</w:t>
      </w:r>
    </w:p>
    <w:p>
      <w:r>
        <w:rPr>
          <w:b/>
        </w:rPr>
        <w:t xml:space="preserve">[57:04] </w:t>
      </w:r>
      <w:r>
        <w:t>Kaisi ajib opportunity hai.</w:t>
      </w:r>
    </w:p>
    <w:p>
      <w:pPr>
        <w:jc w:val="right"/>
      </w:pPr>
      <w:r>
        <w:t>کیسی عجیب opportunity ہے۔</w:t>
      </w:r>
    </w:p>
    <w:p>
      <w:r>
        <w:rPr>
          <w:b/>
        </w:rPr>
        <w:t xml:space="preserve">[57:09] </w:t>
      </w:r>
      <w:r>
        <w:t>To yeh jo hadith maine sunai hai aap ko, yeh aakhri zamane mein, yeh kahan chahiye ke twenty-first century mein ummat ko Rasool Allah ek goal de gaye hain.</w:t>
      </w:r>
    </w:p>
    <w:p>
      <w:pPr>
        <w:jc w:val="right"/>
      </w:pPr>
      <w:r>
        <w:t>تو یہ جو حدیث میں نے سنائی ہے آپ کو، یہ آخری زمانے میں، یہ کہاں چاہیے کہ twenty-first century میں امت کو رسول اللہ ایک goal دے گئے ہیں۔</w:t>
      </w:r>
    </w:p>
    <w:p>
      <w:r>
        <w:rPr>
          <w:b/>
        </w:rPr>
        <w:t xml:space="preserve">[57:22] </w:t>
      </w:r>
      <w:r>
        <w:t>Ke twenty-first century mein tumhara goal kya hoga? Agar aap is ko sochein, is ko ghor karein.</w:t>
      </w:r>
    </w:p>
    <w:p>
      <w:pPr>
        <w:jc w:val="right"/>
      </w:pPr>
      <w:r>
        <w:t>کہ twenty-first century میں تمہارا goal کیا ہوگا؟ اگر آپ اس کو سوچیں، اس کو غور کریں۔</w:t>
      </w:r>
    </w:p>
    <w:p>
      <w:r>
        <w:rPr>
          <w:b/>
        </w:rPr>
        <w:t xml:space="preserve">[57:30] </w:t>
      </w:r>
      <w:r>
        <w:t>To Rasool Allah ne apni ummat ko twenty-first century ke liye ek goal de diya. Woh goal kya tha?</w:t>
      </w:r>
    </w:p>
    <w:p>
      <w:pPr>
        <w:jc w:val="right"/>
      </w:pPr>
      <w:r>
        <w:t>تو رسول اللہ نے اپنی امت کو twenty-first century کے لیے ایک goal دے دیا۔ وہ goal کیا تھا؟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