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Islam and Peace, September 18, 2022</w:t>
      </w:r>
    </w:p>
    <w:p>
      <w:r>
        <w:t>https://youtu.be/YtczmIHMnIk</w:t>
      </w:r>
    </w:p>
    <w:p>
      <w:r>
        <w:rPr>
          <w:b/>
        </w:rPr>
        <w:t xml:space="preserve">[00:12] </w:t>
      </w:r>
      <w:r>
        <w:t>Assalam o Alaikum. Today our subject of conversation is Islam and peace. There are two basic teachings of Islam: Tawhid, that is monotheism, and peace.</w:t>
      </w:r>
    </w:p>
    <w:p>
      <w:pPr>
        <w:jc w:val="right"/>
      </w:pPr>
      <w:r>
        <w:t>السلام علیکم۔ Today our subject of conversation is Islam and peace. There are two basic teachings of Islam: Tawhid, that is monotheism, and peace.</w:t>
      </w:r>
    </w:p>
    <w:p>
      <w:r>
        <w:rPr>
          <w:b/>
        </w:rPr>
        <w:t xml:space="preserve">[00:26] </w:t>
      </w:r>
      <w:r>
        <w:t>The basic aspect of Islam is the ideology of Tawhid; it is the source of all direct or indirect acts of Islam, while peace is the practical aspect.</w:t>
      </w:r>
    </w:p>
    <w:p>
      <w:pPr>
        <w:jc w:val="right"/>
      </w:pPr>
      <w:r>
        <w:t>The basic aspect of Islam is the ideology of Tawhid; it is the source of all direct or indirect acts of Islam, while peace is the practical aspect.</w:t>
      </w:r>
    </w:p>
    <w:p>
      <w:r>
        <w:rPr>
          <w:b/>
        </w:rPr>
        <w:t xml:space="preserve">[00:39] </w:t>
      </w:r>
      <w:r>
        <w:t>The Quran talks about God's various attributes. One such attribute is As-Salaam, that is the source of peace.</w:t>
      </w:r>
    </w:p>
    <w:p>
      <w:pPr>
        <w:jc w:val="right"/>
      </w:pPr>
      <w:r>
        <w:t>The Quran talks about God's various attributes. One such attribute is As-Salaam, that is the source of peace.</w:t>
      </w:r>
    </w:p>
    <w:p>
      <w:r>
        <w:rPr>
          <w:b/>
        </w:rPr>
        <w:t xml:space="preserve">[00:49] </w:t>
      </w:r>
      <w:r>
        <w:t>So today we'll discuss various aspects of Islam and peace with Professor Farida Khanum. To chaliye baatcheet karte hain Farida Apa ke saath. Assalam Walekum Apa, kaisi hain aap?</w:t>
      </w:r>
    </w:p>
    <w:p>
      <w:pPr>
        <w:jc w:val="right"/>
      </w:pPr>
      <w:r>
        <w:t>So today we'll discuss various aspects of Islam and peace with Professor Farida Khanum. तो चलिए बातचीत करते हैं फरीदा आपा के साथ। अस्सलाम वालेकुम आपा, कैसी हैं आप?</w:t>
      </w:r>
    </w:p>
    <w:p>
      <w:r>
        <w:rPr>
          <w:b/>
        </w:rPr>
        <w:t xml:space="preserve">[01:00] </w:t>
      </w:r>
      <w:r>
        <w:t>Waleikum Assalam. Sab khairiyat? Alhamdulillah.</w:t>
      </w:r>
    </w:p>
    <w:p>
      <w:pPr>
        <w:jc w:val="right"/>
      </w:pPr>
      <w:r>
        <w:t>وعلیکم السلام۔ سب خیریت؟ अल्हम्दुलिल्</w:t>
      </w:r>
    </w:p>
    <w:p>
      <w:r>
        <w:rPr>
          <w:b/>
        </w:rPr>
        <w:t xml:space="preserve">[01:03] </w:t>
      </w:r>
      <w:r>
        <w:t>Laha. Apa, aaj aap ne bohat hi important subject liya hai, jazaak Allah, Islam and Peace.</w:t>
      </w:r>
    </w:p>
    <w:p>
      <w:pPr>
        <w:jc w:val="right"/>
      </w:pPr>
      <w:r>
        <w:t>लाह। आपा, आज आपने बहुत ही इंपॉर्टेंट सब्जेक्ट लिया है, जजाकल्लाह, इस्लाम एंड पीस।</w:t>
      </w:r>
    </w:p>
    <w:p>
      <w:r>
        <w:rPr>
          <w:b/>
        </w:rPr>
        <w:t xml:space="preserve">[01:10] </w:t>
      </w:r>
      <w:r>
        <w:t>Kyunke log aksar yahi samajhte hain ke Islam is a religion of violence and not peace.</w:t>
      </w:r>
    </w:p>
    <w:p>
      <w:pPr>
        <w:jc w:val="right"/>
      </w:pPr>
      <w:r>
        <w:t>क्योंकि लोग अक्सर यही समझते हैं कि इस्लाम इज अ रिलीजन ऑफ वायलेंस एंड नॉट पीस।</w:t>
      </w:r>
    </w:p>
    <w:p>
      <w:r>
        <w:rPr>
          <w:b/>
        </w:rPr>
        <w:t xml:space="preserve">[01:15] </w:t>
      </w:r>
      <w:r>
        <w:t>aur main yeh bhi share karna chahunga ke main khud yeh samajhta tha ke islam is a religion</w:t>
      </w:r>
    </w:p>
    <w:p>
      <w:pPr>
        <w:jc w:val="right"/>
      </w:pPr>
      <w:r>
        <w:t>और मैं यह भी शेयर करना चाहूंगा कि मैं खुद यह समझता था कि इस्लाम इज अ रिलीजन</w:t>
      </w:r>
    </w:p>
    <w:p>
      <w:r>
        <w:rPr>
          <w:b/>
        </w:rPr>
        <w:t xml:space="preserve">[01:22] </w:t>
      </w:r>
      <w:r>
        <w:t>of violence, till i met Maulana Wahiduddin Khan sahib 21 years ago.</w:t>
      </w:r>
    </w:p>
    <w:p>
      <w:pPr>
        <w:jc w:val="right"/>
      </w:pPr>
      <w:r>
        <w:t>ऑफ वायलेंस, टिल आई मेट मौलाना वहीदुद्दीन खान साहब 21 इयर्स अगो।</w:t>
      </w:r>
    </w:p>
    <w:p>
      <w:r>
        <w:rPr>
          <w:b/>
        </w:rPr>
        <w:t xml:space="preserve">[01:26] </w:t>
      </w:r>
      <w:r>
        <w:t>aur phir jab maine khud islam ko padha, to i discovered that the real aim of islam is</w:t>
      </w:r>
    </w:p>
    <w:p>
      <w:pPr>
        <w:jc w:val="right"/>
      </w:pPr>
      <w:r>
        <w:t>और फिर जब मैंने खुद इस्लाम को पढ़ा, तो आई डिस्कवर्ड दैट द रियल एम ऑफ इस्लाम इज</w:t>
      </w:r>
    </w:p>
    <w:p>
      <w:r>
        <w:rPr>
          <w:b/>
        </w:rPr>
        <w:t xml:space="preserve">[01:34] </w:t>
      </w:r>
      <w:r>
        <w:t>transformation of thinking and bringing about intellectual revolution in the mind of a person based on tauheed, that</w:t>
      </w:r>
    </w:p>
    <w:p>
      <w:pPr>
        <w:jc w:val="right"/>
      </w:pPr>
      <w:r>
        <w:t>ट्रांसफॉर्मेशन ऑफ थिंकिंग एंड ब्रिंगिंग अबाउट इंटेलेक्चुअल रेवोल्यूशन इन द माइंड ऑफ अ पर्सन बेस्ड ऑन तौहीद, दैट</w:t>
      </w:r>
    </w:p>
    <w:p>
      <w:r>
        <w:rPr>
          <w:b/>
        </w:rPr>
        <w:t xml:space="preserve">[01:42] </w:t>
      </w:r>
      <w:r>
        <w:t>is oneness of g</w:t>
      </w:r>
    </w:p>
    <w:p>
      <w:pPr>
        <w:jc w:val="right"/>
      </w:pPr>
      <w:r>
        <w:t>इज वननेस ऑफ ग</w:t>
      </w:r>
    </w:p>
    <w:p>
      <w:r>
        <w:rPr>
          <w:b/>
        </w:rPr>
        <w:t xml:space="preserve">[01:44] </w:t>
      </w:r>
      <w:r>
        <w:t>God. To Apa, aaj kai sawaal hum aapse poochhenge, lekin sabse pehla jo sawaal banta hai, woh yahi hai ki root word of Islam kya hai?</w:t>
      </w:r>
    </w:p>
    <w:p>
      <w:pPr>
        <w:jc w:val="right"/>
      </w:pPr>
      <w:r>
        <w:t>ॉड। तो आपा, आज कई सवाल हम आपसे पूछेंगे, लेकिन सबसे पहला जो सवाल बनता है, वह यही है कि रूट वर्ड ऑफ इस्लाम क्या है?</w:t>
      </w:r>
    </w:p>
    <w:p>
      <w:r>
        <w:rPr>
          <w:b/>
        </w:rPr>
        <w:t xml:space="preserve">[01:54] </w:t>
      </w:r>
      <w:r>
        <w:t>Iske baare mein aap hum sabko bataein. Jaise har lafz ka ek root word hota hai, waise hi Islam ka root word jo hai, woh 'Salm' hai.</w:t>
      </w:r>
    </w:p>
    <w:p>
      <w:pPr>
        <w:jc w:val="right"/>
      </w:pPr>
      <w:r>
        <w:t>इसके बारे में आप हम सबको बताएं। جیسے ہر لفظ کا ایک روٹ ورڈ ہوتا ہے، ویسے ہی اسلام کا روٹ ورڈ جو ہے، وہ سلم ہے۔</w:t>
      </w:r>
    </w:p>
    <w:p>
      <w:r>
        <w:rPr>
          <w:b/>
        </w:rPr>
        <w:t xml:space="preserve">[02:03] </w:t>
      </w:r>
      <w:r>
        <w:t>Salm ke maani hote hain salamati, security, peace. To Islam ke maani mein hi, iske sense mein hi, iske mafhoom mein hi salamati hai.</w:t>
      </w:r>
    </w:p>
    <w:p>
      <w:pPr>
        <w:jc w:val="right"/>
      </w:pPr>
      <w:r>
        <w:t>سلم کے معنی ہوتے ہیں سلامتی، سیکیورٹی، پیس۔ تو اسلام کے معنی میں ہی، اس کے سینس میں ہی، اس کے مفہوم میں ہی سلامتی ہے۔</w:t>
      </w:r>
    </w:p>
    <w:p>
      <w:r>
        <w:rPr>
          <w:b/>
        </w:rPr>
        <w:t xml:space="preserve">[02:16] </w:t>
      </w:r>
      <w:r>
        <w:t>Lekin yeh bahut hi ajeeb baat hai, jaisa ki aapne farmaya ki aaj hum log jo hain, Islam ko ek religion of violence samajhne lage hain.</w:t>
      </w:r>
    </w:p>
    <w:p>
      <w:pPr>
        <w:jc w:val="right"/>
      </w:pPr>
      <w:r>
        <w:t>لیکن یہ بہت ہی عجیب بات ہے، جیسا کہ آپ نے فرمایا کہ آج ہم لوگ جو ہیں، اسلام کو ایک ریلیجن آف وائیلنس سمجھنے لگے ہیں۔</w:t>
      </w:r>
    </w:p>
    <w:p>
      <w:r>
        <w:rPr>
          <w:b/>
        </w:rPr>
        <w:t xml:space="preserve">[02:26] </w:t>
      </w:r>
      <w:r>
        <w:t>To woh interpretation hota hai. Different people interpret every tradition. To isi tarah se Islam ko bhi interpretation mukhtalif diye gaye hain.</w:t>
      </w:r>
    </w:p>
    <w:p>
      <w:pPr>
        <w:jc w:val="right"/>
      </w:pPr>
      <w:r>
        <w:t>تو وہ انٹرپریٹیشن ہوتا ہے۔ ڈفرنٹلی پیپل انٹرپریٹ ایوری ٹریڈیشن۔ تو اسی طریقے سے اسلام کو بھی انٹرپریٹیشن مختلف دیے گئے ہیں۔</w:t>
      </w:r>
    </w:p>
    <w:p>
      <w:r>
        <w:rPr>
          <w:b/>
        </w:rPr>
        <w:t xml:space="preserve">[02:38] </w:t>
      </w:r>
      <w:r>
        <w:t>To hum jayenge ki iska original Islam kya hai, iske original maani kya hain,</w:t>
      </w:r>
    </w:p>
    <w:p>
      <w:pPr>
        <w:jc w:val="right"/>
      </w:pPr>
      <w:r>
        <w:t>تو ہم جائیں گے کہ اس کا اوریجنل اسلام کیا ہے، اس کے اوریجنل معنی کیا ہیں،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