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Purification of The Soul 27 June 2021 - Prof. Farida Khanam</w:t>
      </w:r>
    </w:p>
    <w:p>
      <w:r>
        <w:t>https://www.youtube.com/watch?v=FKp9JNrEt8M</w:t>
      </w:r>
    </w:p>
    <w:p>
      <w:r>
        <w:rPr>
          <w:b/>
        </w:rPr>
        <w:t xml:space="preserve">[00:11]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assalam o alaikum warahmatullahi.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[00:20] </w:t>
      </w:r>
      <w:r>
        <w:t>aaj hum tazkiya e nafs par baat karenge, jo maulana ki kitab hai,</w:t>
      </w:r>
    </w:p>
    <w:p>
      <w:pPr>
        <w:jc w:val="right"/>
      </w:pPr>
      <w:r>
        <w:t>آج ہم تزکیہ نفس پر بات کریں گے، جو مولانا کی کتاب ہے،</w:t>
      </w:r>
    </w:p>
    <w:p>
      <w:r>
        <w:rPr>
          <w:b/>
        </w:rPr>
        <w:t xml:space="preserve">[00:26] </w:t>
      </w:r>
      <w:r>
        <w:t>kitab e marifat, iska ek chapter hai tazkiya e nafs.</w:t>
      </w:r>
    </w:p>
    <w:p>
      <w:pPr>
        <w:jc w:val="right"/>
      </w:pPr>
      <w:r>
        <w:t>کتاب معرفت، اس کا ایک چیپٹر ہے تزکیہ نفس۔</w:t>
      </w:r>
    </w:p>
    <w:p>
      <w:r>
        <w:rPr>
          <w:b/>
        </w:rPr>
        <w:t xml:space="preserve">[00:30] </w:t>
      </w:r>
      <w:r>
        <w:t>to isi par, isi ki base par hum aap se kuch baat karenge. to kyun tazkiya e nafs</w:t>
      </w:r>
    </w:p>
    <w:p>
      <w:pPr>
        <w:jc w:val="right"/>
      </w:pPr>
      <w:r>
        <w:t>تو اسی پر، اسی کی بیس پر ہم آپ سے کچھ بات کریں گے۔ تو کیوں تزکیہ نفس</w:t>
      </w:r>
    </w:p>
    <w:p>
      <w:r>
        <w:rPr>
          <w:b/>
        </w:rPr>
        <w:t xml:space="preserve">[00:36] </w:t>
      </w:r>
      <w:r>
        <w:t>itna important kyun hai? tazkiya itna nafs, tazkiya itna</w:t>
      </w:r>
    </w:p>
    <w:p>
      <w:pPr>
        <w:jc w:val="right"/>
      </w:pPr>
      <w:r>
        <w:t>اتنا امپورٹنٹ کیوں ہے؟ تزکیہ اتنا نفس، تزکیہ اتنا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