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Prophetic Mission in 21st Century I 2 Oct , 2011 - Maulana Wahiduddin Khan</w:t>
      </w:r>
    </w:p>
    <w:p>
      <w:r>
        <w:t>https://www.youtube.com/watch?v=ioz5Zg87QpI</w:t>
      </w:r>
    </w:p>
    <w:p>
      <w:r>
        <w:rPr>
          <w:b/>
        </w:rPr>
        <w:t xml:space="preserve">[00:14] </w:t>
      </w:r>
      <w:r>
        <w:t>bismillah-hir-rehman-nir-rahim. wa-sallallahu 'ala-n-nabiyyi l-karim.</w:t>
      </w:r>
    </w:p>
    <w:p>
      <w:pPr>
        <w:jc w:val="right"/>
      </w:pPr>
      <w:r>
        <w:t>بسم اللہ الرحمن الرحیم۔ وصلی اللہ علی النبی الکریم۔</w:t>
      </w:r>
    </w:p>
    <w:p>
      <w:r>
        <w:rPr>
          <w:b/>
        </w:rPr>
        <w:t xml:space="preserve">[00:22] </w:t>
      </w:r>
      <w:r>
        <w:t>rabbi-shrah-li sadri, wa yassir li amri, wah-lul 'uqdatan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[00:39] </w:t>
      </w:r>
      <w:r>
        <w:t>aaj ka topic hai:</w:t>
      </w:r>
    </w:p>
    <w:p>
      <w:pPr>
        <w:jc w:val="right"/>
      </w:pPr>
      <w:r>
        <w:t>آج کا ٹاپک ہے:</w:t>
      </w:r>
    </w:p>
    <w:p>
      <w:r>
        <w:rPr>
          <w:b/>
        </w:rPr>
        <w:t xml:space="preserve">[00:46] </w:t>
      </w:r>
      <w:r>
        <w:t>prophetic mission in the 21st century. yani peghambarana mission 21st sadi mein.</w:t>
      </w:r>
    </w:p>
    <w:p>
      <w:pPr>
        <w:jc w:val="right"/>
      </w:pPr>
      <w:r>
        <w:t>پرافیٹک مشن ان دی 21st سنچری۔ یعنی پیغمبرانہ مشن اکیسویں صدی میں۔</w:t>
      </w:r>
    </w:p>
    <w:p>
      <w:r>
        <w:rPr>
          <w:b/>
        </w:rPr>
        <w:t xml:space="preserve">[01:01] </w:t>
      </w:r>
      <w:r>
        <w:t>dekhiye,</w:t>
      </w:r>
    </w:p>
    <w:p>
      <w:pPr>
        <w:jc w:val="right"/>
      </w:pPr>
      <w:r>
        <w:t>دیکھیے،</w:t>
      </w:r>
    </w:p>
    <w:p>
      <w:r>
        <w:rPr>
          <w:b/>
        </w:rPr>
        <w:t xml:space="preserve">[01:06] </w:t>
      </w:r>
      <w:r>
        <w:t>allah ta'ala ke</w:t>
      </w:r>
    </w:p>
    <w:p>
      <w:pPr>
        <w:jc w:val="right"/>
      </w:pPr>
      <w:r>
        <w:t>اللہ تعالیٰ کے</w:t>
      </w:r>
    </w:p>
    <w:p>
      <w:r>
        <w:rPr>
          <w:b/>
        </w:rPr>
        <w:t xml:space="preserve">[01:11] </w:t>
      </w:r>
      <w:r>
        <w:t>takhleeqi mansoobay ko janne ka authentic source sirf ek hi kitab hai, woh hai quran.</w:t>
      </w:r>
    </w:p>
    <w:p>
      <w:pPr>
        <w:jc w:val="right"/>
      </w:pPr>
      <w:r>
        <w:t>تخلیقی منصوبہ کو جاننے کا اتھینٹک سورس صرف ایک ہی کتاب ہے، وہ ہے قرآن۔</w:t>
      </w:r>
    </w:p>
    <w:p>
      <w:r>
        <w:rPr>
          <w:b/>
        </w:rPr>
        <w:t xml:space="preserve">[01:22] </w:t>
      </w:r>
      <w:r>
        <w:t>quran ke mutabiq</w:t>
      </w:r>
    </w:p>
    <w:p>
      <w:pPr>
        <w:jc w:val="right"/>
      </w:pPr>
      <w:r>
        <w:t>قرآن کے مطابق</w:t>
      </w:r>
    </w:p>
    <w:p>
      <w:r>
        <w:rPr>
          <w:b/>
        </w:rPr>
        <w:t xml:space="preserve">[01:26] </w:t>
      </w:r>
      <w:r>
        <w:t>is dunya mein takhleeq aur nabuwwat dono saath saath aaye hain, yani creation aur prophet hood.</w:t>
      </w:r>
    </w:p>
    <w:p>
      <w:pPr>
        <w:jc w:val="right"/>
      </w:pPr>
      <w:r>
        <w:t>اس دنیا میں تخلیق اور نبوت دونوں ساتھ ساتھ آئے ہیں، یعنی کریشن اور پرافٹ ہو۔</w:t>
      </w:r>
    </w:p>
    <w:p>
      <w:r>
        <w:rPr>
          <w:b/>
        </w:rPr>
        <w:t xml:space="preserve">[01:39] </w:t>
      </w:r>
      <w:r>
        <w:t>allah ta'ala ne</w:t>
      </w:r>
    </w:p>
    <w:p>
      <w:pPr>
        <w:jc w:val="right"/>
      </w:pPr>
      <w:r>
        <w:t>اللہ تعالیٰ نے</w:t>
      </w:r>
    </w:p>
    <w:p>
      <w:r>
        <w:rPr>
          <w:b/>
        </w:rPr>
        <w:t xml:space="preserve">[01:44] </w:t>
      </w:r>
      <w:r>
        <w:t>yeh dunya ka aaghaz matter se kiya, yani 15 billion saal pehle material world wajood mein aaya.</w:t>
      </w:r>
    </w:p>
    <w:p>
      <w:pPr>
        <w:jc w:val="right"/>
      </w:pPr>
      <w:r>
        <w:t>یہ دنیا کا آغاز مائٹر سے کیا، یعنی 15 بلین سال پہلے مٹیریل ورلڈ وجود میں آیا۔</w:t>
      </w:r>
    </w:p>
    <w:p>
      <w:r>
        <w:rPr>
          <w:b/>
        </w:rPr>
        <w:t xml:space="preserve">[01:58] </w:t>
      </w:r>
      <w:r>
        <w:t>is ke bohat baad ko zameen par woh halaat paida hue</w:t>
      </w:r>
    </w:p>
    <w:p>
      <w:pPr>
        <w:jc w:val="right"/>
      </w:pPr>
      <w:r>
        <w:t>اس کے بہت بعد کو زمین پر وہ حالات پیدا ہوئے</w:t>
      </w:r>
    </w:p>
    <w:p>
      <w:r>
        <w:rPr>
          <w:b/>
        </w:rPr>
        <w:t xml:space="preserve">[02:04] </w:t>
      </w:r>
      <w:r>
        <w:t>ke yahan insan basaya gaya. to pehla insan adam thay. adam pehle insan bhi thay aur pehle peghambar bhi,</w:t>
      </w:r>
    </w:p>
    <w:p>
      <w:pPr>
        <w:jc w:val="right"/>
      </w:pPr>
      <w:r>
        <w:t>کہ یہاں انسان بسایا گیا۔ تو پہلا انسان آدم تھے۔ آدم پہلے انسان بھی تھے اور پہلے پیغمبر بھی،</w:t>
      </w:r>
    </w:p>
    <w:p>
      <w:r>
        <w:rPr>
          <w:b/>
        </w:rPr>
        <w:t xml:space="preserve">[02:20] </w:t>
      </w:r>
      <w:r>
        <w:t>yeh quran se sabit hai.</w:t>
      </w:r>
    </w:p>
    <w:p>
      <w:pPr>
        <w:jc w:val="right"/>
      </w:pPr>
      <w:r>
        <w:t>یہ قرآن سے ثابت ہے۔</w:t>
      </w:r>
    </w:p>
    <w:p>
      <w:r>
        <w:rPr>
          <w:b/>
        </w:rPr>
        <w:t xml:space="preserve">[02:24] </w:t>
      </w:r>
      <w:r>
        <w:t>to allah ta'ala ne insan ko is dunya mein rakha tha test ke liye, yani imtehan ke liye. to yeh batana zaroori tha ke insan ka test kis mamle mein hai.</w:t>
      </w:r>
    </w:p>
    <w:p>
      <w:pPr>
        <w:jc w:val="right"/>
      </w:pPr>
      <w:r>
        <w:t>تو اللہ تعالیٰ نے انسان کو اس دنیا میں رکھا تھا ٹیسٹ کے لیے، یعنی امتحان کے لیے۔ تو یہ بتانا ضروری تھا کہ انسان کا ٹیسٹ کس معاملے میں ہے۔</w:t>
      </w:r>
    </w:p>
    <w:p>
      <w:r>
        <w:rPr>
          <w:b/>
        </w:rPr>
        <w:t xml:space="preserve">[02:40] </w:t>
      </w:r>
      <w:r>
        <w:t>to isi ko batane ke liye allah ta'ala ne</w:t>
      </w:r>
    </w:p>
    <w:p>
      <w:pPr>
        <w:jc w:val="right"/>
      </w:pPr>
      <w:r>
        <w:t>تو اسی کو بتانے کے لیے اللہ تعالیٰ نے</w:t>
      </w:r>
    </w:p>
    <w:p>
      <w:r>
        <w:rPr>
          <w:b/>
        </w:rPr>
        <w:t xml:space="preserve">[02:43] </w:t>
      </w:r>
      <w:r>
        <w:t>peghambaron ka silsila shuru kiya.</w:t>
      </w:r>
    </w:p>
    <w:p>
      <w:pPr>
        <w:jc w:val="right"/>
      </w:pPr>
      <w:r>
        <w:t>پیغمبروں کا سلسلہ شروع کیا۔</w:t>
      </w:r>
    </w:p>
    <w:p>
      <w:r>
        <w:rPr>
          <w:b/>
        </w:rPr>
        <w:t xml:space="preserve">[02:49] </w:t>
      </w:r>
      <w:r>
        <w:t>to quran majeed mein hai ke: "inna arsalna rusulana bil bayyinat, wa anzalna ma'ahum ul kitab".</w:t>
      </w:r>
    </w:p>
    <w:p>
      <w:pPr>
        <w:jc w:val="right"/>
      </w:pPr>
      <w:r>
        <w:t>تو قرآن مجید میں ہے کہ: "انا ارسلنا رسولنا بالبینات، وانزلنا ماؤم الکتاب"۔</w:t>
      </w:r>
    </w:p>
    <w:p>
      <w:r>
        <w:rPr>
          <w:b/>
        </w:rPr>
        <w:t xml:space="preserve">[03:00] </w:t>
      </w:r>
      <w:r>
        <w:t>yani allah ta'ala ne peghambaron ko kitab di,</w:t>
      </w:r>
    </w:p>
    <w:p>
      <w:pPr>
        <w:jc w:val="right"/>
      </w:pPr>
      <w:r>
        <w:t>یعنی اللہ تعالیٰ نے پیغمبروں کو کتاب دی،</w:t>
      </w:r>
    </w:p>
    <w:p>
      <w:r>
        <w:rPr>
          <w:b/>
        </w:rPr>
        <w:t xml:space="preserve">[03:06] </w:t>
      </w:r>
      <w:r>
        <w:t>divine book, divine guidance, aur saath saath bayyinat diya, yani dalail.</w:t>
      </w:r>
    </w:p>
    <w:p>
      <w:pPr>
        <w:jc w:val="right"/>
      </w:pPr>
      <w:r>
        <w:t>ڈیوائن بک، ڈیوائن گائیڈنس، اور ساتھ ساتھ بینات دیا، یعنی دلائل۔</w:t>
      </w:r>
    </w:p>
    <w:p>
      <w:r>
        <w:rPr>
          <w:b/>
        </w:rPr>
        <w:t xml:space="preserve">[03:17] </w:t>
      </w:r>
      <w:r>
        <w:t>dalail. yeh do cheezein har peghambar ko milein,</w:t>
      </w:r>
    </w:p>
    <w:p>
      <w:pPr>
        <w:jc w:val="right"/>
      </w:pPr>
      <w:r>
        <w:t>دلائل۔ یہ دو چیزیں ہر پیغمبر کو ملیں،</w:t>
      </w:r>
    </w:p>
    <w:p>
      <w:r>
        <w:rPr>
          <w:b/>
        </w:rPr>
        <w:t xml:space="preserve">[03:24] </w:t>
      </w:r>
      <w:r>
        <w:t>apne zamane ke aitbar se.</w:t>
      </w:r>
    </w:p>
    <w:p>
      <w:pPr>
        <w:jc w:val="right"/>
      </w:pPr>
      <w:r>
        <w:t>اپنے زمانے کے اعتبار سے۔</w:t>
      </w:r>
    </w:p>
    <w:p>
      <w:r>
        <w:rPr>
          <w:b/>
        </w:rPr>
        <w:t xml:space="preserve">[03:30] </w:t>
      </w:r>
      <w:r>
        <w:t>is aitbar se agar dekha jaye to insani tareekh ke do daur bante hain, broad division mein.</w:t>
      </w:r>
    </w:p>
    <w:p>
      <w:pPr>
        <w:jc w:val="right"/>
      </w:pPr>
      <w:r>
        <w:t>اس اعتبار سے اگر دیکھا جائے تو انسانی تاریخ کے دو دور بنتے ہیں، براڈ ڈویژن میں۔</w:t>
      </w:r>
    </w:p>
    <w:p>
      <w:r>
        <w:rPr>
          <w:b/>
        </w:rPr>
        <w:t xml:space="preserve">[03:41] </w:t>
      </w:r>
      <w:r>
        <w:t>ek hai pre-scientific age, ek hai post-scientific age.</w:t>
      </w:r>
    </w:p>
    <w:p>
      <w:pPr>
        <w:jc w:val="right"/>
      </w:pPr>
      <w:r>
        <w:t>ایک ہے پری سائنٹیفک ایج، ایک ہے پوسٹ سائنٹیفک ایج۔</w:t>
      </w:r>
    </w:p>
    <w:p>
      <w:r>
        <w:rPr>
          <w:b/>
        </w:rPr>
        <w:t xml:space="preserve">[03:50] </w:t>
      </w:r>
      <w:r>
        <w:t>to pre scientific age mein kya tha? dunya mein woh baatein daryaft nahi hui theen jo aaj hum jantay hain, woh rawaiti dour kaha jata hai is ko.</w:t>
      </w:r>
    </w:p>
    <w:p>
      <w:pPr>
        <w:jc w:val="right"/>
      </w:pPr>
      <w:r>
        <w:t>تو پری سائنٹیفک ایج میں کیا تھا؟ دنیا میں وہ باتیں دریافت نہیں ہوئی تھیں جو آج ہم جانتے ہیں، وہ روایتی دور کہا جاتا ہے اس کو۔</w:t>
      </w:r>
    </w:p>
    <w:p>
      <w:r>
        <w:rPr>
          <w:b/>
        </w:rPr>
        <w:t xml:space="preserve">[04:07] </w:t>
      </w:r>
      <w:r>
        <w:t>to is zamanay mein sirf traditional argument possible tha,</w:t>
      </w:r>
    </w:p>
    <w:p>
      <w:pPr>
        <w:jc w:val="right"/>
      </w:pPr>
      <w:r>
        <w:t>تو اس زمانے میں صرف ٹریڈیشنل آرگیومنٹ پاسیبل تھا،</w:t>
      </w:r>
    </w:p>
    <w:p>
      <w:r>
        <w:rPr>
          <w:b/>
        </w:rPr>
        <w:t xml:space="preserve">[04:12] </w:t>
      </w:r>
      <w:r>
        <w:t>rawaiti istidlal. to pichlay adwaar mein peghambarana mission jo hai, rawaiti istidlal chalta raha.</w:t>
      </w:r>
    </w:p>
    <w:p>
      <w:pPr>
        <w:jc w:val="right"/>
      </w:pPr>
      <w:r>
        <w:t>روایتی استدلال۔ تو پچھلے ادوار میں پیغمبرانہ مشن جو ہے، روایتی استدلال چلتا رہا۔</w:t>
      </w:r>
    </w:p>
    <w:p>
      <w:r>
        <w:rPr>
          <w:b/>
        </w:rPr>
        <w:t xml:space="preserve">[04:24] </w:t>
      </w:r>
      <w:r>
        <w:t>lekin isi ke sath peghambaron ko ek aur cheez di gayi, woh hai moajza.</w:t>
      </w:r>
    </w:p>
    <w:p>
      <w:pPr>
        <w:jc w:val="right"/>
      </w:pPr>
      <w:r>
        <w:t>لیکن اسی کے ساتھ پیغمبروں کو ایک اور چیز دی گئی، وہ ہے معجزہ۔</w:t>
      </w:r>
    </w:p>
    <w:p>
      <w:r>
        <w:rPr>
          <w:b/>
        </w:rPr>
        <w:t xml:space="preserve">[04:33] </w:t>
      </w:r>
      <w:r>
        <w:t>yani ek taraf peghambaron ne Allah taala ke batai hui hidayat ke mutabiq apne zamanay ke logon ko bataya ke:</w:t>
      </w:r>
    </w:p>
    <w:p>
      <w:pPr>
        <w:jc w:val="right"/>
      </w:pPr>
      <w:r>
        <w:t>یعنی ایک طرف پیغمبروں نے اللہ تعالیٰ کے بتائی ہوئی ہدایت کے مطابق اپنے زمانے کے لوگوں کو بتایا کہ:</w:t>
      </w:r>
    </w:p>
    <w:p>
      <w:r>
        <w:rPr>
          <w:b/>
        </w:rPr>
        <w:t xml:space="preserve">[04:48] </w:t>
      </w:r>
      <w:r>
        <w:t>"what is the creation plan of god"</w:t>
      </w:r>
    </w:p>
    <w:p>
      <w:pPr>
        <w:jc w:val="right"/>
      </w:pPr>
      <w:r>
        <w:t>"واٹ از دا کریشن پلان آف گاڈ"</w:t>
      </w:r>
    </w:p>
    <w:p>
      <w:r>
        <w:rPr>
          <w:b/>
        </w:rPr>
        <w:t xml:space="preserve">[04:52] </w:t>
      </w:r>
      <w:r>
        <w:t>. yani Allah ne kyun paida kiya hai insan ko, yani Allah ne kyun insan ko is zameen par rakha hai, yeh batatay rahay hain.</w:t>
      </w:r>
    </w:p>
    <w:p>
      <w:pPr>
        <w:jc w:val="right"/>
      </w:pPr>
      <w:r>
        <w:t>۔ یعنی اللہ نے کیوں پیدا کیا ہے انسان کو، یعنی اللہ نے کیوں انسان کو اس زمین پر رکھا ہے، یہ بتاتے رہے ہوں۔</w:t>
      </w:r>
    </w:p>
    <w:p>
      <w:r>
        <w:rPr>
          <w:b/>
        </w:rPr>
        <w:t xml:space="preserve">[05:03] </w:t>
      </w:r>
      <w:r>
        <w:t>aur apni authenticity ko establish karne ke liye, apni mustanad hesiyat ko sabit shuda banane ke liye, un ko Allah ne moajze diye.</w:t>
      </w:r>
    </w:p>
    <w:p>
      <w:pPr>
        <w:jc w:val="right"/>
      </w:pPr>
      <w:r>
        <w:t>اور اپنی اتھنٹیسٹی کو اسٹیبلش کرنے کے لیے، اپنی مستند حیثیت کو ثابت شدہ بنانے کے لیے، ان کو اللہ نے معجزے دیے۔</w:t>
      </w:r>
    </w:p>
    <w:p>
      <w:r>
        <w:rPr>
          <w:b/>
        </w:rPr>
        <w:t xml:space="preserve">[05:16] </w:t>
      </w:r>
      <w:r>
        <w:t>jaise misaal ke tor par Hazrat Musa ko lijiyay. Hazrat Musa Misr</w:t>
      </w:r>
    </w:p>
    <w:p>
      <w:pPr>
        <w:jc w:val="right"/>
      </w:pPr>
      <w:r>
        <w:t>جیسے مثال کے طور پر حضرت موسیٰ کو لیجیے۔ حضرت موسیٰ مصر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