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Present Day Muslims Jan 13, 2013 - Maulana Wahiduddin Khan</w:t>
      </w:r>
    </w:p>
    <w:p>
      <w:r>
        <w:t>https://www.youtube.com/watch?v=z5q4zuu7kKY</w:t>
      </w:r>
    </w:p>
    <w:p>
      <w:r>
        <w:rPr>
          <w:b/>
        </w:rPr>
        <w:t xml:space="preserve">[00:14] </w:t>
      </w:r>
      <w:r>
        <w:t>Bismillah hir Rahman nir Rahim, wa Salla Allahu ala Nabi il Kareem.</w:t>
      </w:r>
    </w:p>
    <w:p>
      <w:pPr>
        <w:jc w:val="right"/>
      </w:pPr>
      <w:r>
        <w:t>بسم اللہ الرحمن الرحیم، وصلی اللہ علی النبی الکریم۔</w:t>
      </w:r>
    </w:p>
    <w:p>
      <w:r>
        <w:rPr>
          <w:b/>
        </w:rPr>
        <w:t xml:space="preserve">[00:23]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[00:40] </w:t>
      </w:r>
      <w:r>
        <w:t>aaj January 2013 ki 13 tareekh hai.</w:t>
      </w:r>
    </w:p>
    <w:p>
      <w:pPr>
        <w:jc w:val="right"/>
      </w:pPr>
      <w:r>
        <w:t>آج جنوری 2013 کی 13 تاریخ ہے۔</w:t>
      </w:r>
    </w:p>
    <w:p>
      <w:r>
        <w:rPr>
          <w:b/>
        </w:rPr>
        <w:t xml:space="preserve">[00:50] </w:t>
      </w:r>
      <w:r>
        <w:t>aaj ke liye jo topic hai woh hai "mauoodah musalman", yaani "Present Day Muslims".</w:t>
      </w:r>
    </w:p>
    <w:p>
      <w:pPr>
        <w:jc w:val="right"/>
      </w:pPr>
      <w:r>
        <w:t>آج کے لیے جو ٹاپک ہے وہ ہے "موعودہ مسلمان"، یعنی "Present Day Muslims"۔</w:t>
      </w:r>
    </w:p>
    <w:p>
      <w:r>
        <w:rPr>
          <w:b/>
        </w:rPr>
        <w:t xml:space="preserve">[01:04] </w:t>
      </w:r>
      <w:r>
        <w:t>yeh topic is tarah mere zehan mein aaya</w:t>
      </w:r>
    </w:p>
    <w:p>
      <w:pPr>
        <w:jc w:val="right"/>
      </w:pPr>
      <w:r>
        <w:t>یہ ٹاپک اس طرح میرے ذہن میں آیا</w:t>
      </w:r>
    </w:p>
    <w:p>
      <w:r>
        <w:rPr>
          <w:b/>
        </w:rPr>
        <w:t xml:space="preserve">[01:09] </w:t>
      </w:r>
      <w:r>
        <w:t>ke aaj ka jo english paper hai, aaj ka jo daily paper english ka, toh aaj ki tareekh mein, yaani January 13 ko ek item chapa hai,</w:t>
      </w:r>
    </w:p>
    <w:p>
      <w:pPr>
        <w:jc w:val="right"/>
      </w:pPr>
      <w:r>
        <w:t>کہ آج کا جو انگلش پیپر ہے، آج کا جو ڈیلی پیپر انگلش کا، تو آج کی تاریخ میں، یعنی جنوری 13 کو ایک آئٹم چھپا ہے،</w:t>
      </w:r>
    </w:p>
    <w:p>
      <w:r>
        <w:rPr>
          <w:b/>
        </w:rPr>
        <w:t xml:space="preserve">[01:27] </w:t>
      </w:r>
      <w:r>
        <w:t>woh bohat hi zyada eye opener hai, bohat hi zyada</w:t>
      </w:r>
    </w:p>
    <w:p>
      <w:pPr>
        <w:jc w:val="right"/>
      </w:pPr>
      <w:r>
        <w:t>وہ بہت ہی زیادہ آئی اوپنر ہے، بہت ہی زیادہ</w:t>
      </w:r>
    </w:p>
    <w:p>
      <w:r>
        <w:rPr>
          <w:b/>
        </w:rPr>
        <w:t xml:space="preserve">[01:36] </w:t>
      </w:r>
      <w:r>
        <w:t>yaani dil hila dene wala hai. Dekhein, is jo tasveer aap dekh rahe hain, is mein kuch musalman baithe hue hain, is mein kuch kafir rakhe hue hain, taboot.</w:t>
      </w:r>
    </w:p>
    <w:p>
      <w:pPr>
        <w:jc w:val="right"/>
      </w:pPr>
      <w:r>
        <w:t>یعنی دل ہلا دینے والا ہے۔ دیکھیں، اس جو تصویر آپ دیکھ رہے ہیں، اس میں کچھ مسلمان بیٹھے ہوئے ہیں، اس میں کچھ کافر رکھے ہوئے ہیں، تابوت۔</w:t>
      </w:r>
    </w:p>
    <w:p>
      <w:r>
        <w:rPr>
          <w:b/>
        </w:rPr>
        <w:t xml:space="preserve">[01:55] </w:t>
      </w:r>
      <w:r>
        <w:t>Toh ek mulk ke ek shehar mein aisa hua ke do suicide bombing hui, ek hi din.</w:t>
      </w:r>
    </w:p>
    <w:p>
      <w:pPr>
        <w:jc w:val="right"/>
      </w:pPr>
      <w:r>
        <w:t>تو ایک ملک کے ایک شہر میں ایسا ہوا کہ دو سوسائیڈ بمبنگ ہوئی، ایک ہی دن۔</w:t>
      </w:r>
    </w:p>
    <w:p>
      <w:r>
        <w:rPr>
          <w:b/>
        </w:rPr>
        <w:t xml:space="preserve">[02:10] </w:t>
      </w:r>
      <w:r>
        <w:t>Is mein taqreeban 100 musalman mar gaye,</w:t>
      </w:r>
    </w:p>
    <w:p>
      <w:pPr>
        <w:jc w:val="right"/>
      </w:pPr>
      <w:r>
        <w:t>اس میں تقریباً 100 مسلمان مر گئے،</w:t>
      </w:r>
    </w:p>
    <w:p>
      <w:r>
        <w:rPr>
          <w:b/>
        </w:rPr>
        <w:t xml:space="preserve">[02:15] </w:t>
      </w:r>
      <w:r>
        <w:t>zakhmiyon ka tadad toh chhod dijiye, taqreeban 100 musalman mar gaye ek hi din mein.</w:t>
      </w:r>
    </w:p>
    <w:p>
      <w:pPr>
        <w:jc w:val="right"/>
      </w:pPr>
      <w:r>
        <w:t>زخمیوں کا تعداد تو چھوڑ دیجیے، تقریباً 100 مسلمان مر گئے ایک ہی دن میں۔</w:t>
      </w:r>
    </w:p>
    <w:p>
      <w:r>
        <w:rPr>
          <w:b/>
        </w:rPr>
        <w:t xml:space="preserve">[02:26] </w:t>
      </w:r>
      <w:r>
        <w:t>Toh isi ki yeh tasveer hai.</w:t>
      </w:r>
    </w:p>
    <w:p>
      <w:pPr>
        <w:jc w:val="right"/>
      </w:pPr>
      <w:r>
        <w:t>تو اسی کی یہ تصویر ہے۔</w:t>
      </w:r>
    </w:p>
    <w:p>
      <w:r>
        <w:rPr>
          <w:b/>
        </w:rPr>
        <w:t xml:space="preserve">[02:30] </w:t>
      </w:r>
      <w:r>
        <w:t>Toh in murda musalmanon ke jo wariseen hain, unhone inki laashon ko taboot mein rakh kar ke, woh baithe hue hain,</w:t>
      </w:r>
    </w:p>
    <w:p>
      <w:pPr>
        <w:jc w:val="right"/>
      </w:pPr>
      <w:r>
        <w:t>تو ان مردہ مسلمانوں کے جو وارثین ہیں، انہوں نے ان کی لاشوں کو تابوت میں رکھ کر کے، وہ بیٹھے ہوئے ہیں،</w:t>
      </w:r>
    </w:p>
    <w:p>
      <w:r>
        <w:rPr>
          <w:b/>
        </w:rPr>
        <w:t xml:space="preserve">[02:46] </w:t>
      </w:r>
      <w:r>
        <w:t>woh keh rahe hain ke humein security, do baghair security ke hum isko dafan nahi kar sakte, kyunke wahan bhi koi aa kar bomb maar dega.</w:t>
      </w:r>
    </w:p>
    <w:p>
      <w:pPr>
        <w:jc w:val="right"/>
      </w:pPr>
      <w:r>
        <w:t>وہ کہہ رہے ہیں کہ ہمیں سیکیورٹی، دو بغیر سیکیورٹی کے ہم اس کو دفن نہیں کر سکتے، کیونکہ وہاں بھی کوئی آ کر بم مار دے گا۔</w:t>
      </w:r>
    </w:p>
    <w:p>
      <w:r>
        <w:rPr>
          <w:b/>
        </w:rPr>
        <w:t xml:space="preserve">[02:57] </w:t>
      </w:r>
      <w:r>
        <w:t>Toh is photo ke neeche jo caption hai woh bada hi</w:t>
      </w:r>
    </w:p>
    <w:p>
      <w:pPr>
        <w:jc w:val="right"/>
      </w:pPr>
      <w:r>
        <w:t>تو اس فوٹو کے نیچے جو کیپشن ہے وہ بڑا ہی</w:t>
      </w:r>
    </w:p>
    <w:p>
      <w:r>
        <w:rPr>
          <w:b/>
        </w:rPr>
        <w:t xml:space="preserve">[03:03] </w:t>
      </w:r>
      <w:r>
        <w:t>bhayanak hai.</w:t>
      </w:r>
    </w:p>
    <w:p>
      <w:pPr>
        <w:jc w:val="right"/>
      </w:pPr>
      <w:r>
        <w:t>بھیانک ہے۔</w:t>
      </w:r>
    </w:p>
    <w:p>
      <w:r>
        <w:rPr>
          <w:b/>
        </w:rPr>
        <w:t xml:space="preserve">[03:06] </w:t>
      </w:r>
      <w:r>
        <w:t>Is ke neeche likha hua hai "Seeking Right to Life".</w:t>
      </w:r>
    </w:p>
    <w:p>
      <w:pPr>
        <w:jc w:val="right"/>
      </w:pPr>
      <w:r>
        <w:t>اس کے نیچے لکھا ہوا ہے "Seeking Right to Life"۔</w:t>
      </w:r>
    </w:p>
    <w:p>
      <w:r>
        <w:rPr>
          <w:b/>
        </w:rPr>
        <w:t xml:space="preserve">[03:14] </w:t>
      </w:r>
      <w:r>
        <w:t>"Seeking Right to Life" yaani zindagi ka haq mangte hue. Yeh log jo hain apne taqreeban 100 mardon ko le kar baithe hue hain aur zindagi ka haq mang rahe hain.</w:t>
      </w:r>
    </w:p>
    <w:p>
      <w:pPr>
        <w:jc w:val="right"/>
      </w:pPr>
      <w:r>
        <w:t>"Seeking Right to Life" یعنی زندگی کا حق مانگتے ہوئے۔ یہ لوگ جو ہیں اپنے تقریباً 100 مردوں کو لے کر بیٹھے ہوئے ہیں اور زندگی کا حق مانگ رہے ہیں۔</w:t>
      </w:r>
    </w:p>
    <w:p>
      <w:r>
        <w:rPr>
          <w:b/>
        </w:rPr>
        <w:t xml:space="preserve">[03:33] </w:t>
      </w:r>
      <w:r>
        <w:t>Yeh kahan ho raha hai? Kis mulk mein ho raha hai? Yeh Pakistan ka waqia hai, yeh Pakistan ki tasveer hai.</w:t>
      </w:r>
    </w:p>
    <w:p>
      <w:pPr>
        <w:jc w:val="right"/>
      </w:pPr>
      <w:r>
        <w:t>یہ کہاں ہو رہا ہے؟ کس ملک میں ہو رہا ہے؟ یہ پاکستان کا واقعہ ہے، یہ پاکستان کی تصویر ہے۔</w:t>
      </w:r>
    </w:p>
    <w:p>
      <w:r>
        <w:rPr>
          <w:b/>
        </w:rPr>
        <w:t xml:space="preserve">[03:49] </w:t>
      </w:r>
      <w:r>
        <w:t>Toh is khabar ko padh kar mujhe apna woh zamana yaad aaya, pehle ka, yaani 1947 se pehle ka zamana, jab Pakistan ki dhoop machi hui thi.</w:t>
      </w:r>
    </w:p>
    <w:p>
      <w:pPr>
        <w:jc w:val="right"/>
      </w:pPr>
      <w:r>
        <w:t>تو اس خبر کو پڑھ کر مجھے اپنا وہ زمانہ یاد آیا، پہلے کا، یعنی 1947 سے پہلے کا زمانہ، جب پاکستان کی دھوپ مچی ہوئی تھی۔</w:t>
      </w:r>
    </w:p>
    <w:p>
      <w:r>
        <w:rPr>
          <w:b/>
        </w:rPr>
        <w:t xml:space="preserve">[04:07] </w:t>
      </w:r>
      <w:r>
        <w:t>British hukoomat thi us zamane mein aur Muslim leader maang kar rahe the ke humein Pakistan chahiye. Allama Iqbal ne 1930 mein, yaani 1930 mein,</w:t>
      </w:r>
    </w:p>
    <w:p>
      <w:pPr>
        <w:jc w:val="right"/>
      </w:pPr>
      <w:r>
        <w:t>برٹش حکومت تھی اس زمانے میں اور مسلم لیڈر مانگ کر رہے تھے کہ ہمیں پاکستان چاہیے۔ علامہ اقبال نے 1930 میں، یعنی 1930 میں،</w:t>
      </w:r>
    </w:p>
    <w:p>
      <w:r>
        <w:rPr>
          <w:b/>
        </w:rPr>
        <w:t xml:space="preserve">[04:23] </w:t>
      </w:r>
      <w:r>
        <w:t>ek</w:t>
      </w:r>
    </w:p>
    <w:p>
      <w:pPr>
        <w:jc w:val="right"/>
      </w:pPr>
      <w:r>
        <w:t>ایک</w:t>
      </w:r>
    </w:p>
    <w:p>
      <w:r>
        <w:rPr>
          <w:b/>
        </w:rPr>
        <w:t xml:space="preserve">[04:27] </w:t>
      </w:r>
      <w:r>
        <w:t>taqreer ki thi Allahabad mein, Aliyah Muslim League ke jalsay ki sadarat karte hue.</w:t>
      </w:r>
    </w:p>
    <w:p>
      <w:pPr>
        <w:jc w:val="right"/>
      </w:pPr>
      <w:r>
        <w:t>تقریر کی تھی الہ آباد میں، عالیہ مسلم لیگ کے جلسے کی صدارت کرتے ہوئے۔</w:t>
      </w:r>
    </w:p>
    <w:p>
      <w:r>
        <w:rPr>
          <w:b/>
        </w:rPr>
        <w:t xml:space="preserve">[04:38] </w:t>
      </w:r>
      <w:r>
        <w:t>Is mein unhone yeh tasveer pesh kiya tha. Toh saare logon ne is ko</w:t>
      </w:r>
    </w:p>
    <w:p>
      <w:pPr>
        <w:jc w:val="right"/>
      </w:pPr>
      <w:r>
        <w:t>اس میں انہوں نے یہ تصویر پیش کیا تھا۔ تو سارے لوگوں نے اس کو</w:t>
      </w:r>
    </w:p>
    <w:p>
      <w:r>
        <w:rPr>
          <w:b/>
        </w:rPr>
        <w:t xml:space="preserve">[04:45] </w:t>
      </w:r>
      <w:r>
        <w:t>bohat zabardast tareeqay par le liya.</w:t>
      </w:r>
    </w:p>
    <w:p>
      <w:pPr>
        <w:jc w:val="right"/>
      </w:pPr>
      <w:r>
        <w:t>بہت زبردست طریقے پر لے لیا۔</w:t>
      </w:r>
    </w:p>
    <w:p>
      <w:r>
        <w:rPr>
          <w:b/>
        </w:rPr>
        <w:t xml:space="preserve">[04:55] </w:t>
      </w:r>
      <w:r>
        <w:t>Us waqt yeh kaha jata tha ke hum ko India mein Hindu aksariyat se khatra hai, is liye humein alag sarzameen chahiye.</w:t>
      </w:r>
    </w:p>
    <w:p>
      <w:pPr>
        <w:jc w:val="right"/>
      </w:pPr>
      <w:r>
        <w:t>اس وقت یہ کہا جاتا تھا کہ ہم کو انڈیا میں ہندو اکثریت سے خطرہ ہے، اس لیے ہمیں الگ سرزمین چاہیے۔</w:t>
      </w:r>
    </w:p>
    <w:p>
      <w:r>
        <w:rPr>
          <w:b/>
        </w:rPr>
        <w:t xml:space="preserve">[05:09] </w:t>
      </w:r>
      <w:r>
        <w:t>India mein hum ko Hindu aksariyat se khatra hai, is liye humein ek alag sarzameen chahiye. Ab bohat zyada dhoop machai gayi.</w:t>
      </w:r>
    </w:p>
    <w:p>
      <w:pPr>
        <w:jc w:val="right"/>
      </w:pPr>
      <w:r>
        <w:t>انڈیا میں ہم کو ہندو اکثریت سے خطرہ ہے، اس لیے ہمیں ایک الگ سرزمین چاہیے۔ اب بہت زیادہ دھوپ مچائی گئی۔</w:t>
      </w:r>
    </w:p>
    <w:p>
      <w:r>
        <w:rPr>
          <w:b/>
        </w:rPr>
        <w:t xml:space="preserve">[05:20] </w:t>
      </w:r>
      <w:r>
        <w:t>Aur sirf is ilaqay ke log nahi shareek the jahan Pakistan bana hai, doosre ilaqay ke log bhi shareek the.</w:t>
      </w:r>
    </w:p>
    <w:p>
      <w:pPr>
        <w:jc w:val="right"/>
      </w:pPr>
      <w:r>
        <w:t>اور صرف اس علاقے کے لوگ نہیں شریک تھے جہاں پاکستان بنا ہے، دوسرے علاقے کے لوگ بھی شریک تھے۔</w:t>
      </w:r>
    </w:p>
    <w:p>
      <w:r>
        <w:rPr>
          <w:b/>
        </w:rPr>
        <w:t xml:space="preserve">[05:28] </w:t>
      </w:r>
      <w:r>
        <w:t>mere jaise chand log istasna the kuch, meri family is mein shareek nahi thi. baqi aksariyat musalmanon ki yahan se wahan tak ke hum ko Pakistan chahiye.</w:t>
      </w:r>
    </w:p>
    <w:p>
      <w:pPr>
        <w:jc w:val="right"/>
      </w:pPr>
      <w:r>
        <w:t>میرے جیسے چند لوگ استثنا تھے کچھ، میری فیملی اس میں شریک نہیں تھی۔ باقی اکثریت مسلمانوں کی یہاں سے وہاں تک کہ ہم کو پاکستان چاہیے۔</w:t>
      </w:r>
    </w:p>
    <w:p>
      <w:r>
        <w:rPr>
          <w:b/>
        </w:rPr>
        <w:t xml:space="preserve">[05:40] </w:t>
      </w:r>
      <w:r>
        <w:t>kyun? hifazat ke liye,</w:t>
      </w:r>
    </w:p>
    <w:p>
      <w:pPr>
        <w:jc w:val="right"/>
      </w:pPr>
      <w:r>
        <w:t>کیوں؟ حفاظت کے لیے،</w:t>
      </w:r>
    </w:p>
    <w:p>
      <w:r>
        <w:rPr>
          <w:b/>
        </w:rPr>
        <w:t xml:space="preserve">[05:45] </w:t>
      </w:r>
      <w:r>
        <w:t>hindu aksariyat se apne aap ko mehfooz karne ke liye. acha, Pakistan aap jante hain ke 1947 mein ban gaya.</w:t>
      </w:r>
    </w:p>
    <w:p>
      <w:pPr>
        <w:jc w:val="right"/>
      </w:pPr>
      <w:r>
        <w:t>ہندو اکثریت سے اپنے آپ کو محفوظ کرنے کے لیے۔ اچھا، پاکستان آپ جانتے ہیں کہ 1947 میں بن گیا۔</w:t>
      </w:r>
    </w:p>
    <w:p>
      <w:r>
        <w:rPr>
          <w:b/>
        </w:rPr>
        <w:t xml:space="preserve">[05:57] </w:t>
      </w:r>
      <w:r>
        <w:t>tab se aaj tak dekhiye kya ho raha hai,</w:t>
      </w:r>
    </w:p>
    <w:p>
      <w:pPr>
        <w:jc w:val="right"/>
      </w:pPr>
      <w:r>
        <w:t>تب سے آج تک دیکھیے کیا ہو رہا ہے،</w:t>
      </w:r>
    </w:p>
    <w:p>
      <w:r>
        <w:rPr>
          <w:b/>
        </w:rPr>
        <w:t xml:space="preserve">[06:01] </w:t>
      </w:r>
      <w:r>
        <w:t>khud musalman musalman ko maar rahe hain. mujhe yaad aata hai, main gaya tha aik martaba Iraq, to wahan par aik Shia aaye hue thay</w:t>
      </w:r>
    </w:p>
    <w:p>
      <w:pPr>
        <w:jc w:val="right"/>
      </w:pPr>
      <w:r>
        <w:t>خود مسلمان مسلمان کو مار رہے ہیں۔ مجھے یاد آتا ہے، میں گیا تھا ایک مرتبہ عراق، تو وہاں پر ایک شیعہ آئے ہوئے تھے</w:t>
      </w:r>
    </w:p>
    <w:p>
      <w:r>
        <w:rPr>
          <w:b/>
        </w:rPr>
        <w:t xml:space="preserve">[06:16] </w:t>
      </w:r>
      <w:r>
        <w:t>Karbala ki ziyarat ke liye. mujh se mulaqat hui to unhon ne bataya ke main Delhi mein paida hua aur taqseem ke baad main Pakistan chala gaya.</w:t>
      </w:r>
    </w:p>
    <w:p>
      <w:pPr>
        <w:jc w:val="right"/>
      </w:pPr>
      <w:r>
        <w:t>کربلا کی زیارت کے لیے۔ مجھ سے ملاقات ہوئی تو انہوں نے بتایا کہ میں دلی میں پیدا ہوا اور تقسیم کے بعد میں پاکستان چلا گیا۔</w:t>
      </w:r>
    </w:p>
    <w:p>
      <w:r>
        <w:rPr>
          <w:b/>
        </w:rPr>
        <w:t xml:space="preserve">[06:32] </w:t>
      </w:r>
      <w:r>
        <w:t>wo senior thay,</w:t>
      </w:r>
    </w:p>
    <w:p>
      <w:pPr>
        <w:jc w:val="right"/>
      </w:pPr>
      <w:r>
        <w:t>وہ سینئر تھے،</w:t>
      </w:r>
    </w:p>
    <w:p>
      <w:r>
        <w:rPr>
          <w:b/>
        </w:rPr>
        <w:t xml:space="preserve">[06:36] </w:t>
      </w:r>
      <w:r>
        <w:t>ab shayad wo dunya mein na bhi hon. to is ne mujh se poocha ke aap ne India ko bhi dekha hai aur aap Pakistan ko bhi dekh rahe hain, to farq bataiye.</w:t>
      </w:r>
    </w:p>
    <w:p>
      <w:pPr>
        <w:jc w:val="right"/>
      </w:pPr>
      <w:r>
        <w:t>اب شاید وہ دنیا میں نہ بھی ہوں۔ تو اس نے مجھ سے پوچھا کہ آپ نے انڈیا کو بھی دیکھا ہے اور آپ پاکستان کو بھی دیکھ رہے ہیں، تو فرق بتائیے۔</w:t>
      </w:r>
    </w:p>
    <w:p>
      <w:r>
        <w:rPr>
          <w:b/>
        </w:rPr>
        <w:t xml:space="preserve">[06:50] </w:t>
      </w:r>
      <w:r>
        <w:t>to rone lage wo.</w:t>
      </w:r>
    </w:p>
    <w:p>
      <w:pPr>
        <w:jc w:val="right"/>
      </w:pPr>
      <w:r>
        <w:t>تو رونے لگے وہ۔</w:t>
      </w:r>
    </w:p>
    <w:p>
      <w:r>
        <w:rPr>
          <w:b/>
        </w:rPr>
        <w:t xml:space="preserve">[06:53] </w:t>
      </w:r>
      <w:r>
        <w:t>ro kar unhon ne kaha ke farq kuch bhi nahi, pehle hindu musalman ladte thay, ab Shia aur Sunni ladte hain yahan par.</w:t>
      </w:r>
    </w:p>
    <w:p>
      <w:pPr>
        <w:jc w:val="right"/>
      </w:pPr>
      <w:r>
        <w:t>رو کر انہوں نے کہا کہ فرق کچھ بھی نہیں، پہلے ہندو مسلم لڑتے تھے، اب شیعہ اور سنی لڑتے ہیں یہاں پر۔</w:t>
      </w:r>
    </w:p>
    <w:p>
      <w:r>
        <w:rPr>
          <w:b/>
        </w:rPr>
        <w:t xml:space="preserve">[07:04] </w:t>
      </w:r>
      <w:r>
        <w:t>yani Shia Pakistan mein 20 feesad hain.</w:t>
      </w:r>
    </w:p>
    <w:p>
      <w:pPr>
        <w:jc w:val="right"/>
      </w:pPr>
      <w:r>
        <w:t>یعنی شیعہ پاکستان میں 20 فیصد ہیں۔</w:t>
      </w:r>
    </w:p>
    <w:p>
      <w:r>
        <w:rPr>
          <w:b/>
        </w:rPr>
        <w:t xml:space="preserve">[07:10] </w:t>
      </w:r>
      <w:r>
        <w:t>to aik baar Shia marte hain Sunni ko, doosri baar Sunni marte hain Shia ko. yeh ho raha hai. aur sirf Shia Sunni ki baat nahi hai.</w:t>
      </w:r>
    </w:p>
    <w:p>
      <w:pPr>
        <w:jc w:val="right"/>
      </w:pPr>
      <w:r>
        <w:t>تو ایک بار شیعہ مارتے ہیں سنی کو، دوسری بار سنی مارتے ہیں شیعہ کو۔ یہ ہو رہا ہے۔ اور صرف شیعہ سنی کی بات نہیں ہے۔</w:t>
      </w:r>
    </w:p>
    <w:p>
      <w:r>
        <w:rPr>
          <w:b/>
        </w:rPr>
        <w:t xml:space="preserve">[07:20] </w:t>
      </w:r>
      <w:r>
        <w:t>wahan muhajir marte hain ghair muhajir ko, ghair muhajir marte hain muhajir ko. Punjabi marte hain non Punjabi ko, non Punjabi marte hain Punjabi ko.</w:t>
      </w:r>
    </w:p>
    <w:p>
      <w:pPr>
        <w:jc w:val="right"/>
      </w:pPr>
      <w:r>
        <w:t>وہاں مہاجر مارتے ہیں غیر مہاجر کو، غیر مہاجر مارتے ہیں مہاجر کو۔ پنجابی مارتے ہیں نان پنجابی کو، نان پنجابی مارتے ہیں پنجابی کو۔</w:t>
      </w:r>
    </w:p>
    <w:p>
      <w:r>
        <w:rPr>
          <w:b/>
        </w:rPr>
        <w:t xml:space="preserve">[07:35] </w:t>
      </w:r>
      <w:r>
        <w:t>to jo log kehte thay ke humein hindu aksariyat se khatra hai, ab tumhein khud musalmanon se khatra hai.</w:t>
      </w:r>
    </w:p>
    <w:p>
      <w:pPr>
        <w:jc w:val="right"/>
      </w:pPr>
      <w:r>
        <w:t>تو جو لوگ کہتے تھے کہ ہمیں ہندو اکثریت سے خطرہ ہے، اب تمہیں خود مسلمانوں سے خطرہ ہے۔</w:t>
      </w:r>
    </w:p>
    <w:p>
      <w:r>
        <w:rPr>
          <w:b/>
        </w:rPr>
        <w:t xml:space="preserve">[07:45] </w:t>
      </w:r>
      <w:r>
        <w:t>aur yeh aik waqia hai ke India ke musalman bohat zyada taraqqi kar rahe hain, Pakistan se zyada taraqqi kar rahe hain.</w:t>
      </w:r>
    </w:p>
    <w:p>
      <w:pPr>
        <w:jc w:val="right"/>
      </w:pPr>
      <w:r>
        <w:t>اور یہ ایک واقعہ ہے کہ انڈیا کے مسلمان بہت زیادہ ترقی کر رہے ہیں، پاکستان سے زیادہ ترقی کر رہے ہیں۔</w:t>
      </w:r>
    </w:p>
    <w:p>
      <w:r>
        <w:rPr>
          <w:b/>
        </w:rPr>
        <w:t xml:space="preserve">[07:54] </w:t>
      </w:r>
      <w:r>
        <w:t>yeh aik haqeeqat hai.</w:t>
      </w:r>
    </w:p>
    <w:p>
      <w:pPr>
        <w:jc w:val="right"/>
      </w:pPr>
      <w:r>
        <w:t>یہ ایک حقیقت ہے۔</w:t>
      </w:r>
    </w:p>
    <w:p>
      <w:r>
        <w:rPr>
          <w:b/>
        </w:rPr>
        <w:t xml:space="preserve">[07:58] </w:t>
      </w:r>
      <w:r>
        <w:t>Pakistan mein jo log gaye un se pooch li jiye aap, India ke musalman Pakistan ke muqable mein zyada taraqqi kar rahe hain.</w:t>
      </w:r>
    </w:p>
    <w:p>
      <w:pPr>
        <w:jc w:val="right"/>
      </w:pPr>
      <w:r>
        <w:t>پاکستان میں جو لوگ گئے ان سے پوچھ لیجیے آپ، انڈیا کے مسلمان پاکستان کے مقابلے میں زیادہ ترقی کر رہے ہیں۔</w:t>
      </w:r>
    </w:p>
    <w:p>
      <w:r>
        <w:rPr>
          <w:b/>
        </w:rPr>
        <w:t xml:space="preserve">[08:07] </w:t>
      </w:r>
      <w:r>
        <w:t>wo log jhoot bolte hain jo kehte hain ke India mein hamare sath zulm hota hai. sirf jhoot baat, jhooti baat hai yeh sab.</w:t>
      </w:r>
    </w:p>
    <w:p>
      <w:pPr>
        <w:jc w:val="right"/>
      </w:pPr>
      <w:r>
        <w:t>وہ لوگ جھوٹ بولتے ہیں جو کہتے ہیں کہ انڈیا میں ہمارے ساتھ ظلم ہوتا ہے۔ صرف جھوٹ بات، جھوٹی بات ہے یہ سب۔</w:t>
      </w:r>
    </w:p>
    <w:p>
      <w:r>
        <w:rPr>
          <w:b/>
        </w:rPr>
        <w:t xml:space="preserve">[08:16] </w:t>
      </w:r>
      <w:r>
        <w:t>acha, ab is mein ghor kijiye, yeh mamla kya hai? yeh bohat hi sanjeeda mamla hai, yaad rakhiye.</w:t>
      </w:r>
    </w:p>
    <w:p>
      <w:pPr>
        <w:jc w:val="right"/>
      </w:pPr>
      <w:r>
        <w:t>اچھا، اب اس میں غور کیجیے، یہ معاملہ کیا ہے؟ یہ بہت ہی سنجیدہ معاملہ ہے، یاد رکھیے۔</w:t>
      </w:r>
    </w:p>
    <w:p>
      <w:r>
        <w:rPr>
          <w:b/>
        </w:rPr>
        <w:t xml:space="preserve">[08:28] </w:t>
      </w:r>
      <w:r>
        <w:t>dekhiye, yeh masla jo tha musalman بمقابلہ hindu nahi tha. yeh jo uthaya gaya masla Pakistan ka taqseem ka, hindu musalman ke naam par, to apni haqeeqat ke aitbar se yeh masla</w:t>
      </w:r>
    </w:p>
    <w:p>
      <w:pPr>
        <w:jc w:val="right"/>
      </w:pPr>
      <w:r>
        <w:t>دیکھیے، یہ مسئلہ جو تھا مسلم بمقابلہ ہندو نہیں تھا۔ یہ جو اٹھایا گیا مسئلہ پاکستان کا تقسیم کا، ہندو مسلم کے نام پر، تو اپنی حقیقت کے اعتبار سے یہ مسئلہ</w:t>
      </w:r>
    </w:p>
    <w:p>
      <w:r>
        <w:rPr>
          <w:b/>
        </w:rPr>
        <w:t xml:space="preserve">[08:47] </w:t>
      </w:r>
      <w:r>
        <w:t>hindu بمقابلہ muslim ka nahi tha. yeh tha hindu بمقابلہ degenerated community tha. hindu بمقابلہ aur degenerated community.</w:t>
      </w:r>
    </w:p>
    <w:p>
      <w:pPr>
        <w:jc w:val="right"/>
      </w:pPr>
      <w:r>
        <w:t>ہندو بمقابلہ مسلم کا نہیں تھا۔ یہ تھا ہندو بمقابلہ ڈی جنریٹڈ کمیونٹی تھا۔ ہندو بمقابلہ اور ڈی جنریٹڈ کمیونٹی۔</w:t>
      </w:r>
    </w:p>
    <w:p>
      <w:r>
        <w:rPr>
          <w:b/>
        </w:rPr>
        <w:t xml:space="preserve">[09:03] </w:t>
      </w:r>
      <w:r>
        <w:t>musalman aakhri had tak zawal tak pahunch chuke thay,</w:t>
      </w:r>
    </w:p>
    <w:p>
      <w:pPr>
        <w:jc w:val="right"/>
      </w:pPr>
      <w:r>
        <w:t>مسلمان آخری حد تک زوال تک پہنچ چکے تھے،</w:t>
      </w:r>
    </w:p>
    <w:p>
      <w:r>
        <w:rPr>
          <w:b/>
        </w:rPr>
        <w:t xml:space="preserve">[09:07] </w:t>
      </w:r>
      <w:r>
        <w:t>degeneration mein mubtala ho chuke thay. lekin is raat ko na Jinnah ne samjha, na Usama Syed ne, na kisi aur leader ne. aur unhon ne mutalba kar diya.</w:t>
      </w:r>
    </w:p>
    <w:p>
      <w:pPr>
        <w:jc w:val="right"/>
      </w:pPr>
      <w:r>
        <w:t>ڈی جنریشن میں مبتلا ہو چکے تھے۔ لیکن اس رات کو نہ جناح نے سمجھا، نہ اسامہ سید نے، نہ کسی اور لیڈر نے۔ اور انہوں نے مطالبہ کر دیا۔</w:t>
      </w:r>
    </w:p>
    <w:p>
      <w:r>
        <w:rPr>
          <w:b/>
        </w:rPr>
        <w:t xml:space="preserve">[09:21] </w:t>
      </w:r>
      <w:r>
        <w:t>to ab jo Pakistan bana,</w:t>
      </w:r>
    </w:p>
    <w:p>
      <w:pPr>
        <w:jc w:val="right"/>
      </w:pPr>
      <w:r>
        <w:t>تو اب جو پاکستان بنا،</w:t>
      </w:r>
    </w:p>
    <w:p>
      <w:r>
        <w:rPr>
          <w:b/>
        </w:rPr>
        <w:t xml:space="preserve">[09:24] </w:t>
      </w:r>
      <w:r>
        <w:t>wo Muslim Pakistan nahi tha wo. aik zawal yafta qom ka Pakistan tha wo. aap naam kuch bhi rakh lijiye, is ka naam rakh rakha hai Islami Jamhuriya Pakistan.</w:t>
      </w:r>
    </w:p>
    <w:p>
      <w:pPr>
        <w:jc w:val="right"/>
      </w:pPr>
      <w:r>
        <w:t>وہ مسلم پاکستان نہیں تھا وہ۔ ایک زوال یافتہ قوم کا پاکستان تھا وہ۔ آپ نام کچھ بھی رکھ لیجیے، اس کا نام رکھ رکھا ہے اسلامی جمہوریہ پاکستان۔</w:t>
      </w:r>
    </w:p>
    <w:p>
      <w:r>
        <w:rPr>
          <w:b/>
        </w:rPr>
        <w:t xml:space="preserve">[09:36] </w:t>
      </w:r>
      <w:r>
        <w:t>yeh aik jhooti namzadgi hai, jhooti namzadgi. aik zawal yafata qaum</w:t>
      </w:r>
    </w:p>
    <w:p>
      <w:pPr>
        <w:jc w:val="right"/>
      </w:pPr>
      <w:r>
        <w:t>یہ ایک جھوٹی نامزدگی ہے، جھوٹی نامزدگی۔ ایک زوال یافتہ قوم</w:t>
      </w:r>
    </w:p>
    <w:p>
      <w:r>
        <w:rPr>
          <w:b/>
        </w:rPr>
        <w:t xml:space="preserve">[09:43] </w:t>
      </w:r>
      <w:r>
        <w:t>ne aik alag mulk le liya, wahan par kya karein ge woh? wahi karein ge jo zawal yafata qaum karti hai?</w:t>
      </w:r>
    </w:p>
    <w:p>
      <w:pPr>
        <w:jc w:val="right"/>
      </w:pPr>
      <w:r>
        <w:t>نے ایک الگ ملک لے لیا، وہاں پر کیا کریں گے وہ؟ وہی کریں گے جو زوال یافتہ قوم کرتی ہے؟</w:t>
      </w:r>
    </w:p>
    <w:p>
      <w:r>
        <w:rPr>
          <w:b/>
        </w:rPr>
        <w:t xml:space="preserve">[09:54] </w:t>
      </w:r>
      <w:r>
        <w:t>yeh sab zawal yafata qaum ke muzahir hain. yeh bohat sanjeeda baat hai, kisi ko agar karwi lagay to</w:t>
      </w:r>
    </w:p>
    <w:p>
      <w:pPr>
        <w:jc w:val="right"/>
      </w:pPr>
      <w:r>
        <w:t>یہ سب زوال یافتہ قوم کے مظاہر ہیں۔ یہ بہت سنجیدہ بات ہے، کسی کو اگر کڑوی لگے تو</w:t>
      </w:r>
    </w:p>
    <w:p>
      <w:r>
        <w:rPr>
          <w:b/>
        </w:rPr>
        <w:t xml:space="preserve">[10:03] </w:t>
      </w:r>
      <w:r>
        <w:t>intezar kare woh qayamat ka, jab Allah ki taraf se elaan hoga ke yeh baat sahi kahi thi mere bande ne.</w:t>
      </w:r>
    </w:p>
    <w:p>
      <w:pPr>
        <w:jc w:val="right"/>
      </w:pPr>
      <w:r>
        <w:t>انتظار کرے وہ قیامت کا، جب اللہ کی طرف سے اعلان ہوگا کہ یہ بات صحیح کہی تھی میرے بندے نے۔</w:t>
      </w:r>
    </w:p>
    <w:p>
      <w:r>
        <w:rPr>
          <w:b/>
        </w:rPr>
        <w:t xml:space="preserve">[10:13] </w:t>
      </w:r>
      <w:r>
        <w:t>agar aap nahi sochen ge to ab tak jo barbadi ho chuki hai, ab mazeed barbadi samne aaye gi.</w:t>
      </w:r>
    </w:p>
    <w:p>
      <w:pPr>
        <w:jc w:val="right"/>
      </w:pPr>
      <w:r>
        <w:t>اگر آپ نہیں سوچیں گے تو اب تک جو بربادی ہو چکی ہے، اب مزید بربادی سامنے آئے گی۔</w:t>
      </w:r>
    </w:p>
    <w:p>
      <w:r>
        <w:rPr>
          <w:b/>
        </w:rPr>
        <w:t xml:space="preserve">[10:24] </w:t>
      </w:r>
      <w:r>
        <w:t>ab dekhiye, main aap ko yaad dilana chahta hoon ke aik hadith. aik hadith mein hai,</w:t>
      </w:r>
    </w:p>
    <w:p>
      <w:pPr>
        <w:jc w:val="right"/>
      </w:pPr>
      <w:r>
        <w:t>اب دیکھیے، میں آپ کو یاد دلانا چاہتا ہوں کہ ایک حدیث۔ ایک حدیث میں ہے،</w:t>
      </w:r>
    </w:p>
    <w:p>
      <w:r>
        <w:rPr>
          <w:b/>
        </w:rPr>
        <w:t xml:space="preserve">[10:32] </w:t>
      </w:r>
      <w:r>
        <w:t>yeh hadith sahih al bukhari mein bhi hai aur doosri kitabon mein bhi hai. is ke sahih hone mein koi kisi ko shaq nahi, kisi aalim ko.</w:t>
      </w:r>
    </w:p>
    <w:p>
      <w:pPr>
        <w:jc w:val="right"/>
      </w:pPr>
      <w:r>
        <w:t>یہ حدیث صحیح البخاری میں بھی ہے اور دوسری کتابوں میں بھی ہے۔ اس کے صحیح ہونے میں کوئی کسی کو شک نہیں، کسی عالم کو۔</w:t>
      </w:r>
    </w:p>
    <w:p>
      <w:r>
        <w:rPr>
          <w:b/>
        </w:rPr>
        <w:t xml:space="preserve">[10:44] </w:t>
      </w:r>
      <w:r>
        <w:t>sab log mante hain is ko. is ki alfaaz yeh hain:</w:t>
      </w:r>
    </w:p>
    <w:p>
      <w:pPr>
        <w:jc w:val="right"/>
      </w:pPr>
      <w:r>
        <w:t>سب لوگ مانتے ہیں اس کو۔ اس کی الفاظ یہ ہیں:</w:t>
      </w:r>
    </w:p>
    <w:p>
      <w:r>
        <w:rPr>
          <w:b/>
        </w:rPr>
        <w:t xml:space="preserve">[10:51] </w:t>
      </w:r>
      <w:r>
        <w:t>latatba'un sunan man kana qablakum shibran bi shibrin wa zira'an bi zira'in hatta law dakhalu johra thabbin ladakhaltumooh</w:t>
      </w:r>
    </w:p>
    <w:p>
      <w:pPr>
        <w:jc w:val="right"/>
      </w:pPr>
      <w:r>
        <w:t>لَتَتَّبَعُونَّ سُنُنَّ مَنْ كَانَ قَبْلُكُمْ شِبْرًا بِشِبْرٍ وَزِرَاعًا بَزِرَاعٍ حَتَّىٰ لَوْ دَخَلُوا جُهْرَ ذَبٍّ لَدَخَلْتَمُوهُ</w:t>
      </w:r>
    </w:p>
    <w:p>
      <w:r>
        <w:rPr>
          <w:b/>
        </w:rPr>
        <w:t xml:space="preserve">[11:10] </w:t>
      </w:r>
      <w:r>
        <w:t>Rasool Allah salallaho alaihi wasallam ne farmaya, musalmanon ko mukhatib karte hue ke tum zaroor follow karoge, itteba' karoge, pichli ummaton ka, yani yahood ka,</w:t>
      </w:r>
    </w:p>
    <w:p>
      <w:pPr>
        <w:jc w:val="right"/>
      </w:pPr>
      <w:r>
        <w:t>رسول اللہ صلی اللہ علیہ وسلم نے فرمایا، مسلمانوں کو مخاطب کرتے ہوئے کہ تم ضرور فالو کرو گے، اتباع کرو گے، پچھلی امتوں کا، یعنی یہود کا،</w:t>
      </w:r>
    </w:p>
    <w:p>
      <w:r>
        <w:rPr>
          <w:b/>
        </w:rPr>
        <w:t xml:space="preserve">[11:29] </w:t>
      </w:r>
      <w:r>
        <w:t>qadam ba qadam itteba' karoge. yahan tak ke agar woh kisi goh ke bil mein ghus jayein to tum bhi wahan ghus jaoge.</w:t>
      </w:r>
    </w:p>
    <w:p>
      <w:pPr>
        <w:jc w:val="right"/>
      </w:pPr>
      <w:r>
        <w:t>قدم بقدم اتباع کرو گے۔ یہاں تک کہ اگر وہ کسی گوہ کے بل میں گھس جائیں تو تم بھی وہاں گھس جاؤ گے۔</w:t>
      </w:r>
    </w:p>
    <w:p>
      <w:r>
        <w:rPr>
          <w:b/>
        </w:rPr>
        <w:t xml:space="preserve">[11:44] </w:t>
      </w:r>
      <w:r>
        <w:t>yeh thi peshgoi Rasool Allah salallaho alaihi wasallam ki. aaj woh 100 fisad poori ho chuki hai. poori dunya ke musalman is ke shareek hain, is ke shareek hain.</w:t>
      </w:r>
    </w:p>
    <w:p>
      <w:pPr>
        <w:jc w:val="right"/>
      </w:pPr>
      <w:r>
        <w:t>یہ تھی پیش گوئی رسول اللہ صلی اللہ علیہ وسلم کی۔ آج وہ 100 فیصد پوری ہو چکی ہے۔ پوری دنیا کے مسلمان اس کے شریک ہیں، اس کے شریک ہیں۔</w:t>
      </w:r>
    </w:p>
    <w:p>
      <w:r>
        <w:rPr>
          <w:b/>
        </w:rPr>
        <w:t xml:space="preserve">[11:56] </w:t>
      </w:r>
      <w:r>
        <w:t>is ki misaal hain. is mein koi istesna nahi, yaad rakhiye. arab aur non arab ka, mashriq ka aur maghrib ka, kisi ka koi istesna nahi.</w:t>
      </w:r>
    </w:p>
    <w:p>
      <w:pPr>
        <w:jc w:val="right"/>
      </w:pPr>
      <w:r>
        <w:t>اس کی مثال ہیں۔ اس میں کوئی استثنا نہیں، یاد رکھیے۔ عرب اور نان عرب کا، مشرق کا اور مغرب کا، کسی کا کوئی استثنا نہیں۔</w:t>
      </w:r>
    </w:p>
    <w:p>
      <w:r>
        <w:rPr>
          <w:b/>
        </w:rPr>
        <w:t xml:space="preserve">[12:06] </w:t>
      </w:r>
      <w:r>
        <w:t>sab sab is ka shikar ho chuke hain.</w:t>
      </w:r>
    </w:p>
    <w:p>
      <w:pPr>
        <w:jc w:val="right"/>
      </w:pPr>
      <w:r>
        <w:t>سب سب اس کا شکار ہو چکے ہیں۔</w:t>
      </w:r>
    </w:p>
    <w:p>
      <w:r>
        <w:rPr>
          <w:b/>
        </w:rPr>
        <w:t xml:space="preserve">[12:12] </w:t>
      </w:r>
      <w:r>
        <w:t>ab dekhiye ke is ka matlab kya hai? yahood ke itteba ka matlab kya hai? yahan aik bohat aik bohat ziyada sochne wali baat main arz karta hoon.</w:t>
      </w:r>
    </w:p>
    <w:p>
      <w:pPr>
        <w:jc w:val="right"/>
      </w:pPr>
      <w:r>
        <w:t>اب دیکھیے کہ اس کا مطلب کیا ہے؟ یہود کے اتباع کا مطلب کیا ہے؟ یہاں ایک بہت ایک بہت زیادہ سوچنے والی بات میں عرض کرتا ہوں۔</w:t>
      </w:r>
    </w:p>
    <w:p>
      <w:r>
        <w:rPr>
          <w:b/>
        </w:rPr>
        <w:t xml:space="preserve">[12:30] </w:t>
      </w:r>
      <w:r>
        <w:t>koi musalman aap ko aisa nahi mile ga jo yeh manta ho ke hum yahood ke itteba kar rahe hain. aisa nahi mile ga koi.</w:t>
      </w:r>
    </w:p>
    <w:p>
      <w:pPr>
        <w:jc w:val="right"/>
      </w:pPr>
      <w:r>
        <w:t>کوئی مسلمان آپ کو ایسا نہیں ملے گا جو یہ مانتا ہو کہ ہم یہود کے اتباع کر رہے ہیں۔ ایسا نہیں ملے گا کوئی۔</w:t>
      </w:r>
    </w:p>
    <w:p>
      <w:r>
        <w:rPr>
          <w:b/>
        </w:rPr>
        <w:t xml:space="preserve">[12:41] </w:t>
      </w:r>
      <w:r>
        <w:t>kyun? woh samajhte hain ke itteba ka matlab yeh hai ke woh samajhte hain ke aisa to kabhi hua nahi ke hum yahoodiyon ke shehron mein jayein, wahan seekhein un ke tareeqe aur kahein ke humein to tumhara itteba karna hai.</w:t>
      </w:r>
    </w:p>
    <w:p>
      <w:pPr>
        <w:jc w:val="right"/>
      </w:pPr>
      <w:r>
        <w:t>کیوں؟ وہ سمجھتے ہیں کہ اتباع کا مطلب یہ ہے کہ وہ سمجھتے ہیں کہ ایسا تو کبھی ہوا نہیں کہ ہم یہودیوں کے شہروں میں جائیں، وہاں سیکھیں ان کے طریقے اور کہیں کہ ہمیں تو تمہارا اتباع کرنا ہے۔</w:t>
      </w:r>
    </w:p>
    <w:p>
      <w:r>
        <w:rPr>
          <w:b/>
        </w:rPr>
        <w:t xml:space="preserve">[12:59] </w:t>
      </w:r>
      <w:r>
        <w:t>wahan seekh kar aayein aur phir un ka itteba karein, un ko follow karein. aisa to kabhi hua nahi.</w:t>
      </w:r>
    </w:p>
    <w:p>
      <w:pPr>
        <w:jc w:val="right"/>
      </w:pPr>
      <w:r>
        <w:t>وہاں سیکھ کر آئیں اور پھر ان کا اتباع کریں، ان کو فالو کریں۔ ایسا تو کبھی ہوا نہیں۔</w:t>
      </w:r>
    </w:p>
    <w:p>
      <w:r>
        <w:rPr>
          <w:b/>
        </w:rPr>
        <w:t xml:space="preserve">[13:05] </w:t>
      </w:r>
      <w:r>
        <w:t>na ke bhi aisa hua ke yahoodi teacher hamare haan aaye hon aur yeh keh kar ke humein to apna follower banana hai, is liye hum ne yahan aayein tumhari.</w:t>
      </w:r>
    </w:p>
    <w:p>
      <w:pPr>
        <w:jc w:val="right"/>
      </w:pPr>
      <w:r>
        <w:t>نہ کہ بھی ایسا ہوا کہ یہودی ٹیچر ہمارے ہاں آئے ہوں اور یہ کہہ کر کہ ہمیں تو اپنا فالوور بنانا ہے، اس لیے ہم نے یہاں آئیں تمہاری۔</w:t>
      </w:r>
    </w:p>
    <w:p>
      <w:r>
        <w:rPr>
          <w:b/>
        </w:rPr>
        <w:t xml:space="preserve">[13:18] </w:t>
      </w:r>
      <w:r>
        <w:t>aisa to kabhi hua nahi. to yeh matlab nahi hai hadith ka.</w:t>
      </w:r>
    </w:p>
    <w:p>
      <w:pPr>
        <w:jc w:val="right"/>
      </w:pPr>
      <w:r>
        <w:t>ایسا تو کبھی ہوا نہیں۔ تو یہ مطلب نہیں ہے حدیث کا۔</w:t>
      </w:r>
    </w:p>
    <w:p>
      <w:r>
        <w:rPr>
          <w:b/>
        </w:rPr>
        <w:t xml:space="preserve">[13:26] </w:t>
      </w:r>
      <w:r>
        <w:t>hadith ka matlab yeh nahi hai. hadith ka matlab yeh hai ke tumhara case wahi case ban jaye ga jo yahood ka case hai. itteba ka matlab yeh hai.</w:t>
      </w:r>
    </w:p>
    <w:p>
      <w:pPr>
        <w:jc w:val="right"/>
      </w:pPr>
      <w:r>
        <w:t>حدیث کا مطلب یہ نہیں ہے۔ حدیث کا مطلب یہ ہے کہ تمہارا کیس وہی کیس بن جائے گا جو یہود کا کیس ہے۔ اتباع کا مطلب یہ ہے۔</w:t>
      </w:r>
    </w:p>
    <w:p>
      <w:r>
        <w:rPr>
          <w:b/>
        </w:rPr>
        <w:t xml:space="preserve">[13:43] </w:t>
      </w:r>
      <w:r>
        <w:t>yani musalmanon ka jo case hai woh ain wahi case ban jaye ga jo yahood ka case hai. yeh matlab hai is ka. aur woh kyun ho jaye ga?</w:t>
      </w:r>
    </w:p>
    <w:p>
      <w:pPr>
        <w:jc w:val="right"/>
      </w:pPr>
      <w:r>
        <w:t>یعنی مسلمانوں کا جو کیس ہے وہ عین وہی کیس بن جائے گا جو یہود کا کیس ہے۔ یہ مطلب ہے اس کا۔ اور وہ کیوں ہو جائے گا؟</w:t>
      </w:r>
    </w:p>
    <w:p>
      <w:r>
        <w:rPr>
          <w:b/>
        </w:rPr>
        <w:t xml:space="preserve">[13:55] </w:t>
      </w:r>
      <w:r>
        <w:t>yeh hai yeh aik tareekhi muzhar ka zikr hai is mein.</w:t>
      </w:r>
    </w:p>
    <w:p>
      <w:pPr>
        <w:jc w:val="right"/>
      </w:pPr>
      <w:r>
        <w:t>یہ ہے یہ ایک تاریخی مظہر کا ذکر ہے اس میں۔</w:t>
      </w:r>
    </w:p>
    <w:p>
      <w:r>
        <w:rPr>
          <w:b/>
        </w:rPr>
        <w:t xml:space="preserve">[14:03] </w:t>
      </w:r>
      <w:r>
        <w:t>jo har ummat ke sath pesh aata hai. yeh qanoon fitrat hai. is hadith mein jis baat ka zikr hai woh woh aik tareekhi muzhar hai.</w:t>
      </w:r>
    </w:p>
    <w:p>
      <w:pPr>
        <w:jc w:val="right"/>
      </w:pPr>
      <w:r>
        <w:t>جو ہر امت کے ساتھ پیش آتا ہے۔ یہ قانون فطرت ہے۔ اس حدیث میں جس بات کا ذکر ہے وہ وہ ایک تاریخی مظہر ہے۔</w:t>
      </w:r>
    </w:p>
    <w:p>
      <w:r>
        <w:rPr>
          <w:b/>
        </w:rPr>
        <w:t xml:space="preserve">[14:15] </w:t>
      </w:r>
      <w:r>
        <w:t>chunanche dekhiye, aik hadith hai is ke mutabiq kaha jata hai ke teen zamanay jo hain woh quroon mashhood la bil khair hain.</w:t>
      </w:r>
    </w:p>
    <w:p>
      <w:pPr>
        <w:jc w:val="right"/>
      </w:pPr>
      <w:r>
        <w:t>چنانچہ دیکھیے، ایک حدیث ہے اس کے مطابق کہا جاتا ہے کہ تین زمانے جو ہیں وہ قرون مشہود لہٰ بالخیر ہیں۔</w:t>
      </w:r>
    </w:p>
    <w:p>
      <w:r>
        <w:rPr>
          <w:b/>
        </w:rPr>
        <w:t xml:space="preserve">[14:26] </w:t>
      </w:r>
      <w:r>
        <w:t>yani teen zamanay jo hain woh sahi zamanay hain. Rasool Allah ka zamanay, sahaba ka zamanay, tabeen ka zamanay. Bas.</w:t>
      </w:r>
    </w:p>
    <w:p>
      <w:pPr>
        <w:jc w:val="right"/>
      </w:pPr>
      <w:r>
        <w:t>یعنی تین زمانے جو ہیں وہ صحیح زمانے ہیں۔ رسول اللہ کا زمانہ، صحابہ کا زمانہ، تابعین کا زمانہ۔ بس۔</w:t>
      </w:r>
    </w:p>
    <w:p>
      <w:r>
        <w:rPr>
          <w:b/>
        </w:rPr>
        <w:t xml:space="preserve">[14:35] </w:t>
      </w:r>
      <w:r>
        <w:t>Is ke baad Rasool Allah ne kisi aur zamanay ke baray mein nahi kaha ke woh acha zamanay hoga. In teen ke baad. Is ke matlab kya hain?</w:t>
      </w:r>
    </w:p>
    <w:p>
      <w:pPr>
        <w:jc w:val="right"/>
      </w:pPr>
      <w:r>
        <w:t>اس کے بعد رسول اللہ نے کسی اور زمانے کے بارے میں نہیں کہا کہ وہ اچھا زمانہ ہوگا۔ ان تین کے بعد۔ اس کے معنی کیا ہیں؟</w:t>
      </w:r>
    </w:p>
    <w:p>
      <w:r>
        <w:rPr>
          <w:b/>
        </w:rPr>
        <w:t xml:space="preserve">[14:45] </w:t>
      </w:r>
      <w:r>
        <w:t>In teen ke baad hi shuru ho gaya tha degeneration.</w:t>
      </w:r>
    </w:p>
    <w:p>
      <w:pPr>
        <w:jc w:val="right"/>
      </w:pPr>
      <w:r>
        <w:t>ان تین کے بعد ہی شروع ہو گیا تھا ڈی جنریشن۔</w:t>
      </w:r>
    </w:p>
    <w:p>
      <w:r>
        <w:rPr>
          <w:b/>
        </w:rPr>
        <w:t xml:space="preserve">[14:52] </w:t>
      </w:r>
      <w:r>
        <w:t>Rasool Allah ka zamanay aur sahaba ka zamanay aur tabeen ka zamanay. In teen zamanon ke baad jis ko kaha jata hai qurun mashhood la bil khair ya qurun salasa.</w:t>
      </w:r>
    </w:p>
    <w:p>
      <w:pPr>
        <w:jc w:val="right"/>
      </w:pPr>
      <w:r>
        <w:t>رسول اللہ کا زمانہ اور صحابہ کا زمانہ اور تابعین کا زمانہ۔ ان تین زمانوں کے بعد جس کو کہا جاتا ہے قرون مشہود لہٰ بالخیر یا قرون ثلاثہ۔</w:t>
      </w:r>
    </w:p>
    <w:p>
      <w:r>
        <w:rPr>
          <w:b/>
        </w:rPr>
        <w:t xml:space="preserve">[15:04] </w:t>
      </w:r>
      <w:r>
        <w:t>Is ke baad hi shuru ho gaya tha degeneration ya zawal.</w:t>
      </w:r>
    </w:p>
    <w:p>
      <w:pPr>
        <w:jc w:val="right"/>
      </w:pPr>
      <w:r>
        <w:t>اس کے بعد ہی شروع ہو گیا تھا ڈی جنریشن یا زوال۔</w:t>
      </w:r>
    </w:p>
    <w:p>
      <w:r>
        <w:rPr>
          <w:b/>
        </w:rPr>
        <w:t xml:space="preserve">[15:11] </w:t>
      </w:r>
      <w:r>
        <w:t>Is ke baad hi shuru ho gaya tha. Woh kaise shuru hua? Allah taala ne is deen ki hifazat ke liye, Quran ki hifazat ke liye musalmanon ko siyasi taqat diyo.</w:t>
      </w:r>
    </w:p>
    <w:p>
      <w:pPr>
        <w:jc w:val="right"/>
      </w:pPr>
      <w:r>
        <w:t>اس کے بعد ہی شروع ہو گیا تھا۔ وہ کیسے شروع ہوا؟ اللہ تعالیٰ نے اس دین کی حفاظت کے لیے، قرآن کی حفاظت کے لیے مسلمانوں کو سیاسی طاقت دیا۔</w:t>
      </w:r>
    </w:p>
    <w:p>
      <w:r>
        <w:rPr>
          <w:b/>
        </w:rPr>
        <w:t xml:space="preserve">[15:25] </w:t>
      </w:r>
      <w:r>
        <w:t>Kyunke pichlay jo anbiya aaye un ko jo kitabein di gayin</w:t>
      </w:r>
    </w:p>
    <w:p>
      <w:pPr>
        <w:jc w:val="right"/>
      </w:pPr>
      <w:r>
        <w:t>کیونکہ پچھلے جو انبیاء آئے ان کو جو کتابیں دی گئیں</w:t>
      </w:r>
    </w:p>
    <w:p>
      <w:r>
        <w:rPr>
          <w:b/>
        </w:rPr>
        <w:t xml:space="preserve">[15:30] </w:t>
      </w:r>
      <w:r>
        <w:t>Woh mehfooz na reh sakein. Kyunke un ke sath koi ummat nahi bani, koi un ko taqat nahi mili un ko.</w:t>
      </w:r>
    </w:p>
    <w:p>
      <w:pPr>
        <w:jc w:val="right"/>
      </w:pPr>
      <w:r>
        <w:t>وہ محفوظ نہ رہ سکیں۔ کیونکہ ان کے ساتھ کوئی امت نہیں بنی، کوئی ان کو طاقت نہیں ملی ان کو۔</w:t>
      </w:r>
    </w:p>
    <w:p>
      <w:r>
        <w:rPr>
          <w:b/>
        </w:rPr>
        <w:t xml:space="preserve">[15:40] </w:t>
      </w:r>
      <w:r>
        <w:t>Toh logon ne un ko yani tarah tarah se mita diya.</w:t>
      </w:r>
    </w:p>
    <w:p>
      <w:pPr>
        <w:jc w:val="right"/>
      </w:pPr>
      <w:r>
        <w:t>تو لوگوں نے ان کو یعنی طرح طرح سے مٹا دیا۔</w:t>
      </w:r>
    </w:p>
    <w:p>
      <w:r>
        <w:rPr>
          <w:b/>
        </w:rPr>
        <w:t xml:space="preserve">[15:49] </w:t>
      </w:r>
      <w:r>
        <w:t>Toh Allah ko yeh matlab tha ke yeh Quran aur Rasool Allah salallaho alaihi wasallam ka misbah yeh poori tarah mehfooz rahe. Kyunke khatam nabuwat ke baad aik zariya chahiye.</w:t>
      </w:r>
    </w:p>
    <w:p>
      <w:pPr>
        <w:jc w:val="right"/>
      </w:pPr>
      <w:r>
        <w:t>تو اللہ کو یہ مطلوب تھا کہ یہ قرآن اور رسول اللہ صلی اللہ علیہ وسلم کا مصباح یہ پوری طرح محفوظ رہے۔ کیونکہ ختم نبوت کے بعد ایک ذریعہ چاہیے۔</w:t>
      </w:r>
    </w:p>
    <w:p>
      <w:r>
        <w:rPr>
          <w:b/>
        </w:rPr>
        <w:t xml:space="preserve">[16:04] </w:t>
      </w:r>
      <w:r>
        <w:t>Khatam nabuwat ke baad rehnumai lene ke liye aik zariya chahiye.</w:t>
      </w:r>
    </w:p>
    <w:p>
      <w:pPr>
        <w:jc w:val="right"/>
      </w:pPr>
      <w:r>
        <w:t>ختم نبوت کے بعد رہنمائی لینے کے لیے ایک ذریعہ چاہیے۔</w:t>
      </w:r>
    </w:p>
    <w:p>
      <w:r>
        <w:rPr>
          <w:b/>
        </w:rPr>
        <w:t xml:space="preserve">[16:10] </w:t>
      </w:r>
      <w:r>
        <w:t>Toh yeh mehfooz Quran, mehfooz sunnat yeh peghambar ka mutabadil hai. Toh Allah taala ne is ki hifazat ke liye yeh kiya ke musalmanon ko taqat diya, siyasi dabdaba diya.</w:t>
      </w:r>
    </w:p>
    <w:p>
      <w:pPr>
        <w:jc w:val="right"/>
      </w:pPr>
      <w:r>
        <w:t>تو یہ محفوظ قرآن، محفوظ سنت یہ پیغمبر کا متبادل ہے۔ تو اللہ تعالیٰ نے اس کی حفاظت کے لیے یہ کیا کہ مسلمانوں کو طاقت دیا، سیاسی دبدبہ دیا۔</w:t>
      </w:r>
    </w:p>
    <w:p>
      <w:r>
        <w:rPr>
          <w:b/>
        </w:rPr>
        <w:t xml:space="preserve">[16:29] </w:t>
      </w:r>
      <w:r>
        <w:t>Asia aur Africa ke baray raqbay mein hukoomat karte rahe woh. Unhon ne saltanat banayi.</w:t>
      </w:r>
    </w:p>
    <w:p>
      <w:pPr>
        <w:jc w:val="right"/>
      </w:pPr>
      <w:r>
        <w:t>ایشیا اور افریقہ کے بڑے رقبے میں حکومت کرتے رہے وہ۔ انہوں نے سلطنت بنائی۔</w:t>
      </w:r>
    </w:p>
    <w:p>
      <w:r>
        <w:rPr>
          <w:b/>
        </w:rPr>
        <w:t xml:space="preserve">[16:39] </w:t>
      </w:r>
      <w:r>
        <w:t>Aur taqreeban aath so saal tak toh baqayda un ka dabdaba qaim raha. Aur agar mazeed izafa kiya jaye toh taqreeban hazar saal tak un ka zor raha baqi.</w:t>
      </w:r>
    </w:p>
    <w:p>
      <w:pPr>
        <w:jc w:val="right"/>
      </w:pPr>
      <w:r>
        <w:t>اور تقریباً آٹھ سو سال تک تو باقاعدہ ان کا دبدبہ قائم رہا۔ اور اگر مزید اضافہ کیا جائے تو تقریباً ہزار سال تک ان کا زور رہا باقی۔</w:t>
      </w:r>
    </w:p>
    <w:p>
      <w:r>
        <w:rPr>
          <w:b/>
        </w:rPr>
        <w:t xml:space="preserve">[16:54] </w:t>
      </w:r>
      <w:r>
        <w:t>Achha is ke baad kya hua? Is ke baad doosri qaumein ubhren. Woh bhi qaumi fitrat tha. Europi qaumein ubhren. Unhon ne un ko zair kiya.</w:t>
      </w:r>
    </w:p>
    <w:p>
      <w:pPr>
        <w:jc w:val="right"/>
      </w:pPr>
      <w:r>
        <w:t>اچھا اس کے بعد کیا ہوا؟ اس کے بعد دوسری قومیں ابھریں۔ وہ بھی قومی فطرت تھا۔ یورپی قومیں ابھریں۔ انہوں نے ان کو زیر کیا۔</w:t>
      </w:r>
    </w:p>
    <w:p>
      <w:r>
        <w:rPr>
          <w:b/>
        </w:rPr>
        <w:t xml:space="preserve">[17:04] </w:t>
      </w:r>
      <w:r>
        <w:t>Mughal saltanat ko khatam kiya. Aur aur woh Usmani saltanat ko khatam kiya.</w:t>
      </w:r>
    </w:p>
    <w:p>
      <w:pPr>
        <w:jc w:val="right"/>
      </w:pPr>
      <w:r>
        <w:t>مغل سلطنت کو ختم کیا۔ اور اور وہ عثمانی سلطنت کو ختم کیا۔</w:t>
      </w:r>
    </w:p>
    <w:p>
      <w:r>
        <w:rPr>
          <w:b/>
        </w:rPr>
        <w:t xml:space="preserve">[17:14] </w:t>
      </w:r>
      <w:r>
        <w:t>Spain ki hukoomat jo musalmanon ki thi us ko khatam kiya. Toh poori duniya mein jo musalmanon ka dabdaba tha woh khatam ho gaya.</w:t>
      </w:r>
    </w:p>
    <w:p>
      <w:pPr>
        <w:jc w:val="right"/>
      </w:pPr>
      <w:r>
        <w:t>اسپین کی حکومت جو مسلمانوں کی تھی اس کو ختم کیا۔ تو پوری دنیا میں جو مسلمانوں کا دبدبہ تھا وہ ختم ہو گیا۔</w:t>
      </w:r>
    </w:p>
    <w:p>
      <w:r>
        <w:rPr>
          <w:b/>
        </w:rPr>
        <w:t xml:space="preserve">[17:25] </w:t>
      </w:r>
      <w:r>
        <w:t>Woh jo shayar ne kaha hai ke hum hi chhaye hue thay sharq se ta gharb duniya mein, na tha pala kisi millat ka duniya mein gira hum se, is ka khatma ho gaya.</w:t>
      </w:r>
    </w:p>
    <w:p>
      <w:pPr>
        <w:jc w:val="right"/>
      </w:pPr>
      <w:r>
        <w:t>وہ جو شاعر نے کہا ہے کہ ہم ہی چھائے ہوئے تھے شرق سے تا غرب دنیا میں، نہ تھا پلہ کسی ملت کا دنیا میں گرا ہم سے، اس کا خاتمہ ہو گیا۔</w:t>
      </w:r>
    </w:p>
    <w:p>
      <w:r>
        <w:rPr>
          <w:b/>
        </w:rPr>
        <w:t xml:space="preserve">[17:36] </w:t>
      </w:r>
      <w:r>
        <w:t>Agarche abhi bhi musalmanon ki hukoomatein hain. Abhi bhi</w:t>
      </w:r>
    </w:p>
    <w:p>
      <w:pPr>
        <w:jc w:val="right"/>
      </w:pPr>
      <w:r>
        <w:t>اگرچہ ابھی بھی مسلمانوں کی حکومتیں ہیں۔ ابھی بھی</w:t>
      </w:r>
    </w:p>
    <w:p>
      <w:r>
        <w:rPr>
          <w:b/>
        </w:rPr>
        <w:t xml:space="preserve">[17:42] </w:t>
      </w:r>
      <w:r>
        <w:t>Musalmanon ki hukoomatein hain. 47 mumalik mein. Lekin woh sirf hukoomatein hain, woh saltanat nahi hai.</w:t>
      </w:r>
    </w:p>
    <w:p>
      <w:pPr>
        <w:jc w:val="right"/>
      </w:pPr>
      <w:r>
        <w:t>مسلمانوں کی حکومتیں ہیں۔ 47 ممالک میں۔ لیکن وہ صرف حکومتیں ہیں، وہ سلطنت نہیں ہے۔</w:t>
      </w:r>
    </w:p>
    <w:p>
      <w:r>
        <w:rPr>
          <w:b/>
        </w:rPr>
        <w:t xml:space="preserve">[17:54] </w:t>
      </w:r>
      <w:r>
        <w:t>Siyasi dabdaba hasil nahi hai musalmanon ko. Toh ab kya hua?</w:t>
      </w:r>
    </w:p>
    <w:p>
      <w:pPr>
        <w:jc w:val="right"/>
      </w:pPr>
      <w:r>
        <w:t>سیاسی دبدبہ حاصل نہیں ہے مسلمانوں کو۔ تو اب کیا ہوا؟</w:t>
      </w:r>
    </w:p>
    <w:p>
      <w:r>
        <w:rPr>
          <w:b/>
        </w:rPr>
        <w:t xml:space="preserve">[18:00] </w:t>
      </w:r>
      <w:r>
        <w:t>Dekhiye, jo musalmanon ke andar jo yeh tehreek ka kaam shuru hua, yani tehreer o tadween ka, hadison ki tadween, tareekh ki tadween, lughat ki tadween, uloom Islami ki tadween, yeh kab shuru hua?</w:t>
      </w:r>
    </w:p>
    <w:p>
      <w:pPr>
        <w:jc w:val="right"/>
      </w:pPr>
      <w:r>
        <w:t>دیکھیے، جو مسلمانوں کے اندر جو یہ تحریک کا کام شروع ہوا، یعنی تحریر و تدوین کا، حدیثوں کی تدوین، تاریخ کی تدوین، لغت کی تدوین، علوم اسلامی کی تدوین، یہ کب شروع ہوا؟</w:t>
      </w:r>
    </w:p>
    <w:p>
      <w:r>
        <w:rPr>
          <w:b/>
        </w:rPr>
        <w:t xml:space="preserve">[18:20] </w:t>
      </w:r>
      <w:r>
        <w:t>Abbasi daur mein.</w:t>
      </w:r>
    </w:p>
    <w:p>
      <w:pPr>
        <w:jc w:val="right"/>
      </w:pPr>
      <w:r>
        <w:t>عباسی دور میں۔</w:t>
      </w:r>
    </w:p>
    <w:p>
      <w:r>
        <w:rPr>
          <w:b/>
        </w:rPr>
        <w:t xml:space="preserve">[18:22] </w:t>
      </w:r>
      <w:r>
        <w:t>Abbasi daur mein musalmanon ko zabardast dabdaba hasil tha. Yani Abbasi hukoomat aik saltanat thi.</w:t>
      </w:r>
    </w:p>
    <w:p>
      <w:pPr>
        <w:jc w:val="right"/>
      </w:pPr>
      <w:r>
        <w:t>عباسی دور میں مسلمانوں کو زبردست دبدبہ حاصل تھا۔ یعنی عباسی حکومت ایک سلطنت تھی۔</w:t>
      </w:r>
    </w:p>
    <w:p>
      <w:r>
        <w:rPr>
          <w:b/>
        </w:rPr>
        <w:t xml:space="preserve">[18:34] </w:t>
      </w:r>
      <w:r>
        <w:t>Toh us zamanay mein jo kitabein likhi gayin woh sab siyasi taqat ko le kar likhi gayin.</w:t>
      </w:r>
    </w:p>
    <w:p>
      <w:pPr>
        <w:jc w:val="right"/>
      </w:pPr>
      <w:r>
        <w:t>تو اس زمانے میں جو کتابیں لکھی گئیں وہ سب سیاسی طاقت کو لے کر لکھی گئیں۔</w:t>
      </w:r>
    </w:p>
    <w:p>
      <w:r>
        <w:rPr>
          <w:b/>
        </w:rPr>
        <w:t xml:space="preserve">[18:45] </w:t>
      </w:r>
      <w:r>
        <w:t>sab kitaben. yani fateh ko aur jang ko in cheezon ko le kar likhi gayeen.</w:t>
      </w:r>
    </w:p>
    <w:p>
      <w:pPr>
        <w:jc w:val="right"/>
      </w:pPr>
      <w:r>
        <w:t>سب کتابیں۔ یعنی فتح کو اور جنگ کو ان چیزوں کو لے کر لکھی گئیں۔</w:t>
      </w:r>
    </w:p>
    <w:p>
      <w:r>
        <w:rPr>
          <w:b/>
        </w:rPr>
        <w:t xml:space="preserve">[18:51] </w:t>
      </w:r>
      <w:r>
        <w:t>misal ke taur par dekhiye, seerat par jo kitab likhi thi ibn ishaq ne us ka naam tha maghazi. maghazi ibn ishaq.</w:t>
      </w:r>
    </w:p>
    <w:p>
      <w:pPr>
        <w:jc w:val="right"/>
      </w:pPr>
      <w:r>
        <w:t>مثال کے طور پر دیکھیے، سیرت پر جو کتاب لکھی تھی ابن اسحاق نے اس کا نام تھا مغازی۔ مغازی ابن اسحاق۔</w:t>
      </w:r>
    </w:p>
    <w:p>
      <w:r>
        <w:rPr>
          <w:b/>
        </w:rPr>
        <w:t xml:space="preserve">[19:00] </w:t>
      </w:r>
      <w:r>
        <w:t>maghazi mani laraiyan. rasool Allah sal Allah alaih wasallam ki seerat par kitab likhi jati hai, naam kya hota hai? maghazi.</w:t>
      </w:r>
    </w:p>
    <w:p>
      <w:pPr>
        <w:jc w:val="right"/>
      </w:pPr>
      <w:r>
        <w:t>مغازی معنی لڑائیاں۔ رسول اللہ صلی اللہ علیہ وسلم کی سیرت پر کتاب لکھی جاتی ہے، نام کیا ہوتا ہے؟ مغازی۔</w:t>
      </w:r>
    </w:p>
    <w:p>
      <w:r>
        <w:rPr>
          <w:b/>
        </w:rPr>
        <w:t xml:space="preserve">[19:10] </w:t>
      </w:r>
      <w:r>
        <w:t>yani ghazwat rasool.</w:t>
      </w:r>
    </w:p>
    <w:p>
      <w:pPr>
        <w:jc w:val="right"/>
      </w:pPr>
      <w:r>
        <w:t>یعنی غضبات رسول۔</w:t>
      </w:r>
    </w:p>
    <w:p>
      <w:r>
        <w:rPr>
          <w:b/>
        </w:rPr>
        <w:t xml:space="preserve">[19:17] </w:t>
      </w:r>
      <w:r>
        <w:t>is ke baad aap dekhiye jo baad ki kitaben likhi gayeen, misal ke taur par al waqidin ne kitab likhi futuh al sham. is ka naam rakha futuh al sham.</w:t>
      </w:r>
    </w:p>
    <w:p>
      <w:pPr>
        <w:jc w:val="right"/>
      </w:pPr>
      <w:r>
        <w:t>اس کے بعد آپ دیکھیے جو بعد کی کتابیں لکھی گئیں، مثال کے طور پر الواقدین نے کتاب لکھی فتوح الشام۔ اس کا نام رکھا فتوح الشام۔</w:t>
      </w:r>
    </w:p>
    <w:p>
      <w:r>
        <w:rPr>
          <w:b/>
        </w:rPr>
        <w:t xml:space="preserve">[19:27] </w:t>
      </w:r>
      <w:r>
        <w:t>sham ki futuhat.</w:t>
      </w:r>
    </w:p>
    <w:p>
      <w:pPr>
        <w:jc w:val="right"/>
      </w:pPr>
      <w:r>
        <w:t>شام کی فتوحات۔</w:t>
      </w:r>
    </w:p>
    <w:p>
      <w:r>
        <w:rPr>
          <w:b/>
        </w:rPr>
        <w:t xml:space="preserve">[19:33] </w:t>
      </w:r>
      <w:r>
        <w:t>isi tarah dekhiye, al barazri ne kitab likhi al barazri. is ka naam rakha futuh al baldan. to ghazwat, maghazi, futuhat, jang yeh sab unwanat hua karte thay.</w:t>
      </w:r>
    </w:p>
    <w:p>
      <w:pPr>
        <w:jc w:val="right"/>
      </w:pPr>
      <w:r>
        <w:t>اسی طرح دیکھیے، البرازری نے کتاب لکھی البرازری۔ اس کا نام رکھا فتوح البلدان۔ تو غضبات، مغازی، فتوحات، جنگ یہ سب عنوانات ہوا کرتے تھے۔</w:t>
      </w:r>
    </w:p>
    <w:p>
      <w:r>
        <w:rPr>
          <w:b/>
        </w:rPr>
        <w:t xml:space="preserve">[19:49] </w:t>
      </w:r>
      <w:r>
        <w:t>jin kitabon ke naam mein yeh alfaaz shamil nahi hain, masalan al bidaya wa al nihaya</w:t>
      </w:r>
    </w:p>
    <w:p>
      <w:pPr>
        <w:jc w:val="right"/>
      </w:pPr>
      <w:r>
        <w:t>جن کتابوں کے نام میں یہ الفاظ شامل نہیں ہیں، مثلاً البدایہ والنہایہ</w:t>
      </w:r>
    </w:p>
    <w:p>
      <w:r>
        <w:rPr>
          <w:b/>
        </w:rPr>
        <w:t xml:space="preserve">[19:57] </w:t>
      </w:r>
      <w:r>
        <w:t>aur ibn kathir ki aur ibn aseer ki al kamil fi al tarikh aur doosri kitaben, tarikh tabari, woh bhi goya ke unwan mein yeh alfaaz nahi hain lekin amalan woh bhi isi pattern par likhi gayeen.</w:t>
      </w:r>
    </w:p>
    <w:p>
      <w:pPr>
        <w:jc w:val="right"/>
      </w:pPr>
      <w:r>
        <w:t>اور ابن کثیر کی اور ابن عسیر کی الکامل فی التاریخ اور دوسری کتابیں، تاریخ طبری، وہ بھی گویا کہ عنوان میں یہ الفاظ نہیں ہیں لیکن عملاً وہ بھی اسی پیٹرن پر لکھی گئیں۔</w:t>
      </w:r>
    </w:p>
    <w:p>
      <w:r>
        <w:rPr>
          <w:b/>
        </w:rPr>
        <w:t xml:space="preserve">[20:15] </w:t>
      </w:r>
      <w:r>
        <w:t>to sari tarikh likhi gayi hai hamari woh futuhat ke pattern par. kyunke musalman futuhat kar rahe thay, hukumatain bana rahe thay, saltanaten qaim kar rahe thay, isi pattern par sari kitaben likhi gayeen.</w:t>
      </w:r>
    </w:p>
    <w:p>
      <w:pPr>
        <w:jc w:val="right"/>
      </w:pPr>
      <w:r>
        <w:t>تو ساری تاریخ لکھی گئی ہے ہماری وہ فتوحات کے پیٹرن پر۔ کیونکہ مسلمان فتوحات کر رہے تھے، حکومتیں بنا رہے تھے، سلطنتیں قائم کر رہے تھے، اسی پیٹرن پر ساری کتابیں لکھی گئیں۔</w:t>
      </w:r>
    </w:p>
    <w:p>
      <w:r>
        <w:rPr>
          <w:b/>
        </w:rPr>
        <w:t xml:space="preserve">[20:31] </w:t>
      </w:r>
      <w:r>
        <w:t>to zahir hai ke yahi zehn bana musalmanon ka. hum fateh hain,</w:t>
      </w:r>
    </w:p>
    <w:p>
      <w:pPr>
        <w:jc w:val="right"/>
      </w:pPr>
      <w:r>
        <w:t>تو ظاہر ہے کہ یہی ذہن بنا مسلمانوں کا۔ ہم فاتح ہیں،</w:t>
      </w:r>
    </w:p>
    <w:p>
      <w:r>
        <w:rPr>
          <w:b/>
        </w:rPr>
        <w:t xml:space="preserve">[20:36] </w:t>
      </w:r>
      <w:r>
        <w:t>hum bare hain.</w:t>
      </w:r>
    </w:p>
    <w:p>
      <w:pPr>
        <w:jc w:val="right"/>
      </w:pPr>
      <w:r>
        <w:t>ہم بڑے ہیں۔</w:t>
      </w:r>
    </w:p>
    <w:p>
      <w:r>
        <w:rPr>
          <w:b/>
        </w:rPr>
        <w:t xml:space="preserve">[20:40] </w:t>
      </w:r>
      <w:r>
        <w:t>pehla shakhs jis ne is qism ki tarikh sazi par sawal qaim kiya woh tha abdul rahman ibn khaldun. us ki kitab aap parh sakte hain muqaddama ibn khaldun.</w:t>
      </w:r>
    </w:p>
    <w:p>
      <w:pPr>
        <w:jc w:val="right"/>
      </w:pPr>
      <w:r>
        <w:t>پہلا شخص جس نے اس قسم کی تاریخ سازی پر سوال قائم کیا وہ تھا عبدالرحمن ابن خلدون۔ اس کی کتاب آپ پڑھ سکتے ہیں مقدمہ ابن خلدون۔</w:t>
      </w:r>
    </w:p>
    <w:p>
      <w:r>
        <w:rPr>
          <w:b/>
        </w:rPr>
        <w:t xml:space="preserve">[20:53] </w:t>
      </w:r>
      <w:r>
        <w:t>us ne tarikh bhi likhi hai. us ne kaha ke yeh andaaz tarikh ka sahi nahi hai</w:t>
      </w:r>
    </w:p>
    <w:p>
      <w:pPr>
        <w:jc w:val="right"/>
      </w:pPr>
      <w:r>
        <w:t>اس نے تاریخ بھی لکھی ہے۔ اس نے کہا کہ یہ انداز تاریخ کا صحیح نہیں ہے</w:t>
      </w:r>
    </w:p>
    <w:p>
      <w:r>
        <w:rPr>
          <w:b/>
        </w:rPr>
        <w:t xml:space="preserve">[20:59] </w:t>
      </w:r>
      <w:r>
        <w:t>ke aap sirf siyasi waqiat ko record karte hain.</w:t>
      </w:r>
    </w:p>
    <w:p>
      <w:pPr>
        <w:jc w:val="right"/>
      </w:pPr>
      <w:r>
        <w:t>کہ آپ صرف سیاسی واقعات کو ریکارڈ کرتے ہیں۔</w:t>
      </w:r>
    </w:p>
    <w:p>
      <w:r>
        <w:rPr>
          <w:b/>
        </w:rPr>
        <w:t xml:space="preserve">[21:05] </w:t>
      </w:r>
      <w:r>
        <w:t>so society mein aur bhi doosre waqiat hote hain to un ki jamia recording honi chahiye.</w:t>
      </w:r>
    </w:p>
    <w:p>
      <w:pPr>
        <w:jc w:val="right"/>
      </w:pPr>
      <w:r>
        <w:t>سو سوسائٹی میں اور بھی دوسرے واقعات ہوتے ہیں تو ان کی جامع ریکارڈنگ ہونی چاہیے۔</w:t>
      </w:r>
    </w:p>
    <w:p>
      <w:r>
        <w:rPr>
          <w:b/>
        </w:rPr>
        <w:t xml:space="preserve">[21:15] </w:t>
      </w:r>
      <w:r>
        <w:t>to is se pehle doosre yani doosri qom bhi jo jo tareekhein likhi jati theen woh siyasi waqiat aur badshahon ke waqiat par mabni hoti theen.</w:t>
      </w:r>
    </w:p>
    <w:p>
      <w:pPr>
        <w:jc w:val="right"/>
      </w:pPr>
      <w:r>
        <w:t>تو اس سے پہلے دوسرے یعنی دوسری قوم بھی جو جو تاریخیں لکھی جاتی تھیں وہ سیاسی واقعات اور بادشاہوں کے واقعات پر مبنی ہوتی تھیں۔</w:t>
      </w:r>
    </w:p>
    <w:p>
      <w:r>
        <w:rPr>
          <w:b/>
        </w:rPr>
        <w:t xml:space="preserve">[21:29] </w:t>
      </w:r>
      <w:r>
        <w:t>to musalmanon mein jo hai woh jo pattern jari raha, jangain, futuhat, laraiyan, is pattern par tareekhein likhi gayeen.</w:t>
      </w:r>
    </w:p>
    <w:p>
      <w:pPr>
        <w:jc w:val="right"/>
      </w:pPr>
      <w:r>
        <w:t>تو مسلمانوں میں جو ہے وہ جو پیٹرن جاری رہا، جنگیں، فتوحات، لڑائیاں، اس پیٹرن پر تاریخیں لکھی گئیں۔</w:t>
      </w:r>
    </w:p>
    <w:p>
      <w:r>
        <w:rPr>
          <w:b/>
        </w:rPr>
        <w:t xml:space="preserve">[21:40] </w:t>
      </w:r>
      <w:r>
        <w:t>to is ke upar sawal aap ne qaim kiya ke yeh tarikh nigari ka tareeqa sahi nahi hai. aur doosra jo</w:t>
      </w:r>
    </w:p>
    <w:p>
      <w:pPr>
        <w:jc w:val="right"/>
      </w:pPr>
      <w:r>
        <w:t>تو اس کے اوپر سوال آپ نے قائم کیا کہ یہ تاریخ نگاری کا طریقہ صحیح نہیں ہے۔ اور دوسرا جو</w:t>
      </w:r>
    </w:p>
    <w:p>
      <w:r>
        <w:rPr>
          <w:b/>
        </w:rPr>
        <w:t xml:space="preserve">[21:47] </w:t>
      </w:r>
      <w:r>
        <w:t>pehlu hai insani zindagi ke jo social pehlu hain us ko bhi shamil karna chahiye. lekin zehn to ban chuka tha.</w:t>
      </w:r>
    </w:p>
    <w:p>
      <w:pPr>
        <w:jc w:val="right"/>
      </w:pPr>
      <w:r>
        <w:t>پہلو ہے انسانی زندگی کے جو سوشل پہلو ہیں اس کو بھی شامل کرنا چاہیے۔ لیکن ذہن تو بن چکا تھا۔</w:t>
      </w:r>
    </w:p>
    <w:p>
      <w:r>
        <w:rPr>
          <w:b/>
        </w:rPr>
        <w:t xml:space="preserve">[22:00] </w:t>
      </w:r>
      <w:r>
        <w:t>zehn to ban chuka tha. ibn khaldun jo hai us ka zamana ghaliban dasveen sadi eesvi hai. to zehn to ban chuka tha.</w:t>
      </w:r>
    </w:p>
    <w:p>
      <w:pPr>
        <w:jc w:val="right"/>
      </w:pPr>
      <w:r>
        <w:t>ذہن تو بن چکا تھا۔ ابن خلدون جو ہے اس کا زمانہ غالباً دسویں صدی عیسوی ہے۔ تو ذہن تو بن چکا تھا۔</w:t>
      </w:r>
    </w:p>
    <w:p>
      <w:r>
        <w:rPr>
          <w:b/>
        </w:rPr>
        <w:t xml:space="preserve">[22:10] </w:t>
      </w:r>
      <w:r>
        <w:t>woh baqi raha.</w:t>
      </w:r>
    </w:p>
    <w:p>
      <w:pPr>
        <w:jc w:val="right"/>
      </w:pPr>
      <w:r>
        <w:t>وہ باقی رہا۔</w:t>
      </w:r>
    </w:p>
    <w:p>
      <w:r>
        <w:rPr>
          <w:b/>
        </w:rPr>
        <w:t xml:space="preserve">[22:14] </w:t>
      </w:r>
      <w:r>
        <w:t>to poora jo literature likha gaya, poori jo tarikh likhi gayi woh sab likhi gayi futuhati pattern par. siyasi taqat dikhaya gaya is mein.</w:t>
      </w:r>
    </w:p>
    <w:p>
      <w:pPr>
        <w:jc w:val="right"/>
      </w:pPr>
      <w:r>
        <w:t>تو پورا جو لٹریچر لکھا گیا، پوری جو تاریخ لکھی گئی وہ سب لکھی گئی فتوحاتی پیٹرن پر۔ سیاسی طاقت دکھایا گیا اس میں۔</w:t>
      </w:r>
    </w:p>
    <w:p>
      <w:r>
        <w:rPr>
          <w:b/>
        </w:rPr>
        <w:t xml:space="preserve">[22:27] </w:t>
      </w:r>
      <w:r>
        <w:t>hum hum ne lad kar yahan jeete, hum ne lad kar wahan jeeta.</w:t>
      </w:r>
    </w:p>
    <w:p>
      <w:pPr>
        <w:jc w:val="right"/>
      </w:pPr>
      <w:r>
        <w:t>ہم ہم نے لڑ کر یہاں جیتے، ہم نے لڑ کر وہاں جیتا۔</w:t>
      </w:r>
    </w:p>
    <w:p>
      <w:r>
        <w:rPr>
          <w:b/>
        </w:rPr>
        <w:t xml:space="preserve">[22:31] </w:t>
      </w:r>
      <w:r>
        <w:t>jaise iqbal ne kaha tha ke teghon ke saaye mein hum pal kar jawan hue hain, khanjar hilal ka hai qaumi nishan hamara. to isi pattern par tareekhein likhi gayeen.</w:t>
      </w:r>
    </w:p>
    <w:p>
      <w:pPr>
        <w:jc w:val="right"/>
      </w:pPr>
      <w:r>
        <w:t>جیسے اقبال نے کہا تھا کہ تیغوں کے سائے میں ہم پل کر جواں ہوئے ہیں، خنجر ہلال کا ہے قومی نشان ہمارا۔ تو اسی پیٹرن پر تاریخیں لکھی گئیں۔</w:t>
      </w:r>
    </w:p>
    <w:p>
      <w:r>
        <w:rPr>
          <w:b/>
        </w:rPr>
        <w:t xml:space="preserve">[22:43] </w:t>
      </w:r>
      <w:r>
        <w:t>to yeh yahi zehan bana. to is zehan bana to yeh Allah taala ke account nahi ke siyasi taqat kisi ki majority ho.</w:t>
      </w:r>
    </w:p>
    <w:p>
      <w:pPr>
        <w:jc w:val="right"/>
      </w:pPr>
      <w:r>
        <w:t>تو یہ یہی ذہن بنا۔ تو اس ذہن بنا تو یہ اللہ تعالیٰ کے اکاؤنٹ نہیں کہ سیاسی طاقت کسی کی میجورٹی ہو۔</w:t>
      </w:r>
    </w:p>
    <w:p>
      <w:r>
        <w:rPr>
          <w:b/>
        </w:rPr>
        <w:t xml:space="preserve">[22:54] </w:t>
      </w:r>
      <w:r>
        <w:t>tilkal ayamu nudawalu bin nas siyasi taqat kisi ki majority nahi hai, kisi ki monopoly nahi hai. to jab siyasi dabdaba khatam hua musalmanon ka, tab kya hua?</w:t>
      </w:r>
    </w:p>
    <w:p>
      <w:pPr>
        <w:jc w:val="right"/>
      </w:pPr>
      <w:r>
        <w:t>تِلْكِ الْأَيَّامُ نُدَاوُلَى بِنَ النَّاسِ سیاسی طاقت کسی کی میجورٹی نہیں ہے، کسی کی مونوپولی نہیں ہے۔ تو جب سیاسی دبدبہ ختم ہوا مسلمانوں کا، تب کیا ہوا؟</w:t>
      </w:r>
    </w:p>
    <w:p>
      <w:r>
        <w:rPr>
          <w:b/>
        </w:rPr>
        <w:t xml:space="preserve">[23:07] </w:t>
      </w:r>
      <w:r>
        <w:t>tab mayusi.</w:t>
      </w:r>
    </w:p>
    <w:p>
      <w:pPr>
        <w:jc w:val="right"/>
      </w:pPr>
      <w:r>
        <w:t>تب مایوسی۔</w:t>
      </w:r>
    </w:p>
    <w:p>
      <w:r>
        <w:rPr>
          <w:b/>
        </w:rPr>
        <w:t xml:space="preserve">[23:11] </w:t>
      </w:r>
      <w:r>
        <w:t>yani pehle agar fakhr ki nafsiyat mein musalman jeete the, ab jeene lage nafrat ki nafsiyat mein. theek yahi baat ek sahib ne kahi.</w:t>
      </w:r>
    </w:p>
    <w:p>
      <w:pPr>
        <w:jc w:val="right"/>
      </w:pPr>
      <w:r>
        <w:t>یعنی پہلے اگر فخر کی نفسیات میں مسلمان جیتے تھے، اب جینے لگے نفرت کی نفسیات میں۔ ٹھیک یہی بات ایک صاحب نے کہی۔</w:t>
      </w:r>
    </w:p>
    <w:p>
      <w:r>
        <w:rPr>
          <w:b/>
        </w:rPr>
        <w:t xml:space="preserve">[23:21] </w:t>
      </w:r>
      <w:r>
        <w:t>abhi meri mulaqat hui ek sahib se jo muslim tajir hain, woh</w:t>
      </w:r>
    </w:p>
    <w:p>
      <w:pPr>
        <w:jc w:val="right"/>
      </w:pPr>
      <w:r>
        <w:t>ابھی میری ملاقات ہوئی ایک صاحب سے جو مسلم تاجر ہیں، وہ</w:t>
      </w:r>
    </w:p>
    <w:p>
      <w:r>
        <w:rPr>
          <w:b/>
        </w:rPr>
        <w:t xml:space="preserve">[23:29] </w:t>
      </w:r>
      <w:r>
        <w:t>hain woh dubai mein rehte hain. unhon ne kaha ke mera jo business hai iska nature aisa hai ke mein bohat zyada safar karta hoon.</w:t>
      </w:r>
    </w:p>
    <w:p>
      <w:pPr>
        <w:jc w:val="right"/>
      </w:pPr>
      <w:r>
        <w:t>ہیں وہ دبئی میں رہتے ہیں۔ انہوں نے کہا کہ میرا جو بزنس ہے اس کا نیچر ایسا ہے کہ میں بہت زیادہ سفر کرتا ہوں۔</w:t>
      </w:r>
    </w:p>
    <w:p>
      <w:r>
        <w:rPr>
          <w:b/>
        </w:rPr>
        <w:t xml:space="preserve">[23:41] </w:t>
      </w:r>
      <w:r>
        <w:t>yahan wahan jana parta hai mukhtalif mulkon mein. to unhon ne kaha ke mein ne</w:t>
      </w:r>
    </w:p>
    <w:p>
      <w:pPr>
        <w:jc w:val="right"/>
      </w:pPr>
      <w:r>
        <w:t>یہاں وہاں جانا پڑتا ہے مختلف ملکوں میں۔ تو انہوں نے کہا کہ میں نے</w:t>
      </w:r>
    </w:p>
    <w:p>
      <w:r>
        <w:rPr>
          <w:b/>
        </w:rPr>
        <w:t xml:space="preserve">[23:47] </w:t>
      </w:r>
      <w:r>
        <w:t>jagah jagah ke mukhtalif mulkon mein musalmanon se mila hoon aur sab ka jo common jo mein ne paya mizaj, mushtarak mizaj woh sirf do tha.</w:t>
      </w:r>
    </w:p>
    <w:p>
      <w:pPr>
        <w:jc w:val="right"/>
      </w:pPr>
      <w:r>
        <w:t>جگہ جگہ کے مختلف ملکوں میں مسلمانوں سے ملا ہوں اور سب کا جو کامن جو میں نے پایا مزاج، مشترک مزاج وہ صرف دو تھا۔</w:t>
      </w:r>
    </w:p>
    <w:p>
      <w:r>
        <w:rPr>
          <w:b/>
        </w:rPr>
        <w:t xml:space="preserve">[24:00] </w:t>
      </w:r>
      <w:r>
        <w:t>yani poori duniya ke musalmanon ka. apne bare mein fakhr, doosre ke bare mein nafrat.</w:t>
      </w:r>
    </w:p>
    <w:p>
      <w:pPr>
        <w:jc w:val="right"/>
      </w:pPr>
      <w:r>
        <w:t>یعنی پوری دنیا کے مسلمانوں کا۔ اپنے بارے میں فخر، دوسرے کے بارے میں نفرت۔</w:t>
      </w:r>
    </w:p>
    <w:p>
      <w:r>
        <w:rPr>
          <w:b/>
        </w:rPr>
        <w:t xml:space="preserve">[24:10] </w:t>
      </w:r>
      <w:r>
        <w:t>apne bare mein fakhr, doosre ke bare mein nafrat. apne bare mein fakhr, doosre ke bare mein nafrat aur yeh unhi ek ki baat nahi hai.</w:t>
      </w:r>
    </w:p>
    <w:p>
      <w:pPr>
        <w:jc w:val="right"/>
      </w:pPr>
      <w:r>
        <w:t>اپنے بارے میں فخر، دوسرے کے بارے میں نفرت۔ اپنے بارے میں فخر، دوسرے کے بارے میں نفرت اور یہ انہی ایک کی بات نہیں ہے۔</w:t>
      </w:r>
    </w:p>
    <w:p>
      <w:r>
        <w:rPr>
          <w:b/>
        </w:rPr>
        <w:t xml:space="preserve">[24:19] </w:t>
      </w:r>
      <w:r>
        <w:t>aap kahin bhi India mein ya kisi bhi mulk mein chand musalmanon ko jahan dekhen un se miliye aap aur baat kijiye. thori dair mein aap mehsoos kar lenge ke woh sab ki nafsiyat yahi hai.</w:t>
      </w:r>
    </w:p>
    <w:p>
      <w:pPr>
        <w:jc w:val="right"/>
      </w:pPr>
      <w:r>
        <w:t>آپ کہیں بھی انڈیا میں یا کسی بھی ملک میں چند مسلمانوں کو جہاں دیکھیں ان سے ملیے آپ اور بات کیجیے۔ تھوڑی دیر میں آپ محسوس کر لیں گے کہ وہ سب کی نفسیات یہی ہے۔</w:t>
      </w:r>
    </w:p>
    <w:p>
      <w:r>
        <w:rPr>
          <w:b/>
        </w:rPr>
        <w:t xml:space="preserve">[24:33] </w:t>
      </w:r>
      <w:r>
        <w:t>to yeh kyun hai? jab woh tareekh ko le kar sochte hain to fakhr aata hai un ko. hum ne duniya mein hukmarani ki thi.</w:t>
      </w:r>
    </w:p>
    <w:p>
      <w:pPr>
        <w:jc w:val="right"/>
      </w:pPr>
      <w:r>
        <w:t>تو یہ کیوں ہے؟ جب وہ تاریخ کو لے کر سوچتے ہیں تو فخر آتا ہے ان کو۔ ہم نے دنیا میں حکمرانی کی تھی۔</w:t>
      </w:r>
    </w:p>
    <w:p>
      <w:r>
        <w:rPr>
          <w:b/>
        </w:rPr>
        <w:t xml:space="preserve">[24:43] </w:t>
      </w:r>
      <w:r>
        <w:t>aur jab maujooda soorat e haal ko dekhte hain ke logon ne un ki hukumaton ko tod diya, un ke ilaqon par qabza kar liya to nafrat aati hai.</w:t>
      </w:r>
    </w:p>
    <w:p>
      <w:pPr>
        <w:jc w:val="right"/>
      </w:pPr>
      <w:r>
        <w:t>اور جب موجودہ صورتحال کو دیکھتے ہیں کہ لوگوں نے ان کی حکومتوں کو توڑ دیا، ان کے علاقوں پر قبضہ کر لیا تو نفرت آتی ہے۔</w:t>
      </w:r>
    </w:p>
    <w:p>
      <w:r>
        <w:rPr>
          <w:b/>
        </w:rPr>
        <w:t xml:space="preserve">[24:57] </w:t>
      </w:r>
      <w:r>
        <w:t>mein jab Spain gaya tha, mein do baar Spain gaya hoon to is ka safha nama mein likha tha. to us zamane mein mein ne ek ek ek arab magazine mein jo cairo se niklta hai shayad,</w:t>
      </w:r>
    </w:p>
    <w:p>
      <w:pPr>
        <w:jc w:val="right"/>
      </w:pPr>
      <w:r>
        <w:t>میں جب اسپین گیا تھا، میں دو بار اسپین گیا ہوں تو اس کا صفحہ نامہ میں لکھا تھا۔ تو اس زمانے میں میں نے ایک ایک ایک عرب میگزین میں جو قاہرہ سے نکلتا ہے شاید،</w:t>
      </w:r>
    </w:p>
    <w:p>
      <w:r>
        <w:rPr>
          <w:b/>
        </w:rPr>
        <w:t xml:space="preserve">[25:11] </w:t>
      </w:r>
      <w:r>
        <w:t>is mein ek arab khatoon ka jo adib hain</w:t>
      </w:r>
    </w:p>
    <w:p>
      <w:pPr>
        <w:jc w:val="right"/>
      </w:pPr>
      <w:r>
        <w:t>اس میں ایک عرب خاتون کا جو ادیب ہیں</w:t>
      </w:r>
    </w:p>
    <w:p>
      <w:r>
        <w:rPr>
          <w:b/>
        </w:rPr>
        <w:t xml:space="preserve">[25:15] </w:t>
      </w:r>
      <w:r>
        <w:t>un ka safha nama parha tha. woh Spain gayi theen aur safha nama likha tha unhon ne. is safha name mein is khatoon ne likha tha ke mein jab gayi wahan par Spain, wahan dekha shandar buildingen,</w:t>
      </w:r>
    </w:p>
    <w:p>
      <w:pPr>
        <w:jc w:val="right"/>
      </w:pPr>
      <w:r>
        <w:t>ان کا صفحہ نامہ پڑھا تھا۔ وہ اسپین گئی تھیں اور صفحہ نامہ لکھا تھا انہوں نے۔ اس صفحہ نامے میں اس خاتون نے لکھا تھا کہ میں جب گئی وہاں پر اسپین، وہاں دیکھا شاندار بلڈنگیں،</w:t>
      </w:r>
    </w:p>
    <w:p>
      <w:r>
        <w:rPr>
          <w:b/>
        </w:rPr>
        <w:t xml:space="preserve">[25:29] </w:t>
      </w:r>
      <w:r>
        <w:t>shandar monument,</w:t>
      </w:r>
    </w:p>
    <w:p>
      <w:pPr>
        <w:jc w:val="right"/>
      </w:pPr>
      <w:r>
        <w:t>شاندار مونومنٹ،</w:t>
      </w:r>
    </w:p>
    <w:p>
      <w:r>
        <w:rPr>
          <w:b/>
        </w:rPr>
        <w:t xml:space="preserve">[25:32] </w:t>
      </w:r>
      <w:r>
        <w:t>shandar tareekhi idare, yaadgarain muslim daur ki to woh ro gayi, ro padi woh, rone lagi woh. to unhon ne likha tha ke hatta mata tastabir hazrul lail al arabi</w:t>
      </w:r>
    </w:p>
    <w:p>
      <w:pPr>
        <w:jc w:val="right"/>
      </w:pPr>
      <w:r>
        <w:t>شاندار تاریخی ادارے، یادگاریں مسلم دور کی تو وہ رو گئی، رو پڑی وہ، رونے لگی وہ۔ تو انہوں نے لکھا تھا کہ حَتَّىٰ مَتَىٰ تَسْتَبِرُ حَضْرُ الْلَّيْلِ الْعَرَبِيِّ</w:t>
      </w:r>
    </w:p>
    <w:p>
      <w:r>
        <w:rPr>
          <w:b/>
        </w:rPr>
        <w:t xml:space="preserve">[25:51] </w:t>
      </w:r>
      <w:r>
        <w:t>yeh arab raat yeh kab tak baqi rahe gi? un ko laga ke Spain mein arab raat hai. yani ek roshan daur tha un ka siyasi aitbar se.</w:t>
      </w:r>
    </w:p>
    <w:p>
      <w:pPr>
        <w:jc w:val="right"/>
      </w:pPr>
      <w:r>
        <w:t>یہ عرب رات یہ کب تک باقی رہے گی؟ ان کو لگا کہ اسپین میں عرب رات ہے۔ یعنی ایک روشن دور تھا ان کا سیاسی اعتبار سے۔</w:t>
      </w:r>
    </w:p>
    <w:p>
      <w:r>
        <w:rPr>
          <w:b/>
        </w:rPr>
        <w:t xml:space="preserve">[26:02] </w:t>
      </w:r>
      <w:r>
        <w:t>ab wahan par musalmanon ka dabdaba nahi hai, ab doosre logon ka dabdaba hai.</w:t>
      </w:r>
    </w:p>
    <w:p>
      <w:pPr>
        <w:jc w:val="right"/>
      </w:pPr>
      <w:r>
        <w:t>اب وہاں پر مسلمانوں کا دبدبہ نہیں ہے، اب دوسرے لوگوں کا دبدبہ ہے۔</w:t>
      </w:r>
    </w:p>
    <w:p>
      <w:r>
        <w:rPr>
          <w:b/>
        </w:rPr>
        <w:t xml:space="preserve">[26:09] </w:t>
      </w:r>
      <w:r>
        <w:t>to unhon ne kaha ke yeh yeh yeh arbon ki Iraq kab tak baqi rahe gi? acha lekin mere khayal se ek sath bilkul bar aks tha.</w:t>
      </w:r>
    </w:p>
    <w:p>
      <w:pPr>
        <w:jc w:val="right"/>
      </w:pPr>
      <w:r>
        <w:t>تو انہوں نے کہا کہ یہ یہ یہ عربوں کی عراق کب تک باقی رہے گی؟ اچھا لیکن میرے خیال سے ایک ساتھ بالکل برعکس تھا۔</w:t>
      </w:r>
    </w:p>
    <w:p>
      <w:r>
        <w:rPr>
          <w:b/>
        </w:rPr>
        <w:t xml:space="preserve">[26:19] </w:t>
      </w:r>
      <w:r>
        <w:t>mein ne dekha ke arab ne jahan tak pohanchaya tha Spain ko</w:t>
      </w:r>
    </w:p>
    <w:p>
      <w:pPr>
        <w:jc w:val="right"/>
      </w:pPr>
      <w:r>
        <w:t>میں نے دیکھا کہ عرب نے جہاں تک پہنچایا تھا اسپین کو</w:t>
      </w:r>
    </w:p>
    <w:p>
      <w:r>
        <w:rPr>
          <w:b/>
        </w:rPr>
        <w:t xml:space="preserve">[26:26] </w:t>
      </w:r>
      <w:r>
        <w:t>is se so guna zyada taraqqi ki hai maujooda logon ne. wahan ki sarkein, wahan ka transport, wahan ke park, wahan ki buildingen, wahan ka system, wahan ke communication, har cheez mein so guna taraqqi.</w:t>
      </w:r>
    </w:p>
    <w:p>
      <w:pPr>
        <w:jc w:val="right"/>
      </w:pPr>
      <w:r>
        <w:t>اس سے سو گنا زیادہ ترقی کی ہے موجودہ لوگوں نے۔ وہاں کی سڑکیں، وہاں کا ٹرانسپورٹ، وہاں کے پارک، وہاں کی بلڈنگیں، وہاں کا سسٹم، وہاں کے کمیونیکیشن، ہر چیز میں سو گنا ترقی۔</w:t>
      </w:r>
    </w:p>
    <w:p>
      <w:r>
        <w:rPr>
          <w:b/>
        </w:rPr>
        <w:t xml:space="preserve">[26:43] </w:t>
      </w:r>
      <w:r>
        <w:t>to mujhe jo khushi hui, mujhe laga ke ek insani qafila tha, us qafle mein kuch dair tak kaam kiya musalmanon ne, ab kuch aur log aa gaye, unhon ne aur barhaya tehzeeb ko to mujhe khushi hui.</w:t>
      </w:r>
    </w:p>
    <w:p>
      <w:pPr>
        <w:jc w:val="right"/>
      </w:pPr>
      <w:r>
        <w:t>تو مجھے جو خوشی ہوئی، مجھے لگا کہ ایک انسانی قافلہ تھا، اس قافلے میں کچھ دیر تک کام کیا مسلمانوں نے، اب کچھ اور لوگ آ گئے، انہوں نے اور بڑھایا تہذیب کو تو مجھے خوشی ہوئی۔</w:t>
      </w:r>
    </w:p>
    <w:p>
      <w:r>
        <w:rPr>
          <w:b/>
        </w:rPr>
        <w:t xml:space="preserve">[26:58] </w:t>
      </w:r>
      <w:r>
        <w:t>ab woh khatoon ro rahi hai</w:t>
      </w:r>
    </w:p>
    <w:p>
      <w:pPr>
        <w:jc w:val="right"/>
      </w:pPr>
      <w:r>
        <w:t>اب وہ خاتون رو رہی ہے</w:t>
      </w:r>
    </w:p>
    <w:p>
      <w:r>
        <w:rPr>
          <w:b/>
        </w:rPr>
        <w:t xml:space="preserve">[27:01] </w:t>
      </w:r>
      <w:r>
        <w:t>kyunke is ko aaj ka pata nahin, mazi ka pata hai. yeh hai musalmanon ki nafsiyat, yahi thi yahud ki nafsiyat.</w:t>
      </w:r>
    </w:p>
    <w:p>
      <w:pPr>
        <w:jc w:val="right"/>
      </w:pPr>
      <w:r>
        <w:t>کیونکہ اس کو آج کا پتہ نہیں، ماضی کا پتہ ہے۔ یہ ہے مسلمانوں کی نفسیات، یہی تھی یہود کی نفسیات۔</w:t>
      </w:r>
    </w:p>
    <w:p>
      <w:r>
        <w:rPr>
          <w:b/>
        </w:rPr>
        <w:t xml:space="preserve">[27:12] </w:t>
      </w:r>
      <w:r>
        <w:t>yaani yeh jo siyasi tareekh musalmanon ki hai, is siyasi tareekh ki bina par aisa hota hai</w:t>
      </w:r>
    </w:p>
    <w:p>
      <w:pPr>
        <w:jc w:val="right"/>
      </w:pPr>
      <w:r>
        <w:t>یعنی یہ جو سیاسی تاریخ مسلمانوں کی ہے، اس سیاسی تاریخ کی بنا پر ایسا ہوتا ہے</w:t>
      </w:r>
    </w:p>
    <w:p>
      <w:r>
        <w:rPr>
          <w:b/>
        </w:rPr>
        <w:t xml:space="preserve">[27:19] </w:t>
      </w:r>
      <w:r>
        <w:t>ke mazi ko le kar ke fakhr karte hain aur maujudah ko le kar nafrat karte hain logon se. ek amriki professor ek martaba hamare paas aaye the, unhon ne kaha ke jab main gaya yahan par dilli ke cheezon ko dekhne ke liye aur jab main wahan dekh raha tha lal qila</w:t>
      </w:r>
    </w:p>
    <w:p>
      <w:pPr>
        <w:jc w:val="right"/>
      </w:pPr>
      <w:r>
        <w:t>کہ ماضی کو لے کر کے فخر کرتے ہیں اور موجودہ کو لے کر نفرت کرتے ہیں لوگوں سے۔ ایک امریکی پروفیسر ایک مرتبہ ہمارے پاس آئے تھے، انہوں نے کہا کہ جب میں گیا یہاں پر دلی کے چیزوں کو دیکھنے کے لیے اور جب میں وہاں دیکھ رہا تھا لال قلعہ</w:t>
      </w:r>
    </w:p>
    <w:p>
      <w:r>
        <w:rPr>
          <w:b/>
        </w:rPr>
        <w:t xml:space="preserve">[27:37] </w:t>
      </w:r>
      <w:r>
        <w:t>to main ne apni biwi se kaha ke dekho yeh jo lal qila hai, isi qism ki cheezen sab mein bara masla hain. kyun?</w:t>
      </w:r>
    </w:p>
    <w:p>
      <w:pPr>
        <w:jc w:val="right"/>
      </w:pPr>
      <w:r>
        <w:t>تو میں نے اپنی بیوی سے کہا کہ دیکھو یہ جو لال قلعہ ہے، اسی قسم کی چیزیں سب میں بڑا مسئلہ ہیں۔ کیوں؟</w:t>
      </w:r>
    </w:p>
    <w:p>
      <w:r>
        <w:rPr>
          <w:b/>
        </w:rPr>
        <w:t xml:space="preserve">[27:49] </w:t>
      </w:r>
      <w:r>
        <w:t>musalman jab dekhta hai lal qila ki azmat ko to sochta hai ke ek ek daur tha ke hum ne india mein</w:t>
      </w:r>
    </w:p>
    <w:p>
      <w:pPr>
        <w:jc w:val="right"/>
      </w:pPr>
      <w:r>
        <w:t>مسلمان جب دیکھتا ہے لال قلعہ کی عظمت کو تو سوچتا ہے کہ ایک ایک دور تھا کہ ہم نے انڈیا میں</w:t>
      </w:r>
    </w:p>
    <w:p>
      <w:r>
        <w:rPr>
          <w:b/>
        </w:rPr>
        <w:t xml:space="preserve">[27:57] </w:t>
      </w:r>
      <w:r>
        <w:t>itne shandar andaaz mein wahan siyasi dabdaba qaim kar rakha tha. ab aaj dekhta hai ke wahan par tiranga jhanda lehra raha hai, ab doosron ka ghalba is ke upar hai.</w:t>
      </w:r>
    </w:p>
    <w:p>
      <w:pPr>
        <w:jc w:val="right"/>
      </w:pPr>
      <w:r>
        <w:t>اتنے شاندار انداز میں وہاں سیاسی دبدبہ قائم کر رکھا تھا۔ اب آج دیکھتا ہے کہ وہاں پر تیرنگا جھنڈا لہرا رہا ہے، اب دوسروں کا غلبہ اس کے اوپر ہے۔</w:t>
      </w:r>
    </w:p>
    <w:p>
      <w:r>
        <w:rPr>
          <w:b/>
        </w:rPr>
        <w:t xml:space="preserve">[28:11] </w:t>
      </w:r>
      <w:r>
        <w:t>to mazi ko le kar is ke andar</w:t>
      </w:r>
    </w:p>
    <w:p>
      <w:pPr>
        <w:jc w:val="right"/>
      </w:pPr>
      <w:r>
        <w:t>تو ماضی کو لے کر اس کے اندر</w:t>
      </w:r>
    </w:p>
    <w:p>
      <w:r>
        <w:rPr>
          <w:b/>
        </w:rPr>
        <w:t xml:space="preserve">[28:14] </w:t>
      </w:r>
      <w:r>
        <w:t>fakhr aata hai, haal ko le kar is ke andar jhanjhalahat aati hai, manfi jazbat paida hote hain.</w:t>
      </w:r>
    </w:p>
    <w:p>
      <w:pPr>
        <w:jc w:val="right"/>
      </w:pPr>
      <w:r>
        <w:t>فخر آتا ہے، حال کو لے کر اس کے اندر جھنجھلاہٹ آتی ہے، منفی جذبات پیدا ہوتے ہیں۔</w:t>
      </w:r>
    </w:p>
    <w:p>
      <w:r>
        <w:rPr>
          <w:b/>
        </w:rPr>
        <w:t xml:space="preserve">[28:24] </w:t>
      </w:r>
      <w:r>
        <w:t>bilkul sahi hai. ek martaba main ne ek muslim akhbar mein ek sahib ki taqreer padhi thi, ek india ke ek muslim leader ki, to bare fakhr ke sath stage par bole the woh.</w:t>
      </w:r>
    </w:p>
    <w:p>
      <w:pPr>
        <w:jc w:val="right"/>
      </w:pPr>
      <w:r>
        <w:t>بالکل صحیح ہے۔ ایک مرتبہ میں نے ایک مسلم اخبار میں ایک صاحب کی تقریر پڑھی تھی، ایک انڈیا کے ایک مسلم لیڈر کی، تو بڑے فخر کے ساتھ اسٹیج پر بولے تھے وہ۔</w:t>
      </w:r>
    </w:p>
    <w:p>
      <w:r>
        <w:rPr>
          <w:b/>
        </w:rPr>
        <w:t xml:space="preserve">[28:40] </w:t>
      </w:r>
      <w:r>
        <w:t>hum se poochte ho, hum ne india ko kya diya?</w:t>
      </w:r>
    </w:p>
    <w:p>
      <w:pPr>
        <w:jc w:val="right"/>
      </w:pPr>
      <w:r>
        <w:t>ہم سے پوچھتے ہو، ہم نے انڈیا کو کیا دیا؟</w:t>
      </w:r>
    </w:p>
    <w:p>
      <w:r>
        <w:rPr>
          <w:b/>
        </w:rPr>
        <w:t xml:space="preserve">[28:44] </w:t>
      </w:r>
      <w:r>
        <w:t>hum ne india ko</w:t>
      </w:r>
    </w:p>
    <w:p>
      <w:pPr>
        <w:jc w:val="right"/>
      </w:pPr>
      <w:r>
        <w:t>ہم نے انڈیا کو</w:t>
      </w:r>
    </w:p>
    <w:p>
      <w:r>
        <w:rPr>
          <w:b/>
        </w:rPr>
        <w:t xml:space="preserve">[28:48] </w:t>
      </w:r>
      <w:r>
        <w:t>qutub minar ki bulandiyan deen, hum ne india ko taj mahal ki khoobsurti di, hum ne india ko lal qila ki azmat.</w:t>
      </w:r>
    </w:p>
    <w:p>
      <w:pPr>
        <w:jc w:val="right"/>
      </w:pPr>
      <w:r>
        <w:t>قطب مینار کی بلندیاں دیں، ہم نے انڈیا کو تاج محل کی خوبصورتی دی، ہم نے انڈیا کو لال قلعہ کی عظمت دی۔</w:t>
      </w:r>
    </w:p>
    <w:p>
      <w:r>
        <w:rPr>
          <w:b/>
        </w:rPr>
        <w:t xml:space="preserve">[29:01] </w:t>
      </w:r>
      <w:r>
        <w:t>yeh sab kya hai? yeh sab yeh sab shayari hai.</w:t>
      </w:r>
    </w:p>
    <w:p>
      <w:pPr>
        <w:jc w:val="right"/>
      </w:pPr>
      <w:r>
        <w:t>یہ سب کیا ہے؟ یہ سب یہ سب شاعری ہے۔</w:t>
      </w:r>
    </w:p>
    <w:p>
      <w:r>
        <w:rPr>
          <w:b/>
        </w:rPr>
        <w:t xml:space="preserve">[29:06] </w:t>
      </w:r>
      <w:r>
        <w:t>jhooti qism ki shayari. isi mein jeeta hai musalman.</w:t>
      </w:r>
    </w:p>
    <w:p>
      <w:pPr>
        <w:jc w:val="right"/>
      </w:pPr>
      <w:r>
        <w:t>جھوٹی قسم کی شاعری۔ اسی میں جیتا ہے مسلمان۔</w:t>
      </w:r>
    </w:p>
    <w:p>
      <w:r>
        <w:rPr>
          <w:b/>
        </w:rPr>
        <w:t xml:space="preserve">[29:17] </w:t>
      </w:r>
      <w:r>
        <w:t>ke mazi ko le kar fakhr aur haal ko le kar ke logon se nafrat.</w:t>
      </w:r>
    </w:p>
    <w:p>
      <w:pPr>
        <w:jc w:val="right"/>
      </w:pPr>
      <w:r>
        <w:t>کہ ماضی کو لے کر فخر اور حال کو لے کر کے لوگوں سے نفرت۔</w:t>
      </w:r>
    </w:p>
    <w:p>
      <w:r>
        <w:rPr>
          <w:b/>
        </w:rPr>
        <w:t xml:space="preserve">[29:26] </w:t>
      </w:r>
      <w:r>
        <w:t>ab main aap ko arz karta hoon ke yahudiyon ka mamla kya hai. woh jo hadith mein aata hai ke yahudiyon ko tabah karoge, woh kya cheez hai? aap yahudi ki tareekh padhiye.</w:t>
      </w:r>
    </w:p>
    <w:p>
      <w:pPr>
        <w:jc w:val="right"/>
      </w:pPr>
      <w:r>
        <w:t>اب میں آپ کو عرض کرتا ہوں کہ یہودیوں کا معاملہ کیا ہے۔ وہ جو حدیث میں آتا ہے کہ یہودیوں کو تباہ کرو گے، وہ کیا چیز ہے؟ آپ یہودی کی تاریخ پڑھیے۔</w:t>
      </w:r>
    </w:p>
    <w:p>
      <w:r>
        <w:rPr>
          <w:b/>
        </w:rPr>
        <w:t xml:space="preserve">[29:38] </w:t>
      </w:r>
      <w:r>
        <w:t>yahudiyon ke haan do lafz bohat hi zyada un ki haqeeqat ko batata hai.</w:t>
      </w:r>
    </w:p>
    <w:p>
      <w:pPr>
        <w:jc w:val="right"/>
      </w:pPr>
      <w:r>
        <w:t>یہودیوں کے ہاں دو لفظ بہت ہی زیادہ ان کی حقیقت کو بتاتا ہے۔</w:t>
      </w:r>
    </w:p>
    <w:p>
      <w:r>
        <w:rPr>
          <w:b/>
        </w:rPr>
        <w:t xml:space="preserve">[29:44] </w:t>
      </w:r>
      <w:r>
        <w:t>ek hai supremacy, ek hai gentiles. supremacy ka matlab kya hai? yahudi ek bartar qaum hai.</w:t>
      </w:r>
    </w:p>
    <w:p>
      <w:pPr>
        <w:jc w:val="right"/>
      </w:pPr>
      <w:r>
        <w:t>ایک ہے سپریمیسی، ایک ہے جیٹائل۔ سپریمیسی کا مطلب کیا ہے؟ یہودی ایک برتر قوم ہے۔</w:t>
      </w:r>
    </w:p>
    <w:p>
      <w:r>
        <w:rPr>
          <w:b/>
        </w:rPr>
        <w:t xml:space="preserve">[29:55] </w:t>
      </w:r>
      <w:r>
        <w:t>yahudi doosron se zyada muazzaz qaum hai. yeh hai supremacy.</w:t>
      </w:r>
    </w:p>
    <w:p>
      <w:pPr>
        <w:jc w:val="right"/>
      </w:pPr>
      <w:r>
        <w:t>یہودی دوسروں سے زیادہ معزز قوم ہے۔ یہ ہے سپریمیسی۔</w:t>
      </w:r>
    </w:p>
    <w:p>
      <w:r>
        <w:rPr>
          <w:b/>
        </w:rPr>
        <w:t xml:space="preserve">[30:04] </w:t>
      </w:r>
      <w:r>
        <w:t>aur gentiles kya hai? doosre log bilkul ghatiya hain, haqir hain, un ki koi waqeat nahin hai. woh woh sab jahannami log hain.</w:t>
      </w:r>
    </w:p>
    <w:p>
      <w:pPr>
        <w:jc w:val="right"/>
      </w:pPr>
      <w:r>
        <w:t>اور جیٹائل کیا ہے؟ دوسرے لوگ بالکل گھٹیا ہیں، حقیر ہیں، ان کی کوئی وقعت نہیں ہے۔ وہ وہ سب جہنمی لوگ ہیں۔</w:t>
      </w:r>
    </w:p>
    <w:p>
      <w:r>
        <w:rPr>
          <w:b/>
        </w:rPr>
        <w:t xml:space="preserve">[30:16] </w:t>
      </w:r>
      <w:r>
        <w:t>doosron ko kam samajhna, apne ko bartar samajhna. yeh hai yahudi nafsiyat. ek kitaab jo internet par maujud hai, aap us ko padh sakte hain.</w:t>
      </w:r>
    </w:p>
    <w:p>
      <w:pPr>
        <w:jc w:val="right"/>
      </w:pPr>
      <w:r>
        <w:t>دوسروں کو کم سمجھنا، اپنے کو برتر سمجھنا۔ یہ ہے یہودی نفسیات۔ ایک کتاب جو انٹرنیٹ پر موجود ہے، آپ اس کو پڑھ سکتے ہیں۔</w:t>
      </w:r>
    </w:p>
    <w:p>
      <w:r>
        <w:rPr>
          <w:b/>
        </w:rPr>
        <w:t xml:space="preserve">[30:27] </w:t>
      </w:r>
      <w:r>
        <w:t>iska unwan hai Jewish Supremacism</w:t>
      </w:r>
    </w:p>
    <w:p>
      <w:pPr>
        <w:jc w:val="right"/>
      </w:pPr>
      <w:r>
        <w:t>اس کا عنوان ہے Jewish Supremacism</w:t>
      </w:r>
    </w:p>
    <w:p>
      <w:r>
        <w:rPr>
          <w:b/>
        </w:rPr>
        <w:t xml:space="preserve">[30:33] </w:t>
      </w:r>
      <w:r>
        <w:t>. yahudi supremacy. is mein yahi bataya is ne ke</w:t>
      </w:r>
    </w:p>
    <w:p>
      <w:pPr>
        <w:jc w:val="right"/>
      </w:pPr>
      <w:r>
        <w:t>۔ یہودی سپریمیسی۔ اس میں یہی بتایا اس نے کہ</w:t>
      </w:r>
    </w:p>
    <w:p>
      <w:r>
        <w:rPr>
          <w:b/>
        </w:rPr>
        <w:t xml:space="preserve">[30:39] </w:t>
      </w:r>
      <w:r>
        <w:t>kyun aisa kyun hua? is ki wajah yeh hai ke yahudiyon ke bhi ek zamaney mein saltanat thi. theek jaise musalmanon ka saltanat bana.</w:t>
      </w:r>
    </w:p>
    <w:p>
      <w:pPr>
        <w:jc w:val="right"/>
      </w:pPr>
      <w:r>
        <w:t>کیوں ایسا کیوں ہوا؟ اس کی وجہ یہ ہے کہ یہودیوں کے بھی ایک زمانے میں سلطنت تھی۔ ٹھیک جیسے مسلمانوں کا سلطنت بنا۔</w:t>
      </w:r>
    </w:p>
    <w:p>
      <w:r>
        <w:rPr>
          <w:b/>
        </w:rPr>
        <w:t xml:space="preserve">[30:50] </w:t>
      </w:r>
      <w:r>
        <w:t>yeh waqea hua hai, yaani yeh waqea hua hai</w:t>
      </w:r>
    </w:p>
    <w:p>
      <w:pPr>
        <w:jc w:val="right"/>
      </w:pPr>
      <w:r>
        <w:t>یہ واقعہ ہوا ہے، یعنی یہ واقعہ ہوا ہے</w:t>
      </w:r>
    </w:p>
    <w:p>
      <w:r>
        <w:rPr>
          <w:b/>
        </w:rPr>
        <w:t xml:space="preserve">[30:56] </w:t>
      </w:r>
      <w:r>
        <w:t>dasveen sadi qabl-e-maseeh mein. It's tenth century BC. Is ko kehte hain, aap dekh sakte hain kitabon mein, internet par, Kingdom of Solomon.</w:t>
      </w:r>
    </w:p>
    <w:p>
      <w:pPr>
        <w:jc w:val="right"/>
      </w:pPr>
      <w:r>
        <w:t>دسویں صدی قبل مسیح میں۔ It's tenth century BC ۔ اس کو کہتے ہیں، آپ دیکھ سکتے ہیں کتابوں میں، انٹرنیٹ پر، Kingdom of Solomon۔</w:t>
      </w:r>
    </w:p>
    <w:p>
      <w:r>
        <w:rPr>
          <w:b/>
        </w:rPr>
        <w:t xml:space="preserve">[31:12] </w:t>
      </w:r>
      <w:r>
        <w:t>Kingdom of Solomon.</w:t>
      </w:r>
    </w:p>
    <w:p>
      <w:pPr>
        <w:jc w:val="right"/>
      </w:pPr>
      <w:r>
        <w:t>Kingdom of Solomon۔</w:t>
      </w:r>
    </w:p>
    <w:p>
      <w:r>
        <w:rPr>
          <w:b/>
        </w:rPr>
        <w:t xml:space="preserve">[31:15] </w:t>
      </w:r>
      <w:r>
        <w:t>To Yahoodi logon mein do paighambar aise thay, badshah. Paighambar bhi thay aur badshah bhi thay. Yani Hazrat Daud aur Hazrat Sulaiman.</w:t>
      </w:r>
    </w:p>
    <w:p>
      <w:pPr>
        <w:jc w:val="right"/>
      </w:pPr>
      <w:r>
        <w:t>تو یہودی لوگوں میں دو پیغمبر ایسے تھے، بادشاہ۔ پیغمبر بھی تھے اور بادشاہ بھی تھے۔ یعنی حضرت داؤد اور حضرت سلیمان۔</w:t>
      </w:r>
    </w:p>
    <w:p>
      <w:r>
        <w:rPr>
          <w:b/>
        </w:rPr>
        <w:t xml:space="preserve">[31:28] </w:t>
      </w:r>
      <w:r>
        <w:t>To in ka jo rajdhani thi woh Yerushalayim thi. Aur ek badi unhon ne hukoomat qaim ki thi. Tareekh mein is ke baray mein bohat hi wazeh bayan nahi hai kyunke yeh dasveen sadi qabl-e-maseeh ka waqia hai.</w:t>
      </w:r>
    </w:p>
    <w:p>
      <w:pPr>
        <w:jc w:val="right"/>
      </w:pPr>
      <w:r>
        <w:t>تو ان کا جو راجدھانی تھی وہ یروشلم تھی۔ اور ایک بڑی انہوں نے حکومت قائم کی تھی۔ تاریخ میں اس کے بارے میں بہت ہی واضح بیان نہیں ہے کیونکہ یہ دسویں صدی قبل مسیح کا واقعہ ہے۔</w:t>
      </w:r>
    </w:p>
    <w:p>
      <w:r>
        <w:rPr>
          <w:b/>
        </w:rPr>
        <w:t xml:space="preserve">[31:45] </w:t>
      </w:r>
      <w:r>
        <w:t>Lekin Bible mein is ka maujood hai. Bible ke mutabiq yeh jo saltanat thi Hazrat Sulaiman ki, yeh Falasteen se le kar woh Euphrates tak phaili hui thi, darya-e-Furaat tak.</w:t>
      </w:r>
    </w:p>
    <w:p>
      <w:pPr>
        <w:jc w:val="right"/>
      </w:pPr>
      <w:r>
        <w:t>لیکن بائبل میں اس کا موجود ہے۔ بائبل کے مطابق یہ جو سلطنت تھی حضرت سلیمان کی، یہ فلسطین سے لے کر وہ ایفرٹ تک پھیلی ہوئی تھی، دریائے فرات تک۔</w:t>
      </w:r>
    </w:p>
    <w:p>
      <w:r>
        <w:rPr>
          <w:b/>
        </w:rPr>
        <w:t xml:space="preserve">[32:03] </w:t>
      </w:r>
      <w:r>
        <w:t>Yani ek taraf is ki sarhad darya-e-Neel tha jo Misr mein behta hai. Doosri taraf is ki sarhad darya-e-Furaat thi jo Iraq mein behti hai.</w:t>
      </w:r>
    </w:p>
    <w:p>
      <w:pPr>
        <w:jc w:val="right"/>
      </w:pPr>
      <w:r>
        <w:t>یعنی ایک طرف اس کی سرحد دریائے نیل تھا جو مصر میں بہتا ہے۔ دوسری طرف اس کی سرحد دریائے فرات تھی جو عراق میں بہتی ہے۔</w:t>
      </w:r>
    </w:p>
    <w:p>
      <w:r>
        <w:rPr>
          <w:b/>
        </w:rPr>
        <w:t xml:space="preserve">[32:13] </w:t>
      </w:r>
      <w:r>
        <w:t>Teesri taraf is ki sarhad Falasteen thi. Aur chauthi taraf is ki sarhad Turkey tak jati thi.</w:t>
      </w:r>
    </w:p>
    <w:p>
      <w:pPr>
        <w:jc w:val="right"/>
      </w:pPr>
      <w:r>
        <w:t>تیسری طرف اس کی سرحد فلسطین تھا۔ اور چوتھی طرف اس کی سرحد ترکی تک جاتی تھی۔</w:t>
      </w:r>
    </w:p>
    <w:p>
      <w:r>
        <w:rPr>
          <w:b/>
        </w:rPr>
        <w:t xml:space="preserve">[32:20] </w:t>
      </w:r>
      <w:r>
        <w:t>Yeh sara ilaqa yani Falasteen, Misr, Iraq, Jordan, Lebanon, Sham, Turkey, yeh poora ilaqa juzwi ya kulli taur par un ka un ki saltanat mein shamil tha.</w:t>
      </w:r>
    </w:p>
    <w:p>
      <w:pPr>
        <w:jc w:val="right"/>
      </w:pPr>
      <w:r>
        <w:t>یہ سارا علاقہ یعنی فلسطین، مصر، عراق، اردن، لبنان، شام، ترکی، یہ پورا علاقہ جزوی یا کلی طور پر ان کا ان کی سلطنت میں شامل تھا۔</w:t>
      </w:r>
    </w:p>
    <w:p>
      <w:r>
        <w:rPr>
          <w:b/>
        </w:rPr>
        <w:t xml:space="preserve">[32:37] </w:t>
      </w:r>
      <w:r>
        <w:t>Matlab aisa woh maante hain.</w:t>
      </w:r>
    </w:p>
    <w:p>
      <w:pPr>
        <w:jc w:val="right"/>
      </w:pPr>
      <w:r>
        <w:t>مطلب ایسا وہ مانتے ہیں۔</w:t>
      </w:r>
    </w:p>
    <w:p>
      <w:r>
        <w:rPr>
          <w:b/>
        </w:rPr>
        <w:t xml:space="preserve">[32:42] </w:t>
      </w:r>
      <w:r>
        <w:t>Abhi bhi unhon ne in ka, aap dekh sakte hain internet par, ke unhon ne ek naqsha bana rakha hai Greater Israel ka.</w:t>
      </w:r>
    </w:p>
    <w:p>
      <w:pPr>
        <w:jc w:val="right"/>
      </w:pPr>
      <w:r>
        <w:t>ابھی بھی انہوں نے ان کا، آپ دیکھ سکتے ہیں انٹرنیٹ پر، کہ انہوں نے ایک نقشہ بنا رکھا ہے Greater Israel کا۔</w:t>
      </w:r>
    </w:p>
    <w:p>
      <w:r>
        <w:rPr>
          <w:b/>
        </w:rPr>
        <w:t xml:space="preserve">[32:53] </w:t>
      </w:r>
      <w:r>
        <w:t>Abhi jo Israel ka un ka hai, woh woh poora nahi hai. Un ke khwab jo hain, khwab. Un ke khwab yeh hain ke Hazrat Sulaiman ke zamanay mein jo saltanat tha un ka, us ko phir se hasil karna, phir se qaim karna.</w:t>
      </w:r>
    </w:p>
    <w:p>
      <w:pPr>
        <w:jc w:val="right"/>
      </w:pPr>
      <w:r>
        <w:t>ابھی جو Israel کا ان کا ہے، وہ وہ پورا نہیں ہے۔ ان کے خواب جو ہیں، خواب۔ ان کے خواب یہ ہیں کہ حضرت سلیمان کے زمانے میں جو سلطنت تھا ان کا، اس کو پھر سے حاصل کرنا، پھر سے قائم کرنا۔</w:t>
      </w:r>
    </w:p>
    <w:p>
      <w:r>
        <w:rPr>
          <w:b/>
        </w:rPr>
        <w:t xml:space="preserve">[33:09] </w:t>
      </w:r>
      <w:r>
        <w:t>Us ko woh kehte hain Greater Israel. Is tarah se jo is Yahoodi jo hain, apne is liye tareekh par fakhr ka pahar hai woh.</w:t>
      </w:r>
    </w:p>
    <w:p>
      <w:pPr>
        <w:jc w:val="right"/>
      </w:pPr>
      <w:r>
        <w:t>اس کو وہ کہتے ہیں Greater Israel۔ اس طرح سے جو اس یہودی جو ہیں، اپنے اس لیے تاریخ پر فخر کا پہاڑ ہے وہ۔</w:t>
      </w:r>
    </w:p>
    <w:p>
      <w:r>
        <w:rPr>
          <w:b/>
        </w:rPr>
        <w:t xml:space="preserve">[33:24] </w:t>
      </w:r>
      <w:r>
        <w:t>Bohat zabardast fakhr hai Yahoodiyon ka apni tareekh par.</w:t>
      </w:r>
    </w:p>
    <w:p>
      <w:pPr>
        <w:jc w:val="right"/>
      </w:pPr>
      <w:r>
        <w:t>بہت زبردست فخر ہے یہودیوں کا اپنی تاریخ پر۔</w:t>
      </w:r>
    </w:p>
    <w:p>
      <w:r>
        <w:rPr>
          <w:b/>
        </w:rPr>
        <w:t xml:space="preserve">[33:28] </w:t>
      </w:r>
      <w:r>
        <w:t>Dunya ki sab se zyada superior qaum maante hain Yahoodi. Lekin aain isi ke sath sath woh nafrat mein mubtala rehte hain. Kyun?</w:t>
      </w:r>
    </w:p>
    <w:p>
      <w:pPr>
        <w:jc w:val="right"/>
      </w:pPr>
      <w:r>
        <w:t>دنیا کی سب سے زیادہ superior قوم مانتے ہیں یہودی۔ لیکن آئین اسی کے ساتھ ساتھ وہ نفرت میں مبتلا رہتے ہیں۔ کیوں؟</w:t>
      </w:r>
    </w:p>
    <w:p>
      <w:r>
        <w:rPr>
          <w:b/>
        </w:rPr>
        <w:t xml:space="preserve">[33:38] </w:t>
      </w:r>
      <w:r>
        <w:t>Ke Hazrat Masih se chhay sau saal pehle Babylonia ka badshah jo tha, usay destroy kar diya un ki un ki is saltanat ko.</w:t>
      </w:r>
    </w:p>
    <w:p>
      <w:pPr>
        <w:jc w:val="right"/>
      </w:pPr>
      <w:r>
        <w:t>کہ حضرت مسیح سے چھ سو سال پہلے بابل کا بادشاہ جو تھا، اسے destroy کر دیا ان کی ان کی اس سلطنت کو۔</w:t>
      </w:r>
    </w:p>
    <w:p>
      <w:r>
        <w:rPr>
          <w:b/>
        </w:rPr>
        <w:t xml:space="preserve">[33:50] </w:t>
      </w:r>
      <w:r>
        <w:t>Aur dheere dheere dheere dheere woh khatam ho gayi. Aur yeh chalay gaye diaspora mein, chalay gaye Yahoodi. Yahoodi diaspora mein chalay gaye.</w:t>
      </w:r>
    </w:p>
    <w:p>
      <w:pPr>
        <w:jc w:val="right"/>
      </w:pPr>
      <w:r>
        <w:t>اور دھیرے دھیرے دھیرے دھیرے وہ ختم ہو گئی۔ اور یہ چلے گئے diaspora میں، چلے گئے یہودی۔ یہودی diaspora میں چلے گئے۔</w:t>
      </w:r>
    </w:p>
    <w:p>
      <w:r>
        <w:rPr>
          <w:b/>
        </w:rPr>
        <w:t xml:space="preserve">[34:02] </w:t>
      </w:r>
      <w:r>
        <w:t>To Yahoodiyon ka case theek wohi case hai jo Musalmanon ka case hai.</w:t>
      </w:r>
    </w:p>
    <w:p>
      <w:pPr>
        <w:jc w:val="right"/>
      </w:pPr>
      <w:r>
        <w:t>تو یہودیوں کا case ٹھیک وہی case ہے جو مسلمانوں کا case ہے۔</w:t>
      </w:r>
    </w:p>
    <w:p>
      <w:r>
        <w:rPr>
          <w:b/>
        </w:rPr>
        <w:t xml:space="preserve">[34:07] </w:t>
      </w:r>
      <w:r>
        <w:t>Yani ek taraf supremacy hai, doosri taraf gentile hai.</w:t>
      </w:r>
    </w:p>
    <w:p>
      <w:pPr>
        <w:jc w:val="right"/>
      </w:pPr>
      <w:r>
        <w:t>یعنی ایک طرف supremacy ہے، دوسری طرف جیٹائل ہے۔</w:t>
      </w:r>
    </w:p>
    <w:p>
      <w:r>
        <w:rPr>
          <w:b/>
        </w:rPr>
        <w:t xml:space="preserve">[34:14] </w:t>
      </w:r>
      <w:r>
        <w:t>Yani ek taraf ماضی ka fakhr hai, doosri taraf present ki nafrat hai.</w:t>
      </w:r>
    </w:p>
    <w:p>
      <w:pPr>
        <w:jc w:val="right"/>
      </w:pPr>
      <w:r>
        <w:t>یعنی ایک طرف ماضی کا فخر ہے، دوسری طرف present کی نفرت ہے۔</w:t>
      </w:r>
    </w:p>
    <w:p>
      <w:r>
        <w:rPr>
          <w:b/>
        </w:rPr>
        <w:t xml:space="preserve">[34:24] </w:t>
      </w:r>
      <w:r>
        <w:t>To ab isi ki roshni mein aap jab ghhor karein tab samjhenge is hadees ka matlab. La tatawawannu sirran man kana qablakum ke tum wohi tumhara haal wohi hoga jo Yahood ka haal hua.</w:t>
      </w:r>
    </w:p>
    <w:p>
      <w:pPr>
        <w:jc w:val="right"/>
      </w:pPr>
      <w:r>
        <w:t>تو اب اسی کی روشنی میں آپ جب غور کریں تب سمجھیں گے اس حدیث کا مطلب۔ لا تتوون سُرًّا مَنْ كَانَ قَبْلِكُمْ کہ تم وہی تمہارا حال وہی ہوگا جو یہود کا حال ہوا۔</w:t>
      </w:r>
    </w:p>
    <w:p>
      <w:r>
        <w:rPr>
          <w:b/>
        </w:rPr>
        <w:t xml:space="preserve">[34:37] </w:t>
      </w:r>
      <w:r>
        <w:t>Jo tumhara case wohi ban jayega jo Yahood ka case hua.</w:t>
      </w:r>
    </w:p>
    <w:p>
      <w:pPr>
        <w:jc w:val="right"/>
      </w:pPr>
      <w:r>
        <w:t>جو تمہارا case وہی بن جائے گا جو یہود کا case ہوا۔</w:t>
      </w:r>
    </w:p>
    <w:p>
      <w:r>
        <w:rPr>
          <w:b/>
        </w:rPr>
        <w:t xml:space="preserve">[34:44] </w:t>
      </w:r>
      <w:r>
        <w:t>Kyunke bohat zyada common hai history. History mein bohat zyada mushtarka history hai. Yahoodiyon ka ek saltanat qaim hua, phir woh saltanat khatam ho gaya.</w:t>
      </w:r>
    </w:p>
    <w:p>
      <w:pPr>
        <w:jc w:val="right"/>
      </w:pPr>
      <w:r>
        <w:t>کیونکہ بہت زیادہ common ہے history۔ history میں بہت زیادہ مشترکہ history ہے۔ یہودیوں کا ایک سلطنت قائم ہوا، پھر وہ سلطنت ختم ہو گیا۔</w:t>
      </w:r>
    </w:p>
    <w:p>
      <w:r>
        <w:rPr>
          <w:b/>
        </w:rPr>
        <w:t xml:space="preserve">[34:58] </w:t>
      </w:r>
      <w:r>
        <w:t>Musalmanon ka saltanat qaim hua, phir woh saltanat khatam ho gaya.</w:t>
      </w:r>
    </w:p>
    <w:p>
      <w:pPr>
        <w:jc w:val="right"/>
      </w:pPr>
      <w:r>
        <w:t>مسلمانوں کا سلطنت قائم ہوا، پھر وہ سلطنت ختم ہو گیا۔</w:t>
      </w:r>
    </w:p>
    <w:p>
      <w:r>
        <w:rPr>
          <w:b/>
        </w:rPr>
        <w:t xml:space="preserve">[35:05] </w:t>
      </w:r>
      <w:r>
        <w:t>Isi ke mutabiq literature, Yahoodiyon ka jo literature hai, woh bhi isi tarah se hai jo Musalmanon ka literature hai. Barha hua un ka wohi sab baat hai.</w:t>
      </w:r>
    </w:p>
    <w:p>
      <w:pPr>
        <w:jc w:val="right"/>
      </w:pPr>
      <w:r>
        <w:t>اسی کے مطابق literature، یہودیوں کا جو literature ہے، وہ بھی اسی طریقے سے ہے جو مسلمانوں کا literature ہے۔ بڑھا ہوا ان کا وہی سب بات ہے۔</w:t>
      </w:r>
    </w:p>
    <w:p>
      <w:r>
        <w:rPr>
          <w:b/>
        </w:rPr>
        <w:t xml:space="preserve">[35:17] </w:t>
      </w:r>
      <w:r>
        <w:t>To dono mein yeh mushtarak baat hai ke ماضی par fakhr aur haal par nafrat.</w:t>
      </w:r>
    </w:p>
    <w:p>
      <w:pPr>
        <w:jc w:val="right"/>
      </w:pPr>
      <w:r>
        <w:t>تو دونوں میں یہ مشترک بات ہے کہ ماضی پر فخر اور حال پر نفرت۔</w:t>
      </w:r>
    </w:p>
    <w:p>
      <w:r>
        <w:rPr>
          <w:b/>
        </w:rPr>
        <w:t xml:space="preserve">[35:28] </w:t>
      </w:r>
      <w:r>
        <w:t>yeh hai musalmanon ka case.</w:t>
      </w:r>
    </w:p>
    <w:p>
      <w:pPr>
        <w:jc w:val="right"/>
      </w:pPr>
      <w:r>
        <w:t>یہ ہے مسلمانوں کا case۔</w:t>
      </w:r>
    </w:p>
    <w:p>
      <w:r>
        <w:rPr>
          <w:b/>
        </w:rPr>
        <w:t xml:space="preserve">[35:33] </w:t>
      </w:r>
      <w:r>
        <w:t>aur yeh zawal ki badtareen shakal hai. kyun badtareen shakal hai? dekhiye, yeh fakhr aur hate dono hain, without any base hain.</w:t>
      </w:r>
    </w:p>
    <w:p>
      <w:pPr>
        <w:jc w:val="right"/>
      </w:pPr>
      <w:r>
        <w:t>اور یہ زوال کی بدترین شکل ہے۔ کیوں بدترین شکل ہے؟ دیکھیے، یہ فخر اور hate دونوں ہیں، without any base ہیں۔</w:t>
      </w:r>
    </w:p>
    <w:p>
      <w:r>
        <w:rPr>
          <w:b/>
        </w:rPr>
        <w:t xml:space="preserve">[35:44] </w:t>
      </w:r>
      <w:r>
        <w:t>na is ki koi base hai, na is ki koi base hai. aap bataiye ke past glory ki koi base hoti hai?</w:t>
      </w:r>
    </w:p>
    <w:p>
      <w:pPr>
        <w:jc w:val="right"/>
      </w:pPr>
      <w:r>
        <w:t>نہ اس کی کوئی base ہے، نہ اس کی کوئی base ہے۔ آپ بتائیے کہ past glory کی کوئی base ہوتی ہے؟</w:t>
      </w:r>
    </w:p>
    <w:p>
      <w:r>
        <w:rPr>
          <w:b/>
        </w:rPr>
        <w:t xml:space="preserve">[35:53] </w:t>
      </w:r>
      <w:r>
        <w:t>jo saltanat aap ka khatam ho gaya, jo saltanat aap ki khatam ho gayi, us par fakhr karne ka kya matlab hai? jo cheez maujood nahi hai, us par fakhr karna.</w:t>
      </w:r>
    </w:p>
    <w:p>
      <w:pPr>
        <w:jc w:val="right"/>
      </w:pPr>
      <w:r>
        <w:t>جو سلطنت آپ کا ختم ہو گیا، جو سلطنت آپ کی ختم ہو گئی، اس پر فخر کرنے کا کیا مطلب ہے؟ جو چیز موجود نہیں ہے، اس پر فخر کرنا۔</w:t>
      </w:r>
    </w:p>
    <w:p>
      <w:r>
        <w:rPr>
          <w:b/>
        </w:rPr>
        <w:t xml:space="preserve">[36:05] </w:t>
      </w:r>
      <w:r>
        <w:t>yani pride without any base.</w:t>
      </w:r>
    </w:p>
    <w:p>
      <w:pPr>
        <w:jc w:val="right"/>
      </w:pPr>
      <w:r>
        <w:t>یعنی pride without any base۔</w:t>
      </w:r>
    </w:p>
    <w:p>
      <w:r>
        <w:rPr>
          <w:b/>
        </w:rPr>
        <w:t xml:space="preserve">[36:10] </w:t>
      </w:r>
      <w:r>
        <w:t>yeh toh goya reit par mahal khara kar rahe hain aap.</w:t>
      </w:r>
    </w:p>
    <w:p>
      <w:pPr>
        <w:jc w:val="right"/>
      </w:pPr>
      <w:r>
        <w:t>یہ تو گویا ریت پر محل کھڑا کر رہے ہیں آپ۔</w:t>
      </w:r>
    </w:p>
    <w:p>
      <w:r>
        <w:rPr>
          <w:b/>
        </w:rPr>
        <w:t xml:space="preserve">[36:14] </w:t>
      </w:r>
      <w:r>
        <w:t>toh musalmanon ka jo pride hai, woh bhi without any base hai, baghair kisi buniyad ke hai woh. is ka matlab hai ke aap musalman falsehood mein jee rahe hain.</w:t>
      </w:r>
    </w:p>
    <w:p>
      <w:pPr>
        <w:jc w:val="right"/>
      </w:pPr>
      <w:r>
        <w:t>تو مسلمانوں کا جو pride ہے، وہ بھی without any base ہے، بغیر کسی بنیاد کے ہے وہ۔ اس کا معنی ہے کہ آپ مسلمان falsehood میں جی رہے ہیں۔</w:t>
      </w:r>
    </w:p>
    <w:p>
      <w:r>
        <w:rPr>
          <w:b/>
        </w:rPr>
        <w:t xml:space="preserve">[36:26] </w:t>
      </w:r>
      <w:r>
        <w:t>falsehood mein.</w:t>
      </w:r>
    </w:p>
    <w:p>
      <w:pPr>
        <w:jc w:val="right"/>
      </w:pPr>
      <w:r>
        <w:t>Falsehood میں۔</w:t>
      </w:r>
    </w:p>
    <w:p>
      <w:r>
        <w:rPr>
          <w:b/>
        </w:rPr>
        <w:t xml:space="preserve">[36:30] </w:t>
      </w:r>
      <w:r>
        <w:t>is ke baad dekhiye, hate jo hai, woh bhi without any base hai. saare ab musalman yeh kehte hain ke saazish, saazish, saazish kar kar ke hum ko humara haal aisa kar rakha hai.</w:t>
      </w:r>
    </w:p>
    <w:p>
      <w:pPr>
        <w:jc w:val="right"/>
      </w:pPr>
      <w:r>
        <w:t>اس کے بعد دیکھیے، hate جو ہے، وہ بھی without any base ہے۔ سارے اب مسلمان یہ کہتے ہیں کہ سازش، سازش، سازش کر کر کے ہم کو ہمارا حال ایسا کر رکھا ہے۔</w:t>
      </w:r>
    </w:p>
    <w:p>
      <w:r>
        <w:rPr>
          <w:b/>
        </w:rPr>
        <w:t xml:space="preserve">[36:43] </w:t>
      </w:r>
      <w:r>
        <w:t>abhi mein sun raha tha ek taqreeb ek Pakistani leader ki internet par.</w:t>
      </w:r>
    </w:p>
    <w:p>
      <w:pPr>
        <w:jc w:val="right"/>
      </w:pPr>
      <w:r>
        <w:t>ابھی میں سن رہا تھا ایک تقریب ایک پاکستانی لیڈر کی انٹرنیٹ پر۔</w:t>
      </w:r>
    </w:p>
    <w:p>
      <w:r>
        <w:rPr>
          <w:b/>
        </w:rPr>
        <w:t xml:space="preserve">[36:49] </w:t>
      </w:r>
      <w:r>
        <w:t>Pakistan ke ek well-known leader ki. toh interviewer ne un se poocha ke Pakistan mein kyun aisa hai ke musalman musalman ko maar raha hai?</w:t>
      </w:r>
    </w:p>
    <w:p>
      <w:pPr>
        <w:jc w:val="right"/>
      </w:pPr>
      <w:r>
        <w:t>پاکستان کے ایک well-known لیڈر کی۔ تو انٹرویوئر نے ان سے پوچھا کہ پاکستان میں کیوں ایسا ہے کہ مسلمان مسلمان کو مار رہا ہے؟</w:t>
      </w:r>
    </w:p>
    <w:p>
      <w:r>
        <w:rPr>
          <w:b/>
        </w:rPr>
        <w:t xml:space="preserve">[37:01] </w:t>
      </w:r>
      <w:r>
        <w:t>musalman musalman ko maar raha hai, yeh kyun aisa ho raha hai?</w:t>
      </w:r>
    </w:p>
    <w:p>
      <w:pPr>
        <w:jc w:val="right"/>
      </w:pPr>
      <w:r>
        <w:t>مسلمان مسلمان کو مار رہا ہے، یہ کیوں ایسا ہو رہا ہے؟</w:t>
      </w:r>
    </w:p>
    <w:p>
      <w:r>
        <w:rPr>
          <w:b/>
        </w:rPr>
        <w:t xml:space="preserve">[37:06] </w:t>
      </w:r>
      <w:r>
        <w:t>toh leader sahab kya kehte hain? yeh toh Israel aur America ke rulers hain. Israel ki saazish, America ki saazish ki wajah se in Pakistan aur musalman aapas mein lad rahe hain.</w:t>
      </w:r>
    </w:p>
    <w:p>
      <w:pPr>
        <w:jc w:val="right"/>
      </w:pPr>
      <w:r>
        <w:t>تو لیڈر صاحب کیا کہتے ہیں؟ یہ تو اسرائیل اور امریکہ کے رولر ہیں۔ اسرائیل کی سازش، امریکہ کی سازش کی وجہ سے ان پاکستان اور مسلمان آپس میں لڑ رہے ہیں۔</w:t>
      </w:r>
    </w:p>
    <w:p>
      <w:r>
        <w:rPr>
          <w:b/>
        </w:rPr>
        <w:t xml:space="preserve">[37:19] </w:t>
      </w:r>
      <w:r>
        <w:t>toh saazish dikhai thi, saazish. ab Quran ko dekhiye, aap Quran kya kehta hai?</w:t>
      </w:r>
    </w:p>
    <w:p>
      <w:pPr>
        <w:jc w:val="right"/>
      </w:pPr>
      <w:r>
        <w:t>تو سازش دکھائی تھی، سازش۔ اب قرآن کو دیکھیے، آپ قرآن کیا کہتا ہے؟</w:t>
      </w:r>
    </w:p>
    <w:p>
      <w:r>
        <w:rPr>
          <w:b/>
        </w:rPr>
        <w:t xml:space="preserve">[37:28] </w:t>
      </w:r>
      <w:r>
        <w:t>wa in tasbiru wa tattaqu la ya'zurukum qayduhum shay'an. qayd ke matlab hote hain saazish, conspiracy.</w:t>
      </w:r>
    </w:p>
    <w:p>
      <w:pPr>
        <w:jc w:val="right"/>
      </w:pPr>
      <w:r>
        <w:t>وَإِنْ تَصْبِرُوا وَتَتَّقُوا لَا يَعْذُرُكُمْ قَيْدُهُمْ شَيْئًا قید کے معنی ہوتے ہیں سازش، conspiracy۔</w:t>
      </w:r>
    </w:p>
    <w:p>
      <w:r>
        <w:rPr>
          <w:b/>
        </w:rPr>
        <w:t xml:space="preserve">[37:41] </w:t>
      </w:r>
      <w:r>
        <w:t>goya Quran is ka inkar kar raha hai ke saazish koi cheez hai. saazish ko Quran keh raha hai ke bilkul be buniyad baat hai. jab bhi tum par kuch aati hai koi cheez toh tum apni hi policy ki qeemat dete ho.</w:t>
      </w:r>
    </w:p>
    <w:p>
      <w:pPr>
        <w:jc w:val="right"/>
      </w:pPr>
      <w:r>
        <w:t>گویا قرآن اس کا انکار کر رہا ہے کہ سازش کوئی چیز ہے۔ سازش کو قرآن کہہ رہا ہے کہ بالکل بے بنیاد بات ہے۔ جب بھی تم پر کچھ آتی ہے کوئی چیز تو تم اپنی ہی پالیسی کی قیمت دیتے ہو۔</w:t>
      </w:r>
    </w:p>
    <w:p>
      <w:r>
        <w:rPr>
          <w:b/>
        </w:rPr>
        <w:t xml:space="preserve">[37:59] </w:t>
      </w:r>
      <w:r>
        <w:t>jo bhi tum par aati hai, koi halat, koi museebat, toh tumhare apne hi isi nadani ka nateeja hoti hai.</w:t>
      </w:r>
    </w:p>
    <w:p>
      <w:pPr>
        <w:jc w:val="right"/>
      </w:pPr>
      <w:r>
        <w:t>جو بھی تم پر آتی ہے، کوئی حالت، کوئی مصیبت، تو تمہارے اپنے ہی اسی نادانی کا نتیجہ ہوتی ہے۔</w:t>
      </w:r>
    </w:p>
    <w:p>
      <w:r>
        <w:rPr>
          <w:b/>
        </w:rPr>
        <w:t xml:space="preserve">[38:11] </w:t>
      </w:r>
      <w:r>
        <w:t>toh saazish ka is mein koi dakhal nahi. toh is ka matlab yeh hai ke musalman ko jo hate hai, woh bhi without any base hai.</w:t>
      </w:r>
    </w:p>
    <w:p>
      <w:pPr>
        <w:jc w:val="right"/>
      </w:pPr>
      <w:r>
        <w:t>تو سازش کا اس میں کوئی دخل نہیں۔ تو اس کا معنی یہ ہے کہ مسلمان کو جو hate ہے، وہ بھی without any base ہے۔</w:t>
      </w:r>
    </w:p>
    <w:p>
      <w:r>
        <w:rPr>
          <w:b/>
        </w:rPr>
        <w:t xml:space="preserve">[38:19] </w:t>
      </w:r>
      <w:r>
        <w:t>aur musalmanon ko jo pride hai, woh bhi without any base hai.</w:t>
      </w:r>
    </w:p>
    <w:p>
      <w:pPr>
        <w:jc w:val="right"/>
      </w:pPr>
      <w:r>
        <w:t>اور مسلمانوں کو جو pride ہے، وہ بھی without any base ہے۔</w:t>
      </w:r>
    </w:p>
    <w:p>
      <w:r>
        <w:rPr>
          <w:b/>
        </w:rPr>
        <w:t xml:space="preserve">[38:23] </w:t>
      </w:r>
      <w:r>
        <w:t>yani falsehood mein jee rahe hain.</w:t>
      </w:r>
    </w:p>
    <w:p>
      <w:pPr>
        <w:jc w:val="right"/>
      </w:pPr>
      <w:r>
        <w:t>یعنی falsehood میں جی رہے ہیں۔</w:t>
      </w:r>
    </w:p>
    <w:p>
      <w:r>
        <w:rPr>
          <w:b/>
        </w:rPr>
        <w:t xml:space="preserve">[38:28] </w:t>
      </w:r>
      <w:r>
        <w:t>kaisi ajeeb baat hai,</w:t>
      </w:r>
    </w:p>
    <w:p>
      <w:pPr>
        <w:jc w:val="right"/>
      </w:pPr>
      <w:r>
        <w:t>کیسی عجیب بات ہے،</w:t>
      </w:r>
    </w:p>
    <w:p>
      <w:r>
        <w:rPr>
          <w:b/>
        </w:rPr>
        <w:t xml:space="preserve">[38:29] </w:t>
      </w:r>
      <w:r>
        <w:t>poora poora Muslim ummah jis ko aap kehte hain ummah, sab falsehood mein jee raha hai.</w:t>
      </w:r>
    </w:p>
    <w:p>
      <w:pPr>
        <w:jc w:val="right"/>
      </w:pPr>
      <w:r>
        <w:t>پورا پورا مسلم امہ جس کو آپ کہتے ہیں امہ، سب falsehood میں جی رہا ہے۔</w:t>
      </w:r>
    </w:p>
    <w:p>
      <w:r>
        <w:rPr>
          <w:b/>
        </w:rPr>
        <w:t xml:space="preserve">[38:40] </w:t>
      </w:r>
      <w:r>
        <w:t>yeh hai masla musalmanon ka. aisi qaum ke liye jo logon ne kaha ke in ko alag humein ek land do, humein ek Pakistan chahiye, woh kitna zyada hikmat se khali thay.</w:t>
      </w:r>
    </w:p>
    <w:p>
      <w:pPr>
        <w:jc w:val="right"/>
      </w:pPr>
      <w:r>
        <w:t>یہ ہے مسئلہ مسلمانوں کا۔ ایسی قوم کے لیے جو لوگوں نے کہا کہ ان کو الگ ہمیں ایک لینڈ دو، ہمیں ایک پاکستان چاہیے، وہ کتنا زیادہ حکمت سے خالی تھے۔</w:t>
      </w:r>
    </w:p>
    <w:p>
      <w:r>
        <w:rPr>
          <w:b/>
        </w:rPr>
        <w:t xml:space="preserve">[38:53] </w:t>
      </w:r>
      <w:r>
        <w:t>kitna zyada be khabar thay</w:t>
      </w:r>
    </w:p>
    <w:p>
      <w:pPr>
        <w:jc w:val="right"/>
      </w:pPr>
      <w:r>
        <w:t>کتنا زیادہ بے خبر تھے</w:t>
      </w:r>
    </w:p>
    <w:p>
      <w:r>
        <w:rPr>
          <w:b/>
        </w:rPr>
        <w:t xml:space="preserve">[38:57] </w:t>
      </w:r>
      <w:r>
        <w:t>history se, kitna zyada be khabar thay</w:t>
      </w:r>
    </w:p>
    <w:p>
      <w:pPr>
        <w:jc w:val="right"/>
      </w:pPr>
      <w:r>
        <w:t>history سے، کتنا زیادہ بے خبر تھے</w:t>
      </w:r>
    </w:p>
    <w:p>
      <w:r>
        <w:rPr>
          <w:b/>
        </w:rPr>
        <w:t xml:space="preserve">[39:00] </w:t>
      </w:r>
      <w:r>
        <w:t>realities se.</w:t>
      </w:r>
    </w:p>
    <w:p>
      <w:pPr>
        <w:jc w:val="right"/>
      </w:pPr>
      <w:r>
        <w:t>realities سے۔</w:t>
      </w:r>
    </w:p>
    <w:p>
      <w:r>
        <w:rPr>
          <w:b/>
        </w:rPr>
        <w:t xml:space="preserve">[39:04] </w:t>
      </w:r>
      <w:r>
        <w:t>kyunke aap dekhiye, jo log falsehood mein jeete hon, jo log negativity mein jeete hon, jo log jhoote fakhr mein jeete hon, un ko aap land de dein to kya hoga?</w:t>
      </w:r>
    </w:p>
    <w:p>
      <w:pPr>
        <w:jc w:val="right"/>
      </w:pPr>
      <w:r>
        <w:t>کیونکہ آپ دیکھیے، جو لوگ falsehood میں جیتے ہوں، جو لوگ negativity میں جیتے ہوں، جو لوگ جھوٹے فخر میں جیتے ہوں، ان کو آپ لینڈ دے دیں تو کیا ہوگا؟</w:t>
      </w:r>
    </w:p>
    <w:p>
      <w:r>
        <w:rPr>
          <w:b/>
        </w:rPr>
        <w:t xml:space="preserve">[39:20] </w:t>
      </w:r>
      <w:r>
        <w:t>un ko aap political power de dein aur land de dein to kya hoga? aapas mein ladenge aur kya karenge woh?</w:t>
      </w:r>
    </w:p>
    <w:p>
      <w:pPr>
        <w:jc w:val="right"/>
      </w:pPr>
      <w:r>
        <w:t>ان کو آپ political power دے دیں اور لینڈ دے دیں تو کیا ہوگا؟ آپس میں لڑیں گے اور کیا کریں گے وہ؟</w:t>
      </w:r>
    </w:p>
    <w:p>
      <w:r>
        <w:rPr>
          <w:b/>
        </w:rPr>
        <w:t xml:space="preserve">[39:28] </w:t>
      </w:r>
      <w:r>
        <w:t>yahi ho raha hai. That was not aright starting point. musalman jahan pahunch chuke the, wahan un ko kya karna tha?</w:t>
      </w:r>
    </w:p>
    <w:p>
      <w:pPr>
        <w:jc w:val="right"/>
      </w:pPr>
      <w:r>
        <w:t>یہی ہو رہا ہے۔ That was not aright starting point. مسلمان جہاں پہنچ چکے تھے، وہاں ان کو کیا کرنا تھا؟</w:t>
      </w:r>
    </w:p>
    <w:p>
      <w:r>
        <w:rPr>
          <w:b/>
        </w:rPr>
        <w:t xml:space="preserve">[39:39] </w:t>
      </w:r>
      <w:r>
        <w:t>un ko educate karna tha. un ko phir se revive karna tha, regenerate karna tha un ko.</w:t>
      </w:r>
    </w:p>
    <w:p>
      <w:pPr>
        <w:jc w:val="right"/>
      </w:pPr>
      <w:r>
        <w:t>ان کو educate کرنا تھا۔ ان کو پھر سے revive کرنا تھا، regenerate کرنا تھا ان کو۔</w:t>
      </w:r>
    </w:p>
    <w:p>
      <w:r>
        <w:rPr>
          <w:b/>
        </w:rPr>
        <w:t xml:space="preserve">[39:48] </w:t>
      </w:r>
      <w:r>
        <w:t>ek bahut hi khamosh aur bahut hi peaceful struggle darkaar thi. un ko phir se uth, un ke ahyaa ke liye.</w:t>
      </w:r>
    </w:p>
    <w:p>
      <w:pPr>
        <w:jc w:val="right"/>
      </w:pPr>
      <w:r>
        <w:t>ایک بہت ہی خاموش اور بہت ہی peaceful struggle درکار تھی۔ ان کو پھر سے اٹھ، ان کے احیاء کے لیے۔</w:t>
      </w:r>
    </w:p>
    <w:p>
      <w:r>
        <w:rPr>
          <w:b/>
        </w:rPr>
        <w:t xml:space="preserve">[39:58] </w:t>
      </w:r>
      <w:r>
        <w:t>is ko kehte hain ahyaa, revival. That was not aright starting point ke unhein hukoomat de do.</w:t>
      </w:r>
    </w:p>
    <w:p>
      <w:pPr>
        <w:jc w:val="right"/>
      </w:pPr>
      <w:r>
        <w:t>اس کو کہتے ہیں احیاء، revival۔ That was not aright starting point کہ انہیں حکومت دے دو۔</w:t>
      </w:r>
    </w:p>
    <w:p>
      <w:r>
        <w:rPr>
          <w:b/>
        </w:rPr>
        <w:t xml:space="preserve">[40:06] </w:t>
      </w:r>
      <w:r>
        <w:t>hukoomat kya karenge le kar ke?</w:t>
      </w:r>
    </w:p>
    <w:p>
      <w:pPr>
        <w:jc w:val="right"/>
      </w:pPr>
      <w:r>
        <w:t>حکومت کیا کریں گے لے کر کے؟</w:t>
      </w:r>
    </w:p>
    <w:p>
      <w:r>
        <w:rPr>
          <w:b/>
        </w:rPr>
        <w:t xml:space="preserve">[40:11] </w:t>
      </w:r>
      <w:r>
        <w:t>yaani aisi hi baat hai jaise ke hamare ek sahab the, bahut paisa kama unhone. woh ladka un ka nalaiq tha.</w:t>
      </w:r>
    </w:p>
    <w:p>
      <w:pPr>
        <w:jc w:val="right"/>
      </w:pPr>
      <w:r>
        <w:t>یعنی ایسی ہی بات ہے جیسے کہ ہمارے ایک صاحب تھے، بہت پیسہ کما انہوں نے۔ وہ لڑکا ان کا نالائق تھا۔</w:t>
      </w:r>
    </w:p>
    <w:p>
      <w:r>
        <w:rPr>
          <w:b/>
        </w:rPr>
        <w:t xml:space="preserve">[40:22] </w:t>
      </w:r>
      <w:r>
        <w:t>to paisa bahut kamaya aur is nalaiq bete ko paisa de kar mar gaye. is nalaiq bete ne</w:t>
      </w:r>
    </w:p>
    <w:p>
      <w:pPr>
        <w:jc w:val="right"/>
      </w:pPr>
      <w:r>
        <w:t>تو پیسہ بہت کمایا اور اس نالائق بیٹے کو پیسہ دے کر مر گئے۔ اس نالائق بیٹے نے</w:t>
      </w:r>
    </w:p>
    <w:p>
      <w:r>
        <w:rPr>
          <w:b/>
        </w:rPr>
        <w:t xml:space="preserve">[40:30] </w:t>
      </w:r>
      <w:r>
        <w:t>saare paison ko barbaad kar diya.</w:t>
      </w:r>
    </w:p>
    <w:p>
      <w:pPr>
        <w:jc w:val="right"/>
      </w:pPr>
      <w:r>
        <w:t>سارے پیسوں کو برباد کر دیا۔</w:t>
      </w:r>
    </w:p>
    <w:p>
      <w:r>
        <w:rPr>
          <w:b/>
        </w:rPr>
        <w:t xml:space="preserve">[40:36] </w:t>
      </w:r>
      <w:r>
        <w:t>ek sahab ne bataya ke un ke bete ko main ne dekha hai kolkata ki sadkon par, woh aamaal naama aur faa'al naama jo kitabein hoti hain, woh bech raha tha woh.</w:t>
      </w:r>
    </w:p>
    <w:p>
      <w:pPr>
        <w:jc w:val="right"/>
      </w:pPr>
      <w:r>
        <w:t>ایک صاحب نے بتایا کہ ان کے بیٹے کو میں نے دیکھا ہے کلکتہ کی سڑکوں پر، وہ اعمال نامہ اور فعال نامہ جو کتابیں ہوتی ہیں، وہ بیچ رہا تھا وہ۔</w:t>
      </w:r>
    </w:p>
    <w:p>
      <w:r>
        <w:rPr>
          <w:b/>
        </w:rPr>
        <w:t xml:space="preserve">[40:45] </w:t>
      </w:r>
      <w:r>
        <w:t>aur bahut paisa chhoda tha unhone. buildingen aur paisa sab kuch. sab paisa barbaad kar ke</w:t>
      </w:r>
    </w:p>
    <w:p>
      <w:pPr>
        <w:jc w:val="right"/>
      </w:pPr>
      <w:r>
        <w:t>اور بہت پیسہ چھوڑا تھا انہوں نے۔ بلڈنگیں اور پیسہ سب کچھ۔ سب پیسہ برباد کر کے</w:t>
      </w:r>
    </w:p>
    <w:p>
      <w:r>
        <w:rPr>
          <w:b/>
        </w:rPr>
        <w:t xml:space="preserve">[40:53] </w:t>
      </w:r>
      <w:r>
        <w:t>sadkon par woh chhoti chhoti kitabein jo hoti hain, bech kar is se rozi kama raha tha woh. to ek nalaiq bete ko ek baap agar paisa de kar jaaye to kya hoga?</w:t>
      </w:r>
    </w:p>
    <w:p>
      <w:pPr>
        <w:jc w:val="right"/>
      </w:pPr>
      <w:r>
        <w:t>سڑکوں پر وہ چھوٹی چھوٹی کتابیں جو ہوتی ہیں، بیچ کر اس سے روزی کما رہا تھا وہ۔ تو ایک نالائق بیٹے کو ایک باپ اگر پیسہ دے کر جائے تو کیا ہوگا؟</w:t>
      </w:r>
    </w:p>
    <w:p>
      <w:r>
        <w:rPr>
          <w:b/>
        </w:rPr>
        <w:t xml:space="preserve">[41:06] </w:t>
      </w:r>
      <w:r>
        <w:t>woh beta paise ko barbaad karega?</w:t>
      </w:r>
    </w:p>
    <w:p>
      <w:pPr>
        <w:jc w:val="right"/>
      </w:pPr>
      <w:r>
        <w:t>وہ بیٹا پیسے کو برباد کرے گا؟</w:t>
      </w:r>
    </w:p>
    <w:p>
      <w:r>
        <w:rPr>
          <w:b/>
        </w:rPr>
        <w:t xml:space="preserve">[41:10] </w:t>
      </w:r>
      <w:r>
        <w:t>aisi zawaal yafta qom ko koi mansoob university de raha hai, koi muslim pakistan de raha hai, woh bhi tabaah, woh bhi tabaah.</w:t>
      </w:r>
    </w:p>
    <w:p>
      <w:pPr>
        <w:jc w:val="right"/>
      </w:pPr>
      <w:r>
        <w:t>ایسی زوال یافتہ قوم کو کوئی منسوب یونیورسٹی دے رہا ہے، کوئی مسلم پاکستان دے رہا ہے، وہ بھی تباہ، وہ بھی تباہ۔</w:t>
      </w:r>
    </w:p>
    <w:p>
      <w:r>
        <w:rPr>
          <w:b/>
        </w:rPr>
        <w:t xml:space="preserve">[41:21] </w:t>
      </w:r>
      <w:r>
        <w:t>sab tabaah hain. khush fehmiyon ki gumbad banana chhod diye</w:t>
      </w:r>
    </w:p>
    <w:p>
      <w:pPr>
        <w:jc w:val="right"/>
      </w:pPr>
      <w:r>
        <w:t>سب تباہ ہیں۔ خوش فہمیوں کی گنبد بنانا چھوڑ دیے</w:t>
      </w:r>
    </w:p>
    <w:p>
      <w:r>
        <w:rPr>
          <w:b/>
        </w:rPr>
        <w:t xml:space="preserve">[41:25] </w:t>
      </w:r>
      <w:r>
        <w:t>aap. aaj yeh haalat hai ke muslim university ka aadmi jab degree le ke jaata hai, arab countries mein bhi haal yeh hai, to woh degree maante nahin us ko woh.</w:t>
      </w:r>
    </w:p>
    <w:p>
      <w:pPr>
        <w:jc w:val="right"/>
      </w:pPr>
      <w:r>
        <w:t>آپ۔ آج یہ حالت ہے کہ مسلم یونیورسٹی کا آدمی جب ڈگری لے کے جاتا ہے، عرب countries میں بھی حال یہ ہے، تو وہ ڈگری مانتے نہیں اس کو وہ۔</w:t>
      </w:r>
    </w:p>
    <w:p>
      <w:r>
        <w:rPr>
          <w:b/>
        </w:rPr>
        <w:t xml:space="preserve">[41:35] </w:t>
      </w:r>
      <w:r>
        <w:t>jab tak dobara woh test na de. baghair dobara test ke un ko koi job nahin milta un ko wahan.</w:t>
      </w:r>
    </w:p>
    <w:p>
      <w:pPr>
        <w:jc w:val="right"/>
      </w:pPr>
      <w:r>
        <w:t>جب تک دوبارہ وہ ٹیسٹ نہ دے۔ بغیر دوبارہ ٹیسٹ کے ان کو کوئی جاب نہیں ملتا ان کو وہاں۔</w:t>
      </w:r>
    </w:p>
    <w:p>
      <w:r>
        <w:rPr>
          <w:b/>
        </w:rPr>
        <w:t xml:space="preserve">[41:45] </w:t>
      </w:r>
      <w:r>
        <w:t>to is zamane mein jitne bhi leader uthe, without any exception, sab ne kya kiya? ke yeh nahin jaana unhone ke yeh qom zawaal yafta qom hai.</w:t>
      </w:r>
    </w:p>
    <w:p>
      <w:pPr>
        <w:jc w:val="right"/>
      </w:pPr>
      <w:r>
        <w:t>تو اس زمانے میں جتنے بھی لیڈر اٹھے، without any exception، سب نے کیا کیا؟ کہ یہ نہیں جانا انہوں نے کہ یہ قوم زوال یافتہ قوم ہے۔</w:t>
      </w:r>
    </w:p>
    <w:p>
      <w:r>
        <w:rPr>
          <w:b/>
        </w:rPr>
        <w:t xml:space="preserve">[42:00] </w:t>
      </w:r>
      <w:r>
        <w:t>to pehle is ke is ke is ko zinda karo dobara.</w:t>
      </w:r>
    </w:p>
    <w:p>
      <w:pPr>
        <w:jc w:val="right"/>
      </w:pPr>
      <w:r>
        <w:t>تو پہلے اس کے اس کے اس کو زندہ کرو دوبارہ۔</w:t>
      </w:r>
    </w:p>
    <w:p>
      <w:r>
        <w:rPr>
          <w:b/>
        </w:rPr>
        <w:t xml:space="preserve">[42:04] </w:t>
      </w:r>
      <w:r>
        <w:t>revive karo un ko. phir aage ke marhale aayega. to saari un ki koshishein jo thin, woh kya thin? Putting the cart before the horse ban kar reh gayeen.</w:t>
      </w:r>
    </w:p>
    <w:p>
      <w:pPr>
        <w:jc w:val="right"/>
      </w:pPr>
      <w:r>
        <w:t>revive کرو ان کو۔ پھر آگے کے مرحلہ آئے گا۔ تو ساری ان کی کوششیں جو تھیں، وہ کیا تھیں؟ Putting the cart before the heart بن کر رہ گئیں۔</w:t>
      </w:r>
    </w:p>
    <w:p>
      <w:r>
        <w:rPr>
          <w:b/>
        </w:rPr>
        <w:t xml:space="preserve">[42:15] </w:t>
      </w:r>
      <w:r>
        <w:t>dekhiye, right beginning se agar aap chalein tab koi kaam hoga. jaise aap hum ab is building mein hain. farz kiya yahan ka jo</w:t>
      </w:r>
    </w:p>
    <w:p>
      <w:pPr>
        <w:jc w:val="right"/>
      </w:pPr>
      <w:r>
        <w:t>دیکھیے،right beginning سے اگر آپ چلیں تب کوئی کام ہوگا۔ جیسے آپ ہم اب اس بلڈنگ میں ہیں۔ فرض کیا یہاں کا جو</w:t>
      </w:r>
    </w:p>
    <w:p>
      <w:r>
        <w:rPr>
          <w:b/>
        </w:rPr>
        <w:t xml:space="preserve">[42:25] </w:t>
      </w:r>
      <w:r>
        <w:t>builder tha, woh start karta chhat banane se. yaani is building ko banane ka aaghaaz woh karta chhat banane se.</w:t>
      </w:r>
    </w:p>
    <w:p>
      <w:pPr>
        <w:jc w:val="right"/>
      </w:pPr>
      <w:r>
        <w:t>بلڈر تھا، وہ start کرتا چھت بنانے سے۔ یعنی اس بلڈنگ کو بنانے کا آغاز وہ کرتا چھت بنانے سے۔</w:t>
      </w:r>
    </w:p>
    <w:p>
      <w:r>
        <w:rPr>
          <w:b/>
        </w:rPr>
        <w:t xml:space="preserve">[42:36] </w:t>
      </w:r>
      <w:r>
        <w:t>to kya building banti kabhi? kabhi nahin ban sakti thi.</w:t>
      </w:r>
    </w:p>
    <w:p>
      <w:pPr>
        <w:jc w:val="right"/>
      </w:pPr>
      <w:r>
        <w:t>تو کیا بلڈنگ بنتی کبھی؟ کبھی نہیں بن سکتی تھی۔</w:t>
      </w:r>
    </w:p>
    <w:p>
      <w:r>
        <w:rPr>
          <w:b/>
        </w:rPr>
        <w:t xml:space="preserve">[42:43] </w:t>
      </w:r>
      <w:r>
        <w:t>hazaron saal mein bhi nahin banti woh. kyunke building ka aaghaz hota hai base se, zameen se, chhat se nahin hota hai. to jitne leader thay hamare, is mein koi exception nahin hai.</w:t>
      </w:r>
    </w:p>
    <w:p>
      <w:pPr>
        <w:jc w:val="right"/>
      </w:pPr>
      <w:r>
        <w:t>ہزاروں سال میں بھی نہیں بنتی وہ۔ کیونکہ بلڈنگ کا آغاز ہوتا ہے base سے، زمین سے، چھت سے نہیں ہوتا ہے۔ تو جتنے لیڈر تھے ہمارے، اس میں کوئی exception نہیں ہے۔</w:t>
      </w:r>
    </w:p>
    <w:p>
      <w:r>
        <w:rPr>
          <w:b/>
        </w:rPr>
        <w:t xml:space="preserve">[42:57] </w:t>
      </w:r>
      <w:r>
        <w:t>No exception at all</w:t>
      </w:r>
    </w:p>
    <w:p>
      <w:pPr>
        <w:jc w:val="right"/>
      </w:pPr>
      <w:r>
        <w:t>No exception at all</w:t>
      </w:r>
    </w:p>
    <w:p>
      <w:r>
        <w:rPr>
          <w:b/>
        </w:rPr>
        <w:t xml:space="preserve">[42:59] </w:t>
      </w:r>
      <w:r>
        <w:t>sab ne is reality ko jaane baghair ke musalman jo hain, zawal ho chuka hai, woh deep depression ka shikar hain, un ke andar koi jaan nahin reh gayi hai.</w:t>
      </w:r>
    </w:p>
    <w:p>
      <w:pPr>
        <w:jc w:val="right"/>
      </w:pPr>
      <w:r>
        <w:t>سب نے اس reality کو جانے بغیر کہ مسلمان جو ہیں، زوال ہو چکا ہے، وہ deep depression کا شکار ہیں، ان کے اندر کوئی جان نہیں رہ گئی ہے۔</w:t>
      </w:r>
    </w:p>
    <w:p>
      <w:r>
        <w:rPr>
          <w:b/>
        </w:rPr>
        <w:t xml:space="preserve">[43:14] </w:t>
      </w:r>
      <w:r>
        <w:t>to pehle un ko revive karo, pehle un ko educate karo,</w:t>
      </w:r>
    </w:p>
    <w:p>
      <w:pPr>
        <w:jc w:val="right"/>
      </w:pPr>
      <w:r>
        <w:t>تو پہلے ان کو revive کرو، پہلے ان کو educate کرو،</w:t>
      </w:r>
    </w:p>
    <w:p>
      <w:r>
        <w:rPr>
          <w:b/>
        </w:rPr>
        <w:t xml:space="preserve">[43:19] </w:t>
      </w:r>
      <w:r>
        <w:t>phir aage ka kaam hoga. lekin sab ne chalan laga diya. bade bade islami hukoomat aur muslim pakistan aur muslim university aur sab ke sab barbaad hain.</w:t>
      </w:r>
    </w:p>
    <w:p>
      <w:pPr>
        <w:jc w:val="right"/>
      </w:pPr>
      <w:r>
        <w:t>پھر آگے کا کام ہوگا۔ لیکن سب نے چالان لگا دیا۔ بڑے بڑے اسلامی حکومت اور مسلم پاکستان اور مسلم یونیورسٹی اور سب کے سب برباد ہیں۔</w:t>
      </w:r>
    </w:p>
    <w:p>
      <w:r>
        <w:rPr>
          <w:b/>
        </w:rPr>
        <w:t xml:space="preserve">[43:33] </w:t>
      </w:r>
      <w:r>
        <w:t>kahin kuch bhi nahin.</w:t>
      </w:r>
    </w:p>
    <w:p>
      <w:pPr>
        <w:jc w:val="right"/>
      </w:pPr>
      <w:r>
        <w:t>کہیں کچھ بھی نہیں۔</w:t>
      </w:r>
    </w:p>
    <w:p>
      <w:r>
        <w:rPr>
          <w:b/>
        </w:rPr>
        <w:t xml:space="preserve">[43:41] </w:t>
      </w:r>
      <w:r>
        <w:t>International level par bade bade idare ban rahe hain, zaroor.</w:t>
      </w:r>
    </w:p>
    <w:p>
      <w:pPr>
        <w:jc w:val="right"/>
      </w:pPr>
      <w:r>
        <w:t>International level پر بڑے بڑے ادارے بن رہے ہیں، ضرور۔</w:t>
      </w:r>
    </w:p>
    <w:p>
      <w:r>
        <w:rPr>
          <w:b/>
        </w:rPr>
        <w:t xml:space="preserve">[43:48] </w:t>
      </w:r>
      <w:r>
        <w:t>kisi ne sahi kaha hai ke "My way is to begin from the beginning."</w:t>
      </w:r>
    </w:p>
    <w:p>
      <w:pPr>
        <w:jc w:val="right"/>
      </w:pPr>
      <w:r>
        <w:t>کسی نے صحیح کہا ہے کہ "My way is to begin from the beginning."</w:t>
      </w:r>
    </w:p>
    <w:p>
      <w:r>
        <w:rPr>
          <w:b/>
        </w:rPr>
        <w:t xml:space="preserve">[43:57] </w:t>
      </w:r>
      <w:r>
        <w:t>kaam ka aaghaz ibtida se hota hai. inteha se nahin hota hai. jaise building ka aaghaz</w:t>
      </w:r>
    </w:p>
    <w:p>
      <w:pPr>
        <w:jc w:val="right"/>
      </w:pPr>
      <w:r>
        <w:t>کام کا آغاز ابتدا سے ہوتا ہے۔ انتہا سے نہیں ہوتا ہے۔ جیسے بلڈنگ کا آغاز</w:t>
      </w:r>
    </w:p>
    <w:p>
      <w:r>
        <w:rPr>
          <w:b/>
        </w:rPr>
        <w:t xml:space="preserve">[44:05] </w:t>
      </w:r>
      <w:r>
        <w:t>buniyad se hota hai, chhat se nahin hota hai. aise hi is qaum ka muamla hai.</w:t>
      </w:r>
    </w:p>
    <w:p>
      <w:pPr>
        <w:jc w:val="right"/>
      </w:pPr>
      <w:r>
        <w:t>بنیاد سے ہوتا ہے، چھت سے نہیں ہوتا ہے۔ ایسے ہی اس قوم کا معاملہ ہے۔</w:t>
      </w:r>
    </w:p>
    <w:p>
      <w:r>
        <w:rPr>
          <w:b/>
        </w:rPr>
        <w:t xml:space="preserve">[44:13] </w:t>
      </w:r>
      <w:r>
        <w:t>to ab kam se kam ab yeh karna hai saare logon ko ke manen ke "We were wrong." dekhiye, naya koi bhi kaam jab shuru hoga, jab aap manen ke hum galat thay,</w:t>
      </w:r>
    </w:p>
    <w:p>
      <w:pPr>
        <w:jc w:val="right"/>
      </w:pPr>
      <w:r>
        <w:t>تو اب کم سے کم اب یہ کرنا ہے سارے لوگوں کو کہ مانیں کہ "We were wrong." دیکھیے، نیا کوئی بھی کام جب شروع ہوگا، جب آپ مانیں کہ ہم غلط تھے،</w:t>
      </w:r>
    </w:p>
    <w:p>
      <w:r>
        <w:rPr>
          <w:b/>
        </w:rPr>
        <w:t xml:space="preserve">[44:28] </w:t>
      </w:r>
      <w:r>
        <w:t>agar aap fakhr karte rahen ge to koi nai beginning bhi nahin hogi.</w:t>
      </w:r>
    </w:p>
    <w:p>
      <w:pPr>
        <w:jc w:val="right"/>
      </w:pPr>
      <w:r>
        <w:t>اگر آپ فخر کرتے رہیں گے تو کوئی نئی beginning بھی نہیں ہوگی۔</w:t>
      </w:r>
    </w:p>
    <w:p>
      <w:r>
        <w:rPr>
          <w:b/>
        </w:rPr>
        <w:t xml:space="preserve">[44:34] </w:t>
      </w:r>
      <w:r>
        <w:t>agar aap badastoor fakhr karte rahen to nai beginning bhi hone wali nahin hai. sab se pehla kaam kya hai? is baat ko jaanna ke hum falsehood mein khare hue thay.</w:t>
      </w:r>
    </w:p>
    <w:p>
      <w:pPr>
        <w:jc w:val="right"/>
      </w:pPr>
      <w:r>
        <w:t>اگر آپ بدستور فخر کرتے رہیں تو نئی beginning بھی ہونے والی نہیں ہے۔ سب سے پہلا کام کیا ہے؟ اس بات کو جاننا کہ ہم falsehood میں کھڑے ہوئے تھے۔</w:t>
      </w:r>
    </w:p>
    <w:p>
      <w:r>
        <w:rPr>
          <w:b/>
        </w:rPr>
        <w:t xml:space="preserve">[44:50] </w:t>
      </w:r>
      <w:r>
        <w:t>"We were wrong." woh sab jo hum ne tehreekein uthayeen, woh sab ghalat tehreekein theen. chahe falasteen ka muamla ho, kashmir ka muamla ho, bosnia ka ho, chechnya ka ho, pakistan ka ho, kisi aur country ka ho, jo bhi tehreekein chali,</w:t>
      </w:r>
    </w:p>
    <w:p>
      <w:pPr>
        <w:jc w:val="right"/>
      </w:pPr>
      <w:r>
        <w:t>"We were wrong." وہ سب جو ہم نے تحریکیں اٹھائیں، وہ سب غلط تحریکیں تھیں۔ چاہے فلسطین کا معاملہ ہو، کشمیر کا معاملہ ہو، بوسنیا کا ہو، چیچنیا کا ہو، پاکستان کا ہو، کسی اور country کا ہو، جو بھی تحریکیں چلیں،</w:t>
      </w:r>
    </w:p>
    <w:p>
      <w:r>
        <w:rPr>
          <w:b/>
        </w:rPr>
        <w:t xml:space="preserve">[45:08] </w:t>
      </w:r>
      <w:r>
        <w:t>sab falsehood mein jeene wale log thay. ab aap ko kya karna hai? sab se pehle admit karna hai ke hum ghalati par thay.</w:t>
      </w:r>
    </w:p>
    <w:p>
      <w:pPr>
        <w:jc w:val="right"/>
      </w:pPr>
      <w:r>
        <w:t>سب falsehood میں جینے والے لوگ تھے۔ اب آپ کو کیا کرنا ہے؟ سب سے پہلے admit کرنا ہے کہ ہم غلطی پر تھے۔</w:t>
      </w:r>
    </w:p>
    <w:p>
      <w:r>
        <w:rPr>
          <w:b/>
        </w:rPr>
        <w:t xml:space="preserve">[45:20] </w:t>
      </w:r>
      <w:r>
        <w:t>"We were wrong." aur is ke baad qaum ko educate karna hai.</w:t>
      </w:r>
    </w:p>
    <w:p>
      <w:pPr>
        <w:jc w:val="right"/>
      </w:pPr>
      <w:r>
        <w:t>"We were wrong." اور اس کے بعد قوم کو educate کرنا ہے۔</w:t>
      </w:r>
    </w:p>
    <w:p>
      <w:r>
        <w:rPr>
          <w:b/>
        </w:rPr>
        <w:t xml:space="preserve">[45:26] </w:t>
      </w:r>
      <w:r>
        <w:t>yaani formal education bhi, informal education bhi. yaani revival se aaghaz hoga, revival se.</w:t>
      </w:r>
    </w:p>
    <w:p>
      <w:pPr>
        <w:jc w:val="right"/>
      </w:pPr>
      <w:r>
        <w:t>یعنی formal education بھی، informal education بھی۔ یعنی revival سے آغاز ہوگا، revival سے۔</w:t>
      </w:r>
    </w:p>
    <w:p>
      <w:r>
        <w:rPr>
          <w:b/>
        </w:rPr>
        <w:t xml:space="preserve">[45:35] </w:t>
      </w:r>
      <w:r>
        <w:t>yaani state qaim karne se aaghaz nahin ho sakta hai.</w:t>
      </w:r>
    </w:p>
    <w:p>
      <w:pPr>
        <w:jc w:val="right"/>
      </w:pPr>
      <w:r>
        <w:t>یعنی state قائم کرنے سے آغاز نہیں ہو سکتا ہے۔</w:t>
      </w:r>
    </w:p>
    <w:p>
      <w:r>
        <w:rPr>
          <w:b/>
        </w:rPr>
        <w:t xml:space="preserve">[45:43] </w:t>
      </w:r>
      <w:r>
        <w:t>to Allah ke fazl se hum aur hamari team yahi kar rahe hain. hamari jo team jo hai, har jagah kaam kar rahi hai, woh yahi kar rahi hai. musalmanon ko educate karna.</w:t>
      </w:r>
    </w:p>
    <w:p>
      <w:pPr>
        <w:jc w:val="right"/>
      </w:pPr>
      <w:r>
        <w:t>تو اللہ کے فضل سے ہم اور ہماری ٹیم یہی کر رہے ہیں۔ ہماری جو ٹیم جو ہے، ہر جگہ کام کر رہی ہے، وہ یہی کر رہی ہے۔ مسلمانوں کو educate کرنا۔</w:t>
      </w:r>
    </w:p>
    <w:p>
      <w:r>
        <w:rPr>
          <w:b/>
        </w:rPr>
        <w:t xml:space="preserve">[45:54] </w:t>
      </w:r>
      <w:r>
        <w:t>musalmanon ko phir se revive karna. phir se un ke andar thinking lana.</w:t>
      </w:r>
    </w:p>
    <w:p>
      <w:pPr>
        <w:jc w:val="right"/>
      </w:pPr>
      <w:r>
        <w:t>مسلمانوں کو پھر سے revive کرنا۔ پھر سے ان کے اندر thinking لانا۔</w:t>
      </w:r>
    </w:p>
    <w:p>
      <w:r>
        <w:rPr>
          <w:b/>
        </w:rPr>
        <w:t xml:space="preserve">[46:04] </w:t>
      </w:r>
      <w:r>
        <w:t>isi kaam ko hum log hamara saath dein, isi kaam ko aur zyada barhaya jaye.</w:t>
      </w:r>
    </w:p>
    <w:p>
      <w:pPr>
        <w:jc w:val="right"/>
      </w:pPr>
      <w:r>
        <w:t>اسی کام کو ہم لوگ ہمارا ساتھ دیں، اسی کام کو اور زیادہ بڑھایا جائے۔</w:t>
      </w:r>
    </w:p>
    <w:p>
      <w:r>
        <w:rPr>
          <w:b/>
        </w:rPr>
        <w:t xml:space="preserve">[46:13] </w:t>
      </w:r>
      <w:r>
        <w:t>isi kaam ko aur zyada barhaya jaye. to jitne bhi activities hain, political activities aur national activities aur so-called muslim empowerment, yeh sab cheezein bilkul baseless hain.</w:t>
      </w:r>
    </w:p>
    <w:p>
      <w:pPr>
        <w:jc w:val="right"/>
      </w:pPr>
      <w:r>
        <w:t>اسی کام کو اور زیادہ بڑھایا جائے۔ تو جتنے بھی activities ہیں، political activities اور national activities اور so-called مسلم empowerment، یہ سب چیزیں بالکل baseless ہیں۔</w:t>
      </w:r>
    </w:p>
    <w:p>
      <w:r>
        <w:rPr>
          <w:b/>
        </w:rPr>
        <w:t xml:space="preserve">[46:27] </w:t>
      </w:r>
      <w:r>
        <w:t>kuch hone wala nahin hai.</w:t>
      </w:r>
    </w:p>
    <w:p>
      <w:pPr>
        <w:jc w:val="right"/>
      </w:pPr>
      <w:r>
        <w:t>کچھ ہونے والا نہیں ہے۔</w:t>
      </w:r>
    </w:p>
    <w:p>
      <w:r>
        <w:rPr>
          <w:b/>
        </w:rPr>
        <w:t xml:space="preserve">[46:32] </w:t>
      </w:r>
      <w:r>
        <w:t>pehla kaam hai, yeh sab kaam wahi hai "Putting the cart before the heart." pehla kaam hai revival.</w:t>
      </w:r>
    </w:p>
    <w:p>
      <w:pPr>
        <w:jc w:val="right"/>
      </w:pPr>
      <w:r>
        <w:t>پہلا کام ہے، یہ سب کام وہی ہے "Putting the cart before the heart." پہلا کام ہے revival۔</w:t>
      </w:r>
    </w:p>
    <w:p>
      <w:r>
        <w:rPr>
          <w:b/>
        </w:rPr>
        <w:t xml:space="preserve">[46:42] </w:t>
      </w:r>
      <w:r>
        <w:t>yaani logon ko, logon ki soch ko badlein. logon ke andar taleem laayein.</w:t>
      </w:r>
    </w:p>
    <w:p>
      <w:pPr>
        <w:jc w:val="right"/>
      </w:pPr>
      <w:r>
        <w:t>یعنی لوگوں کو، لوگوں کی سوچ کو بدلیں۔ لوگوں کے اندر تعلیم لائیں۔</w:t>
      </w:r>
    </w:p>
    <w:p>
      <w:r>
        <w:rPr>
          <w:b/>
        </w:rPr>
        <w:t xml:space="preserve">[46:49] </w:t>
      </w:r>
      <w:r>
        <w:t>logon ke andar, yaani logon ke andar aik do jadeed ke shaoor paida karen.</w:t>
      </w:r>
    </w:p>
    <w:p>
      <w:pPr>
        <w:jc w:val="right"/>
      </w:pPr>
      <w:r>
        <w:t>لوگوں کے اندر، یعنی لوگوں کے اندر ایک دو جدید کے شعور پیدا کریں۔</w:t>
      </w:r>
    </w:p>
    <w:p>
      <w:r>
        <w:rPr>
          <w:b/>
        </w:rPr>
        <w:t xml:space="preserve">[46:58] </w:t>
      </w:r>
      <w:r>
        <w:t>do jadeed ke shaoor se musalman bilkul mehroom hain.</w:t>
      </w:r>
    </w:p>
    <w:p>
      <w:pPr>
        <w:jc w:val="right"/>
      </w:pPr>
      <w:r>
        <w:t>دو جدید کے شعور سے مسلمان بالکل محروم ہیں۔</w:t>
      </w:r>
    </w:p>
    <w:p>
      <w:r>
        <w:rPr>
          <w:b/>
        </w:rPr>
        <w:t xml:space="preserve">[47:05] </w:t>
      </w:r>
      <w:r>
        <w:t>is ki aik misaal yeh hai ke jab bhi kahin koi shakhs koi kitaab likh deta hai ya koi film ban jati hai jis mein musalmanon ka khayal yeh hota hai ke phir rasool Allah ke sath gustakhi hui hai to bas jhanda uth jata hai.</w:t>
      </w:r>
    </w:p>
    <w:p>
      <w:pPr>
        <w:jc w:val="right"/>
      </w:pPr>
      <w:r>
        <w:t>اس کی ایک مثال یہ ہے کہ جب بھی کہیں کوئی شخص کوئی کتاب لکھ دیتا ہے یا کوئی فلم بن جاتی ہے جس میں مسلمانوں کا خیال یہ ہوتا ہے کہ پھر رسول اللہ کے ساتھ گستاخی ہوئی ہے تو بس جھنڈا اٹھ جاتا ہے۔</w:t>
      </w:r>
    </w:p>
    <w:p>
      <w:r>
        <w:rPr>
          <w:b/>
        </w:rPr>
        <w:t xml:space="preserve">[47:20] </w:t>
      </w:r>
      <w:r>
        <w:t>hangama, hangama, hangama.</w:t>
      </w:r>
    </w:p>
    <w:p>
      <w:pPr>
        <w:jc w:val="right"/>
      </w:pPr>
      <w:r>
        <w:t>ہنگامہ، ہنگامہ، ہنگامہ۔</w:t>
      </w:r>
    </w:p>
    <w:p>
      <w:r>
        <w:rPr>
          <w:b/>
        </w:rPr>
        <w:t xml:space="preserve">[47:23] </w:t>
      </w:r>
      <w:r>
        <w:t>is mein aur log marte hain. aur phir chup chap. kyunke, kyunke woh to, woh to yeh to age ka taqaza hai.</w:t>
      </w:r>
    </w:p>
    <w:p>
      <w:pPr>
        <w:jc w:val="right"/>
      </w:pPr>
      <w:r>
        <w:t>اس میں اور لوگ مرتے ہیں۔ اور پھر چپ چاپ۔ کیونکہ، کیونکہ وہ تو، وہ تو یہ تو age کا تقاضا ہے۔</w:t>
      </w:r>
    </w:p>
    <w:p>
      <w:r>
        <w:rPr>
          <w:b/>
        </w:rPr>
        <w:t xml:space="preserve">[47:35] </w:t>
      </w:r>
      <w:r>
        <w:t>yeh age jo hai, yeh freedom ka age hai. freedom, freedom of expression. aap badal nahin sakte is ko.</w:t>
      </w:r>
    </w:p>
    <w:p>
      <w:pPr>
        <w:jc w:val="right"/>
      </w:pPr>
      <w:r>
        <w:t>یہ age جو ہے، یہ freedom کا age ہے۔ Freedom, freedom of expression. آپ بدل نہیں سکتے اس کو۔</w:t>
      </w:r>
    </w:p>
    <w:p>
      <w:r>
        <w:rPr>
          <w:b/>
        </w:rPr>
        <w:t xml:space="preserve">[47:43] </w:t>
      </w:r>
      <w:r>
        <w:t>zamane ko kaise badlen ge aap? to is zamane se lad jaate hain yeh. yaani Rushdie se ladna, zamane se ladna hai.</w:t>
      </w:r>
    </w:p>
    <w:p>
      <w:pPr>
        <w:jc w:val="right"/>
      </w:pPr>
      <w:r>
        <w:t>زمانے کو کیسے بدلیں گے آپ؟ تو اس زمانے سے لڑ جاتے ہیں یہ۔ یعنی رشدی سے لڑنا، زمانے سے لڑنا ہے۔</w:t>
      </w:r>
    </w:p>
    <w:p>
      <w:r>
        <w:rPr>
          <w:b/>
        </w:rPr>
        <w:t xml:space="preserve">[47:55] </w:t>
      </w:r>
      <w:r>
        <w:t>cartoon se ladna, zamane se ladna hai. film se ladna, zamane se ladna hai.</w:t>
      </w:r>
    </w:p>
    <w:p>
      <w:pPr>
        <w:jc w:val="right"/>
      </w:pPr>
      <w:r>
        <w:t>کارٹون سے لڑنا، زمانے سے لڑنا ہے۔ فلم سے لڑنا، زمانے سے لڑنا ہے۔</w:t>
      </w:r>
    </w:p>
    <w:p>
      <w:r>
        <w:rPr>
          <w:b/>
        </w:rPr>
        <w:t xml:space="preserve">[48:01] </w:t>
      </w:r>
      <w:r>
        <w:t>to musalman samajhte hain ke hum to Rushdie se lad rahe hain, hum to cartoonist se lad rahe hain, hum to film saaz se lad rahe hain. kitna zyada be khabar hain log.</w:t>
      </w:r>
    </w:p>
    <w:p>
      <w:pPr>
        <w:jc w:val="right"/>
      </w:pPr>
      <w:r>
        <w:t>تو مسلمان سمجھتے ہیں کہ ہم تو رشدی سے لڑ رہے ہیں، ہم تو کارٹونسٹ سے لڑ رہے ہیں، ہم تو فلم ساز سے لڑ رہے ہیں۔ کتنا زیادہ بے خبر ہیں لوگ۔</w:t>
      </w:r>
    </w:p>
    <w:p>
      <w:r>
        <w:rPr>
          <w:b/>
        </w:rPr>
        <w:t xml:space="preserve">[48:10] </w:t>
      </w:r>
      <w:r>
        <w:t>hamare leader jo hain, kis qadar zyada be khabar hain. unawareness ki aakhri had par hain. unawareness ki aakhri had par hain.</w:t>
      </w:r>
    </w:p>
    <w:p>
      <w:pPr>
        <w:jc w:val="right"/>
      </w:pPr>
      <w:r>
        <w:t>ہمارے لیڈر جو ہیں، کس قدر زیادہ بے خبر ہیں۔ Unawareness کی آخری حد پر ہیں۔ Unawareness کی آخری حد پر ہیں۔</w:t>
      </w:r>
    </w:p>
    <w:p>
      <w:r>
        <w:rPr>
          <w:b/>
        </w:rPr>
        <w:t xml:space="preserve">[48:21] </w:t>
      </w:r>
      <w:r>
        <w:t>woh samajhte hain ke hum Rushdie se lad rahe hain, hum cartoonist se lad rahe hain, hum film saaz se lad rahe hain. nahin, tum age se lad rahe ho, zamane se lad rahe ho.</w:t>
      </w:r>
    </w:p>
    <w:p>
      <w:pPr>
        <w:jc w:val="right"/>
      </w:pPr>
      <w:r>
        <w:t>وہ سمجھتے ہیں کہ ہم رشدی سے لڑ رہے ہیں، ہم کارٹونسٹ سے لڑ رہے ہیں، ہم فلم ساز سے لڑ رہے ہیں۔ نہیں، تم age سے لڑ رہے ہو، زمانے سے لڑ رہے ہو۔</w:t>
      </w:r>
    </w:p>
    <w:p>
      <w:r>
        <w:rPr>
          <w:b/>
        </w:rPr>
        <w:t xml:space="preserve">[48:29] </w:t>
      </w:r>
      <w:r>
        <w:t>kis qadar zyada, yaani be danishi hai musalmanon mein. musalmanon ka matlab un ke leaderon mein. ulma mein aur ghair ulma mein sab mein. be danishi ki inteha par hain yeh log.</w:t>
      </w:r>
    </w:p>
    <w:p>
      <w:pPr>
        <w:jc w:val="right"/>
      </w:pPr>
      <w:r>
        <w:t>کس قدر زیادہ، یعنی بے دانشی ہے مسلمانوں میں۔ مسلمانوں کا مطلب ان کے لیڈروں میں۔ علماء میں اور غیر علماء میں سب میں۔ بے دانشی کی انتہا پر ہیں یہ لوگ۔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