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Discovery of Modern Age 10 Feb, 2013 - Maulana Wahiduddin Khan</w:t>
      </w:r>
    </w:p>
    <w:p>
      <w:r>
        <w:t>https://www.youtube.com/watch?v=UXMDGggfKqo</w:t>
      </w:r>
    </w:p>
    <w:p>
      <w:r>
        <w:rPr>
          <w:b/>
        </w:rPr>
        <w:t xml:space="preserve">[00:14] </w:t>
      </w:r>
      <w:r>
        <w:t>Bismillah hir Rahman nir Raheem,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wasallallahu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[00:23]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[00:27]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[00:30] </w:t>
      </w:r>
      <w:r>
        <w:t>Wahlul Uqdatam Mil-Lisaani,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[00:33] </w:t>
      </w:r>
      <w:r>
        <w:t>Yafqahu qauli.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[00:37] </w:t>
      </w:r>
      <w:r>
        <w:t>aaj ka topic hai:</w:t>
      </w:r>
    </w:p>
    <w:p>
      <w:pPr>
        <w:jc w:val="right"/>
      </w:pPr>
      <w:r>
        <w:t>آج کا ٹاپک ہے:</w:t>
      </w:r>
    </w:p>
    <w:p>
      <w:r>
        <w:rPr>
          <w:b/>
        </w:rPr>
        <w:t xml:space="preserve">[00:42] </w:t>
      </w:r>
      <w:r>
        <w:t>discovery of modern age,</w:t>
      </w:r>
    </w:p>
    <w:p>
      <w:pPr>
        <w:jc w:val="right"/>
      </w:pPr>
      <w:r>
        <w:t>ڈسکوری آف ماڈرن ایج،</w:t>
      </w:r>
    </w:p>
    <w:p>
      <w:r>
        <w:rPr>
          <w:b/>
        </w:rPr>
        <w:t xml:space="preserve">[00:47] </w:t>
      </w:r>
      <w:r>
        <w:t>door e jadeed ki daryaft.</w:t>
      </w:r>
    </w:p>
    <w:p>
      <w:pPr>
        <w:jc w:val="right"/>
      </w:pPr>
      <w:r>
        <w:t>دور جدید کی دریافت۔</w:t>
      </w:r>
    </w:p>
    <w:p>
      <w:r>
        <w:rPr>
          <w:b/>
        </w:rPr>
        <w:t xml:space="preserve">[00:55] </w:t>
      </w:r>
      <w:r>
        <w:t>Mera jo, meri jo study hai,</w:t>
      </w:r>
    </w:p>
    <w:p>
      <w:pPr>
        <w:jc w:val="right"/>
      </w:pPr>
      <w:r>
        <w:t>میرا جو، میری جو اسٹڈی ہے،</w:t>
      </w:r>
    </w:p>
    <w:p>
      <w:r>
        <w:rPr>
          <w:b/>
        </w:rPr>
        <w:t xml:space="preserve">[00:59] </w:t>
      </w:r>
      <w:r>
        <w:t>Meri study mujhko batati hai</w:t>
      </w:r>
    </w:p>
    <w:p>
      <w:pPr>
        <w:jc w:val="right"/>
      </w:pPr>
      <w:r>
        <w:t>میری اسٹڈی مجھ کو بتاتی ہے</w:t>
      </w:r>
    </w:p>
    <w:p>
      <w:r>
        <w:rPr>
          <w:b/>
        </w:rPr>
        <w:t xml:space="preserve">[01:03] </w:t>
      </w:r>
      <w:r>
        <w:t>کہ modern age کیا ہے، اس کو کسی نے بھی نہیں جانا،</w:t>
      </w:r>
    </w:p>
    <w:p>
      <w:pPr>
        <w:jc w:val="right"/>
      </w:pPr>
      <w:r>
        <w:t>کہ ماڈرن ایج کیا ہے، اس کو کسی نے بھی نہیں جانا،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