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Life of the Prophet of Islam (Part 2) 30 March 2007 - Maulana Wahiduddin Khan</w:t>
      </w:r>
    </w:p>
    <w:p>
      <w:r>
        <w:t>https://www.youtube.com/watch?v=SO3ZKUUijKY</w:t>
      </w:r>
    </w:p>
    <w:p>
      <w:r>
        <w:rPr>
          <w:b/>
        </w:rPr>
        <w:t xml:space="preserve">[00:10] </w:t>
      </w:r>
      <w:r>
        <w:t>bismillah rahman rahim, wa sali Allahu ala nabiyyil karim. there are numerous aspects of the prophet of Islam.</w:t>
      </w:r>
    </w:p>
    <w:p>
      <w:pPr>
        <w:jc w:val="right"/>
      </w:pPr>
      <w:r>
        <w:t>بسم اللہ الرحمن الرحیم، وصلی اللہ علی النبی الکریم۔ دیر آر نیومرس اسپیکٹ آف دا پرافٹ آف اسلام۔</w:t>
      </w:r>
    </w:p>
    <w:p>
      <w:r>
        <w:rPr>
          <w:b/>
        </w:rPr>
        <w:t xml:space="preserve">[00:26] </w:t>
      </w:r>
      <w:r>
        <w:t>in this talk, i would like to give you some quotations and some references from one aspect, that is what others say about the prophet of Islam</w:t>
      </w:r>
    </w:p>
    <w:p>
      <w:pPr>
        <w:jc w:val="right"/>
      </w:pPr>
      <w:r>
        <w:t>ان دس ٹاک، آئی وُڈ لائک ٹو گیو یو سم کوٹیشنز اینڈ سم ریفرنسز فرام ون اسپیکٹ، دیٹ از واز ادر سے اباؤٹ دا پرافٹ آف اسلام</w:t>
      </w:r>
    </w:p>
    <w:p>
      <w:r>
        <w:rPr>
          <w:b/>
        </w:rPr>
        <w:t xml:space="preserve">[00:43] </w:t>
      </w:r>
      <w:r>
        <w:t>. i recall an event occurred in Mecca. you know, at the time when prophet of Islam declared his prophethood, at the time Mecca was full of shirk people.</w:t>
      </w:r>
    </w:p>
    <w:p>
      <w:pPr>
        <w:jc w:val="right"/>
      </w:pPr>
      <w:r>
        <w:t>۔ آئی ریکال این ایونٹ اکاڈ ان مکہ۔ یو نو، ایٹ دا ٹائم وین پرافٹ آف اسلام ڈیکلیئرڈ ہز پرافٹہڈ، ایٹ دا ٹائم مکہ واز فل آف بشرک پیپل۔</w:t>
      </w:r>
    </w:p>
    <w:p>
      <w:r>
        <w:rPr>
          <w:b/>
        </w:rPr>
        <w:t xml:space="preserve">[01:01] </w:t>
      </w:r>
      <w:r>
        <w:t>they were idol worshippers. so, they became hostile.</w:t>
      </w:r>
    </w:p>
    <w:p>
      <w:pPr>
        <w:jc w:val="right"/>
      </w:pPr>
      <w:r>
        <w:t>دے ویر آئیڈل ورسپرز۔ سو، دے بیکم ہوسٹائل۔</w:t>
      </w:r>
    </w:p>
    <w:p>
      <w:r>
        <w:rPr>
          <w:b/>
        </w:rPr>
        <w:t xml:space="preserve">[01:09] </w:t>
      </w:r>
      <w:r>
        <w:t>the message of the prophet of Islam was tawheed. tawheed. worship of God.</w:t>
      </w:r>
    </w:p>
    <w:p>
      <w:pPr>
        <w:jc w:val="right"/>
      </w:pPr>
      <w:r>
        <w:t>دا میسج آف دا پرافٹ آف اسلام واز توحید۔ توحید۔ ورنس آف گاڈ۔</w:t>
      </w:r>
    </w:p>
    <w:p>
      <w:r>
        <w:rPr>
          <w:b/>
        </w:rPr>
        <w:t xml:space="preserve">[01:19] </w:t>
      </w:r>
      <w:r>
        <w:t>so, they became—so they turned hostile.</w:t>
      </w:r>
    </w:p>
    <w:p>
      <w:pPr>
        <w:jc w:val="right"/>
      </w:pPr>
      <w:r>
        <w:t>سو، دے بیکم—so they turned hostile.</w:t>
      </w:r>
    </w:p>
    <w:p>
      <w:r>
        <w:rPr>
          <w:b/>
        </w:rPr>
        <w:t xml:space="preserve">[01:29] </w:t>
      </w:r>
      <w:r>
        <w:t>there are so many events noted in history. here, i would like to quote one incidence</w:t>
      </w:r>
    </w:p>
    <w:p>
      <w:pPr>
        <w:jc w:val="right"/>
      </w:pPr>
      <w:r>
        <w:t>دیر آر سو مینی ایونٹس نیٹڈ ہسٹری۔ ہیر، آئی وُڈ لائک ٹو کوٹ ون انسیڈنس</w:t>
      </w:r>
    </w:p>
    <w:p>
      <w:r>
        <w:rPr>
          <w:b/>
        </w:rPr>
        <w:t xml:space="preserve">[01:39] </w:t>
      </w:r>
      <w:r>
        <w:t>. one day, some mushrik people</w:t>
      </w:r>
    </w:p>
    <w:p>
      <w:pPr>
        <w:jc w:val="right"/>
      </w:pPr>
      <w:r>
        <w:t>۔ ون ڈے، سم مشک پیپل</w:t>
      </w:r>
    </w:p>
    <w:p>
      <w:r>
        <w:rPr>
          <w:b/>
        </w:rPr>
        <w:t xml:space="preserve">[01:45] </w:t>
      </w:r>
      <w:r>
        <w:t>came to the Prophet of Islam. And they wanted to ridicule his personality, his mission, and everything.</w:t>
      </w:r>
    </w:p>
    <w:p>
      <w:pPr>
        <w:jc w:val="right"/>
      </w:pPr>
      <w:r>
        <w:t>کیم ٹو دا پرافٹ آف اسلام۔ اینڈ دے وانٹڈ ٹو ریڈیکیول ہز پرسنیلٹی، ہز مشن، اینڈ ایوری تھنگ۔</w:t>
      </w:r>
    </w:p>
    <w:p>
      <w:r>
        <w:rPr>
          <w:b/>
        </w:rPr>
        <w:t xml:space="preserve">[01:56] </w:t>
      </w:r>
      <w:r>
        <w:t>so, they said, "o muhammad, you are muzamm. you are not muhammad, but you are muzamm." that is condemned person.</w:t>
      </w:r>
    </w:p>
    <w:p>
      <w:pPr>
        <w:jc w:val="right"/>
      </w:pPr>
      <w:r>
        <w:t>سو، دے سیڈ، "او محمد، یو آر مزمم۔ یو آر ناٹ محمد، بٹ یو آر مزمم۔" دیٹ از کنڈیمڈ پرسن۔</w:t>
      </w:r>
    </w:p>
    <w:p>
      <w:r>
        <w:rPr>
          <w:b/>
        </w:rPr>
        <w:t xml:space="preserve">[02:10] </w:t>
      </w:r>
      <w:r>
        <w:t>muzamm abina wadina qaleena wa'umra wasina we condemn you. we reject your religion.</w:t>
      </w:r>
    </w:p>
    <w:p>
      <w:pPr>
        <w:jc w:val="right"/>
      </w:pPr>
      <w:r>
        <w:t>مزمم ابینا ودینہ قلینا وعمره وسینا وی کنڈیم یو۔ وی ریجیکٹ یور ریلیجن۔</w:t>
      </w:r>
    </w:p>
    <w:p>
      <w:r>
        <w:rPr>
          <w:b/>
        </w:rPr>
        <w:t xml:space="preserve">[02:22] </w:t>
      </w:r>
      <w:r>
        <w:t>we are not going to follow you.</w:t>
      </w:r>
    </w:p>
    <w:p>
      <w:pPr>
        <w:jc w:val="right"/>
      </w:pPr>
      <w:r>
        <w:t>وی آر ناٹ گوئنگ ٹو فالو یو۔</w:t>
      </w:r>
    </w:p>
    <w:p>
      <w:r>
        <w:rPr>
          <w:b/>
        </w:rPr>
        <w:t xml:space="preserve">[02:27] </w:t>
      </w:r>
      <w:r>
        <w:t>so, what hap</w:t>
      </w:r>
    </w:p>
    <w:p>
      <w:pPr>
        <w:jc w:val="right"/>
      </w:pPr>
      <w:r>
        <w:t>سو، واٹ ہیپ</w:t>
      </w:r>
    </w:p>
    <w:p>
      <w:r>
        <w:rPr>
          <w:b/>
        </w:rPr>
        <w:t xml:space="preserve">[02:29] </w:t>
      </w:r>
      <w:r>
        <w:t>happened? At the time, Abu Bakar Siddiq was with him.</w:t>
      </w:r>
    </w:p>
    <w:p>
      <w:pPr>
        <w:jc w:val="right"/>
      </w:pPr>
      <w:r>
        <w:t>نڈ؟ ایٹ دا ٹائم، ابوبکر صدیق واز ود ہم۔</w:t>
      </w:r>
    </w:p>
    <w:p>
      <w:r>
        <w:rPr>
          <w:b/>
        </w:rPr>
        <w:t xml:space="preserve">[02:37] </w:t>
      </w:r>
      <w:r>
        <w:t>so, prophet smiled. after listening these words, prophet smiled. to sayyidna abubakar said, "o prophet of god, you are smiling.</w:t>
      </w:r>
    </w:p>
    <w:p>
      <w:pPr>
        <w:jc w:val="right"/>
      </w:pPr>
      <w:r>
        <w:t>سو، پرافٹ سمائلڈ۔ افٹر لسننگ دیز ورڈز، پرافٹ سمائلڈ۔ تو سیدنا ابوبکر سیڈ، "او پرافٹ آف گاڈ، یو آر اسمائلنگ۔</w:t>
      </w:r>
    </w:p>
    <w:p>
      <w:r>
        <w:rPr>
          <w:b/>
        </w:rPr>
        <w:t xml:space="preserve">[02:52] </w:t>
      </w:r>
      <w:r>
        <w:t>and they are abusing you. they are condemning you." prophet said, "you know, they are saying me muzamm.</w:t>
      </w:r>
    </w:p>
    <w:p>
      <w:pPr>
        <w:jc w:val="right"/>
      </w:pPr>
      <w:r>
        <w:t>اینڈ دے آر ابیوزنگ یو۔ دے آر کنڈیمنگ یو۔" پرافٹ سیڈ، "یو نو، دے آر سینگ می مزمم۔</w:t>
      </w:r>
    </w:p>
    <w:p>
      <w:r>
        <w:rPr>
          <w:b/>
        </w:rPr>
        <w:t xml:space="preserve">[03:06] </w:t>
      </w:r>
      <w:r>
        <w:t>but according to the</w:t>
      </w:r>
    </w:p>
    <w:p>
      <w:pPr>
        <w:jc w:val="right"/>
      </w:pPr>
      <w:r>
        <w:t>بٹ اکارڈنگ ٹو دا</w:t>
      </w:r>
    </w:p>
    <w:p>
      <w:r>
        <w:rPr>
          <w:b/>
        </w:rPr>
        <w:t xml:space="preserve">[03:12] </w:t>
      </w:r>
      <w:r>
        <w:t>angels, according to god, my name is muhammad. i am going to be muhammad in the whole history.</w:t>
      </w:r>
    </w:p>
    <w:p>
      <w:pPr>
        <w:jc w:val="right"/>
      </w:pPr>
      <w:r>
        <w:t>اینجلز، اکارڈنگ ٹو گاڈ، مائی نیم از محمد۔ آئی ایم گوئنگ ٹو بی محمد ان دا ہول ہسٹری۔</w:t>
      </w:r>
    </w:p>
    <w:p>
      <w:r>
        <w:rPr>
          <w:b/>
        </w:rPr>
        <w:t xml:space="preserve">[03:23] </w:t>
      </w:r>
      <w:r>
        <w:t>muhammad means praise worthy. knowledge person."</w:t>
      </w:r>
    </w:p>
    <w:p>
      <w:pPr>
        <w:jc w:val="right"/>
      </w:pPr>
      <w:r>
        <w:t>محمد مینز پریز وردی۔ اکنالج پرسن۔"</w:t>
      </w:r>
    </w:p>
    <w:p>
      <w:r>
        <w:rPr>
          <w:b/>
        </w:rPr>
        <w:t xml:space="preserve">[03:31] </w:t>
      </w:r>
      <w:r>
        <w:t>so, prophet said, "that it is determined by god. it is determined by god.</w:t>
      </w:r>
    </w:p>
    <w:p>
      <w:pPr>
        <w:jc w:val="right"/>
      </w:pPr>
      <w:r>
        <w:t>سو، پرافٹ سیڈ، "دیٹ اٹ از ڈیٹرمنڈ بائی گاڈ۔ اٹ از ڈیٹرمنڈ بائی گاڈ۔</w:t>
      </w:r>
    </w:p>
    <w:p>
      <w:r>
        <w:rPr>
          <w:b/>
        </w:rPr>
        <w:t xml:space="preserve">[03:39] </w:t>
      </w:r>
      <w:r>
        <w:t>it is god decision that i am going to be the most praise worthy person in the whole history." so, what they are saying is nonsense.</w:t>
      </w:r>
    </w:p>
    <w:p>
      <w:pPr>
        <w:jc w:val="right"/>
      </w:pPr>
      <w:r>
        <w:t>اٹ از گاڈ ڈیسیژن دیٹ آئی ایم گوئنگ ٹو بی دا موسٹ پریز وردی پرسن ان دا ہول ہسٹری۔" سو، واٹ دے آر سینگ از نان سینس۔</w:t>
      </w:r>
    </w:p>
    <w:p>
      <w:r>
        <w:rPr>
          <w:b/>
        </w:rPr>
        <w:t xml:space="preserve">[03:54] </w:t>
      </w:r>
      <w:r>
        <w:t>why i bother?</w:t>
      </w:r>
    </w:p>
    <w:p>
      <w:pPr>
        <w:jc w:val="right"/>
      </w:pPr>
      <w:r>
        <w:t>وائی آئی بادر؟</w:t>
      </w:r>
    </w:p>
    <w:p>
      <w:r>
        <w:rPr>
          <w:b/>
        </w:rPr>
        <w:t xml:space="preserve">[03:58] </w:t>
      </w:r>
      <w:r>
        <w:t>this was the answer of the prophet of islam at the time when there was no such history of islam.</w:t>
      </w:r>
    </w:p>
    <w:p>
      <w:pPr>
        <w:jc w:val="right"/>
      </w:pPr>
      <w:r>
        <w:t>دس واز دا انسر آف دا پرافٹ آف اسلام ایٹ دا ٹائم وین دیر واز نو سچ ہسٹری آف اسلام۔</w:t>
      </w:r>
    </w:p>
    <w:p>
      <w:r>
        <w:rPr>
          <w:b/>
        </w:rPr>
        <w:t xml:space="preserve">[04:08] </w:t>
      </w:r>
      <w:r>
        <w:t>such glorious history of islam. no, what happen?</w:t>
      </w:r>
    </w:p>
    <w:p>
      <w:pPr>
        <w:jc w:val="right"/>
      </w:pPr>
      <w:r>
        <w:t>سچ گلوریس ہسٹری آف اسلام۔ نو، واٹ ہیپن؟</w:t>
      </w:r>
    </w:p>
    <w:p>
      <w:r>
        <w:rPr>
          <w:b/>
        </w:rPr>
        <w:t xml:space="preserve">[04:14] </w:t>
      </w:r>
      <w:r>
        <w:t>the history tells us that</w:t>
      </w:r>
    </w:p>
    <w:p>
      <w:pPr>
        <w:jc w:val="right"/>
      </w:pPr>
      <w:r>
        <w:t>دا ہسٹری ٹیلز اس دیٹ</w:t>
      </w:r>
    </w:p>
    <w:p>
      <w:r>
        <w:rPr>
          <w:b/>
        </w:rPr>
        <w:t xml:space="preserve">[04:18] </w:t>
      </w:r>
      <w:r>
        <w:t>the whole world became</w:t>
      </w:r>
    </w:p>
    <w:p>
      <w:pPr>
        <w:jc w:val="right"/>
      </w:pPr>
      <w:r>
        <w:t>دا ہول ورلڈ بیکم</w:t>
      </w:r>
    </w:p>
    <w:p>
      <w:r>
        <w:rPr>
          <w:b/>
        </w:rPr>
        <w:t xml:space="preserve">[04:28] </w:t>
      </w:r>
      <w:r>
        <w:t>and endorsement of these words. confirmation of these words.</w:t>
      </w:r>
    </w:p>
    <w:p>
      <w:pPr>
        <w:jc w:val="right"/>
      </w:pPr>
      <w:r>
        <w:t>اینڈ انڈورسمنٹ آف دیز ورڈز۔ کنفرمیشن آف دیز ورڈز۔</w:t>
      </w:r>
    </w:p>
    <w:p>
      <w:r>
        <w:rPr>
          <w:b/>
        </w:rPr>
        <w:t xml:space="preserve">[04:36] </w:t>
      </w:r>
      <w:r>
        <w:t>now,</w:t>
      </w:r>
    </w:p>
    <w:p>
      <w:pPr>
        <w:jc w:val="right"/>
      </w:pPr>
      <w:r>
        <w:t>ناو،</w:t>
      </w:r>
    </w:p>
    <w:p>
      <w:r>
        <w:rPr>
          <w:b/>
        </w:rPr>
        <w:t xml:space="preserve">[04:40] </w:t>
      </w:r>
      <w:r>
        <w:t>when the prophet of islam received his first revelation, at the time he was in</w:t>
      </w:r>
    </w:p>
    <w:p>
      <w:pPr>
        <w:jc w:val="right"/>
      </w:pPr>
      <w:r>
        <w:t>وین دا پرافٹ آف اسلام ریسیوڈ ہز فرسٹ ریولیشن، ایٹ دا ٹائم ہی واز ان</w:t>
      </w:r>
    </w:p>
    <w:p>
      <w:r>
        <w:rPr>
          <w:b/>
        </w:rPr>
        <w:t xml:space="preserve">[04:53] </w:t>
      </w:r>
      <w:r>
        <w:t>cave of hira.</w:t>
      </w:r>
    </w:p>
    <w:p>
      <w:pPr>
        <w:jc w:val="right"/>
      </w:pPr>
      <w:r>
        <w:t>کیو آف حرا۔</w:t>
      </w:r>
    </w:p>
    <w:p>
      <w:r>
        <w:rPr>
          <w:b/>
        </w:rPr>
        <w:t xml:space="preserve">[04:56] </w:t>
      </w:r>
      <w:r>
        <w:t>so, he returned from cave to his home, where his wife khadijah was waiting for him.</w:t>
      </w:r>
    </w:p>
    <w:p>
      <w:pPr>
        <w:jc w:val="right"/>
      </w:pPr>
      <w:r>
        <w:t>سو، ہی ریٹرنڈ فرام کیو ٹو ہز ہوم، ویر ہز وائف خدیجہ واز ویٹنگ فار ہم۔</w:t>
      </w:r>
    </w:p>
    <w:p>
      <w:r>
        <w:rPr>
          <w:b/>
        </w:rPr>
        <w:t xml:space="preserve">[05:12] </w:t>
      </w:r>
      <w:r>
        <w:t>so, prophet of islam said that, "today, i experience very unique type of experience." then he said that, "jibril came and he said, 'iqra ya muhammad'." and he told everything to khadijah what happened in</w:t>
      </w:r>
    </w:p>
    <w:p>
      <w:pPr>
        <w:jc w:val="right"/>
      </w:pPr>
      <w:r>
        <w:t>سو، پرافٹ آف اسلام سیڈ دیٹ، "ٹوڈے، آئی ایکسپیرینس ویری یونیک ٹائپ آف ایکسپیرینس۔" دین ہی سیڈ دیٹ، "جبرائیل کیم اینڈ ہی سیڈ، 'اقرأ یا محمد'۔" اینڈ ہی ٹولڈ ایوری تھنگ ٹو خدیجہ واٹ ہیپنڈ ان</w:t>
      </w:r>
    </w:p>
    <w:p>
      <w:r>
        <w:rPr>
          <w:b/>
        </w:rPr>
        <w:t xml:space="preserve">[05:34] </w:t>
      </w:r>
      <w:r>
        <w:t>cave. so, at the first time, prophet was somewhat anxious.</w:t>
      </w:r>
    </w:p>
    <w:p>
      <w:pPr>
        <w:jc w:val="right"/>
      </w:pPr>
      <w:r>
        <w:t>کیو۔ سو، ایٹ دا فرسٹ ٹائم، پرافٹ واز سم واٹ اینگشس۔</w:t>
      </w:r>
    </w:p>
    <w:p>
      <w:r>
        <w:rPr>
          <w:b/>
        </w:rPr>
        <w:t xml:space="preserve">[05:46] </w:t>
      </w:r>
      <w:r>
        <w:t>What is the first experience? So, Khadija</w:t>
      </w:r>
    </w:p>
    <w:p>
      <w:pPr>
        <w:jc w:val="right"/>
      </w:pPr>
      <w:r>
        <w:t>واٹ از دا فرسٹ ایکسپیرینس؟ سو، خدیجہ</w:t>
      </w:r>
    </w:p>
    <w:p>
      <w:r>
        <w:rPr>
          <w:b/>
        </w:rPr>
        <w:t xml:space="preserve">[05:53] </w:t>
      </w:r>
      <w:r>
        <w:t>said, "don't be effort." so, at the time in makkah, there was a christian scholar.</w:t>
      </w:r>
    </w:p>
    <w:p>
      <w:pPr>
        <w:jc w:val="right"/>
      </w:pPr>
      <w:r>
        <w:t>سیڈ، "ڈونٹ بی ایفرٹ۔" سو، ایٹ دا ٹائم ان مکہ، دیر واز اے کرسچن سکالر۔</w:t>
      </w:r>
    </w:p>
    <w:p>
      <w:r>
        <w:rPr>
          <w:b/>
        </w:rPr>
        <w:t xml:space="preserve">[06:05] </w:t>
      </w:r>
      <w:r>
        <w:t>his name was warqa. warqa was a christian scholar living in</w:t>
      </w:r>
    </w:p>
    <w:p>
      <w:pPr>
        <w:jc w:val="right"/>
      </w:pPr>
      <w:r>
        <w:t>ہز نیم واز ورقہ۔ ورقہ واز اے کرسچن سکالر لیونگ ان</w:t>
      </w:r>
    </w:p>
    <w:p>
      <w:r>
        <w:rPr>
          <w:b/>
        </w:rPr>
        <w:t xml:space="preserve">[06:12] </w:t>
      </w:r>
      <w:r>
        <w:t>makkah at the time.</w:t>
      </w:r>
    </w:p>
    <w:p>
      <w:pPr>
        <w:jc w:val="right"/>
      </w:pPr>
      <w:r>
        <w:t>مکہ ایٹ دا ٹائم۔</w:t>
      </w:r>
    </w:p>
    <w:p>
      <w:r>
        <w:rPr>
          <w:b/>
        </w:rPr>
        <w:t xml:space="preserve">[06:17] </w:t>
      </w:r>
      <w:r>
        <w:t>so, his wife khadija bring him to warqa and said, "what happened in the cave of mountain hira?</w:t>
      </w:r>
    </w:p>
    <w:p>
      <w:pPr>
        <w:jc w:val="right"/>
      </w:pPr>
      <w:r>
        <w:t>سو، ہز وائف خدیجہ برنگ ہم ٹو ورقہ اینڈ سیڈ، "واٹ ہیپنڈ ان دی کیو آف ماؤنٹن حرا؟</w:t>
      </w:r>
    </w:p>
    <w:p>
      <w:r>
        <w:rPr>
          <w:b/>
        </w:rPr>
        <w:t xml:space="preserve">[06:30] </w:t>
      </w:r>
      <w:r>
        <w:t>" warqa said, "i bear witness that it was jibril, the angel of god.</w:t>
      </w:r>
    </w:p>
    <w:p>
      <w:pPr>
        <w:jc w:val="right"/>
      </w:pPr>
      <w:r>
        <w:t>" ورقہ سیڈ، "آئی پیئر وٹنس دیٹ اٹ واز جبرائیل، دا اینجل آف گاڈ۔</w:t>
      </w:r>
    </w:p>
    <w:p>
      <w:r>
        <w:rPr>
          <w:b/>
        </w:rPr>
        <w:t xml:space="preserve">[06:42] </w:t>
      </w:r>
      <w:r>
        <w:t>he came to him to give him good tiring that you are the prophet.</w:t>
      </w:r>
    </w:p>
    <w:p>
      <w:pPr>
        <w:jc w:val="right"/>
      </w:pPr>
      <w:r>
        <w:t>ہی کیم ٹو ہم ٹو گیو ہم گڈ ٹائرنگ دیٹ یو آر دی پرافٹ۔</w:t>
      </w:r>
    </w:p>
    <w:p>
      <w:r>
        <w:rPr>
          <w:b/>
        </w:rPr>
        <w:t xml:space="preserve">[06:52] </w:t>
      </w:r>
      <w:r>
        <w:t>you are the final prophet." so, he was the first to witness his prophethood. first christian.</w:t>
      </w:r>
    </w:p>
    <w:p>
      <w:pPr>
        <w:jc w:val="right"/>
      </w:pPr>
      <w:r>
        <w:t>یو آر دا فائنل پرافٹ۔" سو، ہی واز دا فرسٹ ٹو وٹنس ہز پرافٹہڈ۔ فرسٹ کرسچن۔</w:t>
      </w:r>
    </w:p>
    <w:p>
      <w:r>
        <w:rPr>
          <w:b/>
        </w:rPr>
        <w:t xml:space="preserve">[07:06] </w:t>
      </w:r>
      <w:r>
        <w:t>warqa was the first christian to witness the prophethood of muhammad sallallahu alaihi wasallam.</w:t>
      </w:r>
    </w:p>
    <w:p>
      <w:pPr>
        <w:jc w:val="right"/>
      </w:pPr>
      <w:r>
        <w:t>ورقہ واز دا فرسٹ کرسچن ٹو وٹنس دا پرافٹہڈ آف محمد صلی اللہ علیہ وسلم۔</w:t>
      </w:r>
    </w:p>
    <w:p>
      <w:r>
        <w:rPr>
          <w:b/>
        </w:rPr>
        <w:t xml:space="preserve">[07:15] </w:t>
      </w:r>
      <w:r>
        <w:t>this incidence you can read in any book of sirah. his name was—his full name was warqa bin nawfal.</w:t>
      </w:r>
    </w:p>
    <w:p>
      <w:pPr>
        <w:jc w:val="right"/>
      </w:pPr>
      <w:r>
        <w:t>دس انسیڈنس یو کین ریڈ ان اینی بک آف سیرہ۔ ہز نیم واز—ہز فل نیم واز ورقہ بن نوفل۔</w:t>
      </w:r>
    </w:p>
    <w:p>
      <w:r>
        <w:rPr>
          <w:b/>
        </w:rPr>
        <w:t xml:space="preserve">[07:30] </w:t>
      </w:r>
      <w:r>
        <w:t>warqa bin nawfal. so, he was a christian scholar. and he accepted prophet himself—and he accepted his prophethood</w:t>
      </w:r>
    </w:p>
    <w:p>
      <w:pPr>
        <w:jc w:val="right"/>
      </w:pPr>
      <w:r>
        <w:t>ورقہ بن نوفل۔ سو، ہی واز اے کرسچن سکالر۔ اینڈ ہی ایکسیپٹڈ پرافٹ ہمز—اینڈ ہی ایکسیپٹڈ ہز پرافٹہڈ</w:t>
      </w:r>
    </w:p>
    <w:p>
      <w:r>
        <w:rPr>
          <w:b/>
        </w:rPr>
        <w:t xml:space="preserve">[07:45] </w:t>
      </w:r>
      <w:r>
        <w:t>. so, he is the first muslim—first christian muslim. so, he became the first christian muslim.</w:t>
      </w:r>
    </w:p>
    <w:p>
      <w:pPr>
        <w:jc w:val="right"/>
      </w:pPr>
      <w:r>
        <w:t>۔ سو، ہی از دا فرسٹ مسلم—فرسٹ کرسچن مسلم۔ سو، ہی بیکم دا فرسٹ کرسچن مسلم۔</w:t>
      </w:r>
    </w:p>
    <w:p>
      <w:r>
        <w:rPr>
          <w:b/>
        </w:rPr>
        <w:t xml:space="preserve">[07:55] </w:t>
      </w:r>
      <w:r>
        <w:t>then, during the makkah period, when there was some—when there were so many atrocities, so many zulm.</w:t>
      </w:r>
    </w:p>
    <w:p>
      <w:pPr>
        <w:jc w:val="right"/>
      </w:pPr>
      <w:r>
        <w:t>دین، ڈیورنگ دا مکہ پیریڈ، وین دیر واز سم—وین دیر ویر سو مینی اٹروسیٹیز، سو مینی ظلم۔</w:t>
      </w:r>
    </w:p>
    <w:p>
      <w:r>
        <w:rPr>
          <w:b/>
        </w:rPr>
        <w:t xml:space="preserve">[08:11] </w:t>
      </w:r>
      <w:r>
        <w:t>so, god—the prophet of god muhammad sallallahu alaihi wasallam said to his companion, "if you want, you can go to abyssinia, to habash." this was the first migration in islam.</w:t>
      </w:r>
    </w:p>
    <w:p>
      <w:pPr>
        <w:jc w:val="right"/>
      </w:pPr>
      <w:r>
        <w:t>سو، گاڈ—دا پرافٹ آف گاڈ محمد صلی اللہ علیہ وسلم سیڈ ٹو ہز کمپینین، "اف یو وانٹ، یو کین گو ٹو ابی سینا، ٹو حبش۔" دس واز دا فرسٹ مائیگریشن ان اسلام۔</w:t>
      </w:r>
    </w:p>
    <w:p>
      <w:r>
        <w:rPr>
          <w:b/>
        </w:rPr>
        <w:t xml:space="preserve">[08:34] </w:t>
      </w:r>
      <w:r>
        <w:t>second was from makkah to madinah. and the first was from makkah to habash. that is abyssinia.</w:t>
      </w:r>
    </w:p>
    <w:p>
      <w:pPr>
        <w:jc w:val="right"/>
      </w:pPr>
      <w:r>
        <w:t>سیکنڈ واز فرام مکہ ٹو مدینہ۔ اینڈ دا فرسٹ واز فرام مکہ ٹو حبش۔ دیٹ از ابی سینیا۔</w:t>
      </w:r>
    </w:p>
    <w:p>
      <w:r>
        <w:rPr>
          <w:b/>
        </w:rPr>
        <w:t xml:space="preserve">[08:45] </w:t>
      </w:r>
      <w:r>
        <w:t>so, a group of sahaba travel through boat, through dead sea. and they reached to abyssinia.</w:t>
      </w:r>
    </w:p>
    <w:p>
      <w:pPr>
        <w:jc w:val="right"/>
      </w:pPr>
      <w:r>
        <w:t>سو، ا گروپ آف صحابہ ٹریول تھرو بوٹ، تھرو ڈیڈ سی۔ اینڈ دے ریچڈ ٹو ابی سینیا۔</w:t>
      </w:r>
    </w:p>
    <w:p>
      <w:r>
        <w:rPr>
          <w:b/>
        </w:rPr>
        <w:t xml:space="preserve">[09:01] </w:t>
      </w:r>
      <w:r>
        <w:t>that is habash</w:t>
      </w:r>
    </w:p>
    <w:p>
      <w:pPr>
        <w:jc w:val="right"/>
      </w:pPr>
      <w:r>
        <w:t>دیٹ از حبش</w:t>
      </w:r>
    </w:p>
    <w:p>
      <w:r>
        <w:rPr>
          <w:b/>
        </w:rPr>
        <w:t xml:space="preserve">[09:04] </w:t>
      </w:r>
      <w:r>
        <w:t>. so, when they settle in habash as immigrants, one day</w:t>
      </w:r>
    </w:p>
    <w:p>
      <w:pPr>
        <w:jc w:val="right"/>
      </w:pPr>
      <w:r>
        <w:t>۔ سو، وین دے سیٹل ان حبش ایز امیگرنٹس، ون ڈے</w:t>
      </w:r>
    </w:p>
    <w:p>
      <w:r>
        <w:rPr>
          <w:b/>
        </w:rPr>
        <w:t xml:space="preserve">[09:14] </w:t>
      </w:r>
      <w:r>
        <w:t>they met the najashi. najashi was the king of habash or abyssinia. his name in</w:t>
      </w:r>
    </w:p>
    <w:p>
      <w:pPr>
        <w:jc w:val="right"/>
      </w:pPr>
      <w:r>
        <w:t>دے میٹ دا نجاشی۔ نجاشی واز دا کنگ آف حبش اور ابی سینیا۔ ہز نیم ان</w:t>
      </w:r>
    </w:p>
    <w:p>
      <w:r>
        <w:rPr>
          <w:b/>
        </w:rPr>
        <w:t xml:space="preserve">[09:27] </w:t>
      </w:r>
      <w:r>
        <w:t>historic books is as negus. n e g u s negus. in arabic books, his name is najashi.</w:t>
      </w:r>
    </w:p>
    <w:p>
      <w:pPr>
        <w:jc w:val="right"/>
      </w:pPr>
      <w:r>
        <w:t>ہسٹورک بکس از ایز نیگس۔ این ای جی یو ایس نیگس۔ ان عربک بکس، ہز نیم از نجاشی۔</w:t>
      </w:r>
    </w:p>
    <w:p>
      <w:r>
        <w:rPr>
          <w:b/>
        </w:rPr>
        <w:t xml:space="preserve">[09:36] </w:t>
      </w:r>
      <w:r>
        <w:t>al najashi. so, najashi asked those sahaba to tell something about muhammad message.</w:t>
      </w:r>
    </w:p>
    <w:p>
      <w:pPr>
        <w:jc w:val="right"/>
      </w:pPr>
      <w:r>
        <w:t>النجاشی۔ سو، نجاشی اسکڈ دوست صحابہ ٹو ٹیل سم تھنگ اباؤٹ محمد میسج۔</w:t>
      </w:r>
    </w:p>
    <w:p>
      <w:r>
        <w:rPr>
          <w:b/>
        </w:rPr>
        <w:t xml:space="preserve">[09:49] </w:t>
      </w:r>
      <w:r>
        <w:t>so, they recited some apart from the quran.</w:t>
      </w:r>
    </w:p>
    <w:p>
      <w:pPr>
        <w:jc w:val="right"/>
      </w:pPr>
      <w:r>
        <w:t>سو، دے ریسیڈڈ سم اپارٹ فرام دا قرآن۔</w:t>
      </w:r>
    </w:p>
    <w:p>
      <w:r>
        <w:rPr>
          <w:b/>
        </w:rPr>
        <w:t xml:space="preserve">[09:55] </w:t>
      </w:r>
      <w:r>
        <w:t>when najashi heard those part from the quran,</w:t>
      </w:r>
    </w:p>
    <w:p>
      <w:pPr>
        <w:jc w:val="right"/>
      </w:pPr>
      <w:r>
        <w:t>وین نجاشی ہرڈ دوست پارٹ فرام دا قرآن،</w:t>
      </w:r>
    </w:p>
    <w:p>
      <w:r>
        <w:rPr>
          <w:b/>
        </w:rPr>
        <w:t xml:space="preserve">[10:06] </w:t>
      </w:r>
      <w:r>
        <w:t>he was so impressed that he became—he became crying.</w:t>
      </w:r>
    </w:p>
    <w:p>
      <w:pPr>
        <w:jc w:val="right"/>
      </w:pPr>
      <w:r>
        <w:t>ہی واز سو امپریسڈ دیٹ ہی بیکم—ہی بیکم کرائنگ۔</w:t>
      </w:r>
    </w:p>
    <w:p>
      <w:r>
        <w:rPr>
          <w:b/>
        </w:rPr>
        <w:t xml:space="preserve">[10:14] </w:t>
      </w:r>
      <w:r>
        <w:t>he said, "this word is word of god. and i witness that muhammad is prophet of god." so, najashi was the second</w:t>
      </w:r>
    </w:p>
    <w:p>
      <w:pPr>
        <w:jc w:val="right"/>
      </w:pPr>
      <w:r>
        <w:t>ہی سیڈ، "دس ورڈ از ورڈ آف گاڈ۔ اینڈ آئی وٹنس دیٹ محمد از پرافٹ آف گاڈ۔" سو، نجاشی واز دا سیکنڈ</w:t>
      </w:r>
    </w:p>
    <w:p>
      <w:r>
        <w:rPr>
          <w:b/>
        </w:rPr>
        <w:t xml:space="preserve">[10:28] </w:t>
      </w:r>
      <w:r>
        <w:t>muslim christian. das happened during the makkah period. that is early period of islam.</w:t>
      </w:r>
    </w:p>
    <w:p>
      <w:pPr>
        <w:jc w:val="right"/>
      </w:pPr>
      <w:r>
        <w:t>مسلم کرسچن۔ دس ہیپنڈ ڈیورنگ دا مکہ پیریڈ۔ دیٹ از ارلی پیریڈ آف اسلام۔</w:t>
      </w:r>
    </w:p>
    <w:p>
      <w:r>
        <w:rPr>
          <w:b/>
        </w:rPr>
        <w:t xml:space="preserve">[10:41] </w:t>
      </w:r>
      <w:r>
        <w:t>so, its very—it is a well known history that in every period, in every country, in every generation, there were so many non muslims—non muslim scholars—who after reading his life, after studying his the sirah books and the quran,</w:t>
      </w:r>
    </w:p>
    <w:p>
      <w:pPr>
        <w:jc w:val="right"/>
      </w:pPr>
      <w:r>
        <w:t>سو، اٹس ویری—ایٹ از اے ویل نون ہسٹری دیٹ ان ایوری پیریڈ، ان ایوری کنٹری، ان ایوری جنریشن، دیر ویر سو مینی نان مسلمز—نان مسلم سکالرز—ہو افٹر ریڈنگ ہز لائف، افٹر سٹڈیئنگ ہز دا سیرہ بکس اینڈ دا قرآن،</w:t>
      </w:r>
    </w:p>
    <w:p>
      <w:r>
        <w:rPr>
          <w:b/>
        </w:rPr>
        <w:t xml:space="preserve">[11:06] </w:t>
      </w:r>
      <w:r>
        <w:t>they said that, "we bear witness that he is a prophet of god. and we accept his religion." so many christians, and also so many hindus, and so many jews, they accepted islam.</w:t>
      </w:r>
    </w:p>
    <w:p>
      <w:pPr>
        <w:jc w:val="right"/>
      </w:pPr>
      <w:r>
        <w:t>دے سیڈ دیٹ، "وی بیئر وٹنس دیٹ ہی از اے پرافٹ آف گاڈ۔ اینڈ وی ایکسیپٹ ہز ریلیجن۔" سو مینی کرسچنز، اینڈ آل سو سو مینی ہندوز، اینڈ سو مینی جیوز، دے ایکسیپٹڈ اسلام۔</w:t>
      </w:r>
    </w:p>
    <w:p>
      <w:r>
        <w:rPr>
          <w:b/>
        </w:rPr>
        <w:t xml:space="preserve">[11:26] </w:t>
      </w:r>
      <w:r>
        <w:t>h</w:t>
      </w:r>
    </w:p>
    <w:p>
      <w:pPr>
        <w:jc w:val="right"/>
      </w:pPr>
      <w:r>
        <w:t>ہ</w:t>
      </w:r>
    </w:p>
    <w:p>
      <w:r>
        <w:rPr>
          <w:b/>
        </w:rPr>
        <w:t xml:space="preserve">[11:27] </w:t>
      </w:r>
      <w:r>
        <w:t>ere, i would like to give some more. some—here, i would like to quote some more references.</w:t>
      </w:r>
    </w:p>
    <w:p>
      <w:pPr>
        <w:jc w:val="right"/>
      </w:pPr>
      <w:r>
        <w:t>یر، آئی وُڈ لائک ٹو گیو سم مور۔ سم—ہیر، آئی وُڈ لائک ٹو کوٹ سم مور ریفرنسز۔</w:t>
      </w:r>
    </w:p>
    <w:p>
      <w:r>
        <w:rPr>
          <w:b/>
        </w:rPr>
        <w:t xml:space="preserve">[11:41] </w:t>
      </w:r>
      <w:r>
        <w:t>for example,</w:t>
      </w:r>
    </w:p>
    <w:p>
      <w:pPr>
        <w:jc w:val="right"/>
      </w:pPr>
      <w:r>
        <w:t>فار ایگزامپل،</w:t>
      </w:r>
    </w:p>
    <w:p>
      <w:r>
        <w:rPr>
          <w:b/>
        </w:rPr>
        <w:t xml:space="preserve">[11:46] </w:t>
      </w:r>
      <w:r>
        <w:t>one english mustashriq, that is orientalist, his name was a e kellett.</w:t>
      </w:r>
    </w:p>
    <w:p>
      <w:pPr>
        <w:jc w:val="right"/>
      </w:pPr>
      <w:r>
        <w:t>ون انگلش مستشرق، دیٹ از اورینٹلسٹ، ہز نیم واز ای ای کلٹ۔</w:t>
      </w:r>
    </w:p>
    <w:p>
      <w:r>
        <w:rPr>
          <w:b/>
        </w:rPr>
        <w:t xml:space="preserve">[11:58] </w:t>
      </w:r>
      <w:r>
        <w:t>a e kellett. k e double l e double t.</w:t>
      </w:r>
    </w:p>
    <w:p>
      <w:pPr>
        <w:jc w:val="right"/>
      </w:pPr>
      <w:r>
        <w:t>ای ای کلٹ۔ کے ای ڈبل ایل ای ڈبل ٹی۔</w:t>
      </w:r>
    </w:p>
    <w:p>
      <w:r>
        <w:rPr>
          <w:b/>
        </w:rPr>
        <w:t xml:space="preserve">[12:04] </w:t>
      </w:r>
      <w:r>
        <w:t>he he had publish a book on the prophet of islam. in this book, he gives the details of all those—all those said experiences that was faced by the prophet of islam in makkah and madinah both</w:t>
      </w:r>
    </w:p>
    <w:p>
      <w:pPr>
        <w:jc w:val="right"/>
      </w:pPr>
      <w:r>
        <w:t>ہی ہیڈ پبلش اے بک آن دا پرافٹ آف اسلام۔ ان دس بک، ہی گیوز دا ڈیٹیلز آف آل دوست—آل دوست سیڈ ایکسپیرینسز دیٹ واز فیسڈ بائی دا پرافٹ آف اسلام ان مکہ اینڈ مدینہ بوتھ</w:t>
      </w:r>
    </w:p>
    <w:p>
      <w:r>
        <w:rPr>
          <w:b/>
        </w:rPr>
        <w:t xml:space="preserve">[12:27] </w:t>
      </w:r>
      <w:r>
        <w:t>. so, all those, there were so many atrocities, so many negative situations, so many obstacles.</w:t>
      </w:r>
    </w:p>
    <w:p>
      <w:pPr>
        <w:jc w:val="right"/>
      </w:pPr>
      <w:r>
        <w:t>۔ سو، آل دوست، دیر ویر سو مینی اٹروسیٹیز، سو مینی نیگیٹیو سچویشنز، سو مینی ابسٹیکلز۔</w:t>
      </w:r>
    </w:p>
    <w:p>
      <w:r>
        <w:rPr>
          <w:b/>
        </w:rPr>
        <w:t xml:space="preserve">[12:37] </w:t>
      </w:r>
      <w:r>
        <w:t>but, prophet was able to manage all those problems</w:t>
      </w:r>
    </w:p>
    <w:p>
      <w:pPr>
        <w:jc w:val="right"/>
      </w:pPr>
      <w:r>
        <w:t>بٹ، پرافٹ واز ایبل ٹو مینج آل دوست پرابلمز</w:t>
      </w:r>
    </w:p>
    <w:p>
      <w:r>
        <w:rPr>
          <w:b/>
        </w:rPr>
        <w:t xml:space="preserve">[12:43] </w:t>
      </w:r>
      <w:r>
        <w:t>and became victorious. so, acknowledging these events, a e kellett says</w:t>
      </w:r>
    </w:p>
    <w:p>
      <w:pPr>
        <w:jc w:val="right"/>
      </w:pPr>
      <w:r>
        <w:t>اینڈ بیکم وکٹوریس۔ سو، اکنالجنگ دیز ایونٹس، ای ای کلٹ سیز</w:t>
      </w:r>
    </w:p>
    <w:p>
      <w:r>
        <w:rPr>
          <w:b/>
        </w:rPr>
        <w:t xml:space="preserve">[12:54] </w:t>
      </w:r>
      <w:r>
        <w:t>that—he says that—it is his words that</w:t>
      </w:r>
    </w:p>
    <w:p>
      <w:pPr>
        <w:jc w:val="right"/>
      </w:pPr>
      <w:r>
        <w:t>دیٹ—ہی سیز دیٹ—ایٹ از ہز ورڈز دیٹ</w:t>
      </w:r>
    </w:p>
    <w:p>
      <w:r>
        <w:rPr>
          <w:b/>
        </w:rPr>
        <w:t xml:space="preserve">[13:13] </w:t>
      </w:r>
      <w:r>
        <w:t>a e kellett says that</w:t>
      </w:r>
    </w:p>
    <w:p>
      <w:pPr>
        <w:jc w:val="right"/>
      </w:pPr>
      <w:r>
        <w:t>ای ای کلٹ سیز دیٹ</w:t>
      </w:r>
    </w:p>
    <w:p>
      <w:r>
        <w:rPr>
          <w:b/>
        </w:rPr>
        <w:t xml:space="preserve">[13:18] </w:t>
      </w:r>
      <w:r>
        <w:t>muhammad squeezed, squeezed</w:t>
      </w:r>
    </w:p>
    <w:p>
      <w:pPr>
        <w:jc w:val="right"/>
      </w:pPr>
      <w:r>
        <w:t>محمد اسکیوزڈ، اسکیوزڈ</w:t>
      </w:r>
    </w:p>
    <w:p>
      <w:r>
        <w:rPr>
          <w:b/>
        </w:rPr>
        <w:t xml:space="preserve">[13:26] </w:t>
      </w:r>
      <w:r>
        <w:t>success from failure.</w:t>
      </w:r>
    </w:p>
    <w:p>
      <w:pPr>
        <w:jc w:val="right"/>
      </w:pPr>
      <w:r>
        <w:t>سکسیس فرام فیلیر۔</w:t>
      </w:r>
    </w:p>
    <w:p>
      <w:r>
        <w:rPr>
          <w:b/>
        </w:rPr>
        <w:t xml:space="preserve">[13:31] </w:t>
      </w:r>
      <w:r>
        <w:t>its very strange.</w:t>
      </w:r>
    </w:p>
    <w:p>
      <w:pPr>
        <w:jc w:val="right"/>
      </w:pPr>
      <w:r>
        <w:t>اٹس ویری اسٹرینج۔</w:t>
      </w:r>
    </w:p>
    <w:p>
      <w:r>
        <w:rPr>
          <w:b/>
        </w:rPr>
        <w:t xml:space="preserve">[13:37] </w:t>
      </w:r>
      <w:r>
        <w:t>its very strange.</w:t>
      </w:r>
    </w:p>
    <w:p>
      <w:pPr>
        <w:jc w:val="right"/>
      </w:pPr>
      <w:r>
        <w:t>اٹس ویری اسٹرینج۔</w:t>
      </w:r>
    </w:p>
    <w:p>
      <w:r>
        <w:rPr>
          <w:b/>
        </w:rPr>
        <w:t xml:space="preserve">[13:41] </w:t>
      </w:r>
      <w:r>
        <w:t>all those, muhammad faced problems. but, he was able to turn problems into opportunity.</w:t>
      </w:r>
    </w:p>
    <w:p>
      <w:pPr>
        <w:jc w:val="right"/>
      </w:pPr>
      <w:r>
        <w:t>آل دوست، محمد فیسڈ پرابلمز۔ بٹ، ہی واز ایبل ٹو ٹرن پرابلمز انٹو اپرچونیٹی۔</w:t>
      </w:r>
    </w:p>
    <w:p>
      <w:r>
        <w:rPr>
          <w:b/>
        </w:rPr>
        <w:t xml:space="preserve">[13:53] </w:t>
      </w:r>
      <w:r>
        <w:t>he faced animities. but, he was able to turn enmity into friendship.</w:t>
      </w:r>
    </w:p>
    <w:p>
      <w:pPr>
        <w:jc w:val="right"/>
      </w:pPr>
      <w:r>
        <w:t>ہی فیسڈ اینمیٹیز۔ بٹ، ہی واز ایبل ٹو ٹرن اینمیٹی انٹو فرینڈشپ۔</w:t>
      </w:r>
    </w:p>
    <w:p>
      <w:r>
        <w:rPr>
          <w:b/>
        </w:rPr>
        <w:t xml:space="preserve">[14:09] </w:t>
      </w:r>
      <w:r>
        <w:t>So, he says that—Kellett says that—he faced adversity with the determination to bring the new thing.</w:t>
      </w:r>
    </w:p>
    <w:p>
      <w:pPr>
        <w:jc w:val="right"/>
      </w:pPr>
      <w:r>
        <w:t>سو، ہی سیز دیٹ—کلٹ سیز دیٹ—ہی فیسڈ ایڈورسٹی ود دا ڈیٹرمینیشن ٹو رنگ دا بلیو آر آئی این جی رنگ۔</w:t>
      </w:r>
    </w:p>
    <w:p>
      <w:r>
        <w:rPr>
          <w:b/>
        </w:rPr>
        <w:t xml:space="preserve">[14:25] </w:t>
      </w:r>
      <w:r>
        <w:t>muhammad faced the adversity with the determination to ring success out of failure.</w:t>
      </w:r>
    </w:p>
    <w:p>
      <w:pPr>
        <w:jc w:val="right"/>
      </w:pPr>
      <w:r>
        <w:t>محمد فیسڈ دا ایڈورسٹی ود دا ڈیٹرمینیشن ٹو رنگ سکسیس آؤٹ آف فیلیر۔</w:t>
      </w:r>
    </w:p>
    <w:p>
      <w:r>
        <w:rPr>
          <w:b/>
        </w:rPr>
        <w:t xml:space="preserve">[14:38] </w:t>
      </w:r>
      <w:r>
        <w:t>what a great kind of praise and acknowledgement. this was the wording of a e kellett.</w:t>
      </w:r>
    </w:p>
    <w:p>
      <w:pPr>
        <w:jc w:val="right"/>
      </w:pPr>
      <w:r>
        <w:t>واٹ اے گریٹ کائنڈ آف پریز اینڈ اکنالجمنٹ۔ دس واز دا ورڈنگ آف ای ای کلٹ۔</w:t>
      </w:r>
    </w:p>
    <w:p>
      <w:r>
        <w:rPr>
          <w:b/>
        </w:rPr>
        <w:t xml:space="preserve">[14:50] </w:t>
      </w:r>
      <w:r>
        <w:t>he is a well known scholar of britain.</w:t>
      </w:r>
    </w:p>
    <w:p>
      <w:pPr>
        <w:jc w:val="right"/>
      </w:pPr>
      <w:r>
        <w:t>ہی از اے ویل نون سکالر آف برٹن۔</w:t>
      </w:r>
    </w:p>
    <w:p>
      <w:r>
        <w:rPr>
          <w:b/>
        </w:rPr>
        <w:t xml:space="preserve">[14:55] </w:t>
      </w:r>
      <w:r>
        <w:t>he was a historian.</w:t>
      </w:r>
    </w:p>
    <w:p>
      <w:pPr>
        <w:jc w:val="right"/>
      </w:pPr>
      <w:r>
        <w:t>ہی واز اے ہسٹورین۔</w:t>
      </w:r>
    </w:p>
    <w:p>
      <w:r>
        <w:rPr>
          <w:b/>
        </w:rPr>
        <w:t xml:space="preserve">[14:59] </w:t>
      </w:r>
      <w:r>
        <w:t>deen, you know, after the crusades, there were some negative thought among European scholars.</w:t>
      </w:r>
    </w:p>
    <w:p>
      <w:pPr>
        <w:jc w:val="right"/>
      </w:pPr>
      <w:r>
        <w:t>دین، یو نو، افٹر دا کروسیڈز، دیر ویر سم نیگیٹیو تھاٹ امنگ یورپین سکالرز۔</w:t>
      </w:r>
    </w:p>
    <w:p>
      <w:r>
        <w:rPr>
          <w:b/>
        </w:rPr>
        <w:t xml:space="preserve">[15:13] </w:t>
      </w:r>
      <w:r>
        <w:t>after crusades,</w:t>
      </w:r>
    </w:p>
    <w:p>
      <w:pPr>
        <w:jc w:val="right"/>
      </w:pPr>
      <w:r>
        <w:t>افٹر کروسیڈز،</w:t>
      </w:r>
    </w:p>
    <w:p>
      <w:r>
        <w:rPr>
          <w:b/>
        </w:rPr>
        <w:t xml:space="preserve">[15:15] </w:t>
      </w:r>
      <w:r>
        <w:t>they publish some books in which they tried to give negative picture of the prophet of Islam. after the crusades, it continued up to several hundred years.</w:t>
      </w:r>
    </w:p>
    <w:p>
      <w:pPr>
        <w:jc w:val="right"/>
      </w:pPr>
      <w:r>
        <w:t>دے پبلش سم بکس ان وچ دے ٹرائیڈ ٹو گیو نیگیٹیو پکچر آف دا پرافٹ آف اسلام۔ افٹر دا کروسیڈز، اٹ کنٹینیوڈ اپ ٹو سیورل ہنڈرڈ ایئرز۔</w:t>
      </w:r>
    </w:p>
    <w:p>
      <w:r>
        <w:rPr>
          <w:b/>
        </w:rPr>
        <w:t xml:space="preserve">[15:32] </w:t>
      </w:r>
      <w:r>
        <w:t>but,</w:t>
      </w:r>
    </w:p>
    <w:p>
      <w:pPr>
        <w:jc w:val="right"/>
      </w:pPr>
      <w:r>
        <w:t>بٹ،</w:t>
      </w:r>
    </w:p>
    <w:p>
      <w:r>
        <w:rPr>
          <w:b/>
        </w:rPr>
        <w:t xml:space="preserve">[15:33] </w:t>
      </w:r>
      <w:r>
        <w:t>then Thomas Carlyle appeared. Thomas Carlyle was a British historian.</w:t>
      </w:r>
    </w:p>
    <w:p>
      <w:pPr>
        <w:jc w:val="right"/>
      </w:pPr>
      <w:r>
        <w:t>دین تھامس کارلائل اپیئرڈ۔ تھامس کارلائل واز اے برٹش ہسٹورین۔</w:t>
      </w:r>
    </w:p>
    <w:p>
      <w:r>
        <w:rPr>
          <w:b/>
        </w:rPr>
        <w:t xml:space="preserve">[15:45] </w:t>
      </w:r>
      <w:r>
        <w:t>Thomas Carlyle published a book with the title</w:t>
      </w:r>
    </w:p>
    <w:p>
      <w:pPr>
        <w:jc w:val="right"/>
      </w:pPr>
      <w:r>
        <w:t>تھامس کارلائل پبلشڈ اے بک ود دا ٹائٹل</w:t>
      </w:r>
    </w:p>
    <w:p>
      <w:r>
        <w:rPr>
          <w:b/>
        </w:rPr>
        <w:t xml:space="preserve">[15:52] </w:t>
      </w:r>
      <w:r>
        <w:t>'Heroes and Hero Worship'. this was the title of his book. 'Heroes and Hero Worship'. so, in this book, Thomas Carlyle says that Muhammad was the hero of all prophets.</w:t>
      </w:r>
    </w:p>
    <w:p>
      <w:pPr>
        <w:jc w:val="right"/>
      </w:pPr>
      <w:r>
        <w:t>'ہیروز اینڈ ہیرو ورسپٹ'۔ دس واز دا ٹائٹل آف ہز بک۔ 'ہیروز اینڈ ہیرو ورسپٹ'۔ سو، ان دس بک، تھامس کارلائل سیز دیٹ محمد واز دا ہیرو آف آل پرافٹس۔</w:t>
      </w:r>
    </w:p>
    <w:p>
      <w:r>
        <w:rPr>
          <w:b/>
        </w:rPr>
        <w:t xml:space="preserve">[16:15] </w:t>
      </w:r>
      <w:r>
        <w:t>he says that there were thousand and thousand prophets. and including Jesus Christ, Muhammad was the hero of all the prophets.</w:t>
      </w:r>
    </w:p>
    <w:p>
      <w:pPr>
        <w:jc w:val="right"/>
      </w:pPr>
      <w:r>
        <w:t>ہی سیز دیٹ دیر ویر تھاؤزنڈ اینڈ تھاؤزنڈ پرافٹس۔ اینڈ انکلوڈنگ جیسس کرائسٹ، محمد واز دا ہیرو آف آل دا پرافٹس۔</w:t>
      </w:r>
    </w:p>
    <w:p>
      <w:r>
        <w:rPr>
          <w:b/>
        </w:rPr>
        <w:t xml:space="preserve">[16:29] </w:t>
      </w:r>
      <w:r>
        <w:t>he was so great.</w:t>
      </w:r>
    </w:p>
    <w:p>
      <w:pPr>
        <w:jc w:val="right"/>
      </w:pPr>
      <w:r>
        <w:t>ہی واز سو گریٹ۔</w:t>
      </w:r>
    </w:p>
    <w:p>
      <w:r>
        <w:rPr>
          <w:b/>
        </w:rPr>
        <w:t xml:space="preserve">[16:32] </w:t>
      </w:r>
      <w:r>
        <w:t>so, all those, there were some negative</w:t>
      </w:r>
    </w:p>
    <w:p>
      <w:pPr>
        <w:jc w:val="right"/>
      </w:pPr>
      <w:r>
        <w:t>سو، آل دوست، دیر ویر سم نیگیٹیو</w:t>
      </w:r>
    </w:p>
    <w:p>
      <w:r>
        <w:rPr>
          <w:b/>
        </w:rPr>
        <w:t xml:space="preserve">[16:38] </w:t>
      </w:r>
      <w:r>
        <w:t>tendency after the crusades. you know, crusades was a long war between Muslims and Europeans.</w:t>
      </w:r>
    </w:p>
    <w:p>
      <w:pPr>
        <w:jc w:val="right"/>
      </w:pPr>
      <w:r>
        <w:t>ٹینڈنسی افٹر دا کروسیڈز۔ یو نو، کروسیڈز واز اے لانگ وار بٹوین مسلمز اینڈ یورپینز۔</w:t>
      </w:r>
    </w:p>
    <w:p>
      <w:r>
        <w:rPr>
          <w:b/>
        </w:rPr>
        <w:t xml:space="preserve">[16:54] </w:t>
      </w:r>
      <w:r>
        <w:t>Christian Europes. Muslim world and Eastern Europes. so, it is called crusades.</w:t>
      </w:r>
    </w:p>
    <w:p>
      <w:pPr>
        <w:jc w:val="right"/>
      </w:pPr>
      <w:r>
        <w:t>کرسچن یورپس۔ مسلم ورلڈ اینڈ ایسٹرن یورپس۔ سو، اٹ از کالڈ کروسیڈز۔</w:t>
      </w:r>
    </w:p>
    <w:p>
      <w:r>
        <w:rPr>
          <w:b/>
        </w:rPr>
        <w:t xml:space="preserve">[17:01] </w:t>
      </w:r>
      <w:r>
        <w:t>after crusades, in this crusades, Muslims were victorious. in this crusades, Muslims were victorious.</w:t>
      </w:r>
    </w:p>
    <w:p>
      <w:pPr>
        <w:jc w:val="right"/>
      </w:pPr>
      <w:r>
        <w:t>افٹر کروسیڈز، ان دس کروسیڈز، مسلمز ویر وکٹوریس۔ ان دس کروسیڈز، مسلمز ویر وکٹوریس۔</w:t>
      </w:r>
    </w:p>
    <w:p>
      <w:r>
        <w:rPr>
          <w:b/>
        </w:rPr>
        <w:t xml:space="preserve">[17:14] </w:t>
      </w:r>
      <w:r>
        <w:t>they defeated all the European armies. so, after this defeat, Christian scholars tried to</w:t>
      </w:r>
    </w:p>
    <w:p>
      <w:pPr>
        <w:jc w:val="right"/>
      </w:pPr>
      <w:r>
        <w:t>دے ڈیفیٹڈ آل دا یورپین آرمیز۔ سو، افٹر دس ڈیفیٹ، کرسچن سکالرز ٹرائیڈ ٹو</w:t>
      </w:r>
    </w:p>
    <w:p>
      <w:r>
        <w:rPr>
          <w:b/>
        </w:rPr>
        <w:t xml:space="preserve">[17:25] </w:t>
      </w:r>
      <w:r>
        <w:t>give a negative picture of the prophet of Islam.</w:t>
      </w:r>
    </w:p>
    <w:p>
      <w:pPr>
        <w:jc w:val="right"/>
      </w:pPr>
      <w:r>
        <w:t>گیو اے نیگیٹیو پکچر آف دا پرافٹ آف اسلام۔</w:t>
      </w:r>
    </w:p>
    <w:p>
      <w:r>
        <w:rPr>
          <w:b/>
        </w:rPr>
        <w:t xml:space="preserve">[17:32] </w:t>
      </w:r>
      <w:r>
        <w:t>but, after some time, there appeared Thomas Carlyle.</w:t>
      </w:r>
    </w:p>
    <w:p>
      <w:pPr>
        <w:jc w:val="right"/>
      </w:pPr>
      <w:r>
        <w:t>بٹ، افٹر سم ٹائم، دیر اپیئرڈ تھامس کارلائل۔</w:t>
      </w:r>
    </w:p>
    <w:p>
      <w:r>
        <w:rPr>
          <w:b/>
        </w:rPr>
        <w:t xml:space="preserve">[17:42] </w:t>
      </w:r>
      <w:r>
        <w:t>Thomas Carlyle changed the trend.</w:t>
      </w:r>
    </w:p>
    <w:p>
      <w:pPr>
        <w:jc w:val="right"/>
      </w:pPr>
      <w:r>
        <w:t>تھامس کارلائل چینج دا ٹرینڈ۔</w:t>
      </w:r>
    </w:p>
    <w:p>
      <w:r>
        <w:rPr>
          <w:b/>
        </w:rPr>
        <w:t xml:space="preserve">[17:46] </w:t>
      </w:r>
      <w:r>
        <w:t>Thomas Carlyle was able to change the trend of those mustashriqin, those orientalist scholars.</w:t>
      </w:r>
    </w:p>
    <w:p>
      <w:pPr>
        <w:jc w:val="right"/>
      </w:pPr>
      <w:r>
        <w:t>تھامس کارلائل واز ایبل ٹو چینج دا ٹرینڈ آف دوست مستشرقین، دوست اورینٹلسٹ سکالرز۔</w:t>
      </w:r>
    </w:p>
    <w:p>
      <w:r>
        <w:rPr>
          <w:b/>
        </w:rPr>
        <w:t xml:space="preserve">[17:58] </w:t>
      </w:r>
      <w:r>
        <w:t>so, he says that Muhammad was the hero of all prophets.</w:t>
      </w:r>
    </w:p>
    <w:p>
      <w:pPr>
        <w:jc w:val="right"/>
      </w:pPr>
      <w:r>
        <w:t>سو، ہی سیز دیٹ محمد واز دا ہیرو آف آل پرافٹس۔</w:t>
      </w:r>
    </w:p>
    <w:p>
      <w:r>
        <w:rPr>
          <w:b/>
        </w:rPr>
        <w:t xml:space="preserve">[18:09] </w:t>
      </w:r>
      <w:r>
        <w:t>so, after Thomas Carlyle,</w:t>
      </w:r>
    </w:p>
    <w:p>
      <w:pPr>
        <w:jc w:val="right"/>
      </w:pPr>
      <w:r>
        <w:t>سو، افٹر تھامس کارلائل،</w:t>
      </w:r>
    </w:p>
    <w:p>
      <w:r>
        <w:rPr>
          <w:b/>
        </w:rPr>
        <w:t xml:space="preserve">[18:14] </w:t>
      </w:r>
      <w:r>
        <w:t>they published hundreds and hundreds books. and the whole history was changed. then, I would like to refer some more books.</w:t>
      </w:r>
    </w:p>
    <w:p>
      <w:pPr>
        <w:jc w:val="right"/>
      </w:pPr>
      <w:r>
        <w:t>دے پبلشڈ ہنڈرڈز اینڈ ہنڈرڈز بکس۔ اینڈ دا ہول ہسٹری واز چینجڈ۔ دین، آئی وُڈ لائک ٹو ریفر سم مور بکس۔</w:t>
      </w:r>
    </w:p>
    <w:p>
      <w:r>
        <w:rPr>
          <w:b/>
        </w:rPr>
        <w:t xml:space="preserve">[18:28] </w:t>
      </w:r>
      <w:r>
        <w:t>for example, a British historian, his name was Professor T W Arnold.</w:t>
      </w:r>
    </w:p>
    <w:p>
      <w:pPr>
        <w:jc w:val="right"/>
      </w:pPr>
      <w:r>
        <w:t>فار ایگزامپل، اے برٹش ہسٹورین، ہز نیم واز پروفیسر ٹی ڈبلیو آرنلڈ۔</w:t>
      </w:r>
    </w:p>
    <w:p>
      <w:r>
        <w:rPr>
          <w:b/>
        </w:rPr>
        <w:t xml:space="preserve">[18:41] </w:t>
      </w:r>
      <w:r>
        <w:t>T W Arnold. he published a book</w:t>
      </w:r>
    </w:p>
    <w:p>
      <w:pPr>
        <w:jc w:val="right"/>
      </w:pPr>
      <w:r>
        <w:t>ٹی ڈبلیو آرنلڈ۔ ہی پبلشڈ اے بک</w:t>
      </w:r>
    </w:p>
    <w:p>
      <w:r>
        <w:rPr>
          <w:b/>
        </w:rPr>
        <w:t xml:space="preserve">[18:48] </w:t>
      </w:r>
      <w:r>
        <w:t>'The Teachings of Islam'. in this book, he</w:t>
      </w:r>
    </w:p>
    <w:p>
      <w:pPr>
        <w:jc w:val="right"/>
      </w:pPr>
      <w:r>
        <w:t>'دا ٹیچنگز آف اسلام'۔ ان دس بک، ہی</w:t>
      </w:r>
    </w:p>
    <w:p>
      <w:r>
        <w:rPr>
          <w:b/>
        </w:rPr>
        <w:t xml:space="preserve">[18:57] </w:t>
      </w:r>
      <w:r>
        <w:t>gives so many informations. and he said that Muhammad was a peaceful prophet.</w:t>
      </w:r>
    </w:p>
    <w:p>
      <w:pPr>
        <w:jc w:val="right"/>
      </w:pPr>
      <w:r>
        <w:t>گیوز سو مینی انفارمیشنز۔ اینڈ ہی سیڈ دیٹ محمد واز اے پیس فل پرافٹ۔</w:t>
      </w:r>
    </w:p>
    <w:p>
      <w:r>
        <w:rPr>
          <w:b/>
        </w:rPr>
        <w:t xml:space="preserve">[19:07] </w:t>
      </w:r>
      <w:r>
        <w:t>peace long profit. and Islam was spread through peaceful method.</w:t>
      </w:r>
    </w:p>
    <w:p>
      <w:pPr>
        <w:jc w:val="right"/>
      </w:pPr>
      <w:r>
        <w:t>پیس لونگ پرافٹ۔ اینڈ اسلام واز اسپریڈ تھرو پیس فل میتھڈ۔</w:t>
      </w:r>
    </w:p>
    <w:p>
      <w:r>
        <w:rPr>
          <w:b/>
        </w:rPr>
        <w:t xml:space="preserve">[19:14] </w:t>
      </w:r>
      <w:r>
        <w:t>deen, you know, doctor michael hart, and american scholar, he had published a book 'da hundred'.</w:t>
      </w:r>
    </w:p>
    <w:p>
      <w:pPr>
        <w:jc w:val="right"/>
      </w:pPr>
      <w:r>
        <w:t>دین، یو نو، ڈاکٹر مائیکل ہارٹ، اینڈ امریکن سکالر، ہیڈ پبلشڈ اے بک 'دا ہنڈرڈ'۔</w:t>
      </w:r>
    </w:p>
    <w:p>
      <w:r>
        <w:rPr>
          <w:b/>
        </w:rPr>
        <w:t xml:space="preserve">[19:23] </w:t>
      </w:r>
      <w:r>
        <w:t>in this book, he sees that Muhammad was the supremely successful person in whole history. both in the secular and religious levels.</w:t>
      </w:r>
    </w:p>
    <w:p>
      <w:pPr>
        <w:jc w:val="right"/>
      </w:pPr>
      <w:r>
        <w:t>ان دس بک، ہی سیز دیٹ محمد واز دا سپریملی سکسیس فل پرسن ان ہول ہسٹری۔ بوتھ ان دا سیکولر اینڈ ریلیجیس لیولز۔</w:t>
      </w:r>
    </w:p>
    <w:p>
      <w:r>
        <w:rPr>
          <w:b/>
        </w:rPr>
        <w:t xml:space="preserve">[19:39] </w:t>
      </w:r>
      <w:r>
        <w:t>so, muhammad waz the</w:t>
      </w:r>
    </w:p>
    <w:p>
      <w:pPr>
        <w:jc w:val="right"/>
      </w:pPr>
      <w:r>
        <w:t>سو، محمد واز دا</w:t>
      </w:r>
    </w:p>
    <w:p>
      <w:r>
        <w:rPr>
          <w:b/>
        </w:rPr>
        <w:t xml:space="preserve">[19:46] </w:t>
      </w:r>
      <w:r>
        <w:t>greatest person in the whole history of mankind.</w:t>
      </w:r>
    </w:p>
    <w:p>
      <w:pPr>
        <w:jc w:val="right"/>
      </w:pPr>
      <w:r>
        <w:t>گریٹسٹ پرسن ان دا ہول ہسٹری آف مینکائنڈ۔</w:t>
      </w:r>
    </w:p>
    <w:p>
      <w:r>
        <w:rPr>
          <w:b/>
        </w:rPr>
        <w:t xml:space="preserve">[19:51] </w:t>
      </w:r>
      <w:r>
        <w:t>this waz the wording of doctor</w:t>
      </w:r>
    </w:p>
    <w:p>
      <w:pPr>
        <w:jc w:val="right"/>
      </w:pPr>
      <w:r>
        <w:t>دس واز دا ورڈنگ آف ڈاکٹر</w:t>
      </w:r>
    </w:p>
    <w:p>
      <w:r>
        <w:rPr>
          <w:b/>
        </w:rPr>
        <w:t xml:space="preserve">[19:58] </w:t>
      </w:r>
      <w:r>
        <w:t>hart, michael hart.</w:t>
      </w:r>
    </w:p>
    <w:p>
      <w:pPr>
        <w:jc w:val="right"/>
      </w:pPr>
      <w:r>
        <w:t>ہارٹ، مائیکل ہارٹ۔</w:t>
      </w:r>
    </w:p>
    <w:p>
      <w:r>
        <w:rPr>
          <w:b/>
        </w:rPr>
        <w:t xml:space="preserve">[20:04] </w:t>
      </w:r>
      <w:r>
        <w:t>in india all so, there were so many scholars who acknowledge the greatness of islam and greatness of prophet muhammad.</w:t>
      </w:r>
    </w:p>
    <w:p>
      <w:pPr>
        <w:jc w:val="right"/>
      </w:pPr>
      <w:r>
        <w:t>ان انڈیا آل سو، دیر ویر سو مینی سکالرز ہو اکنالج دا گریٹنس آف اسلام اینڈ گریٹنس آف پرافٹ محمد۔</w:t>
      </w:r>
    </w:p>
    <w:p>
      <w:r>
        <w:rPr>
          <w:b/>
        </w:rPr>
        <w:t xml:space="preserve">[20:14] </w:t>
      </w:r>
      <w:r>
        <w:t>like doctor tara chand, mahatma gandhi, and swami vivekananda. all these hindu scholars have acknowledged the greatness of muhammad sallallahu alaihi wasallam.</w:t>
      </w:r>
    </w:p>
    <w:p>
      <w:pPr>
        <w:jc w:val="right"/>
      </w:pPr>
      <w:r>
        <w:t>لائک ڈاکٹر تارا چند، مہاتما گاندھی، اینڈ سوامی وویکانن۔ آل دیز ہندو سکالرز ہیو اکنالجڈ دا گریٹنس آف محمد صلی اللہ علیہ وسلم۔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