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Between Hell And Paradise Jan 27, 2013 - Maulana Wahiduddin Khan</w:t>
      </w:r>
    </w:p>
    <w:p>
      <w:r>
        <w:t>https://www.youtube.com/watch?v=ZsC5AXf1iKM</w:t>
      </w:r>
    </w:p>
    <w:p>
      <w:r>
        <w:rPr>
          <w:b/>
        </w:rPr>
        <w:t xml:space="preserve">[00:14] </w:t>
      </w:r>
      <w:r>
        <w:t>bismillah rahman rahim, wa sallallahu ala nabiyyil karim.</w:t>
      </w:r>
    </w:p>
    <w:p>
      <w:pPr>
        <w:jc w:val="right"/>
      </w:pPr>
      <w:r>
        <w:t>بسم اللہ الرحمن الرحیم، وصلی اللہ علی النبی الکریم۔</w:t>
      </w:r>
    </w:p>
    <w:p>
      <w:r>
        <w:rPr>
          <w:b/>
        </w:rPr>
        <w:t xml:space="preserve">[00:23]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[00:41] </w:t>
      </w:r>
      <w:r>
        <w:t>aaj ka topic hai "Between Hell and Paradise", yani jannat aur jahannum ke darmiyan.</w:t>
      </w:r>
    </w:p>
    <w:p>
      <w:pPr>
        <w:jc w:val="right"/>
      </w:pPr>
      <w:r>
        <w:t>آج کا ٹاپک ہے "Between Hell and Paradise"، یعنی جنت اور جہنم کے درمیان۔</w:t>
      </w:r>
    </w:p>
    <w:p>
      <w:r>
        <w:rPr>
          <w:b/>
        </w:rPr>
        <w:t xml:space="preserve">[00:57] </w:t>
      </w:r>
      <w:r>
        <w:t>dekhiye, is duniya mein aadmi ki jo zindagi hai, har lamha, har second, woh do choices ke darmiyan hota hai.</w:t>
      </w:r>
    </w:p>
    <w:p>
      <w:pPr>
        <w:jc w:val="right"/>
      </w:pPr>
      <w:r>
        <w:t>دیکھیے، اس دنیا میں آدمی کی جو زندگی ہے، ہر لمحہ، ہر سیکنڈ، وہ دو چوائسز کے درمیان ہوتا ہے۔</w:t>
      </w:r>
    </w:p>
    <w:p>
      <w:r>
        <w:rPr>
          <w:b/>
        </w:rPr>
        <w:t xml:space="preserve">[01:16] </w:t>
      </w:r>
      <w:r>
        <w:t>ek choice liya to Hell mein gaya, doosra choice liya to Paradise mein gaya.</w:t>
      </w:r>
    </w:p>
    <w:p>
      <w:pPr>
        <w:jc w:val="right"/>
      </w:pPr>
      <w:r>
        <w:t>ایک چوائس لیا تو Hell میں گیا، دوسرا چوائس لیا تو Paradise میں گیا۔</w:t>
      </w:r>
    </w:p>
    <w:p>
      <w:r>
        <w:rPr>
          <w:b/>
        </w:rPr>
        <w:t xml:space="preserve">[01:26] </w:t>
      </w:r>
      <w:r>
        <w:t>yahi zindagi hai.</w:t>
      </w:r>
    </w:p>
    <w:p>
      <w:pPr>
        <w:jc w:val="right"/>
      </w:pPr>
      <w:r>
        <w:t>یہی زندگی ہے۔</w:t>
      </w:r>
    </w:p>
    <w:p>
      <w:r>
        <w:rPr>
          <w:b/>
        </w:rPr>
        <w:t xml:space="preserve">[01:30] </w:t>
      </w:r>
      <w:r>
        <w:t>yeh ek process hai, life long process.</w:t>
      </w:r>
    </w:p>
    <w:p>
      <w:pPr>
        <w:jc w:val="right"/>
      </w:pPr>
      <w:r>
        <w:t>یہ ایک پروسیس ہے، لائف لانگ پروسیس۔</w:t>
      </w:r>
    </w:p>
    <w:p>
      <w:r>
        <w:rPr>
          <w:b/>
        </w:rPr>
        <w:t xml:space="preserve">[01:39] </w:t>
      </w:r>
      <w:r>
        <w:t>poori zindagi yeh silsila chalta rehta hai, kabhi stop nahi hota.</w:t>
      </w:r>
    </w:p>
    <w:p>
      <w:pPr>
        <w:jc w:val="right"/>
      </w:pPr>
      <w:r>
        <w:t>پوری زندگی یہ سلسلہ چلتا رہتا ہے، کبھی اسٹاپ نہیں ہوتا۔</w:t>
      </w:r>
    </w:p>
    <w:p>
      <w:r>
        <w:rPr>
          <w:b/>
        </w:rPr>
        <w:t xml:space="preserve">[01:49] </w:t>
      </w:r>
      <w:r>
        <w:t>stop hota hai kab? jab qayamat aa jati hai, jab israfel sur phoonk dete hain.</w:t>
      </w:r>
    </w:p>
    <w:p>
      <w:pPr>
        <w:jc w:val="right"/>
      </w:pPr>
      <w:r>
        <w:t>اسٹاپ ہوتا ہے کب؟ جب قیامت آ جاتی ہے، جب اسرافیل سور پھونک دیتے ہیں۔</w:t>
      </w:r>
    </w:p>
    <w:p>
      <w:r>
        <w:rPr>
          <w:b/>
        </w:rPr>
        <w:t xml:space="preserve">[01:58] </w:t>
      </w:r>
      <w:r>
        <w:t>is waqt phir hota hai ke "fariq fil jannati wa fariq fis sair" . yani ek qism ka choice lene walon ke liye jahannum ka faisla, aur doosri qism ka choice lene walon ke liye jannat ka faisla.</w:t>
      </w:r>
    </w:p>
    <w:p>
      <w:pPr>
        <w:jc w:val="right"/>
      </w:pPr>
      <w:r>
        <w:t>اس وقت پھر ہوتا ہے کہ "فریق فی الجنہ و فریق فی السیر"۔ یعنی ایک قسم کا چوائس لینے والوں کے لیے جہنم کا فیصلہ، اور دوسری قسم کا چوائس لینے والوں کے لیے جنت کا فیصلہ۔</w:t>
      </w:r>
    </w:p>
    <w:p>
      <w:r>
        <w:rPr>
          <w:b/>
        </w:rPr>
        <w:t xml:space="preserve">[02:19] </w:t>
      </w:r>
      <w:r>
        <w:t>yahi Allah ke creation plan ke mutabiq yahi zindagi hai.</w:t>
      </w:r>
    </w:p>
    <w:p>
      <w:pPr>
        <w:jc w:val="right"/>
      </w:pPr>
      <w:r>
        <w:t>یہی اللہ کے کریشن پلان کے مطابق یہی زندگی ہے۔</w:t>
      </w:r>
    </w:p>
    <w:p>
      <w:r>
        <w:rPr>
          <w:b/>
        </w:rPr>
        <w:t xml:space="preserve">[02:30] </w:t>
      </w:r>
      <w:r>
        <w:t>ab main aap ko quran ki ek ayat yaad dilata hoon.</w:t>
      </w:r>
    </w:p>
    <w:p>
      <w:pPr>
        <w:jc w:val="right"/>
      </w:pPr>
      <w:r>
        <w:t>اب میں آپ کو قرآن کی ایک آیت یاد دلاتا ہوں۔</w:t>
      </w:r>
    </w:p>
    <w:p>
      <w:r>
        <w:rPr>
          <w:b/>
        </w:rPr>
        <w:t xml:space="preserve">[02:36] </w:t>
      </w:r>
      <w:r>
        <w:t>quran mein bataya gaya hai, aap jante hain ke quran mein adam aur iblis ke qisse ko bar bar repeat kiya gaya hai.</w:t>
      </w:r>
    </w:p>
    <w:p>
      <w:pPr>
        <w:jc w:val="right"/>
      </w:pPr>
      <w:r>
        <w:t>قرآن میں بتایا گیا ہے، آپ جانتے ہیں کہ قرآن میں آدم اور ابلیس کے قصے کو بار بار ریپیٹ کیا گیا ہے۔</w:t>
      </w:r>
    </w:p>
    <w:p>
      <w:r>
        <w:rPr>
          <w:b/>
        </w:rPr>
        <w:t xml:space="preserve">[02:49] </w:t>
      </w:r>
      <w:r>
        <w:t>to is mein se ek juz is ka yeh hai ke iblis ne, ya shaitan ne, yeh challenge diya</w:t>
      </w:r>
    </w:p>
    <w:p>
      <w:pPr>
        <w:jc w:val="right"/>
      </w:pPr>
      <w:r>
        <w:t>تو اس میں سے ایک جز اس کا یہ ہے کہ ابلیس نے، یا شیطان نے، یہ چیلنج دیا</w:t>
      </w:r>
    </w:p>
    <w:p>
      <w:r>
        <w:rPr>
          <w:b/>
        </w:rPr>
        <w:t xml:space="preserve">[03:02] </w:t>
      </w:r>
      <w:r>
        <w:t>ke "la takunna illa qaleela".</w:t>
      </w:r>
    </w:p>
    <w:p>
      <w:pPr>
        <w:jc w:val="right"/>
      </w:pPr>
      <w:r>
        <w:t>کہ "لا تنکن ضروریۃ الا قلیلا"۔</w:t>
      </w:r>
    </w:p>
    <w:p>
      <w:r>
        <w:rPr>
          <w:b/>
        </w:rPr>
        <w:t xml:space="preserve">[03:11] </w:t>
      </w:r>
      <w:r>
        <w:t>yani insanon ki majority ko main solve kar loonga.</w:t>
      </w:r>
    </w:p>
    <w:p>
      <w:pPr>
        <w:jc w:val="right"/>
      </w:pPr>
      <w:r>
        <w:t>یعنی انسانوں کی میجورٹی کو میں سالو کر لوں گا۔</w:t>
      </w:r>
    </w:p>
    <w:p>
      <w:r>
        <w:rPr>
          <w:b/>
        </w:rPr>
        <w:t xml:space="preserve">[03:19] </w:t>
      </w:r>
      <w:r>
        <w:t>yeh hua aaghaz hayat mein, jab insan ki nasal shuru hui. Is waqt jo waqea guzra woh aap sab log jante hain</w:t>
      </w:r>
    </w:p>
    <w:p>
      <w:pPr>
        <w:jc w:val="right"/>
      </w:pPr>
      <w:r>
        <w:t>یہ ہوا آغاز حیات میں، جب انسان کی نسل شروع ہوئی۔ اس وقت جو واقعہ گزرا وہ آپ سب لوگ جانتے ہیں</w:t>
      </w:r>
    </w:p>
    <w:p>
      <w:r>
        <w:rPr>
          <w:b/>
        </w:rPr>
        <w:t xml:space="preserve">[03:32] </w:t>
      </w:r>
      <w:r>
        <w:t>ke awwal din hi shaitan Adam ka dushman ho gaya.</w:t>
      </w:r>
    </w:p>
    <w:p>
      <w:pPr>
        <w:jc w:val="right"/>
      </w:pPr>
      <w:r>
        <w:t>کہ اول دن ہی شیطان آدم کا دشمن ہو گیا۔</w:t>
      </w:r>
    </w:p>
    <w:p>
      <w:r>
        <w:rPr>
          <w:b/>
        </w:rPr>
        <w:t xml:space="preserve">[03:40] </w:t>
      </w:r>
      <w:r>
        <w:t>Aur us ne kaha ke "la tankun zaruriyatan illa qaleela". Insanon ki nasal jo hai, us ki majority ko main salo kar loonga.</w:t>
      </w:r>
    </w:p>
    <w:p>
      <w:pPr>
        <w:jc w:val="right"/>
      </w:pPr>
      <w:r>
        <w:t>اور اس نے کہا کہ "لا تنکن ضروریۃ الا قلیلا"۔ انسانوں کی نسل جو ہے، اس کی میجورٹی کو میں سالو کر لوں گا۔</w:t>
      </w:r>
    </w:p>
    <w:p>
      <w:r>
        <w:rPr>
          <w:b/>
        </w:rPr>
        <w:t xml:space="preserve">[03:52] </w:t>
      </w:r>
      <w:r>
        <w:t>Bahut thore log bachen ge.</w:t>
      </w:r>
    </w:p>
    <w:p>
      <w:pPr>
        <w:jc w:val="right"/>
      </w:pPr>
      <w:r>
        <w:t>بہت تھوڑے لوگ بچیں گے۔</w:t>
      </w:r>
    </w:p>
    <w:p>
      <w:r>
        <w:rPr>
          <w:b/>
        </w:rPr>
        <w:t xml:space="preserve">[03:57] </w:t>
      </w:r>
      <w:r>
        <w:t>Aur kaisi ajeeb baat hai ke haqeeqatan main salo kar liya us ne.</w:t>
      </w:r>
    </w:p>
    <w:p>
      <w:pPr>
        <w:jc w:val="right"/>
      </w:pPr>
      <w:r>
        <w:t>اور کیسی عجیب بات ہے کہ حقیقتاً میں سالو کر لیا اس نے۔</w:t>
      </w:r>
    </w:p>
    <w:p>
      <w:r>
        <w:rPr>
          <w:b/>
        </w:rPr>
        <w:t xml:space="preserve">[04:03] </w:t>
      </w:r>
      <w:r>
        <w:t>Puri tareekh jo hai, isi ki</w:t>
      </w:r>
    </w:p>
    <w:p>
      <w:pPr>
        <w:jc w:val="right"/>
      </w:pPr>
      <w:r>
        <w:t>پوری تاریخ جو ہے، اسی کی</w:t>
      </w:r>
    </w:p>
    <w:p>
      <w:r>
        <w:rPr>
          <w:b/>
        </w:rPr>
        <w:t xml:space="preserve">[04:11] </w:t>
      </w:r>
      <w:r>
        <w:t>confirm kar rahi hai, isi ko. Ke puri history mein insanon ki majority jo hai woh satan ki follower ban gayi hai.</w:t>
      </w:r>
    </w:p>
    <w:p>
      <w:pPr>
        <w:jc w:val="right"/>
      </w:pPr>
      <w:r>
        <w:t>کنفرم کر رہی ہے، اسی کو۔ کہ پوری ہسٹری میں انسانوں کی میجورٹی جو ہے وہ سیٹن کی فالوور بن گئی ہے۔</w:t>
      </w:r>
    </w:p>
    <w:p>
      <w:r>
        <w:rPr>
          <w:b/>
        </w:rPr>
        <w:t xml:space="preserve">[04:24] </w:t>
      </w:r>
      <w:r>
        <w:t>Yeh bahut ajeeb baat hai.</w:t>
      </w:r>
    </w:p>
    <w:p>
      <w:pPr>
        <w:jc w:val="right"/>
      </w:pPr>
      <w:r>
        <w:t>یہ بہت عجیب بات ہے۔</w:t>
      </w:r>
    </w:p>
    <w:p>
      <w:r>
        <w:rPr>
          <w:b/>
        </w:rPr>
        <w:t xml:space="preserve">[04:29] </w:t>
      </w:r>
      <w:r>
        <w:t>Isi par hamein sochna hai.</w:t>
      </w:r>
    </w:p>
    <w:p>
      <w:pPr>
        <w:jc w:val="right"/>
      </w:pPr>
      <w:r>
        <w:t>اسی پر ہمیں سوچنا ہے۔</w:t>
      </w:r>
    </w:p>
    <w:p>
      <w:r>
        <w:rPr>
          <w:b/>
        </w:rPr>
        <w:t xml:space="preserve">[04:34] </w:t>
      </w:r>
      <w:r>
        <w:t>Dekhiye, yeh jo maine kaha ke insan har lamha jannat aur jahannum ke darmiyan hai, to Allah taala ne peghambaron ke zariye bata diya tha ke kaun sa choice tum ko le jayega jahannum ki taraf, kaun sa choice tum ko le jayega jannat ki taraf.</w:t>
      </w:r>
    </w:p>
    <w:p>
      <w:pPr>
        <w:jc w:val="right"/>
      </w:pPr>
      <w:r>
        <w:t>دیکھیے، یہ جو میں نے کہا کہ انسان ہر لمحہ جنت اور جہنم کے درمیان ہے، تو اللہ تعالیٰ نے پیغمبروں کے ذریعے بتا دیا تھا کہ کون سا چوائس تم کو لے جائے گا جہنم کی طرف، کون سا چوائس تم کو لے جائے گا جنت کی طرف۔</w:t>
      </w:r>
    </w:p>
    <w:p>
      <w:r>
        <w:rPr>
          <w:b/>
        </w:rPr>
        <w:t xml:space="preserve">[04:58] </w:t>
      </w:r>
      <w:r>
        <w:t>Bahut hi clear tor par bar bar peghambar aaye.</w:t>
      </w:r>
    </w:p>
    <w:p>
      <w:pPr>
        <w:jc w:val="right"/>
      </w:pPr>
      <w:r>
        <w:t>بہت ہی کلیئر طور پر بار بار پیغمبر آئے۔</w:t>
      </w:r>
    </w:p>
    <w:p>
      <w:r>
        <w:rPr>
          <w:b/>
        </w:rPr>
        <w:t xml:space="preserve">[05:01] </w:t>
      </w:r>
      <w:r>
        <w:t>Phir Quran jo hai ek mehfooz kalam ban gaya, wahi ka. Isi ke sath Allah taala ne ek aur yeh kaam yeh kiya ke is ka ek demonstration de diya.</w:t>
      </w:r>
    </w:p>
    <w:p>
      <w:pPr>
        <w:jc w:val="right"/>
      </w:pPr>
      <w:r>
        <w:t>پھر قرآن جو ہے ایک محفوظ کلام بن گیا، وحی کا۔ اسی کے ساتھ اللہ تعالیٰ نے ایک اور یہ کام یہ کیا کہ اس کا ایک ڈیمونسٹریشن دے دیا۔</w:t>
      </w:r>
    </w:p>
    <w:p>
      <w:r>
        <w:rPr>
          <w:b/>
        </w:rPr>
        <w:t xml:space="preserve">[05:19] </w:t>
      </w:r>
      <w:r>
        <w:t>Do choice ka matlab kya hai? Is ka practical demonstration.</w:t>
      </w:r>
    </w:p>
    <w:p>
      <w:pPr>
        <w:jc w:val="right"/>
      </w:pPr>
      <w:r>
        <w:t>دو چوائس کا مطلب کیا ہے؟ اس کا پریکٹیکل ڈیمونسٹریشن۔</w:t>
      </w:r>
    </w:p>
    <w:p>
      <w:r>
        <w:rPr>
          <w:b/>
        </w:rPr>
        <w:t xml:space="preserve">[05:27] </w:t>
      </w:r>
      <w:r>
        <w:t>Yaani sirf literal tor par nahi bataya, balkeh amli tor par bata diya. Woh kya tha? Woh Adam ka qissa jo jannat mein guzra.</w:t>
      </w:r>
    </w:p>
    <w:p>
      <w:pPr>
        <w:jc w:val="right"/>
      </w:pPr>
      <w:r>
        <w:t>یعنی صرف لیٹرل طور پر نہیں بتایا، بلکہ عملی طور پر بتا دیا۔ وہ کیا تھا؟ وہ آدم کا قصہ جو جنت میں گزرا۔</w:t>
      </w:r>
    </w:p>
    <w:p>
      <w:r>
        <w:rPr>
          <w:b/>
        </w:rPr>
        <w:t xml:space="preserve">[05:42] </w:t>
      </w:r>
      <w:r>
        <w:t>Aap jante hain ke Allah taala ne jab Adam, yaani pehle insan ko banaya, to us ko jannat mein abad kiya.</w:t>
      </w:r>
    </w:p>
    <w:p>
      <w:pPr>
        <w:jc w:val="right"/>
      </w:pPr>
      <w:r>
        <w:t>آپ جانتے ہیں کہ اللہ تعالیٰ نے جب آدم، یعنی پہلے انسان کو بنایا، تو اس کو جنت میں آباد کیا۔</w:t>
      </w:r>
    </w:p>
    <w:p>
      <w:r>
        <w:rPr>
          <w:b/>
        </w:rPr>
        <w:t xml:space="preserve">[05:53] </w:t>
      </w:r>
      <w:r>
        <w:t>Jannat mein. Quran mein bataya gaya hai ke Allah taala ne kaha ke puri jannat tumhare liye hai.</w:t>
      </w:r>
    </w:p>
    <w:p>
      <w:pPr>
        <w:jc w:val="right"/>
      </w:pPr>
      <w:r>
        <w:t>جنت میں۔ قرآن میں بتایا گیا ہے کہ اللہ تعالیٰ نے کہا کہ پوری جنت تمہارے لیے ہے۔</w:t>
      </w:r>
    </w:p>
    <w:p>
      <w:r>
        <w:rPr>
          <w:b/>
        </w:rPr>
        <w:t xml:space="preserve">[06:04] </w:t>
      </w:r>
      <w:r>
        <w:t>Wa qula raghdan hayta shaitana. Lekin wahan par ek darakht tha jo shajar mamnooa tha, yaani Forbidden Tree.</w:t>
      </w:r>
    </w:p>
    <w:p>
      <w:pPr>
        <w:jc w:val="right"/>
      </w:pPr>
      <w:r>
        <w:t>وَقُلَا رَغْدًا هَيْتَ شَيْطَانَ۔ لیکن وہاں پر ایک درخت تھا جو شجر ممنوعہ تھا، یعنی Forbidden Tree۔</w:t>
      </w:r>
    </w:p>
    <w:p>
      <w:r>
        <w:rPr>
          <w:b/>
        </w:rPr>
        <w:t xml:space="preserve">[06:17] </w:t>
      </w:r>
      <w:r>
        <w:t>To farmaya ke "la taqraba hathi ash-shajarata fatakuna min az-zalimeen". Yaani Adam aur Hawa dono se kaha ke tum dono, jannat tum dono ke liye khuli hui hai, lekin is darakht ke paas tum dono mat jana.</w:t>
      </w:r>
    </w:p>
    <w:p>
      <w:pPr>
        <w:jc w:val="right"/>
      </w:pPr>
      <w:r>
        <w:t>تو فرمایا کہ "لا تقربا هذي الشجرة فتكونا من الظالمين"۔ یعنی آدم اور حوا دونوں سے کہا کہ تم دونوں، جنت تم دونوں کے لیے کھلی ہوئی ہے، لیکن اس درخت کے پاس تم دونوں مت جانا۔</w:t>
      </w:r>
    </w:p>
    <w:p>
      <w:r>
        <w:rPr>
          <w:b/>
        </w:rPr>
        <w:t xml:space="preserve">[06:35] </w:t>
      </w:r>
      <w:r>
        <w:t>Warna tum zalim ho jaoge.</w:t>
      </w:r>
    </w:p>
    <w:p>
      <w:pPr>
        <w:jc w:val="right"/>
      </w:pPr>
      <w:r>
        <w:t>ورنہ تم ظالم ہو جاؤ گے۔</w:t>
      </w:r>
    </w:p>
    <w:p>
      <w:r>
        <w:rPr>
          <w:b/>
        </w:rPr>
        <w:t xml:space="preserve">[06:40] </w:t>
      </w:r>
      <w:r>
        <w:t>Is ka matlab kya hai? Acha, amalan kya hua? Ke Adam aur Hawa dono bahut dinon tak sochte rahe ke yeh darakht kya hai, yeh darakht kya hai, yeh darakht kya hai.</w:t>
      </w:r>
    </w:p>
    <w:p>
      <w:pPr>
        <w:jc w:val="right"/>
      </w:pPr>
      <w:r>
        <w:t>اس کا مطلب کیا ہے؟ اچھا، عملاً کیا ہوا؟ کہ آدم اور حوا دونوں بہت دنوں تک سوچتے رہے کہ یہ درخت کیا ہے، یہ درخت کیا ہے، یہ درخت کیا ہے۔</w:t>
      </w:r>
    </w:p>
    <w:p>
      <w:r>
        <w:rPr>
          <w:b/>
        </w:rPr>
        <w:t xml:space="preserve">[06:52] </w:t>
      </w:r>
      <w:r>
        <w:t>Yahan tak ke ek din ja kar unhon ne is darakht ka phal kha liya.</w:t>
      </w:r>
    </w:p>
    <w:p>
      <w:pPr>
        <w:jc w:val="right"/>
      </w:pPr>
      <w:r>
        <w:t>یہاں تک کہ ایک دن جا کر انہوں نے اس درخت کا پھل کھا لیا۔</w:t>
      </w:r>
    </w:p>
    <w:p>
      <w:r>
        <w:rPr>
          <w:b/>
        </w:rPr>
        <w:t xml:space="preserve">[06:59] </w:t>
      </w:r>
      <w:r>
        <w:t>Yeh tha demonstration.</w:t>
      </w:r>
    </w:p>
    <w:p>
      <w:pPr>
        <w:jc w:val="right"/>
      </w:pPr>
      <w:r>
        <w:t>یہ تھا ڈیمونسٹریشن۔</w:t>
      </w:r>
    </w:p>
    <w:p>
      <w:r>
        <w:rPr>
          <w:b/>
        </w:rPr>
        <w:t xml:space="preserve">[07:02] </w:t>
      </w:r>
      <w:r>
        <w:t>Yaani</w:t>
      </w:r>
    </w:p>
    <w:p>
      <w:pPr>
        <w:jc w:val="right"/>
      </w:pPr>
      <w:r>
        <w:t>یعنی</w:t>
      </w:r>
    </w:p>
    <w:p>
      <w:r>
        <w:rPr>
          <w:b/>
        </w:rPr>
        <w:t xml:space="preserve">[07:06] </w:t>
      </w:r>
      <w:r>
        <w:t>Insan ka jo nature hai, woh bahut hi zyada ideal ko pasand karta hai, profession ko pasand karta hai.</w:t>
      </w:r>
    </w:p>
    <w:p>
      <w:pPr>
        <w:jc w:val="right"/>
      </w:pPr>
      <w:r>
        <w:t>انسان کا جو نیچر ہے، وہ بہت ہی زیادہ آئیڈیل کو پسند کرتا ہے، پروفیشن کو پسند کرتا ہے۔</w:t>
      </w:r>
    </w:p>
    <w:p>
      <w:r>
        <w:rPr>
          <w:b/>
        </w:rPr>
        <w:t xml:space="preserve">[07:18] </w:t>
      </w:r>
      <w:r>
        <w:t>Yaani woh chahta hai ke sab kuch mujhe mile. Is nature ki wajah se aisa ho jata hai ke insan ka focus chala jata hai is cheez par jis ne use kho rakha hai.</w:t>
      </w:r>
    </w:p>
    <w:p>
      <w:pPr>
        <w:jc w:val="right"/>
      </w:pPr>
      <w:r>
        <w:t>یعنی وہ چاہتا ہے کہ سب کچھ مجھے ملے۔ اس نیچر کی وجہ سے ایسا ہو جاتا ہے کہ انسان کا فوکس چلا جاتا ہے اس چیز پر جس نے اسے کھو رکھا ہے۔</w:t>
      </w:r>
    </w:p>
    <w:p>
      <w:r>
        <w:rPr>
          <w:b/>
        </w:rPr>
        <w:t xml:space="preserve">[07:32] </w:t>
      </w:r>
      <w:r>
        <w:t>yani mile hue par focus na ho kar focus chala jata hai kahan? jo nahi mila hai. to Adam aur Hawa ko poori jannat mili hui thi, ek darakht nahi mila tha.</w:t>
      </w:r>
    </w:p>
    <w:p>
      <w:pPr>
        <w:jc w:val="right"/>
      </w:pPr>
      <w:r>
        <w:t>یعنی ملے ہوئے پر فوکس نہ ہو کر فوکس چلا جاتا ہے کہاں؟ جو نہیں ملا ہے۔ تو آدم اور حوا کو پوری جنت ملی ہوئی تھی، ایک درخت نہیں ملا تھا۔</w:t>
      </w:r>
    </w:p>
    <w:p>
      <w:r>
        <w:rPr>
          <w:b/>
        </w:rPr>
        <w:t xml:space="preserve">[07:46] </w:t>
      </w:r>
      <w:r>
        <w:t>to unka focus hat gaya.</w:t>
      </w:r>
    </w:p>
    <w:p>
      <w:pPr>
        <w:jc w:val="right"/>
      </w:pPr>
      <w:r>
        <w:t>تو ان کا فوکس ہٹ گیا۔</w:t>
      </w:r>
    </w:p>
    <w:p>
      <w:r>
        <w:rPr>
          <w:b/>
        </w:rPr>
        <w:t xml:space="preserve">[07:51] </w:t>
      </w:r>
      <w:r>
        <w:t>mile hue par focus na ho kar ke chala gaya focus, na mile hue par.</w:t>
      </w:r>
    </w:p>
    <w:p>
      <w:pPr>
        <w:jc w:val="right"/>
      </w:pPr>
      <w:r>
        <w:t>ملے ہوئے پر فوکس نہ ہو کر کے چلا گیا فوکس، نہ ملے ہوئے پر۔</w:t>
      </w:r>
    </w:p>
    <w:p>
      <w:r>
        <w:rPr>
          <w:b/>
        </w:rPr>
        <w:t xml:space="preserve">[07:57] </w:t>
      </w:r>
      <w:r>
        <w:t>aur is ke nateejay mein kya hua? ke zalim thehre woh, jannat se nikalna pada un ko. yahi tha demonstration.</w:t>
      </w:r>
    </w:p>
    <w:p>
      <w:pPr>
        <w:jc w:val="right"/>
      </w:pPr>
      <w:r>
        <w:t>اور اس کے نتیجے میں کیا ہوا؟ کہ ظالم ٹھہرے وہ، جنت سے نکلنا پڑا ان کو۔ یہی تھا ڈیمونسٹریشن۔</w:t>
      </w:r>
    </w:p>
    <w:p>
      <w:r>
        <w:rPr>
          <w:b/>
        </w:rPr>
        <w:t xml:space="preserve">[08:08] </w:t>
      </w:r>
      <w:r>
        <w:t>insan ko Allah taala ne banaya hai idealist. kyun? taake musalsal taur par is ke andar thinking process jaari rahe. musalsal taur par.</w:t>
      </w:r>
    </w:p>
    <w:p>
      <w:pPr>
        <w:jc w:val="right"/>
      </w:pPr>
      <w:r>
        <w:t>انسان کو اللہ تعالیٰ نے بنایا ہے آئیڈیلسٹ۔ کیوں؟ تاکہ مسلسل طور پر اس کے اندر تھنکنگ پروسیس جاری رہے۔ مسلسل طور پر۔</w:t>
      </w:r>
    </w:p>
    <w:p>
      <w:r>
        <w:rPr>
          <w:b/>
        </w:rPr>
        <w:t xml:space="preserve">[08:22] </w:t>
      </w:r>
      <w:r>
        <w:t>yani woh jo cheez matloob hai woh thinking level par matloob hai.</w:t>
      </w:r>
    </w:p>
    <w:p>
      <w:pPr>
        <w:jc w:val="right"/>
      </w:pPr>
      <w:r>
        <w:t>یعنی وہ جو چیز مطلوب ہے وہ تھنکنگ لیول پر مطلوب ہے۔</w:t>
      </w:r>
    </w:p>
    <w:p>
      <w:r>
        <w:rPr>
          <w:b/>
        </w:rPr>
        <w:t xml:space="preserve">[08:28] </w:t>
      </w:r>
      <w:r>
        <w:t>aur apni thinking ko aur badhao, apna intellectual development aur karo. to intellectual development ya spiritual development ka ek perpetual process, ek musalsal process taraqqi ke liye yeh matloob hai.</w:t>
      </w:r>
    </w:p>
    <w:p>
      <w:pPr>
        <w:jc w:val="right"/>
      </w:pPr>
      <w:r>
        <w:t>اور اپنی تھنکنگ کو اور بڑھاؤ، اپنا انٹلیکچول ڈیولپمنٹ اور کرو۔ تو انٹلیکچول ڈیولپمنٹ یا سپریچول ڈیولپمنٹ کا ایک پرپچوئل پروسیس، ایک مسلسل پروسیس ترقی کے لیے یہ مطلوب ہے۔</w:t>
      </w:r>
    </w:p>
    <w:p>
      <w:r>
        <w:rPr>
          <w:b/>
        </w:rPr>
        <w:t xml:space="preserve">[08:52] </w:t>
      </w:r>
      <w:r>
        <w:t>har waqt aap sochein, har waqt koi naya item daryaft karein. har waqt koi naya item aap ke daryaft karein jis se aap ka zehni ertaqa ho.</w:t>
      </w:r>
    </w:p>
    <w:p>
      <w:pPr>
        <w:jc w:val="right"/>
      </w:pPr>
      <w:r>
        <w:t>ہر وقت آپ سوچیں، ہر وقت کوئی نیا آئٹم دریافت کریں۔ ہر وقت کوئی نیا آئٹم آپ کے دریافت کریں جس سے آپ کا ذہنی ارتقاء ہو۔</w:t>
      </w:r>
    </w:p>
    <w:p>
      <w:r>
        <w:rPr>
          <w:b/>
        </w:rPr>
        <w:t xml:space="preserve">[09:04] </w:t>
      </w:r>
      <w:r>
        <w:t>lekin yeh is ka misuse hai ke aadmi is ko kahan kar deta hai? na mile hue material item par. yani intellectual level par jo cheez matloob hai us ko material level par chahne lagta hai ke mujhe mile.</w:t>
      </w:r>
    </w:p>
    <w:p>
      <w:pPr>
        <w:jc w:val="right"/>
      </w:pPr>
      <w:r>
        <w:t>لیکن یہ اس کا مس یوز ہے کہ آدمی اس کو کہاں کر دیتا ہے؟ نہ ملے ہوئے مٹیریل آئٹم پر۔ یعنی انٹلیکچول لیول پر جو چیز مطلوب ہے اس کو مٹیریل لیول پر چاہنے لگتا ہے کہ مجھے ملے۔</w:t>
      </w:r>
    </w:p>
    <w:p>
      <w:r>
        <w:rPr>
          <w:b/>
        </w:rPr>
        <w:t xml:space="preserve">[09:24] </w:t>
      </w:r>
      <w:r>
        <w:t>to Adam ko yeh mauqa tha ke intellectual level par woh khoob sochein, khoob zehni ertaqa karein. lekin un ka zehan atak gaya kahan?</w:t>
      </w:r>
    </w:p>
    <w:p>
      <w:pPr>
        <w:jc w:val="right"/>
      </w:pPr>
      <w:r>
        <w:t>تو آدم کو یہ موقع تھا کہ انٹلیکچول لیول پر وہ خوب سوچیں، خوب ذہنی ارتقاء کریں۔ لیکن ان کا ذہن اٹک گیا کہاں؟</w:t>
      </w:r>
    </w:p>
    <w:p>
      <w:r>
        <w:rPr>
          <w:b/>
        </w:rPr>
        <w:t xml:space="preserve">[09:38] </w:t>
      </w:r>
      <w:r>
        <w:t>ek material cheez par, yani ek ek darakht par. zehni ertaqa ruk gaya. aur ek darakht jo ek material cheez thi us par un ka focus chala gaya.</w:t>
      </w:r>
    </w:p>
    <w:p>
      <w:pPr>
        <w:jc w:val="right"/>
      </w:pPr>
      <w:r>
        <w:t>ایک مٹیریل چیز پر، یعنی ایک ایک درخت پر۔ ذہنی ارتقاء رک گیا۔ اور ایک درخت جو ایک مٹیریل چیز تھی اس پر ان کا فوکس چلا گیا۔</w:t>
      </w:r>
    </w:p>
    <w:p>
      <w:r>
        <w:rPr>
          <w:b/>
        </w:rPr>
        <w:t xml:space="preserve">[09:51] </w:t>
      </w:r>
      <w:r>
        <w:t>to woh jannat se nikal diye gaye.</w:t>
      </w:r>
    </w:p>
    <w:p>
      <w:pPr>
        <w:jc w:val="right"/>
      </w:pPr>
      <w:r>
        <w:t>تو وہ جنت سے نکال دیے گئے۔</w:t>
      </w:r>
    </w:p>
    <w:p>
      <w:r>
        <w:rPr>
          <w:b/>
        </w:rPr>
        <w:t xml:space="preserve">[09:54] </w:t>
      </w:r>
      <w:r>
        <w:t>yahi tareekh dohrai ja rahi hai poori nasal mein, insani mein. yeh dunya banai hai Allah taala ne isi tarah ke aadmi ko kuch milega, kuch nahi milega.</w:t>
      </w:r>
    </w:p>
    <w:p>
      <w:pPr>
        <w:jc w:val="right"/>
      </w:pPr>
      <w:r>
        <w:t>یہی تاریخ دہرائی جا رہی ہے پوری نسل میں، انسانی میں۔ یہ دنیا بنائی ہے اللہ تعالیٰ نے اسی طرح کہ آدمی کو کچھ ملے گا، کچھ نہیں ملے گا۔</w:t>
      </w:r>
    </w:p>
    <w:p>
      <w:r>
        <w:rPr>
          <w:b/>
        </w:rPr>
        <w:t xml:space="preserve">[10:09] </w:t>
      </w:r>
      <w:r>
        <w:t>kabhi mumkin hi nahi hai ke aap ko sab kuch mil jaye.</w:t>
      </w:r>
    </w:p>
    <w:p>
      <w:pPr>
        <w:jc w:val="right"/>
      </w:pPr>
      <w:r>
        <w:t>کبھی ممکن ہی نہیں ہے کہ آپ کو سب کچھ مل جائے۔</w:t>
      </w:r>
    </w:p>
    <w:p>
      <w:r>
        <w:rPr>
          <w:b/>
        </w:rPr>
        <w:t xml:space="preserve">[10:14] </w:t>
      </w:r>
      <w:r>
        <w:t>namumkin hai. chahe aap badshah hon, chahe aam aadmi hon.</w:t>
      </w:r>
    </w:p>
    <w:p>
      <w:pPr>
        <w:jc w:val="right"/>
      </w:pPr>
      <w:r>
        <w:t>ناممکن ہے۔ چاہے آپ بادشاہ ہوں، چاہے عام آدمی ہوں۔</w:t>
      </w:r>
    </w:p>
    <w:p>
      <w:r>
        <w:rPr>
          <w:b/>
        </w:rPr>
        <w:t xml:space="preserve">[10:22] </w:t>
      </w:r>
      <w:r>
        <w:t>aap paise wale hon ya faqeer hon. hamesha aisa hoga ke aap ko mehsoos hoga ke maine kuch to paya hai, kuch cheez nahi paya.</w:t>
      </w:r>
    </w:p>
    <w:p>
      <w:pPr>
        <w:jc w:val="right"/>
      </w:pPr>
      <w:r>
        <w:t>آپ پیسے والے ہوں یا فقیر ہوں۔ ہمیشہ ایسا ہوگا کہ آپ کو محسوس ہوگا کہ میں نے کچھ تو پایا ہے، کچھ چیز نہیں پایا۔</w:t>
      </w:r>
    </w:p>
    <w:p>
      <w:r>
        <w:rPr>
          <w:b/>
        </w:rPr>
        <w:t xml:space="preserve">[10:31] </w:t>
      </w:r>
      <w:r>
        <w:t>to zindagi ka tareeqa kya hai? na paye hue par sabr karna aur paye hue par shukr karna.</w:t>
      </w:r>
    </w:p>
    <w:p>
      <w:pPr>
        <w:jc w:val="right"/>
      </w:pPr>
      <w:r>
        <w:t>تو زندگی کا طریقہ کیا ہے؟ نہ پائے ہوئے پر صبر کرنا اور پائے ہوئے پر شکر کرنا۔</w:t>
      </w:r>
    </w:p>
    <w:p>
      <w:r>
        <w:rPr>
          <w:b/>
        </w:rPr>
        <w:t xml:space="preserve">[10:42] </w:t>
      </w:r>
      <w:r>
        <w:t>yeh hai zindagi ka tareeqa.</w:t>
      </w:r>
    </w:p>
    <w:p>
      <w:pPr>
        <w:jc w:val="right"/>
      </w:pPr>
      <w:r>
        <w:t>یہ ہے زندگی کا طریقہ۔</w:t>
      </w:r>
    </w:p>
    <w:p>
      <w:r>
        <w:rPr>
          <w:b/>
        </w:rPr>
        <w:t xml:space="preserve">[10:46] </w:t>
      </w:r>
      <w:r>
        <w:t>la-in shakartum la-azeza-n-lakum. yani paye hue par tum shukr karoge to aur zyada denge, aur zyada denge. yani matlab jannat milegi tum ko.</w:t>
      </w:r>
    </w:p>
    <w:p>
      <w:pPr>
        <w:jc w:val="right"/>
      </w:pPr>
      <w:r>
        <w:t>لَئِنْ شَكَرْتُمْ لَعَزِيزًا لَكُمْ۔ یعنی پائے ہوئے پر تم شکر کرو گے تو اور زیادہ دیں گے، اور زیادہ دیں گے۔ یعنی مطلب جنت ملے گی تم کو۔</w:t>
      </w:r>
    </w:p>
    <w:p>
      <w:r>
        <w:rPr>
          <w:b/>
        </w:rPr>
        <w:t xml:space="preserve">[11:00] </w:t>
      </w:r>
      <w:r>
        <w:t>aur jo khoya hai us par sabr karna. zaalika jazaanaahum bimaa sabaroo.</w:t>
      </w:r>
    </w:p>
    <w:p>
      <w:pPr>
        <w:jc w:val="right"/>
      </w:pPr>
      <w:r>
        <w:t>اور جو کھویا ہے اس پر صبر کرنا۔ ذَٰلِكَ جَزَانَاهُمْ بِمَا صَبَرُوا۔</w:t>
      </w:r>
    </w:p>
    <w:p>
      <w:r>
        <w:rPr>
          <w:b/>
        </w:rPr>
        <w:t xml:space="preserve">[11:10] </w:t>
      </w:r>
      <w:r>
        <w:t>jannat di gayi un ko jinho ne sabr kiya.</w:t>
      </w:r>
    </w:p>
    <w:p>
      <w:pPr>
        <w:jc w:val="right"/>
      </w:pPr>
      <w:r>
        <w:t>جنت دی گئی ان کو جنہوں نے صبر کیا۔</w:t>
      </w:r>
    </w:p>
    <w:p>
      <w:r>
        <w:rPr>
          <w:b/>
        </w:rPr>
        <w:t xml:space="preserve">[11:15] </w:t>
      </w:r>
      <w:r>
        <w:t>yeh hai formula. ke dunya mein aap mile hue par shukr karte rahein aur jo nahi mila hai us par sabr karte rahein.</w:t>
      </w:r>
    </w:p>
    <w:p>
      <w:pPr>
        <w:jc w:val="right"/>
      </w:pPr>
      <w:r>
        <w:t>یہ ہے فارمولا۔ کہ دنیا میں آپ ملے ہوئے پر شکر کرتے رہیں اور جو نہیں ملا ہے اس پر صبر کرتے رہیں۔</w:t>
      </w:r>
    </w:p>
    <w:p>
      <w:r>
        <w:rPr>
          <w:b/>
        </w:rPr>
        <w:t xml:space="preserve">[11:27] </w:t>
      </w:r>
      <w:r>
        <w:t>yeh formula hai. aisa kyun hai? is dunya mein insan ko bheja gaya hai is liye ke woh apni personality ko develop kare.</w:t>
      </w:r>
    </w:p>
    <w:p>
      <w:pPr>
        <w:jc w:val="right"/>
      </w:pPr>
      <w:r>
        <w:t>یہ فارمولا ہے۔ ایسا کیوں ہے؟ اس دنیا میں انسان کو بھیجا گیا ہے اس لیے کہ وہ اپنی پرسنیلٹی کو ڈیولپ کرے۔</w:t>
      </w:r>
    </w:p>
    <w:p>
      <w:r>
        <w:rPr>
          <w:b/>
        </w:rPr>
        <w:t xml:space="preserve">[11:40] </w:t>
      </w:r>
      <w:r>
        <w:t>apne aap ko jannati personality banaye.</w:t>
      </w:r>
    </w:p>
    <w:p>
      <w:pPr>
        <w:jc w:val="right"/>
      </w:pPr>
      <w:r>
        <w:t>اپنے آپ کو جنتی پرسنیلٹی بنائے۔</w:t>
      </w:r>
    </w:p>
    <w:p>
      <w:r>
        <w:rPr>
          <w:b/>
        </w:rPr>
        <w:t xml:space="preserve">[11:46] </w:t>
      </w:r>
      <w:r>
        <w:t>Quran mein hai ke zaalika jazaau man tattaqaa. yani jannat un ke liye hai jinho ne apni personality ko develop kiya. jannati personality banai.</w:t>
      </w:r>
    </w:p>
    <w:p>
      <w:pPr>
        <w:jc w:val="right"/>
      </w:pPr>
      <w:r>
        <w:t>قرآن میں ہے کہ ذَٰلِكَ جَزَاءُ مَنْ تَتَقَّىٰ۔ یعنی جنت ان کے لیے ہے جنہوں نے اپنی پرسنیلٹی کو ڈیولپ کیا۔ جنتی پرسنیلٹی بنائی۔</w:t>
      </w:r>
    </w:p>
    <w:p>
      <w:r>
        <w:rPr>
          <w:b/>
        </w:rPr>
        <w:t xml:space="preserve">[11:57] </w:t>
      </w:r>
      <w:r>
        <w:t>to agar aap uljhe rahen ge negative thought mein, uljhe rahen ge aisi cheezon mein jo nahin mila to kya hoga? tension hoga, frustration hoga, despair hoga.</w:t>
      </w:r>
    </w:p>
    <w:p>
      <w:pPr>
        <w:jc w:val="right"/>
      </w:pPr>
      <w:r>
        <w:t>تو اگر آپ الجھے رہیں گے نیگیٹیو تھاٹ میں، الجھے رہیں گے ایسی چیزوں میں جو نہیں ملا تو کیا ہوگا؟ ٹینشن ہوگا، فرسٹریشن ہوگا، ڈسپیئر ہوگا۔</w:t>
      </w:r>
    </w:p>
    <w:p>
      <w:r>
        <w:rPr>
          <w:b/>
        </w:rPr>
        <w:t xml:space="preserve">[12:10] </w:t>
      </w:r>
      <w:r>
        <w:t>aur phir kya hoga? aap ka intellectual process ruk jaega. yeh spiritual process ruk jaega. yahi to yeh test hai.</w:t>
      </w:r>
    </w:p>
    <w:p>
      <w:pPr>
        <w:jc w:val="right"/>
      </w:pPr>
      <w:r>
        <w:t>اور پھر کیا ہوگا؟ آپ کا انٹلیکچول پراسیس رک جائے گا۔ یہ سپریچول پراسیس رک جائے گا۔ یہی تو یہ ٹیسٹ ہے۔</w:t>
      </w:r>
    </w:p>
    <w:p>
      <w:r>
        <w:rPr>
          <w:b/>
        </w:rPr>
        <w:t xml:space="preserve">[12:24] </w:t>
      </w:r>
      <w:r>
        <w:t>to sari tareekh batati hai ke insaan jo hai is mein fail hota raha.</w:t>
      </w:r>
    </w:p>
    <w:p>
      <w:pPr>
        <w:jc w:val="right"/>
      </w:pPr>
      <w:r>
        <w:t>تو ساری تاریخ بتاتی ہے کہ انسان جو ہے اس میں فیل ہوتا رہا۔</w:t>
      </w:r>
    </w:p>
    <w:p>
      <w:r>
        <w:rPr>
          <w:b/>
        </w:rPr>
        <w:t xml:space="preserve">[12:34] </w:t>
      </w:r>
      <w:r>
        <w:t>main chand ek misaal deta hoon aap ko.</w:t>
      </w:r>
    </w:p>
    <w:p>
      <w:pPr>
        <w:jc w:val="right"/>
      </w:pPr>
      <w:r>
        <w:t>میں چند ایک مثال دیتا ہوں آپ کو۔</w:t>
      </w:r>
    </w:p>
    <w:p>
      <w:r>
        <w:rPr>
          <w:b/>
        </w:rPr>
        <w:t xml:space="preserve">[12:38] </w:t>
      </w:r>
      <w:r>
        <w:t>dekhiye, qadeem Iraq mein, yaani before Christianity, before Christian era,</w:t>
      </w:r>
    </w:p>
    <w:p>
      <w:pPr>
        <w:jc w:val="right"/>
      </w:pPr>
      <w:r>
        <w:t>دیکھیے، قدیم عراق میں، یعنی بیفور کرسچینٹی، بیفور کرسچن ایرا،</w:t>
      </w:r>
    </w:p>
    <w:p>
      <w:r>
        <w:rPr>
          <w:b/>
        </w:rPr>
        <w:t xml:space="preserve">[12:50] </w:t>
      </w:r>
      <w:r>
        <w:t>ek king paida hua, Alexander the Great jis ko kaha jata hai. us ko paida hote hi poore Yunan ki, poori Greece ki hukoomat mil gai.</w:t>
      </w:r>
    </w:p>
    <w:p>
      <w:pPr>
        <w:jc w:val="right"/>
      </w:pPr>
      <w:r>
        <w:t>ایک کنگ پیدا ہوا، الیگزینڈر دی گریٹ جس کو کہا جاتا ہے۔ اس کو پیدا ہوتے ہی پورے یونان کی، پوری گریس کی حکومت مل گئی۔</w:t>
      </w:r>
    </w:p>
    <w:p>
      <w:r>
        <w:rPr>
          <w:b/>
        </w:rPr>
        <w:t xml:space="preserve">[13:04] </w:t>
      </w:r>
      <w:r>
        <w:t>kyun ke is ka badshah, is ka baap badshah tha to us ko mil gai badshahi ki wirasat. lekin us ne kya banaya plan?</w:t>
      </w:r>
    </w:p>
    <w:p>
      <w:pPr>
        <w:jc w:val="right"/>
      </w:pPr>
      <w:r>
        <w:t>کیونکہ اس کا بادشاہ، اس کا باپ بادشاہ تھا تو اس کو مل گئی بادشاہ کی وراثت۔ لیکن اس نے کیا بنایا پلان؟</w:t>
      </w:r>
    </w:p>
    <w:p>
      <w:r>
        <w:rPr>
          <w:b/>
        </w:rPr>
        <w:t xml:space="preserve">[13:17] </w:t>
      </w:r>
      <w:r>
        <w:t>sari duniya ko fateh karna.</w:t>
      </w:r>
    </w:p>
    <w:p>
      <w:pPr>
        <w:jc w:val="right"/>
      </w:pPr>
      <w:r>
        <w:t>ساری دنیا کو فتح کرنا۔</w:t>
      </w:r>
    </w:p>
    <w:p>
      <w:r>
        <w:rPr>
          <w:b/>
        </w:rPr>
        <w:t xml:space="preserve">[13:22] </w:t>
      </w:r>
      <w:r>
        <w:t>yaani king of Greece par raazi nahin hua woh. king of world us ko chahiye tha title.</w:t>
      </w:r>
    </w:p>
    <w:p>
      <w:pPr>
        <w:jc w:val="right"/>
      </w:pPr>
      <w:r>
        <w:t>یعنی کنگ آف گریس پر راضی نہیں ہوا وہ۔ کنگ آف ورلڈ اس کو چاہیے تھا ٹائٹل۔</w:t>
      </w:r>
    </w:p>
    <w:p>
      <w:r>
        <w:rPr>
          <w:b/>
        </w:rPr>
        <w:t xml:space="preserve">[13:32] </w:t>
      </w:r>
      <w:r>
        <w:t>us ne fauj le kar ke mulkon mulkon par hamla karna shuru kar dia. lekin aap jante hain ke sirf tees saal mein mar gaya woh.</w:t>
      </w:r>
    </w:p>
    <w:p>
      <w:pPr>
        <w:jc w:val="right"/>
      </w:pPr>
      <w:r>
        <w:t>اس نے فوج لے کر کے ملکوں ملکوں پر حملہ کرنا شروع کر دیا۔ لیکن آپ جانتے ہیں کہ صرف تیس سال میں مر گیا وہ۔</w:t>
      </w:r>
    </w:p>
    <w:p>
      <w:r>
        <w:rPr>
          <w:b/>
        </w:rPr>
        <w:t xml:space="preserve">[13:43] </w:t>
      </w:r>
      <w:r>
        <w:t>frustration mein mara. to dekhiye, jo us ne mila tha Allah ne jo us ko diya tha us par shukr karta to us ko mauqa milta ke woh apni spiritual development kare.</w:t>
      </w:r>
    </w:p>
    <w:p>
      <w:pPr>
        <w:jc w:val="right"/>
      </w:pPr>
      <w:r>
        <w:t>فرسٹریشن میں مرا۔ تو دیکھیے، جو اس نے ملا تھا اللہ نے جو اس کو دیا تھا اس پر شکر کرتا تو اس کو موقع ملتا کہ وہ اپنی سپریچول ڈیولپمنٹ کرے۔</w:t>
      </w:r>
    </w:p>
    <w:p>
      <w:r>
        <w:rPr>
          <w:b/>
        </w:rPr>
        <w:t xml:space="preserve">[13:59] </w:t>
      </w:r>
      <w:r>
        <w:t>lekin woh par gaya na mile hue par to kam umri mein mar gaya.</w:t>
      </w:r>
    </w:p>
    <w:p>
      <w:pPr>
        <w:jc w:val="right"/>
      </w:pPr>
      <w:r>
        <w:t>لیکن وہ پڑ گیا نہ ملے ہوئے پر تو کم عمری میں مر گیا۔</w:t>
      </w:r>
    </w:p>
    <w:p>
      <w:r>
        <w:rPr>
          <w:b/>
        </w:rPr>
        <w:t xml:space="preserve">[14:07] </w:t>
      </w:r>
      <w:r>
        <w:t>Hitler ko mila tha Germany ka political power mila tha, us ko wahan ka chancellor banaya gaya tha. us ne kya khwab dekha?</w:t>
      </w:r>
    </w:p>
    <w:p>
      <w:pPr>
        <w:jc w:val="right"/>
      </w:pPr>
      <w:r>
        <w:t>ہٹلر کو ملا تھا جرمنی کا پولیٹیکل پاور ملا تھا، اس کو وہاں کا چانسلر بنایا گیا تھا۔ اس نے کیا خواب دیکھا؟</w:t>
      </w:r>
    </w:p>
    <w:p>
      <w:r>
        <w:rPr>
          <w:b/>
        </w:rPr>
        <w:t xml:space="preserve">[14:20] </w:t>
      </w:r>
      <w:r>
        <w:t>ke Germany ko poore Europe ka hakim banana. us ne larai shuru kar di.</w:t>
      </w:r>
    </w:p>
    <w:p>
      <w:pPr>
        <w:jc w:val="right"/>
      </w:pPr>
      <w:r>
        <w:t>کہ جرمنی کو پورے یورپ کا حاکم بنانا۔ اس نے لڑائی شروع کر دی۔</w:t>
      </w:r>
    </w:p>
    <w:p>
      <w:r>
        <w:rPr>
          <w:b/>
        </w:rPr>
        <w:t xml:space="preserve">[14:29] </w:t>
      </w:r>
      <w:r>
        <w:t>aakhir kar kya hua? ke suicide kar ke marna pada us ko. to jo mila hua tha us par agar raazi ho jata woh to mauqa to hota tha us ko ke soche, study kare,</w:t>
      </w:r>
    </w:p>
    <w:p>
      <w:pPr>
        <w:jc w:val="right"/>
      </w:pPr>
      <w:r>
        <w:t>آخر کار کیا ہوا؟ کہ سوسائیڈ کر کے مرنا پڑا اس کو۔ تو جو ملا ہوا تھا اس پر اگر راضی ہو جاتا وہ تو موقع تو ہوتا تھا اس کو کہ سوچے، اسٹڈی کرے،</w:t>
      </w:r>
    </w:p>
    <w:p>
      <w:r>
        <w:rPr>
          <w:b/>
        </w:rPr>
        <w:t xml:space="preserve">[14:44] </w:t>
      </w:r>
      <w:r>
        <w:t>Allah ke is plan ko jaane, us ke mutabiq un ko banaye. yeh sab khatam. bas khali yeh hua ke mujhe Europe ko fateh karna hai.</w:t>
      </w:r>
    </w:p>
    <w:p>
      <w:pPr>
        <w:jc w:val="right"/>
      </w:pPr>
      <w:r>
        <w:t>اللہ کے اس پلان کو جانے، اس کے مطابق ان کو بنائے۔ یہ سب ختم۔ بس خالی یہ ہوا کہ مجھے یورپ کو فتح کرنا ہے۔</w:t>
      </w:r>
    </w:p>
    <w:p>
      <w:r>
        <w:rPr>
          <w:b/>
        </w:rPr>
        <w:t xml:space="preserve">[14:57] </w:t>
      </w:r>
      <w:r>
        <w:t>aise hi dekhiye, communist empire qaim hua Russia mein 1917 mein. unhon ne kya banaya? yaani Russia jo mil gaya tha itna bara mulk us par raazi nahin hue woh.</w:t>
      </w:r>
    </w:p>
    <w:p>
      <w:pPr>
        <w:jc w:val="right"/>
      </w:pPr>
      <w:r>
        <w:t>ایسے ہی دیکھیے، کمیونسٹ ایمپائر قائم ہوا روس میں 1917 میں۔ انہوں نے کیا بنایا؟ یعنی روس جو مل گیا تھا اتنا بڑا ملک اس پر راضی نہیں ہوئے وہ۔</w:t>
      </w:r>
    </w:p>
    <w:p>
      <w:r>
        <w:rPr>
          <w:b/>
        </w:rPr>
        <w:t xml:space="preserve">[15:10] </w:t>
      </w:r>
      <w:r>
        <w:t>unhon ne chaha ke communist ideology ko woh export karein sari duniya mein. aur phir unhon ne shuru kar diya us par karwaiyan.</w:t>
      </w:r>
    </w:p>
    <w:p>
      <w:pPr>
        <w:jc w:val="right"/>
      </w:pPr>
      <w:r>
        <w:t>انہوں نے چاہا کہ کمیونسٹ آئیڈیالوجی کو وہ ایکسپورٹ کریں ساری دنیا میں۔ اور پھر انہوں نے شروع کر دیا اس پر کارروائیاں۔</w:t>
      </w:r>
    </w:p>
    <w:p>
      <w:r>
        <w:rPr>
          <w:b/>
        </w:rPr>
        <w:t xml:space="preserve">[15:21] </w:t>
      </w:r>
      <w:r>
        <w:t>isi douran unhon ne Afghanistan mein attack kiya tha.</w:t>
      </w:r>
    </w:p>
    <w:p>
      <w:pPr>
        <w:jc w:val="right"/>
      </w:pPr>
      <w:r>
        <w:t>اسی دوران انہوں نے افغانستان میں اٹیک کیا تھا۔</w:t>
      </w:r>
    </w:p>
    <w:p>
      <w:r>
        <w:rPr>
          <w:b/>
        </w:rPr>
        <w:t xml:space="preserve">[15:25] </w:t>
      </w:r>
      <w:r>
        <w:t>aakhir mein kya hua? ke communist empire shatter ho gaya. ab yahi haal dekhiye USA ka hai.</w:t>
      </w:r>
    </w:p>
    <w:p>
      <w:pPr>
        <w:jc w:val="right"/>
      </w:pPr>
      <w:r>
        <w:t>آخر میں کیا ہوا؟ کہ کمیونسٹ ایمپائر شیٹر ہو گیا۔ اب یہی حال دیکھیے یو ایس اے کا ہے۔</w:t>
      </w:r>
    </w:p>
    <w:p>
      <w:r>
        <w:rPr>
          <w:b/>
        </w:rPr>
        <w:t xml:space="preserve">[15:34] </w:t>
      </w:r>
      <w:r>
        <w:t>USA ko second world war ke baad bohat bara mauqa mila. bohat stable economy thi US ki second world war ke baad.</w:t>
      </w:r>
    </w:p>
    <w:p>
      <w:pPr>
        <w:jc w:val="right"/>
      </w:pPr>
      <w:r>
        <w:t>یو ایس اے کو سیکنڈ ورلڈ وار کے بعد بہت بڑا موقع ملا۔ بہت اسٹیبل اکانومی تھی یو ایس کی سیکنڈ ورلڈ وار کے بعد۔</w:t>
      </w:r>
    </w:p>
    <w:p>
      <w:r>
        <w:rPr>
          <w:b/>
        </w:rPr>
        <w:t xml:space="preserve">[15:46] </w:t>
      </w:r>
      <w:r>
        <w:t>lekin us ko kya hua? ke American jo</w:t>
      </w:r>
    </w:p>
    <w:p>
      <w:pPr>
        <w:jc w:val="right"/>
      </w:pPr>
      <w:r>
        <w:t>لیکن اس کو کیا ہوا؟ کہ امریکن جو</w:t>
      </w:r>
    </w:p>
    <w:p>
      <w:r>
        <w:rPr>
          <w:b/>
        </w:rPr>
        <w:t xml:space="preserve">[15:52] </w:t>
      </w:r>
      <w:r>
        <w:t>concept hai democracy ka us ko sari duniya mein promote karna. sari duniya mein. us ke liye us ne apni fauji taqat ko barhaya, apne budget bohat zyada barhaya.</w:t>
      </w:r>
    </w:p>
    <w:p>
      <w:pPr>
        <w:jc w:val="right"/>
      </w:pPr>
      <w:r>
        <w:t>کانسیپٹ ہے ڈیموکریسی کا اس کو ساری دنیا میں پروموٹ کرنا۔ ساری دنیا میں۔ اس کے لیے اس نے اپنی فوجی طاقت کو بڑھایا، اپنے بجٹ بہت زیادہ بڑھایا۔</w:t>
      </w:r>
    </w:p>
    <w:p>
      <w:r>
        <w:rPr>
          <w:b/>
        </w:rPr>
        <w:t xml:space="preserve">[16:07] </w:t>
      </w:r>
      <w:r>
        <w:t>aur sari duniya mein democracy ko promote karna us ne mission banaya apna.</w:t>
      </w:r>
    </w:p>
    <w:p>
      <w:pPr>
        <w:jc w:val="right"/>
      </w:pPr>
      <w:r>
        <w:t>اور ساری دنیا میں ڈیموکریسی کو پروموٹ کرنا اس نے مشن بنایا اپنا۔</w:t>
      </w:r>
    </w:p>
    <w:p>
      <w:r>
        <w:rPr>
          <w:b/>
        </w:rPr>
        <w:t xml:space="preserve">[16:14] </w:t>
      </w:r>
      <w:r>
        <w:t>us ne fauji iqdamaat bhi kiye. lekin ab kya hai? second world war ke baad US ki economy bohat hi stable economy thi.</w:t>
      </w:r>
    </w:p>
    <w:p>
      <w:pPr>
        <w:jc w:val="right"/>
      </w:pPr>
      <w:r>
        <w:t>اس نے فوجی اقدامات بھی کیے۔ لیکن اب کیا ہے؟ سیکنڈ ورلڈ وار کے بعد یو ایس کی اکانومی بہت ہی اسٹیبل اکانومی تھی۔</w:t>
      </w:r>
    </w:p>
    <w:p>
      <w:r>
        <w:rPr>
          <w:b/>
        </w:rPr>
        <w:t xml:space="preserve">[16:26] </w:t>
      </w:r>
      <w:r>
        <w:t>aaj isi ki economy un establ economy ban gayi hai.</w:t>
      </w:r>
    </w:p>
    <w:p>
      <w:pPr>
        <w:jc w:val="right"/>
      </w:pPr>
      <w:r>
        <w:t>آج اسی کی اکانومی ان اسٹیبل اکانومی بن گئی ہے۔</w:t>
      </w:r>
    </w:p>
    <w:p>
      <w:r>
        <w:rPr>
          <w:b/>
        </w:rPr>
        <w:t xml:space="preserve">[16:31] </w:t>
      </w:r>
      <w:r>
        <w:t>unestabl economy. to agar amreeka mile hue par raazi hota to kitna bara is ko chance milta ke apne ko is lineon mein taraqqi de, spirituality ki line mein.</w:t>
      </w:r>
    </w:p>
    <w:p>
      <w:pPr>
        <w:jc w:val="right"/>
      </w:pPr>
      <w:r>
        <w:t>ان اسٹیبل اکانومی۔ تو اگر امریکہ ملے ہوئے پر راضی ہوتا تو کتنا بڑا اس کو چانس ملتا کہ اپنے کو اس لائنوں میں ترقی دے، سپریچولیٹی کی لائن میں۔</w:t>
      </w:r>
    </w:p>
    <w:p>
      <w:r>
        <w:rPr>
          <w:b/>
        </w:rPr>
        <w:t xml:space="preserve">[16:50] </w:t>
      </w:r>
      <w:r>
        <w:t>lekin tabaah ho gaya. yahi haal musalmanon ka hai.</w:t>
      </w:r>
    </w:p>
    <w:p>
      <w:pPr>
        <w:jc w:val="right"/>
      </w:pPr>
      <w:r>
        <w:t>لیکن تباہ ہو گیا۔ یہی حال مسلمانوں کا ہے۔</w:t>
      </w:r>
    </w:p>
    <w:p>
      <w:r>
        <w:rPr>
          <w:b/>
        </w:rPr>
        <w:t xml:space="preserve">[16:55] </w:t>
      </w:r>
      <w:r>
        <w:t>dekhiye musalmanon ka maamla yeh hai. saari duniya mein musalmanon ka haal kya hai is waqt? sab negative ho rahe hain. saari duniya mein kam az kam mein ne to kisi ek musalman ko nahi paaya yahan se le kar amreeka tak jis ke andar negative thinking na ho.</w:t>
      </w:r>
    </w:p>
    <w:p>
      <w:pPr>
        <w:jc w:val="right"/>
      </w:pPr>
      <w:r>
        <w:t>دیکھیے مسلمانوں کا معاملہ یہ ہے۔ ساری دنیا میں مسلمانوں کا حال کیا ہے اس وقت؟ سب نیگیٹیو ہو رہے ہیں۔ ساری دنیا میں کم از کم میں نے تو کسی ایک مسلمان کو نہیں پایا یہاں سے لے کر امریکہ تک جس کے اندر نیگیٹیو تھنکنگ نہ ہو۔</w:t>
      </w:r>
    </w:p>
    <w:p>
      <w:r>
        <w:rPr>
          <w:b/>
        </w:rPr>
        <w:t xml:space="preserve">[17:14] </w:t>
      </w:r>
      <w:r>
        <w:t>sab ko sab heta bhejte hain, nafrat bhejte hain.</w:t>
      </w:r>
    </w:p>
    <w:p>
      <w:pPr>
        <w:jc w:val="right"/>
      </w:pPr>
      <w:r>
        <w:t>سب کو سب ہیٹ بھیجتے ہیں، نفرت بھیجتے ہیں۔</w:t>
      </w:r>
    </w:p>
    <w:p>
      <w:r>
        <w:rPr>
          <w:b/>
        </w:rPr>
        <w:t xml:space="preserve">[17:19] </w:t>
      </w:r>
      <w:r>
        <w:t>negative thought bhare hue hain un ke d</w:t>
      </w:r>
    </w:p>
    <w:p>
      <w:pPr>
        <w:jc w:val="right"/>
      </w:pPr>
      <w:r>
        <w:t>نیگیٹیو تھاٹ بھرے ہوئے ہیں ان کے د</w:t>
      </w:r>
    </w:p>
    <w:p>
      <w:r>
        <w:rPr>
          <w:b/>
        </w:rPr>
        <w:t xml:space="preserve">[17:23] </w:t>
      </w:r>
      <w:r>
        <w:t>maaghon mein. kyun? atharveen sadi eesvi ke aakhir mein muslim empire ka khatma ho gaya.</w:t>
      </w:r>
    </w:p>
    <w:p>
      <w:pPr>
        <w:jc w:val="right"/>
      </w:pPr>
      <w:r>
        <w:t>ماغوں میں۔ کیوں؟ اٹھارویں صدی عیسوی کے آخر میں مسلم ایمپائر کا خاتمہ ہو گیا۔</w:t>
      </w:r>
    </w:p>
    <w:p>
      <w:r>
        <w:rPr>
          <w:b/>
        </w:rPr>
        <w:t xml:space="preserve">[17:34] </w:t>
      </w:r>
      <w:r>
        <w:t>ab kya tha? ab national hukoomaten theen un ke paas. abhi bhi musalmanon ke paas pachas se zyada national hukoomaten hain.</w:t>
      </w:r>
    </w:p>
    <w:p>
      <w:pPr>
        <w:jc w:val="right"/>
      </w:pPr>
      <w:r>
        <w:t>اب کیا تھا؟ اب نیشنل حکومتیں تھیں ان کے پاس۔ ابھی بھی مسلمانوں کے پاس پچاس سے زیادہ نیشنل حکومتیں ہیں۔</w:t>
      </w:r>
    </w:p>
    <w:p>
      <w:r>
        <w:rPr>
          <w:b/>
        </w:rPr>
        <w:t xml:space="preserve">[17:45] </w:t>
      </w:r>
      <w:r>
        <w:t>lekin un ko kya hua? woh empire mujhe chahiye.</w:t>
      </w:r>
    </w:p>
    <w:p>
      <w:pPr>
        <w:jc w:val="right"/>
      </w:pPr>
      <w:r>
        <w:t>لیکن ان کو کیا ہوا؟ وہ ایمپائر مجھے چاہیے۔</w:t>
      </w:r>
    </w:p>
    <w:p>
      <w:r>
        <w:rPr>
          <w:b/>
        </w:rPr>
        <w:t xml:space="preserve">[17:50] </w:t>
      </w:r>
      <w:r>
        <w:t>empire jo hai jo khoya hua tha us ko focus kar diya. ab jo mila hua hai us par focus nahin. aur ladai chhod di aap ne.</w:t>
      </w:r>
    </w:p>
    <w:p>
      <w:pPr>
        <w:jc w:val="right"/>
      </w:pPr>
      <w:r>
        <w:t>ایمپائر جو ہے جو کھویا ہوا تھا اس کو فوکس کر دیا۔ اب جو ملا ہوا ہے اس پر فوکس نہیں۔ اور لڑائی چھوڑ دی آپ نے۔</w:t>
      </w:r>
    </w:p>
    <w:p>
      <w:r>
        <w:rPr>
          <w:b/>
        </w:rPr>
        <w:t xml:space="preserve">[18:00] </w:t>
      </w:r>
      <w:r>
        <w:t>har jagah ladai, har jagah ladai, har jagah ladai. nateeja kya hai? zillat, nakaami, tabaahi, barbadi.</w:t>
      </w:r>
    </w:p>
    <w:p>
      <w:pPr>
        <w:jc w:val="right"/>
      </w:pPr>
      <w:r>
        <w:t>ہر جگہ لڑائی، ہر جگہ لڑائی، ہر جگہ لڑائی۔ نتیجہ کیا ہے؟ ذلت، ناکامی، تباہی، بربادی۔</w:t>
      </w:r>
    </w:p>
    <w:p>
      <w:r>
        <w:rPr>
          <w:b/>
        </w:rPr>
        <w:t xml:space="preserve">[18:10] </w:t>
      </w:r>
      <w:r>
        <w:t>is ki ek misaal falasteen hai.</w:t>
      </w:r>
    </w:p>
    <w:p>
      <w:pPr>
        <w:jc w:val="right"/>
      </w:pPr>
      <w:r>
        <w:t>اس کی ایک مثال فلسطین ہے۔</w:t>
      </w:r>
    </w:p>
    <w:p>
      <w:r>
        <w:rPr>
          <w:b/>
        </w:rPr>
        <w:t xml:space="preserve">[18:13] </w:t>
      </w:r>
      <w:r>
        <w:t>48 mein falasteen ka partition hua. aur falasteen ka taqreeban aadha hissa mil gaya arabon ko jis mein yerushalim bhi shaamil tha.</w:t>
      </w:r>
    </w:p>
    <w:p>
      <w:pPr>
        <w:jc w:val="right"/>
      </w:pPr>
      <w:r>
        <w:t>48 میں فلسطین کا پارٹیشن ہوا۔ اور فلسطین کا تقریباً آدھا حصہ مل گیا عربوں کو جس میں یروشلم بھی شامل تھا۔</w:t>
      </w:r>
    </w:p>
    <w:p>
      <w:r>
        <w:rPr>
          <w:b/>
        </w:rPr>
        <w:t xml:space="preserve">[18:27] </w:t>
      </w:r>
      <w:r>
        <w:t>to mile hue par raazi nahin hue woh. unhein poora falasteen chahiye tha, poora falasteen. aur unhon ne israel ke khilaaf jihad chhod diya.</w:t>
      </w:r>
    </w:p>
    <w:p>
      <w:pPr>
        <w:jc w:val="right"/>
      </w:pPr>
      <w:r>
        <w:t>تو ملے ہوئے پر راضی نہیں ہوئے وہ۔ انہیں پورا فلسطین چاہیے تھا، پورا فلسطین۔ اور انہوں نے اسرائیل کے خلاف جہاد چھوڑ دیا۔</w:t>
      </w:r>
    </w:p>
    <w:p>
      <w:r>
        <w:rPr>
          <w:b/>
        </w:rPr>
        <w:t xml:space="preserve">[18:40] </w:t>
      </w:r>
      <w:r>
        <w:t>kya hua? tabaah.</w:t>
      </w:r>
    </w:p>
    <w:p>
      <w:pPr>
        <w:jc w:val="right"/>
      </w:pPr>
      <w:r>
        <w:t>کیا ہوا؟ تباہ۔</w:t>
      </w:r>
    </w:p>
    <w:p>
      <w:r>
        <w:rPr>
          <w:b/>
        </w:rPr>
        <w:t xml:space="preserve">[18:43] </w:t>
      </w:r>
      <w:r>
        <w:t>arabon ko jo mila tha us par raazi ho jaate to kitne mauqe the is ko avel karte woh. mislan education, mislan industry, business waghera.</w:t>
      </w:r>
    </w:p>
    <w:p>
      <w:pPr>
        <w:jc w:val="right"/>
      </w:pPr>
      <w:r>
        <w:t>عربوں کو جو ملا تھا اس پر راضی ہو جاتے تو کتنے مواقع تھے اس کو اویل کرتے وہ۔ مثلاً ایجوکیشن، مثلاً انڈسٹری، بزنس وغیرہ۔</w:t>
      </w:r>
    </w:p>
    <w:p>
      <w:r>
        <w:rPr>
          <w:b/>
        </w:rPr>
        <w:t xml:space="preserve">[18:57] </w:t>
      </w:r>
      <w:r>
        <w:t>aur sab se barh kar daao work. is area mein, middle east ka jo area hai woh bohat zabardast wahan par tourist ka aana jaana hai.</w:t>
      </w:r>
    </w:p>
    <w:p>
      <w:pPr>
        <w:jc w:val="right"/>
      </w:pPr>
      <w:r>
        <w:t>اور سب سے بڑھ کر داؤ ورک۔ اس ایریا میں، مڈل ایسٹ کا جو ایریا ہے وہ بہت زبردست وہاں پر ٹورسٹ کا آنا جانا ہے۔</w:t>
      </w:r>
    </w:p>
    <w:p>
      <w:r>
        <w:rPr>
          <w:b/>
        </w:rPr>
        <w:t xml:space="preserve">[19:10] </w:t>
      </w:r>
      <w:r>
        <w:t>kyun ke wahan par misaal ke taur par monument bohat zyada hain.</w:t>
      </w:r>
    </w:p>
    <w:p>
      <w:pPr>
        <w:jc w:val="right"/>
      </w:pPr>
      <w:r>
        <w:t>کیونکہ وہاں پر مثال کے طور پر مونومنٹ بہت زیادہ ہے۔</w:t>
      </w:r>
    </w:p>
    <w:p>
      <w:r>
        <w:rPr>
          <w:b/>
        </w:rPr>
        <w:t xml:space="preserve">[19:15] </w:t>
      </w:r>
      <w:r>
        <w:t>muslim monument, muslim history, christian history, jewish history saari yahin to bani. to bohat zyada aate hain log.</w:t>
      </w:r>
    </w:p>
    <w:p>
      <w:pPr>
        <w:jc w:val="right"/>
      </w:pPr>
      <w:r>
        <w:t>مسلم مونومنٹ، مسلم ہسٹری، کرسچن ہسٹری، جوئش ہسٹری ساری یہیں تو بنی۔ تو بہت زیادہ آتے ہیں لوگ۔</w:t>
      </w:r>
    </w:p>
    <w:p>
      <w:r>
        <w:rPr>
          <w:b/>
        </w:rPr>
        <w:t xml:space="preserve">[19:29] </w:t>
      </w:r>
      <w:r>
        <w:t>to daao work karne ka mauqa tha un ko. yeh sab chhod kar bas kya hai? falasteen ka baqiya hissa unhein lena hai.</w:t>
      </w:r>
    </w:p>
    <w:p>
      <w:pPr>
        <w:jc w:val="right"/>
      </w:pPr>
      <w:r>
        <w:t>تو داؤ ورک کرنے کا موقع تھا ان کو۔ یہ سب چھوڑ کر بس کیا ہے؟ فلسطین کا بقیہ حصہ انہیں لینا ہے۔</w:t>
      </w:r>
    </w:p>
    <w:p>
      <w:r>
        <w:rPr>
          <w:b/>
        </w:rPr>
        <w:t xml:space="preserve">[19:40] </w:t>
      </w:r>
      <w:r>
        <w:t>aur saath saal se zyada muddat guzar gayi ladte hue aur sirf tabaahi hisse mein aayi.</w:t>
      </w:r>
    </w:p>
    <w:p>
      <w:pPr>
        <w:jc w:val="right"/>
      </w:pPr>
      <w:r>
        <w:t>اور ساٹھ سال سے زیادہ مدت گزر گئی لڑتے ہوئے اور صرف تباہی حصے میں آئی۔</w:t>
      </w:r>
    </w:p>
    <w:p>
      <w:r>
        <w:rPr>
          <w:b/>
        </w:rPr>
        <w:t xml:space="preserve">[19:47] </w:t>
      </w:r>
      <w:r>
        <w:t>to duniya hi mein dikha raha hai Allah taala ke agar tum focus karoge na mile hue par to yahan bhi khusrat duniya wala aakhirat hoga.</w:t>
      </w:r>
    </w:p>
    <w:p>
      <w:pPr>
        <w:jc w:val="right"/>
      </w:pPr>
      <w:r>
        <w:t>تو دنیا ہی میں دکھا رہا ہے اللہ تعالیٰ کہ اگر تم فوکس کرو گے نہ ملے ہوئے پر تو یہاں بھی خسرت دنیا والا آخرت ہوگا۔</w:t>
      </w:r>
    </w:p>
    <w:p>
      <w:r>
        <w:rPr>
          <w:b/>
        </w:rPr>
        <w:t xml:space="preserve">[19:58] </w:t>
      </w:r>
      <w:r>
        <w:t>yeh Allah taala ki taraf dikhaya ja raha hai ke agar tum focus karoge na mile hue par to tum khusrat duniya wala aakhirat ka misdaaq ban jaoge.</w:t>
      </w:r>
    </w:p>
    <w:p>
      <w:pPr>
        <w:jc w:val="right"/>
      </w:pPr>
      <w:r>
        <w:t>یہ اللہ تعالیٰ کی طرف دکھایا جا رہا ہے کہ اگر تم فوکس کرو گے نہ ملے ہوئے پر تو تم خسرت دنیا والا آخرت کا مصداق بن جاؤ گے۔</w:t>
      </w:r>
    </w:p>
    <w:p>
      <w:r>
        <w:rPr>
          <w:b/>
        </w:rPr>
        <w:t xml:space="preserve">[20:10] </w:t>
      </w:r>
      <w:r>
        <w:t>yahan bhi khoge, wahan bhi khoye hoge. yeh har jagah ho raha hai.</w:t>
      </w:r>
    </w:p>
    <w:p>
      <w:pPr>
        <w:jc w:val="right"/>
      </w:pPr>
      <w:r>
        <w:t>یہاں بھی کھو گے، وہاں بھی کھوئے ہو گے۔ یہ ہر جگہ ہو رہا ہے۔</w:t>
      </w:r>
    </w:p>
    <w:p>
      <w:r>
        <w:rPr>
          <w:b/>
        </w:rPr>
        <w:t xml:space="preserve">[20:16] </w:t>
      </w:r>
      <w:r>
        <w:t>bosnia mein ke dekhiye wahan ek musalman izzat be gosh election mein jeet gaye.</w:t>
      </w:r>
    </w:p>
    <w:p>
      <w:pPr>
        <w:jc w:val="right"/>
      </w:pPr>
      <w:r>
        <w:t>بوسنیا میں کہ دیکھیے وہاں ایک مسلمان عزت بے گوش الیکشن میں جیت گئے۔</w:t>
      </w:r>
    </w:p>
    <w:p>
      <w:r>
        <w:rPr>
          <w:b/>
        </w:rPr>
        <w:t xml:space="preserve">[20:26] </w:t>
      </w:r>
      <w:r>
        <w:t>aur woh wahan ke bosnia aik aik sooba tha yugoslavia ka to us ke woh chief minister ho gaye jo india mein hum kehte hain chief minister.</w:t>
      </w:r>
    </w:p>
    <w:p>
      <w:pPr>
        <w:jc w:val="right"/>
      </w:pPr>
      <w:r>
        <w:t>اور وہ وہاں کے بوسنیا ایک ایک صوبہ تھا یوگوسلاویہ کا تو اس کے وہ چیف منسٹر ہو گئے جو انڈیا میں ہم کہتے ہیں چیف منسٹر۔</w:t>
      </w:r>
    </w:p>
    <w:p>
      <w:r>
        <w:rPr>
          <w:b/>
        </w:rPr>
        <w:t xml:space="preserve">[20:37] </w:t>
      </w:r>
      <w:r>
        <w:t>wahan yeh lafz nahi bulaya tha. india ke lehaz se aik state ke chief minister ho gaye. lekin is par raazi nahi hue woh.</w:t>
      </w:r>
    </w:p>
    <w:p>
      <w:pPr>
        <w:jc w:val="right"/>
      </w:pPr>
      <w:r>
        <w:t>وہاں یہ لفظ نہیں بلایا تھا۔ انڈیا کے لحاظ سے ایک اسٹیٹ کے چیف منسٹر ہو گئے۔ لیکن اس پر راضی نہیں ہوئے وہ۔</w:t>
      </w:r>
    </w:p>
    <w:p>
      <w:r>
        <w:rPr>
          <w:b/>
        </w:rPr>
        <w:t xml:space="preserve">[20:46] </w:t>
      </w:r>
      <w:r>
        <w:t>unhon ne independent declare kar diya. yaani independent bosnia ke president banna tha unhein.</w:t>
      </w:r>
    </w:p>
    <w:p>
      <w:pPr>
        <w:jc w:val="right"/>
      </w:pPr>
      <w:r>
        <w:t>انہوں نے انڈیپنڈنٹ ڈیکلیئر کر دیا۔ یعنی انڈیپنڈنٹ بوسنیا کے پریزیڈنٹ بننا تھا انہیں۔</w:t>
      </w:r>
    </w:p>
    <w:p>
      <w:r>
        <w:rPr>
          <w:b/>
        </w:rPr>
        <w:t xml:space="preserve">[20:55] </w:t>
      </w:r>
      <w:r>
        <w:t>natija kya hua? woh khud bhi mar gaye, bosnia bhi tabah hua, kuch bhi nahi mila. mile hue par raazi na hona aur khoye hue par focus daal dena apna.</w:t>
      </w:r>
    </w:p>
    <w:p>
      <w:pPr>
        <w:jc w:val="right"/>
      </w:pPr>
      <w:r>
        <w:t>نتیجہ کیا ہوا؟ وہ خود بھی مر گئے، بوسنیا بھی تباہ ہوا، کچھ بھی نہیں ملا۔ ملے ہوئے پر راضی نہ ہونا اور کھوئے ہوئے پر فوکس ڈال دینا اپنا۔</w:t>
      </w:r>
    </w:p>
    <w:p>
      <w:r>
        <w:rPr>
          <w:b/>
        </w:rPr>
        <w:t xml:space="preserve">[21:10] </w:t>
      </w:r>
      <w:r>
        <w:t>yehi hai satanic rasta. aur sab isi mein pade hue hain.</w:t>
      </w:r>
    </w:p>
    <w:p>
      <w:pPr>
        <w:jc w:val="right"/>
      </w:pPr>
      <w:r>
        <w:t>یہی ہے سیٹنک راستہ۔ اور سب اسی میں پڑے ہوئے ہیں۔</w:t>
      </w:r>
    </w:p>
    <w:p>
      <w:r>
        <w:rPr>
          <w:b/>
        </w:rPr>
        <w:t xml:space="preserve">[21:14] </w:t>
      </w:r>
      <w:r>
        <w:t>sab. poori poori ummat e muslema isi mein padi hui hai. dekhiye is dunya mein har lamha aap ke paas million billion item hain shukr karne ke.</w:t>
      </w:r>
    </w:p>
    <w:p>
      <w:pPr>
        <w:jc w:val="right"/>
      </w:pPr>
      <w:r>
        <w:t>سب۔ پوری پوری ملت مسلمہ اسی میں پڑی ہوئی ہے۔ دیکھیے اس دنیا میں ہر لمحہ آپ کے پاس ملین بلین آئٹم ہیں شکر کرنے کے۔</w:t>
      </w:r>
    </w:p>
    <w:p>
      <w:r>
        <w:rPr>
          <w:b/>
        </w:rPr>
        <w:t xml:space="preserve">[21:30] </w:t>
      </w:r>
      <w:r>
        <w:t>million billion train item shukr karne ke hain. par shukr kijiye. aik do cheez jo nahi mili hui hain bas usi par focus kar dete hain aap.</w:t>
      </w:r>
    </w:p>
    <w:p>
      <w:pPr>
        <w:jc w:val="right"/>
      </w:pPr>
      <w:r>
        <w:t>ملین بلین ٹرین آئٹم شکر کرنے کے ہیں۔ پر شکر کیجیے۔ ایک دو چیز جو نہیں ملی ہوئی ہیں بس اسی پر فوکس کر دیتے ہیں آپ۔</w:t>
      </w:r>
    </w:p>
    <w:p>
      <w:r>
        <w:rPr>
          <w:b/>
        </w:rPr>
        <w:t xml:space="preserve">[21:40] </w:t>
      </w:r>
      <w:r>
        <w:t>kyun ke satan yeh sikhata hai.</w:t>
      </w:r>
    </w:p>
    <w:p>
      <w:pPr>
        <w:jc w:val="right"/>
      </w:pPr>
      <w:r>
        <w:t>کیونکہ سیٹن یہ سکھاتا ہے۔</w:t>
      </w:r>
    </w:p>
    <w:p>
      <w:r>
        <w:rPr>
          <w:b/>
        </w:rPr>
        <w:t xml:space="preserve">[21:43] </w:t>
      </w:r>
      <w:r>
        <w:t>satan ko sab ko tabah karna hai.</w:t>
      </w:r>
    </w:p>
    <w:p>
      <w:pPr>
        <w:jc w:val="right"/>
      </w:pPr>
      <w:r>
        <w:t>سیٹن کو سب کو تباہ کرنا ہے۔</w:t>
      </w:r>
    </w:p>
    <w:p>
      <w:r>
        <w:rPr>
          <w:b/>
        </w:rPr>
        <w:t xml:space="preserve">[21:48] </w:t>
      </w:r>
      <w:r>
        <w:t>ab aaj ka qissa mein batata hoon aap ko. aaj kya hua? aaj ka jo tajurba batata hoon aap ko, tajurba. kal shaam ko mein bohat thaka hua tha kyun ke din ko mein sota nahi hoon.</w:t>
      </w:r>
    </w:p>
    <w:p>
      <w:pPr>
        <w:jc w:val="right"/>
      </w:pPr>
      <w:r>
        <w:t>اب آج کا قصہ میں بتاتا ہوں آپ کو۔ آج کیا ہوا؟ آج کا جو تجربہ بتاتا ہوں آپ کو، تجربہ۔ کل شام کو میں بہت تھکا ہوا تھا کیونکہ دن کو میں سوتا نہیں ہوں۔</w:t>
      </w:r>
    </w:p>
    <w:p>
      <w:r>
        <w:rPr>
          <w:b/>
        </w:rPr>
        <w:t xml:space="preserve">[22:07] </w:t>
      </w:r>
      <w:r>
        <w:t>to isha ki namaz ke baad bistar par gaya to wahan par gadhe ka bistar tha, lihaf tha, odh ke so gaya.</w:t>
      </w:r>
    </w:p>
    <w:p>
      <w:pPr>
        <w:jc w:val="right"/>
      </w:pPr>
      <w:r>
        <w:t>تو عشاء کی نماز کے بعد بستر پر گیا تو وہاں پر گدھے کا بستر تھا، لحاف تھا، اوڑھ کے سو گیا۔</w:t>
      </w:r>
    </w:p>
    <w:p>
      <w:r>
        <w:rPr>
          <w:b/>
        </w:rPr>
        <w:t xml:space="preserve">[22:17] </w:t>
      </w:r>
      <w:r>
        <w:t>acchi neend aayi. raat bhar sota raha. phir subah ko utha to</w:t>
      </w:r>
    </w:p>
    <w:p>
      <w:pPr>
        <w:jc w:val="right"/>
      </w:pPr>
      <w:r>
        <w:t>اچھی نیند آئی۔ رات بھر سوتا رہا۔ پھر صبح کو اٹھا تو</w:t>
      </w:r>
    </w:p>
    <w:p>
      <w:r>
        <w:rPr>
          <w:b/>
        </w:rPr>
        <w:t xml:space="preserve">[22:28] </w:t>
      </w:r>
      <w:r>
        <w:t>ghusal karna tha. bathroom</w:t>
      </w:r>
    </w:p>
    <w:p>
      <w:pPr>
        <w:jc w:val="right"/>
      </w:pPr>
      <w:r>
        <w:t>غسل کرنا تھا۔ باتھ روم</w:t>
      </w:r>
    </w:p>
    <w:p>
      <w:r>
        <w:rPr>
          <w:b/>
        </w:rPr>
        <w:t xml:space="preserve">[22:31] </w:t>
      </w:r>
      <w:r>
        <w:t>mein gaya, aap jante hain ke thandak ka mausam yeh hai. to wahan par mein ne aik switch dabaya aur geyser chalne laga.</w:t>
      </w:r>
    </w:p>
    <w:p>
      <w:pPr>
        <w:jc w:val="right"/>
      </w:pPr>
      <w:r>
        <w:t>میں گیا، آپ جانتے ہیں کہ ٹھنڈک کا موسم یہ ہے۔ تو وہاں پر میں نے ایک سوئچ دبایا اور گیزر چلنے لگا۔</w:t>
      </w:r>
    </w:p>
    <w:p>
      <w:r>
        <w:rPr>
          <w:b/>
        </w:rPr>
        <w:t xml:space="preserve">[22:40] </w:t>
      </w:r>
      <w:r>
        <w:t>geyser mein pani garam hone laga. idhar tap ghumaya to pani aa raha hai is mein.</w:t>
      </w:r>
    </w:p>
    <w:p>
      <w:pPr>
        <w:jc w:val="right"/>
      </w:pPr>
      <w:r>
        <w:t>گیزر میں پانی گرم ہونے لگا۔ ادھر ٹیپ گھمایا تو پانی آ رہا ہے اس میں۔</w:t>
      </w:r>
    </w:p>
    <w:p>
      <w:r>
        <w:rPr>
          <w:b/>
        </w:rPr>
        <w:t xml:space="preserve">[22:50] </w:t>
      </w:r>
      <w:r>
        <w:t>to kuch der ke baad jab pani garam hoga to mein ne ghusal kiya garam pani se. toliye se hath budal posha.</w:t>
      </w:r>
    </w:p>
    <w:p>
      <w:pPr>
        <w:jc w:val="right"/>
      </w:pPr>
      <w:r>
        <w:t>تو کچھ دیر کے بعد جب پانی گرم ہوگا تو میں نے غسل کیا گرم پانی سے۔ تولیہ سے ہاتھ بڈل پوشا۔</w:t>
      </w:r>
    </w:p>
    <w:p>
      <w:r>
        <w:rPr>
          <w:b/>
        </w:rPr>
        <w:t xml:space="preserve">[23:02] </w:t>
      </w:r>
      <w:r>
        <w:t>phir bahar aaya kamre mein to wahan par hair dryer rakha hua tha. hair dryer se baal sukhaye, kapde badle.</w:t>
      </w:r>
    </w:p>
    <w:p>
      <w:pPr>
        <w:jc w:val="right"/>
      </w:pPr>
      <w:r>
        <w:t>پھر باہر آیا کمرے میں تو وہاں پر ہیئر ڈرائر رکھا ہوا تھا۔ ہیئر ڈرائر سے بال سکھائے، کپڑے بدلے۔</w:t>
      </w:r>
    </w:p>
    <w:p>
      <w:r>
        <w:rPr>
          <w:b/>
        </w:rPr>
        <w:t xml:space="preserve">[23:16] </w:t>
      </w:r>
      <w:r>
        <w:t>phir bahar aaya to suraj nikal chuka tha. ab wahan suraj mein baith gaya mein. do rakat namaz padhi mein ne Allah ka shukr ada karne ke liye.</w:t>
      </w:r>
    </w:p>
    <w:p>
      <w:pPr>
        <w:jc w:val="right"/>
      </w:pPr>
      <w:r>
        <w:t>پھر باہر آیا تو سورج نکل چکا تھا۔ اب وہاں سورج میں بیٹھ گیا میں۔ دو رکعت نماز پڑھی میں نے اللہ کا شکر ادا کرنے کے لیے۔</w:t>
      </w:r>
    </w:p>
    <w:p>
      <w:r>
        <w:rPr>
          <w:b/>
        </w:rPr>
        <w:t xml:space="preserve">[23:30] </w:t>
      </w:r>
      <w:r>
        <w:t>to shukr mein mein sharabor tha ke itni sari nematein hain, itni sari nematein hain, itni sari nematein hain.</w:t>
      </w:r>
    </w:p>
    <w:p>
      <w:pPr>
        <w:jc w:val="right"/>
      </w:pPr>
      <w:r>
        <w:t>تو شکر میں میں شرابور تھا کہ اتنی ساری نعمتیں ہیں، اتنی ساری نعمتیں ہیں، اتنی ساری نعمتیں ہیں۔</w:t>
      </w:r>
    </w:p>
    <w:p>
      <w:r>
        <w:rPr>
          <w:b/>
        </w:rPr>
        <w:t xml:space="preserve">[23:41] </w:t>
      </w:r>
      <w:r>
        <w:t>is ke baad jab akhbar uthaya to is mein kya tha? yeh aaj ka paper hai, aaj ka paper. aaj ka paper hai yeh.</w:t>
      </w:r>
    </w:p>
    <w:p>
      <w:pPr>
        <w:jc w:val="right"/>
      </w:pPr>
      <w:r>
        <w:t>اس کے بعد جب اخبار اٹھایا تو اس میں کیا تھا؟ یہ آج کا پیپر ہے، آج کا پیپر۔ آج کا پیپر ہے یہ۔</w:t>
      </w:r>
    </w:p>
    <w:p>
      <w:r>
        <w:rPr>
          <w:b/>
        </w:rPr>
        <w:t xml:space="preserve">[23:52] </w:t>
      </w:r>
      <w:r>
        <w:t>kya news is mein hai? is mein news hai ke 28 dead in Egypt clashes.</w:t>
      </w:r>
    </w:p>
    <w:p>
      <w:pPr>
        <w:jc w:val="right"/>
      </w:pPr>
      <w:r>
        <w:t>کیا نیوز اس میں ہے؟ اس میں نیوز ہے کہ 28 ڈیڈ ان ایجپٹ کلیشز۔</w:t>
      </w:r>
    </w:p>
    <w:p>
      <w:r>
        <w:rPr>
          <w:b/>
        </w:rPr>
        <w:t xml:space="preserve">[24:05] </w:t>
      </w:r>
      <w:r>
        <w:t>28 dead in Egypt clashes. yaani misr mein khud misriyon mein aapas mein takrao hua, khud musalmanon mein aapas mein takrao hua.</w:t>
      </w:r>
    </w:p>
    <w:p>
      <w:pPr>
        <w:jc w:val="right"/>
      </w:pPr>
      <w:r>
        <w:t>28 ڈیڈ ان ایجپٹ کلیشز۔ یعنی مصر میں خود مصریوں میں آپس میں ٹکراؤ ہوا، خود مسلمانوں میں آپس میں ٹکراؤ ہوا۔</w:t>
      </w:r>
    </w:p>
    <w:p>
      <w:r>
        <w:rPr>
          <w:b/>
        </w:rPr>
        <w:t xml:space="preserve">[24:19] </w:t>
      </w:r>
      <w:r>
        <w:t>aur is mein 28 mar gaye.</w:t>
      </w:r>
    </w:p>
    <w:p>
      <w:pPr>
        <w:jc w:val="right"/>
      </w:pPr>
      <w:r>
        <w:t>اور اس میں 28 مر گئے۔</w:t>
      </w:r>
    </w:p>
    <w:p>
      <w:r>
        <w:rPr>
          <w:b/>
        </w:rPr>
        <w:t xml:space="preserve">[24:25] </w:t>
      </w:r>
      <w:r>
        <w:t>ab is ke baad is mein bataya gaya hai, aap dekh rahe hain is mein aik aik tasveer hai aik juloos ki. woh tasveer mein kya hai?</w:t>
      </w:r>
    </w:p>
    <w:p>
      <w:pPr>
        <w:jc w:val="right"/>
      </w:pPr>
      <w:r>
        <w:t>اب اس کے بعد اس میں بتایا گیا ہے، آپ دیکھ رہے ہیں اس میں ایک ایک تصویر ہے ایک جلوس کی۔ وہ تصویر میں کیا ہے؟</w:t>
      </w:r>
    </w:p>
    <w:p>
      <w:r>
        <w:rPr>
          <w:b/>
        </w:rPr>
        <w:t xml:space="preserve">[24:34] </w:t>
      </w:r>
      <w:r>
        <w:t>woh banner uthaye hue hain. woh banner mein bohat si tasveerein lagi hui hain aur neeche likha hua "la nansakum".</w:t>
      </w:r>
    </w:p>
    <w:p>
      <w:pPr>
        <w:jc w:val="right"/>
      </w:pPr>
      <w:r>
        <w:t>وہ بینر اٹھائے ہوئے ہیں۔ وہ بینر میں بہت سی تصویریں لگی ہوئی ہیں اور نیچے لکھا ہوا "لا ننساکم"۔</w:t>
      </w:r>
    </w:p>
    <w:p>
      <w:r>
        <w:rPr>
          <w:b/>
        </w:rPr>
        <w:t xml:space="preserve">[24:45] </w:t>
      </w:r>
      <w:r>
        <w:t>pichlay saal jab ke Husni Mubarak ka aik daur khatam hua tha to bari dhoom thi Misr mein, bari dhoom thi.</w:t>
      </w:r>
    </w:p>
    <w:p>
      <w:pPr>
        <w:jc w:val="right"/>
      </w:pPr>
      <w:r>
        <w:t>پچھلے سال جب کہ حسنی مبارک کا ایک دور ختم ہوا تھا تو بڑی دھوم تھی مصر میں، بڑی دھوم تھی۔</w:t>
      </w:r>
    </w:p>
    <w:p>
      <w:r>
        <w:rPr>
          <w:b/>
        </w:rPr>
        <w:t xml:space="preserve">[24:58] </w:t>
      </w:r>
      <w:r>
        <w:t>is zamanay mein clash bhi ho gaya aur aur 70 aadmi mar gaye. to is ki yaad banane ke liye aaj salgirah thi, is ke baad banane ke liye jaloos nikla.</w:t>
      </w:r>
    </w:p>
    <w:p>
      <w:pPr>
        <w:jc w:val="right"/>
      </w:pPr>
      <w:r>
        <w:t>اس زمانے میں کلیش بھی ہو گیا اور اور 70 آدمی مر گئے۔ تو اس کی یاد بنانے کے لیے آج سالگرہ تھی، اس کے بعد بنانے کے لیے جلوس نکلا۔</w:t>
      </w:r>
    </w:p>
    <w:p>
      <w:r>
        <w:rPr>
          <w:b/>
        </w:rPr>
        <w:t xml:space="preserve">[25:12] </w:t>
      </w:r>
      <w:r>
        <w:t>in logon ki tasveerein hain jo pichlay saal maray thay, 70 aadmi. aur is mein neechay likha hua "la ninsakum". hum tum ko hargiz nahin bhoolen gay.</w:t>
      </w:r>
    </w:p>
    <w:p>
      <w:pPr>
        <w:jc w:val="right"/>
      </w:pPr>
      <w:r>
        <w:t>ان لوگوں کی تصویریں ہیں جو پچھلے سال مرے تھے، 70 آدمی۔ اور اس میں نیچے لکھا ہوا "لا ننساکم"۔ ہم تم کو ہرگز نہیں بھولیں گے۔</w:t>
      </w:r>
    </w:p>
    <w:p>
      <w:r>
        <w:rPr>
          <w:b/>
        </w:rPr>
        <w:t xml:space="preserve">[25:24] </w:t>
      </w:r>
      <w:r>
        <w:t>hum tum ko hargiz nahin bhoolen gay. aur phir jantay hain kya hua? dobara clash hua. abhi to first report mein 28 aaye hain.</w:t>
      </w:r>
    </w:p>
    <w:p>
      <w:pPr>
        <w:jc w:val="right"/>
      </w:pPr>
      <w:r>
        <w:t>ہم تم کو ہرگز نہیں بھولیں گے۔ اور پھر جانتے ہیں کیا ہوا؟ دوبارہ کلیش ہوا۔ ابھی تو فرسٹ رپورٹ میں 28 آئے ہیں۔</w:t>
      </w:r>
    </w:p>
    <w:p>
      <w:r>
        <w:rPr>
          <w:b/>
        </w:rPr>
        <w:t xml:space="preserve">[25:34] </w:t>
      </w:r>
      <w:r>
        <w:t>abhi ya kal parson jo report aayi, kyunkay injury to bohat sari hoti hai.</w:t>
      </w:r>
    </w:p>
    <w:p>
      <w:pPr>
        <w:jc w:val="right"/>
      </w:pPr>
      <w:r>
        <w:t>ابھی یا کل پرسوں جو رپورٹ آئی، کیونکہ انجری تو بہت ساری ہوتی ہے۔</w:t>
      </w:r>
    </w:p>
    <w:p>
      <w:r>
        <w:rPr>
          <w:b/>
        </w:rPr>
        <w:t xml:space="preserve">[25:39] </w:t>
      </w:r>
      <w:r>
        <w:t>yeh tadaad kahan tak pahunch jaye? ho sakta hai dobara 70 aadmi mar jayen.</w:t>
      </w:r>
    </w:p>
    <w:p>
      <w:pPr>
        <w:jc w:val="right"/>
      </w:pPr>
      <w:r>
        <w:t>یہ تعداد کہاں تک پہنچ جائے؟ ہو سکتا ہے دوبارہ 70 آدمی مر جائیں۔</w:t>
      </w:r>
    </w:p>
    <w:p>
      <w:r>
        <w:rPr>
          <w:b/>
        </w:rPr>
        <w:t xml:space="preserve">[25:46] </w:t>
      </w:r>
      <w:r>
        <w:t>to main nay socha ke dekhiye main bhi aik insaan hoon. main to shukr mein sarsar tha bilkul.</w:t>
      </w:r>
    </w:p>
    <w:p>
      <w:pPr>
        <w:jc w:val="right"/>
      </w:pPr>
      <w:r>
        <w:t>تو میں نے سوچا کہ دیکھیے میں بھی ایک انسان ہوں۔ میں تو شکر میں سرسار تھا بالکل۔</w:t>
      </w:r>
    </w:p>
    <w:p>
      <w:r>
        <w:rPr>
          <w:b/>
        </w:rPr>
        <w:t xml:space="preserve">[25:56] </w:t>
      </w:r>
      <w:r>
        <w:t>aur akhbar news de raha hai nashukri ki.</w:t>
      </w:r>
    </w:p>
    <w:p>
      <w:pPr>
        <w:jc w:val="right"/>
      </w:pPr>
      <w:r>
        <w:t>اور اخبار نیوز دے رہا ہے ناشکری کی۔</w:t>
      </w:r>
    </w:p>
    <w:p>
      <w:r>
        <w:rPr>
          <w:b/>
        </w:rPr>
        <w:t xml:space="preserve">[26:03] </w:t>
      </w:r>
      <w:r>
        <w:t>to yahi farq hai, in logon nay focus kar rakha hai is cheez par jo nahin mila.</w:t>
      </w:r>
    </w:p>
    <w:p>
      <w:pPr>
        <w:jc w:val="right"/>
      </w:pPr>
      <w:r>
        <w:t>تو یہی فرق ہے، ان لوگوں نے فوکس کر رکھا ہے اس چیز پر جو نہیں ملا۔</w:t>
      </w:r>
    </w:p>
    <w:p>
      <w:r>
        <w:rPr>
          <w:b/>
        </w:rPr>
        <w:t xml:space="preserve">[26:10] </w:t>
      </w:r>
      <w:r>
        <w:t>aur Allah ke fazal se main nay focus kar rakha tha is par jo mujh ko mila.</w:t>
      </w:r>
    </w:p>
    <w:p>
      <w:pPr>
        <w:jc w:val="right"/>
      </w:pPr>
      <w:r>
        <w:t>اور اللہ کے فضل سے میں نے فوکس کر رکھا تھا اس پر جو مجھ کو ملا۔</w:t>
      </w:r>
    </w:p>
    <w:p>
      <w:r>
        <w:rPr>
          <w:b/>
        </w:rPr>
        <w:t xml:space="preserve">[26:20] </w:t>
      </w:r>
      <w:r>
        <w:t>yahi kahani tareekh mein dohrai ja rahi hai. har lamha aap ko hazaron cheezein mili hui hain, hazaron nahin billion billion cheezein mili hui hain. is par focus kijiye.</w:t>
      </w:r>
    </w:p>
    <w:p>
      <w:pPr>
        <w:jc w:val="right"/>
      </w:pPr>
      <w:r>
        <w:t>یہی کہانی تاریخ میں دہرائی جا رہی ہے۔ ہر لمحہ آپ کو ہزاروں چیزیں ملی ہوئی ہیں، ہزاروں نہیں بلین بلین چیزیں ملی ہوئی ہیں۔ اس پر فوکس کیجیے۔</w:t>
      </w:r>
    </w:p>
    <w:p>
      <w:r>
        <w:rPr>
          <w:b/>
        </w:rPr>
        <w:t xml:space="preserve">[26:29] </w:t>
      </w:r>
      <w:r>
        <w:t>lekin shaitan kya karta hai? wahan se hata kar ke na milay par focus karta hai. aur phir aap negative ho jatay hain.</w:t>
      </w:r>
    </w:p>
    <w:p>
      <w:pPr>
        <w:jc w:val="right"/>
      </w:pPr>
      <w:r>
        <w:t>لیکن شیطان کیا کرتا ہے؟ وہاں سے ہٹا کر کے نہ ملے پر فوکس کرتا ہے۔ اور پھر آپ نیگیٹیو ہو جاتے ہیں۔</w:t>
      </w:r>
    </w:p>
    <w:p>
      <w:r>
        <w:rPr>
          <w:b/>
        </w:rPr>
        <w:t xml:space="preserve">[26:39] </w:t>
      </w:r>
      <w:r>
        <w:t>yeh jo jo log jaloos nikale hue thay Egypt mein, aap TV pe dekhiye. khoob healthy log hain, well dressed hain.</w:t>
      </w:r>
    </w:p>
    <w:p>
      <w:pPr>
        <w:jc w:val="right"/>
      </w:pPr>
      <w:r>
        <w:t>یہ جو جو لوگ جلوس نکالے ہوئے تھے ایجپٹ میں، آپ ٹی وی پہ دیکھیے۔ خوب ہیلتھی لوگ ہیں، ویل ڈریسڈ ہیں۔</w:t>
      </w:r>
    </w:p>
    <w:p>
      <w:r>
        <w:rPr>
          <w:b/>
        </w:rPr>
        <w:t xml:space="preserve">[26:51] </w:t>
      </w:r>
      <w:r>
        <w:t>musalmanon ko bohat si cheezein mili hui hain.</w:t>
      </w:r>
    </w:p>
    <w:p>
      <w:pPr>
        <w:jc w:val="right"/>
      </w:pPr>
      <w:r>
        <w:t>مسلمانوں کو بہت سی چیزیں ملی ہوئی ہیں۔</w:t>
      </w:r>
    </w:p>
    <w:p>
      <w:r>
        <w:rPr>
          <w:b/>
        </w:rPr>
        <w:t xml:space="preserve">[26:56] </w:t>
      </w:r>
      <w:r>
        <w:t>agar mili hui na hotay to kahan se itna healthy body hota? kahan se itnay achhay kapray pehnay hue hotay woh? to already unhein bohat kuch mila hua hai.</w:t>
      </w:r>
    </w:p>
    <w:p>
      <w:pPr>
        <w:jc w:val="right"/>
      </w:pPr>
      <w:r>
        <w:t>اگر ملے ہوئے نہ ہوتے تو کہاں سے اتنا ہیلتھی باڈی ہوتا؟ کہاں سے اتنے اچھے کپڑے پہنے ہوئے ہوتے وہ؟ تو آل ریڈی انہیں بہت کچھ ملا ہوا ہے۔</w:t>
      </w:r>
    </w:p>
    <w:p>
      <w:r>
        <w:rPr>
          <w:b/>
        </w:rPr>
        <w:t xml:space="preserve">[27:10] </w:t>
      </w:r>
      <w:r>
        <w:t>aur jo cheez nahin mili hui hai woh billion trillion mein aik se bhi kam hai. is ko lay kar kahain gay "la ninsakum, la ninsakum".</w:t>
      </w:r>
    </w:p>
    <w:p>
      <w:pPr>
        <w:jc w:val="right"/>
      </w:pPr>
      <w:r>
        <w:t>اور جو چیز نہیں ملی ہوئی ہے وہ بلین ٹریلینز میں ایک سے بھی کم ہے۔ اس کو لے کر کہیں گے "لا ننساکم، لا ننساکم"۔</w:t>
      </w:r>
    </w:p>
    <w:p>
      <w:r>
        <w:rPr>
          <w:b/>
        </w:rPr>
        <w:t xml:space="preserve">[27:20] </w:t>
      </w:r>
      <w:r>
        <w:t>yani khoyay hue ko hum nahin bhoolen gay.</w:t>
      </w:r>
    </w:p>
    <w:p>
      <w:pPr>
        <w:jc w:val="right"/>
      </w:pPr>
      <w:r>
        <w:t>یعنی کھوئے ہوئے کو ہم نہیں بھولیں گے۔</w:t>
      </w:r>
    </w:p>
    <w:p>
      <w:r>
        <w:rPr>
          <w:b/>
        </w:rPr>
        <w:t xml:space="preserve">[27:25] </w:t>
      </w:r>
      <w:r>
        <w:t>ab dekhiye main aik aur baat arz karna chahta hoon. yeh sab Islam ke naam par ho raha hai. yeh jo ho raha hai Egypt mein Islam ke naam par ho raha hai.</w:t>
      </w:r>
    </w:p>
    <w:p>
      <w:pPr>
        <w:jc w:val="right"/>
      </w:pPr>
      <w:r>
        <w:t>اب دیکھیے میں ایک اور بات عرض کرنا چاہتا ہوں۔ یہ سب اسلام کے نام پر ہو رہا ہے۔ یہ جو ہو رہا ہے ایجپٹ میں اسلام کے نام پر ہو رہا ہے۔</w:t>
      </w:r>
    </w:p>
    <w:p>
      <w:r>
        <w:rPr>
          <w:b/>
        </w:rPr>
        <w:t xml:space="preserve">[27:37] </w:t>
      </w:r>
      <w:r>
        <w:t>aur jab yeh Husni Mubarak gaye aur All Ikhwan al-Muslimin ka izhaar aaya to shayad musalman khush ho, khush ho gaye, Islam aa gaya, Islam aa gaya, Islam aa gaya.</w:t>
      </w:r>
    </w:p>
    <w:p>
      <w:pPr>
        <w:jc w:val="right"/>
      </w:pPr>
      <w:r>
        <w:t>اور جب یہ حسنی مبارک گئے اور آل اخوان المسلمین کا اظہار آیا تو شاید مسلمان خوش ہو، خوش ہو گئے، اسلام آ گیا، اسلام آ گیا، اسلام آ گیا۔</w:t>
      </w:r>
    </w:p>
    <w:p>
      <w:r>
        <w:rPr>
          <w:b/>
        </w:rPr>
        <w:t xml:space="preserve">[27:51] </w:t>
      </w:r>
      <w:r>
        <w:t>Islam aa gaya ya Satanic culture aa gaya? ab main aap ko compare karne ke liye misaal deta hoon.</w:t>
      </w:r>
    </w:p>
    <w:p>
      <w:pPr>
        <w:jc w:val="right"/>
      </w:pPr>
      <w:r>
        <w:t>اسلام آ گیا یا سیٹن کلچر آ گیا؟ اب میں آپ کو کمپیئر کرنے کے لیے مثال دیتا ہوں۔</w:t>
      </w:r>
    </w:p>
    <w:p>
      <w:r>
        <w:rPr>
          <w:b/>
        </w:rPr>
        <w:t xml:space="preserve">[28:00] </w:t>
      </w:r>
      <w:r>
        <w:t>Islam kya cheez hai aur Satanic culture kya cheez hai? Rasool Allah Sal Allahu Alaihi Wasallam ke zamanay mein kuch ghazwaat huay, is mein se aik ghazwa ka naam hai Ghazwa Uhud.</w:t>
      </w:r>
    </w:p>
    <w:p>
      <w:pPr>
        <w:jc w:val="right"/>
      </w:pPr>
      <w:r>
        <w:t>اسلام کیا چیز ہے اور سیٹنک کلچر کیا چیز ہے؟ رسول اللہ صلی اللہ علیہ وسلم کے زمانے میں کچھ غزوات ہوئے، اس میں سے ایک غزوہ کا نام ہے غزوہ احد۔</w:t>
      </w:r>
    </w:p>
    <w:p>
      <w:r>
        <w:rPr>
          <w:b/>
        </w:rPr>
        <w:t xml:space="preserve">[28:12] </w:t>
      </w:r>
      <w:r>
        <w:t>Ghazwa Uhud mein 70 Sahabi maray gaye thay. 70 Sahaba maray gaye thay.</w:t>
      </w:r>
    </w:p>
    <w:p>
      <w:pPr>
        <w:jc w:val="right"/>
      </w:pPr>
      <w:r>
        <w:t>غزوہ احد میں 70 صحابی مارے گئے تھے۔ 70 صحابہ مارے گئے تھے۔</w:t>
      </w:r>
    </w:p>
    <w:p>
      <w:r>
        <w:rPr>
          <w:b/>
        </w:rPr>
        <w:t xml:space="preserve">[28:21] </w:t>
      </w:r>
      <w:r>
        <w:t>is ke baad Rasool Allah nay kya kiya? Jesus Sudan nay kya kiya? ke negotiation kar ke, negotiation kar ke yahan tak ke aap nay Hudaybiyyah agreement kar liya, yani peace agreement.</w:t>
      </w:r>
    </w:p>
    <w:p>
      <w:pPr>
        <w:jc w:val="right"/>
      </w:pPr>
      <w:r>
        <w:t>اس کے بعد رسول اللہ نے کیا کیا؟ یسوع سودان نے کیا کیا؟ کہ نیگوشی ایشن کر کے، نیگوشی ایشن کر کے یہاں تک کہ آپ نے حدیبیہ ایگریمنٹ کر لیا، یعنی پیس ایگریمنٹ۔</w:t>
      </w:r>
    </w:p>
    <w:p>
      <w:r>
        <w:rPr>
          <w:b/>
        </w:rPr>
        <w:t xml:space="preserve">[28:36] </w:t>
      </w:r>
      <w:r>
        <w:t>agar aap yahi karte jo yeh dikha rahay hain ke hum Uhud ke shuhada ko nahin bhoolen gay, Uhud ke shuhada ko nahin bhoolen gay, "la ninsakum, la ninsakum" to kya hota?</w:t>
      </w:r>
    </w:p>
    <w:p>
      <w:pPr>
        <w:jc w:val="right"/>
      </w:pPr>
      <w:r>
        <w:t>اگر آپ یہی کرتے جو یہ دکھا رہے ہیں کہ ہم احد کے شہداء کو نہیں بھولیں گے، احد کے شہداء کو نہیں بھولیں گے، "لا ننساکم، لا ننساکم" تو کیا ہوتا؟</w:t>
      </w:r>
    </w:p>
    <w:p>
      <w:r>
        <w:rPr>
          <w:b/>
        </w:rPr>
        <w:t xml:space="preserve">[28:51] </w:t>
      </w:r>
      <w:r>
        <w:t>Hudaybiyyah ka peace agreement na hota aur phir kya hota? Islam ki tareekh hi na banti. yeh jo Middle East hai woh bhi na banta.</w:t>
      </w:r>
    </w:p>
    <w:p>
      <w:pPr>
        <w:jc w:val="right"/>
      </w:pPr>
      <w:r>
        <w:t>حدیبیہ کا پیس ایگریمنٹ نہ ہوتا اور پھر کیا ہوتا؟ اسلام کی تاریخ ہی نہ بنتی۔ یہ جو مڈل ایسٹ ہے وہ بھی نہ بنتا۔</w:t>
      </w:r>
    </w:p>
    <w:p>
      <w:r>
        <w:rPr>
          <w:b/>
        </w:rPr>
        <w:t xml:space="preserve">[29:02] </w:t>
      </w:r>
      <w:r>
        <w:t>yeh jo muslim dunya hai woh bhi na banti.</w:t>
      </w:r>
    </w:p>
    <w:p>
      <w:pPr>
        <w:jc w:val="right"/>
      </w:pPr>
      <w:r>
        <w:t>یہ جو مسلم دنیا ہے وہ بھی نہ بنتی۔</w:t>
      </w:r>
    </w:p>
    <w:p>
      <w:r>
        <w:rPr>
          <w:b/>
        </w:rPr>
        <w:t xml:space="preserve">[29:07] </w:t>
      </w:r>
      <w:r>
        <w:t>kuch bhi na hota. islam ki tareekh mein dafan ho jati.</w:t>
      </w:r>
    </w:p>
    <w:p>
      <w:pPr>
        <w:jc w:val="right"/>
      </w:pPr>
      <w:r>
        <w:t>کچھ بھی نہ ہوتا۔ اسلام کی تاریخ میں دفن ہو جاتی۔</w:t>
      </w:r>
    </w:p>
    <w:p>
      <w:r>
        <w:rPr>
          <w:b/>
        </w:rPr>
        <w:t xml:space="preserve">[29:14] </w:t>
      </w:r>
      <w:r>
        <w:t>to quran mein hai ke "gham bagham lakla tasay ma faatakum la tahrobu ma aataakum".</w:t>
      </w:r>
    </w:p>
    <w:p>
      <w:pPr>
        <w:jc w:val="right"/>
      </w:pPr>
      <w:r>
        <w:t>تو قرآن میں ہے کہ "غم بغم لکلا تاسع مافاتکم لا تحروب ما عطاکم"۔</w:t>
      </w:r>
    </w:p>
    <w:p>
      <w:r>
        <w:rPr>
          <w:b/>
        </w:rPr>
        <w:t xml:space="preserve">[29:25] </w:t>
      </w:r>
      <w:r>
        <w:t>isi ke baad yeh ayat utar gayi uhud ke baad ke gham to pada hai lekin is ko bhulana pare ga tum ko. "gham bagham lakla tasay ma faatakum la tahrobu ma aataakum".</w:t>
      </w:r>
    </w:p>
    <w:p>
      <w:pPr>
        <w:jc w:val="right"/>
      </w:pPr>
      <w:r>
        <w:t>اسی کے بعد یہ آیت اتر گئی احد کے بعد کہ غم تو پڑا ہے لیکن اس کو بھلانا پڑے گا تم کو۔ "غم بغم لکلا تاسع مافاتکم لا تحروب ما عطاکم"۔</w:t>
      </w:r>
    </w:p>
    <w:p>
      <w:r>
        <w:rPr>
          <w:b/>
        </w:rPr>
        <w:t xml:space="preserve">[29:37] </w:t>
      </w:r>
      <w:r>
        <w:t>yeh jo waqea pesh aaya ke uhud mein 70 sahabi shaheed ho gaye, is ko bhulao.</w:t>
      </w:r>
    </w:p>
    <w:p>
      <w:pPr>
        <w:jc w:val="right"/>
      </w:pPr>
      <w:r>
        <w:t>یہ جو واقعہ پیش آیا کہ احد میں 70 صحابی شہید ہو گئے، اس کو بھلاؤ۔</w:t>
      </w:r>
    </w:p>
    <w:p>
      <w:r>
        <w:rPr>
          <w:b/>
        </w:rPr>
        <w:t xml:space="preserve">[29:48] </w:t>
      </w:r>
      <w:r>
        <w:t>yani is ko bhulao aur aur re planning karo. is ko bhula kar ke is ko peechay daal do. future ki re planning karo.</w:t>
      </w:r>
    </w:p>
    <w:p>
      <w:pPr>
        <w:jc w:val="right"/>
      </w:pPr>
      <w:r>
        <w:t>یعنی اس کو بھلاؤ اور اور ری پلاننگ کرو۔ اس کو بھلا کر کے اس کو پیچھے ڈال دو۔ فیوچر کی ری پلاننگ کرو۔</w:t>
      </w:r>
    </w:p>
    <w:p>
      <w:r>
        <w:rPr>
          <w:b/>
        </w:rPr>
        <w:t xml:space="preserve">[30:00] </w:t>
      </w:r>
      <w:r>
        <w:t>woh kia re planning thi? ke aap ne peace agreement kar liya inhi logon se jinho ne 70 aadmiyon ko shaheed kiya tha. inhi logon se kar liya aap ne. woh bhi unilateral sharton par.</w:t>
      </w:r>
    </w:p>
    <w:p>
      <w:pPr>
        <w:jc w:val="right"/>
      </w:pPr>
      <w:r>
        <w:t>وہ کیا ری پلاننگ تھی؟ کہ آپ نے پیس ایگریمنٹ کر لیا انہی لوگوں سے جنہوں نے 70 آدمیوں کو شہید کیا تھا۔ انہی لوگوں سے کر لیا آپ نے۔ وہ بھی یونائٹرل شرطوں پر۔</w:t>
      </w:r>
    </w:p>
    <w:p>
      <w:r>
        <w:rPr>
          <w:b/>
        </w:rPr>
        <w:t xml:space="preserve">[30:12] </w:t>
      </w:r>
      <w:r>
        <w:t>ab yeh dekhiye yeh misr mein islam aaya hai ke satanic culture aaya hai. aap ghor kijiye. yahan par 70 aadmi mare gaye rasool allah ke zamanay mein to 70 aadmiyon ko bhula kar ke rasool allah ne peace agreement kiya.</w:t>
      </w:r>
    </w:p>
    <w:p>
      <w:pPr>
        <w:jc w:val="right"/>
      </w:pPr>
      <w:r>
        <w:t>اب یہ دیکھیے یہ مصر میں اسلام آیا ہے کہ سیٹنک کلچر آیا ہے۔ آپ غور کیجیے۔ یہاں پر 70 آدمی مارے گئے رسول اللہ کے زمانے میں تو 70 آدمیوں کو بھلا کر کے رسول اللہ نے پیس ایگریمنٹ کیا۔</w:t>
      </w:r>
    </w:p>
    <w:p>
      <w:r>
        <w:rPr>
          <w:b/>
        </w:rPr>
        <w:t xml:space="preserve">[30:31] </w:t>
      </w:r>
      <w:r>
        <w:t>aur yahan par kia hai? ke 70 aadmi mare gaye to isi ko kehte hain "la nansakum, la nansakum". hum tum ko kabhi nahi bhoolenge. aur phir dobara aaj to 28 ke marne ki khabar hai.</w:t>
      </w:r>
    </w:p>
    <w:p>
      <w:pPr>
        <w:jc w:val="right"/>
      </w:pPr>
      <w:r>
        <w:t>اور یہاں پر کیا ہے؟ کہ 70 آدمی مارے گئے تو اسی کو کہتے ہیں "لا ننساکم، لا ننساکم"۔ ہم تم کو کبھی نہیں بھولیں گے۔ اور پھر دوبارہ آج تو 28 کے مرنے کی خبر ہے۔</w:t>
      </w:r>
    </w:p>
    <w:p>
      <w:r>
        <w:rPr>
          <w:b/>
        </w:rPr>
        <w:t xml:space="preserve">[30:43] </w:t>
      </w:r>
      <w:r>
        <w:t>jaldi ho sakta hai dobara 70 aadmiyon ke marne ki khabar aa jaye kyunke bohat se zakhmi hue hain. yeh sab islam nahi hai</w:t>
      </w:r>
    </w:p>
    <w:p>
      <w:pPr>
        <w:jc w:val="right"/>
      </w:pPr>
      <w:r>
        <w:t>جلدی ہو سکتا ہے دوبارہ 70 آدمیوں کے مرنے کی خبر آ جائے کیونکہ بہت سے زخمی ہوئے ہیں۔ یہ سب اسلام نہیں ہے</w:t>
      </w:r>
    </w:p>
    <w:p>
      <w:r>
        <w:rPr>
          <w:b/>
        </w:rPr>
        <w:t xml:space="preserve">[30:52] </w:t>
      </w:r>
      <w:r>
        <w:t>yeh. yeh wohi hai ke satan jo hai jo us ne kaha tha ke "la tanku dhuriyatahum illa qaleela".</w:t>
      </w:r>
    </w:p>
    <w:p>
      <w:pPr>
        <w:jc w:val="right"/>
      </w:pPr>
      <w:r>
        <w:t>یہ۔ یہ وہی ہے کہ سیٹن جو ہے جو اس نے کہا تھا کہ "لا تنکن ذریتھم الا قلیلا"۔</w:t>
      </w:r>
    </w:p>
    <w:p>
      <w:r>
        <w:rPr>
          <w:b/>
        </w:rPr>
        <w:t xml:space="preserve">[31:00] </w:t>
      </w:r>
      <w:r>
        <w:t>yani na mile hue par focus daal kar ke musalmanon ko negative banaya hua hai. sari dunya musalmanon ka haal yeh kar rakha hai is ne.</w:t>
      </w:r>
    </w:p>
    <w:p>
      <w:pPr>
        <w:jc w:val="right"/>
      </w:pPr>
      <w:r>
        <w:t>یعنی نہ ملے ہوئے پر فوکس ڈال کر کے مسلمانوں کو نیگیٹیو بنایا ہوا ہے۔ ساری دنیا مسلمانوں کا حال یہ کر رکھا ہے اس نے۔</w:t>
      </w:r>
    </w:p>
    <w:p>
      <w:r>
        <w:rPr>
          <w:b/>
        </w:rPr>
        <w:t xml:space="preserve">[31:14] </w:t>
      </w:r>
      <w:r>
        <w:t>individual bhi isi mein phansa hua hai aur poori ummat yeh bhi isi mein phansi hui hai. poori community bhi isi mein phansi hui hai.</w:t>
      </w:r>
    </w:p>
    <w:p>
      <w:pPr>
        <w:jc w:val="right"/>
      </w:pPr>
      <w:r>
        <w:t>انڈیویجول بھی اسی میں پھنسا ہوا ہے اور پوری امت یہ بھی اسی میں پھنسی ہوئی ہے۔ پوری کمیونٹی بھی اسی میں پھنسی ہوئی ہے۔</w:t>
      </w:r>
    </w:p>
    <w:p>
      <w:r>
        <w:rPr>
          <w:b/>
        </w:rPr>
        <w:t xml:space="preserve">[31:21] </w:t>
      </w:r>
      <w:r>
        <w:t>sare log, sare musalman jo shikayatein karte hain, aap is se poochein kis kis liye tum shikayatein karte ho? kis liye protest karte ho? abhi dekhiye jaipur mein jo function hua hai jis mein ke bohat bara asia ka bara function hota hai, woh bare bare writers aate hain.</w:t>
      </w:r>
    </w:p>
    <w:p>
      <w:pPr>
        <w:jc w:val="right"/>
      </w:pPr>
      <w:r>
        <w:t>سارے لوگ، سارے مسلمان جو شکایتیں کرتے ہیں، آپ اس سے پوچھیں کس کس لیے تم شکایتیں کرتے ہو؟ کس لیے پروٹیسٹ کرتے ہو؟ ابھی دیکھیے جیپور میں جو فنکشن ہوا ہے جس میں کہ بہت بڑا ایشیا کا بڑا فنکشن ہوتا ہے، وہ بڑے بڑے رائٹرز آتے ہیں۔</w:t>
      </w:r>
    </w:p>
    <w:p>
      <w:r>
        <w:rPr>
          <w:b/>
        </w:rPr>
        <w:t xml:space="preserve">[31:43] </w:t>
      </w:r>
      <w:r>
        <w:t>to deoband se fatwa nikla ke wahan par jin logon ne rushdie ke ki baat boli thi, unho ne kuch saath diya tha, un ka aap aana band karo.</w:t>
      </w:r>
    </w:p>
    <w:p>
      <w:pPr>
        <w:jc w:val="right"/>
      </w:pPr>
      <w:r>
        <w:t>تو دیوبند سے فتویٰ نکلا کہ وہاں پر جن لوگوں نے رشدی کے کی بات بولی تھی، انہوں نے کچھ ساتھ دیا تھا، ان کا آپ آنا بند کرو۔</w:t>
      </w:r>
    </w:p>
    <w:p>
      <w:r>
        <w:rPr>
          <w:b/>
        </w:rPr>
        <w:t xml:space="preserve">[32:01] </w:t>
      </w:r>
      <w:r>
        <w:t>aur hamari team allah ke fazal se is ne kia socha? yeh to mauqa hai, yeh to opportunity hai. log wahan ikhatta ho rahe hain, daudo. to mere kahe baghair daud ke gaye log, wahan logon ne quran distribute kiya.</w:t>
      </w:r>
    </w:p>
    <w:p>
      <w:pPr>
        <w:jc w:val="right"/>
      </w:pPr>
      <w:r>
        <w:t>اور ہماری ٹیم اللہ کے فضل سے اس نے کیا سوچا؟ یہ تو موقع ہے، یہ تو اپرچونیٹی ہے۔ لوگ وہاں اکٹھے اکٹھا ہو رہے ہیں، دوڑو۔ تو میرے کہے بغیر دوڑ کے گئے لوگ، وہاں لوگوں نے قرآن ڈسٹریبیوٹ کیا۔</w:t>
      </w:r>
    </w:p>
    <w:p>
      <w:r>
        <w:rPr>
          <w:b/>
        </w:rPr>
        <w:t xml:space="preserve">[32:20] </w:t>
      </w:r>
      <w:r>
        <w:t>to wohi jo angrezi ki ek line hai, line hai ke "two men saw out of the prison bar, one saw the mud, the other saw the stars".</w:t>
      </w:r>
    </w:p>
    <w:p>
      <w:pPr>
        <w:jc w:val="right"/>
      </w:pPr>
      <w:r>
        <w:t>تو وہی جو انگریزی کی ایک لائن ہے، لائن ہے کہ "ٹو مین سا آؤٹ آف دا پریزن بار، ون سا دی مڈ، دی ادر سا دی سٹار"۔</w:t>
      </w:r>
    </w:p>
    <w:p>
      <w:r>
        <w:rPr>
          <w:b/>
        </w:rPr>
        <w:t xml:space="preserve">[32:31] </w:t>
      </w:r>
      <w:r>
        <w:t>yani kuch logon ko negative angle dekhne mein, yani un ko khushi milti hai, kuch logon ko positive angle dekhne mein khushi milti hai.</w:t>
      </w:r>
    </w:p>
    <w:p>
      <w:pPr>
        <w:jc w:val="right"/>
      </w:pPr>
      <w:r>
        <w:t>یعنی کچھ لوگوں کو نیگیٹیو اینگل دیکھنے میں، یعنی ان کو خوشی ملتی ہے، کچھ لوگوں کو پازیٹیو اینگل دیکھنے میں خوشی ملتی ہے۔</w:t>
      </w:r>
    </w:p>
    <w:p>
      <w:r>
        <w:rPr>
          <w:b/>
        </w:rPr>
        <w:t xml:space="preserve">[32:41] </w:t>
      </w:r>
      <w:r>
        <w:t>jo cheezon ko negative angle se dekhna jo hai, woh satanic ka kaam hai, satan ka kaam hai. aur positive angle se dekhna yeh iman walon ka kaam hai, farishton ka kaam kaam hai.</w:t>
      </w:r>
    </w:p>
    <w:p>
      <w:pPr>
        <w:jc w:val="right"/>
      </w:pPr>
      <w:r>
        <w:t>جو چیزوں کو نیگیٹیو اینگل سے دیکھنا جو ہے، وہ سیٹنک کا کام ہے، سیٹن کا کام ہے۔ اور پازیٹیو اینگل سے دیکھنا یہ ایمان والوں کا کام ہے، فرشتوں کا کام کام ہے۔</w:t>
      </w:r>
    </w:p>
    <w:p>
      <w:r>
        <w:rPr>
          <w:b/>
        </w:rPr>
        <w:t xml:space="preserve">[32:55] </w:t>
      </w:r>
      <w:r>
        <w:t>yani itne sare log ikhatta ho rahe hain</w:t>
      </w:r>
    </w:p>
    <w:p>
      <w:pPr>
        <w:jc w:val="right"/>
      </w:pPr>
      <w:r>
        <w:t>یعنی اتنے سارے لوگ اکٹھا ہو رہے ہیں</w:t>
      </w:r>
    </w:p>
    <w:p>
      <w:r>
        <w:rPr>
          <w:b/>
        </w:rPr>
        <w:t xml:space="preserve">[33:01] </w:t>
      </w:r>
      <w:r>
        <w:t>jaipur mein to aap khush ho jaiye ke aap ko free mein mil raha hai aik aik audience, aik majma. jaise rasool allah sallallahu alaihi wasallam jaate thay iswaq mein, wahan bhi aise hi hota tha iswaq.</w:t>
      </w:r>
    </w:p>
    <w:p>
      <w:pPr>
        <w:jc w:val="right"/>
      </w:pPr>
      <w:r>
        <w:t>جیپور میں تو آپ خوش ہو جائیے کہ آپ کو فری میں مل رہا ہے ایک ایک آڈینس، ایک مجمع۔ جیسے رسول اللہ صلی اللہ علیہ وسلم جاتے تھے اسواق میں، وہاں بھی ایسے ہی ہوتا تھا اسواق۔</w:t>
      </w:r>
    </w:p>
    <w:p>
      <w:r>
        <w:rPr>
          <w:b/>
        </w:rPr>
        <w:t xml:space="preserve">[33:15] </w:t>
      </w:r>
      <w:r>
        <w:t>to yeh to wohi hai, wahan ja kar logon ko islam pahunchaiye, logon se interact kijiye. logon ke aaj ki soch kia hai, us ko janiye, us ke mutabiq planning kijiye dawah work ki.</w:t>
      </w:r>
    </w:p>
    <w:p>
      <w:pPr>
        <w:jc w:val="right"/>
      </w:pPr>
      <w:r>
        <w:t>تو یہ تو وہی ہے، وہاں جا کر لوگوں کو اسلام پہنچائیے، لوگوں سے انٹریکٹ کیجیے۔ لوگوں کے آج کی سوچ کیا ہے، اس کو جانیے، اس کے مطابق پلاننگ کیجیے دعوت ورک کی۔</w:t>
      </w:r>
    </w:p>
    <w:p>
      <w:r>
        <w:rPr>
          <w:b/>
        </w:rPr>
        <w:t xml:space="preserve">[33:29] </w:t>
      </w:r>
      <w:r>
        <w:t>yeh sab kijiye, quran pahunchaiye. yeh kia fatwa de rahe hain? yeh islam nahi hai, yeh sab ya bilashuba satanic</w:t>
      </w:r>
    </w:p>
    <w:p>
      <w:pPr>
        <w:jc w:val="right"/>
      </w:pPr>
      <w:r>
        <w:t>یہ سب کیجیے، قرآن پہنچائیے۔ یہ کیا فتویٰ دے رہے ہیں؟ یہ اسلام نہیں ہے، یہ سب یا بلاشبہ سیٹنک</w:t>
      </w:r>
    </w:p>
    <w:p>
      <w:r>
        <w:rPr>
          <w:b/>
        </w:rPr>
        <w:t xml:space="preserve">[33:38] </w:t>
      </w:r>
      <w:r>
        <w:t>culture hai. yeh yaad rakhiye jo individual, jo community, jo qaum mile hue par focus na kar ke, na mile hue par focus kare, woh bilashuba shaitan ko follow kar raha hai.</w:t>
      </w:r>
    </w:p>
    <w:p>
      <w:pPr>
        <w:jc w:val="right"/>
      </w:pPr>
      <w:r>
        <w:t>کلچر ہے۔ یہ یاد رکھیے جو انڈیویجول، جو کمیونٹی، جو قوم ملے ہوئے پر فوکس نہ کر کے، نہ ملے ہوئے پر فوکس کرے، وہ بلاشبہ شیطان کو فالو کر رہا ہے۔</w:t>
      </w:r>
    </w:p>
    <w:p>
      <w:r>
        <w:rPr>
          <w:b/>
        </w:rPr>
        <w:t xml:space="preserve">[33:52] </w:t>
      </w:r>
      <w:r>
        <w:t>woh "the followers of satan".</w:t>
      </w:r>
    </w:p>
    <w:p>
      <w:pPr>
        <w:jc w:val="right"/>
      </w:pPr>
      <w:r>
        <w:t>وہ "دا فالوورز آف سیٹن"۔</w:t>
      </w:r>
    </w:p>
    <w:p>
      <w:r>
        <w:rPr>
          <w:b/>
        </w:rPr>
        <w:t xml:space="preserve">[34:00] </w:t>
      </w:r>
      <w:r>
        <w:t>kyun? dekhiye yeh simple baat nahi hai. yeh simple baat nahi hai.</w:t>
      </w:r>
    </w:p>
    <w:p>
      <w:pPr>
        <w:jc w:val="right"/>
      </w:pPr>
      <w:r>
        <w:t>کیوں؟ دیکھیے یہ سمپل بات نہیں ہے۔ یہ سمپل بات نہیں ہے۔</w:t>
      </w:r>
    </w:p>
    <w:p>
      <w:r>
        <w:rPr>
          <w:b/>
        </w:rPr>
        <w:t xml:space="preserve">[34:12] </w:t>
      </w:r>
      <w:r>
        <w:t>woh baat is mein jo asal baat hai, woh yeh hai ke aap ka mind aik hi cheez par focus kar pata hai.</w:t>
      </w:r>
    </w:p>
    <w:p>
      <w:pPr>
        <w:jc w:val="right"/>
      </w:pPr>
      <w:r>
        <w:t>وہ بات اس میں جو اصل بات ہے، وہ یہ ہے کہ آپ کا مائنڈ ایک ہی چیز پر فوکس کر پاتا ہے۔</w:t>
      </w:r>
    </w:p>
    <w:p>
      <w:r>
        <w:rPr>
          <w:b/>
        </w:rPr>
        <w:t xml:space="preserve">[34:23] </w:t>
      </w:r>
      <w:r>
        <w:t>"ma</w:t>
      </w:r>
    </w:p>
    <w:p>
      <w:pPr>
        <w:jc w:val="right"/>
      </w:pPr>
      <w:r>
        <w:t>"ما</w:t>
      </w:r>
    </w:p>
    <w:p>
      <w:r>
        <w:rPr>
          <w:b/>
        </w:rPr>
        <w:t xml:space="preserve">[34:30] </w:t>
      </w:r>
      <w:r>
        <w:t>mind is tarah bana hai aap ka, ya toh negative aspect par focus karega ya positive aspect par focus karega.</w:t>
      </w:r>
    </w:p>
    <w:p>
      <w:pPr>
        <w:jc w:val="right"/>
      </w:pPr>
      <w:r>
        <w:t>مائنڈ" اس طرح بنا ہے آپ کا، یا تو نیگیٹیو آسپیکٹ پر فوکس کرے گا یا پازیٹیو آسپیکٹ پر فوکس کرے گا۔</w:t>
      </w:r>
    </w:p>
    <w:p>
      <w:r>
        <w:rPr>
          <w:b/>
        </w:rPr>
        <w:t xml:space="preserve">[34:41] </w:t>
      </w:r>
      <w:r>
        <w:t>toh agar aap ka mind chala gaya is cheez par jo aap ne khoya hai toh kya hoga? intellectual process negative taraf chala jayega.</w:t>
      </w:r>
    </w:p>
    <w:p>
      <w:pPr>
        <w:jc w:val="right"/>
      </w:pPr>
      <w:r>
        <w:t>تو اگر آپ کا مائنڈ چلا گیا اس چیز پر جو آپ نے کھویا ہے تو کیا ہوگا؟ انٹلیکچول پراسیس نیگیٹیو طرف چلا جائے گا۔</w:t>
      </w:r>
    </w:p>
    <w:p>
      <w:r>
        <w:rPr>
          <w:b/>
        </w:rPr>
        <w:t xml:space="preserve">[34:52] </w:t>
      </w:r>
      <w:r>
        <w:t>aap ka intellectual process jo hai, positive taraf jayega nahi. aur phir kya hoga? sab se bara nuksan aap ke andar jannati shakhsiyat yeh banegi.</w:t>
      </w:r>
    </w:p>
    <w:p>
      <w:pPr>
        <w:jc w:val="right"/>
      </w:pPr>
      <w:r>
        <w:t>آپ کا انٹلیکچول پراسیس جو ہے، پازیٹیو طرف جائے گا نہیں۔ اور پھر کیا ہوگا؟ سب سے بڑا نقصان آپ کے اندر جنتی شخصیت یہ بنے گی۔</w:t>
      </w:r>
    </w:p>
    <w:p>
      <w:r>
        <w:rPr>
          <w:b/>
        </w:rPr>
        <w:t xml:space="preserve">[35:04] </w:t>
      </w:r>
      <w:r>
        <w:t>is duniya mein sab se bara jo kaam karna hai, woh tazkiya ka kaam hai.</w:t>
      </w:r>
    </w:p>
    <w:p>
      <w:pPr>
        <w:jc w:val="right"/>
      </w:pPr>
      <w:r>
        <w:t>اس دنیا میں سب سے بڑا جو کام کرنا ہے، وہ تزکیہ کا کام ہے۔</w:t>
      </w:r>
    </w:p>
    <w:p>
      <w:r>
        <w:rPr>
          <w:b/>
        </w:rPr>
        <w:t xml:space="preserve">[35:09] </w:t>
      </w:r>
      <w:r>
        <w:t>yani apne andar jannati shakhsiyat ki taameer, jannati shakhsiyat ko develop karna.</w:t>
      </w:r>
    </w:p>
    <w:p>
      <w:pPr>
        <w:jc w:val="right"/>
      </w:pPr>
      <w:r>
        <w:t>یعنی اپنے اندر جنتی شخصیت کی تعمیر، جنتی شخصیت کو ڈیولپ کرنا۔</w:t>
      </w:r>
    </w:p>
    <w:p>
      <w:r>
        <w:rPr>
          <w:b/>
        </w:rPr>
        <w:t xml:space="preserve">[35:19] </w:t>
      </w:r>
      <w:r>
        <w:t>yahi toh kaam hai asal. kyunke jannat ke mein entry kis ko milegi? "zālik jazā'u man intaqab".</w:t>
      </w:r>
    </w:p>
    <w:p>
      <w:pPr>
        <w:jc w:val="right"/>
      </w:pPr>
      <w:r>
        <w:t>یہی تو کام ہے اصل۔ کیونکہ جنت کے میں انٹری کس کو ملے گی؟ "ذالک جزا منتقب"۔</w:t>
      </w:r>
    </w:p>
    <w:p>
      <w:r>
        <w:rPr>
          <w:b/>
        </w:rPr>
        <w:t xml:space="preserve">[35:29] </w:t>
      </w:r>
      <w:r>
        <w:t>jo apni personality ko develop kar ke wahan pohnchenge. toh woh process stop ho jata hai.</w:t>
      </w:r>
    </w:p>
    <w:p>
      <w:pPr>
        <w:jc w:val="right"/>
      </w:pPr>
      <w:r>
        <w:t>جو اپنی پرسنیلٹی کو ڈیولپ کر کے وہاں پہنچیں گے۔ تو وہ پراسیس سٹاپ ہو جاتا ہے۔</w:t>
      </w:r>
    </w:p>
    <w:p>
      <w:r>
        <w:rPr>
          <w:b/>
        </w:rPr>
        <w:t xml:space="preserve">[35:37] </w:t>
      </w:r>
      <w:r>
        <w:t>ab dekhiye ke aaj subah ko mein ne jo waqia bataya aap ka ke mein jab baitha apne barje par, kursi par aur suraj chamak raha tha, chidiyan ur rahi theen, haray bharay darakht khare the,</w:t>
      </w:r>
    </w:p>
    <w:p>
      <w:pPr>
        <w:jc w:val="right"/>
      </w:pPr>
      <w:r>
        <w:t>اب دیکھیے کہ آج صبح کو میں نے جو واقعہ بتایا آپ کا کہ میں جب بیٹھا اپنے بارجے پر، کرسی پر اور سورج چمک رہا تھا، چڑیاں اڑ رہی تھیں، ہرے بھرے درخت کھڑے تھے،</w:t>
      </w:r>
    </w:p>
    <w:p>
      <w:r>
        <w:rPr>
          <w:b/>
        </w:rPr>
        <w:t xml:space="preserve">[35:52] </w:t>
      </w:r>
      <w:r>
        <w:t>khula hua aasman tha. toh mein toh sharabor tha Allah ki blessing mein.</w:t>
      </w:r>
    </w:p>
    <w:p>
      <w:pPr>
        <w:jc w:val="right"/>
      </w:pPr>
      <w:r>
        <w:t>کھلا ہوا آسمان تھا۔ تو میں تو شرابور تھا اللہ کی بلیسنگ میں۔</w:t>
      </w:r>
    </w:p>
    <w:p>
      <w:r>
        <w:rPr>
          <w:b/>
        </w:rPr>
        <w:t xml:space="preserve">[36:01] </w:t>
      </w:r>
      <w:r>
        <w:t>aik taraf yeh blessing ke Allah ne neend taari ki, raat bhar soya mein. yeh blessing ke Allah taala ne pani diya, us ko garam karwaya. aur mein nahakar fresh ho gaya.</w:t>
      </w:r>
    </w:p>
    <w:p>
      <w:pPr>
        <w:jc w:val="right"/>
      </w:pPr>
      <w:r>
        <w:t>ایک طرف یہ بلیسنگ کہ اللہ نے نیند طاری کی، رات بھر سویا میں۔ یہ بلیسنگ کہ اللہ تعالیٰ نے پانی دیا، اس کو گرم کروایا۔ اور میں نہا کر فریش ہو گیا۔</w:t>
      </w:r>
    </w:p>
    <w:p>
      <w:r>
        <w:rPr>
          <w:b/>
        </w:rPr>
        <w:t xml:space="preserve">[36:13] </w:t>
      </w:r>
      <w:r>
        <w:t>phir Allah ne kapra diya, kapra pehan kar ke mein bahar aa gaya. phir yahan suraj chamak raha tha. oxygen ki supply ja rahi thi.</w:t>
      </w:r>
    </w:p>
    <w:p>
      <w:pPr>
        <w:jc w:val="right"/>
      </w:pPr>
      <w:r>
        <w:t>پھر اللہ نے کپڑا دیا، کپڑا پہن کر کے میں باہر آ گیا۔ پھر یہاں سورج چمک رہا تھا۔ آکسیجن کی سپلائی جا رہی تھی۔</w:t>
      </w:r>
    </w:p>
    <w:p>
      <w:r>
        <w:rPr>
          <w:b/>
        </w:rPr>
        <w:t xml:space="preserve">[36:24] </w:t>
      </w:r>
      <w:r>
        <w:t>sab yani Allah ka shukar, blessing hi blessing theen.</w:t>
      </w:r>
    </w:p>
    <w:p>
      <w:pPr>
        <w:jc w:val="right"/>
      </w:pPr>
      <w:r>
        <w:t>سب یعنی اللہ کا شکر، بلیسنگ ہی بلیسنگ تھے۔</w:t>
      </w:r>
    </w:p>
    <w:p>
      <w:r>
        <w:rPr>
          <w:b/>
        </w:rPr>
        <w:t xml:space="preserve">[36:29] </w:t>
      </w:r>
      <w:r>
        <w:t>aaj hi subah ko aap jayen Egypt, wahan har aadmi negative boli bol raha hoga. wahi "la nansākum, la nansākum".</w:t>
      </w:r>
    </w:p>
    <w:p>
      <w:pPr>
        <w:jc w:val="right"/>
      </w:pPr>
      <w:r>
        <w:t>آج ہی صبح کو آپ جائیں ایجپٹ، وہاں ہر آدمی نیگیٹیو بولی بول رہا ہوگا۔ وہی "لا ننساکم، لا ننساکم"۔</w:t>
      </w:r>
    </w:p>
    <w:p>
      <w:r>
        <w:rPr>
          <w:b/>
        </w:rPr>
        <w:t xml:space="preserve">[36:38] </w:t>
      </w:r>
      <w:r>
        <w:t>hum bhulayeinge nahi is ko, hum is ka badla leinge, is ka revenge lenge.</w:t>
      </w:r>
    </w:p>
    <w:p>
      <w:pPr>
        <w:jc w:val="right"/>
      </w:pPr>
      <w:r>
        <w:t>ہم بھلائیں گے نہیں اس کو، ہم اس کا بدلہ لیں گے، اس کا رونج لیں گے۔</w:t>
      </w:r>
    </w:p>
    <w:p>
      <w:r>
        <w:rPr>
          <w:b/>
        </w:rPr>
        <w:t xml:space="preserve">[36:45] </w:t>
      </w:r>
      <w:r>
        <w:t>toh har lamha yaad rakhiye, aap between hell and paradise hain. har lamha, every moment.</w:t>
      </w:r>
    </w:p>
    <w:p>
      <w:pPr>
        <w:jc w:val="right"/>
      </w:pPr>
      <w:r>
        <w:t>تو ہر لمحہ یاد رکھیے، آپ بٹوین ہیل اینڈ پیراڈائز ہیں۔ ہر لمحہ، ایوری مومنٹ۔</w:t>
      </w:r>
    </w:p>
    <w:p>
      <w:r>
        <w:rPr>
          <w:b/>
        </w:rPr>
        <w:t xml:space="preserve">[36:55] </w:t>
      </w:r>
      <w:r>
        <w:t>agar aap focus karein mile hue par toh shukr ka samandar ublega aap ke andar. shukr ke chashme jari ho jayenge aap ke seene mein.</w:t>
      </w:r>
    </w:p>
    <w:p>
      <w:pPr>
        <w:jc w:val="right"/>
      </w:pPr>
      <w:r>
        <w:t>اگر آپ فوکس کریں ملے ہوئے پر تو شور کا سمندر ابلے گا آپ کے اندر۔ شکر کے چشمے جاری ہو جائیں گے آپ کے سینے میں۔</w:t>
      </w:r>
    </w:p>
    <w:p>
      <w:r>
        <w:rPr>
          <w:b/>
        </w:rPr>
        <w:t xml:space="preserve">[37:10] </w:t>
      </w:r>
      <w:r>
        <w:t>aur agar aap focus karein na mile hue par toh aap ke seene mein aag dahkegi, nafrat ki aag.</w:t>
      </w:r>
    </w:p>
    <w:p>
      <w:pPr>
        <w:jc w:val="right"/>
      </w:pPr>
      <w:r>
        <w:t>اور اگر آپ فوکس کریں نہ ملے ہوئے پر تو آپ کے سینے میں آگ دہکے گی، نفرت کی آگ۔</w:t>
      </w:r>
    </w:p>
    <w:p>
      <w:r>
        <w:rPr>
          <w:b/>
        </w:rPr>
        <w:t xml:space="preserve">[37:23] </w:t>
      </w:r>
      <w:r>
        <w:t>wahi toh le jayegi jahannum mein. kyunke phir stop, phir aap ke andar jannati shakhsiyat banne ka process stop ho jayega.</w:t>
      </w:r>
    </w:p>
    <w:p>
      <w:pPr>
        <w:jc w:val="right"/>
      </w:pPr>
      <w:r>
        <w:t>وہی تو لے جائے گی جہنم میں۔ کیونکہ پھر اسٹاپ، پھر آپ کے اندر جنتی شخصیت بننے کا پراسیس سٹاپ ہو جائے گا۔</w:t>
      </w:r>
    </w:p>
    <w:p>
      <w:r>
        <w:rPr>
          <w:b/>
        </w:rPr>
        <w:t xml:space="preserve">[37:36] </w:t>
      </w:r>
      <w:r>
        <w:t>sab se bara masla aaj duniya mein yeh hai ke aap ke andar perpetual tor par, musalsal tor par jannati shakhsiyat banane ka process jari rahe.</w:t>
      </w:r>
    </w:p>
    <w:p>
      <w:pPr>
        <w:jc w:val="right"/>
      </w:pPr>
      <w:r>
        <w:t>سب سے بڑا مسئلہ آج دنیا میں یہ ہے کہ آپ کے اندر پرپیچول طور پر، مسلسل طور پر جنتی شخصیت بنانے کا پراسیس جاری رہے۔</w:t>
      </w:r>
    </w:p>
    <w:p>
      <w:r>
        <w:rPr>
          <w:b/>
        </w:rPr>
        <w:t xml:space="preserve">[37:55] </w:t>
      </w:r>
      <w:r>
        <w:t>har lamha jari rahe, har lamha jari rahe. jaise mein soch raha tha ke yeh technology jo hai, yeh technology jis ki wajah se yeh possible hua hai ke mein yahan bol raha hoon toh duniya mein kahan kahan log sun rahe hain.</w:t>
      </w:r>
    </w:p>
    <w:p>
      <w:pPr>
        <w:jc w:val="right"/>
      </w:pPr>
      <w:r>
        <w:t>ہر لمحہ جاری رہے، ہر لمحہ جاری رہے۔ جیسے میں سوچ رہا تھا کہ یہ ٹیکنالوجی جو ہے، یہ ٹیکنالوجی جس کی وجہ سے یہ پاسیبل ہوا ہے کہ میں یہاں بول رہا ہوں تو دنیا میں کہاں کہاں لوگ سن رہے ہیں۔</w:t>
      </w:r>
    </w:p>
    <w:p>
      <w:r>
        <w:rPr>
          <w:b/>
        </w:rPr>
        <w:t xml:space="preserve">[38:12] </w:t>
      </w:r>
      <w:r>
        <w:t>woh recording us ko ho rahi hai, video recording, audio recording. kaisi ajeeb technology hai. pehle zamaney mein badshahon ke bhi ke liye possible nahi thi yeh.</w:t>
      </w:r>
    </w:p>
    <w:p>
      <w:pPr>
        <w:jc w:val="right"/>
      </w:pPr>
      <w:r>
        <w:t>وہ ریکارڈنگ اس کو ہو رہی ہے، ویڈیو ریکارڈنگ، آڈیو ریکارڈنگ۔ کیسی عجیب ٹیکنالوجی ہے۔ پہلے زمانے میں بادشاہوں کے بھی کے لیے پاسیبل نہیں تھی یہ۔</w:t>
      </w:r>
    </w:p>
    <w:p>
      <w:r>
        <w:rPr>
          <w:b/>
        </w:rPr>
        <w:t xml:space="preserve">[38:28] </w:t>
      </w:r>
      <w:r>
        <w:t>yeh technology kahan develop hui? west mein develop hui. yeh sui se le kar hawai jahaz tak sab inhi logon ne toh banaya hai.</w:t>
      </w:r>
    </w:p>
    <w:p>
      <w:pPr>
        <w:jc w:val="right"/>
      </w:pPr>
      <w:r>
        <w:t>یہ ٹیکنالوجی کہاں ڈیولپ ہوئی؟ ویسٹ میں ڈیولپ ہوئی۔ یہ سوئی سے لے کر ہوا جہاز تک سب انہی لوگوں نے تو بنایا ہے۔</w:t>
      </w:r>
    </w:p>
    <w:p>
      <w:r>
        <w:rPr>
          <w:b/>
        </w:rPr>
        <w:t xml:space="preserve">[38:40] </w:t>
      </w:r>
      <w:r>
        <w:t>to mein aaj soch raha tha, quran ki aik aayat mujhe yaad aayi ke hazrat nooh jab kashti bana rahe the, hazrat nooh jab kashti bana rahe the,</w:t>
      </w:r>
    </w:p>
    <w:p>
      <w:pPr>
        <w:jc w:val="right"/>
      </w:pPr>
      <w:r>
        <w:t>تو میں آج سوچ رہا تھا، قرآن کی ایک آیت مجھے یاد آئی کہ حضرت نوح جب کشتی بنا رہے تھے، حضرت نوح جب کشتی بنا رہے تھے،</w:t>
      </w:r>
    </w:p>
    <w:p>
      <w:r>
        <w:rPr>
          <w:b/>
        </w:rPr>
        <w:t xml:space="preserve">[38:54] </w:t>
      </w:r>
      <w:r>
        <w:t>aaj se chaar hazar saal pehle jab dunya mein civilization nahi thi, kuch bhi nahi tha. to kuch logon ka khayal hai ke hazrat nooh ki kashti pehli kashti thi.</w:t>
      </w:r>
    </w:p>
    <w:p>
      <w:pPr>
        <w:jc w:val="right"/>
      </w:pPr>
      <w:r>
        <w:t>آج سے چار ہزار سال پہلے جب دنیا میں سویلائزیشن نہیں تھی، کچھ بھی نہیں تھا۔ تو کچھ لوگوں کا خیال ہے کہ حضرت نوح کی کشتی پہلی کشتی تھی۔</w:t>
      </w:r>
    </w:p>
    <w:p>
      <w:r>
        <w:rPr>
          <w:b/>
        </w:rPr>
        <w:t xml:space="preserve">[39:09] </w:t>
      </w:r>
      <w:r>
        <w:t>to pehli kashti kaise bana paye woh? aap internet par check kijiye to aik aik yeh yani kuch logon ki research yeh hai ke woh pehli kashti thi.</w:t>
      </w:r>
    </w:p>
    <w:p>
      <w:pPr>
        <w:jc w:val="right"/>
      </w:pPr>
      <w:r>
        <w:t>تو پہلی کشتی کیسے بنا پائے وہ؟ آپ انٹرنیٹ پر چیک کیجیے تو ایک ایک یہ یعنی کچھ لوگوں کی ریسرچ یہ ہے کہ وہ پہلی کشتی تھی۔</w:t>
      </w:r>
    </w:p>
    <w:p>
      <w:r>
        <w:rPr>
          <w:b/>
        </w:rPr>
        <w:t xml:space="preserve">[39:23] </w:t>
      </w:r>
      <w:r>
        <w:t>is se pehle insan kashti banana janta nahi tha.</w:t>
      </w:r>
    </w:p>
    <w:p>
      <w:pPr>
        <w:jc w:val="right"/>
      </w:pPr>
      <w:r>
        <w:t>اس سے پہلے انسان کشتی بنانا جانتا نہیں تھا۔</w:t>
      </w:r>
    </w:p>
    <w:p>
      <w:r>
        <w:rPr>
          <w:b/>
        </w:rPr>
        <w:t xml:space="preserve">[39:30] </w:t>
      </w:r>
      <w:r>
        <w:t>to kaise aisa mumkin hua? to quran mein hai ke "first oil fill ka bay</w:t>
      </w:r>
    </w:p>
    <w:p>
      <w:pPr>
        <w:jc w:val="right"/>
      </w:pPr>
      <w:r>
        <w:t>تو کیسے ایسا ممکن ہوا؟ تو قرآن میں ہے کہ "فرسٹ آئل فل کا بے</w:t>
      </w:r>
    </w:p>
    <w:p>
      <w:r>
        <w:rPr>
          <w:b/>
        </w:rPr>
        <w:t xml:space="preserve">[39:39] </w:t>
      </w:r>
      <w:r>
        <w:t>bay bay keh</w:t>
      </w:r>
    </w:p>
    <w:p>
      <w:pPr>
        <w:jc w:val="right"/>
      </w:pPr>
      <w:r>
        <w:t>بے بے کہ</w:t>
      </w:r>
    </w:p>
    <w:p>
      <w:r>
        <w:rPr>
          <w:b/>
        </w:rPr>
        <w:t xml:space="preserve">[39:43] </w:t>
      </w:r>
      <w:r>
        <w:t>kashtiyan banao hamari aankhon ke samne aur hamari wahi ke mutabiq". "first oil fill ka bay is mani ke woh kashti jo banai thi hazrat nooh ne, woh allah ke farishton ki madad se banai thi.</w:t>
      </w:r>
    </w:p>
    <w:p>
      <w:pPr>
        <w:jc w:val="right"/>
      </w:pPr>
      <w:r>
        <w:t>کشتیاں بناؤ ہماری آنکھوں کے سامنے اور ہماری وحی کے مطابق"۔ "فرسٹ آئل فل کا بے اس معنی کہ وہ کشتی جو بنائی تھی حضرت نوح نے، وہ اللہ کے فرشتوں کی مدد سے بنائی تھی۔</w:t>
      </w:r>
    </w:p>
    <w:p>
      <w:r>
        <w:rPr>
          <w:b/>
        </w:rPr>
        <w:t xml:space="preserve">[40:04] </w:t>
      </w:r>
      <w:r>
        <w:t>yani allah ke farishton ne jo batai thi woh technique ke is tarah banao, is tarah banao. to maine socha ke yeh jo west mein jo tarqqiyan hui hain, yeh kaise unhon ne socha ke hum is tarah karein to matter move karne lagega,</w:t>
      </w:r>
    </w:p>
    <w:p>
      <w:pPr>
        <w:jc w:val="right"/>
      </w:pPr>
      <w:r>
        <w:t>یعنی اللہ کے فرشتوں نے جو بتائی تھی وہ ٹیکنیک کہ اس طرح بناؤ، اس طرح بناؤ۔ تو میں نے سوچا کہ یہ جو ویسٹ میں جو ترقیاں ہوئی ہیں، یہ کیسے انہوں نے سوچا کہ ہم اس طرح کریں تو میٹر موو کرنے لگے گا،</w:t>
      </w:r>
    </w:p>
    <w:p>
      <w:r>
        <w:rPr>
          <w:b/>
        </w:rPr>
        <w:t xml:space="preserve">[40:22] </w:t>
      </w:r>
      <w:r>
        <w:t>matter urega hawa mein, car banengi, hawa jahaz banenge. is tarah karein to photography ho jayegi. is tarah karein to awaz hamari dunya mein pohnch pohnch payegi</w:t>
      </w:r>
    </w:p>
    <w:p>
      <w:pPr>
        <w:jc w:val="right"/>
      </w:pPr>
      <w:r>
        <w:t>میٹر اڑے گا ہوا میں، کار بنیں گی، ہوا جہاز بنیں گے۔ اس طرح کریں تو فوٹوگرافی ہو جائے گی۔ اس طرح کریں تو آواز ہماری دنیا میں پہنچ پہنچ پائے گی</w:t>
      </w:r>
    </w:p>
    <w:p>
      <w:r>
        <w:rPr>
          <w:b/>
        </w:rPr>
        <w:t xml:space="preserve">[40:34] </w:t>
      </w:r>
      <w:r>
        <w:t>. yeh technology unhon ne discover kaise ki?</w:t>
      </w:r>
    </w:p>
    <w:p>
      <w:pPr>
        <w:jc w:val="right"/>
      </w:pPr>
      <w:r>
        <w:t>۔ یہ ٹیکنالوجی انہوں نے ڈسکور کیسے کی؟</w:t>
      </w:r>
    </w:p>
    <w:p>
      <w:r>
        <w:rPr>
          <w:b/>
        </w:rPr>
        <w:t xml:space="preserve">[40:40] </w:t>
      </w:r>
      <w:r>
        <w:t>yeh kaise discover ki? khud mere bachpan mein mujhe yaad hai kitna crot cheezein hawa karti theen. bohat hi crot cheezein.</w:t>
      </w:r>
    </w:p>
    <w:p>
      <w:pPr>
        <w:jc w:val="right"/>
      </w:pPr>
      <w:r>
        <w:t>یہ کیسے ڈسکور کی؟ خود میرے بچپن میں مجھے یاد ہے کتنا کروٹ چیزیں ہوا کرتی تھیں۔ بہت ہی کروٹ چیزیں۔</w:t>
      </w:r>
    </w:p>
    <w:p>
      <w:r>
        <w:rPr>
          <w:b/>
        </w:rPr>
        <w:t xml:space="preserve">[40:53] </w:t>
      </w:r>
      <w:r>
        <w:t>to yeh bilashuba yahan bhi wahi waqea hua hai ke allah ne dekha ke insan jo hai, bari bari blessing jo hai, jo potentially maujood hai lekin is se insan ko daryaft nahi kar saka.</w:t>
      </w:r>
    </w:p>
    <w:p>
      <w:pPr>
        <w:jc w:val="right"/>
      </w:pPr>
      <w:r>
        <w:t>تو یہ بلاشبہ یہاں بھی وہی واقعہ ہوا ہے کہ اللہ نے دیکھا کہ انسان جو ہے، بڑی بڑی بلیسنگ جو ہے، جو پوٹینشلی موجود ہے لیکن اس سے انسان کو دریافت نہیں کر سکا۔</w:t>
      </w:r>
    </w:p>
    <w:p>
      <w:r>
        <w:rPr>
          <w:b/>
        </w:rPr>
        <w:t xml:space="preserve">[41:11] </w:t>
      </w:r>
      <w:r>
        <w:t>na peghambaron ke zamane mein, na sahaba ke zamane mein, na muslim vampire ke zamane mein. woh is ki discovery nahi hui.</w:t>
      </w:r>
    </w:p>
    <w:p>
      <w:pPr>
        <w:jc w:val="right"/>
      </w:pPr>
      <w:r>
        <w:t>نہ پیغمبروں کے زمانے میں، نہ صحابہ کے زمانے میں، نہ مسلم ویمپائر کے زمانے میں۔ وہ اس کی ڈسکوری نہیں ہوئی۔</w:t>
      </w:r>
    </w:p>
    <w:p>
      <w:r>
        <w:rPr>
          <w:b/>
        </w:rPr>
        <w:t xml:space="preserve">[41:21] </w:t>
      </w:r>
      <w:r>
        <w:t>aik lambi muddat guzri hai peghambaron ke daur ki, phir guzri hai sahaba ke daur ki, phir guzri hai tabeen, tabe tabeen ke daur ki, phir guzri hai muslim vampire ke daur ki.</w:t>
      </w:r>
    </w:p>
    <w:p>
      <w:pPr>
        <w:jc w:val="right"/>
      </w:pPr>
      <w:r>
        <w:t>ایک لمبی مدت گزری ہے پیغمبروں کے دور کی، پھر گزری ہے صحابہ کے دور کی، پھر گزری ہے تابعین، تبع تابعین کے دور کی، پھر گزری ہے مسلم ویمپائر کے دور کی۔</w:t>
      </w:r>
    </w:p>
    <w:p>
      <w:r>
        <w:rPr>
          <w:b/>
        </w:rPr>
        <w:t xml:space="preserve">[41:35] </w:t>
      </w:r>
      <w:r>
        <w:t>lekin yeh sab tarqqiyan nature mein chupi hui theen.</w:t>
      </w:r>
    </w:p>
    <w:p>
      <w:pPr>
        <w:jc w:val="right"/>
      </w:pPr>
      <w:r>
        <w:t>لیکن یہ سب ترقیاں نیچر میں چھپی ہوئی تھیں۔</w:t>
      </w:r>
    </w:p>
    <w:p>
      <w:r>
        <w:rPr>
          <w:b/>
        </w:rPr>
        <w:t xml:space="preserve">[41:41] </w:t>
      </w:r>
      <w:r>
        <w:t>yani aisa glass bhi maujood nahi tha kyunke pathar ko shishe mein badalne ka fun nahi janta tha insan.</w:t>
      </w:r>
    </w:p>
    <w:p>
      <w:pPr>
        <w:jc w:val="right"/>
      </w:pPr>
      <w:r>
        <w:t>یعنی ایسا گلاس بھی موجود نہیں تھا کیونکہ پتھر کو شیشے میں بدلنے کا فن نہیں جانتا تھا انسان۔</w:t>
      </w:r>
    </w:p>
    <w:p>
      <w:r>
        <w:rPr>
          <w:b/>
        </w:rPr>
        <w:t xml:space="preserve">[41:51] </w:t>
      </w:r>
      <w:r>
        <w:t>aur yeh technology, yeh communication, yeh sari cheezein jo hain, sui se le kar hawa jahaz tak, yeh sab kuch nature mein chupa hua tha.</w:t>
      </w:r>
    </w:p>
    <w:p>
      <w:pPr>
        <w:jc w:val="right"/>
      </w:pPr>
      <w:r>
        <w:t>اور یہ ٹیکنالوجی، یہ کمیونیکیشن، یہ ساری چیزیں جو ہیں، سوئی سے لے کر ہوا جہاز تک، یہ سب کچھ نیچر میں چھپا ہوا تھا۔</w:t>
      </w:r>
    </w:p>
    <w:p>
      <w:r>
        <w:rPr>
          <w:b/>
        </w:rPr>
        <w:t xml:space="preserve">[42:04] </w:t>
      </w:r>
      <w:r>
        <w:t>to allah ko matloob hua ke insan bare shukr ke bare item ko jaane. shukr ke bare bare item jo hain, is ko jaane insan taake shukr azeem kar sake.</w:t>
      </w:r>
    </w:p>
    <w:p>
      <w:pPr>
        <w:jc w:val="right"/>
      </w:pPr>
      <w:r>
        <w:t>تو اللہ کو مطلوب ہوا کہ انسان بڑے شکر کے بڑے آئٹم کو جانے۔ شکر کے بڑے بڑے آئٹم جو ہیں، اس کو جانے انسان تاکہ شکر عظیم کر سکے۔</w:t>
      </w:r>
    </w:p>
    <w:p>
      <w:r>
        <w:rPr>
          <w:b/>
        </w:rPr>
        <w:t xml:space="preserve">[42:20] </w:t>
      </w:r>
      <w:r>
        <w:t>aap ghor kijiye, aik woh insan jo aaj se hazaron saal pehle aik banda allah ka khara hua, us ke samne kuch log the aur us ne us ke samne allah ka paigham diya.</w:t>
      </w:r>
    </w:p>
    <w:p>
      <w:pPr>
        <w:jc w:val="right"/>
      </w:pPr>
      <w:r>
        <w:t>آپ غور کیجیے، ایک وہ انسان جو آج سے ہزاروں سال پہلے ایک بندہ اللہ کا کھڑا ہوا، اس کے سامنے کچھ لوگ تھے اور اس نے اس کے سامنے اللہ کا پیغام دیا۔</w:t>
      </w:r>
    </w:p>
    <w:p>
      <w:r>
        <w:rPr>
          <w:b/>
        </w:rPr>
        <w:t xml:space="preserve">[42:36] </w:t>
      </w:r>
      <w:r>
        <w:t>to us ko shukr kiya hoga us ne ke khuda ya mujhe to ne dimagh diya jis se mein sochu, zuban diya jis se mein bolu, logon ko kan diya jis se woh sunein.</w:t>
      </w:r>
    </w:p>
    <w:p>
      <w:pPr>
        <w:jc w:val="right"/>
      </w:pPr>
      <w:r>
        <w:t>تو اس کو شکر کیا ہوگا اس نے کہ خدایا مجھے تو نے دماغ دیا جس سے میں سوچوں، زبان دیا جس سے میں بولوں، لوگوں کو کان دیا جس سے وہ سنیں۔</w:t>
      </w:r>
    </w:p>
    <w:p>
      <w:r>
        <w:rPr>
          <w:b/>
        </w:rPr>
        <w:t xml:space="preserve">[42:48] </w:t>
      </w:r>
      <w:r>
        <w:t>is par shukr kiya hoga us bande ne? aur aaj jab mere jaisa aik insan bolta hai to billion trillion time zyada shukr aata hai ke kaise mumkin hai ke mein yahan bol raha hoon aur sari dunya ke log sun sun rahe hain.</w:t>
      </w:r>
    </w:p>
    <w:p>
      <w:pPr>
        <w:jc w:val="right"/>
      </w:pPr>
      <w:r>
        <w:t>اس پر شکر کیا ہوگا اس بندے نے؟ اور آج جب میرے جیسا ایک انسان بولتا ہے تو بلین ٹریلین ٹائم زیادہ شکر آتا ہے کہ کیسے ممکن ہے کہ میں یہاں بول رہا ہوں اور ساری دنیا کے لوگ سن سن رہے ہیں۔</w:t>
      </w:r>
    </w:p>
    <w:p>
      <w:r>
        <w:rPr>
          <w:b/>
        </w:rPr>
        <w:t xml:space="preserve">[43:05] </w:t>
      </w:r>
      <w:r>
        <w:t>sab record ho raha hai, awaz bhi, tasweer bhi, woh mehfooz bhi ho rahi hai.</w:t>
      </w:r>
    </w:p>
    <w:p>
      <w:pPr>
        <w:jc w:val="right"/>
      </w:pPr>
      <w:r>
        <w:t>سب ریکارڈ ہو رہا ہے، آواز بھی، تصویر بھی، وہ محفوظ بھی ہو رہی ہے۔</w:t>
      </w:r>
    </w:p>
    <w:p>
      <w:r>
        <w:rPr>
          <w:b/>
        </w:rPr>
        <w:t xml:space="preserve">[43:12] </w:t>
      </w:r>
      <w:r>
        <w:t>to woh shukr jo kiya hoga us insan ne, us se billion time bara shukr ka samandar mojen hota hai aaj ke bolne wale ke seene mein.</w:t>
      </w:r>
    </w:p>
    <w:p>
      <w:pPr>
        <w:jc w:val="right"/>
      </w:pPr>
      <w:r>
        <w:t>تو وہ شکر جو کیا ہوگا اس انسان نے، اس سے بلین ٹائم بڑا شکر کا سمندر موجن ہوتا ہے آج کے بولنے والے کے سینے میں۔</w:t>
      </w:r>
    </w:p>
    <w:p>
      <w:r>
        <w:rPr>
          <w:b/>
        </w:rPr>
        <w:t xml:space="preserve">[43:23] </w:t>
      </w:r>
      <w:r>
        <w:t>to allah ka matloob tha ke bare shukr ke jo item jo chhupe hue hain nature mein, woh unfold hon.</w:t>
      </w:r>
    </w:p>
    <w:p>
      <w:pPr>
        <w:jc w:val="right"/>
      </w:pPr>
      <w:r>
        <w:t>تو اللہ کا مطلوب تھا کہ بڑے شکر کے جو آئٹم جو چھپے ہوئے ہیں نیچر میں، وہ ان فولڈ ہوں۔</w:t>
      </w:r>
    </w:p>
    <w:p>
      <w:r>
        <w:rPr>
          <w:b/>
        </w:rPr>
        <w:t xml:space="preserve">[43:34] </w:t>
      </w:r>
      <w:r>
        <w:t>un f</w:t>
      </w:r>
    </w:p>
    <w:p>
      <w:pPr>
        <w:jc w:val="right"/>
      </w:pPr>
      <w:r>
        <w:t>ان ف</w:t>
      </w:r>
    </w:p>
    <w:p>
      <w:r>
        <w:rPr>
          <w:b/>
        </w:rPr>
        <w:t xml:space="preserve">[43:35] </w:t>
      </w:r>
      <w:r>
        <w:t>wald hun. isi ko main keh raha hun ke Allah ka faisla tha ke "first hazar hazara" matlab civilization.</w:t>
      </w:r>
    </w:p>
    <w:p>
      <w:pPr>
        <w:jc w:val="right"/>
      </w:pPr>
      <w:r>
        <w:t>ولڈ ہوں۔ اسی کو میں کہہ رہا ہوں کہ اللہ کا فیصلہ تھا کہ "فرسٹ ہزار ہزارہ" مطلب سویلائزیشن۔</w:t>
      </w:r>
    </w:p>
    <w:p>
      <w:r>
        <w:rPr>
          <w:b/>
        </w:rPr>
        <w:t xml:space="preserve">[43:46] </w:t>
      </w:r>
      <w:r>
        <w:t>yani ahle maghrib se kaha Allah taala ne ke "first hazarna". aye maghrib walon!</w:t>
      </w:r>
    </w:p>
    <w:p>
      <w:pPr>
        <w:jc w:val="right"/>
      </w:pPr>
      <w:r>
        <w:t>یعنی اہل مغرب سے کہا اللہ تعالیٰ نے کہ "فرسٹ ہزارنا"۔ اے مغرب والوں!</w:t>
      </w:r>
    </w:p>
    <w:p>
      <w:r>
        <w:rPr>
          <w:b/>
        </w:rPr>
        <w:t xml:space="preserve">[43:54] </w:t>
      </w:r>
      <w:r>
        <w:t>to bana hui sab cheezein insan par kholo taake insan Allah ki glory ko jaane, Allah ke bare bare jo shukr gaar hain, us ko, us us ke woh jaane, us ko enjoy kare aur phir shukr azeem ka samandar us ke seene mein maujood ho.</w:t>
      </w:r>
    </w:p>
    <w:p>
      <w:pPr>
        <w:jc w:val="right"/>
      </w:pPr>
      <w:r>
        <w:t>تو بنا ہوئی سب چیزیں انسان پر کھولو تاکہ انسان اللہ کی گلوری کو جانے، اللہ کے بڑے بڑے جو شکر گار ہیں، اس کو، اس اس کے وہ جانے، اس کو انجوائے کرے اور پھر شکر عظیم کا سمندر اس کے سینے میں موجود ہو۔</w:t>
      </w:r>
    </w:p>
    <w:p>
      <w:r>
        <w:rPr>
          <w:b/>
        </w:rPr>
        <w:t xml:space="preserve">[44:16] </w:t>
      </w:r>
      <w:r>
        <w:t>yeh sab kuch hua lekin yeh sab hum sab is se is se faida utha rahe hain. lekin shaitan ne kya kar rakha hai?</w:t>
      </w:r>
    </w:p>
    <w:p>
      <w:pPr>
        <w:jc w:val="right"/>
      </w:pPr>
      <w:r>
        <w:t>یہ سب کچھ ہوا لیکن یہ سب ہم سب اس سے اس سے فائدہ اٹھا رہے ہیں۔ لیکن شیطان نے کیا کر رکھا ہے؟</w:t>
      </w:r>
    </w:p>
    <w:p>
      <w:r>
        <w:rPr>
          <w:b/>
        </w:rPr>
        <w:t xml:space="preserve">[44:26] </w:t>
      </w:r>
      <w:r>
        <w:t>yeh jhooti laraiyon mein phansa rakha hai. Egypt mein jo larai hui, woh jhooti larai thi. ab isi mein phanse rahenge log. wahi chhupa hua hai, woh chhepega, wahi TV payega.</w:t>
      </w:r>
    </w:p>
    <w:p>
      <w:pPr>
        <w:jc w:val="right"/>
      </w:pPr>
      <w:r>
        <w:t>یہ جھوٹی لڑائیوں میں پھنسا رکھا ہے۔ ایجپٹ میں جو لڑائی ہوئی، وہ جھوٹی لڑائی تھی۔ اب اسی میں پھنسے رہیں گے لوگ۔ وہی چھپا ہوا ہے، وہ چھپے گا، وہی ٹی وی پائے گا۔</w:t>
      </w:r>
    </w:p>
    <w:p>
      <w:r>
        <w:rPr>
          <w:b/>
        </w:rPr>
        <w:t xml:space="preserve">[44:38] </w:t>
      </w:r>
      <w:r>
        <w:t>dekho bhai, itne aadmi mar gaye, dekho bhai, itne zakhmi ho gaye aur phir is ka inteqaam lena, phir ronj lena.</w:t>
      </w:r>
    </w:p>
    <w:p>
      <w:pPr>
        <w:jc w:val="right"/>
      </w:pPr>
      <w:r>
        <w:t>دیکھو بھئی، اتنے آدمی مر گئے، دیکھو بھئی، اتنے زخمی ہو گئے اور پھر اس کا انتقام لینا، پھر رونج لینا۔</w:t>
      </w:r>
    </w:p>
    <w:p>
      <w:r>
        <w:rPr>
          <w:b/>
        </w:rPr>
        <w:t xml:space="preserve">[44:46] </w:t>
      </w:r>
      <w:r>
        <w:t>to pichhle jab pichhle saal 17 aadmi mare the to aap kahenge "linsa ninsa" kahoon main bhulega in ko. ab jo 17 aadmi marenge to phir agle saal aap yahi kahenge.</w:t>
      </w:r>
    </w:p>
    <w:p>
      <w:pPr>
        <w:jc w:val="right"/>
      </w:pPr>
      <w:r>
        <w:t>تو پچھلے جب پچھلے سال 17 آدمی مرے تھے تو آپ کہیں گے "لنسا ننسا" کہوں میں بھولے گا ان کو۔ اب جو 17 آدمی مریں گے تو پھر اگلے سال آپ یہی کہیں گے۔</w:t>
      </w:r>
    </w:p>
    <w:p>
      <w:r>
        <w:rPr>
          <w:b/>
        </w:rPr>
        <w:t xml:space="preserve">[45:00] </w:t>
      </w:r>
      <w:r>
        <w:t>to isi tarah chalta rahega.</w:t>
      </w:r>
    </w:p>
    <w:p>
      <w:pPr>
        <w:jc w:val="right"/>
      </w:pPr>
      <w:r>
        <w:t>تو اسی طرح چلتا رہے گا۔</w:t>
      </w:r>
    </w:p>
    <w:p>
      <w:r>
        <w:rPr>
          <w:b/>
        </w:rPr>
        <w:t xml:space="preserve">[45:04] </w:t>
      </w:r>
      <w:r>
        <w:t>ek mushkil circle hai yeh.</w:t>
      </w:r>
    </w:p>
    <w:p>
      <w:pPr>
        <w:jc w:val="right"/>
      </w:pPr>
      <w:r>
        <w:t>ایک مشکل سرکل ہے یہ۔</w:t>
      </w:r>
    </w:p>
    <w:p>
      <w:r>
        <w:rPr>
          <w:b/>
        </w:rPr>
        <w:t xml:space="preserve">[45:10] </w:t>
      </w:r>
      <w:r>
        <w:t>to saare insan jo hain, ek hi ghalti mein mubtala hain: mile hue par focus na karna, jo nahi mila hai us par focus karna.</w:t>
      </w:r>
    </w:p>
    <w:p>
      <w:pPr>
        <w:jc w:val="right"/>
      </w:pPr>
      <w:r>
        <w:t>تو سارے انسان جو ہیں، ایک ہی غلطی میں مبتلا ہیں: ملے ہوئے پر فوکس نہ کرنا، جو نہیں ملا ہے اس پر فوکس کرنا۔</w:t>
      </w:r>
    </w:p>
    <w:p>
      <w:r>
        <w:rPr>
          <w:b/>
        </w:rPr>
        <w:t xml:space="preserve">[45:23] </w:t>
      </w:r>
      <w:r>
        <w:t>is se kya hai? negative thinking aati hai, despair aata hai, tension aata hai, revenge aata hai, yahan tak ke violence aata hai, yahan tak ke suicide bombing aati hai.</w:t>
      </w:r>
    </w:p>
    <w:p>
      <w:pPr>
        <w:jc w:val="right"/>
      </w:pPr>
      <w:r>
        <w:t>اس سے کیا ہے؟ نیگیٹیو تھنکنگ آتی ہے، ڈسپیرے آتا ہے، ٹینشن آتا ہے، ریونج آتا ہے، یہاں تک کہ وائیلنس آتا ہے، یہاں تک کہ سوسائیڈ بمبنگ آتی ہے۔</w:t>
      </w:r>
    </w:p>
    <w:p>
      <w:r>
        <w:rPr>
          <w:b/>
        </w:rPr>
        <w:t xml:space="preserve">[45:39] </w:t>
      </w:r>
      <w:r>
        <w:t>isi ko maine kaha ke between hell and hell mamla hai. asaa kijiye to hell hai, wasa kijiye to paradise hai. hell and paradise, between hell and paradise.</w:t>
      </w:r>
    </w:p>
    <w:p>
      <w:pPr>
        <w:jc w:val="right"/>
      </w:pPr>
      <w:r>
        <w:t>اسی کو میں نے کہا کہ بٹوین ہیل اینڈ ہیل معاملہ ہے۔ عصا کیجئے تو ہیل ہے، وسا کیجئے تو پیراڈائز ہے۔ ہیل اینڈ پیراڈائز، بٹوین ہیل اینڈ پیراڈائز۔</w:t>
      </w:r>
    </w:p>
    <w:p>
      <w:r>
        <w:rPr>
          <w:b/>
        </w:rPr>
        <w:t xml:space="preserve">[45:54] </w:t>
      </w:r>
      <w:r>
        <w:t>in cheezon ko aap positive angle se dekhiye to aap ka safar paradise ki taraf jaari ho jayega. aur cheezon ko negative angle se dekhiye to aap ka safar hell ki taraf jaari ho jayega.</w:t>
      </w:r>
    </w:p>
    <w:p>
      <w:pPr>
        <w:jc w:val="right"/>
      </w:pPr>
      <w:r>
        <w:t>ان چیزوں کو آپ پازیٹیو اینگل سے دیکھیے تو آپ کا سفر پیراڈائز کی طرف جاری ہو جائے گا۔ اور چیزوں کو نیگیٹیو اینگل سے دیکھیے تو آپ کا سفر ہیل کی طرف جاری ہو جائے گا۔</w:t>
      </w:r>
    </w:p>
    <w:p>
      <w:r>
        <w:rPr>
          <w:b/>
        </w:rPr>
        <w:t xml:space="preserve">[46:09] </w:t>
      </w:r>
      <w:r>
        <w:t>to Saturn janta tha insan ki is kamzori ko, is weakness ko.</w:t>
      </w:r>
    </w:p>
    <w:p>
      <w:pPr>
        <w:jc w:val="right"/>
      </w:pPr>
      <w:r>
        <w:t>تو سیٹرن جانتا تھا انسان کی اس کمزوری کو، اس ویکنس کو۔</w:t>
      </w:r>
    </w:p>
    <w:p>
      <w:r>
        <w:rPr>
          <w:b/>
        </w:rPr>
        <w:t xml:space="preserve">[46:18] </w:t>
      </w:r>
      <w:r>
        <w:t>is liye us ne challenge diya ke main insan ki is kamzori ko activate karunga, us ke andar yeh jazba bharkaoonga.</w:t>
      </w:r>
    </w:p>
    <w:p>
      <w:pPr>
        <w:jc w:val="right"/>
      </w:pPr>
      <w:r>
        <w:t>اس لیے اس نے چیلنج دیا کہ میں انسان کی اس کمزوری کو ایکٹیویٹ کروں گا، اس کے اندر یہ جذبہ بھڑکاؤں گا۔</w:t>
      </w:r>
    </w:p>
    <w:p>
      <w:r>
        <w:rPr>
          <w:b/>
        </w:rPr>
        <w:t xml:space="preserve">[46:26] </w:t>
      </w:r>
      <w:r>
        <w:t>dekho, faransi to mili nahi, faransi to mili nahi, faransi to mili nahi. aur jo mila hua hai, us ko bhulata rahoonga.</w:t>
      </w:r>
    </w:p>
    <w:p>
      <w:pPr>
        <w:jc w:val="right"/>
      </w:pPr>
      <w:r>
        <w:t>دیکھو، فرانسوی تو ملی نہیں، فرانسوی تو ملی نہیں، فرانسوی تو ملی نہیں۔ اور جو ملا ہوا ہے، اس کو بھلاتا رہوں گا۔</w:t>
      </w:r>
    </w:p>
    <w:p>
      <w:r>
        <w:rPr>
          <w:b/>
        </w:rPr>
        <w:t xml:space="preserve">[46:38] </w:t>
      </w:r>
      <w:r>
        <w:t>shaitan janta tha ke insan ek hi cheez par focus kar pata hai. yeh janta tha shaitan ke insan ek hi cheez par focus kar pata hai.</w:t>
      </w:r>
    </w:p>
    <w:p>
      <w:pPr>
        <w:jc w:val="right"/>
      </w:pPr>
      <w:r>
        <w:t>شیطان جانتا تھا کہ انسان ایک ہی چیز پر فوکس کر پاتا ہے۔ یہ جانتا تھا شیطان کہ انسان ایک ہی چیز پر فوکس کر پاتا ہے۔</w:t>
      </w:r>
    </w:p>
    <w:p>
      <w:r>
        <w:rPr>
          <w:b/>
        </w:rPr>
        <w:t xml:space="preserve">[46:51] </w:t>
      </w:r>
      <w:r>
        <w:t>agar focus karega</w:t>
      </w:r>
    </w:p>
    <w:p>
      <w:pPr>
        <w:jc w:val="right"/>
      </w:pPr>
      <w:r>
        <w:t>اگر فوکس کرے گا</w:t>
      </w:r>
    </w:p>
    <w:p>
      <w:r>
        <w:rPr>
          <w:b/>
        </w:rPr>
        <w:t xml:space="preserve">[46:56] </w:t>
      </w:r>
      <w:r>
        <w:t>woh na mile hue par to mila hua oujhal oujhal ho jayega, woh dimagh se nikal jayega.</w:t>
      </w:r>
    </w:p>
    <w:p>
      <w:pPr>
        <w:jc w:val="right"/>
      </w:pPr>
      <w:r>
        <w:t>وہ نہ ملے ہوئے پر تو ملا ہوا اوجھل اوجھل ہو جائے گا، وہ دماغ سے نکل جائے گا۔</w:t>
      </w:r>
    </w:p>
    <w:p>
      <w:r>
        <w:rPr>
          <w:b/>
        </w:rPr>
        <w:t xml:space="preserve">[47:04] </w:t>
      </w:r>
      <w:r>
        <w:t>jaise main aap ko ek qissa batata hoon, apna zaati waqia batata hoon.</w:t>
      </w:r>
    </w:p>
    <w:p>
      <w:pPr>
        <w:jc w:val="right"/>
      </w:pPr>
      <w:r>
        <w:t>جیسے میں آپ کو ایک قصہ بتاتا ہوں، اپنا ذاتی واقعہ بتاتا ہوں۔</w:t>
      </w:r>
    </w:p>
    <w:p>
      <w:r>
        <w:rPr>
          <w:b/>
        </w:rPr>
        <w:t xml:space="preserve">[47:09] </w:t>
      </w:r>
      <w:r>
        <w:t>ek martaba main Arab mein gaya, Arab kai saal pehle ki baat hai. us zamane mein ek waqia hua tha Dilli mein ke Safdarjung mein ek masjid chhoti si hai,</w:t>
      </w:r>
    </w:p>
    <w:p>
      <w:pPr>
        <w:jc w:val="right"/>
      </w:pPr>
      <w:r>
        <w:t>ایک مرتبہ میں عرب میں گیا، عرب کئی سال پہلے کی بات ہے۔ اس زمانے میں ایک واقعہ ہوا تھا دلی میں کہ صفدر جنگ میں ایک مسجد چھوٹی سی ہے،</w:t>
      </w:r>
    </w:p>
    <w:p>
      <w:r>
        <w:rPr>
          <w:b/>
        </w:rPr>
        <w:t xml:space="preserve">[47:23] </w:t>
      </w:r>
      <w:r>
        <w:t>ya Sajda Jung ka jo maqbara hai, ek chhoti si masjid hai. woh masjid jo hai, woh is ki hai archaeological department ki hai, to woh band rehti hai.</w:t>
      </w:r>
    </w:p>
    <w:p>
      <w:pPr>
        <w:jc w:val="right"/>
      </w:pPr>
      <w:r>
        <w:t>یا سجدہ جنگ کا جو مقبرہ ہے، ایک چھوٹی سی مسجد ہے۔ وہ مسجد جو ہے، وہ اس کی ہے آرکیالوجیکل ڈیپارٹمنٹ کی ہے، تو وہ بند رہتی ہے۔</w:t>
      </w:r>
    </w:p>
    <w:p>
      <w:r>
        <w:rPr>
          <w:b/>
        </w:rPr>
        <w:t xml:space="preserve">[47:37] </w:t>
      </w:r>
      <w:r>
        <w:t>to ek baar wahan par kuch Musalman gaye ke hum yahan Juma padhenge Juma ke din, to wahan par police ne rok diya. achha, us ke baad yeh qissa hua tha jo main bata raha hoon aap ko.</w:t>
      </w:r>
    </w:p>
    <w:p>
      <w:pPr>
        <w:jc w:val="right"/>
      </w:pPr>
      <w:r>
        <w:t>تو ایک بار وہاں پر کچھ مسلمان گئے کہ ہم یہاں جمعہ پڑھیں گے جمعہ کے دن، تو وہاں پر پولیس نے روک دیا۔ اچھا، اس کے بعد یہ قصہ ہوا تھا جو میں بتا رہا ہوں آپ کو۔</w:t>
      </w:r>
    </w:p>
    <w:p>
      <w:r>
        <w:rPr>
          <w:b/>
        </w:rPr>
        <w:t xml:space="preserve">[47:51] </w:t>
      </w:r>
      <w:r>
        <w:t>to main Arab mein gaya hua tha, to wahan par ittefaq se inhi dino ek aur India ke ek leader sahab bhi aaye hue the, wahan ek well known leader.</w:t>
      </w:r>
    </w:p>
    <w:p>
      <w:pPr>
        <w:jc w:val="right"/>
      </w:pPr>
      <w:r>
        <w:t>تو میں عرب میں گیا ہوا تھا، تو وہاں پر اتفاق سے انہی دنوں ایک اور انڈیا کے ایک لیڈر صاحب بھی آئے ہوئے تھے، وہاں ایک ویل نون لیڈر۔</w:t>
      </w:r>
    </w:p>
    <w:p>
      <w:r>
        <w:rPr>
          <w:b/>
        </w:rPr>
        <w:t xml:space="preserve">[48:03] </w:t>
      </w:r>
      <w:r>
        <w:t>to ek Arab Sheikh ne hum logon ko is mein dawat ki, wahan par khane ka intezaam kiya. idhar bohat se Arab shuyookh aaye the aur hum dono bhi the India se, ek main, ek doosre leader sahab.</w:t>
      </w:r>
    </w:p>
    <w:p>
      <w:pPr>
        <w:jc w:val="right"/>
      </w:pPr>
      <w:r>
        <w:t>تو ایک عرب شیخ نے ہم لوگوں کو اس میں دعوت کی، وہاں پر کھانے کا انتظام کیا۔ ادھر بہت سے عرب شیوخ آئے تھے اور ہم دونوں بھی تھے انڈیا سے، ایک میں، ایک دوسرے لیڈر صاحب۔</w:t>
      </w:r>
    </w:p>
    <w:p>
      <w:r>
        <w:rPr>
          <w:b/>
        </w:rPr>
        <w:t xml:space="preserve">[48:20] </w:t>
      </w:r>
      <w:r>
        <w:t>to mein mein ne dekha ke woh ek full scape par ek kuch cheezein likh kar ke sab ko distribute kar rahe hain.</w:t>
      </w:r>
    </w:p>
    <w:p>
      <w:pPr>
        <w:jc w:val="right"/>
      </w:pPr>
      <w:r>
        <w:t>تو میں میں نے دیکھا کہ وہ ایک فل اسکیپ پر ایک کچھ چیزیں لکھ کر کے سب کو ڈسٹریبیوٹ کر رہے ہیں۔</w:t>
      </w:r>
    </w:p>
    <w:p>
      <w:r>
        <w:rPr>
          <w:b/>
        </w:rPr>
        <w:t xml:space="preserve">[48:31] </w:t>
      </w:r>
      <w:r>
        <w:t>to hum arab sheikh jo wahan jama thay, un ko distribute kar rahe hain.</w:t>
      </w:r>
    </w:p>
    <w:p>
      <w:pPr>
        <w:jc w:val="right"/>
      </w:pPr>
      <w:r>
        <w:t>تو ہم عرب شیوخ جو وہاں جمع تھے، ان کو ڈسٹریبیوٹ کر رہے ہیں۔</w:t>
      </w:r>
    </w:p>
    <w:p>
      <w:r>
        <w:rPr>
          <w:b/>
        </w:rPr>
        <w:t xml:space="preserve">[48:37] </w:t>
      </w:r>
      <w:r>
        <w:t>to is mein</w:t>
      </w:r>
    </w:p>
    <w:p>
      <w:pPr>
        <w:jc w:val="right"/>
      </w:pPr>
      <w:r>
        <w:t>تو اس میں</w:t>
      </w:r>
    </w:p>
    <w:p>
      <w:r>
        <w:rPr>
          <w:b/>
        </w:rPr>
        <w:t xml:space="preserve">[48:41] </w:t>
      </w:r>
      <w:r>
        <w:t>likha tha ke India mein hum ko itna zyada museebat hai hamare upar ke wahan ne yahan yeh inhon ne apni taqreer ki, wahan bole thay kuch thora sa mukhtasar sa.</w:t>
      </w:r>
    </w:p>
    <w:p>
      <w:pPr>
        <w:jc w:val="right"/>
      </w:pPr>
      <w:r>
        <w:t>لکھا تھا کہ انڈیا میں ہم کو اتنا زیادہ مصیبت ہے ہمارے اوپر کہ وہاں نے یہاں یہ انہوں نے اپنی تقریر کی، وہاں بولے تھے کچھ تھوڑا سا مختصر سا۔</w:t>
      </w:r>
    </w:p>
    <w:p>
      <w:r>
        <w:rPr>
          <w:b/>
        </w:rPr>
        <w:t xml:space="preserve">[48:57] </w:t>
      </w:r>
      <w:r>
        <w:t>is mein inhon ne kaha tha ke India mein Musalmanon ka yeh haal hai ke wahan masjid mein bhi namaz parhne ki ijazat nahin.</w:t>
      </w:r>
    </w:p>
    <w:p>
      <w:pPr>
        <w:jc w:val="right"/>
      </w:pPr>
      <w:r>
        <w:t>اس میں انہوں نے کہا تھا کہ انڈیا میں مسلمانوں کا یہ حال ہے کہ وہاں مسجد میں بھی نماز پڑھنے کی اجازت نہیں۔</w:t>
      </w:r>
    </w:p>
    <w:p>
      <w:r>
        <w:rPr>
          <w:b/>
        </w:rPr>
        <w:t xml:space="preserve">[49:05] </w:t>
      </w:r>
      <w:r>
        <w:t>yeh jumla bole thay woh:</w:t>
      </w:r>
    </w:p>
    <w:p>
      <w:pPr>
        <w:jc w:val="right"/>
      </w:pPr>
      <w:r>
        <w:t>یہ جملہ بولے تھے وہ:</w:t>
      </w:r>
    </w:p>
    <w:p>
      <w:r>
        <w:rPr>
          <w:b/>
        </w:rPr>
        <w:t xml:space="preserve">[49:10] </w:t>
      </w:r>
      <w:r>
        <w:t>"masjid mein bhi namaz parhne ki ijazat nahin". aur phir ek inhon ne ek distribute kiya tha, ek kaghaz.</w:t>
      </w:r>
    </w:p>
    <w:p>
      <w:pPr>
        <w:jc w:val="right"/>
      </w:pPr>
      <w:r>
        <w:t>"مسجد میں بھی نماز پڑھنے کی اجازت نہیں"۔ اور پھر ایک انہوں نے ایک ڈسٹریبیوٹ کیا تھا، ایک کاغذ۔</w:t>
      </w:r>
    </w:p>
    <w:p>
      <w:r>
        <w:rPr>
          <w:b/>
        </w:rPr>
        <w:t xml:space="preserve">[49:20] </w:t>
      </w:r>
      <w:r>
        <w:t>to</w:t>
      </w:r>
    </w:p>
    <w:p>
      <w:pPr>
        <w:jc w:val="right"/>
      </w:pPr>
      <w:r>
        <w:t>تو</w:t>
      </w:r>
    </w:p>
    <w:p>
      <w:r>
        <w:rPr>
          <w:b/>
        </w:rPr>
        <w:t xml:space="preserve">[49:21] </w:t>
      </w:r>
      <w:r>
        <w:t>mein ne un se poocha ke bhai, mein bhi to India mein rehta hoon, kis India ki baat kar rahe hain? hum namaz parhte hain, hum to nahin jante ke masjid mein namaz parhne ki ijazat nahin hai.</w:t>
      </w:r>
    </w:p>
    <w:p>
      <w:pPr>
        <w:jc w:val="right"/>
      </w:pPr>
      <w:r>
        <w:t>میں نے ان سے پوچھا کہ بھئی، میں بھی تو انڈیا میں رہتا ہوں، کس انڈیا کی بات کر رہے ہیں؟ ہم نماز پڑھتے ہیں، ہم تو نہیں جانتے کہ مسجد میں نماز پڑھنے کی اجازت نہیں ہے۔</w:t>
      </w:r>
    </w:p>
    <w:p>
      <w:r>
        <w:rPr>
          <w:b/>
        </w:rPr>
        <w:t xml:space="preserve">[49:33] </w:t>
      </w:r>
      <w:r>
        <w:t>to kya kehte hain? woh safdar jang ki masjid. aur baghair ke jab mein ro para, mein ne kaha ke mere bhai, India mein abhi bhi paanch lakh se zyada masjidain hain,</w:t>
      </w:r>
    </w:p>
    <w:p>
      <w:pPr>
        <w:jc w:val="right"/>
      </w:pPr>
      <w:r>
        <w:t>تو کیا کہتے ہیں؟ وہ صفدر جنگ کی مسجد۔ اور بغیر کے جب میں رو پڑا، میں نے کہا کہ میرے بھائی، انڈیا میں ابھی بھی پانچ لاکھ سے زیادہ مسجدیں ہیں،</w:t>
      </w:r>
    </w:p>
    <w:p>
      <w:r>
        <w:rPr>
          <w:b/>
        </w:rPr>
        <w:t xml:space="preserve">[49:49] </w:t>
      </w:r>
      <w:r>
        <w:t>more than half a million, aur sari masjidain khuli hui hain. paanch lakh se zyada masjidon mein namaz dhoom se Musalman parhte hain, is ko renovate karte hain, ek masjid ko do masjidain banate hain.</w:t>
      </w:r>
    </w:p>
    <w:p>
      <w:pPr>
        <w:jc w:val="right"/>
      </w:pPr>
      <w:r>
        <w:t>مور دین ہاف اے ملین، اور ساری مسجدیں کھلی ہوئی ہیں۔ پانچ لاکھ سے زیادہ مسجدوں میں نماز دھوم سے مسلمان پڑھتے ہیں، اس کو رینیویٹ کرتے ہیں، ایک مسجد کو دو مسجدیں بناتے ہیں۔</w:t>
      </w:r>
    </w:p>
    <w:p>
      <w:r>
        <w:rPr>
          <w:b/>
        </w:rPr>
        <w:t xml:space="preserve">[50:04] </w:t>
      </w:r>
      <w:r>
        <w:t>to aap woh bhule hue hain? ek ek masjid yaad hai aap ko? archaeology ki masjid? yaqeen karein, yahi saare Musalmanon ka haal hai.</w:t>
      </w:r>
    </w:p>
    <w:p>
      <w:pPr>
        <w:jc w:val="right"/>
      </w:pPr>
      <w:r>
        <w:t>تو آپ وہ بھولے ہوئے ہیں؟ ایک ایک مسجد یاد ہے آپ کو؟ آرکیالوجی کی مسجد؟ یقین کریں، یہی سارے مسلمانوں کا حال ہے۔</w:t>
      </w:r>
    </w:p>
    <w:p>
      <w:r>
        <w:rPr>
          <w:b/>
        </w:rPr>
        <w:t xml:space="preserve">[50:16] </w:t>
      </w:r>
      <w:r>
        <w:t>yani paanch lakh se zyada masjidain mili hui hain, is ko bhula diya, ek masjid nahin bani hui. is ko keh rahe hain ke woh Muhammad namaz parhne ki ijazat nahin hai.</w:t>
      </w:r>
    </w:p>
    <w:p>
      <w:pPr>
        <w:jc w:val="right"/>
      </w:pPr>
      <w:r>
        <w:t>یعنی پانچ لاکھ سے زیادہ مسجدیں ملی ہوئی ہیں، اس کو بھلا دیا، ایک مسجد نہیں بنی ہوئی۔ اس کو کہہ رہے ہیں کہ وہ محمد نماز پڑھنے کی اجازت نہیں ہے۔</w:t>
      </w:r>
    </w:p>
    <w:p>
      <w:r>
        <w:rPr>
          <w:b/>
        </w:rPr>
        <w:t xml:space="preserve">[50:27] </w:t>
      </w:r>
      <w:r>
        <w:t>archaeology ka qanoon hai ke is ko istemal nahin kiya gaya kisi aur maqsad ke liye. yeh pehle se chala aa raha hai.</w:t>
      </w:r>
    </w:p>
    <w:p>
      <w:pPr>
        <w:jc w:val="right"/>
      </w:pPr>
      <w:r>
        <w:t>آرکیالوجی کا قانون ہے کہ اس کو استعمال نہیں کیا گیا کسی اور مقصد کے لیے۔ یہ پہلے سے چلا آ رہا ہے۔</w:t>
      </w:r>
    </w:p>
    <w:p>
      <w:r>
        <w:rPr>
          <w:b/>
        </w:rPr>
        <w:t xml:space="preserve">[50:36] </w:t>
      </w:r>
      <w:r>
        <w:t>to inhon ne kaha ke aur safdar jang ki masjid? yani jab mein ne un se kaha ke India mein to paanch lakh se zyada masjidain hain,</w:t>
      </w:r>
    </w:p>
    <w:p>
      <w:pPr>
        <w:jc w:val="right"/>
      </w:pPr>
      <w:r>
        <w:t>تو انہوں نے کہا کہ اور صفدر جنگ کی مسجد؟ یعنی جب میں نے ان سے کہا کہ انڈیا میں تو پانچ لاکھ سے زیادہ مسجدیں ہیں،</w:t>
      </w:r>
    </w:p>
    <w:p>
      <w:r>
        <w:rPr>
          <w:b/>
        </w:rPr>
        <w:t xml:space="preserve">[50:47] </w:t>
      </w:r>
      <w:r>
        <w:t>yani inhon ne yeh kaha tha wahan par ke India mein Musalmanon ko masjid mein bhi namaz parhne ki ijazat nahin. mein khud maujood tha wahan par, woh Musalman leader sahab jo thay, yahan gaye thay India se.</w:t>
      </w:r>
    </w:p>
    <w:p>
      <w:pPr>
        <w:jc w:val="right"/>
      </w:pPr>
      <w:r>
        <w:t>یعنی انہوں نے یہ کہا تھا وہاں پر کہ انڈیا میں مسلمانوں کو مسجد میں بھی نماز پڑھنے کی اجازت نہیں۔ میں خود موجود تھا وہاں پر، وہ مسلمان لیڈر صاحب جو تھے، یہاں گئے تھے انڈیا سے۔</w:t>
      </w:r>
    </w:p>
    <w:p>
      <w:r>
        <w:rPr>
          <w:b/>
        </w:rPr>
        <w:t xml:space="preserve">[51:04] </w:t>
      </w:r>
      <w:r>
        <w:t>to mein ne kaha ke kis India ki baat karte hain aap? hum to namaz parhte hain, hamein to koi rukawat nahin hai.</w:t>
      </w:r>
    </w:p>
    <w:p>
      <w:pPr>
        <w:jc w:val="right"/>
      </w:pPr>
      <w:r>
        <w:t>تو میں نے کہا کہ کس انڈیا کی بات کرتے ہیں آپ؟ ہم تو نماز پڑھتے ہیں، ہمیں تو کوئی رکاوٹ نہیں ہے۔</w:t>
      </w:r>
    </w:p>
    <w:p>
      <w:r>
        <w:rPr>
          <w:b/>
        </w:rPr>
        <w:t xml:space="preserve">[51:14] </w:t>
      </w:r>
      <w:r>
        <w:t>to inhon ne kaha ke aur safdar jang ki masjid? to mein ne kaha ke India mein paanch lakh se zyada masjidain hain, woh sab abad hain. to ek masjid ki baat aap kar rahe hain aur paanch lakh masjidon ko bulaye hue hain?</w:t>
      </w:r>
    </w:p>
    <w:p>
      <w:pPr>
        <w:jc w:val="right"/>
      </w:pPr>
      <w:r>
        <w:t>تو انہوں نے کہا کہ اور صفدر جنگ کی مسجد؟ تو میں نے کہا کہ انڈیا میں پانچ لاکھ سے زیادہ مسجدیں ہیں، وہ سب آباد ہیں۔ تو ایک مسجد کی بات آپ کر رہے ہیں اور پانچ لاکھ مسجدوں کو بلائے ہوئے ہیں؟</w:t>
      </w:r>
    </w:p>
    <w:p>
      <w:r>
        <w:rPr>
          <w:b/>
        </w:rPr>
        <w:t xml:space="preserve">[51:30] </w:t>
      </w:r>
      <w:r>
        <w:t>yaqeen kijiye, yahi saare Musalmanon ka haal ho</w:t>
      </w:r>
    </w:p>
    <w:p>
      <w:pPr>
        <w:jc w:val="right"/>
      </w:pPr>
      <w:r>
        <w:t>یقین کیجئے، یہی سارے مسلمانوں کا حال ہو</w:t>
      </w:r>
    </w:p>
    <w:p>
      <w:r>
        <w:rPr>
          <w:b/>
        </w:rPr>
        <w:t xml:space="preserve">[51:33] </w:t>
      </w:r>
      <w:r>
        <w:t>raha hai. is waqt</w:t>
      </w:r>
    </w:p>
    <w:p>
      <w:pPr>
        <w:jc w:val="right"/>
      </w:pPr>
      <w:r>
        <w:t>رہا ہے۔ اس وقت</w:t>
      </w:r>
    </w:p>
    <w:p>
      <w:r>
        <w:rPr>
          <w:b/>
        </w:rPr>
        <w:t xml:space="preserve">[51:36] </w:t>
      </w:r>
      <w:r>
        <w:t>sari duniya mein, yahi nahin, sari duniya mein ho raha hai. aap America jaiye, khoob thaat se log rehte hain, log aur baatein kijiye logon se.</w:t>
      </w:r>
    </w:p>
    <w:p>
      <w:pPr>
        <w:jc w:val="right"/>
      </w:pPr>
      <w:r>
        <w:t>ساری دنیا میں، یہی نہیں، ساری دنیا میں ہو رہا ہے۔ آپ امریکہ جائیے، خوب ٹھاٹ سے لوگ رہتے ہیں، لوگ اور باتیں کیجیے لوگوں سے۔</w:t>
      </w:r>
    </w:p>
    <w:p>
      <w:r>
        <w:rPr>
          <w:b/>
        </w:rPr>
        <w:t xml:space="preserve">[51:47] </w:t>
      </w:r>
      <w:r>
        <w:t>kabhi bhi nahin, kisi koi kahega ke in America mein hum ko itna zyada, America walon ka yani kitni bari in ki sakhavat hai ke hum ko itni sab mawaqe mile hue hain.</w:t>
      </w:r>
    </w:p>
    <w:p>
      <w:pPr>
        <w:jc w:val="right"/>
      </w:pPr>
      <w:r>
        <w:t>کبھی بھی نہیں، کسی کوئی کہے گا کہ ان امریکہ میں ہم کو اتنا زیادہ، امریکہ والوں کا یعنی کتنی بڑی ان کی سخاوت ہے کہ ہم کو اتنی سب مواقع ملے ہوئے ہیں۔</w:t>
      </w:r>
    </w:p>
    <w:p>
      <w:r>
        <w:rPr>
          <w:b/>
        </w:rPr>
        <w:t xml:space="preserve">[52:00] </w:t>
      </w:r>
      <w:r>
        <w:t>apne mulkon mein hum ko nahin mile thay, yahan mil gaye.</w:t>
      </w:r>
    </w:p>
    <w:p>
      <w:pPr>
        <w:jc w:val="right"/>
      </w:pPr>
      <w:r>
        <w:t>اپنے ملکوں میں ہم کو نہیں ملے تھے، یہاں مل گئے۔</w:t>
      </w:r>
    </w:p>
    <w:p>
      <w:r>
        <w:rPr>
          <w:b/>
        </w:rPr>
        <w:t xml:space="preserve">[52:02] </w:t>
      </w:r>
      <w:r>
        <w:t>yeh koi nahin kahega, balkeh kahega: "kya dekho, falan jagah woh Quran ka nuskha jala diya aur falan jagah yeh kar diya, falan jagah woh kar diya".</w:t>
      </w:r>
    </w:p>
    <w:p>
      <w:pPr>
        <w:jc w:val="right"/>
      </w:pPr>
      <w:r>
        <w:t>یہ کوئی نہیں کہے گا، بلکہ کہے گا: "کیا دیکھو، فلاں جگہ وہ قرآن کا نسخہ جلا دیا اور فلاں جگہ یہ کر دیا، فلاں جگہ وہ کر دیا"۔</w:t>
      </w:r>
    </w:p>
    <w:p>
      <w:r>
        <w:rPr>
          <w:b/>
        </w:rPr>
        <w:t xml:space="preserve">[52:15] </w:t>
      </w:r>
      <w:r>
        <w:t>yani jo America mein rehne wale jo hain, is waqt ya America mein jo rehne wale hain, aap aap ko yaqeen na ho to aap safar kar ke dekh lijiye, woh kabhi nahin kahega ke America, America walon ka ehsan hai ke hum ko itne mawaqe de diye.</w:t>
      </w:r>
    </w:p>
    <w:p>
      <w:pPr>
        <w:jc w:val="right"/>
      </w:pPr>
      <w:r>
        <w:t>یعنی جو امریکہ میں رہنے والے جو ہیں، اس وقت یا امریکہ میں جو رہنے والے ہیں، آپ آپ کو یقین نہ ہو تو آپ سفر کر کے دیکھ لیجئے، وہ کبھی نہیں کہے گا کہ امریکہ، امریکہ والوں کا احسان ہے کہ ہم کو اتنے مواقع دے دیے۔</w:t>
      </w:r>
    </w:p>
    <w:p>
      <w:r>
        <w:rPr>
          <w:b/>
        </w:rPr>
        <w:t xml:space="preserve">[52:30] </w:t>
      </w:r>
      <w:r>
        <w:t>kisi ek cheez ko nikaal kar mat kaha ke dekho, aisa kiya amreeka ne. yeh poore musalmanon ka yahi zehan bana hua hai. india mein, amreeka mein, europe bhar jagah</w:t>
      </w:r>
    </w:p>
    <w:p>
      <w:pPr>
        <w:jc w:val="right"/>
      </w:pPr>
      <w:r>
        <w:t>کسی ایک چیز کو نکال کر مت کہا کہ دیکھو، ایسا کیا امریکہ نے۔ یہ پورے مسلمانوں کا یہی ذہن بنا ہوا ہے۔ انڈیا میں، امریکہ میں، یورپ بھر جگہ</w:t>
      </w:r>
    </w:p>
    <w:p>
      <w:r>
        <w:rPr>
          <w:b/>
        </w:rPr>
        <w:t xml:space="preserve">[52:42] </w:t>
      </w:r>
      <w:r>
        <w:t>yeh kya hai? wahi history repeat ki ja rahi hai jo awwal waqt mein paish aayi thi.</w:t>
      </w:r>
    </w:p>
    <w:p>
      <w:pPr>
        <w:jc w:val="right"/>
      </w:pPr>
      <w:r>
        <w:t>یہ کیا ہے؟ وہی ہسٹری ریپیٹ کی جا رہی ہے جو اول وقت میں پیش آئی تھی۔</w:t>
      </w:r>
    </w:p>
    <w:p>
      <w:r>
        <w:rPr>
          <w:b/>
        </w:rPr>
        <w:t xml:space="preserve">[52:50] </w:t>
      </w:r>
      <w:r>
        <w:t>yeh galati ki thi adam ne ke is poori poori jannat mili hui thi, un ko is ko bhula diya.</w:t>
      </w:r>
    </w:p>
    <w:p>
      <w:pPr>
        <w:jc w:val="right"/>
      </w:pPr>
      <w:r>
        <w:t>یہ غلطی کی تھی آدم نے کہ اس پوری پوری جنت ملی ہوئی تھی، ان کو اس کو بھلا دیا۔</w:t>
      </w:r>
    </w:p>
    <w:p>
      <w:r>
        <w:rPr>
          <w:b/>
        </w:rPr>
        <w:t xml:space="preserve">[53:00] </w:t>
      </w:r>
      <w:r>
        <w:t>ek darakht nahi mila tha, bas isi ko yaad rakha aur phir zalim ban gaye. lekin is mein doosra pehlu yeh hai ke jab adam aur hawa zalim ban gaye to un ko repentance aaya.</w:t>
      </w:r>
    </w:p>
    <w:p>
      <w:pPr>
        <w:jc w:val="right"/>
      </w:pPr>
      <w:r>
        <w:t>ایک درخت نہیں ملا تھا، بس اسی کو یاد رکھا اور پھر ظالم بن گئے۔ لیکن اس میں دوسرا پہلو یہ ہے کہ جب آدم اور حوا ظالم بن گئے تو ان کو ریپنٹنس آیا۔</w:t>
      </w:r>
    </w:p>
    <w:p>
      <w:r>
        <w:rPr>
          <w:b/>
        </w:rPr>
        <w:t xml:space="preserve">[53:19] </w:t>
      </w:r>
      <w:r>
        <w:t>repentance aaya, woh rone lage, allah se maafi maangne lage. to allah taala ne un ko ek ek dua ki talqeen ki.</w:t>
      </w:r>
    </w:p>
    <w:p>
      <w:pPr>
        <w:jc w:val="right"/>
      </w:pPr>
      <w:r>
        <w:t>ریپنٹنس آیا، وہ رونے لگے، اللہ سے معافی مانگنے لگے۔ تو اللہ تعالیٰ نے ان کو ایک ایک دعا کی تلقین کی۔</w:t>
      </w:r>
    </w:p>
    <w:p>
      <w:r>
        <w:rPr>
          <w:b/>
        </w:rPr>
        <w:t xml:space="preserve">[53:29] </w:t>
      </w:r>
      <w:r>
        <w:t>quran mein bataya gaya hai: "rabbana zalamna anfusana wa lam taghfir lana wa tarhamna lanakoonal khasireen".</w:t>
      </w:r>
    </w:p>
    <w:p>
      <w:pPr>
        <w:jc w:val="right"/>
      </w:pPr>
      <w:r>
        <w:t>قرآن میں بتایا گیا ہے: "ربنا ظلمنا انفسنا ولم تغفر لنا وترحمنا لنکون الخاسرین"۔</w:t>
      </w:r>
    </w:p>
    <w:p>
      <w:r>
        <w:rPr>
          <w:b/>
        </w:rPr>
        <w:t xml:space="preserve">[53:39] </w:t>
      </w:r>
      <w:r>
        <w:t>yeh tasniya ka seigha hai, yaani hum dono ne, aye allah, hum dono ne, woh adam o hawa ne galati ki, hum ko maaf kar de.</w:t>
      </w:r>
    </w:p>
    <w:p>
      <w:pPr>
        <w:jc w:val="right"/>
      </w:pPr>
      <w:r>
        <w:t>یہ تثنیہ کا صیغہ ہے، یعنی ہم دونوں نے، اے اللہ، ہم دونوں نے، وہ آدم و حوا نے غلطی کی، ہم کو معاف کر دے۔</w:t>
      </w:r>
    </w:p>
    <w:p>
      <w:r>
        <w:rPr>
          <w:b/>
        </w:rPr>
        <w:t xml:space="preserve">[53:48] </w:t>
      </w:r>
      <w:r>
        <w:t>yahi waqt tha is musalmanon ka. is waqt saari duniya ke musalmanon ko hazrat adam ki sunnat ko amal karna hai.</w:t>
      </w:r>
    </w:p>
    <w:p>
      <w:pPr>
        <w:jc w:val="right"/>
      </w:pPr>
      <w:r>
        <w:t>یہی وقت تھا اس مسلمانوں کا۔ اس وقت ساری دنیا کے مسلمانوں کو حضرت آدم کی سنت کو عمل کرنا ہے۔</w:t>
      </w:r>
    </w:p>
    <w:p>
      <w:r>
        <w:rPr>
          <w:b/>
        </w:rPr>
        <w:t xml:space="preserve">[53:56] </w:t>
      </w:r>
      <w:r>
        <w:t>saari duniya ke musalman, chahe falasteen ke hon, chahe kashmir ke hon, chahe bosnia ke hon, chahe chechnya ke hon, chahe east ke hon ya west ke hon, waqt aa gaya hai ke sab log hazrat adam ki sunnat ko dohraein.</w:t>
      </w:r>
    </w:p>
    <w:p>
      <w:pPr>
        <w:jc w:val="right"/>
      </w:pPr>
      <w:r>
        <w:t>ساری دنیا کے مسلمان، چاہے فلسطین کے ہوں، چاہے کشمیر کے ہوں، چاہے بوسنیا کے ہوں، چاہے چیچنیا کے ہوں، چاہے ایسٹ کے ہوں یا ویسٹ کے ہوں، وقت آ گیا ہے کہ سب لوگ حضرت آدم کی سنت کو دہرائیں۔</w:t>
      </w:r>
    </w:p>
    <w:p>
      <w:r>
        <w:rPr>
          <w:b/>
        </w:rPr>
        <w:t xml:space="preserve">[54:09] </w:t>
      </w:r>
      <w:r>
        <w:t>kahin ke: "khudaya, hum ne galati ki, hum jhooti ladai mein phanse rahe, hum se galati hui ke hum itna zyada tum ne de rakha tha hum ko, is ko hum ne bhula diya, chand ek item jo nahi mile the, usi ko focus kar diya.</w:t>
      </w:r>
    </w:p>
    <w:p>
      <w:pPr>
        <w:jc w:val="right"/>
      </w:pPr>
      <w:r>
        <w:t>کہیں کہ: "خدایا، ہم نے غلطی کی، ہم جھوٹی لڑائی میں پھنسے رہے، ہم سے غلطی ہوئی کہ ہم اتنا زیادہ تم نے دے رکھا تھا ہم کو، اس کو ہم نے بھلا دیا، چند ایک آئٹم جو نہیں ملے تھے، اسی کو فوکس کر دیا۔</w:t>
      </w:r>
    </w:p>
    <w:p>
      <w:r>
        <w:rPr>
          <w:b/>
        </w:rPr>
        <w:t xml:space="preserve">[54:25] </w:t>
      </w:r>
      <w:r>
        <w:t>yeh hamara zulm tha, hamein allah maaf kar de, hum naya nayi planning karte hain aur naye dhang se apni apne haan sar'garmian chalayenge." yahi wahid cheez hai jis ko musalmanon ko kam amal karna padega,</w:t>
      </w:r>
    </w:p>
    <w:p>
      <w:pPr>
        <w:jc w:val="right"/>
      </w:pPr>
      <w:r>
        <w:t>یہ ہمارا ظلم تھا، ہمیں اللہ معاف کر دے، ہم نیا نئی پلاننگ کرتے ہیں اور نئے ڈھنگ سے اپنی اپنے ہاں سرگرمیاں چلائیں گے۔" یہی واحد چیز ہے جس کو مسلمانوں کو کم عمل کرنا پڑے گا،</w:t>
      </w:r>
    </w:p>
    <w:p>
      <w:r>
        <w:rPr>
          <w:b/>
        </w:rPr>
        <w:t xml:space="preserve">[54:46] </w:t>
      </w:r>
      <w:r>
        <w:t>nahi to tabahi, tabahi duniya mein bhi to aakhirat tabahi.</w:t>
      </w:r>
    </w:p>
    <w:p>
      <w:pPr>
        <w:jc w:val="right"/>
      </w:pPr>
      <w:r>
        <w:t>نہیں تو تباہی، تباہی دنیا میں بھی تو آخرت تباہی۔</w:t>
      </w:r>
    </w:p>
    <w:p>
      <w:r>
        <w:rPr>
          <w:b/>
        </w:rPr>
        <w:t xml:space="preserve">[54:52] </w:t>
      </w:r>
      <w:r>
        <w:t>yeh saada baat nahi hai.</w:t>
      </w:r>
    </w:p>
    <w:p>
      <w:pPr>
        <w:jc w:val="right"/>
      </w:pPr>
      <w:r>
        <w:t>یہ سادہ بات نہیں ہے۔</w:t>
      </w:r>
    </w:p>
    <w:p>
      <w:r>
        <w:rPr>
          <w:b/>
        </w:rPr>
        <w:t xml:space="preserve">[54:57] </w:t>
      </w:r>
      <w:r>
        <w:t>musalman koi musalman koi special makhlooq nahi hai. quran mein hai ke: "laysa bimayyakum wala amani ahlal kitabi mayyamal yujza bihi".</w:t>
      </w:r>
    </w:p>
    <w:p>
      <w:pPr>
        <w:jc w:val="right"/>
      </w:pPr>
      <w:r>
        <w:t>مسلمان کوئی مسلمان کوئی اسپیشل مخلوق نہیں ہے۔ قرآن میں ہے کہ: "لیسا بیماریکم ولا مانی اہل الکتاب من یعمل یجذبی"۔</w:t>
      </w:r>
    </w:p>
    <w:p>
      <w:r>
        <w:rPr>
          <w:b/>
        </w:rPr>
        <w:t xml:space="preserve">[55:11] </w:t>
      </w:r>
      <w:r>
        <w:t>yaani yahood agar virtual thinking mein pad jayein to un ki virtual thinking unhein kaam nahi aayegi.</w:t>
      </w:r>
    </w:p>
    <w:p>
      <w:pPr>
        <w:jc w:val="right"/>
      </w:pPr>
      <w:r>
        <w:t>یعنی یہود اگر ورچول تھنکنگ میں پڑ جائیں تو ان کی ورچول تھنکنگ انہیں کام نہیں آئے گی۔</w:t>
      </w:r>
    </w:p>
    <w:p>
      <w:r>
        <w:rPr>
          <w:b/>
        </w:rPr>
        <w:t xml:space="preserve">[55:19] </w:t>
      </w:r>
      <w:r>
        <w:t>isi tarah musalman agar virtual thinking mein pad jayein, un ki virtual thinking unhein kaam nahi aayegi. jo jaisa karega, woh sab payega. yahan par musalmanon ko bracket kar diya yahood se.</w:t>
      </w:r>
    </w:p>
    <w:p>
      <w:pPr>
        <w:jc w:val="right"/>
      </w:pPr>
      <w:r>
        <w:t>اسی طرح مسلمان اگر ورچول تھنکنگ میں پڑ جائیں، ان کی ورچول تھنکنگ انہیں کام نہیں آئے گی۔ جو جیسا کرے گا، وہ سب پائے گا۔ یہاں پر مسلمانوں کو بریکٹ کر دیا یہود سے۔</w:t>
      </w:r>
    </w:p>
    <w:p>
      <w:r>
        <w:rPr>
          <w:b/>
        </w:rPr>
        <w:t xml:space="preserve">[55:32] </w:t>
      </w:r>
      <w:r>
        <w:t>quran ki is ayat mein aap dekhiye, musalmanon ko bracket kar diya yahood se.</w:t>
      </w:r>
    </w:p>
    <w:p>
      <w:pPr>
        <w:jc w:val="right"/>
      </w:pPr>
      <w:r>
        <w:t>قرآن کی اس آیت میں آپ دیکھیے، مسلمانوں کو بریکٹ کر دیا یہود سے۔</w:t>
      </w:r>
    </w:p>
    <w:p>
      <w:r>
        <w:rPr>
          <w:b/>
        </w:rPr>
        <w:t xml:space="preserve">[55:40] </w:t>
      </w:r>
      <w:r>
        <w:t>to dono ka amal ek mamla hai. to koi virtual thinking, koi khush aqeedgi, koi khud sakhta aqeeda, yeh kaam nahi aayega.</w:t>
      </w:r>
    </w:p>
    <w:p>
      <w:pPr>
        <w:jc w:val="right"/>
      </w:pPr>
      <w:r>
        <w:t>تو دونوں کا عمل ایک معاملہ ہے۔ تو کوئی ورچول تھنکنگ، کوئی خوش عقیدگی، کوئی خود ساختہ عقیدہ، یہ کام نہیں آئے گا۔</w:t>
      </w:r>
    </w:p>
    <w:p>
      <w:r>
        <w:rPr>
          <w:b/>
        </w:rPr>
        <w:t xml:space="preserve">[55:55] </w:t>
      </w:r>
      <w:r>
        <w:t>koi rasta nahi hai musalmanon ke liye ke woh repentance un ke andar paida ho, woh u-turn lein. jis tarah hazrat adam ne u-turn liya,</w:t>
      </w:r>
    </w:p>
    <w:p>
      <w:pPr>
        <w:jc w:val="right"/>
      </w:pPr>
      <w:r>
        <w:t>کوئی راستہ نہیں ہے مسلمانوں کے لیے کہ وہ ریپنٹنس ان کے اندر پیدا ہو، وہ یو ٹرن لیں۔ جس طرح حضرت آدم نے یو ٹرن لیا،</w:t>
      </w:r>
    </w:p>
    <w:p>
      <w:r>
        <w:rPr>
          <w:b/>
        </w:rPr>
        <w:t xml:space="preserve">[56:08] </w:t>
      </w:r>
      <w:r>
        <w:t>tab ja kar aisa hoga ke mila hua unhein dikhai dega. jo mila hua hai, woh unhein dikhai dega, phir un ka shukr jaagega.</w:t>
      </w:r>
    </w:p>
    <w:p>
      <w:pPr>
        <w:jc w:val="right"/>
      </w:pPr>
      <w:r>
        <w:t>تب جا کر ایسا ہوگا کہ ملا ہوا انہیں دکھائی دے گا۔ جو ملا ہوا ہے، وہ انہیں دکھائی دے گا، پھر ان کا شکر جاگے گا۔</w:t>
      </w:r>
    </w:p>
    <w:p>
      <w:r>
        <w:rPr>
          <w:b/>
        </w:rPr>
        <w:t xml:space="preserve">[56:20] </w:t>
      </w:r>
      <w:r>
        <w:t>to quran ke mutabiq two point formula hai, yeh two point formula: na mile hue par sabr, mile hue par shukr.</w:t>
      </w:r>
    </w:p>
    <w:p>
      <w:pPr>
        <w:jc w:val="right"/>
      </w:pPr>
      <w:r>
        <w:t>تو قرآن کے مطابق ٹو پوائنٹ فارمولا ہے، یہ ٹو پوائنٹ فارمولا: نہ ملے ہوئے پر صبر، ملے ہوئے پر شکر۔</w:t>
      </w:r>
    </w:p>
    <w:p>
      <w:r>
        <w:rPr>
          <w:b/>
        </w:rPr>
        <w:t xml:space="preserve">[56:31] </w:t>
      </w:r>
      <w:r>
        <w:t>yeh two point formula hai, yeh</w:t>
      </w:r>
    </w:p>
    <w:p>
      <w:pPr>
        <w:jc w:val="right"/>
      </w:pPr>
      <w:r>
        <w:t>یہ ٹو پوائنٹ فارمولا ہے، یہ</w:t>
      </w:r>
    </w:p>
    <w:p>
      <w:r>
        <w:rPr>
          <w:b/>
        </w:rPr>
        <w:t xml:space="preserve">[56:36] </w:t>
      </w:r>
      <w:r>
        <w:t>yeh duniya mein lazman kuch na kuch aap khoyenge.</w:t>
      </w:r>
    </w:p>
    <w:p>
      <w:pPr>
        <w:jc w:val="right"/>
      </w:pPr>
      <w:r>
        <w:t>یہ دنیا میں لازماً کچھ نہ کچھ آپ کھوئیں گے۔</w:t>
      </w:r>
    </w:p>
    <w:p>
      <w:r>
        <w:rPr>
          <w:b/>
        </w:rPr>
        <w:t xml:space="preserve">[56:54] </w:t>
      </w:r>
      <w:r>
        <w:t>allazina asabatuhum musibah qalu: "inna lillahi wa inna ilaihi raji'un". is ayat ke mutabiq is duniya mein lazman tum ko kuch na kuch loss hoga, loss lazman hoga, lazman hoga, lazman hoga.</w:t>
      </w:r>
    </w:p>
    <w:p>
      <w:pPr>
        <w:jc w:val="right"/>
      </w:pPr>
      <w:r>
        <w:t>الذین مصیبت قالو: "انا للہ وانا الیہ راجعون"۔ اس آیت کے مطابق اس دنیا میں لازماً تم کو کچھ نہ کچھ لاس ہوگا، ایل او ڈبل ایس لاس لازماً ہوگا، لازماً ہوگا، لازماً ہوگا۔</w:t>
      </w:r>
    </w:p>
    <w:p>
      <w:r>
        <w:rPr>
          <w:b/>
        </w:rPr>
        <w:t xml:space="preserve">[57:05] </w:t>
      </w:r>
      <w:r>
        <w:t>tum se sabr karna padega tum ko, lekin isi waqt kuch mila hua bhi hoga. jab tum ek cheez khoge to isi waqt kuch cheezein paai hui bhi hongi</w:t>
      </w:r>
    </w:p>
    <w:p>
      <w:pPr>
        <w:jc w:val="right"/>
      </w:pPr>
      <w:r>
        <w:t>تم سے صبر کرنا پڑے گا تم کو، لیکن اسی وقت کچھ ملا ہوا بھی ہوگا۔ جب تم ایک چیز کھو گے تو اسی وقت کچھ چیزیں پائی ہوئی بھی ہو گ</w:t>
      </w:r>
    </w:p>
    <w:p>
      <w:r>
        <w:rPr>
          <w:b/>
        </w:rPr>
        <w:t xml:space="preserve">[57:16] </w:t>
      </w:r>
      <w:r>
        <w:t>y۔ jaise miraaj ke musalman ne ne political empire to khoda hai, lekin political abhi bhi un ki national hukoomatein maujood hain.</w:t>
      </w:r>
    </w:p>
    <w:p>
      <w:pPr>
        <w:jc w:val="right"/>
      </w:pPr>
      <w:r>
        <w:t>ی۔ جیسے معراج کے مسلمان نے نے پولیٹیکل ایمپائر تو کھوڑا ہے، لیکن پولیٹیکل ابھی بھی ان کی نیشنل حکومتیں موجود ہیں۔</w:t>
      </w:r>
    </w:p>
    <w:p>
      <w:r>
        <w:rPr>
          <w:b/>
        </w:rPr>
        <w:t xml:space="preserve">[57:26] </w:t>
      </w:r>
      <w:r>
        <w:t>yani musalmanon ne political empire to khoya, lekin abhi bhi un ki national hukoomatein maujood hain pachaas se ziyada mulkon mein.</w:t>
      </w:r>
    </w:p>
    <w:p>
      <w:pPr>
        <w:jc w:val="right"/>
      </w:pPr>
      <w:r>
        <w:t>یعنی مسلمانوں نے پولیٹیکل ایمپائر تو کھویا، لیکن ابھی بھی ان کی نیشنل حکومتیں موجود ہیں پچاس سے زیادہ ملکوں میں۔</w:t>
      </w:r>
    </w:p>
    <w:p>
      <w:r>
        <w:rPr>
          <w:b/>
        </w:rPr>
        <w:t xml:space="preserve">[57:38] </w:t>
      </w:r>
      <w:r>
        <w:t>to is aayat ka matlab yeh hai ke tum ko lazman khone ka tajurba hoga, lekin isi isi waqt tum kuch cheezein paaye bhi ho ge, kuch cheezein tum ko mili bhi hongi.</w:t>
      </w:r>
    </w:p>
    <w:p>
      <w:pPr>
        <w:jc w:val="right"/>
      </w:pPr>
      <w:r>
        <w:t>تو اس آیت کا مطلب یہ ہے کہ تم کو لازماً کھونے کا تجربہ ہوگا، لیکن اسی اسی وقت تم کچھ چیزیں پائے بھی ہو گے، کچھ چیزیں تم کو ملی بھی ہوں گی۔</w:t>
      </w:r>
    </w:p>
    <w:p>
      <w:r>
        <w:rPr>
          <w:b/>
        </w:rPr>
        <w:t xml:space="preserve">[57:50] </w:t>
      </w:r>
      <w:r>
        <w:t>jis tarah jannat mein hua ke Adam ko kuch bara hissa mila hua tha, ek darakht nahi mila tha. to imtehaan yeh tha ke na mile par focus na karein, woh mile par focus karein.</w:t>
      </w:r>
    </w:p>
    <w:p>
      <w:pPr>
        <w:jc w:val="right"/>
      </w:pPr>
      <w:r>
        <w:t>جس طرح جنت میں ہوا کہ آدم کو کچھ بڑا حصہ ملا ہوا تھا، ایک درخت نہیں ملا تھا۔ تو امتحان یہ تھا کہ نہ ملے پر فوکس نہ کریں، وہ ملے پر فوکس کریں۔</w:t>
      </w:r>
    </w:p>
    <w:p>
      <w:r>
        <w:rPr>
          <w:b/>
        </w:rPr>
        <w:t xml:space="preserve">[58:04] </w:t>
      </w:r>
      <w:r>
        <w:t>wohi aaj musalmanon ko karna padega political field mein, social field mein, national field mein, international field mein, har jagah, har jagah yeh karna padega.</w:t>
      </w:r>
    </w:p>
    <w:p>
      <w:pPr>
        <w:jc w:val="right"/>
      </w:pPr>
      <w:r>
        <w:t>وہی آج مسلمانوں کو کرنا پڑے گا پولیٹیکل فیلڈ میں، سوشل فیلڈ میں، نیشنل فیلڈ میں، انٹرنیشنل فیلڈ میں، ہر جگہ، ہر جگہ یہ کرنا پڑے گا۔</w:t>
      </w:r>
    </w:p>
    <w:p>
      <w:r>
        <w:rPr>
          <w:b/>
        </w:rPr>
        <w:t xml:space="preserve">[58:16] </w:t>
      </w:r>
      <w:r>
        <w:t>to phir kya hoga? positive thinking aayegi, intellectual development hoga aur dawat ke mawaqe khulein ge.</w:t>
      </w:r>
    </w:p>
    <w:p>
      <w:pPr>
        <w:jc w:val="right"/>
      </w:pPr>
      <w:r>
        <w:t>تو پھر کیا ہوگا؟ پازیٹیو تھنکنگ آئے گی، انٹلیکچول ڈیولپمنٹ ہوگا اور دعوت کے مواقع کھلیں گے۔</w:t>
      </w:r>
    </w:p>
    <w:p>
      <w:r>
        <w:rPr>
          <w:b/>
        </w:rPr>
        <w:t xml:space="preserve">[58:28] </w:t>
      </w:r>
      <w:r>
        <w:t>dawat ke mawaqe pehle khule hue hain, lekin hum ko avail nahi kar pa rahe hain.</w:t>
      </w:r>
    </w:p>
    <w:p>
      <w:pPr>
        <w:jc w:val="right"/>
      </w:pPr>
      <w:r>
        <w:t>دعوت کے مواقع پہلے کھلے ہوئے ہیں، لیکن ہم کو اویل نہیں کر پا رہے ہیں۔</w:t>
      </w:r>
    </w:p>
    <w:p>
      <w:r>
        <w:rPr>
          <w:b/>
        </w:rPr>
        <w:t xml:space="preserve">[58:37] </w:t>
      </w:r>
      <w:r>
        <w:t>beshumar dawat ke mawaqe khule hue hain, hatta ke un mulkon mein bhi jin ko musalman samajhte hain ke dushman e Islam, misaal ke taur par Israel, hamare saathi jaate hain Israel mein Quran le kar, literature le kar, koi rukawat nahi wahan par, kuch bhi nahi.</w:t>
      </w:r>
    </w:p>
    <w:p>
      <w:pPr>
        <w:jc w:val="right"/>
      </w:pPr>
      <w:r>
        <w:t>بے شمار دعوت کے مواقع کھلے ہوئے ہیں، حتیٰ کہ ان ملکوں میں بھی جن کو مسلمان سمجھتے ہیں کہ دشمن اسلام، مثلاً اسرائیل، ہمارے ساتھی جاتے ہیں اسرائیل میں قرآن لے کر، لٹریری لے کر، کوئی رکاوٹ نہیں وہاں پر، کچھ بھی نہیں۔</w:t>
      </w:r>
    </w:p>
    <w:p>
      <w:r>
        <w:rPr>
          <w:b/>
        </w:rPr>
        <w:t xml:space="preserve">[58:53] </w:t>
      </w:r>
      <w:r>
        <w:t>khoob daawti kaam karte hain Israel mein ja kar, daawa work karte hain hamare</w:t>
      </w:r>
    </w:p>
    <w:p>
      <w:pPr>
        <w:jc w:val="right"/>
      </w:pPr>
      <w:r>
        <w:t>خوب دعوتی کام کرتے ہیں اسرائیل میں جا کر، دعویٰ ورک کرتے ہیں ہمارے</w:t>
      </w:r>
    </w:p>
    <w:p>
      <w:r>
        <w:rPr>
          <w:b/>
        </w:rPr>
        <w:t xml:space="preserve">[59:00] </w:t>
      </w:r>
      <w:r>
        <w:t>saathi jis ko musalman samajhte hain ke dushman e Islam ko dushman hai. woh to dekhein, is zamane mein Allah taala ne dawat ke mawaqe ko be panaah had tak khol diya hai.</w:t>
      </w:r>
    </w:p>
    <w:p>
      <w:pPr>
        <w:jc w:val="right"/>
      </w:pPr>
      <w:r>
        <w:t>ساتھی جس کو مسلمان سمجھتے ہیں کہ دشمن اسلام کو دشمن ہے۔ وہ تو دیکھیں، اس زمانے میں اللہ تعالیٰ نے دعوت کے مواقع کو بے پناہ حد تک کھول دیا ہے۔</w:t>
      </w:r>
    </w:p>
    <w:p>
      <w:r>
        <w:rPr>
          <w:b/>
        </w:rPr>
        <w:t xml:space="preserve">[59:17] </w:t>
      </w:r>
      <w:r>
        <w:t>dawat ka koi bhi darwaza band nahi hai. jo kahe woh jhoot bolta hai ke dawat ke mawaqe nahi hain.</w:t>
      </w:r>
    </w:p>
    <w:p>
      <w:pPr>
        <w:jc w:val="right"/>
      </w:pPr>
      <w:r>
        <w:t>دعوت کا کوئی بھی دروازہ بند نہیں ہے۔ جو کہے وہ جھوٹ بولتا ہے کہ دعوت کے مواقع نہیں ہیں۔</w:t>
      </w:r>
    </w:p>
    <w:p>
      <w:r>
        <w:rPr>
          <w:b/>
        </w:rPr>
        <w:t xml:space="preserve">[59:27] </w:t>
      </w:r>
      <w:r>
        <w:t>is zamane mein dawat ke saare mawaqe khul diye hain. yani legislative freedom hai duniya mein, interaction aaya hai duniya mein, global village ho gayi duniya mein, communication aa gaya duniya mein, printing press aa gaya,</w:t>
      </w:r>
    </w:p>
    <w:p>
      <w:pPr>
        <w:jc w:val="right"/>
      </w:pPr>
      <w:r>
        <w:t>اس زمانے میں دعوت کے سارے مواقع کھل دیے ہیں۔ یعنی لیجسٹ فریڈم ہے دنیا میں، انٹریکشن آیا ہے دنیا میں، گلوبل ویج ہو گئی دنیا میں، کمیونیکیشن آ گیا دنیا میں، پرنٹنگ پریس آ گیا،</w:t>
      </w:r>
    </w:p>
    <w:p>
      <w:r>
        <w:rPr>
          <w:b/>
        </w:rPr>
        <w:t xml:space="preserve">[59:41] </w:t>
      </w:r>
      <w:r>
        <w:t>tourism ki wajah se saari duniya mein log yahan se wahan jaane lage. openness aaya, mazhabi katar par khatam hua.</w:t>
      </w:r>
    </w:p>
    <w:p>
      <w:pPr>
        <w:jc w:val="right"/>
      </w:pPr>
      <w:r>
        <w:t>ٹورزم کی وجہ سے ساری دنیا میں لوگ یہاں سے وہاں جانے لگے۔ اوپننس آیا، مذہبی کٹر پر ختم ہوا۔</w:t>
      </w:r>
    </w:p>
    <w:p>
      <w:r>
        <w:rPr>
          <w:b/>
        </w:rPr>
        <w:t xml:space="preserve">[59:51] </w:t>
      </w:r>
      <w:r>
        <w:t>yani woh saari cheezein jo dawat e Allah ke kaam ke liye zaroori hain, woh sab khul gayin chaaron taraf, har jagah, hatta ke un mulkon mein bhi jin ko aap kehte hain ke dushman mulk.</w:t>
      </w:r>
    </w:p>
    <w:p>
      <w:pPr>
        <w:jc w:val="right"/>
      </w:pPr>
      <w:r>
        <w:t>یعنی وہ ساری چیزیں جو دعوت اللہ کے کام کے لیے ضروری ہیں، وہ سب کھل گئیں چاروں طرف، ہر جگہ، حتیٰ کہ ان ملکوں میں بھی جن کو آپ کہتے ہیں کہ دشمن ملک۔</w:t>
      </w:r>
    </w:p>
    <w:p>
      <w:r>
        <w:rPr>
          <w:b/>
        </w:rPr>
        <w:t xml:space="preserve">[1:00:07] </w:t>
      </w:r>
      <w:r>
        <w:t>jis tarah musalman samajhte hain ke America ke bare mein aduww e Islam raqam wahid</w:t>
      </w:r>
    </w:p>
    <w:p>
      <w:pPr>
        <w:jc w:val="right"/>
      </w:pPr>
      <w:r>
        <w:t>جس طرح مسلمان سمجھتے ہیں کہ امریکہ کے بارے میں ادوب الاسلام رقم واحد</w:t>
      </w:r>
    </w:p>
    <w:p>
      <w:r>
        <w:rPr>
          <w:b/>
        </w:rPr>
        <w:t xml:space="preserve">[1:00:16] </w:t>
      </w:r>
      <w:r>
        <w:t>ke America jo hai ab dushman number ek hai Islam ka, yeh bilkul jhooti baat hai, bilashuba jhooti baat hai. aap jaiye America mein daawti kaam ke liye, koi rukawat nahi, khoob daawti kaam kijiye.</w:t>
      </w:r>
    </w:p>
    <w:p>
      <w:pPr>
        <w:jc w:val="right"/>
      </w:pPr>
      <w:r>
        <w:t>کہ امریکہ جو ہے اب دشمن نمبر ایک ہے اسلام کا، یہ بالکل جھوٹی بات ہے، بلاشبہ جھوٹی بات ہے۔ آپ جائیے امریکہ میں دعوتی کام کے لیے، کوئی رکاوٹ نہیں، خوب دعوتی کام کیجئے۔</w:t>
      </w:r>
    </w:p>
    <w:p>
      <w:r>
        <w:rPr>
          <w:b/>
        </w:rPr>
        <w:t xml:space="preserve">[1:00:35] </w:t>
      </w:r>
      <w:r>
        <w:t>to yeh bohat ziyada sochne ki baat hai. hamein apne focus ko badalna hai, apni soch ko badalna hai.</w:t>
      </w:r>
    </w:p>
    <w:p>
      <w:pPr>
        <w:jc w:val="right"/>
      </w:pPr>
      <w:r>
        <w:t>تو یہ بہت زیادہ سوچنے کی بات ہے۔ ہمیں اپنے فوکس کو بدلنا ہے، اپنی سوچ کو بدلنا ہے۔</w:t>
      </w:r>
    </w:p>
    <w:p>
      <w:r>
        <w:rPr>
          <w:b/>
        </w:rPr>
        <w:t xml:space="preserve">[1:00:46] </w:t>
      </w:r>
      <w:r>
        <w:t>mili hui cheezon ka anbaar laga hua hai, wahan se focus hata diya aur koi ek cheez jo nahi mili, us par focus daal diya. aur phir satanic zehan bana, satanic culture bana, satanic thinking banayi.</w:t>
      </w:r>
    </w:p>
    <w:p>
      <w:pPr>
        <w:jc w:val="right"/>
      </w:pPr>
      <w:r>
        <w:t>ملی ہوئی چیزوں کا انبار لگا ہوا ہے، وہاں سے فوکس ہٹا دیا اور کوئی ایک چیز جو نہیں ملی، اس پر فوکس ڈال دیا۔ اور پھر سیٹنک ذہن بنا، سیٹنک کلچر بنا، سیٹنک تھنکنگ بنائی۔</w:t>
      </w:r>
    </w:p>
    <w:p>
      <w:r>
        <w:rPr>
          <w:b/>
        </w:rPr>
        <w:t xml:space="preserve">[1:01:00] </w:t>
      </w:r>
      <w:r>
        <w:t>to positive thinking gayi, daawa work chhoot gaya. jannati shakhsiyat banane ke mawaqe jo hain, us se hum mehroom ho gaye.</w:t>
      </w:r>
    </w:p>
    <w:p>
      <w:pPr>
        <w:jc w:val="right"/>
      </w:pPr>
      <w:r>
        <w:t>تو پازیٹیو تھنکنگ گئی، دعویٰ ورک چھوٹا۔ جنتی شخصیت بنانے کے مواقع جو ہیں، اس سے ہم محروم ہو گئے۔</w:t>
      </w:r>
    </w:p>
    <w:p>
      <w:r>
        <w:rPr>
          <w:b/>
        </w:rPr>
        <w:t xml:space="preserve">[1:01:10] </w:t>
      </w:r>
      <w:r>
        <w:t>sab mehroomi, mehroomi.</w:t>
      </w:r>
    </w:p>
    <w:p>
      <w:pPr>
        <w:jc w:val="right"/>
      </w:pPr>
      <w:r>
        <w:t>سب محرومی، محرومی۔</w:t>
      </w:r>
    </w:p>
    <w:p>
      <w:r>
        <w:rPr>
          <w:b/>
        </w:rPr>
        <w:t xml:space="preserve">[1:01:16] </w:t>
      </w:r>
      <w:r>
        <w:t>to waqt aakhri waqt aa gaya hai ke hum rethinking karein, reassess karein, replanning karein aur is is dua ko dohraayein, Hazrat Adam wali dua ko ke: "Rabbana zalamna anfusana walam taghfir lana wa tarhamna lana kunan minal khasireen".</w:t>
      </w:r>
    </w:p>
    <w:p>
      <w:pPr>
        <w:jc w:val="right"/>
      </w:pPr>
      <w:r>
        <w:t>تو وقت آخری وقت آ گیا ہے کہ ہم ری تھنکنگ کریں، ری اسس کریں، ری پلاننگ کریں اور اس اس دعا کو دہرائیں، حضرت آدم والی دعا کو کہ: "ربنا ظلمنا انفسنا ولم تغفر لنا وترحمنا لنکون الخاسرین"۔</w:t>
      </w:r>
    </w:p>
    <w:p>
      <w:r>
        <w:rPr>
          <w:b/>
        </w:rPr>
        <w:t xml:space="preserve">[1:01:39] </w:t>
      </w:r>
      <w:r>
        <w:t>waqt aa gaya hai qaumi satah par musalman is dua ko dohraayein, qaumi satah par poori ummat e muslema.</w:t>
      </w:r>
    </w:p>
    <w:p>
      <w:pPr>
        <w:jc w:val="right"/>
      </w:pPr>
      <w:r>
        <w:t>وقت آ گیا ہے قومی سطح پر مسلمان اس دعا کو دہرائیں، قومی سطح پر پوری امت مسلمہ۔</w:t>
      </w:r>
    </w:p>
    <w:p>
      <w:r>
        <w:rPr>
          <w:b/>
        </w:rPr>
        <w:t xml:space="preserve">[1:01:48] </w:t>
      </w:r>
      <w:r>
        <w:t>tab ja kar hamare liye ek naya daaira aur naya daur aayega, naye darwaze khulein ge aur millat ka ehya hoga.</w:t>
      </w:r>
    </w:p>
    <w:p>
      <w:pPr>
        <w:jc w:val="right"/>
      </w:pPr>
      <w:r>
        <w:t>تب جا کر ہمارے لیے ایک نیا دائرہ اور نیا دور آئے گا، نئے دروازے کھلیں گے اور ملت کا احیاء ہوگا۔</w:t>
      </w:r>
    </w:p>
    <w:p>
      <w:r>
        <w:rPr>
          <w:b/>
        </w:rPr>
        <w:t xml:space="preserve">[1:01:58] </w:t>
      </w:r>
      <w:r>
        <w:t>to main dua karta hoon ke Allah taala mujh ko aur aap ko tofeeq de ke hum sachai ko jaanein aur apne aap ko jhoot se nikalein,</w:t>
      </w:r>
    </w:p>
    <w:p>
      <w:pPr>
        <w:jc w:val="right"/>
      </w:pPr>
      <w:r>
        <w:t>تو میں دعا کرتا ہوں کہ اللہ تعالیٰ مجھ کو اور آپ کو توفیق دے کہ ہم سچائی کو جانیں اور اپنے آپ کو جھوٹ سے نکالیں،</w:t>
      </w:r>
    </w:p>
    <w:p>
      <w:r>
        <w:rPr>
          <w:b/>
        </w:rPr>
        <w:t xml:space="preserve">[1:02:13] </w:t>
      </w:r>
      <w:r>
        <w:t>is se bachayein apne aap ko ke shaitan hum ko apna shikar bana le.</w:t>
      </w:r>
    </w:p>
    <w:p>
      <w:pPr>
        <w:jc w:val="right"/>
      </w:pPr>
      <w:r>
        <w:t>اس سے بچائیں اپنے آپ کو کہ شیطان ہم کو اپنا شکار بنا لے۔</w:t>
      </w:r>
    </w:p>
    <w:p>
      <w:r>
        <w:rPr>
          <w:b/>
        </w:rPr>
        <w:t xml:space="preserve">[1:02:22] </w:t>
      </w:r>
      <w:r>
        <w:t>allah ta'ala hum ko aur aap ko</w:t>
      </w:r>
    </w:p>
    <w:p>
      <w:pPr>
        <w:jc w:val="right"/>
      </w:pPr>
      <w:r>
        <w:t>اللہ تعالیٰ ہم کو اور آپ کو</w:t>
      </w:r>
    </w:p>
    <w:p>
      <w:r>
        <w:rPr>
          <w:b/>
        </w:rPr>
        <w:t xml:space="preserve">[1:02:26] </w:t>
      </w:r>
      <w:r>
        <w:t>saheeh rastay par chalaye.</w:t>
      </w:r>
    </w:p>
    <w:p>
      <w:pPr>
        <w:jc w:val="right"/>
      </w:pPr>
      <w:r>
        <w:t>صحیح راستے پر چلائے۔</w:t>
      </w:r>
    </w:p>
    <w:p>
      <w:r>
        <w:rPr>
          <w:b/>
        </w:rPr>
        <w:t xml:space="preserve">[1:02:28] </w:t>
      </w:r>
      <w:r>
        <w:t>aqool qawli haza wa astaghfirullah li wa lakum ajmaeen</w:t>
      </w:r>
    </w:p>
    <w:p>
      <w:pPr>
        <w:jc w:val="right"/>
      </w:pPr>
      <w:r>
        <w:t>أقول قولي هذا واستغفرالله لي ولكم اجمعین</w:t>
      </w:r>
    </w:p>
    <w:p>
      <w:r>
        <w:rPr>
          <w:b/>
        </w:rPr>
        <w:t xml:space="preserve">[1:02:44] </w:t>
      </w:r>
      <w:r>
        <w:t>mansoor ud deen sahib ka, unhon ne likha hai: "maulana, haal hi mein haiderabad mein aik tanzeem ki teen din ki conference nizam ground par hui,</w:t>
      </w:r>
    </w:p>
    <w:p>
      <w:pPr>
        <w:jc w:val="right"/>
      </w:pPr>
      <w:r>
        <w:t>منصور الدین صاحب کا، انہوں نے لکھا ہے: "مولانا، حال ہی میں حیدرآباد میں ایک تنظیم کی تین دن کی کانفرنس نظام گراؤنڈ پر ہوئی،</w:t>
      </w:r>
    </w:p>
    <w:p>
      <w:r>
        <w:rPr>
          <w:b/>
        </w:rPr>
        <w:t xml:space="preserve">[1:02:57] </w:t>
      </w:r>
      <w:r>
        <w:t>is ka title tha 'spring of islam'." kya tha? "spring of islam." spring? "spring of islam." hmm, is ko mein ne attend kiya tha.</w:t>
      </w:r>
    </w:p>
    <w:p>
      <w:pPr>
        <w:jc w:val="right"/>
      </w:pPr>
      <w:r>
        <w:t>اس کا ٹائٹل تھا 'سپرنگ آف اسلام'۔" کیا تھا؟ "سپرنگ آف اسلام۔" سپرنگ؟ "سپرنگ آف اسلام۔" ہمم، اس کو میں نے اٹینڈ کیا تھا۔</w:t>
      </w:r>
    </w:p>
    <w:p>
      <w:r>
        <w:rPr>
          <w:b/>
        </w:rPr>
        <w:t xml:space="preserve">[1:03:08] </w:t>
      </w:r>
      <w:r>
        <w:t>is saaray conference ka khulasa yeh tha ke islam ki bahaar aa rahi hai,</w:t>
      </w:r>
    </w:p>
    <w:p>
      <w:pPr>
        <w:jc w:val="right"/>
      </w:pPr>
      <w:r>
        <w:t>اس سارے کانفرنس کا خلاصہ یہ تھا کہ اسلام کی بہار آ رہی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