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Three levels of Realization 4 July 2010 - Maulana Wahiduddin Khan</w:t>
      </w:r>
    </w:p>
    <w:p>
      <w:r>
        <w:t>https://www.youtube.com/watch?v=H-kx5TldzfQ</w:t>
      </w:r>
    </w:p>
    <w:p>
      <w:r>
        <w:rPr>
          <w:b/>
        </w:rPr>
        <w:t xml:space="preserve">[00:14] </w:t>
      </w:r>
      <w:r>
        <w:t>Bismillah Rahman Rahim,</w:t>
      </w:r>
    </w:p>
    <w:p>
      <w:pPr>
        <w:jc w:val="right"/>
      </w:pPr>
      <w:r>
        <w:t>بسم اللہ الرحمن الرحیم،</w:t>
      </w:r>
    </w:p>
    <w:p>
      <w:r>
        <w:rPr>
          <w:b/>
        </w:rPr>
        <w:t xml:space="preserve">[00:19] </w:t>
      </w:r>
      <w:r>
        <w:t>Wasalli Allahu Alaa Nabiyyil Kareem. Rabbi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[00:36] </w:t>
      </w:r>
      <w:r>
        <w:t>Aaj ka topic hai: "Three Levels of Realization". Yani Khuda ko paanay ke teen darjay.</w:t>
      </w:r>
    </w:p>
    <w:p>
      <w:pPr>
        <w:jc w:val="right"/>
      </w:pPr>
      <w:r>
        <w:t>آج کا ٹاپک ہے: "تھری لیولز آف ریلائزیشن"۔ یعنی خدا کو پانے کے تین درجے۔</w:t>
      </w:r>
    </w:p>
    <w:p>
      <w:r>
        <w:rPr>
          <w:b/>
        </w:rPr>
        <w:t xml:space="preserve">[00:54] </w:t>
      </w:r>
      <w:r>
        <w:t>Dekhiye, Khuda ya God ka jo concept hai, woh har zamanay mein paya gaya hai,</w:t>
      </w:r>
    </w:p>
    <w:p>
      <w:pPr>
        <w:jc w:val="right"/>
      </w:pPr>
      <w:r>
        <w:t>دیکھیے، خدا یا گاڈ کا جو کانسیپٹ ہے، وہ ہر زمانے میں پایا گیا ہے،</w:t>
      </w:r>
    </w:p>
    <w:p>
      <w:r>
        <w:rPr>
          <w:b/>
        </w:rPr>
        <w:t xml:space="preserve">[01:04] </w:t>
      </w:r>
      <w:r>
        <w:t>aur aaj bhi paya jata hai.</w:t>
      </w:r>
    </w:p>
    <w:p>
      <w:pPr>
        <w:jc w:val="right"/>
      </w:pPr>
      <w:r>
        <w:t>اور آج بھی پایا جاتا ہے۔</w:t>
      </w:r>
    </w:p>
    <w:p>
      <w:r>
        <w:rPr>
          <w:b/>
        </w:rPr>
        <w:t xml:space="preserve">[01:09] </w:t>
      </w:r>
      <w:r>
        <w:t>Anthropology aik independent discipline hai jo</w:t>
      </w:r>
    </w:p>
    <w:p>
      <w:pPr>
        <w:jc w:val="right"/>
      </w:pPr>
      <w:r>
        <w:t>انتھروپالوجی ایک انڈیپنڈنٹ ڈسپلن ہے جو</w:t>
      </w:r>
    </w:p>
    <w:p>
      <w:r>
        <w:rPr>
          <w:b/>
        </w:rPr>
        <w:t xml:space="preserve">[01:17] </w:t>
      </w:r>
      <w:r>
        <w:t>pichlay maasharon ki study karta hai, yani study of primitive societies. Study of primitive societies.</w:t>
      </w:r>
    </w:p>
    <w:p>
      <w:pPr>
        <w:jc w:val="right"/>
      </w:pPr>
      <w:r>
        <w:t>پچھلے معاشروں کی اسٹڈی کرتا ہے، یعنی اسٹڈی آف پریمیٹیو سوسائٹیز۔ اسٹڈی آف پریمیٹیو سوسائٹیز۔</w:t>
      </w:r>
    </w:p>
    <w:p>
      <w:r>
        <w:rPr>
          <w:b/>
        </w:rPr>
        <w:t xml:space="preserve">[01:31] </w:t>
      </w:r>
      <w:r>
        <w:t>Toh lambay research ke baad anthropologists is par agree karte hain ke jitni bhi societies ya samaj dunya mein paye gaye hain,</w:t>
      </w:r>
    </w:p>
    <w:p>
      <w:pPr>
        <w:jc w:val="right"/>
      </w:pPr>
      <w:r>
        <w:t>تو لمبے ریسرچ کے بعد انتھروپالوجسٹ اس پر ایگری کرتے ہیں کہ جتنی بھی سوسائٹیز یا سماج دنیا میں پائے گئے ہیں،</w:t>
      </w:r>
    </w:p>
    <w:p>
      <w:r>
        <w:rPr>
          <w:b/>
        </w:rPr>
        <w:t xml:space="preserve">[01:47] </w:t>
      </w:r>
      <w:r>
        <w:t>sarey samaj mein God ka concept common hai.</w:t>
      </w:r>
    </w:p>
    <w:p>
      <w:pPr>
        <w:jc w:val="right"/>
      </w:pPr>
      <w:r>
        <w:t>سارے سماج میں گاڈ کا کانسیپٹ کامن ہے۔</w:t>
      </w:r>
    </w:p>
    <w:p>
      <w:r>
        <w:rPr>
          <w:b/>
        </w:rPr>
        <w:t xml:space="preserve">[01:55] </w:t>
      </w:r>
      <w:r>
        <w:t>yani mukhtalif is ki shapes hain,</w:t>
      </w:r>
    </w:p>
    <w:p>
      <w:pPr>
        <w:jc w:val="right"/>
      </w:pPr>
      <w:r>
        <w:t>یعنی مختلف اس کی شیپس ہیں،</w:t>
      </w:r>
    </w:p>
    <w:p>
      <w:r>
        <w:rPr>
          <w:b/>
        </w:rPr>
        <w:t xml:space="preserve">[02:00] </w:t>
      </w:r>
      <w:r>
        <w:t>lekin koi bhi aisi society abhi tak discover nahi hui jis mein God ka concept na paya jata ho.</w:t>
      </w:r>
    </w:p>
    <w:p>
      <w:pPr>
        <w:jc w:val="right"/>
      </w:pPr>
      <w:r>
        <w:t>لیکن کوئی بھی ایسی سوسائٹی ابھی تک ڈسکور نہیں ہوئی جس میں گاڈ کا کانسیپٹ نہ پایا جاتا ہو۔</w:t>
      </w:r>
    </w:p>
    <w:p>
      <w:r>
        <w:rPr>
          <w:b/>
        </w:rPr>
        <w:t xml:space="preserve">[02:11] </w:t>
      </w:r>
      <w:r>
        <w:t>Kyunkay God ka concept jo hai, woh insaan ke nature mein introven hai.</w:t>
      </w:r>
    </w:p>
    <w:p>
      <w:pPr>
        <w:jc w:val="right"/>
      </w:pPr>
      <w:r>
        <w:t>کیونکہ گاڈ کا کانسیپٹ جو ہے، وہ انسان کے نیچر میں انٹرووربن ہے۔</w:t>
      </w:r>
    </w:p>
    <w:p>
      <w:r>
        <w:rPr>
          <w:b/>
        </w:rPr>
        <w:t xml:space="preserve">[02:20] </w:t>
      </w:r>
      <w:r>
        <w:t>Lekin God ke bohat saray, yani mukhtalif belief hain God ke baray mein.</w:t>
      </w:r>
    </w:p>
    <w:p>
      <w:pPr>
        <w:jc w:val="right"/>
      </w:pPr>
      <w:r>
        <w:t>لیکن گاڈ کے بہت سارے، یعنی مختلف بیلیف ہیں گاڈ کے بارے میں۔</w:t>
      </w:r>
    </w:p>
    <w:p>
      <w:r>
        <w:rPr>
          <w:b/>
        </w:rPr>
        <w:t xml:space="preserve">[02:28] </w:t>
      </w:r>
      <w:r>
        <w:t>Main saray belief par nahi jaunga, lekin broad division mein bunyadi taur par do branches hain.</w:t>
      </w:r>
    </w:p>
    <w:p>
      <w:pPr>
        <w:jc w:val="right"/>
      </w:pPr>
      <w:r>
        <w:t>میں سارے بیلیف پر نہیں جاؤں گا، لیکن براڈ ڈویژن میں بنیادی طور پر دو برانچز ہیں۔</w:t>
      </w:r>
    </w:p>
    <w:p>
      <w:r>
        <w:rPr>
          <w:b/>
        </w:rPr>
        <w:t xml:space="preserve">[02:38] </w:t>
      </w:r>
      <w:r>
        <w:t>Aik ko kehtay hain Monism, aur doosray ko kehtay hain Monotheism. Yani doai tawad aur adwai tawad.</w:t>
      </w:r>
    </w:p>
    <w:p>
      <w:pPr>
        <w:jc w:val="right"/>
      </w:pPr>
      <w:r>
        <w:t>ایک کو کہتے ہیں مونزم، اور دوسرے کو کہتے ہیں مونوتھیزم۔ یعنی دوئی تواد اور ادوئی تواد۔</w:t>
      </w:r>
    </w:p>
    <w:p>
      <w:r>
        <w:rPr>
          <w:b/>
        </w:rPr>
        <w:t xml:space="preserve">[02:49] </w:t>
      </w:r>
      <w:r>
        <w:t>ya toheed aur wahid wajood.</w:t>
      </w:r>
    </w:p>
    <w:p>
      <w:pPr>
        <w:jc w:val="right"/>
      </w:pPr>
      <w:r>
        <w:t>یا توحید اور واحد وجود۔</w:t>
      </w:r>
    </w:p>
    <w:p>
      <w:r>
        <w:rPr>
          <w:b/>
        </w:rPr>
        <w:t xml:space="preserve">[02:54] </w:t>
      </w:r>
      <w:r>
        <w:t>jahan tak maine study ki hai, maine paya hai ke monism ya adwai tawad ya wahid wajood asal mein philosophical concept hai.</w:t>
      </w:r>
    </w:p>
    <w:p>
      <w:pPr>
        <w:jc w:val="right"/>
      </w:pPr>
      <w:r>
        <w:t>جہاں تک میں نے اسٹڈی کی ہے، میں نے پایا ہے کہ مونزم یا ادوئی تواد یا واحد وجود اصل میں فلاسفیکل کانسیپٹ ہے۔</w:t>
      </w:r>
    </w:p>
    <w:p>
      <w:r>
        <w:rPr>
          <w:b/>
        </w:rPr>
        <w:t xml:space="preserve">[03:13] </w:t>
      </w:r>
      <w:r>
        <w:t>tamam philosophers is ko mante rahe hain, moralists. to philosophy se yeh concept kuch religion mein aa gaya.</w:t>
      </w:r>
    </w:p>
    <w:p>
      <w:pPr>
        <w:jc w:val="right"/>
      </w:pPr>
      <w:r>
        <w:t>تمام فلاسفرز اس کو مانتے رہے ہیں، مورلس۔ تو فلاسفی سے یہ کانسیپٹ کچھ ریلیجن میں آ گیا۔</w:t>
      </w:r>
    </w:p>
    <w:p>
      <w:r>
        <w:rPr>
          <w:b/>
        </w:rPr>
        <w:t xml:space="preserve">[03:26] </w:t>
      </w:r>
      <w:r>
        <w:t>yeh meri study batati hai is ko.</w:t>
      </w:r>
    </w:p>
    <w:p>
      <w:pPr>
        <w:jc w:val="right"/>
      </w:pPr>
      <w:r>
        <w:t>یہ میری اسٹڈی بتاتی ہے اس کو۔</w:t>
      </w:r>
    </w:p>
    <w:p>
      <w:r>
        <w:rPr>
          <w:b/>
        </w:rPr>
        <w:t xml:space="preserve">[03:32] </w:t>
      </w:r>
      <w:r>
        <w:t>to ek hai monism, monistic concept. doosra hai monotheistic concept. monotheistic concept ka matlab hai wahid toheed, yani Khuda ko ek manna.</w:t>
      </w:r>
    </w:p>
    <w:p>
      <w:pPr>
        <w:jc w:val="right"/>
      </w:pPr>
      <w:r>
        <w:t>تو ایک ہے مونزم، مونسٹک کانسیپٹ۔ دوسرا ہے مونوتھیسٹک کانسیپٹ۔ مونوتھیسٹک کانسیپٹ کا مطلب ہے واحد توحید، یعنی خدا کو ایک ماننا۔</w:t>
      </w:r>
    </w:p>
    <w:p>
      <w:r>
        <w:rPr>
          <w:b/>
        </w:rPr>
        <w:t xml:space="preserve">[03:46] </w:t>
      </w:r>
      <w:r>
        <w:t>Khuda ko ek manna. to monism par, yani wahid wajood par, main do kitabon ka aap ko hawala doon ga: "qoot al quloob" aur "rajneesh ki kundalini andar base".</w:t>
      </w:r>
    </w:p>
    <w:p>
      <w:pPr>
        <w:jc w:val="right"/>
      </w:pPr>
      <w:r>
        <w:t>خدا کو ایک ماننا۔ تو مونزم پر، یعنی واحد وجود پر، میں دو کتابوں کا آپ کو حوالہ دوں گا: "قوت القلوب" اور "رجنیش کی کنڈلنی اندر بسے"۔</w:t>
      </w:r>
    </w:p>
    <w:p>
      <w:r>
        <w:rPr>
          <w:b/>
        </w:rPr>
        <w:t xml:space="preserve">[04:08] </w:t>
      </w:r>
      <w:r>
        <w:t>to marifat insan ki sab se bari zaroorat hai, yani Khuda ki daryaft, Khuda ki pehchan.</w:t>
      </w:r>
    </w:p>
    <w:p>
      <w:pPr>
        <w:jc w:val="right"/>
      </w:pPr>
      <w:r>
        <w:t>تو معرفت انسان کی سب سے بڑی ضرورت ہے، یعنی خدا کی دریافت، خدا کی پہچان۔</w:t>
      </w:r>
    </w:p>
    <w:p>
      <w:r>
        <w:rPr>
          <w:b/>
        </w:rPr>
        <w:t xml:space="preserve">[04:16] </w:t>
      </w:r>
      <w:r>
        <w:t>marifat ka literal matlab hota hai pehchan, realization. aap is ko gyan kehte hain Hindi mein. to gyan ya marifat ya realization, yeh insan ki sab se bari zaroorat hai.</w:t>
      </w:r>
    </w:p>
    <w:p>
      <w:pPr>
        <w:jc w:val="right"/>
      </w:pPr>
      <w:r>
        <w:t>معرفت کا لٹرل مطلب ہوتا ہے پہچان، ریلائزیشن۔ آپ اس کو گیان کہتے ہیں ہندی میں۔ تو گیان یا معرفت یا ریلائزیشن، یہ انسان کی سب سے بڑی ضرورت ہے۔</w:t>
      </w:r>
    </w:p>
    <w:p>
      <w:r>
        <w:rPr>
          <w:b/>
        </w:rPr>
        <w:t xml:space="preserve">[04:38] </w:t>
      </w:r>
      <w:r>
        <w:t>there is no doubt about it. lekin meri apni study hai, maine zindagi bhar mazhab ki study ki hai,</w:t>
      </w:r>
    </w:p>
    <w:p>
      <w:pPr>
        <w:jc w:val="right"/>
      </w:pPr>
      <w:r>
        <w:t>دیر از نو ڈاؤٹ اباؤٹ اٹ۔ لیکن میری اپنی اسٹڈی ہے، میں نے زندگی بھر مذہب کی اسٹڈی کی ہے،</w:t>
      </w:r>
    </w:p>
    <w:p>
      <w:r>
        <w:rPr>
          <w:b/>
        </w:rPr>
        <w:t xml:space="preserve">[04:47] </w:t>
      </w:r>
      <w:r>
        <w:t>main yeh keh sakta hoon ke history mein, yani Sahaba, yani companions of the prophet ke baad, yani mere ilm ke mutabiq kisi ko marifat aala darje ki hasil hi nahi hui.</w:t>
      </w:r>
    </w:p>
    <w:p>
      <w:pPr>
        <w:jc w:val="right"/>
      </w:pPr>
      <w:r>
        <w:t>میں یہ کہہ سکتا ہوں کہ ہسٹری میں، یعنی صحابہ، یعنی کمپینینز آف دا پرافٹ کے بعد، یعنی میرے علم کے مطابق کسی کو معرفت اعلیٰ درجے کی حاصل ہی نہیں ہوئی۔</w:t>
      </w:r>
    </w:p>
    <w:p>
      <w:r>
        <w:rPr>
          <w:b/>
        </w:rPr>
        <w:t xml:space="preserve">[05:05] </w:t>
      </w:r>
      <w:r>
        <w:t>hasil hi nahi hui. sab log marifat ke naam se kuch aur cheezon ko jante rahe.</w:t>
      </w:r>
    </w:p>
    <w:p>
      <w:pPr>
        <w:jc w:val="right"/>
      </w:pPr>
      <w:r>
        <w:t>حاصل ہی نہیں ہوئی۔ سب لوگ معرفت کے نام سے کچھ اور چیزوں کو جانتے رہے۔</w:t>
      </w:r>
    </w:p>
    <w:p>
      <w:r>
        <w:rPr>
          <w:b/>
        </w:rPr>
        <w:t xml:space="preserve">[05:13] </w:t>
      </w:r>
      <w:r>
        <w:t>aisa kyun hua? is ki wajah yeh thi ke jaisa ke maine do kitabein batayi hain: "qoot al quloob" aur "kundalini andar base".</w:t>
      </w:r>
    </w:p>
    <w:p>
      <w:pPr>
        <w:jc w:val="right"/>
      </w:pPr>
      <w:r>
        <w:t>ایسا کیوں ہوا؟ اس کی وجہ یہ تھی کہ جیسا کہ میں نے دو کتابیں بتائی ہیں: "قوت القلوب" اور "کنڈلنی اندر بسے"۔</w:t>
      </w:r>
    </w:p>
    <w:p>
      <w:r>
        <w:rPr>
          <w:b/>
        </w:rPr>
        <w:t xml:space="preserve">[05:25] </w:t>
      </w:r>
      <w:r>
        <w:t>yeh log samajhte rahe ke marifat ya gyan yahan par hai, dil ke andar hai.</w:t>
      </w:r>
    </w:p>
    <w:p>
      <w:pPr>
        <w:jc w:val="right"/>
      </w:pPr>
      <w:r>
        <w:t>یہ لوگ سمجھتے رہے کہ معرفت یا گیان یہاں پر ہے، دل کے اندر ہے۔</w:t>
      </w:r>
    </w:p>
    <w:p>
      <w:r>
        <w:rPr>
          <w:b/>
        </w:rPr>
        <w:t xml:space="preserve">[05:33] </w:t>
      </w:r>
      <w:r>
        <w:t>to saare log dil ke andar is ko dhoondhte rahe.</w:t>
      </w:r>
    </w:p>
    <w:p>
      <w:pPr>
        <w:jc w:val="right"/>
      </w:pPr>
      <w:r>
        <w:t>تو سارے لوگ دل کے اندر اس کو ڈھونڈتے رہے۔</w:t>
      </w:r>
    </w:p>
    <w:p>
      <w:r>
        <w:rPr>
          <w:b/>
        </w:rPr>
        <w:t xml:space="preserve">[05:39] </w:t>
      </w:r>
      <w:r>
        <w:t>Muslim Sufi bhi aur non Muslim seeker bhi, dono. yahan to thi nahi woh. to milti kaise hai un ko?</w:t>
      </w:r>
    </w:p>
    <w:p>
      <w:pPr>
        <w:jc w:val="right"/>
      </w:pPr>
      <w:r>
        <w:t>مسلم صوفی بھی اور نان مسلم سیکھر بھی، دونوں۔ یہاں تو تھی نہیں وہ۔ تو ملتی کیسے ہے ان کو؟</w:t>
      </w:r>
    </w:p>
    <w:p>
      <w:r>
        <w:rPr>
          <w:b/>
        </w:rPr>
        <w:t xml:space="preserve">[05:51] </w:t>
      </w:r>
      <w:r>
        <w:t>yahan main aap ko misaal doon ga alchemy ki.</w:t>
      </w:r>
    </w:p>
    <w:p>
      <w:pPr>
        <w:jc w:val="right"/>
      </w:pPr>
      <w:r>
        <w:t>یہاں میں آپ کو مثال دوں گا الکیمی کی۔</w:t>
      </w:r>
    </w:p>
    <w:p>
      <w:r>
        <w:rPr>
          <w:b/>
        </w:rPr>
        <w:t xml:space="preserve">[05:55] </w:t>
      </w:r>
      <w:r>
        <w:t>alchemy kya cheez hai? alchemy jo hai, yeh ek Greek philosopher ne yeh concept diya, Aristotle ne.</w:t>
      </w:r>
    </w:p>
    <w:p>
      <w:pPr>
        <w:jc w:val="right"/>
      </w:pPr>
      <w:r>
        <w:t>الکیمی کیا چیز ہے؟ الکیمی جو ہے، یہ ایک گریک فلاسفر نے یہ کانسیپٹ دیا، ارسٹارٹل نے۔</w:t>
      </w:r>
    </w:p>
    <w:p>
      <w:r>
        <w:rPr>
          <w:b/>
        </w:rPr>
        <w:t xml:space="preserve">[06:07] </w:t>
      </w:r>
      <w:r>
        <w:t>Aristotle jo fourth century BC aadmi tha, us ke ek concept ko le kar saare log yeh samajhte rahe ke koi bhi metal convert ho kar gold ban sakta hai.</w:t>
      </w:r>
    </w:p>
    <w:p>
      <w:pPr>
        <w:jc w:val="right"/>
      </w:pPr>
      <w:r>
        <w:t>ارسٹارٹل جو فورتھ سینچری بیسک آدمی تھا، اس کے ایک کانسیپٹ کو لے کر سارے لوگ یہ سمجھتے رہے کہ کوئی بھی میٹل کنورٹ ہو کر گولڈ بن سکتا ہے۔</w:t>
      </w:r>
    </w:p>
    <w:p>
      <w:r>
        <w:rPr>
          <w:b/>
        </w:rPr>
        <w:t xml:space="preserve">[06:22] </w:t>
      </w:r>
      <w:r>
        <w:t>to alchemy ka matlab kya hai? to change an ordinary metal into gold. yeh hai alchemy.</w:t>
      </w:r>
    </w:p>
    <w:p>
      <w:pPr>
        <w:jc w:val="right"/>
      </w:pPr>
      <w:r>
        <w:t>تو الکیمی کا مطلب کیا ہے؟ ٹو چینج این آرڈنری میٹل انٹو گولڈ۔ یہ ہے الکیمی۔</w:t>
      </w:r>
    </w:p>
    <w:p>
      <w:r>
        <w:rPr>
          <w:b/>
        </w:rPr>
        <w:t xml:space="preserve">[06:34] </w:t>
      </w:r>
      <w:r>
        <w:t>to taqreeban do hazar saal tak, jis mein Musalmanon ke zamane bhi shamil hain, log alchemy mein bari bari mehnatain karte rahe.</w:t>
      </w:r>
    </w:p>
    <w:p>
      <w:pPr>
        <w:jc w:val="right"/>
      </w:pPr>
      <w:r>
        <w:t>تو تقریباً دو ہزار سال تک، جس میں مسلمانوں کے زمانے بھی شامل ہیں، لوگ الکیمی میں بڑی بڑی محنتیں کرتے رہے۔</w:t>
      </w:r>
    </w:p>
    <w:p>
      <w:r>
        <w:rPr>
          <w:b/>
        </w:rPr>
        <w:t xml:space="preserve">[06:46] </w:t>
      </w:r>
      <w:r>
        <w:t>bari bari mehnatain.</w:t>
      </w:r>
    </w:p>
    <w:p>
      <w:pPr>
        <w:jc w:val="right"/>
      </w:pPr>
      <w:r>
        <w:t>بڑی بڑی محنتیں۔</w:t>
      </w:r>
    </w:p>
    <w:p>
      <w:r>
        <w:rPr>
          <w:b/>
        </w:rPr>
        <w:t xml:space="preserve">[06:50] </w:t>
      </w:r>
      <w:r>
        <w:t>Islam, Muslim ahad mein Banu Umayyah mein Yazid ke baad jo khalifa hua tha, un ka, woh bhi isi mein mubtala tha.</w:t>
      </w:r>
    </w:p>
    <w:p>
      <w:pPr>
        <w:jc w:val="right"/>
      </w:pPr>
      <w:r>
        <w:t>اسلام، مسلم عہد میں بنو امیہ میں یزید کے بعد جو خلیفہ ہوا تھا، ان کا، وہ بھی اسی میں مبتلا تھا۔</w:t>
      </w:r>
    </w:p>
    <w:p>
      <w:r>
        <w:rPr>
          <w:b/>
        </w:rPr>
        <w:t xml:space="preserve">[07:00] </w:t>
      </w:r>
      <w:r>
        <w:t>lekin koi bhi kamyab nahi hua. kyunke dekhiye, gold kahan hai? gold zameen ke andar mine mein hai, mine.</w:t>
      </w:r>
    </w:p>
    <w:p>
      <w:pPr>
        <w:jc w:val="right"/>
      </w:pPr>
      <w:r>
        <w:t>لیکن کوئی بھی کامیاب نہیں ہوا۔ کیونکہ دیکھیے، گولڈ کہاں ہے؟ گولڈ زمین کے اندر مائن میں ہے، مائن۔</w:t>
      </w:r>
    </w:p>
    <w:p>
      <w:r>
        <w:rPr>
          <w:b/>
        </w:rPr>
        <w:t xml:space="preserve">[07:09] </w:t>
      </w:r>
      <w:r>
        <w:t>M I N E, mine. woh dhoondh rahe the kahan? metal mein. yani lohe mein aur just mein ya copper mein.</w:t>
      </w:r>
    </w:p>
    <w:p>
      <w:pPr>
        <w:jc w:val="right"/>
      </w:pPr>
      <w:r>
        <w:t>ایم آئی این ای، مائن۔ وہ ڈھونڈ رہے تھے کہاں؟ میٹل میں۔ یعنی لوہے میں اور جسٹ میں یا کاپر میں۔</w:t>
      </w:r>
    </w:p>
    <w:p>
      <w:r>
        <w:rPr>
          <w:b/>
        </w:rPr>
        <w:t xml:space="preserve">[07:21] </w:t>
      </w:r>
      <w:r>
        <w:t>to gold jo tha, woh copper mein ya gold iron mein tha hi nahi. woh to zameen ke andar mine mein tha. to un ko mila bhi nahi.</w:t>
      </w:r>
    </w:p>
    <w:p>
      <w:pPr>
        <w:jc w:val="right"/>
      </w:pPr>
      <w:r>
        <w:t>تو گولڈ جو تھا، وہ کاپر میں یا گولڈ آئرن میں تھا ہی نہیں۔ وہ تو زمین کے اندر مائن میں تھا۔ تو ان کو ملا بھی نہیں۔</w:t>
      </w:r>
    </w:p>
    <w:p>
      <w:r>
        <w:rPr>
          <w:b/>
        </w:rPr>
        <w:t xml:space="preserve">[07:34] </w:t>
      </w:r>
      <w:r>
        <w:t>jis gold ko nature ne zameen mein mine ke andar banaya tha, rakha tha, us gold ko woh dhoondhte rahe mukhtalif metal mein.</w:t>
      </w:r>
    </w:p>
    <w:p>
      <w:pPr>
        <w:jc w:val="right"/>
      </w:pPr>
      <w:r>
        <w:t>جس گولڈ کو نیچر نے زمین میں مائن کے اندر بنایا تھا، رکھا تھا، اس گولڈ کو وہ ڈھونڈتے رہے مختلف میٹل میں۔</w:t>
      </w:r>
    </w:p>
    <w:p>
      <w:r>
        <w:rPr>
          <w:b/>
        </w:rPr>
        <w:t xml:space="preserve">[07:43] </w:t>
      </w:r>
      <w:r>
        <w:t>toh mila bhi nahin un ko.</w:t>
      </w:r>
    </w:p>
    <w:p>
      <w:pPr>
        <w:jc w:val="right"/>
      </w:pPr>
      <w:r>
        <w:t>تو ملا بھی نہیں ان کو۔</w:t>
      </w:r>
    </w:p>
    <w:p>
      <w:r>
        <w:rPr>
          <w:b/>
        </w:rPr>
        <w:t xml:space="preserve">[07:46] </w:t>
      </w:r>
      <w:r>
        <w:t>aise hi muamla hua aur logon ka jo gyan ki talash mein the, woh dhoondhte rahe dil mein. aur dil mein woh tha hi nahin. kyunki aap jante hain aaj yeh establish ho gayi hai ke aur heart is simply a source of blood circulation.</w:t>
      </w:r>
    </w:p>
    <w:p>
      <w:pPr>
        <w:jc w:val="right"/>
      </w:pPr>
      <w:r>
        <w:t>ایسے ہی معاملہ ہوا اور لوگوں کا جو گیان کی تلاش میں تھے، وہ ڈھونڈتے رہے دل میں۔ اور دل میں وہ تھا ہی نہیں۔ کیونکہ آپ جانتے ہیں آج یہ اسٹیبلش ہو گئی ہے کہ اور ہارٹ از سمپلی ا سورس آف بلڈ سرکولیشن۔</w:t>
      </w:r>
    </w:p>
    <w:p>
      <w:r>
        <w:rPr>
          <w:b/>
        </w:rPr>
        <w:t xml:space="preserve">[08:04] </w:t>
      </w:r>
      <w:r>
        <w:t>thinking ka is mein process nahin chalta heart mein. emotion ka process is mein nahin chalta.</w:t>
      </w:r>
    </w:p>
    <w:p>
      <w:pPr>
        <w:jc w:val="right"/>
      </w:pPr>
      <w:r>
        <w:t>تھنکنگ کا اس میں پروسیس نہیں چلتا ہارٹ میں۔ ایموشن کا پروسیس اس میں نہیں چلتا۔</w:t>
      </w:r>
    </w:p>
    <w:p>
      <w:r>
        <w:rPr>
          <w:b/>
        </w:rPr>
        <w:t xml:space="preserve">[08:15] </w:t>
      </w:r>
      <w:r>
        <w:t>sab kuch mine mein hota hai. toh mine based, mine based jo marifat thi, woh log is se in</w:t>
      </w:r>
    </w:p>
    <w:p>
      <w:pPr>
        <w:jc w:val="right"/>
      </w:pPr>
      <w:r>
        <w:t>سب کچھ مائن میں ہوتا ہے۔ تو مائن بیسڈ، مائن بیسڈ جو معرفت تھی، وہ لوگ اس سے ان</w:t>
      </w:r>
    </w:p>
    <w:p>
      <w:r>
        <w:rPr>
          <w:b/>
        </w:rPr>
        <w:t xml:space="preserve">[08:31] </w:t>
      </w:r>
      <w:r>
        <w:t>aware the log. toh heart based marifat dhoondhte rahe. aur yahan toh woh thi hi nahin.</w:t>
      </w:r>
    </w:p>
    <w:p>
      <w:pPr>
        <w:jc w:val="right"/>
      </w:pPr>
      <w:r>
        <w:t>اویر تھے لوگ۔ تو ہارٹ بیسڈ معرفت ڈھونڈتے رہے۔ اور یہاں تو وہ تھی ہی نہیں۔</w:t>
      </w:r>
    </w:p>
    <w:p>
      <w:r>
        <w:rPr>
          <w:b/>
        </w:rPr>
        <w:t xml:space="preserve">[08:43] </w:t>
      </w:r>
      <w:r>
        <w:t>toh marifat jo ke sab se bari cheez hai, yaani realization of god jo sab se bari cheez hai, isi se insan mehroom reh gaya.</w:t>
      </w:r>
    </w:p>
    <w:p>
      <w:pPr>
        <w:jc w:val="right"/>
      </w:pPr>
      <w:r>
        <w:t>تو معرفت جو کہ سب سے بڑی چیز ہے، یعنی ریلائزیشن آف گاڈ جو سب سے بڑی چیز ہے، اسی سے انسان محروم رہ گیا۔</w:t>
      </w:r>
    </w:p>
    <w:p>
      <w:r>
        <w:rPr>
          <w:b/>
        </w:rPr>
        <w:t xml:space="preserve">[09:00] </w:t>
      </w:r>
      <w:r>
        <w:t>toh is tarah se kya hua ke insan ne aur cheezein toh paayi, bohat sari cheezein. lekin woh cheez nahin paayi jo sab se bari cheez thi.</w:t>
      </w:r>
    </w:p>
    <w:p>
      <w:pPr>
        <w:jc w:val="right"/>
      </w:pPr>
      <w:r>
        <w:t>تو اس طرح سے کیا ہوا کہ انسان نے اور چیزیں تو پائیں، بہت ساری چیزیں۔ لیکن وہ چیز نہیں پائی جو سب سے بڑی چیز تھی۔</w:t>
      </w:r>
    </w:p>
    <w:p>
      <w:r>
        <w:rPr>
          <w:b/>
        </w:rPr>
        <w:t xml:space="preserve">[09:10] </w:t>
      </w:r>
      <w:r>
        <w:t>sab se bara gold tha is ka. ab dekhiye ke monism aur monotheism ke bare mein mein kuch arz karunga mein. phir teen level ke bare mein arz karunga.</w:t>
      </w:r>
    </w:p>
    <w:p>
      <w:pPr>
        <w:jc w:val="right"/>
      </w:pPr>
      <w:r>
        <w:t>سب سے بڑا گولڈ تھا اس کا۔ اب دیکھیے کہ مونزم اور مونوتھیزم کے بارے میں میں کچھ عرض کروں گا میں۔ پھر تین لیول کے بارے میں عرض کروں گا۔</w:t>
      </w:r>
    </w:p>
    <w:p>
      <w:r>
        <w:rPr>
          <w:b/>
        </w:rPr>
        <w:t xml:space="preserve">[09:23] </w:t>
      </w:r>
      <w:r>
        <w:t>monism kya hai? monism ka matlab yeh hai ke ek hi world spirit hai. prevail kar rahi hai poori universe mein. ek hi spirit hai.</w:t>
      </w:r>
    </w:p>
    <w:p>
      <w:pPr>
        <w:jc w:val="right"/>
      </w:pPr>
      <w:r>
        <w:t>مونزم کیا ہے؟ مونزم کا مطلب یہ ہے کہ ایک ہی ورلڈ اسپرٹ ہے۔ پریویٹ کر رہی ہے پوری یونیورس میں۔ ایک ہی اسپرٹ ہے۔</w:t>
      </w:r>
    </w:p>
    <w:p>
      <w:r>
        <w:rPr>
          <w:b/>
        </w:rPr>
        <w:t xml:space="preserve">[09:34] </w:t>
      </w:r>
      <w:r>
        <w:t>woh hai invisible.</w:t>
      </w:r>
    </w:p>
    <w:p>
      <w:pPr>
        <w:jc w:val="right"/>
      </w:pPr>
      <w:r>
        <w:t>وہ ہے انویزیبل۔</w:t>
      </w:r>
    </w:p>
    <w:p>
      <w:r>
        <w:rPr>
          <w:b/>
        </w:rPr>
        <w:t xml:space="preserve">[09:38] </w:t>
      </w:r>
      <w:r>
        <w:t>ab sawal paida hota tha ke woh invisible spirit hai toh yeh jo hum dekhte hain ke man hai, animal hai, mountain hai, ocean hai, yeh sab kya hai?</w:t>
      </w:r>
    </w:p>
    <w:p>
      <w:pPr>
        <w:jc w:val="right"/>
      </w:pPr>
      <w:r>
        <w:t>اب سوال پیدا ہوتا تھا کہ وہ انویزیبل اسپرٹ ہے تو یہ جو ہم دیکھتے ہیں کہ مین ہے، اینیمل ہے، ماؤنٹین ہے، اوشن ہے، یہ سب کیا ہے؟</w:t>
      </w:r>
    </w:p>
    <w:p>
      <w:r>
        <w:rPr>
          <w:b/>
        </w:rPr>
        <w:t xml:space="preserve">[09:51] </w:t>
      </w:r>
      <w:r>
        <w:t>toh unhon ne keh diya ke is invisible spirit ka yeh sab manifestation hai. yeh ke</w:t>
      </w:r>
    </w:p>
    <w:p>
      <w:pPr>
        <w:jc w:val="right"/>
      </w:pPr>
      <w:r>
        <w:t>تو انہوں نے کہہ دیا کہ اس انویزیبل اسپرٹ کا یہ سب مینیفیسٹیشن ہے۔ یہ کہ</w:t>
      </w:r>
    </w:p>
    <w:p>
      <w:r>
        <w:rPr>
          <w:b/>
        </w:rPr>
        <w:t xml:space="preserve">[09:59] </w:t>
      </w:r>
      <w:r>
        <w:t>hua. halanke dekhiye, mein samajhta hoon ke woh world spirit, agar woh god hai, toh god ko divisible nahin hona chahiye, indivisible hona chahiye.</w:t>
      </w:r>
    </w:p>
    <w:p>
      <w:pPr>
        <w:jc w:val="right"/>
      </w:pPr>
      <w:r>
        <w:t>ہ دیا۔ حالانکہ دیکھیے، میں سمجھتا ہوں کہ وہ ورلڈ اسپرٹ، اگر وہ گاڈ ہے، تو گاڈ کو ڈیویزیبل نہیں ہونا چاہیے، انڈیویزیبل ہونا چاہیے۔</w:t>
      </w:r>
    </w:p>
    <w:p>
      <w:r>
        <w:rPr>
          <w:b/>
        </w:rPr>
        <w:t xml:space="preserve">[10:11] </w:t>
      </w:r>
      <w:r>
        <w:t>yaani god jo hai, woh is ka tukra nahin ho sakta hai woh. woh ek hi rahega. toh yahan par kya hai? god jo hai bikhar gaya. is liye ke hamara focus kisi aisi bari sachai par raha nahin.</w:t>
      </w:r>
    </w:p>
    <w:p>
      <w:pPr>
        <w:jc w:val="right"/>
      </w:pPr>
      <w:r>
        <w:t>یعنی گاڈ جو ہے، وہ اس کا ٹکڑا نہیں ہو سکتا ہے وہ۔ وہ ایک ہی رہے گا۔ تو یہاں پر کیا ہے؟ گاڈ جو ہے بکھر گیا۔ اس لیے کہ ہمارا فوکس کسی ایسی بڑی سچائی پر رہا نہیں۔</w:t>
      </w:r>
    </w:p>
    <w:p>
      <w:r>
        <w:rPr>
          <w:b/>
        </w:rPr>
        <w:t xml:space="preserve">[10:25] </w:t>
      </w:r>
      <w:r>
        <w:t>agar hum maanein ke god ek bohat bari ek koi cheez hai toh us par focus hamara qaim hoga. lekin agar god scattered way mein, cheenti mein bhi hai, peed mein bhi hai, saanp mein bhi hai, pathar mein bhi hai,</w:t>
      </w:r>
    </w:p>
    <w:p>
      <w:pPr>
        <w:jc w:val="right"/>
      </w:pPr>
      <w:r>
        <w:t>اگر ہم مانیں کہ گاڈ ایک بہت بڑی ایک کوئی چیز ہے تو اس پر فوکس ہمارا قائم ہوگا۔ لیکن اگر گاڈ اسکیٹرڈ وے میں، چیونٹی میں بھی ہے، پیڑ میں بھی ہے، سانپ میں بھی ہے، پتھر میں بھی ہے،</w:t>
      </w:r>
    </w:p>
    <w:p>
      <w:r>
        <w:rPr>
          <w:b/>
        </w:rPr>
        <w:t xml:space="preserve">[10:40] </w:t>
      </w:r>
      <w:r>
        <w:t>toh hamara focus hi bikhar jata hai. toh yeh hai monism ka concept.</w:t>
      </w:r>
    </w:p>
    <w:p>
      <w:pPr>
        <w:jc w:val="right"/>
      </w:pPr>
      <w:r>
        <w:t>تو ہمارا فوکس ہی بکھر جاتا ہے۔ تو یہ ہے مونزم کا کانسیپٹ۔</w:t>
      </w:r>
    </w:p>
    <w:p>
      <w:r>
        <w:rPr>
          <w:b/>
        </w:rPr>
        <w:t xml:space="preserve">[10:50] </w:t>
      </w:r>
      <w:r>
        <w:t>tauheed mein, is waqt mujhe tauheed ke bare mein kehna hai ke three level jo hai, mein ne jo kaha is ka doston ka taluq ziyada tar tauheed se hai, yaani oneness of god se.</w:t>
      </w:r>
    </w:p>
    <w:p>
      <w:pPr>
        <w:jc w:val="right"/>
      </w:pPr>
      <w:r>
        <w:t>توحید میں، اس وقت مجھے توحید کے بارے میں کہنا ہے کہ تھری لیول جو ہے، میں نے جو کہا اس کا دوستوں کا تعلق زیادہ تر توحید سے ہے، یعنی وننس آف گاڈ سے۔</w:t>
      </w:r>
    </w:p>
    <w:p>
      <w:r>
        <w:rPr>
          <w:b/>
        </w:rPr>
        <w:t xml:space="preserve">[11:01] </w:t>
      </w:r>
      <w:r>
        <w:t>toh tauheed mein yeh hai ke Khuda ek hai. aur doosri cheez creation hai. ke jis cheez ko monism mein maana jata hai, manifestation, us ko tauheed mein maana jata hai creation.</w:t>
      </w:r>
    </w:p>
    <w:p>
      <w:pPr>
        <w:jc w:val="right"/>
      </w:pPr>
      <w:r>
        <w:t>تو توحید میں یہ ہے کہ خدا ایک ہے۔ اور دوسری چیز کریشن ہے۔ کہ جس چیز کو مونزم میں مانا جاتا ہے، مینیفیسٹیشن، اس کو توحید میں مانا جاتا ہے کریشن۔</w:t>
      </w:r>
    </w:p>
    <w:p>
      <w:r>
        <w:rPr>
          <w:b/>
        </w:rPr>
        <w:t xml:space="preserve">[11:15] </w:t>
      </w:r>
      <w:r>
        <w:t>yaani yahan par jo equation hai, equation, woh creator aur creation ka hai. wahan par jo equation hai, woh spirit aur manifestation ka hai.</w:t>
      </w:r>
    </w:p>
    <w:p>
      <w:pPr>
        <w:jc w:val="right"/>
      </w:pPr>
      <w:r>
        <w:t>یعنی یہاں پر جو ایکویشن ہے، ایکویشن، وہ کریٹر اور کریشن کا ہے۔ وہاں پر جو ایکویشن ہے، وہ اسپرٹ اور مینیفیسٹیشن کا ہے۔</w:t>
      </w:r>
    </w:p>
    <w:p>
      <w:r>
        <w:rPr>
          <w:b/>
        </w:rPr>
        <w:t xml:space="preserve">[11:26] </w:t>
      </w:r>
      <w:r>
        <w:t>yeh farq hai dono mein.</w:t>
      </w:r>
    </w:p>
    <w:p>
      <w:pPr>
        <w:jc w:val="right"/>
      </w:pPr>
      <w:r>
        <w:t>یہ فرق ہے دونوں میں۔</w:t>
      </w:r>
    </w:p>
    <w:p>
      <w:r>
        <w:rPr>
          <w:b/>
        </w:rPr>
        <w:t xml:space="preserve">[11:29] </w:t>
      </w:r>
      <w:r>
        <w:t>toh dekhiye,</w:t>
      </w:r>
    </w:p>
    <w:p>
      <w:pPr>
        <w:jc w:val="right"/>
      </w:pPr>
      <w:r>
        <w:t>تو دیکھیے،</w:t>
      </w:r>
    </w:p>
    <w:p>
      <w:r>
        <w:rPr>
          <w:b/>
        </w:rPr>
        <w:t xml:space="preserve">[11:32] </w:t>
      </w:r>
      <w:r>
        <w:t>tauheed mein, yaani oneness of god mein ya monotheism mein, aaj jo aap dekh rahe hain, woh woh bhi sahi representation nahin hai.</w:t>
      </w:r>
    </w:p>
    <w:p>
      <w:pPr>
        <w:jc w:val="right"/>
      </w:pPr>
      <w:r>
        <w:t>توحید میں، یعنی وننس آف گاڈ میں یا مونوتھیزم میں، آج جو آپ دیکھ رہے ہیں، وہ وہ بھی صحیح ریپریزنٹیشن نہیں ہے۔</w:t>
      </w:r>
    </w:p>
    <w:p>
      <w:r>
        <w:rPr>
          <w:b/>
        </w:rPr>
        <w:t xml:space="preserve">[11:44] </w:t>
      </w:r>
      <w:r>
        <w:t>is ko bhi log samajh nahin paate. isi ke bare mein kehna chahta hoon mein ke teen level hain, teen level.</w:t>
      </w:r>
    </w:p>
    <w:p>
      <w:pPr>
        <w:jc w:val="right"/>
      </w:pPr>
      <w:r>
        <w:t>اس کو بھی لوگ سمجھ نہیں پاتے۔ اسی کے بارے میں کہنا چاہتا ہوں میں کہ تین لیول ہیں، تین لیول۔</w:t>
      </w:r>
    </w:p>
    <w:p>
      <w:r>
        <w:rPr>
          <w:b/>
        </w:rPr>
        <w:t xml:space="preserve">[11:52] </w:t>
      </w:r>
      <w:r>
        <w:t>ek hai level kya? ritualistic level. doosra hai rational level.</w:t>
      </w:r>
    </w:p>
    <w:p>
      <w:pPr>
        <w:jc w:val="right"/>
      </w:pPr>
      <w:r>
        <w:t>ایک ہے لیول کیا؟ ریچولسٹک لیول۔ دوسرا ہے ریشنل لیول۔</w:t>
      </w:r>
    </w:p>
    <w:p>
      <w:r>
        <w:rPr>
          <w:b/>
        </w:rPr>
        <w:t xml:space="preserve">[12:01] </w:t>
      </w:r>
      <w:r>
        <w:t>teesra hai intishnal level. riecholistic level, rational level, intishnal level. to aam taur par jo aap jante hain jis cheez ko ke ek khuda ko manne wale kya kar rahe hain, kuch rasmon mein phanse hue hain.</w:t>
      </w:r>
    </w:p>
    <w:p>
      <w:pPr>
        <w:jc w:val="right"/>
      </w:pPr>
      <w:r>
        <w:t>تیسرا ہے انٹیوشنل لیول۔ ریچولسٹک لیول، ریشنل لیول، انٹیوشنل لیول۔ تو عام طور پر جو آپ جانتے ہیں جس چیز کو کہ ایک خدا کو ماننے والے کیا کر رہے ہیں، کچھ رسموں میں پھنسے ہوئے ہیں۔</w:t>
      </w:r>
    </w:p>
    <w:p>
      <w:r>
        <w:rPr>
          <w:b/>
        </w:rPr>
        <w:t xml:space="preserve">[12:21] </w:t>
      </w:r>
      <w:r>
        <w:t>jaise aaj kal musalmanon mein kya hai? bahut aam hai ke mobile ke andar wo daal lenge. alhamdulillah rabbul alameen hai ya allah o akbar hai ya azan hai.</w:t>
      </w:r>
    </w:p>
    <w:p>
      <w:pPr>
        <w:jc w:val="right"/>
      </w:pPr>
      <w:r>
        <w:t>جیسے آج کل مسلمانوں میں کیا ہے؟ بہت عام ہے کہ موبائل کے اندر وہ ڈال لیں گے۔ الحمدللہ رب العالمین ہے یا اللہ اکبر ہے یا اذان ہے۔</w:t>
      </w:r>
    </w:p>
    <w:p>
      <w:r>
        <w:rPr>
          <w:b/>
        </w:rPr>
        <w:t xml:space="preserve">[12:35] </w:t>
      </w:r>
      <w:r>
        <w:t>to jab aap un ko un ko aap dial karte hain to wahan se awaz aati hai. koi kahin azan ki awaz aaye, kahin qirat ki awaz aayegi.</w:t>
      </w:r>
    </w:p>
    <w:p>
      <w:pPr>
        <w:jc w:val="right"/>
      </w:pPr>
      <w:r>
        <w:t>تو جب آپ ان کو ان کو آپ ڈائل کرتے ہیں تو وہاں سے آواز آتی ہے۔ کوئی کہیں اذان کی آواز آئے، کہیں قرأت کی آواز آئے گی۔</w:t>
      </w:r>
    </w:p>
    <w:p>
      <w:r>
        <w:rPr>
          <w:b/>
        </w:rPr>
        <w:t xml:space="preserve">[12:45] </w:t>
      </w:r>
      <w:r>
        <w:t>aur samajhte hain ke wo khuda ko unhon ne wahan par apne mobile mein rakh liya.</w:t>
      </w:r>
    </w:p>
    <w:p>
      <w:pPr>
        <w:jc w:val="right"/>
      </w:pPr>
      <w:r>
        <w:t>اور سمجھتے ہیں کہ وہ خدا کو انہوں نے وہاں پر اپنے موبائل میں رکھ لیا۔</w:t>
      </w:r>
    </w:p>
    <w:p>
      <w:r>
        <w:rPr>
          <w:b/>
        </w:rPr>
        <w:t xml:space="preserve">[12:52] </w:t>
      </w:r>
      <w:r>
        <w:t>aise gharon mein jayein aap to bada bada likh kar ke allah likha rahega, allah o akbar likha rahega, koi alhamdulillah rabbul alameen likha rahega.</w:t>
      </w:r>
    </w:p>
    <w:p>
      <w:pPr>
        <w:jc w:val="right"/>
      </w:pPr>
      <w:r>
        <w:t>ایسے گھروں میں جائیں آپ تو بڑا بڑا لکھ کر کے اللہ لکھا رہے گا، اللہ اکبر لکھا رہے گا، کوئی الحمدللہ رب العالمین لکھا رہے گا۔</w:t>
      </w:r>
    </w:p>
    <w:p>
      <w:r>
        <w:rPr>
          <w:b/>
        </w:rPr>
        <w:t xml:space="preserve">[13:01] </w:t>
      </w:r>
      <w:r>
        <w:t>wo deewaron par lagaye rahenge. ek sahab ek bar mere paas aaye, un ke paas ek sticker tha. ek sticker.</w:t>
      </w:r>
    </w:p>
    <w:p>
      <w:pPr>
        <w:jc w:val="right"/>
      </w:pPr>
      <w:r>
        <w:t>وہ دیواروں پر لگائے رہیں گے۔ ایک صاحب ایک بار میرے پاس آئے، ان کے پاس ایک اسٹیکر تھا۔ ایک اسٹیکر۔</w:t>
      </w:r>
    </w:p>
    <w:p>
      <w:r>
        <w:rPr>
          <w:b/>
        </w:rPr>
        <w:t xml:space="preserve">[13:11] </w:t>
      </w:r>
      <w:r>
        <w:t>us par likha hua tha kuch allah o akbar ya kya kuch likha hua tha. to unhon ne kaha ke is ko aap apni har jagah chipkaiye.</w:t>
      </w:r>
    </w:p>
    <w:p>
      <w:pPr>
        <w:jc w:val="right"/>
      </w:pPr>
      <w:r>
        <w:t>اس پر لکھا ہوا تھا کچھ اللہ اکبر یا کیا کچھ لکھا ہوا تھا۔ تو انہوں نے کہا کہ اس کو آپ اپنی ہر جگہ چپکائیے۔</w:t>
      </w:r>
    </w:p>
    <w:p>
      <w:r>
        <w:rPr>
          <w:b/>
        </w:rPr>
        <w:t xml:space="preserve">[13:21] </w:t>
      </w:r>
      <w:r>
        <w:t>to ek campaign chala rahe the, ghar ghar wo har jagah deewar par aur jo chipkaya jaye, sticker wo. to ye samajhte hain ke khuda ko ek.</w:t>
      </w:r>
    </w:p>
    <w:p>
      <w:pPr>
        <w:jc w:val="right"/>
      </w:pPr>
      <w:r>
        <w:t>تو ایک کیمپین چلا رہے تھے، گھر گھر وہ ہر جگہ دیوار پر اور جو چپکایا جائے، اسٹیکر وہ۔ تو یہ سمجھتے ہیں کہ خدا کو ایک۔</w:t>
      </w:r>
    </w:p>
    <w:p>
      <w:r>
        <w:rPr>
          <w:b/>
        </w:rPr>
        <w:t xml:space="preserve">[13:30] </w:t>
      </w:r>
      <w:r>
        <w:t>maante hain wo. nahi, khuda ke naam par kuch riechols ko maante hain wo. aaj jo hai namaz bhi riechol ban gayi hai, roza bhi riechol ban gaya hai, haj bhi riechol ban gaya hai.</w:t>
      </w:r>
    </w:p>
    <w:p>
      <w:pPr>
        <w:jc w:val="right"/>
      </w:pPr>
      <w:r>
        <w:t>مانتے ہیں وہ۔ نہیں، خدا کے نام پر کچھ ریچولز کو مانتے ہیں وہ۔ آج جو ہے نماز بھی ریچول بن گئی ہے، روزہ بھی ریچول بن گیا ہے، حج بھی ریچول بن گیا ہے۔</w:t>
      </w:r>
    </w:p>
    <w:p>
      <w:r>
        <w:rPr>
          <w:b/>
        </w:rPr>
        <w:t xml:space="preserve">[13:42] </w:t>
      </w:r>
      <w:r>
        <w:t>riechol matlab rasm. spirit less ek practice.</w:t>
      </w:r>
    </w:p>
    <w:p>
      <w:pPr>
        <w:jc w:val="right"/>
      </w:pPr>
      <w:r>
        <w:t>ریچول مطلب رسم۔ اسپرٹ لیس ایک پریکٹس۔</w:t>
      </w:r>
    </w:p>
    <w:p>
      <w:r>
        <w:rPr>
          <w:b/>
        </w:rPr>
        <w:t xml:space="preserve">[13:50] </w:t>
      </w:r>
      <w:r>
        <w:t>agar spirit ho tab to wo amal hoga. spirit na ho to wo sirf riechol hoga. to aaj ek khuda ko manne wale jo hain jo kaam kar rahe hain wo ek to level wo hai riechols ka.</w:t>
      </w:r>
    </w:p>
    <w:p>
      <w:pPr>
        <w:jc w:val="right"/>
      </w:pPr>
      <w:r>
        <w:t>اگر اسپرٹ ہو تب تو وہ عمل ہوگا۔ اسپرٹ نہ ہو تو وہ صرف ریچول ہوگا۔ تو آج ایک خدا کو ماننے والے جو ہیں جو کام کر رہے ہیں وہ ایک تو لیول وہ ہے ریچولز کا۔</w:t>
      </w:r>
    </w:p>
    <w:p>
      <w:r>
        <w:rPr>
          <w:b/>
        </w:rPr>
        <w:t xml:space="preserve">[14:04] </w:t>
      </w:r>
      <w:r>
        <w:t>yani jis ko kehte hain so called practicing muslims. aaj kal ek lafz chalta hai practicing, practicing muslims. ho are those practicing muslims.</w:t>
      </w:r>
    </w:p>
    <w:p>
      <w:pPr>
        <w:jc w:val="right"/>
      </w:pPr>
      <w:r>
        <w:t>یعنی جس کو کہتے ہیں سو کالڈ پریکٹسنگ مسلمز۔ آج کل ایک لفظ چلتا ہے پریکٹسنگ، پریکٹسنگ مسلمز۔ ہو آر دوست پریکٹسنگ مسلمز۔</w:t>
      </w:r>
    </w:p>
    <w:p>
      <w:r>
        <w:rPr>
          <w:b/>
        </w:rPr>
        <w:t xml:space="preserve">[14:15] </w:t>
      </w:r>
      <w:r>
        <w:t>wohin sirf ye hai ke wo namaz padh liya unhon ne ja kar ke. aur sar par topi rakh liya unhon ne. ya ghar mein sticker laga liya. is saal mein haj ke liye chale gaye.</w:t>
      </w:r>
    </w:p>
    <w:p>
      <w:pPr>
        <w:jc w:val="right"/>
      </w:pPr>
      <w:r>
        <w:t>وہیں صرف یہ ہے کہ وہ نماز پڑھ لیا انہوں نے جا کر کے۔ اور سر پر ٹوپی رکھ لیا انہوں نے۔ یا گھر میں اسٹیکر لگا لیا۔ اس سال میں حج کے لیے چلے گئے۔</w:t>
      </w:r>
    </w:p>
    <w:p>
      <w:r>
        <w:rPr>
          <w:b/>
        </w:rPr>
        <w:t xml:space="preserve">[14:29] </w:t>
      </w:r>
      <w:r>
        <w:t>ye kya hota hai? rasm. rituals. yani that is reduced form of God Almighty.</w:t>
      </w:r>
    </w:p>
    <w:p>
      <w:pPr>
        <w:jc w:val="right"/>
      </w:pPr>
      <w:r>
        <w:t>یہ کیا ہوتا ہے؟ رسم۔ ریچولز۔ یعنی دیٹ از ریڈیوسڈ فارم آف گاڈ آل مائٹی۔</w:t>
      </w:r>
    </w:p>
    <w:p>
      <w:r>
        <w:rPr>
          <w:b/>
        </w:rPr>
        <w:t xml:space="preserve">[14:40] </w:t>
      </w:r>
      <w:r>
        <w:t>jab aap tauheed ko ya oneness of God ko rituals mein dhalen to is ka matlab hai ke aap ne is ko reduce kiya. kisi ek scholar ne kaha hai ke every religion begins as an ideology.</w:t>
      </w:r>
    </w:p>
    <w:p>
      <w:pPr>
        <w:jc w:val="right"/>
      </w:pPr>
      <w:r>
        <w:t>جب آپ توحید کو یا وننس آف گاڈ کو ریچولز میں ڈھالیں تو اس کا معنی ہے کہ آپ نے اس کو ریڈیوس کیا۔ کسی ایک سکالر نے کہا ہے کہ ایوری ریلیجن بیگنز ایز این آئیڈیالوجی۔</w:t>
      </w:r>
    </w:p>
    <w:p>
      <w:r>
        <w:rPr>
          <w:b/>
        </w:rPr>
        <w:t xml:space="preserve">[14:58] </w:t>
      </w:r>
      <w:r>
        <w:t>but after some generations it is reduced to a culture. culture kya hai? wahi rituals. set of rituals.</w:t>
      </w:r>
    </w:p>
    <w:p>
      <w:pPr>
        <w:jc w:val="right"/>
      </w:pPr>
      <w:r>
        <w:t>بٹ آفٹر سم جنریشنز اٹ از ریڈیوسڈ ٹو ا کلچر۔ کلچر کیا ہے؟ وہی ریچولز۔ سیٹ آف ریچولز۔</w:t>
      </w:r>
    </w:p>
    <w:p>
      <w:r>
        <w:rPr>
          <w:b/>
        </w:rPr>
        <w:t xml:space="preserve">[15:09] </w:t>
      </w:r>
      <w:r>
        <w:t>to mazhab shuru hota hai to ideology hota hai wo. ek spirit hota hai wo. lekin jab generation of generation wo is ko wo hota hai, grawat aati hai, grawat aati hai, hote hote aakhir mein kya hota hai?</w:t>
      </w:r>
    </w:p>
    <w:p>
      <w:pPr>
        <w:jc w:val="right"/>
      </w:pPr>
      <w:r>
        <w:t>تو مذہب شروع ہوتا ہے تو آئیڈیالوجی ہوتا ہے وہ۔ ایک اسپرٹ ہوتا ہے وہ۔ لیکن جب جنریشن آف جنریشن وہ اس کو وہ ہوتا ہے، گراوٹ آتی ہے، گراوٹ آتی ہے، ہوتے ہوتے آخر میں کیا ہوتا ہے؟</w:t>
      </w:r>
    </w:p>
    <w:p>
      <w:r>
        <w:rPr>
          <w:b/>
        </w:rPr>
        <w:t xml:space="preserve">[15:24] </w:t>
      </w:r>
      <w:r>
        <w:t>set of rituals ban kar reh jata hai wo. to ek level ye hai. Aaj commonly yahi level aap dekhenge idhar udhar.</w:t>
      </w:r>
    </w:p>
    <w:p>
      <w:pPr>
        <w:jc w:val="right"/>
      </w:pPr>
      <w:r>
        <w:t>سیٹ آف ریچولز بن کر رہ جاتا ہے وہ۔ تو ایک لیول یہ ہے۔ آج کامنلی یہی لیول آپ دیکھیں گے ادھر ادھر۔</w:t>
      </w:r>
    </w:p>
    <w:p>
      <w:r>
        <w:rPr>
          <w:b/>
        </w:rPr>
        <w:t xml:space="preserve">[15:32] </w:t>
      </w:r>
      <w:r>
        <w:t>jo bhi practicing muslim kaha jata hai wo sab isi level par hain.</w:t>
      </w:r>
    </w:p>
    <w:p>
      <w:pPr>
        <w:jc w:val="right"/>
      </w:pPr>
      <w:r>
        <w:t>جو بھی پریکٹسنگ مسلم کہا جاتا ہے وہ سب اسی لیول پر ہیں۔</w:t>
      </w:r>
    </w:p>
    <w:p>
      <w:r>
        <w:rPr>
          <w:b/>
        </w:rPr>
        <w:t xml:space="preserve">[15:37] </w:t>
      </w:r>
      <w:r>
        <w:t>so called practicing Muslim jo hain isi level par hain. kuch rituals ko unhon ne rakha hai. khas taur par kapda pehenenge. aur sar par topi rakhenge.</w:t>
      </w:r>
    </w:p>
    <w:p>
      <w:pPr>
        <w:jc w:val="right"/>
      </w:pPr>
      <w:r>
        <w:t>سو کالڈ پریکٹسنگ مسلم جو ہیں اسی لیول پر ہیں۔ کچھ ریچولز کو انہوں نے رکھا ہے۔ خاص طور پر کپڑا پہنیں گے۔ اور سر پر ٹوپی رکھیں گے۔</w:t>
      </w:r>
    </w:p>
    <w:p>
      <w:r>
        <w:rPr>
          <w:b/>
        </w:rPr>
        <w:t xml:space="preserve">[15:50] </w:t>
      </w:r>
      <w:r>
        <w:t>ya kuch khas waqtoun mein kuch rituals kar lenge. jis ko unhon ne kahin ke ye namaz hai ye wo haj hai. lekin spirit kuch bhi nahi.</w:t>
      </w:r>
    </w:p>
    <w:p>
      <w:pPr>
        <w:jc w:val="right"/>
      </w:pPr>
      <w:r>
        <w:t>یا کچھ خاص وقتوں میں کچھ ریچولز کر لیں گے۔ جس کو انہوں نے کہیں کہ یہ نماز ہے یہ وہ حج ہے۔ لیکن اسپرٹ کچھ بھی نہیں۔</w:t>
      </w:r>
    </w:p>
    <w:p>
      <w:r>
        <w:rPr>
          <w:b/>
        </w:rPr>
        <w:t xml:space="preserve">[16:01] </w:t>
      </w:r>
      <w:r>
        <w:t>spirit ka matlab kya hai? khuda se mohabbat. khuda aap ka concern ban gaya ho. mujhe ek american writer ka bahut pasand hai jo main ne kai bar dohraya bhi hai.</w:t>
      </w:r>
    </w:p>
    <w:p>
      <w:pPr>
        <w:jc w:val="right"/>
      </w:pPr>
      <w:r>
        <w:t>اسپرٹ کا مطلب کیا ہے؟ خدا سے محبت۔ خدا آپ کا کنسرن بن گیا ہو۔ مجھے ایک امریکن رائٹر کا بہت پسند ہے جو میں نے کئی بار دہرایا بھی ہے۔</w:t>
      </w:r>
    </w:p>
    <w:p>
      <w:r>
        <w:rPr>
          <w:b/>
        </w:rPr>
        <w:t xml:space="preserve">[16:14] </w:t>
      </w:r>
      <w:r>
        <w:t>ek kitab likhi islam par.</w:t>
      </w:r>
    </w:p>
    <w:p>
      <w:pPr>
        <w:jc w:val="right"/>
      </w:pPr>
      <w:r>
        <w:t>ایک کتاب لکھی اسلام پر۔</w:t>
      </w:r>
    </w:p>
    <w:p>
      <w:r>
        <w:rPr>
          <w:b/>
        </w:rPr>
        <w:t xml:space="preserve">[16:18] </w:t>
      </w:r>
      <w:r>
        <w:t>us ne likha hai is mein. nahi. the greatest concern of islam is allah. uska sentence hai kitab mein ke the greatest concern of islam is allah.</w:t>
      </w:r>
    </w:p>
    <w:p>
      <w:pPr>
        <w:jc w:val="right"/>
      </w:pPr>
      <w:r>
        <w:t>اس نے لکھا ہے اس میں۔ نہیں۔ دا گریٹسٹ کنسرن آف اسلام از اللہ۔ اس کا سینٹنس ہے کتاب میں کہ دا گریٹسٹ کنسرن آف اسلام از اللہ۔</w:t>
      </w:r>
    </w:p>
    <w:p>
      <w:r>
        <w:rPr>
          <w:b/>
        </w:rPr>
        <w:t xml:space="preserve">[16:30] </w:t>
      </w:r>
      <w:r>
        <w:t>to ye jab ban na jaye, aap ka khuda jo hai aap ka greatest concern na ban jaye to phir riechol hai wo. wo kuch bhi hogi khasiyat nahi hai.</w:t>
      </w:r>
    </w:p>
    <w:p>
      <w:pPr>
        <w:jc w:val="right"/>
      </w:pPr>
      <w:r>
        <w:t>تو یہ جب بن نہ جائے، آپ کا خدا جو ہے آپ کا گریٹسٹ کنسرن نہ بن جائے تو پھر ریچول ہے وہ۔ وہ کچھ بھی ہوگی خاصیت نہیں ہے۔</w:t>
      </w:r>
    </w:p>
    <w:p>
      <w:r>
        <w:rPr>
          <w:b/>
        </w:rPr>
        <w:t xml:space="preserve">[16:42] </w:t>
      </w:r>
      <w:r>
        <w:t>wahi aap ka goal ho, wahi aap ka target ho, wahi aap ka concern ho. Aap ke emotions isi se jure hue hon, aap ki soch isi yani isi se juri hui ho</w:t>
      </w:r>
    </w:p>
    <w:p>
      <w:pPr>
        <w:jc w:val="right"/>
      </w:pPr>
      <w:r>
        <w:t>وہی آپ کا گول ہو، وہی آپ کا ٹارگٹ ہو، وہی آپ کا کنسرن ہو۔ آپ کے ایموشنز اسی سے جڑے ہوئے ہوں، آپ کی سوچ اسی یعنی اسی سے جڑی ہوئی ہو</w:t>
      </w:r>
    </w:p>
    <w:p>
      <w:r>
        <w:rPr>
          <w:b/>
        </w:rPr>
        <w:t xml:space="preserve">[16:55] </w:t>
      </w:r>
      <w:r>
        <w:t>. Yani god oriented thinking, god oriented speech, god oriented activities, god oriented behavior yeh sab paida ho jaye.</w:t>
      </w:r>
    </w:p>
    <w:p>
      <w:pPr>
        <w:jc w:val="right"/>
      </w:pPr>
      <w:r>
        <w:t>۔ یعنی گاڈ اورینٹڈ تھنکنگ، گاڈ اورینٹڈ سپیچ، گاڈ اورینٹڈ ایکٹیویٹیز، گاڈ اورینٹڈ بیہیویئر یہ سب پیدا ہو جائے۔</w:t>
      </w:r>
    </w:p>
    <w:p>
      <w:r>
        <w:rPr>
          <w:b/>
        </w:rPr>
        <w:t xml:space="preserve">[17:06] </w:t>
      </w:r>
      <w:r>
        <w:t>to phir is ka matlab hai ke wahan par aap ka jo belief hai, aap ka jo aqeedah hai woh spirit based hai, spirit based, spirit par qaim</w:t>
      </w:r>
    </w:p>
    <w:p>
      <w:pPr>
        <w:jc w:val="right"/>
      </w:pPr>
      <w:r>
        <w:t>تو پھر اس کا معنی ہے کہ وہاں پر آپ کا جو بیلیف ہے، آپ کا جو عقیدہ ہے وہ اسپرٹ بیسڈ ہے، اسپرٹ بیسڈ، اسپرٹ پر قائم</w:t>
      </w:r>
    </w:p>
    <w:p>
      <w:r>
        <w:rPr>
          <w:b/>
        </w:rPr>
        <w:t xml:space="preserve">[17:17] </w:t>
      </w:r>
      <w:r>
        <w:t>haye. Nahi to phir ritual based hai woh. Ritual based hai woh. Kuch bhi is ki haqeeqat nahi hai.</w:t>
      </w:r>
    </w:p>
    <w:p>
      <w:pPr>
        <w:jc w:val="right"/>
      </w:pPr>
      <w:r>
        <w:t>ہے۔ نہیں تو پھر ریچول بیسڈ ہے وہ۔ ریچول بیسڈ ہے وہ۔ کچھ بھی اس کی حقیقت نہیں ہے۔</w:t>
      </w:r>
    </w:p>
    <w:p>
      <w:r>
        <w:rPr>
          <w:b/>
        </w:rPr>
        <w:t xml:space="preserve">[17:30] </w:t>
      </w:r>
      <w:r>
        <w:t>to aaj kal jahan bhi aap jaiye dhoom hai Islam ki mazhab ki woh dhoom kis cheez ki hai? Rituals ki dhoom hai.</w:t>
      </w:r>
    </w:p>
    <w:p>
      <w:pPr>
        <w:jc w:val="right"/>
      </w:pPr>
      <w:r>
        <w:t>تو آج کل جہاں بھی آپ جائیے دھوم ہے اسلام کی مذہب کی وہ دھوم کس چیز کی ہے؟ ریچولز کی دھوم ہے۔</w:t>
      </w:r>
    </w:p>
    <w:p>
      <w:r>
        <w:rPr>
          <w:b/>
        </w:rPr>
        <w:t xml:space="preserve">[17:42] </w:t>
      </w:r>
      <w:r>
        <w:t>main ne ek kitab, ek ek article parha ek American magazine mein Return to Religion. Ek American magazine mein ek article tha Return to Religion.</w:t>
      </w:r>
    </w:p>
    <w:p>
      <w:pPr>
        <w:jc w:val="right"/>
      </w:pPr>
      <w:r>
        <w:t>میں نے ایک کتاب، ایک ایک آرٹیکل پڑھا ایک امریکن میگزین میں ریٹرن ٹو ریلیجن۔ ایک امریکن میگزین میں ایک آرٹیکل تھا ریٹرن ٹو ریلیجن۔</w:t>
      </w:r>
    </w:p>
    <w:p>
      <w:r>
        <w:rPr>
          <w:b/>
        </w:rPr>
        <w:t xml:space="preserve">[17:54] </w:t>
      </w:r>
      <w:r>
        <w:t>is mein yeh bataya tha is ne masjidon mein jao to wahan bheed hai, mandir mein jao to wahan bheed hai, wahan jao, gurudware mein jao to wahan bheed hai, church mein jao to wahan bheed hai.</w:t>
      </w:r>
    </w:p>
    <w:p>
      <w:pPr>
        <w:jc w:val="right"/>
      </w:pPr>
      <w:r>
        <w:t>اس میں یہ بتایا تھا اس نے مسجدوں میں جاؤ تو وہاں بھیڑ ہے، مندر میں جاؤ تو وہاں بھیڑ ہے، وہاں جاؤ، گردوارے میں جاؤ تو وہاں بھیڑ ہے، چرچ میں جاؤ تو وہاں بھیڑ ہے۔</w:t>
      </w:r>
    </w:p>
    <w:p>
      <w:r>
        <w:rPr>
          <w:b/>
        </w:rPr>
        <w:t xml:space="preserve">[18:06] </w:t>
      </w:r>
      <w:r>
        <w:t>to is ko unhon ne kaha Return to Religion. Return to Rituals tha woh. Woh Return to Religion nahi hai.</w:t>
      </w:r>
    </w:p>
    <w:p>
      <w:pPr>
        <w:jc w:val="right"/>
      </w:pPr>
      <w:r>
        <w:t>تو اس کو انہوں نے کہا ریٹرن ٹو ریلیجن۔ ریٹرن ٹو ریچولز تھا وہ۔ وہ ریٹرن ٹو ریلیجن نہیں ہے۔</w:t>
      </w:r>
    </w:p>
    <w:p>
      <w:r>
        <w:rPr>
          <w:b/>
        </w:rPr>
        <w:t xml:space="preserve">[18:15] </w:t>
      </w:r>
      <w:r>
        <w:t>spiritless rituals ki taraf lote hain log na ke mazhab ki taraf lote hain. To yeh ek level yeh hai.</w:t>
      </w:r>
    </w:p>
    <w:p>
      <w:pPr>
        <w:jc w:val="right"/>
      </w:pPr>
      <w:r>
        <w:t>اسپرٹ لیس ریچولز کی طرف لوٹے ہیں لوگ نہ کہ مذہب کی طرف لوٹے ہیں۔ تو یہ ایک لیول یہ ہے۔</w:t>
      </w:r>
    </w:p>
    <w:p>
      <w:r>
        <w:rPr>
          <w:b/>
        </w:rPr>
        <w:t xml:space="preserve">[18:28] </w:t>
      </w:r>
      <w:r>
        <w:t>jis ko main kahunga ke ritualistic level.</w:t>
      </w:r>
    </w:p>
    <w:p>
      <w:pPr>
        <w:jc w:val="right"/>
      </w:pPr>
      <w:r>
        <w:t>جس کو میں کہوں گا کہ ریچولسٹک لیول۔</w:t>
      </w:r>
    </w:p>
    <w:p>
      <w:r>
        <w:rPr>
          <w:b/>
        </w:rPr>
        <w:t xml:space="preserve">[18:34] </w:t>
      </w:r>
      <w:r>
        <w:t>doosra level jo hai woh hai rational level. Yani god ko rational level par discover karna. Yeh is se aage kya hai?</w:t>
      </w:r>
    </w:p>
    <w:p>
      <w:pPr>
        <w:jc w:val="right"/>
      </w:pPr>
      <w:r>
        <w:t>دوسرا لیول جو ہے وہ ہے ریشنل لیول۔ یعنی گاڈ کو ریشنل لیول پر ڈسکور کرنا۔ یہ اس سے آگے کیا ہے؟</w:t>
      </w:r>
    </w:p>
    <w:p>
      <w:r>
        <w:rPr>
          <w:b/>
        </w:rPr>
        <w:t xml:space="preserve">[18:46] </w:t>
      </w:r>
      <w:r>
        <w:t>kyun ke aap sochte hain, study karte hain, observe karte hain. Phir aap discover karte hain ke there is a god.</w:t>
      </w:r>
    </w:p>
    <w:p>
      <w:pPr>
        <w:jc w:val="right"/>
      </w:pPr>
      <w:r>
        <w:t>کیونکہ آپ سوچتے ہیں، اسٹڈی کرتے ہیں، آبزرو کرتے ہیں۔ پھر آپ ڈسکور کرتے ہیں کہ دیر از اے گاڈ۔</w:t>
      </w:r>
    </w:p>
    <w:p>
      <w:r>
        <w:rPr>
          <w:b/>
        </w:rPr>
        <w:t xml:space="preserve">[18:56] </w:t>
      </w:r>
      <w:r>
        <w:t>jaise Descartes ne kaha tha ke I think therefore I am. I think therefore I am.</w:t>
      </w:r>
    </w:p>
    <w:p>
      <w:pPr>
        <w:jc w:val="right"/>
      </w:pPr>
      <w:r>
        <w:t>جیسے ڈیکارڈ نے کہا تھا کہ آئی تھنک دیر فور آئی ایم۔ آئی تھنک دیر فور آئی آئی ایم۔</w:t>
      </w:r>
    </w:p>
    <w:p>
      <w:r>
        <w:rPr>
          <w:b/>
        </w:rPr>
        <w:t xml:space="preserve">[19:07] </w:t>
      </w:r>
      <w:r>
        <w:t>isi ko le kar ke kisi ne kaha ke I am therefore God is. I am therefore God is.</w:t>
      </w:r>
    </w:p>
    <w:p>
      <w:pPr>
        <w:jc w:val="right"/>
      </w:pPr>
      <w:r>
        <w:t>اسی کو لے کر کے کسی نے کہا کہ آئی ایم دیر فور گاڈ از۔ آئی ایم دیر فور گاڈ از۔</w:t>
      </w:r>
    </w:p>
    <w:p>
      <w:r>
        <w:rPr>
          <w:b/>
        </w:rPr>
        <w:t xml:space="preserve">[19:18] </w:t>
      </w:r>
      <w:r>
        <w:t>yeh hai rational level par Khuda ko paana.</w:t>
      </w:r>
    </w:p>
    <w:p>
      <w:pPr>
        <w:jc w:val="right"/>
      </w:pPr>
      <w:r>
        <w:t>یہ ہے ریشنل لیول پر خدا کو پانا۔</w:t>
      </w:r>
    </w:p>
    <w:p>
      <w:r>
        <w:rPr>
          <w:b/>
        </w:rPr>
        <w:t xml:space="preserve">[19:23] </w:t>
      </w:r>
      <w:r>
        <w:t>rational level par Khuda ko paana. Jaise science ki jo science ke jo woh research hai to us ko kuch stages mein banta jata hai.</w:t>
      </w:r>
    </w:p>
    <w:p>
      <w:pPr>
        <w:jc w:val="right"/>
      </w:pPr>
      <w:r>
        <w:t>ریشنل لیول پر خدا کو پانا۔ جیسے سائنس کی جو سائنس کے جو وہ ریسرچ ہے تو اس کو کچھ اسٹیجز میں بانٹا جاتا ہے۔</w:t>
      </w:r>
    </w:p>
    <w:p>
      <w:r>
        <w:rPr>
          <w:b/>
        </w:rPr>
        <w:t xml:space="preserve">[19:37] </w:t>
      </w:r>
      <w:r>
        <w:t>jaise Newton ke zamane mein samjha jata tha ke yeh jo universe hai to is ka building block matter hai. Yani matter is the building block of universe.</w:t>
      </w:r>
    </w:p>
    <w:p>
      <w:pPr>
        <w:jc w:val="right"/>
      </w:pPr>
      <w:r>
        <w:t>جیسے نیوٹن کے زمانے میں سمجھا جاتا تھا کہ یہ جو یونیورس ہے تو اس کا بلڈنگ بلاک میٹر ہے۔ یعنی میٹر از دا بلڈنگ بلاک آف یونیورس۔</w:t>
      </w:r>
    </w:p>
    <w:p>
      <w:r>
        <w:rPr>
          <w:b/>
        </w:rPr>
        <w:t xml:space="preserve">[19:50] </w:t>
      </w:r>
      <w:r>
        <w:t>is ke baad jo doosra zamana aaya Einstein ka us ne kaha ke no. Energy is the building block of the universe.</w:t>
      </w:r>
    </w:p>
    <w:p>
      <w:pPr>
        <w:jc w:val="right"/>
      </w:pPr>
      <w:r>
        <w:t>اس کے بعد جو دوسرا زمانہ آیا آئنسٹین کا اس نے کہا کہ نو۔ انرجی از دا بلڈنگ بلاک آف دا یونیورس۔</w:t>
      </w:r>
    </w:p>
    <w:p>
      <w:r>
        <w:rPr>
          <w:b/>
        </w:rPr>
        <w:t xml:space="preserve">[20:03] </w:t>
      </w:r>
      <w:r>
        <w:t>yani energy jo hai woh building block hai universe ka. Ab zamana aur aage badh gaya hai David Bohm ke zamane mein.</w:t>
      </w:r>
    </w:p>
    <w:p>
      <w:pPr>
        <w:jc w:val="right"/>
      </w:pPr>
      <w:r>
        <w:t>یعنی انرجی جو ہے وہ بلڈنگ بلاک ہے یونیورس کا۔ اب زمانہ اور آگے بڑھ گیا ہے ڈیوڈ بوم کے زمانے میں۔</w:t>
      </w:r>
    </w:p>
    <w:p>
      <w:r>
        <w:rPr>
          <w:b/>
        </w:rPr>
        <w:t xml:space="preserve">[20:13] </w:t>
      </w:r>
      <w:r>
        <w:t>is ka manna hai ke nahi. Consciousness is the building block of the universe</w:t>
      </w:r>
    </w:p>
    <w:p>
      <w:pPr>
        <w:jc w:val="right"/>
      </w:pPr>
      <w:r>
        <w:t>اس کا ماننا ہے کہ نہیں۔ کانشیسنس از دا بلڈنگ بلاک آف دا یونیورس</w:t>
      </w:r>
    </w:p>
    <w:p>
      <w:r>
        <w:rPr>
          <w:b/>
        </w:rPr>
        <w:t xml:space="preserve">[20:18] </w:t>
      </w:r>
      <w:r>
        <w:t>. Yani shaoor, consciousness. To pehle insan janta tha ke building block jo universe ka hai woh matter hai. Spirit less matter, dead matter.</w:t>
      </w:r>
    </w:p>
    <w:p>
      <w:pPr>
        <w:jc w:val="right"/>
      </w:pPr>
      <w:r>
        <w:t>۔ یعنی شعور، کانشیسنس۔ تو پہلے انسان جانتا تھا کہ بلڈنگ بلاک جو یونیورس کا ہے وہ میٹر ہے۔ اسپرٹ لیس میٹر، ڈیڈ میٹر۔</w:t>
      </w:r>
    </w:p>
    <w:p>
      <w:r>
        <w:rPr>
          <w:b/>
        </w:rPr>
        <w:t xml:space="preserve">[20:30] </w:t>
      </w:r>
      <w:r>
        <w:t>aage badhe to maloom hua ke nahi energy jo hai woh hai building block. Ab aur aage badhe to maloom hua ke nahi. Consciousness jo hai woh building block hai.</w:t>
      </w:r>
    </w:p>
    <w:p>
      <w:pPr>
        <w:jc w:val="right"/>
      </w:pPr>
      <w:r>
        <w:t>آگے بڑھے تو معلوم ہوا کہ نہیں انرجی جو ہے وہ ہے بلڈنگ بلاک۔ اب اور آگے بڑھے تو معلوم ہوا کہ نہیں۔ کانشیسنس جو ہے وہ بلڈنگ بلاک ہے۔</w:t>
      </w:r>
    </w:p>
    <w:p>
      <w:r>
        <w:rPr>
          <w:b/>
        </w:rPr>
        <w:t xml:space="preserve">[20:41] </w:t>
      </w:r>
      <w:r>
        <w:t>ab is ke aage jo kya hai? Is ke aage yeh hai ke woh shaoor ka agla jo stage hai woh Khuda hai.</w:t>
      </w:r>
    </w:p>
    <w:p>
      <w:pPr>
        <w:jc w:val="right"/>
      </w:pPr>
      <w:r>
        <w:t>اب اس کے آگے جو کیا ہے؟ اس کے آگے یہ ہے کہ وہ شعور کا اگلا جو اسٹیج ہے وہ خدا ہے۔</w:t>
      </w:r>
    </w:p>
    <w:p>
      <w:r>
        <w:rPr>
          <w:b/>
        </w:rPr>
        <w:t xml:space="preserve">[20:49] </w:t>
      </w:r>
      <w:r>
        <w:t>to is ke matlab hai ke philosophical stages, scientific stage dono ne yahan tak pohanchaya hai insan ko ke koi hai jis ka jo exist kar raha hai.</w:t>
      </w:r>
    </w:p>
    <w:p>
      <w:pPr>
        <w:jc w:val="right"/>
      </w:pPr>
      <w:r>
        <w:t>تو اس کے معنی ہے کہ فلاسفیکل اسٹیجز، سائنٹیفک اسٹیج دونوں نے یہاں تک پہنچایا ہے انسان کو کہ کوئی ہے جس کا جو ایگزسٹ کر رہا ہے۔</w:t>
      </w:r>
    </w:p>
    <w:p>
      <w:r>
        <w:rPr>
          <w:b/>
        </w:rPr>
        <w:t xml:space="preserve">[20:58] </w:t>
      </w:r>
      <w:r>
        <w:t>jo creator hai, jo lord of the universe hai.</w:t>
      </w:r>
    </w:p>
    <w:p>
      <w:pPr>
        <w:jc w:val="right"/>
      </w:pPr>
      <w:r>
        <w:t>جو کریٹر ہے، جو لارڈ آف دا یونیورس ہے۔</w:t>
      </w:r>
    </w:p>
    <w:p>
      <w:r>
        <w:rPr>
          <w:b/>
        </w:rPr>
        <w:t xml:space="preserve">[21:03] </w:t>
      </w:r>
      <w:r>
        <w:t>yani yeh un principles sab ne maan liya hai. philosophers ne bhi aur aur ab scientists ne bhi. ke koi hai jo is is ke peechay hai.</w:t>
      </w:r>
    </w:p>
    <w:p>
      <w:pPr>
        <w:jc w:val="right"/>
      </w:pPr>
      <w:r>
        <w:t>یعنی یہ ان پرنسپلز سب نے مان لیا ہے۔ فلاسفرز نے بھی اور اور اب سائنٹسٹ نے بھی۔ کہ کوئی ہے جو اس اس کے پیچھے ہے۔</w:t>
      </w:r>
    </w:p>
    <w:p>
      <w:r>
        <w:rPr>
          <w:b/>
        </w:rPr>
        <w:t xml:space="preserve">[21:18] </w:t>
      </w:r>
      <w:r>
        <w:t>jo yeh jo aik jo kainat bani jo function kar rahi hai to is ke peechay koi mind hai. aur woh mind ko koi naam kuch deta hai, koi naam kuch deta hai, hum is ka naam is ko Khuda ya God kehte hain.</w:t>
      </w:r>
    </w:p>
    <w:p>
      <w:pPr>
        <w:jc w:val="right"/>
      </w:pPr>
      <w:r>
        <w:t>جو یہ جو ایک جو کائنات بنی جو فنکشن کر رہی ہے تو اس کے پیچھے کوئی مائنڈ ہے۔ اور وہ مائنڈ کو کوئی نام کچھ دیتا ہے، کوئی نام کچھ دیتا ہے، ہم اس کا نام اس کو خدا یا گاڈ کہتے ہیں۔</w:t>
      </w:r>
    </w:p>
    <w:p>
      <w:r>
        <w:rPr>
          <w:b/>
        </w:rPr>
        <w:t xml:space="preserve">[21:35] </w:t>
      </w:r>
      <w:r>
        <w:t>to yeh hai rational level par Khuda ko paana. rational level par Khuda ko paana. lekin yahan main kahunga ke rational level par Khuda ko paana bohat adhoora paana hai.</w:t>
      </w:r>
    </w:p>
    <w:p>
      <w:pPr>
        <w:jc w:val="right"/>
      </w:pPr>
      <w:r>
        <w:t>تو یہ ہے ریشنل لیول پر خدا کو پانا۔ ریشنل لیول پر خدا کو پانا۔ لیکن یہاں میں کہوں گا کہ ریشنل لیول پر خدا کو پانا بہت ادھورا پانا ہے۔</w:t>
      </w:r>
    </w:p>
    <w:p>
      <w:r>
        <w:rPr>
          <w:b/>
        </w:rPr>
        <w:t xml:space="preserve">[21:48] </w:t>
      </w:r>
      <w:r>
        <w:t>yeh sara fifty fifty ka maamla hai.</w:t>
      </w:r>
    </w:p>
    <w:p>
      <w:pPr>
        <w:jc w:val="right"/>
      </w:pPr>
      <w:r>
        <w:t>یہ سارا ففٹی ففٹی کا معاملہ ہے۔</w:t>
      </w:r>
    </w:p>
    <w:p>
      <w:r>
        <w:rPr>
          <w:b/>
        </w:rPr>
        <w:t xml:space="preserve">[21:51] </w:t>
      </w:r>
      <w:r>
        <w:t>agar koi rational level par Khuda ko pa jaye, matlab logic se, science se, philosophical studies se Khuda ko pa jaye to woh paana jo hai woh adhoora paana hai.</w:t>
      </w:r>
    </w:p>
    <w:p>
      <w:pPr>
        <w:jc w:val="right"/>
      </w:pPr>
      <w:r>
        <w:t>اگر کوئی ریشنل لیول پر خدا کو پا جائے، مطلب لاجک سے، سائنس سے، فلاسفیکل اسٹڈیز سے خدا کو پا جائے تو وہ پانا جو ہے وہ ادھورا پانا ہے۔</w:t>
      </w:r>
    </w:p>
    <w:p>
      <w:r>
        <w:rPr>
          <w:b/>
        </w:rPr>
        <w:t xml:space="preserve">[22:07] </w:t>
      </w:r>
      <w:r>
        <w:t>kyun adhoora paana hai? kyunke yeh saare log jahan pohanchate hain woh hota hai probability. yani probability there is a God.</w:t>
      </w:r>
    </w:p>
    <w:p>
      <w:pPr>
        <w:jc w:val="right"/>
      </w:pPr>
      <w:r>
        <w:t>کیوں ادھورا پانا ہے؟ کیونکہ یہ سارے لوگ جہاں پہنچاتے ہیں وہ ہوتا ہے پراببلیٹی۔ یعنی پراببلیٹی دیر از اے گاڈ۔</w:t>
      </w:r>
    </w:p>
    <w:p>
      <w:r>
        <w:rPr>
          <w:b/>
        </w:rPr>
        <w:t xml:space="preserve">[22:19] </w:t>
      </w:r>
      <w:r>
        <w:t>yeh jo studies hain philosophy mein, science mein ki gayi hain, academic level par woh insaan ko kahan pohanchati hain?</w:t>
      </w:r>
    </w:p>
    <w:p>
      <w:pPr>
        <w:jc w:val="right"/>
      </w:pPr>
      <w:r>
        <w:t>یہ جو اسٹڈیز ہیں فلاسفی میں، سائنس میں کی گئی ہیں، اکیڈمک لیول پر وہ انسان کو کہاں پہنچاتی ہیں؟</w:t>
      </w:r>
    </w:p>
    <w:p>
      <w:r>
        <w:rPr>
          <w:b/>
        </w:rPr>
        <w:t xml:space="preserve">[22:29] </w:t>
      </w:r>
      <w:r>
        <w:t>probability tak pohanchati hain. kyunke aap jante hain ke science jo hai aadmi ko sirf probability tak pohanchati hai. probability tak.</w:t>
      </w:r>
    </w:p>
    <w:p>
      <w:pPr>
        <w:jc w:val="right"/>
      </w:pPr>
      <w:r>
        <w:t>پراببلیٹی تک پہنچاتی ہیں۔ کیونکہ آپ جانتے ہیں کہ سائنس جو ہے آدمی کو صرف پراببلیٹی تک پہنچاتی ہے۔ پراببلیٹی تک۔</w:t>
      </w:r>
    </w:p>
    <w:p>
      <w:r>
        <w:rPr>
          <w:b/>
        </w:rPr>
        <w:t xml:space="preserve">[22:39] </w:t>
      </w:r>
      <w:r>
        <w:t>yani probability there is a God.</w:t>
      </w:r>
    </w:p>
    <w:p>
      <w:pPr>
        <w:jc w:val="right"/>
      </w:pPr>
      <w:r>
        <w:t>یعنی پراببلیٹی دیر از اے گاڈ۔</w:t>
      </w:r>
    </w:p>
    <w:p>
      <w:r>
        <w:rPr>
          <w:b/>
        </w:rPr>
        <w:t xml:space="preserve">[22:45] </w:t>
      </w:r>
      <w:r>
        <w:t>lekin aap jante hain ke yeh to fifty percent hai. y</w:t>
      </w:r>
    </w:p>
    <w:p>
      <w:pPr>
        <w:jc w:val="right"/>
      </w:pPr>
      <w:r>
        <w:t>لیکن آپ جانتے ہیں کہ یہ تو ففٹی پرسنٹ ہے۔ ی</w:t>
      </w:r>
    </w:p>
    <w:p>
      <w:r>
        <w:rPr>
          <w:b/>
        </w:rPr>
        <w:t xml:space="preserve">[22:49] </w:t>
      </w:r>
      <w:r>
        <w:t>ani probability aap ko sirf fifty percent tak pohanchati hai. yani fifty percent yeh chance hai ke Khuda ho. aur fifty percent ka chance hai ulta hai.</w:t>
      </w:r>
    </w:p>
    <w:p>
      <w:pPr>
        <w:jc w:val="right"/>
      </w:pPr>
      <w:r>
        <w:t>عنی پراببلیٹی آپ کو صرف ففٹی پرسنٹ تک پہنچاتی ہے۔ یعنی ففٹی پرسنٹ یہ چانس ہے کہ خدا ہو۔ اور ففٹی پرسنٹ کا چانس ہے الٹا ہے۔</w:t>
      </w:r>
    </w:p>
    <w:p>
      <w:r>
        <w:rPr>
          <w:b/>
        </w:rPr>
        <w:t xml:space="preserve">[23:00] </w:t>
      </w:r>
      <w:r>
        <w:t>to agar aap ko logical analysis se, scientific studies se Khuda mil jaye to woh probably God mila aap ko.</w:t>
      </w:r>
    </w:p>
    <w:p>
      <w:pPr>
        <w:jc w:val="right"/>
      </w:pPr>
      <w:r>
        <w:t>تو اگر آپ کو لاجیکل انالیسز سے، سائنٹیفک اسٹڈیز سے خدا مل جائے تو وہ پراببلی گاڈ ملا آپ کو۔</w:t>
      </w:r>
    </w:p>
    <w:p>
      <w:r>
        <w:rPr>
          <w:b/>
        </w:rPr>
        <w:t xml:space="preserve">[23:10] </w:t>
      </w:r>
      <w:r>
        <w:t>is mein doosra aik aur bhi yani aik</w:t>
      </w:r>
    </w:p>
    <w:p>
      <w:pPr>
        <w:jc w:val="right"/>
      </w:pPr>
      <w:r>
        <w:t>اس میں دوسرا ایک اور بھی یعنی ایک</w:t>
      </w:r>
    </w:p>
    <w:p>
      <w:r>
        <w:rPr>
          <w:b/>
        </w:rPr>
        <w:t xml:space="preserve">[23:16] </w:t>
      </w:r>
      <w:r>
        <w:t>andesha hai. woh andesha kya hai? ke zindagi mein dekhen aur bhi bohat si cheezain hain. thinking level par jo baatein hoti hain us ke siwa bohat si cheezain hain.</w:t>
      </w:r>
    </w:p>
    <w:p>
      <w:pPr>
        <w:jc w:val="right"/>
      </w:pPr>
      <w:r>
        <w:t>اندیشہ ہے۔ وہ اندیشہ کیا ہے؟ کہ زندگی میں دیکھیں اور بھی بہت سی چیزیں ہیں۔ تھنکنگ لیول پر جو باتیں ہوتی ہیں اس کے سوا بہت سی چیزیں ہیں۔</w:t>
      </w:r>
    </w:p>
    <w:p>
      <w:r>
        <w:rPr>
          <w:b/>
        </w:rPr>
        <w:t xml:space="preserve">[23:24] </w:t>
      </w:r>
      <w:r>
        <w:t>maslan ab suffering hai. kisi ka koi relative mar gaya. kisi ko business mein ghaata ho gaya. kisi ka job chala gaya. koi accident ho gaya.</w:t>
      </w:r>
    </w:p>
    <w:p>
      <w:pPr>
        <w:jc w:val="right"/>
      </w:pPr>
      <w:r>
        <w:t>مثلاً اب سفرنگ ہے۔ کسی کا کوئی ریلیٹو مر گیا۔ کسی کو بزنس میں گھاٹا ہو گیا۔ کسی کا جاب چلا گیا۔ کوئی ایکسیڈنٹ ہو گیا۔</w:t>
      </w:r>
    </w:p>
    <w:p>
      <w:r>
        <w:rPr>
          <w:b/>
        </w:rPr>
        <w:t xml:space="preserve">[23:36] </w:t>
      </w:r>
      <w:r>
        <w:t>to aadmi kya samajhta hai? koi God hota to mujhe bacha leta. God hota to mujhe bacha leta. ab yahan par is ka doubt aa gaya is ko.</w:t>
      </w:r>
    </w:p>
    <w:p>
      <w:pPr>
        <w:jc w:val="right"/>
      </w:pPr>
      <w:r>
        <w:t>تو آدمی کیا سمجھتا ہے؟ کوئی گاڈ ہوتا تو مجھے بچا لیتا۔ گاڈ ہوتا تو مجھے بچا لیتا۔ اب یہاں پر اس کا ڈاؤٹ آ گیا اس کو۔</w:t>
      </w:r>
    </w:p>
    <w:p>
      <w:r>
        <w:rPr>
          <w:b/>
        </w:rPr>
        <w:t xml:space="preserve">[23:47] </w:t>
      </w:r>
      <w:r>
        <w:t>to probability ke level par agar aap ne Khuda ko paaya hai to har waqt aap aik risk hai woh risk ke koi bhi aisa zindagi mein aaye jhatka to bas aap shak mein pad jayenge.</w:t>
      </w:r>
    </w:p>
    <w:p>
      <w:pPr>
        <w:jc w:val="right"/>
      </w:pPr>
      <w:r>
        <w:t>تو پراببلیٹی کے لیول پر اگر آپ نے خدا کو پایا ہے تو ہر وقت آپ ایک رسک ہے وہ رسک کہ کوئی بھی ایسا زندگی میں آئے جھٹکا تو بس آپ شک میں پڑ جائیں گے۔</w:t>
      </w:r>
    </w:p>
    <w:p>
      <w:r>
        <w:rPr>
          <w:b/>
        </w:rPr>
        <w:t xml:space="preserve">[24:01] </w:t>
      </w:r>
      <w:r>
        <w:t>shayad Khuda hai ke nahi hai, hota to mujhe bachata. to rational level par Khuda ko paana adhoora paana hai.</w:t>
      </w:r>
    </w:p>
    <w:p>
      <w:pPr>
        <w:jc w:val="right"/>
      </w:pPr>
      <w:r>
        <w:t>شاید خدا ہے کہ نہیں ہے، ہوتا تو مجھے بچاتا۔ تو ریشنل لیول پر خدا کو پانا ادھورا پانا ہے۔</w:t>
      </w:r>
    </w:p>
    <w:p>
      <w:r>
        <w:rPr>
          <w:b/>
        </w:rPr>
        <w:t xml:space="preserve">[24:12] </w:t>
      </w:r>
      <w:r>
        <w:t>yeh is ke andar koi certainty nahi hai. is ke andar koi gehrai nahi hai. aur Khuda se aap ko koi attachment bhi nahi hota.</w:t>
      </w:r>
    </w:p>
    <w:p>
      <w:pPr>
        <w:jc w:val="right"/>
      </w:pPr>
      <w:r>
        <w:t>یہ اس کے اندر کوئی سرٹینٹی نہیں ہے۔ اس کے اندر کوئی گہرائی نہیں ہے۔ اور خدا سے آپ کو کوئی اٹیچمنٹ بھی نہیں ہوتا۔</w:t>
      </w:r>
    </w:p>
    <w:p>
      <w:r>
        <w:rPr>
          <w:b/>
        </w:rPr>
        <w:t xml:space="preserve">[24:22] </w:t>
      </w:r>
      <w:r>
        <w:t>maslan aap scientists ne discover kiya ke geo-centric theory galat hai aur helio-centric theory sahi hai.</w:t>
      </w:r>
    </w:p>
    <w:p>
      <w:pPr>
        <w:jc w:val="right"/>
      </w:pPr>
      <w:r>
        <w:t>مثلاً آپ سائنس دانوں نے ڈسکور کیا کہ جیو سینٹرکس تھیوری غلط ہے اور ہیرو سینٹرکس تھیوری صحیح ہے۔</w:t>
      </w:r>
    </w:p>
    <w:p>
      <w:r>
        <w:rPr>
          <w:b/>
        </w:rPr>
        <w:t xml:space="preserve">[24:33] </w:t>
      </w:r>
      <w:r>
        <w:t>aaj ki jo science hai woh yeh batati hai ke Greek philosophers ne jo maana tha ke zameen center mein hai, suraj ghoom raha hai yani geo-centric theory woh sahi nahi thi, galat thi.</w:t>
      </w:r>
    </w:p>
    <w:p>
      <w:pPr>
        <w:jc w:val="right"/>
      </w:pPr>
      <w:r>
        <w:t>آج کی جو سائنس ہے وہ یہ بتاتی ہے کہ گریک فلاسفرز نے جو مانا تھا کہ زمین سینٹر میں ہے، سورج گھوم رہا ہے یعنی جیو سینٹرک تھیوری وہ صحیح نہیں تھی، غلط تھی۔</w:t>
      </w:r>
    </w:p>
    <w:p>
      <w:r>
        <w:rPr>
          <w:b/>
        </w:rPr>
        <w:t xml:space="preserve">[24:49] </w:t>
      </w:r>
      <w:r>
        <w:t>ab jo daryaft hui hai woh hai ke suraj center mein hai aur zameen aur sab se planet ghoom rahe hain. lekin yeh discovery aik rational discovery hai.</w:t>
      </w:r>
    </w:p>
    <w:p>
      <w:pPr>
        <w:jc w:val="right"/>
      </w:pPr>
      <w:r>
        <w:t>اب جو دریافت ہوئی ہے وہ ہے کہ سورج سینٹر میں ہے اور زمین اور سب سے پلینٹ گھوم رہے ہیں۔ لیکن یہ ڈسکوری ایک ریشنل ڈسکوری ہے۔</w:t>
      </w:r>
    </w:p>
    <w:p>
      <w:r>
        <w:rPr>
          <w:b/>
        </w:rPr>
        <w:t xml:space="preserve">[24:58] </w:t>
      </w:r>
      <w:r>
        <w:t>is ka matlab nahi ke aap ke emotions is se jud gaye hon.</w:t>
      </w:r>
    </w:p>
    <w:p>
      <w:pPr>
        <w:jc w:val="right"/>
      </w:pPr>
      <w:r>
        <w:t>اس کا مطلب نہیں کہ آپ کے ایموشنز اس سے جڑ گئے ہوں۔</w:t>
      </w:r>
    </w:p>
    <w:p>
      <w:r>
        <w:rPr>
          <w:b/>
        </w:rPr>
        <w:t xml:space="preserve">[25:02] </w:t>
      </w:r>
      <w:r>
        <w:t>jo aadmi helio-centric theory ko maanta ho to us ka thori hai ke is ka matlab yeh hai ke is se us ke emotions jud gaye hon. emotional attachment is se ho gaya ho.</w:t>
      </w:r>
    </w:p>
    <w:p>
      <w:pPr>
        <w:jc w:val="right"/>
      </w:pPr>
      <w:r>
        <w:t>جو آدمی ہیلیو سینٹرک تھیوری کو مانتا ہو تو اس کا تھوڑی ہے کہ اس کا مطلب یہ ہے کہ اس سے اس کے ایموشنز جڑ گئے ہوں۔ ایموشنل اٹیچمنٹ اس سے ہو گیا ہو۔</w:t>
      </w:r>
    </w:p>
    <w:p>
      <w:r>
        <w:rPr>
          <w:b/>
        </w:rPr>
        <w:t xml:space="preserve">[25:13] </w:t>
      </w:r>
      <w:r>
        <w:t>bas aik aik aik maanta hai bas rational level par. to rational level par agar kisi ko God mila to sach poochhen to woh bohat hi adhoora God mila.</w:t>
      </w:r>
    </w:p>
    <w:p>
      <w:pPr>
        <w:jc w:val="right"/>
      </w:pPr>
      <w:r>
        <w:t>بس ایک ایک ایک مانتا ہے بس ریشنل لیول پر۔ تو ریشنل لیول پر اگر کسی کو گاڈ ملا تو سچ پوچھیں تو وہ بہت ہی ادھورا گاڈ ملا۔</w:t>
      </w:r>
    </w:p>
    <w:p>
      <w:r>
        <w:rPr>
          <w:b/>
        </w:rPr>
        <w:t xml:space="preserve">[25:28] </w:t>
      </w:r>
      <w:r>
        <w:t>jo is zindagi mein samandar ban kar dakhil nahi hoga, us ki zindagi mein koi light nahi paida hoga, us ki zindagi mein koi koi earth quake nahi aye ga.</w:t>
      </w:r>
    </w:p>
    <w:p>
      <w:pPr>
        <w:jc w:val="right"/>
      </w:pPr>
      <w:r>
        <w:t>جو اس زندگی میں سمندر بن کر داخل نہیں ہوگا، اس کی زندگی میں کوئی لائٹ نہیں پیدا ہوگا، اس کی زندگی میں کوئی کوئی ارتھ کویک نہیں آئے گا۔</w:t>
      </w:r>
    </w:p>
    <w:p>
      <w:r>
        <w:rPr>
          <w:b/>
        </w:rPr>
        <w:t xml:space="preserve">[25:40] </w:t>
      </w:r>
      <w:r>
        <w:t>to yeh yeh rational level par Khuda ko pana mein ne bhi kai kitabein likhi hain jis mein rational proof diya hai Khuda ke existence ka. lekin mein yeh bhi manta hoon ke hamare ek ek the hamare buzurg Maulana Abdul Baqi Nadvi</w:t>
      </w:r>
    </w:p>
    <w:p>
      <w:pPr>
        <w:jc w:val="right"/>
      </w:pPr>
      <w:r>
        <w:t>تو یہ یہ ریشنل لیول پر خدا کو پانا میں نے بھی کئی کتابیں لکھی ہیں جس میں ریشنل پروف دیا ہے خدا کے ایگزسٹنس کا۔ لیکن میں یہ بھی مانتا ہوں کہ ہمارے ایک ایک تھے ہمارے بزرگ مولانا عبدالباقی ندوی</w:t>
      </w:r>
    </w:p>
    <w:p>
      <w:r>
        <w:rPr>
          <w:b/>
        </w:rPr>
        <w:t xml:space="preserve">[25:59] </w:t>
      </w:r>
      <w:r>
        <w:t>to is qism ki kitabon ko jo yani rational level par Khuda ko proof karna us ko kaha karte the ke yeh rukane ki kashti hai.</w:t>
      </w:r>
    </w:p>
    <w:p>
      <w:pPr>
        <w:jc w:val="right"/>
      </w:pPr>
      <w:r>
        <w:t>تو اس قسم کی کتابوں کو جو یعنی ریشنل لیول پر خدا کو پروف کرنا اس کو کہا کرتے تھے کہ یہ رکانے کی کشتی ہے۔</w:t>
      </w:r>
    </w:p>
    <w:p>
      <w:r>
        <w:rPr>
          <w:b/>
        </w:rPr>
        <w:t xml:space="preserve">[26:10] </w:t>
      </w:r>
      <w:r>
        <w:t>yani prophet of Islam ka ek qissa hai ke ek martaba woh Makkah mein thay to wahan par ek ek wrestler hua karta tha, ek pehalwan.</w:t>
      </w:r>
    </w:p>
    <w:p>
      <w:pPr>
        <w:jc w:val="right"/>
      </w:pPr>
      <w:r>
        <w:t>یعنی پرافٹ آف اسلام کا ایک قصہ ہے کہ ایک مرتبہ وہ مکہ میں تھے تو وہاں پر ایک ایک ریسلر ہوا کرتا تھا، ایک پہلوان۔</w:t>
      </w:r>
    </w:p>
    <w:p>
      <w:r>
        <w:rPr>
          <w:b/>
        </w:rPr>
        <w:t xml:space="preserve">[26:19] </w:t>
      </w:r>
      <w:r>
        <w:t>us ka naam tha Rukana. to prophet kahin chal rahe thay to mil gaya woh.</w:t>
      </w:r>
    </w:p>
    <w:p>
      <w:pPr>
        <w:jc w:val="right"/>
      </w:pPr>
      <w:r>
        <w:t>اس کا نام تھا رکانہ۔ تو پرافٹ کہیں چل رہے تھے تو مل گیا وہ۔</w:t>
      </w:r>
    </w:p>
    <w:p>
      <w:r>
        <w:rPr>
          <w:b/>
        </w:rPr>
        <w:t xml:space="preserve">[26:26] </w:t>
      </w:r>
      <w:r>
        <w:t>to us ne kaha ke Muhammad tum kehte ho ke Khuda tum peghambar ho, prophet of God ho, tum us ko patak do kashti mein to mein manoon ga.</w:t>
      </w:r>
    </w:p>
    <w:p>
      <w:pPr>
        <w:jc w:val="right"/>
      </w:pPr>
      <w:r>
        <w:t>تو اس نے کہا کہ محمد تم کہتے ہو کہ خدا تم پیغمبر ہو، پرافٹ آف گاڈ ہو، تم اس کو پٹک دو کشتی میں تو میں مانوں گا۔</w:t>
      </w:r>
    </w:p>
    <w:p>
      <w:r>
        <w:rPr>
          <w:b/>
        </w:rPr>
        <w:t xml:space="preserve">[26:37] </w:t>
      </w:r>
      <w:r>
        <w:t>to Rasool Allah us se kashti lade aur us ko patak diya. to us ne kaha nahi nahi ek bar nahi, yeh to ek bar nahi manoon ga.</w:t>
      </w:r>
    </w:p>
    <w:p>
      <w:pPr>
        <w:jc w:val="right"/>
      </w:pPr>
      <w:r>
        <w:t>تو رسول اللہ اس سے کشتی لڑے اور اس کو پٹک دیا۔ تو اس نے کہا نہیں نہیں ایک بار نہیں، یہ تو ایک بار نہیں مانوں گا۔</w:t>
      </w:r>
    </w:p>
    <w:p>
      <w:r>
        <w:rPr>
          <w:b/>
        </w:rPr>
        <w:t xml:space="preserve">[26:48] </w:t>
      </w:r>
      <w:r>
        <w:t>dosri bar ladai ho gayi hamari. to dosri bar bhi kashti hui to phir aap ne patak diya us ko.</w:t>
      </w:r>
    </w:p>
    <w:p>
      <w:pPr>
        <w:jc w:val="right"/>
      </w:pPr>
      <w:r>
        <w:t>دوسری بار لڑائی ہو گئی ہماری۔ تو دوسری بار بھی کشتی ہوئی تو پھر آپ نے پٹک دیا اس کو۔</w:t>
      </w:r>
    </w:p>
    <w:p>
      <w:r>
        <w:rPr>
          <w:b/>
        </w:rPr>
        <w:t xml:space="preserve">[26:54] </w:t>
      </w:r>
      <w:r>
        <w:t>to woh baharhal woh aap aap ko maan gaya ke aap peghambar hain. lekin yeh woh kaha kaha karte thay ke yeh peghambar ka yahi base nahi hai, yeh mission nahi hai ke pehalwani kare woh.</w:t>
      </w:r>
    </w:p>
    <w:p>
      <w:pPr>
        <w:jc w:val="right"/>
      </w:pPr>
      <w:r>
        <w:t>تو وہ بہرحال وہ آپ آپ کو مان گیا کہ آپ پیغمبر ہیں۔ لیکن یہ وہ کہا کہا کرتے تھے کہ یہ پیغمبر کا یہی بیس نہیں ہے، یہ مشن نہیں ہے کہ پہلوانی کرے وہ۔</w:t>
      </w:r>
    </w:p>
    <w:p>
      <w:r>
        <w:rPr>
          <w:b/>
        </w:rPr>
        <w:t xml:space="preserve">[27:07] </w:t>
      </w:r>
      <w:r>
        <w:t>peghambar wrestler nahi hota. yeh to ek ittefaki ek juzwi baat hai, ittefaki baat hai ke ek sa tha is mind ka, is mind set ka to aisa kar diya aap ne.</w:t>
      </w:r>
    </w:p>
    <w:p>
      <w:pPr>
        <w:jc w:val="right"/>
      </w:pPr>
      <w:r>
        <w:t>پیغمبر ریسلر نہیں ہوتا۔ یہ تو ایک اتفاقی ایک جزوی بات ہے، اتفاقی بات ہے کہ ایک سا تھا اس مائنڈ کا، اس مائنڈ سیٹ کا تو ایسا کر دیا آپ نے۔</w:t>
      </w:r>
    </w:p>
    <w:p>
      <w:r>
        <w:rPr>
          <w:b/>
        </w:rPr>
        <w:t xml:space="preserve">[27:20] </w:t>
      </w:r>
      <w:r>
        <w:t>to woh kaha karte thay ke rational level par Khuda ko proof karna Rukana kashti hai. mein is ko sahi manta hoon.</w:t>
      </w:r>
    </w:p>
    <w:p>
      <w:pPr>
        <w:jc w:val="right"/>
      </w:pPr>
      <w:r>
        <w:t>تو وہ کہا کرتے تھے کہ ریشنل لیول پر خدا کو پروف کرنا رکانے کشتی ہے۔ میں اس کو صحیح مانتا ہوں۔</w:t>
      </w:r>
    </w:p>
    <w:p>
      <w:r>
        <w:rPr>
          <w:b/>
        </w:rPr>
        <w:t xml:space="preserve">[27:31] </w:t>
      </w:r>
      <w:r>
        <w:t>mein is ko sahi manta hoon. ek kaam ho sakta hai woh lekin woh koi bohat bara kaam nahi hai.</w:t>
      </w:r>
    </w:p>
    <w:p>
      <w:pPr>
        <w:jc w:val="right"/>
      </w:pPr>
      <w:r>
        <w:t>میں اس کو صحیح مانتا ہوں۔ ایک کام ہو سکتا ہے وہ لیکن وہ کوئی بہت بڑا کام نہیں ہے۔</w:t>
      </w:r>
    </w:p>
    <w:p>
      <w:r>
        <w:rPr>
          <w:b/>
        </w:rPr>
        <w:t xml:space="preserve">[27:41] </w:t>
      </w:r>
      <w:r>
        <w:t>ab bohat bara kaam kya hai? dekhein bohat bara kaam yeh hai ke jab aap Khuda ko discover karein to Khuda Khuda ki hesiyat se aap ke hasti mein shamil ho jaye.</w:t>
      </w:r>
    </w:p>
    <w:p>
      <w:pPr>
        <w:jc w:val="right"/>
      </w:pPr>
      <w:r>
        <w:t>اب بہت بڑا کام کیا ہے؟ دیکھیں بہت بڑا کام یہ ہے کہ جب آپ خدا کو ڈسکور کریں تو خدا خدا کی حیثیت سے آپ کے ہستی میں شامل ہو جائے۔</w:t>
      </w:r>
    </w:p>
    <w:p>
      <w:r>
        <w:rPr>
          <w:b/>
        </w:rPr>
        <w:t xml:space="preserve">[27:57] </w:t>
      </w:r>
      <w:r>
        <w:t>ab ghor kijiye ke itni bari universe.</w:t>
      </w:r>
    </w:p>
    <w:p>
      <w:pPr>
        <w:jc w:val="right"/>
      </w:pPr>
      <w:r>
        <w:t>اب غور کیجیے کہ اتنی بڑی یونیورس۔</w:t>
      </w:r>
    </w:p>
    <w:p>
      <w:r>
        <w:rPr>
          <w:b/>
        </w:rPr>
        <w:t xml:space="preserve">[28:04] </w:t>
      </w:r>
      <w:r>
        <w:t>yani telescope se jo dekha gaya universe ko Galileo ke zamane mein to thoda sa dekha gaya tha.</w:t>
      </w:r>
    </w:p>
    <w:p>
      <w:pPr>
        <w:jc w:val="right"/>
      </w:pPr>
      <w:r>
        <w:t>یعنی ٹیلیسکوپ سے جو دیکھا گیا یونیورس کو گلیلیو کے زمانے میں تو تھوڑا سا دیکھا گیا تھا۔</w:t>
      </w:r>
    </w:p>
    <w:p>
      <w:r>
        <w:rPr>
          <w:b/>
        </w:rPr>
        <w:t xml:space="preserve">[28:11] </w:t>
      </w:r>
      <w:r>
        <w:t>phir Palomar Observatory mein dekha gaya to bohat bari universe mili. ab is ke baad jo Hubble Observatory bani to aur bohat hi bari, bohat hi bari. jis ki koi ginti nahi ho sakti.</w:t>
      </w:r>
    </w:p>
    <w:p>
      <w:pPr>
        <w:jc w:val="right"/>
      </w:pPr>
      <w:r>
        <w:t>پھر پرلور آبزرویٹری میں دیکھا گیا تو بہت بڑی یونیورس ملی۔ اب اس کے بعد جو ہبل آبزرویٹری بنی تو اور بہت ہی بڑی، بہت ہی بڑی۔ جس کی کوئی گنتی نہیں ہو سکتی۔</w:t>
      </w:r>
    </w:p>
    <w:p>
      <w:r>
        <w:rPr>
          <w:b/>
        </w:rPr>
        <w:t xml:space="preserve">[28:24] </w:t>
      </w:r>
      <w:r>
        <w:t>to itni bari universe jis ne banai. hamare mind mein samati nahi. jaise misaal ke tor par sab se choti duniya jo hai woh solar system hai.</w:t>
      </w:r>
    </w:p>
    <w:p>
      <w:pPr>
        <w:jc w:val="right"/>
      </w:pPr>
      <w:r>
        <w:t>تو اتنی بڑی یونیورس جس نے بنائی۔ ہمارے مائنڈ میں سماتی نہیں۔ جیسے مثال کے طور پر سب سے چھوٹی دنیا جو ہے وہ سولر سسٹم ہے۔</w:t>
      </w:r>
    </w:p>
    <w:p>
      <w:r>
        <w:rPr>
          <w:b/>
        </w:rPr>
        <w:t xml:space="preserve">[28:37] </w:t>
      </w:r>
      <w:r>
        <w:t>solar system sab se choti duniya hai is universe mein.</w:t>
      </w:r>
    </w:p>
    <w:p>
      <w:pPr>
        <w:jc w:val="right"/>
      </w:pPr>
      <w:r>
        <w:t>سولر سسٹم سب سے چھوٹی دنیا ہے اس یونیورس میں۔</w:t>
      </w:r>
    </w:p>
    <w:p>
      <w:r>
        <w:rPr>
          <w:b/>
        </w:rPr>
        <w:t xml:space="preserve">[28:41] </w:t>
      </w:r>
      <w:r>
        <w:t>lekin hum apne ek nazar se us ko dekh nahi sakte. chahe aap kitne bhi upar chale jayein. rocket se urh kar upar chale jayein aur wahan par aap ke pas ek tool telescope ho.</w:t>
      </w:r>
    </w:p>
    <w:p>
      <w:pPr>
        <w:jc w:val="right"/>
      </w:pPr>
      <w:r>
        <w:t>لیکن ہم اپنے ایک نظر سے اس کو دیکھ نہیں سکتے۔ چاہے آپ کتنے بھی اوپر چلے جائیں۔ راکٹ سے اڑ کر اوپر چلے جائیں اور وہاں پر آپ کے پاس ایک ٹول ٹیلیسکوپ ہو۔</w:t>
      </w:r>
    </w:p>
    <w:p>
      <w:r>
        <w:rPr>
          <w:b/>
        </w:rPr>
        <w:t xml:space="preserve">[28:51] </w:t>
      </w:r>
      <w:r>
        <w:t>to aisa kabhi bhi nahi hoga ke aap wahan se poora solar system dekh rahe hon. yeh hamari limitations hain. yani galaxy ko to dekh nahi sakte aap.</w:t>
      </w:r>
    </w:p>
    <w:p>
      <w:pPr>
        <w:jc w:val="right"/>
      </w:pPr>
      <w:r>
        <w:t>تو ایسا کبھی بھی نہیں ہوگا کہ آپ وہاں سے پورا سولر سسٹم دیکھ رہے ہوں۔ یہ ہماری لیمیٹیشنز ہیں۔ یعنی گلیکسی کو تو دیکھ نہیں سکتے آپ۔</w:t>
      </w:r>
    </w:p>
    <w:p>
      <w:r>
        <w:rPr>
          <w:b/>
        </w:rPr>
        <w:t xml:space="preserve">[29:02] </w:t>
      </w:r>
      <w:r>
        <w:t>woh to bohat hi bari hoti hai. bohat yani billion billion stars hote hain ek galaxy mein.</w:t>
      </w:r>
    </w:p>
    <w:p>
      <w:pPr>
        <w:jc w:val="right"/>
      </w:pPr>
      <w:r>
        <w:t>وہ تو بہت ہی بڑی ہوتی ہے۔ بہت یعنی بلین بلین اسٹارز ہوتے ہیں ایک گلیکسی میں۔</w:t>
      </w:r>
    </w:p>
    <w:p>
      <w:r>
        <w:rPr>
          <w:b/>
        </w:rPr>
        <w:t xml:space="preserve">[29:11] </w:t>
      </w:r>
      <w:r>
        <w:t>yani hundreds of thousand billion stars ek galaxy mein hote hain. aur billion billion star galaxies sari universe mein phaili hui hain. woh to hum dekh sakein yeh to us ko koi possibility nahi hai.</w:t>
      </w:r>
    </w:p>
    <w:p>
      <w:pPr>
        <w:jc w:val="right"/>
      </w:pPr>
      <w:r>
        <w:t>یعنی ہنڈرڈز آف تھاؤزنڈ بلین اسٹارز ایک گلیکسی میں ہوتے ہیں۔ اور بلین بلین اسٹار گلیکسیز ساری یونیورس میں پھیلی ہوئی ہیں۔ وہ تو ہم دیکھ سکیں یہ تو اس کو کوئی پاسیبلیٹی نہیں ہے۔</w:t>
      </w:r>
    </w:p>
    <w:p>
      <w:r>
        <w:rPr>
          <w:b/>
        </w:rPr>
        <w:t xml:space="preserve">[29:22] </w:t>
      </w:r>
      <w:r>
        <w:t>lekin choti duniya hai, choti duniya, solar system. to koi bhi rocket aap ko le jaye kahin upar aur aap ke pas ek ek telescope ho to aisa impossible hai ke aap ek kisi space mein kahin se dekhein aur poora solar system aap dekh sakein.</w:t>
      </w:r>
    </w:p>
    <w:p>
      <w:pPr>
        <w:jc w:val="right"/>
      </w:pPr>
      <w:r>
        <w:t>لیکن چھوٹی دنیا ہے، چھوٹی دنیا، سولر سسٹم۔ تو کوئی بھی راکٹ آپ کو لے جائے کہیں اوپر اور آپ کے پاس ایک ایک ٹیلیسکوپ ہو تو ایسا امپاسیبل ہے کہ آپ ایک کسی اسپیس میں کہیں سے دیکھیں اور پورا سولر سسٹم آپ دیکھ سکیں۔</w:t>
      </w:r>
    </w:p>
    <w:p>
      <w:r>
        <w:rPr>
          <w:b/>
        </w:rPr>
        <w:t xml:space="preserve">[29:38] </w:t>
      </w:r>
      <w:r>
        <w:t>abhi jo aap dekhte hain us ka map woh dekh kar nahi banaya hai, woh guess kar ke banaya hai. to jo Khuda itni bari duniya banaye phir itni meaningful ho ke aaj Khuda aap ko sun light supply kar raha hai,</w:t>
      </w:r>
    </w:p>
    <w:p>
      <w:pPr>
        <w:jc w:val="right"/>
      </w:pPr>
      <w:r>
        <w:t>ابھی جو آپ دیکھتے ہیں اس کا میپ وہ دیکھ کر نہیں بنایا ہے، وہ گیس کر کے بنایا ہے۔ تو جو خدا اتنی بڑی دنیا بنائے پھر اتنی میننگ فل ہو کہ آج خدا آپ کو سن لائٹ سپلائی کر رہا ہے،</w:t>
      </w:r>
    </w:p>
    <w:p>
      <w:r>
        <w:rPr>
          <w:b/>
        </w:rPr>
        <w:t xml:space="preserve">[29:58] </w:t>
      </w:r>
      <w:r>
        <w:t>Khuda aap ko oxygen supply kar raha hai, Khuda aap ko is soil se food nikal raha hai, Khuda ne pani ke store laga rakhe hain samundaron mein.</w:t>
      </w:r>
    </w:p>
    <w:p>
      <w:pPr>
        <w:jc w:val="right"/>
      </w:pPr>
      <w:r>
        <w:t>خدا آپ کو آکسیجن سپلائی کر رہا ہے، خدا آپ کو اس سوائل سے فوڈ نکال رہا ہے، خدا نے پانی کے اسٹور لگا رکھے ہیں سمندروں میں۔</w:t>
      </w:r>
    </w:p>
    <w:p>
      <w:r>
        <w:rPr>
          <w:b/>
        </w:rPr>
        <w:t xml:space="preserve">[30:11] </w:t>
      </w:r>
      <w:r>
        <w:t>miliyan biliyan cheezen is tarah ki</w:t>
      </w:r>
    </w:p>
    <w:p>
      <w:pPr>
        <w:jc w:val="right"/>
      </w:pPr>
      <w:r>
        <w:t>ملین بلین چیزیں اس طرح کی</w:t>
      </w:r>
    </w:p>
    <w:p>
      <w:r>
        <w:rPr>
          <w:b/>
        </w:rPr>
        <w:t xml:space="preserve">[30:13] </w:t>
      </w:r>
      <w:r>
        <w:t>hen. Poora ek jis ko kehte hain yani woh life support system. Ab jitna bara aap ka mind mein aaye ga concept khuda ka to aap bilkul jo kehte hain angrezi mein yani ek tribal experience</w:t>
      </w:r>
    </w:p>
    <w:p>
      <w:pPr>
        <w:jc w:val="right"/>
      </w:pPr>
      <w:r>
        <w:t>ہیں۔ پورا ایک جس کو کہتے ہیں یعنی وہ لائف سپورٹ سسٹم۔ اب جتنا بڑا آپ کا مائنڈ میں آئے گا کانسیپٹ خدا کا تو آپ بالکل جو کہتے ہیں انگریزی میں یعنی ایک ٹریبل ایکسپیرین</w:t>
      </w:r>
    </w:p>
    <w:p>
      <w:r>
        <w:rPr>
          <w:b/>
        </w:rPr>
        <w:t xml:space="preserve">[30:31] </w:t>
      </w:r>
      <w:r>
        <w:t>s hoga woh.</w:t>
      </w:r>
    </w:p>
    <w:p>
      <w:pPr>
        <w:jc w:val="right"/>
      </w:pPr>
      <w:r>
        <w:t>س ہوگا وہ۔</w:t>
      </w:r>
    </w:p>
    <w:p>
      <w:r>
        <w:rPr>
          <w:b/>
        </w:rPr>
        <w:t xml:space="preserve">[30:35] </w:t>
      </w:r>
      <w:r>
        <w:t>ek bohat hi yani bilkul jis ko kehte hain angrezi mein a sense of awe, a double you e ek awe paida hoga.</w:t>
      </w:r>
    </w:p>
    <w:p>
      <w:pPr>
        <w:jc w:val="right"/>
      </w:pPr>
      <w:r>
        <w:t>ایک بہت ہی یعنی بالکل جس کو کہتے ہیں انگریزی میں او سینس آف او اے ڈبلیو ای ایک او پیدا ہوگا۔</w:t>
      </w:r>
    </w:p>
    <w:p>
      <w:r>
        <w:rPr>
          <w:b/>
        </w:rPr>
        <w:t xml:space="preserve">[30:45] </w:t>
      </w:r>
      <w:r>
        <w:t>yeh bohat hi yani aap ke paas shabd nahin honge kehne ke liye. To is to yeh richual level par khuda mila tab bhi kuch nahin mila.</w:t>
      </w:r>
    </w:p>
    <w:p>
      <w:pPr>
        <w:jc w:val="right"/>
      </w:pPr>
      <w:r>
        <w:t>یہ بہت ہی یعنی آپ کے پاس शब्द نہیں ہوں گے کہنے کے لیے۔ تو اس تو یہ ریچول لیول پر خدا ملا تب بھی کچھ نہیں ملا۔</w:t>
      </w:r>
    </w:p>
    <w:p>
      <w:r>
        <w:rPr>
          <w:b/>
        </w:rPr>
        <w:t xml:space="preserve">[30:58] </w:t>
      </w:r>
      <w:r>
        <w:t>reshnal level pe mila tab bhi kuch nahin mila.</w:t>
      </w:r>
    </w:p>
    <w:p>
      <w:pPr>
        <w:jc w:val="right"/>
      </w:pPr>
      <w:r>
        <w:t>ریشنل لیول پہ ملا تب بھی کچھ نہیں ملا۔</w:t>
      </w:r>
    </w:p>
    <w:p>
      <w:r>
        <w:rPr>
          <w:b/>
        </w:rPr>
        <w:t xml:space="preserve">[31:01] </w:t>
      </w:r>
      <w:r>
        <w:t>is liye ek aur level hona chahiye jahan khuda ko payen to us ki بڑaiyon ke sath payen aap. Us ki groori ke sath payen. Tab kya hoga? Jo quran mein hai ke ashad hub lilah ke jo log khuda ko pa lete hain, diskoor kar lete hain to un ki muhabbaton ka markaz khuda ban jata hai.</w:t>
      </w:r>
    </w:p>
    <w:p>
      <w:pPr>
        <w:jc w:val="right"/>
      </w:pPr>
      <w:r>
        <w:t>اس لیے ایک اور لیول ہونا چاہیے جہاں خدا کو پائیں تو اس کی بڑائیوں کے ساتھ پائیں آپ۔ اس کی گروڑی کے ساتھ پائیں۔ تب کیا ہوگا؟ جو قرآن میں ہے کہ اشد حب للہ کہ جو لوگ خدا کو پا لیتے ہیں، ڈسکور کر لیتے ہیں تو ان کی محبتوں کا مرکز خدا بن جاتا ہے۔</w:t>
      </w:r>
    </w:p>
    <w:p>
      <w:r>
        <w:rPr>
          <w:b/>
        </w:rPr>
        <w:t xml:space="preserve">[31:22] </w:t>
      </w:r>
      <w:r>
        <w:t>jis tarah maan muhabbat karti hai bete se us se biliyan time ziyada muhabbat karte rahen woh khuda se ho.</w:t>
      </w:r>
    </w:p>
    <w:p>
      <w:pPr>
        <w:jc w:val="right"/>
      </w:pPr>
      <w:r>
        <w:t>جس طرح ماں محبت کرتی ہے بیٹے سے اس سے بلین ٹائم زیادہ محبت کرتے رہیں وہ خدا سے ہو۔</w:t>
      </w:r>
    </w:p>
    <w:p>
      <w:r>
        <w:rPr>
          <w:b/>
        </w:rPr>
        <w:t xml:space="preserve">[31:29] </w:t>
      </w:r>
      <w:r>
        <w:t>to bataiye kya richual level par jo khuda ko paya ho jis ne phir rishnal level par jis ne khuda ko paya ho us mein aa sakta hai yeh?</w:t>
      </w:r>
    </w:p>
    <w:p>
      <w:pPr>
        <w:jc w:val="right"/>
      </w:pPr>
      <w:r>
        <w:t>تو بتائیے کیا ریچول لیول پر جو خدا کو پایا ہو جس نے پھر ریشنل لیول پر جس نے خدا کو پایا ہو اس میں آ سکتا ہے یہ؟</w:t>
      </w:r>
    </w:p>
    <w:p>
      <w:r>
        <w:rPr>
          <w:b/>
        </w:rPr>
        <w:t xml:space="preserve">[31:40] </w:t>
      </w:r>
      <w:r>
        <w:t>musalmanon ki tareekh mein ek bohat baray woh thay yani rishnalist aadmi thay rishnalist un ka naam tha alrazi.</w:t>
      </w:r>
    </w:p>
    <w:p>
      <w:pPr>
        <w:jc w:val="right"/>
      </w:pPr>
      <w:r>
        <w:t>مسلمانوں کی تاریخ میں ایک بہت بڑے وہ تھے یعنی ریشنلسٹ آدمی تھے ریشنلسٹ ان کا نام تھا الراضی۔</w:t>
      </w:r>
    </w:p>
    <w:p>
      <w:r>
        <w:rPr>
          <w:b/>
        </w:rPr>
        <w:t xml:space="preserve">[31:51] </w:t>
      </w:r>
      <w:r>
        <w:t>alrazi un ki kitaben hain kai.</w:t>
      </w:r>
    </w:p>
    <w:p>
      <w:pPr>
        <w:jc w:val="right"/>
      </w:pPr>
      <w:r>
        <w:t>الراضی ان کی کتابیں ہیں کئی۔</w:t>
      </w:r>
    </w:p>
    <w:p>
      <w:r>
        <w:rPr>
          <w:b/>
        </w:rPr>
        <w:t xml:space="preserve">[31:53] </w:t>
      </w:r>
      <w:r>
        <w:t>to unhon ne khuda ke yani existence of god par bohat se rishnal woh diye thay argoment diye thay.</w:t>
      </w:r>
    </w:p>
    <w:p>
      <w:pPr>
        <w:jc w:val="right"/>
      </w:pPr>
      <w:r>
        <w:t>تو انہوں نے خدا کے یعنی ایگزسٹنس آف گاڈ پر بہت سے ریشنل وہ دیے تھے ارگومنٹ دیے تھے۔</w:t>
      </w:r>
    </w:p>
    <w:p>
      <w:r>
        <w:rPr>
          <w:b/>
        </w:rPr>
        <w:t xml:space="preserve">[32:07] </w:t>
      </w:r>
      <w:r>
        <w:t>to kaha jata hai ke jab un ki maut ka waqt aaya to shaitan un ke paas aaya</w:t>
      </w:r>
    </w:p>
    <w:p>
      <w:pPr>
        <w:jc w:val="right"/>
      </w:pPr>
      <w:r>
        <w:t>تو کہا جاتا ہے کہ جب ان کی موت کا وقت آیا تو شیطان ان کے پاس آیا</w:t>
      </w:r>
    </w:p>
    <w:p>
      <w:r>
        <w:rPr>
          <w:b/>
        </w:rPr>
        <w:t xml:space="preserve">[32:13] </w:t>
      </w:r>
      <w:r>
        <w:t>. To kaha ke tum batao khuda ke kis ke liye tum khuda ko tum mante ho tum kya tumhare paas us ki daleel hai? Unhon ne ek daleel di shaitan ne use kaat diya.</w:t>
      </w:r>
    </w:p>
    <w:p>
      <w:pPr>
        <w:jc w:val="right"/>
      </w:pPr>
      <w:r>
        <w:t>۔ تو کہا کہ تم بتاؤ خدا کے کس کے لیے تم خدا کو تم مانتے ہو تم کیا تمہارے پاس اس کی دلیل ہے؟ انہوں نے ایک دلیل دی شیطان نے اسے کاٹ دیا۔</w:t>
      </w:r>
    </w:p>
    <w:p>
      <w:r>
        <w:rPr>
          <w:b/>
        </w:rPr>
        <w:t xml:space="preserve">[32:24] </w:t>
      </w:r>
      <w:r>
        <w:t>doosri di phir us ko kaat diya. Har daleel ko kaat ta chala gaya kaat te chale gaye yahan tak ke 99 daleelen di woh sab kaat diya us ne. To aakhir mein unhon ne kaha ke main bila daleel khuda ko manta hoon.</w:t>
      </w:r>
    </w:p>
    <w:p>
      <w:pPr>
        <w:jc w:val="right"/>
      </w:pPr>
      <w:r>
        <w:t>دوسری دی پھر اس کو کاٹ دیا۔ ہر دلیل کو کاٹتا چلا گیا کاٹتے چلے گئے۔ یہاں تک کہ 99 دلیلیں دی وہ سب کاٹ دیا اس نے۔ تو آخر میں انہوں نے کہا کہ میں بلا دلیل خدا کو مانتا ہوں۔</w:t>
      </w:r>
    </w:p>
    <w:p>
      <w:r>
        <w:rPr>
          <w:b/>
        </w:rPr>
        <w:t xml:space="preserve">[32:36] </w:t>
      </w:r>
      <w:r>
        <w:t>to shaitan bhag gaya. To</w:t>
      </w:r>
    </w:p>
    <w:p>
      <w:pPr>
        <w:jc w:val="right"/>
      </w:pPr>
      <w:r>
        <w:t>تو شیطان بھاگ گیا۔ تو</w:t>
      </w:r>
    </w:p>
    <w:p>
      <w:r>
        <w:rPr>
          <w:b/>
        </w:rPr>
        <w:t xml:space="preserve">[32:40] </w:t>
      </w:r>
      <w:r>
        <w:t>yeh woh satah chahiye jaise aap ki ek maan hai. Koi aaj pooche aap se ke kaise aap jante hain ke us ki maan hai aap ki? To jo daleel de ga aap ko kaat ta chala jaye ga woh.</w:t>
      </w:r>
    </w:p>
    <w:p>
      <w:pPr>
        <w:jc w:val="right"/>
      </w:pPr>
      <w:r>
        <w:t>یہ وہ سطح چاہیے جیسے آپ کی ایک ماں ہے۔ کوئی آج پوچھے آپ سے کہ کیسے آپ جانتے ہیں کہ اس کی ماں ہے آپ کی؟ تو جو دلیل دے گا آپ کو کاٹتا چلا جائے گا وہ۔</w:t>
      </w:r>
    </w:p>
    <w:p>
      <w:r>
        <w:rPr>
          <w:b/>
        </w:rPr>
        <w:t xml:space="preserve">[32:53] </w:t>
      </w:r>
      <w:r>
        <w:t>aakhir mein kahan pare ga aap ko ke bas maan hai is liye main us ko manta hoon. Kyun ke aap ke paas koi fizical sens mein koi proof nahin hai.</w:t>
      </w:r>
    </w:p>
    <w:p>
      <w:pPr>
        <w:jc w:val="right"/>
      </w:pPr>
      <w:r>
        <w:t>آخر میں کہاں پڑے گا آپ کو کہ بس ماں ہے اس لیے میں اس کو مانتا ہوں۔ کیونکہ آپ کے پاس کوئی فزیکل سینس میں کوئی پروف نہیں ہے۔</w:t>
      </w:r>
    </w:p>
    <w:p>
      <w:r>
        <w:rPr>
          <w:b/>
        </w:rPr>
        <w:t xml:space="preserve">[33:02] </w:t>
      </w:r>
      <w:r>
        <w:t>aap ne kabhi apne aap ko maan ke pait se nikalte hue dekha nahin? Kaise pata ke yeh yeh lady hai aap ki maan hai?</w:t>
      </w:r>
    </w:p>
    <w:p>
      <w:pPr>
        <w:jc w:val="right"/>
      </w:pPr>
      <w:r>
        <w:t>آپ نے کبھی اپنے آپ کو ماں کے پیٹ سے نکلتے ہوئے دیکھا نہیں؟ کیسے پتہ کہ یہ یہ لیڈی ہے آپ کی ماں ہے؟</w:t>
      </w:r>
    </w:p>
    <w:p>
      <w:r>
        <w:rPr>
          <w:b/>
        </w:rPr>
        <w:t xml:space="preserve">[33:12] </w:t>
      </w:r>
      <w:r>
        <w:t>har aadmi kisi lady ko apni maan manta hai aur use bohat pyar karta hai bohat pyar karta hai. Kya kisi ke paas proof hai ke yeh yeh lady meri maan hai?</w:t>
      </w:r>
    </w:p>
    <w:p>
      <w:pPr>
        <w:jc w:val="right"/>
      </w:pPr>
      <w:r>
        <w:t>ہر آدمی کسی لیڈی کو اپنی ماں مانتا ہے اور اسے بہت پیار کرتا ہے بہت پیار کرتا ہے۔ کیا کسی کے پاس پروف ہے کہ یہ یہ لیڈی میری ماں ہے؟</w:t>
      </w:r>
    </w:p>
    <w:p>
      <w:r>
        <w:rPr>
          <w:b/>
        </w:rPr>
        <w:t xml:space="preserve">[33:23] </w:t>
      </w:r>
      <w:r>
        <w:t>kisi ke paas proof nahin hai.</w:t>
      </w:r>
    </w:p>
    <w:p>
      <w:pPr>
        <w:jc w:val="right"/>
      </w:pPr>
      <w:r>
        <w:t>کسی کے پاس پروف نہیں ہے۔</w:t>
      </w:r>
    </w:p>
    <w:p>
      <w:r>
        <w:rPr>
          <w:b/>
        </w:rPr>
        <w:t xml:space="preserve">[33:27] </w:t>
      </w:r>
      <w:r>
        <w:t>ki</w:t>
      </w:r>
    </w:p>
    <w:p>
      <w:pPr>
        <w:jc w:val="right"/>
      </w:pPr>
      <w:r>
        <w:t>کی</w:t>
      </w:r>
    </w:p>
    <w:p>
      <w:r>
        <w:rPr>
          <w:b/>
        </w:rPr>
        <w:t xml:space="preserve">[33:28] </w:t>
      </w:r>
      <w:r>
        <w:t>yunke aap ne ek ek gaaye ke bachay ko to dekha hoga us ke pait se nikalte hue. To aap kehte hain ke yeh yeh bachha jo hai isi gaaye ka is bachay ki maan yeh gaaye hai.</w:t>
      </w:r>
    </w:p>
    <w:p>
      <w:pPr>
        <w:jc w:val="right"/>
      </w:pPr>
      <w:r>
        <w:t>ونکہ آپ نے ایک ایک گائے کے بچے کو تو دیکھا ہوگا اس کے پیٹ سے نکلتے ہوئے۔ تو آپ کہتے ہیں کہ یہ یہ بچہ جو ہے اسی گائے کا اس بچے کی ماں یہ گائے ہے۔</w:t>
      </w:r>
    </w:p>
    <w:p>
      <w:r>
        <w:rPr>
          <w:b/>
        </w:rPr>
        <w:t xml:space="preserve">[33:40] </w:t>
      </w:r>
      <w:r>
        <w:t>to ek bachay ko keh sakte hain aap bichray ko us ki maan yeh gaaye jo hai us ki maan hai.</w:t>
      </w:r>
    </w:p>
    <w:p>
      <w:pPr>
        <w:jc w:val="right"/>
      </w:pPr>
      <w:r>
        <w:t>تو ایک بچے کو کہہ سکتے ہیں آپ بچھڑے کو اس کی ماں یہ گائے جو ہے اس کی ماں ہے۔</w:t>
      </w:r>
    </w:p>
    <w:p>
      <w:r>
        <w:rPr>
          <w:b/>
        </w:rPr>
        <w:t xml:space="preserve">[33:47] </w:t>
      </w:r>
      <w:r>
        <w:t>apne aap ko aise kahenge aap. Apne aap ko aap ne khuda maan ke isi lady ke pait se nikalte hue dekha nahin? Phir bhi aap ko himalaya par se bhi ziyada aap ko yaqeen hai ke yeh meri maan hai.</w:t>
      </w:r>
    </w:p>
    <w:p>
      <w:pPr>
        <w:jc w:val="right"/>
      </w:pPr>
      <w:r>
        <w:t>اپنے آپ کو ایسے کہیں گے آپ۔ اپنے آپ کو آپ نے خدا ماں کے اسی لیڈی کے پیٹ سے نکلتے ہوئے دیکھا نہیں؟ پھر بھی آپ کو ہمالیہ پارٹ سے بھی زیادہ آپ کو یقین ہے کہ یہ میری ماں ہے۔</w:t>
      </w:r>
    </w:p>
    <w:p>
      <w:r>
        <w:rPr>
          <w:b/>
        </w:rPr>
        <w:t xml:space="preserve">[34:04] </w:t>
      </w:r>
      <w:r>
        <w:t>kuch bhi kuch bhi kaha jaye aap ka jo conviction hai wo kabhi wo halega nahi. ye kaise ata hai?</w:t>
      </w:r>
    </w:p>
    <w:p>
      <w:pPr>
        <w:jc w:val="right"/>
      </w:pPr>
      <w:r>
        <w:t>کچھ بھی کچھ بھی کہا جائے آپ کا جو کنوکشن ہے وہ کبھی وہ ہلے گا نہیں۔ یہ کیسے آتا ہے؟</w:t>
      </w:r>
    </w:p>
    <w:p>
      <w:r>
        <w:rPr>
          <w:b/>
        </w:rPr>
        <w:t xml:space="preserve">[34:14] </w:t>
      </w:r>
      <w:r>
        <w:t>wo teesra level hai.</w:t>
      </w:r>
    </w:p>
    <w:p>
      <w:pPr>
        <w:jc w:val="right"/>
      </w:pPr>
      <w:r>
        <w:t>وہ تیسرا لیول ہے۔</w:t>
      </w:r>
    </w:p>
    <w:p>
      <w:r>
        <w:rPr>
          <w:b/>
        </w:rPr>
        <w:t xml:space="preserve">[34:17] </w:t>
      </w:r>
      <w:r>
        <w:t>isi ko main keh raha hoon intuitional level. ek aur level hai jo intuitional level hai. intuitional level kya hai? intuition jo hamare andar hai.</w:t>
      </w:r>
    </w:p>
    <w:p>
      <w:pPr>
        <w:jc w:val="right"/>
      </w:pPr>
      <w:r>
        <w:t>اسی کو میں کہہ رہا ہوں انٹیوشنل لیول۔ ایک اور لیول ہے جو انٹیوشنل لیول ہے۔ انٹیوشنل لیول کیا ہے؟ انٹیوشن جو ہمارے اندر ہے۔</w:t>
      </w:r>
    </w:p>
    <w:p>
      <w:r>
        <w:rPr>
          <w:b/>
        </w:rPr>
        <w:t xml:space="preserve">[34:28] </w:t>
      </w:r>
      <w:r>
        <w:t>wahan par jab aap ki discovery ho jaye to phir wo utha hoti hai utha. yani eshual level par aap ki discovery bhi bohat hi yani superficial hai.</w:t>
      </w:r>
    </w:p>
    <w:p>
      <w:pPr>
        <w:jc w:val="right"/>
      </w:pPr>
      <w:r>
        <w:t>وہاں پر جب آپ کی ڈسکوری ہو جائے تو پھر وہ اتھا ہوتی ہے اتھا۔ یعنی ایشول لیول پر آپ کی ڈسکوری بھی بہت ہی یعنی سپر فلش ہے۔</w:t>
      </w:r>
    </w:p>
    <w:p>
      <w:r>
        <w:rPr>
          <w:b/>
        </w:rPr>
        <w:t xml:space="preserve">[34:43] </w:t>
      </w:r>
      <w:r>
        <w:t>rational level par aap ki discovery bhi bohat hi kam hai.</w:t>
      </w:r>
    </w:p>
    <w:p>
      <w:pPr>
        <w:jc w:val="right"/>
      </w:pPr>
      <w:r>
        <w:t>ریشنل لیول پر آپ کی ڈسکوری بھی بہت ہی کم ہے۔</w:t>
      </w:r>
    </w:p>
    <w:p>
      <w:r>
        <w:rPr>
          <w:b/>
        </w:rPr>
        <w:t xml:space="preserve">[34:47] </w:t>
      </w:r>
      <w:r>
        <w:t>lekin jab aap ka journey aap ka safar aap ka travel barhte barhte barhte pohancha wahan tak intuition tak. jaise bohat si ladies khadi hain kisi bheed mein.</w:t>
      </w:r>
    </w:p>
    <w:p>
      <w:pPr>
        <w:jc w:val="right"/>
      </w:pPr>
      <w:r>
        <w:t>لیکن جب آپ کا جرنی آپ کا سفر آپ کا ٹریول بڑھتے بڑھتے بڑھتے پہنچا وہاں تک انٹیوشن تک۔ جیسے بہت سی لیڈیز کھڑی ہیں کسی بھیڑ میں۔</w:t>
      </w:r>
    </w:p>
    <w:p>
      <w:r>
        <w:rPr>
          <w:b/>
        </w:rPr>
        <w:t xml:space="preserve">[34:59] </w:t>
      </w:r>
      <w:r>
        <w:t>ek bachcha ata hai wo ro raha hai maa ko dhoondh raha hai. aur har har lady ko dekhta hai har lady ko dekhta hai. to phir aage badh jata hai aage badhta hai.</w:t>
      </w:r>
    </w:p>
    <w:p>
      <w:pPr>
        <w:jc w:val="right"/>
      </w:pPr>
      <w:r>
        <w:t>ایک بچہ آتا ہے وہ رو رہا ہے ماں کو ڈھونڈ رہا ہے۔ اور ہر ہر لیڈی کو دیکھتا ہے ہر لیڈی کو دیکھتا ہے۔ تو پھر آگے بڑھ جاتا ہے آگے بڑھتا ہے۔</w:t>
      </w:r>
    </w:p>
    <w:p>
      <w:r>
        <w:rPr>
          <w:b/>
        </w:rPr>
        <w:t xml:space="preserve">[35:09] </w:t>
      </w:r>
      <w:r>
        <w:t>yahan tak ke jab apni maa ko dekh leta hai to chipat jata hai us se ye hai meri maa.</w:t>
      </w:r>
    </w:p>
    <w:p>
      <w:pPr>
        <w:jc w:val="right"/>
      </w:pPr>
      <w:r>
        <w:t>یہاں تک کہ جب اپنی ماں کو دیکھ لیتا ہے تو چپٹ جاتا ہے اس سے یہ ہے میری ماں۔</w:t>
      </w:r>
    </w:p>
    <w:p>
      <w:r>
        <w:rPr>
          <w:b/>
        </w:rPr>
        <w:t xml:space="preserve">[35:16] </w:t>
      </w:r>
      <w:r>
        <w:t>to ritual level par aap ne khuda ko paya nahi. is liye aap ke emotions jage nahi. rational level pe aap ne khuda ko adhoora paya tab bhi aap ke emotions jage nahi.</w:t>
      </w:r>
    </w:p>
    <w:p>
      <w:pPr>
        <w:jc w:val="right"/>
      </w:pPr>
      <w:r>
        <w:t>تو ریچول لیول پر آپ نے خدا کو پایا نہیں۔ اس لیے آپ کے ایموشنز جاگے نہیں۔ ریشنل لیول پہ آپ نے خدا کو ادھورا پایا تب بھی آپ کے ایموشنز جاگے نہیں۔</w:t>
      </w:r>
    </w:p>
    <w:p>
      <w:r>
        <w:rPr>
          <w:b/>
        </w:rPr>
        <w:t xml:space="preserve">[35:26] </w:t>
      </w:r>
      <w:r>
        <w:t>lekin jab aap barhte barhte wahan pohanch jayenge jahan intuition ke level par aap khuda ko pa len to aap ek dam hi ek sea change aye ga aap ke andar.</w:t>
      </w:r>
    </w:p>
    <w:p>
      <w:pPr>
        <w:jc w:val="right"/>
      </w:pPr>
      <w:r>
        <w:t>لیکن جب آپ بڑھتے بڑھتے وہاں پہنچ جائیں گے جہاں انٹیوشن کے لیول پر آپ خدا کو پا لیں تو آپ ایک دم ہی ایک سی چینج آئے گا آپ کے اندر۔</w:t>
      </w:r>
    </w:p>
    <w:p>
      <w:r>
        <w:rPr>
          <w:b/>
        </w:rPr>
        <w:t xml:space="preserve">[35:39] </w:t>
      </w:r>
      <w:r>
        <w:t>ek sea change aap ke andar aye ga.</w:t>
      </w:r>
    </w:p>
    <w:p>
      <w:pPr>
        <w:jc w:val="right"/>
      </w:pPr>
      <w:r>
        <w:t>ایک سی چینج آپ کے اندر آئے گا۔</w:t>
      </w:r>
    </w:p>
    <w:p>
      <w:r>
        <w:rPr>
          <w:b/>
        </w:rPr>
        <w:t xml:space="preserve">[35:41] </w:t>
      </w:r>
      <w:r>
        <w:t>ye hai meri maa ye hai mera god ye hai mera khuda ye hai mera paida karne wala. phir wahan aap bilkul surrender kar denge.</w:t>
      </w:r>
    </w:p>
    <w:p>
      <w:pPr>
        <w:jc w:val="right"/>
      </w:pPr>
      <w:r>
        <w:t>یہ ہے میری ماں یہ ہے میرا گاڈ یہ ہے میرا خدا یہ ہے میرا پیدا کرنے والا۔ پھر وہاں آپ بالکل سرینڈر کر دیں گے۔</w:t>
      </w:r>
    </w:p>
    <w:p>
      <w:r>
        <w:rPr>
          <w:b/>
        </w:rPr>
        <w:t xml:space="preserve">[35:53] </w:t>
      </w:r>
      <w:r>
        <w:t>ye intuition ke level kya hai? is ko aap samjhiye.</w:t>
      </w:r>
    </w:p>
    <w:p>
      <w:pPr>
        <w:jc w:val="right"/>
      </w:pPr>
      <w:r>
        <w:t>یہ انٹیوشن کے لیول کیا ہے؟ اس کو آپ سمجھیے۔</w:t>
      </w:r>
    </w:p>
    <w:p>
      <w:r>
        <w:rPr>
          <w:b/>
        </w:rPr>
        <w:t xml:space="preserve">[36:01] </w:t>
      </w:r>
      <w:r>
        <w:t>dekhiye quran mein bataya gaya hai aur jo studies ki gayi hain anthropology mein wo bhi batati hain psychology mein.</w:t>
      </w:r>
    </w:p>
    <w:p>
      <w:pPr>
        <w:jc w:val="right"/>
      </w:pPr>
      <w:r>
        <w:t>دیکھیں قرآن میں بتایا گیا ہے اور جو اسٹڈیز کی گئی ہیں انتھروپالوجی میں وہ بھی بتاتی ہیں سائیکالوجی میں۔</w:t>
      </w:r>
    </w:p>
    <w:p>
      <w:r>
        <w:rPr>
          <w:b/>
        </w:rPr>
        <w:t xml:space="preserve">[36:08] </w:t>
      </w:r>
      <w:r>
        <w:t>yani yahan psychology aur quran anthropology sab ek ho jate hain. ke god ka concept insan ke andar inter woven hai.</w:t>
      </w:r>
    </w:p>
    <w:p>
      <w:pPr>
        <w:jc w:val="right"/>
      </w:pPr>
      <w:r>
        <w:t>یعنی یہاں سائیکالوجی اور قرآن انتھروپالوجی سب ایک ہو جاتے ہیں۔ کہ گاڈ کا کانسیپٹ انسان کے اندر انٹر وومن ہے۔</w:t>
      </w:r>
    </w:p>
    <w:p>
      <w:r>
        <w:rPr>
          <w:b/>
        </w:rPr>
        <w:t xml:space="preserve">[36:20] </w:t>
      </w:r>
      <w:r>
        <w:t>jis tarah se ye ye pyas hai. pyas ka concept be nature of inter woven hai. maine khud se apne ko bataya nahi ke what is pyas what is thirst.</w:t>
      </w:r>
    </w:p>
    <w:p>
      <w:pPr>
        <w:jc w:val="right"/>
      </w:pPr>
      <w:r>
        <w:t>جس طرح سے یہ یہ پیاس ہے۔ پیاس کا کانسیپٹ بے نیچر آف انٹر وومن ہے۔ میں نے خود سے اپنے کو بتایا نہیں کہ واٹ از پیاس واٹ از تھسٹ۔</w:t>
      </w:r>
    </w:p>
    <w:p>
      <w:r>
        <w:rPr>
          <w:b/>
        </w:rPr>
        <w:t xml:space="preserve">[36:36] </w:t>
      </w:r>
      <w:r>
        <w:t>kisi university mein parh kar nahi jana maine.</w:t>
      </w:r>
    </w:p>
    <w:p>
      <w:pPr>
        <w:jc w:val="right"/>
      </w:pPr>
      <w:r>
        <w:t>کسی یونیورسٹی میں پڑھ کر نہیں جانا میں نے۔</w:t>
      </w:r>
    </w:p>
    <w:p>
      <w:r>
        <w:rPr>
          <w:b/>
        </w:rPr>
        <w:t xml:space="preserve">[36:40] </w:t>
      </w:r>
      <w:r>
        <w:t>kisi ke bataye baghair koi study kiye baghair meri nature jo hai wo kehti hai ke pyas pyas pyas. aur jab pani mil jata hai to us ko pi ke us ko itminan milta hai.</w:t>
      </w:r>
    </w:p>
    <w:p>
      <w:pPr>
        <w:jc w:val="right"/>
      </w:pPr>
      <w:r>
        <w:t>کسی کے بتائے بغیر کوئی اسٹڈی کیے بغیر میری نیچر جو ہے وہ کہتی ہے کہ پیاس پیاس پیاس۔ اور جب پانی مل جاتا ہے تو اس کو پی کے اس کو اطمینان ملتا ہے۔</w:t>
      </w:r>
    </w:p>
    <w:p>
      <w:r>
        <w:rPr>
          <w:b/>
        </w:rPr>
        <w:t xml:space="preserve">[36:57] </w:t>
      </w:r>
      <w:r>
        <w:t>to pyas insan ke nature mein inter woven hai.</w:t>
      </w:r>
    </w:p>
    <w:p>
      <w:pPr>
        <w:jc w:val="right"/>
      </w:pPr>
      <w:r>
        <w:t>تو پیاس انسان کے نیچر میں انٹر وومن ہے۔</w:t>
      </w:r>
    </w:p>
    <w:p>
      <w:r>
        <w:rPr>
          <w:b/>
        </w:rPr>
        <w:t xml:space="preserve">[37:03] </w:t>
      </w:r>
      <w:r>
        <w:t>hunger bhook insan ke nature mein inter woven hai. aise hi dekhiye khuda ka shaoor god ka consciousness inter noon hai is mein.</w:t>
      </w:r>
    </w:p>
    <w:p>
      <w:pPr>
        <w:jc w:val="right"/>
      </w:pPr>
      <w:r>
        <w:t>ہنگر بھوک انسان کے نیچر میں انٹر وومن ہے۔ ایسے ہی دیکھیے خدا کا شعور گاڈ کا کانشیسنس انٹر نون ہے اس میں۔</w:t>
      </w:r>
    </w:p>
    <w:p>
      <w:r>
        <w:rPr>
          <w:b/>
        </w:rPr>
        <w:t xml:space="preserve">[37:22] </w:t>
      </w:r>
      <w:r>
        <w:t>to is par kya hota hai? partein pad jati hain jaise piyaz mein partein hoti hain na piyaz mein layers. onion jo kehte hain onion piyaz</w:t>
      </w:r>
    </w:p>
    <w:p>
      <w:pPr>
        <w:jc w:val="right"/>
      </w:pPr>
      <w:r>
        <w:t>تو اس پر کیا ہوتا ہے؟ پرتیں پڑ جاتی ہیں جیسے پیاز میں پرتیں ہوتی ہیں نا پیاز میں لیئرز۔ انین جو کہتے ہیں انین پیاز</w:t>
      </w:r>
    </w:p>
    <w:p>
      <w:r>
        <w:rPr>
          <w:b/>
        </w:rPr>
        <w:t xml:space="preserve">[37:31] </w:t>
      </w:r>
      <w:r>
        <w:t>to partein hataye hataye hataye to aakhir mein ek aap ko niklega is ka core is ka magz. to partein pad jati hain intuition par is ki wajah se aap be khabar ho jate hain.</w:t>
      </w:r>
    </w:p>
    <w:p>
      <w:pPr>
        <w:jc w:val="right"/>
      </w:pPr>
      <w:r>
        <w:t>تو پرتیں ہٹائے ہٹائے ہٹائے تو آخر میں ایک آپ کو نکلے گا اس کا کور اس کا مغز۔ تو پرتیں پڑ جاتی ہیں انٹیوشن پر اس کی وجہ سے آپ بے خبر ہو جاتے ہیں۔</w:t>
      </w:r>
    </w:p>
    <w:p>
      <w:r>
        <w:rPr>
          <w:b/>
        </w:rPr>
        <w:t xml:space="preserve">[37:44] </w:t>
      </w:r>
      <w:r>
        <w:t>mujhe yahan par gautam budh ka ek bohat acha waqia pasand hai mujhe. aksar main batata aata hoon logon ko is ko.</w:t>
      </w:r>
    </w:p>
    <w:p>
      <w:pPr>
        <w:jc w:val="right"/>
      </w:pPr>
      <w:r>
        <w:t>مجھے یہاں پر گوتم بدھ کا ایک بہت اچھا واقعہ پسند ہے مجھے۔ اکثر میں بتاتا آتا ہوں لوگوں کو اس کو۔</w:t>
      </w:r>
    </w:p>
    <w:p>
      <w:r>
        <w:rPr>
          <w:b/>
        </w:rPr>
        <w:t xml:space="preserve">[37:55] </w:t>
      </w:r>
      <w:r>
        <w:t>ke gautam budh aap jante hain ke ek gyani aadmi the.</w:t>
      </w:r>
    </w:p>
    <w:p>
      <w:pPr>
        <w:jc w:val="right"/>
      </w:pPr>
      <w:r>
        <w:t>کہ گوتم بدھ آپ جانتے ہیں کہ ایک گیانی آدمی تھے۔</w:t>
      </w:r>
    </w:p>
    <w:p>
      <w:r>
        <w:rPr>
          <w:b/>
        </w:rPr>
        <w:t xml:space="preserve">[38:00] </w:t>
      </w:r>
      <w:r>
        <w:t>un ko gyan mila tha.</w:t>
      </w:r>
    </w:p>
    <w:p>
      <w:pPr>
        <w:jc w:val="right"/>
      </w:pPr>
      <w:r>
        <w:t>ان کو گیان ملا تھا۔</w:t>
      </w:r>
    </w:p>
    <w:p>
      <w:r>
        <w:rPr>
          <w:b/>
        </w:rPr>
        <w:t xml:space="preserve">[38:05] </w:t>
      </w:r>
      <w:r>
        <w:t>to un ke bohat se disciple thay.</w:t>
      </w:r>
    </w:p>
    <w:p>
      <w:pPr>
        <w:jc w:val="right"/>
      </w:pPr>
      <w:r>
        <w:t>تو ان کے بہت سے ڈسائپل تھے۔</w:t>
      </w:r>
    </w:p>
    <w:p>
      <w:r>
        <w:rPr>
          <w:b/>
        </w:rPr>
        <w:t xml:space="preserve">[38:09] </w:t>
      </w:r>
      <w:r>
        <w:t>aik disciple un ka jo tha woh tha woh woh tha mulk mein yani gwala. to kahin rehta tha kisi gaon mein.</w:t>
      </w:r>
    </w:p>
    <w:p>
      <w:pPr>
        <w:jc w:val="right"/>
      </w:pPr>
      <w:r>
        <w:t>ایک ڈسائپل ان کا جو تھا وہ تھا وہ وہ تھا ملک مین یعنی گوالا۔ تو کہیں رہتا تھا کسی گاؤں میں۔</w:t>
      </w:r>
    </w:p>
    <w:p>
      <w:r>
        <w:rPr>
          <w:b/>
        </w:rPr>
        <w:t xml:space="preserve">[38:22] </w:t>
      </w:r>
      <w:r>
        <w:t>is ne kaha ke guru ji aap mere aaiye mere paas gaaye ka karobar hota hai. gaaye ka wahan doodh nikalta hoon. to main aap ko fresh milk gaaye ka doonga.</w:t>
      </w:r>
    </w:p>
    <w:p>
      <w:pPr>
        <w:jc w:val="right"/>
      </w:pPr>
      <w:r>
        <w:t>اس نے کہا کہ گرو جی آپ میرے آئیے میرے پاس گائے کا کاروبار ہوتا ہے۔ گائے کا وہاں دودھ نکالتا ہوں۔ تو میں آپ کو فریش ملک گائے کا دوں گا۔</w:t>
      </w:r>
    </w:p>
    <w:p>
      <w:r>
        <w:rPr>
          <w:b/>
        </w:rPr>
        <w:t xml:space="preserve">[38:38] </w:t>
      </w:r>
      <w:r>
        <w:t>to unhon ne kaha ke theek hai. main aaunga. to aik din Gautam Buddha gaye aik paat aik bartan haath mein liye hue.</w:t>
      </w:r>
    </w:p>
    <w:p>
      <w:pPr>
        <w:jc w:val="right"/>
      </w:pPr>
      <w:r>
        <w:t>تو انہوں نے کہا کہ ٹھیک ہے۔ میں آؤں گا۔ تو ایک دن گوتم بدھ گئے ایک پاٹ ایک برتن ہاتھ میں لیے ہوئے۔</w:t>
      </w:r>
    </w:p>
    <w:p>
      <w:r>
        <w:rPr>
          <w:b/>
        </w:rPr>
        <w:t xml:space="preserve">[38:49] </w:t>
      </w:r>
      <w:r>
        <w:t>to wahan jab pohanchay to woh paat jo tha us ke samnay rakh diya. to us ne uthaya to dekha to us ke andar mitti thi kuch andar mitti pari hui thi.</w:t>
      </w:r>
    </w:p>
    <w:p>
      <w:pPr>
        <w:jc w:val="right"/>
      </w:pPr>
      <w:r>
        <w:t>تو وہاں جب پہنچے تو وہ پاٹ جو تھا اس کے سامنے رکھ دیا۔ تو اس نے اٹھایا تو دیکھا تو اس کے اندر مٹی تھی کچھ اندر مٹی پڑی ہوئی تھی۔</w:t>
      </w:r>
    </w:p>
    <w:p>
      <w:r>
        <w:rPr>
          <w:b/>
        </w:rPr>
        <w:t xml:space="preserve">[39:02] </w:t>
      </w:r>
      <w:r>
        <w:t>woh jaan boojh kar mitti daal diya tha unhon ne us ke andar.</w:t>
      </w:r>
    </w:p>
    <w:p>
      <w:pPr>
        <w:jc w:val="right"/>
      </w:pPr>
      <w:r>
        <w:t>وہ جان بوجھ کر مٹی ڈال دیا تھا انہوں نے اس کے اندر۔</w:t>
      </w:r>
    </w:p>
    <w:p>
      <w:r>
        <w:rPr>
          <w:b/>
        </w:rPr>
        <w:t xml:space="preserve">[39:06] </w:t>
      </w:r>
      <w:r>
        <w:t>to woh le gaya us ko dhoya saaf kiya pani se saaf kiya. phir us ke andar us ne gaaye ka doodh rakha milk aur la kar unhein pesh kiya.</w:t>
      </w:r>
    </w:p>
    <w:p>
      <w:pPr>
        <w:jc w:val="right"/>
      </w:pPr>
      <w:r>
        <w:t>تو وہ لے گیا اس کو دھویا صاف کیا پانی سے صاف کیا۔ پھر اس کے اندر اس نے گائے کا دودھ رکھا ملک اور لا کر انہیں پیش کیا۔</w:t>
      </w:r>
    </w:p>
    <w:p>
      <w:r>
        <w:rPr>
          <w:b/>
        </w:rPr>
        <w:t xml:space="preserve">[39:20] </w:t>
      </w:r>
      <w:r>
        <w:t>to us ko uthaya unhon ne aur jaane lagay.</w:t>
      </w:r>
    </w:p>
    <w:p>
      <w:pPr>
        <w:jc w:val="right"/>
      </w:pPr>
      <w:r>
        <w:t>تو اس کو اٹھایا انہوں نے اور جانے لگے۔</w:t>
      </w:r>
    </w:p>
    <w:p>
      <w:r>
        <w:rPr>
          <w:b/>
        </w:rPr>
        <w:t xml:space="preserve">[39:26] </w:t>
      </w:r>
      <w:r>
        <w:t>utha kar Gautam Buddha jaane lagay. to disciple ne kaha ke bhai aap aaye thay gyaan dene ke liye aap ke paas doodh le ke chalay ja rahay hain.</w:t>
      </w:r>
    </w:p>
    <w:p>
      <w:pPr>
        <w:jc w:val="right"/>
      </w:pPr>
      <w:r>
        <w:t>اٹھا کر گوتم بدھ جانے لگے۔ تو ڈسائپل نے کہا کہ بھئی آپ آئے تھے گیان دینے کے لیے آپ کے پاس دودھ لے کے چلے جا رہے ہیں۔</w:t>
      </w:r>
    </w:p>
    <w:p>
      <w:r>
        <w:rPr>
          <w:b/>
        </w:rPr>
        <w:t xml:space="preserve">[39:36] </w:t>
      </w:r>
      <w:r>
        <w:t>gyaan to Gautam Buddha ne kaha ke main ne tum ko gyaan de diya.</w:t>
      </w:r>
    </w:p>
    <w:p>
      <w:pPr>
        <w:jc w:val="right"/>
      </w:pPr>
      <w:r>
        <w:t>گیان تو گوتم بدھ نے کہا کہ میں نے تم کو گیان دے دیا۔</w:t>
      </w:r>
    </w:p>
    <w:p>
      <w:r>
        <w:rPr>
          <w:b/>
        </w:rPr>
        <w:t xml:space="preserve">[39:43] </w:t>
      </w:r>
      <w:r>
        <w:t>main ne tum ko gyaan de diya. ab woh hairaan hua kaise de diya? acha ab bhum par gaya woh. unhon ne kaha ke dekho yeh jo paat hai yeh jo bartan hai yeh thora saaf nahi tha polluted tha.</w:t>
      </w:r>
    </w:p>
    <w:p>
      <w:pPr>
        <w:jc w:val="right"/>
      </w:pPr>
      <w:r>
        <w:t>میں نے تم کو گیان دے دیا۔ اب وہ حیران ہوا کیسے دے دیا؟ اچھا اب بھم پڑ گیا وہ۔ انہوں نے کہا کہ دیکھو یہ جو پاٹ ہے یہ جو برتن ہے یہ تھوڑا صاف نہیں تھا پلوٹڈ تھا۔</w:t>
      </w:r>
    </w:p>
    <w:p>
      <w:r>
        <w:rPr>
          <w:b/>
        </w:rPr>
        <w:t xml:space="preserve">[40:05] </w:t>
      </w:r>
      <w:r>
        <w:t>to tum ne is mein doodh ko rakhna tum ko gawara nahi hua. kyun ke fresh milk is mein dala jata hai to woh phat jata hai kharab ho jata hai.</w:t>
      </w:r>
    </w:p>
    <w:p>
      <w:pPr>
        <w:jc w:val="right"/>
      </w:pPr>
      <w:r>
        <w:t>تو تم نے اس میں دودھ کو رکھنا تم کو گوارا نہیں ہوا۔ کیونکہ فریش ملک اس میں ڈالا جاتا ہے تو وہ پھٹ جاتا ہے خراب ہو جاتا ہے۔</w:t>
      </w:r>
    </w:p>
    <w:p>
      <w:r>
        <w:rPr>
          <w:b/>
        </w:rPr>
        <w:t xml:space="preserve">[40:19] </w:t>
      </w:r>
      <w:r>
        <w:t>yani pavitra milk apa pathar part mein nahi rakha sakta. to tum ne is ko dhoya phir is mein doodh rakha.</w:t>
      </w:r>
    </w:p>
    <w:p>
      <w:pPr>
        <w:jc w:val="right"/>
      </w:pPr>
      <w:r>
        <w:t>یعنی پवित्र ملک اپا پتھر پارٹ میں نہیں رکھا سکتا۔ تو تم نے اس کو دھویا پھر اس میں دودھ رکھا۔</w:t>
      </w:r>
    </w:p>
    <w:p>
      <w:r>
        <w:rPr>
          <w:b/>
        </w:rPr>
        <w:t xml:space="preserve">[40:30] </w:t>
      </w:r>
      <w:r>
        <w:t>tumhare dil ka jo container hai woh to pak hai hi nahi.</w:t>
      </w:r>
    </w:p>
    <w:p>
      <w:pPr>
        <w:jc w:val="right"/>
      </w:pPr>
      <w:r>
        <w:t>تمہارے دل کا جو کنٹینر ہے وہ تو پاک ہے ہی نہیں۔</w:t>
      </w:r>
    </w:p>
    <w:p>
      <w:r>
        <w:rPr>
          <w:b/>
        </w:rPr>
        <w:t xml:space="preserve">[40:33] </w:t>
      </w:r>
      <w:r>
        <w:t>main kahan gyaan rakhun to kahan rakhun?</w:t>
      </w:r>
    </w:p>
    <w:p>
      <w:pPr>
        <w:jc w:val="right"/>
      </w:pPr>
      <w:r>
        <w:t>میں کہاں گیان رکھوں تو کہاں رکھوں؟</w:t>
      </w:r>
    </w:p>
    <w:p>
      <w:r>
        <w:rPr>
          <w:b/>
        </w:rPr>
        <w:t xml:space="preserve">[40:39] </w:t>
      </w:r>
      <w:r>
        <w:t>jaise physical cheezon mein aik container hota hai. aisi spiritual spiritual cheezon mein aik container hota hai.</w:t>
      </w:r>
    </w:p>
    <w:p>
      <w:pPr>
        <w:jc w:val="right"/>
      </w:pPr>
      <w:r>
        <w:t>جیسے فزیکل چیزوں میں ایک کنٹینر ہوتا ہے۔ ایسی اسپیریچول اسپیریچول چیزوں میں ایک کنٹینر ہوتا ہے۔</w:t>
      </w:r>
    </w:p>
    <w:p>
      <w:r>
        <w:rPr>
          <w:b/>
        </w:rPr>
        <w:t xml:space="preserve">[40:49] </w:t>
      </w:r>
      <w:r>
        <w:t>to physical cheez ka container to yeh yeh bartan hai. aur spiritual cheez container tumhare andar hai. is ko saaf karo.</w:t>
      </w:r>
    </w:p>
    <w:p>
      <w:pPr>
        <w:jc w:val="right"/>
      </w:pPr>
      <w:r>
        <w:t>تو فزیکل چیز کا کنٹینر تو یہ یہ برتن ہے۔ اور اسپیریچول چیز کنٹینر تمہارے اندر ہے۔ اس کو صاف کرو۔</w:t>
      </w:r>
    </w:p>
    <w:p>
      <w:r>
        <w:rPr>
          <w:b/>
        </w:rPr>
        <w:t xml:space="preserve">[41:01] </w:t>
      </w:r>
      <w:r>
        <w:t>saaf karne ka matlab kya hai? aadmi ke andar dekhiye list hai. anger hai.</w:t>
      </w:r>
    </w:p>
    <w:p>
      <w:pPr>
        <w:jc w:val="right"/>
      </w:pPr>
      <w:r>
        <w:t>صاف کرنے کا مطلب کیا ہے؟ آدمی کے اندر دیکھیے لسٹ ہے۔ اینگر ہے۔</w:t>
      </w:r>
    </w:p>
    <w:p>
      <w:r>
        <w:rPr>
          <w:b/>
        </w:rPr>
        <w:t xml:space="preserve">[41:11] </w:t>
      </w:r>
      <w:r>
        <w:t>revenge hai. intolerance hai. violence hai. tension hai. negative thoughts hain.</w:t>
      </w:r>
    </w:p>
    <w:p>
      <w:pPr>
        <w:jc w:val="right"/>
      </w:pPr>
      <w:r>
        <w:t>ریونج ہے۔ انٹولرنس ہے۔ وائلنس ہے۔ ٹینشن ہے۔ نیگیٹیو تھاٹس ہیں۔</w:t>
      </w:r>
    </w:p>
    <w:p>
      <w:r>
        <w:rPr>
          <w:b/>
        </w:rPr>
        <w:t xml:space="preserve">[41:22] </w:t>
      </w:r>
      <w:r>
        <w:t>yeh sab kya hai? hamare andar ke container ko apa pathar banatay hain. aur pollot pollot kar dete hain.</w:t>
      </w:r>
    </w:p>
    <w:p>
      <w:pPr>
        <w:jc w:val="right"/>
      </w:pPr>
      <w:r>
        <w:t>یہ سب کیا ہے؟ ہمارے اندر کے کنٹینر کو اپا پتھر بناتے ہیں۔ اور پلوٹ پلوٹ کر دیتے ہیں۔</w:t>
      </w:r>
    </w:p>
    <w:p>
      <w:r>
        <w:rPr>
          <w:b/>
        </w:rPr>
        <w:t xml:space="preserve">[41:32] </w:t>
      </w:r>
      <w:r>
        <w:t>to unhon ne kaha ke tumhare andar jo container hai woh to negative cheezon se bhara hua hai. kahin se tum ko ghussa hai kahin se tum ko revenge lena hai.</w:t>
      </w:r>
    </w:p>
    <w:p>
      <w:pPr>
        <w:jc w:val="right"/>
      </w:pPr>
      <w:r>
        <w:t>تو انہوں نے کہا کہ تمہارے اندر جو کنٹینر ہے وہ تو نیگیٹیو چیزوں سے بھرا ہوا ہے۔ کہیں سے تم کو غصہ ہے کہیں سے تم کو ریونج لینا ہے۔</w:t>
      </w:r>
    </w:p>
    <w:p>
      <w:r>
        <w:rPr>
          <w:b/>
        </w:rPr>
        <w:t xml:space="preserve">[41:42] </w:t>
      </w:r>
      <w:r>
        <w:t>koi baat le kar ke tum tension mein paray hue ho. kisi ko le kar ke hate kar rahay ho. to tumhare ke andar ka jo container hai woh to apa pathar hai.</w:t>
      </w:r>
    </w:p>
    <w:p>
      <w:pPr>
        <w:jc w:val="right"/>
      </w:pPr>
      <w:r>
        <w:t>کوئی بات لے کر کے تم ٹینشن میں پڑے ہوئے ہو۔ کسی کو لے کر کے ہیٹ کر رہے ہو۔ تو تمہارے کے اندر کا جو کنٹینر ہے وہ تو اپا پتھر ہے۔</w:t>
      </w:r>
    </w:p>
    <w:p>
      <w:r>
        <w:rPr>
          <w:b/>
        </w:rPr>
        <w:t xml:space="preserve">[41:53] </w:t>
      </w:r>
      <w:r>
        <w:t>to agar main is mein gyaan rakhunga to woh kahan jayega? woh to jaise doodh phat jata hai wohi phat jayega.</w:t>
      </w:r>
    </w:p>
    <w:p>
      <w:pPr>
        <w:jc w:val="right"/>
      </w:pPr>
      <w:r>
        <w:t>تو اگر میں اس میں گیان رکھوں گا تو وہ کہاں جائے گا؟ وہ تو جیسے دودھ پھٹ جاتا ہے وہی پھٹ جائے گا۔</w:t>
      </w:r>
    </w:p>
    <w:p>
      <w:r>
        <w:rPr>
          <w:b/>
        </w:rPr>
        <w:t xml:space="preserve">[42:01] </w:t>
      </w:r>
      <w:r>
        <w:t>to yeh qissa mujhe bohat pasand hai. intuition ke muamle ko isi se aap samajh sakte hain. intuition kya hai? yeh Khuda ka container hai.</w:t>
      </w:r>
    </w:p>
    <w:p>
      <w:pPr>
        <w:jc w:val="right"/>
      </w:pPr>
      <w:r>
        <w:t>تو یہ قصہ مجھے بہت پسند ہے۔ انٹیوشن کے معاملے کو اسی سے آپ سمجھ سکتے ہیں۔ انٹیوشن کیا ہے؟ یہ خدا کا کنٹینر ہے۔</w:t>
      </w:r>
    </w:p>
    <w:p>
      <w:r>
        <w:rPr>
          <w:b/>
        </w:rPr>
        <w:t xml:space="preserve">[42:14] </w:t>
      </w:r>
      <w:r>
        <w:t>Khuda ka container hai. hum ne kya bhar rakha hai is ke andar? negative cheezain. isi ki wajah se yeh is mein Khuda ki taraf se inspiration aata hai.</w:t>
      </w:r>
    </w:p>
    <w:p>
      <w:pPr>
        <w:jc w:val="right"/>
      </w:pPr>
      <w:r>
        <w:t>خدا کا کنٹینر ہے۔ ہم نے کیا بھر رکھا ہے اس کے اندر؟ نیگیٹیو چیزیں۔ اسی کی وجہ سے یہ اس میں خدا کی طرف سے انسپیریشن آتا ہے۔</w:t>
      </w:r>
    </w:p>
    <w:p>
      <w:r>
        <w:rPr>
          <w:b/>
        </w:rPr>
        <w:t xml:space="preserve">[42:26] </w:t>
      </w:r>
      <w:r>
        <w:t>h</w:t>
      </w:r>
    </w:p>
    <w:p>
      <w:pPr>
        <w:jc w:val="right"/>
      </w:pPr>
      <w:r>
        <w:t>ح</w:t>
      </w:r>
    </w:p>
    <w:p>
      <w:r>
        <w:rPr>
          <w:b/>
        </w:rPr>
        <w:t xml:space="preserve">[42:27] </w:t>
      </w:r>
      <w:r>
        <w:t>hadith mein aata hai ke khuda har subah ko awaz deta hai ke hai koi lene wala jis ko main doon? Yani khuda har subah ko awaz deta hai.</w:t>
      </w:r>
    </w:p>
    <w:p>
      <w:pPr>
        <w:jc w:val="right"/>
      </w:pPr>
      <w:r>
        <w:t>دیث میں آتا ہے کہ خدا ہر صبح کو آواز دیتا ہے کہ ہے کوئی لینے والا جس کو میں دوں؟ یعنی خدا ہر صبح کو آواز دیتا ہے۔</w:t>
      </w:r>
    </w:p>
    <w:p>
      <w:r>
        <w:rPr>
          <w:b/>
        </w:rPr>
        <w:t xml:space="preserve">[42:39] </w:t>
      </w:r>
      <w:r>
        <w:t>ke hai koi lene wala jis ko main doon? Yani is ko blessing doon is ko inspiration doon.</w:t>
      </w:r>
    </w:p>
    <w:p>
      <w:pPr>
        <w:jc w:val="right"/>
      </w:pPr>
      <w:r>
        <w:t>کہ ہے کوئی لینے والا جس کو میں دوں؟ یعنی اس کو بلیسنگ دوں اس کو انسپیریشن دوں۔</w:t>
      </w:r>
    </w:p>
    <w:p>
      <w:r>
        <w:rPr>
          <w:b/>
        </w:rPr>
        <w:t xml:space="preserve">[42:46] </w:t>
      </w:r>
      <w:r>
        <w:t>to jab is ke andar container jo hai woh saaf hoga tabhi to khuda dega is ko.</w:t>
      </w:r>
    </w:p>
    <w:p>
      <w:pPr>
        <w:jc w:val="right"/>
      </w:pPr>
      <w:r>
        <w:t>تو جب اس کے اندر کنٹینر جو ہے وہ صاف ہوگا تبھی تو خدا دے گا اس کو۔</w:t>
      </w:r>
    </w:p>
    <w:p>
      <w:r>
        <w:rPr>
          <w:b/>
        </w:rPr>
        <w:t xml:space="preserve">[42:56] </w:t>
      </w:r>
      <w:r>
        <w:t>to is se main yeh kehna chahta hoon ke intuition ko agar hum purify kar sakein to is darje ka hamein relation hoga marifat jis mein khuda hamara mehboob ban jaye.</w:t>
      </w:r>
    </w:p>
    <w:p>
      <w:pPr>
        <w:jc w:val="right"/>
      </w:pPr>
      <w:r>
        <w:t>تو اس سے میں یہ کہنا چاہتا ہوں کہ انٹیوشن کو اگر ہم پیوریفائی کر سکیں تو اس درجے کا ہمیں ریلیشن ہوگا معرفت جس میں خدا ہمارا محبوب بن جائے۔</w:t>
      </w:r>
    </w:p>
    <w:p>
      <w:r>
        <w:rPr>
          <w:b/>
        </w:rPr>
        <w:t xml:space="preserve">[43:09] </w:t>
      </w:r>
      <w:r>
        <w:t>khuda hamara concern ban jaye. Khuda hamari soch ban jaye.</w:t>
      </w:r>
    </w:p>
    <w:p>
      <w:pPr>
        <w:jc w:val="right"/>
      </w:pPr>
      <w:r>
        <w:t>خدا ہمارا کنسرن بن جائے۔ خدا ہماری سوچ بن جائے۔</w:t>
      </w:r>
    </w:p>
    <w:p>
      <w:r>
        <w:rPr>
          <w:b/>
        </w:rPr>
        <w:t xml:space="preserve">[43:16] </w:t>
      </w:r>
      <w:r>
        <w:t>khuda hi mein hum jeene lagein.</w:t>
      </w:r>
    </w:p>
    <w:p>
      <w:pPr>
        <w:jc w:val="right"/>
      </w:pPr>
      <w:r>
        <w:t>خدا ہی میں ہم جینے لگیں۔</w:t>
      </w:r>
    </w:p>
    <w:p>
      <w:r>
        <w:rPr>
          <w:b/>
        </w:rPr>
        <w:t xml:space="preserve">[43:20] </w:t>
      </w:r>
      <w:r>
        <w:t>wohi hamari rooh ban jaye. Isi se hamein khushi ho.</w:t>
      </w:r>
    </w:p>
    <w:p>
      <w:pPr>
        <w:jc w:val="right"/>
      </w:pPr>
      <w:r>
        <w:t>وہی ہماری روح بن جائے۔ اسی سے ہمیں خوشی ہو۔</w:t>
      </w:r>
    </w:p>
    <w:p>
      <w:r>
        <w:rPr>
          <w:b/>
        </w:rPr>
        <w:t xml:space="preserve">[43:24] </w:t>
      </w:r>
      <w:r>
        <w:t>jis tarah se ek ek ek ek maa hai uska beta chala gaya hai bahar kahin. Ab das saal ke baad woh lot'ta hai. To jab maa dekhegi is bete ko to kitna khush hogi kitna khush hogi.</w:t>
      </w:r>
    </w:p>
    <w:p>
      <w:pPr>
        <w:jc w:val="right"/>
      </w:pPr>
      <w:r>
        <w:t>جس طرح سے ایک ایک ایک ایک ماں ہے اس کا بیٹا چلا گیا ہے باہر کہیں۔ اب دس سال کے بعد وہ لوٹتا ہے۔ تو جب ماں دیکھے گی اس بیٹے کو تو کتنا خوش ہوگی کتنا خوش ہوگی۔</w:t>
      </w:r>
    </w:p>
    <w:p>
      <w:r>
        <w:rPr>
          <w:b/>
        </w:rPr>
        <w:t xml:space="preserve">[43:36] </w:t>
      </w:r>
      <w:r>
        <w:t>is se thousand times zyada khush hoga koi insan khuda ko pa kar ke. Nahi paye tab to ab jo khuda ko log paate hain to kuch un mein woh jazba hi nahi hota.</w:t>
      </w:r>
    </w:p>
    <w:p>
      <w:pPr>
        <w:jc w:val="right"/>
      </w:pPr>
      <w:r>
        <w:t>اس سے تھاؤزنڈ ٹائمز زیادہ خوش ہوگا کوئی انسان خدا کو پا کر کے۔ نہیں پائے تب تو اب جو خدا کو لوگ پاتے ہیں تو کچھ ان میں وہ جذبہ ہی نہیں ہوتا۔</w:t>
      </w:r>
    </w:p>
    <w:p>
      <w:r>
        <w:rPr>
          <w:b/>
        </w:rPr>
        <w:t xml:space="preserve">[43:51] </w:t>
      </w:r>
      <w:r>
        <w:t>jo maa ke andar jazba hota hai apne bete ko dekh kar ke is type ka kahan paida hota hai? Kyun ke intuition jo hai un ka jo container is ka hai woh to bhara hua hai.</w:t>
      </w:r>
    </w:p>
    <w:p>
      <w:pPr>
        <w:jc w:val="right"/>
      </w:pPr>
      <w:r>
        <w:t>جو ماں کے اندر جذبہ ہوتا ہے اپنے بیٹے کو دیکھ کر کے اس ٹائپ کا کہاں پیدا ہوتا ہے؟ کیونکہ انٹیوشن جو ہے ان کا جو کنٹینر اس کا ہے وہ تو بھرا ہوا ہے۔</w:t>
      </w:r>
    </w:p>
    <w:p>
      <w:r>
        <w:rPr>
          <w:b/>
        </w:rPr>
        <w:t xml:space="preserve">[44:05] </w:t>
      </w:r>
      <w:r>
        <w:t>to dekhiye</w:t>
      </w:r>
    </w:p>
    <w:p>
      <w:pPr>
        <w:jc w:val="right"/>
      </w:pPr>
      <w:r>
        <w:t>تو دیکھیے</w:t>
      </w:r>
    </w:p>
    <w:p>
      <w:r>
        <w:rPr>
          <w:b/>
        </w:rPr>
        <w:t xml:space="preserve">[44:08] </w:t>
      </w:r>
      <w:r>
        <w:t>marifat ya gyan ya relation sab se bari cheez hai jo insan ko paye jis ko.</w:t>
      </w:r>
    </w:p>
    <w:p>
      <w:pPr>
        <w:jc w:val="right"/>
      </w:pPr>
      <w:r>
        <w:t>معرفت یا گیان یا ریلیشن سب سے بڑی چیز ہے جو انسان کو پائے جس کو۔</w:t>
      </w:r>
    </w:p>
    <w:p>
      <w:r>
        <w:rPr>
          <w:b/>
        </w:rPr>
        <w:t xml:space="preserve">[44:17] </w:t>
      </w:r>
      <w:r>
        <w:t>lekin agar aap payenge ritual level par to woh ek khushk cheez hogi. Woh khuda ko aap kam darje mein payenge.</w:t>
      </w:r>
    </w:p>
    <w:p>
      <w:pPr>
        <w:jc w:val="right"/>
      </w:pPr>
      <w:r>
        <w:t>لیکن اگر آپ پائیں گے ریچول لیول پر تو وہ ایک خشک چیز ہوگی۔ وہ خدا کو آپ کم درجے میں پائیں گے۔</w:t>
      </w:r>
    </w:p>
    <w:p>
      <w:r>
        <w:rPr>
          <w:b/>
        </w:rPr>
        <w:t xml:space="preserve">[44:31] </w:t>
      </w:r>
      <w:r>
        <w:t>yani ritual rituals kya hain? Woh khuda ka underestimation hai.</w:t>
      </w:r>
    </w:p>
    <w:p>
      <w:pPr>
        <w:jc w:val="right"/>
      </w:pPr>
      <w:r>
        <w:t>یعنی ریچول ریچولز کیا ہیں؟ وہ خدا کا انڈر ایسٹیمیشن ہے۔</w:t>
      </w:r>
    </w:p>
    <w:p>
      <w:r>
        <w:rPr>
          <w:b/>
        </w:rPr>
        <w:t xml:space="preserve">[44:38] </w:t>
      </w:r>
      <w:r>
        <w:t>kamtar darje mein khuda ko pana hai.</w:t>
      </w:r>
    </w:p>
    <w:p>
      <w:pPr>
        <w:jc w:val="right"/>
      </w:pPr>
      <w:r>
        <w:t>کمتر درجے میں خدا کو پانا ہے۔</w:t>
      </w:r>
    </w:p>
    <w:p>
      <w:r>
        <w:rPr>
          <w:b/>
        </w:rPr>
        <w:t xml:space="preserve">[44:42] </w:t>
      </w:r>
      <w:r>
        <w:t>agar aap is se aage badhe rational level par aap ne khuda ko pa liya tab bhi woh pana koi bara pana nahi hai. Har waqt is mein doubt aa sakta hai.</w:t>
      </w:r>
    </w:p>
    <w:p>
      <w:pPr>
        <w:jc w:val="right"/>
      </w:pPr>
      <w:r>
        <w:t>اگر آپ اس سے آگے بڑھے ریشنل لیول پر آپ نے خدا کو پا لیا تب بھی وہ پانا کوئی بڑا پانا نہیں ہے۔ ہر وقت اس میں ڈاؤٹ آ سکتا ہے۔</w:t>
      </w:r>
    </w:p>
    <w:p>
      <w:r>
        <w:rPr>
          <w:b/>
        </w:rPr>
        <w:t xml:space="preserve">[44:53] </w:t>
      </w:r>
      <w:r>
        <w:t>har waqt koi cheez aa kar is ko yani aap ko shakk mein daal sakti hai. Koi reason bhi ek ek koi reason bhi aap ko shakk mein daal sakta hai.</w:t>
      </w:r>
    </w:p>
    <w:p>
      <w:pPr>
        <w:jc w:val="right"/>
      </w:pPr>
      <w:r>
        <w:t>ہر وقت کوئی چیز آ کر اس کو یعنی آپ کو شک میں ڈال سکتی ہے۔ کوئی ریزن بھی ایک ایک کوئی ریزن بھی آپ کو شک میں ڈال سکتا ہے۔</w:t>
      </w:r>
    </w:p>
    <w:p>
      <w:r>
        <w:rPr>
          <w:b/>
        </w:rPr>
        <w:t xml:space="preserve">[45:05] </w:t>
      </w:r>
      <w:r>
        <w:t>ya zindagi ki suffering shakk mein daal sakti hai.</w:t>
      </w:r>
    </w:p>
    <w:p>
      <w:pPr>
        <w:jc w:val="right"/>
      </w:pPr>
      <w:r>
        <w:t>یا زندگی کی سفرنگ شک میں ڈال سکتی ہے۔</w:t>
      </w:r>
    </w:p>
    <w:p>
      <w:r>
        <w:rPr>
          <w:b/>
        </w:rPr>
        <w:t xml:space="preserve">[45:09] </w:t>
      </w:r>
      <w:r>
        <w:t>jaise hamari family mein ek ladki thi uska baap jawani ki umar mein mar gaya. Ab baap se bohat hi familiar thi woh bohat baat manta tha god bhi khilata tha pyar karta tha.</w:t>
      </w:r>
    </w:p>
    <w:p>
      <w:pPr>
        <w:jc w:val="right"/>
      </w:pPr>
      <w:r>
        <w:t>جیسے ہماری فیملی میں ایک لڑکی تھی اس کا باپ جوانی کی عمر میں مر گیا۔ اب باپ سے بہت ہی فیبیلر تھی وہ بہت بات مانتا تھا گود بھی کھلاتا تھا پیار کرتا تھا۔</w:t>
      </w:r>
    </w:p>
    <w:p>
      <w:r>
        <w:rPr>
          <w:b/>
        </w:rPr>
        <w:t xml:space="preserve">[45:21] </w:t>
      </w:r>
      <w:r>
        <w:t>ab woh jawani ki umar mein mar gaya woh baap. To woh yani khuda ko manti thi woh parhai hui thi madrasay mein.</w:t>
      </w:r>
    </w:p>
    <w:p>
      <w:pPr>
        <w:jc w:val="right"/>
      </w:pPr>
      <w:r>
        <w:t>اب وہ جوانی کی عمر میں مر گیا وہ باپ۔ تو وہ یعنی خدا کو مانتی تھی وہ پڑھائی ہوئی تھی مدرسے میں۔</w:t>
      </w:r>
    </w:p>
    <w:p>
      <w:r>
        <w:rPr>
          <w:b/>
        </w:rPr>
        <w:t xml:space="preserve">[45:30] </w:t>
      </w:r>
      <w:r>
        <w:t>ab khuda ki woh ho gayi ke khuda mein nahi manti khuda koi hai. Agar hai to khuda ne mere baap ko bachaya kyun nahi? Woh kaisa khuda hai jis ne mere baap ko cheen liya mujh se?</w:t>
      </w:r>
    </w:p>
    <w:p>
      <w:pPr>
        <w:jc w:val="right"/>
      </w:pPr>
      <w:r>
        <w:t>اب خدا کی وہ ہو گئی کہ خدا میں نہیں مانتی خدا کوئی ہے۔ اگر ہے تو خدا نے میرے باپ کو بچایا کیوں نہیں؟ وہ کیسا خدا ہے جس نے میرے باپ کو چھین لیا مجھ سے؟</w:t>
      </w:r>
    </w:p>
    <w:p>
      <w:r>
        <w:rPr>
          <w:b/>
        </w:rPr>
        <w:t xml:space="preserve">[45:43] </w:t>
      </w:r>
      <w:r>
        <w:t>is bachi ki parhai hui thi madrasay mein woh khuda ko manti thi. Namaz bhi padhti thi woh namaz bhi. Meri apni family ka qissa hai yeh.</w:t>
      </w:r>
    </w:p>
    <w:p>
      <w:pPr>
        <w:jc w:val="right"/>
      </w:pPr>
      <w:r>
        <w:t>اس بچی کی پڑھائی ہوئی تھی مدرسے میں وہ خدا کو مانتی تھی۔ نماز بھی پڑھتی تھی وہ نماز بھی۔ میری اپنی فیملی کا قصہ ہے یہ۔</w:t>
      </w:r>
    </w:p>
    <w:p>
      <w:r>
        <w:rPr>
          <w:b/>
        </w:rPr>
        <w:t xml:space="preserve">[45:53] </w:t>
      </w:r>
      <w:r>
        <w:t>woh namaz bhi padhti thi woh. Kalma hi us ne parha tha ke la ilaha illallah.</w:t>
      </w:r>
    </w:p>
    <w:p>
      <w:pPr>
        <w:jc w:val="right"/>
      </w:pPr>
      <w:r>
        <w:t>وہ نماز بھی پڑھتی تھی وہ۔ کلمہ ہی اس نے پڑھا تھا کہ لا الہ الا اللہ۔</w:t>
      </w:r>
    </w:p>
    <w:p>
      <w:r>
        <w:rPr>
          <w:b/>
        </w:rPr>
        <w:t xml:space="preserve">[45:58] </w:t>
      </w:r>
      <w:r>
        <w:t>lekin jab uska baap mar gaya ek accident hua tha road accident. Is mein mar gaya woh. Abhi jawani ki umar mein hai.</w:t>
      </w:r>
    </w:p>
    <w:p>
      <w:pPr>
        <w:jc w:val="right"/>
      </w:pPr>
      <w:r>
        <w:t>لیکن جب اس کا باپ مر گیا ایک ایکسیڈنٹ ہوا تھا روڈ ایکسیڈنٹ۔ اس میں مر گیا وہ۔ ابھی جوانی کی عمر میں ہے۔</w:t>
      </w:r>
    </w:p>
    <w:p>
      <w:r>
        <w:rPr>
          <w:b/>
        </w:rPr>
        <w:t xml:space="preserve">[46:10] </w:t>
      </w:r>
      <w:r>
        <w:t>to kehti thi ke khuda kahan hai ke khuda ne mere baap ko bachaya kyun nahi use? kyun chheen liya us ne mere baap ko? to aap dekhen rational level par ya kisi ritual level par aap khuda ko paye hue hon to koi bhi aisa waqea pesh aayega jo aap ko bilkul ek yaani hila dega aap ko.</w:t>
      </w:r>
    </w:p>
    <w:p>
      <w:pPr>
        <w:jc w:val="right"/>
      </w:pPr>
      <w:r>
        <w:t>تو کہتی تھی کہ خدا کہاں ہے کہ خدا نے میرے باپ کو بچایا کیوں نہیں اسے؟ کیوں چھین لیا اس نے میرے باپ کو؟ تو آپ دیکھیں ریشنل لیول پر یا کسی ریچول لیول پر آپ خدا کو پائے ہوئے ہوں تو کوئی بھی ایسا واقعہ پیش آئے گا جو آپ کو بالکل ایک یعنی ہلا دے گا آپ کو۔</w:t>
      </w:r>
    </w:p>
    <w:p>
      <w:r>
        <w:rPr>
          <w:b/>
        </w:rPr>
        <w:t xml:space="preserve">[46:30] </w:t>
      </w:r>
      <w:r>
        <w:t>door kar dega aap ko khuda se.</w:t>
      </w:r>
    </w:p>
    <w:p>
      <w:pPr>
        <w:jc w:val="right"/>
      </w:pPr>
      <w:r>
        <w:t>دور کر دے گا آپ کو خدا سے۔</w:t>
      </w:r>
    </w:p>
    <w:p>
      <w:r>
        <w:rPr>
          <w:b/>
        </w:rPr>
        <w:t xml:space="preserve">[46:36] </w:t>
      </w:r>
      <w:r>
        <w:t>is liye jab tak aap intuition ke level par na payen khuda ko tab tak aap ne khuda ko paya nahi. tab tak aap ne khuda ko paya nahi.</w:t>
      </w:r>
    </w:p>
    <w:p>
      <w:pPr>
        <w:jc w:val="right"/>
      </w:pPr>
      <w:r>
        <w:t>اس لیے جب تک آپ انٹیوشن کے لیول پر نہ پائیں خدا کو تب تک آپ نے خدا کو پایا نہیں۔ تب تک آپ نے خدا کو پایا نہیں۔</w:t>
      </w:r>
    </w:p>
    <w:p>
      <w:r>
        <w:rPr>
          <w:b/>
        </w:rPr>
        <w:t xml:space="preserve">[46:47] </w:t>
      </w:r>
      <w:r>
        <w:t>to intuition ke level par pane ka kya hai? dhakkan hatana. yaani khuda aur hamare intuition ke beech mein ek dhakkan pada hua hai. jaise piaz mein is ka jo andar ka jo core hota hai jo maghz is ke upar layer hai layer hai layer hai.</w:t>
      </w:r>
    </w:p>
    <w:p>
      <w:pPr>
        <w:jc w:val="right"/>
      </w:pPr>
      <w:r>
        <w:t>تو انٹیوشن کے لیول پر پانے کا کیا ہے؟ ڈھکن ہٹانا۔ یعنی خدا اور ہمارے انٹیوشن کے بیچ میں ایک ڈھکن پڑا ہوا ہے۔ جیسے پیاز میں اس کا جو اندر کا جو کور ہوتا ہے جو مغز اس کے اوپر لیئر ہے لیئر ہے لیئر ہے۔</w:t>
      </w:r>
    </w:p>
    <w:p>
      <w:r>
        <w:rPr>
          <w:b/>
        </w:rPr>
        <w:t xml:space="preserve">[47:02] </w:t>
      </w:r>
      <w:r>
        <w:t>is layer ko hata dijiye to samne aa jayega woh.</w:t>
      </w:r>
    </w:p>
    <w:p>
      <w:pPr>
        <w:jc w:val="right"/>
      </w:pPr>
      <w:r>
        <w:t>اس لیئر کو ہٹا دیجیے تو سامنے آ جائے گا وہ۔</w:t>
      </w:r>
    </w:p>
    <w:p>
      <w:r>
        <w:rPr>
          <w:b/>
        </w:rPr>
        <w:t xml:space="preserve">[47:08] </w:t>
      </w:r>
      <w:r>
        <w:t>ab layer ko hata dein to piaz ka ya onion ka jo maghz hai wo samne aa jayega. to hamari fitrat hamare intuition hamari rooh ke upar parde parde parde pade hue hain.</w:t>
      </w:r>
    </w:p>
    <w:p>
      <w:pPr>
        <w:jc w:val="right"/>
      </w:pPr>
      <w:r>
        <w:t>اب لیئر کو ہٹا دیں تو پیاز کا یا انین کا جو مغز ہے وہ سامنے آ جائے گا۔ تو ہماری فطرت ہمارے انٹیوشن ہماری روح کے اوپر پردے پردے پردے پڑے ہوئے ہیں۔</w:t>
      </w:r>
    </w:p>
    <w:p>
      <w:r>
        <w:rPr>
          <w:b/>
        </w:rPr>
        <w:t xml:space="preserve">[47:24] </w:t>
      </w:r>
      <w:r>
        <w:t>isi ko main kehta hoon deconditioning. yaani har aadmi ko ek ek case of conditioning hai.</w:t>
      </w:r>
    </w:p>
    <w:p>
      <w:pPr>
        <w:jc w:val="right"/>
      </w:pPr>
      <w:r>
        <w:t>اسی کو میں کہتا ہوں ڈی کنڈیشننگ۔ یعنی ہر آدمی کو ایک ایک کیس آف کنڈیشننگ ہے۔</w:t>
      </w:r>
    </w:p>
    <w:p>
      <w:r>
        <w:rPr>
          <w:b/>
        </w:rPr>
        <w:t xml:space="preserve">[47:34] </w:t>
      </w:r>
      <w:r>
        <w:t>is conditioning ko todiye apne aap ko decondition kijiye. to bas achaanak aap dekhen ke wo andar ka maghz jo hai wo samne aa gaya.</w:t>
      </w:r>
    </w:p>
    <w:p>
      <w:pPr>
        <w:jc w:val="right"/>
      </w:pPr>
      <w:r>
        <w:t>اس کنڈیشننگ کو توڑیے اپنے آپ کو ڈی کنڈیشن کیجیے۔ تو بس اچانک آپ دیکھیں کہ وہ اندر کا مغز جو ہے وہ سامنے آ گیا۔</w:t>
      </w:r>
    </w:p>
    <w:p>
      <w:r>
        <w:rPr>
          <w:b/>
        </w:rPr>
        <w:t xml:space="preserve">[47:45] </w:t>
      </w:r>
      <w:r>
        <w:t>to wo conditioning kya hai? wo layer kya hai? yaani hamare khuda ke beech mein jo parda hai wo kya hai? ek lafz mein hai wo negative thinking.</w:t>
      </w:r>
    </w:p>
    <w:p>
      <w:pPr>
        <w:jc w:val="right"/>
      </w:pPr>
      <w:r>
        <w:t>تو وہ کنڈیشننگ کیا ہے؟ وہ لیئر کیا ہے؟ یعنی ہمارے خدا کے بیچ میں جو پردہ ہے وہ کیا ہے؟ ایک لفظ میں ہے وہ نیگیٹیو تھنکنگ۔</w:t>
      </w:r>
    </w:p>
    <w:p>
      <w:r>
        <w:rPr>
          <w:b/>
        </w:rPr>
        <w:t xml:space="preserve">[47:57] </w:t>
      </w:r>
      <w:r>
        <w:t>ek lafz mein. negative thinking.</w:t>
      </w:r>
    </w:p>
    <w:p>
      <w:pPr>
        <w:jc w:val="right"/>
      </w:pPr>
      <w:r>
        <w:t>ایک لفظ میں۔ نیگیٹیو تھنکنگ۔</w:t>
      </w:r>
    </w:p>
    <w:p>
      <w:r>
        <w:rPr>
          <w:b/>
        </w:rPr>
        <w:t xml:space="preserve">[48:04] </w:t>
      </w:r>
      <w:r>
        <w:t>asal mein dekhiye qissa kya hai ke hum jahan paida hue hain hamein ek samaj mein rehna padta hai. ek family mein ek samaj mein. ek paros paros mein rehna padta hai.</w:t>
      </w:r>
    </w:p>
    <w:p>
      <w:pPr>
        <w:jc w:val="right"/>
      </w:pPr>
      <w:r>
        <w:t>اصل میں دیکھیے قصہ کیا ہے کہ ہم جہاں پیدا ہوئے ہیں ہمیں ایک سماج میں رہنا پڑتا ہے۔ ایک فیملی میں ایک سماج میں۔ ایک پڑوس پڑوس میں رہنا پڑتا ہے۔</w:t>
      </w:r>
    </w:p>
    <w:p>
      <w:r>
        <w:rPr>
          <w:b/>
        </w:rPr>
        <w:t xml:space="preserve">[48:17] </w:t>
      </w:r>
      <w:r>
        <w:t>ab har aadmi aap jante hain ke alag alag soch ka hai. sab ka interest alag hai. to sab apni apni daud rahe hain.</w:t>
      </w:r>
    </w:p>
    <w:p>
      <w:pPr>
        <w:jc w:val="right"/>
      </w:pPr>
      <w:r>
        <w:t>اب ہر آدمی آپ جانتے ہیں کہ الگ الگ سوچ کا ہے۔ سب کا انٹرسٹ الگ ہے۔ تو سب اپنی اپنی دوڑ رہے ہیں۔</w:t>
      </w:r>
    </w:p>
    <w:p>
      <w:r>
        <w:rPr>
          <w:b/>
        </w:rPr>
        <w:t xml:space="preserve">[48:26] </w:t>
      </w:r>
      <w:r>
        <w:t>to poori poori samaj jo hai ek challenge ek society of challenges ban</w:t>
      </w:r>
    </w:p>
    <w:p>
      <w:pPr>
        <w:jc w:val="right"/>
      </w:pPr>
      <w:r>
        <w:t>تو پوری پوری سماج جو ہے ایک چیلنج ایک سوسائٹی آف چیلنجز بن</w:t>
      </w:r>
    </w:p>
    <w:p>
      <w:r>
        <w:rPr>
          <w:b/>
        </w:rPr>
        <w:t xml:space="preserve">[48:32] </w:t>
      </w:r>
      <w:r>
        <w:t>gayi hai. har taraf challenge har taraf competition. har taraf takrao. har taraf provocation. har taraf unwanted situations.</w:t>
      </w:r>
    </w:p>
    <w:p>
      <w:pPr>
        <w:jc w:val="right"/>
      </w:pPr>
      <w:r>
        <w:t>گئی ہے۔ ہر طرف چیلنج ہر طرف کمپٹیشن۔ ہر طرف ٹکراؤ۔ ہر طرف پرووکیشن۔ ہر طرف انوانٹڈ سچویشنز۔</w:t>
      </w:r>
    </w:p>
    <w:p>
      <w:r>
        <w:rPr>
          <w:b/>
        </w:rPr>
        <w:t xml:space="preserve">[48:43] </w:t>
      </w:r>
      <w:r>
        <w:t>yaani ye family mein bhi hai society mein bhi hai. samaj mein bhi har jagah hai ye.</w:t>
      </w:r>
    </w:p>
    <w:p>
      <w:pPr>
        <w:jc w:val="right"/>
      </w:pPr>
      <w:r>
        <w:t>یعنی یہ فیملی میں بھی ہے سوسائٹی میں بھی ہے۔ سماج میں بھی ہر جگہ ہے یہ۔</w:t>
      </w:r>
    </w:p>
    <w:p>
      <w:r>
        <w:rPr>
          <w:b/>
        </w:rPr>
        <w:t xml:space="preserve">[48:49] </w:t>
      </w:r>
      <w:r>
        <w:t>iska is ka wajah se kya hota hai? is ki wajah se kya hota hai ke hum ko har waqt kahin anger aa jayega. kahin hate aa jayega.</w:t>
      </w:r>
    </w:p>
    <w:p>
      <w:pPr>
        <w:jc w:val="right"/>
      </w:pPr>
      <w:r>
        <w:t>اس کا اس کا وجہ سے کیا ہوتا ہے؟ اس کی وجہ سے کیا ہوتا ہے کہ ہم کو ہر وقت کہیں اینگر آ جائے گا۔ کہیں ہیٹ آ جائے گا۔</w:t>
      </w:r>
    </w:p>
    <w:p>
      <w:r>
        <w:rPr>
          <w:b/>
        </w:rPr>
        <w:t xml:space="preserve">[48:58] </w:t>
      </w:r>
      <w:r>
        <w:t>kahin revenge aa jayega kahin hum provoke ho jayenge. negative thought aa jayenge. kahin lust aa jayega. to har waqt hum ek aisi duniya mein hain jahan har waqt hamein negative thought ka food mil raha hai.</w:t>
      </w:r>
    </w:p>
    <w:p>
      <w:pPr>
        <w:jc w:val="right"/>
      </w:pPr>
      <w:r>
        <w:t>کہیں ریونج آ جائے گا کہیں ہم پرووک ہو جائیں گے۔ نیگیٹیو تھاٹ آ جائیں گے۔ کہیں لسٹ آ جائے گا۔ تو ہر وقت ہم ایک ایسی دنیا میں ہیں جہاں ہر وقت ہمیں نیگیٹیو تھاٹ کا فوڈ مل رہا ہے۔</w:t>
      </w:r>
    </w:p>
    <w:p>
      <w:r>
        <w:rPr>
          <w:b/>
        </w:rPr>
        <w:t xml:space="preserve">[49:14] </w:t>
      </w:r>
      <w:r>
        <w:t>negative thought. har waqt har waqt har waqt.</w:t>
      </w:r>
    </w:p>
    <w:p>
      <w:pPr>
        <w:jc w:val="right"/>
      </w:pPr>
      <w:r>
        <w:t>نیگیٹیو تھاٹ۔ ہر وقت ہر وقت ہر وقت۔</w:t>
      </w:r>
    </w:p>
    <w:p>
      <w:r>
        <w:rPr>
          <w:b/>
        </w:rPr>
        <w:t xml:space="preserve">[49:19] </w:t>
      </w:r>
      <w:r>
        <w:t>ye negative thought jo hai wo layer hai. jo intuition ke upar pade hue hain.</w:t>
      </w:r>
    </w:p>
    <w:p>
      <w:pPr>
        <w:jc w:val="right"/>
      </w:pPr>
      <w:r>
        <w:t>یہ نیگیٹیو تھاٹ جو ہے وہ لیئر ہے۔ جو انٹیوشن کے اوپر پڑے ہوئے ہیں۔</w:t>
      </w:r>
    </w:p>
    <w:p>
      <w:r>
        <w:rPr>
          <w:b/>
        </w:rPr>
        <w:t xml:space="preserve">[49:25] </w:t>
      </w:r>
      <w:r>
        <w:t>aur jab aap negative thought mein jee rahe hon to khuda ke khuda ka paros aap ko nahi mil sakta. negative thought jo hai to shaitan ka paros hai.</w:t>
      </w:r>
    </w:p>
    <w:p>
      <w:pPr>
        <w:jc w:val="right"/>
      </w:pPr>
      <w:r>
        <w:t>اور جب آپ نیگیٹیو تھاٹ میں جی رہے ہوں تو خدا کے خدا کا پڑوس آپ کو نہیں مل سکتا۔ نیگیٹیو تھاٹ جو ہے تو شیطان کا پڑوس ہے۔</w:t>
      </w:r>
    </w:p>
    <w:p>
      <w:r>
        <w:rPr>
          <w:b/>
        </w:rPr>
        <w:t xml:space="preserve">[49:37] </w:t>
      </w:r>
      <w:r>
        <w:t>negative thought jo hai wo shaitan aap ke andar lata hai.</w:t>
      </w:r>
    </w:p>
    <w:p>
      <w:pPr>
        <w:jc w:val="right"/>
      </w:pPr>
      <w:r>
        <w:t>نیگیٹیو تھاٹ جو ہے وہ شیطان آپ کے اندر لاتا ہے۔</w:t>
      </w:r>
    </w:p>
    <w:p>
      <w:r>
        <w:rPr>
          <w:b/>
        </w:rPr>
        <w:t xml:space="preserve">[49:42] </w:t>
      </w:r>
      <w:r>
        <w:t>jaise kisi ne mujhe aisa kaam kiya us ne gaali de di mujhe. koi aisa kaam kiya jo mujhe khilaf laga.</w:t>
      </w:r>
    </w:p>
    <w:p>
      <w:pPr>
        <w:jc w:val="right"/>
      </w:pPr>
      <w:r>
        <w:t>جیسے کسی نے مجھے ایسا کام کیا اس نے گالی دے دی مجھے۔ کوئی ایسا کام کیا جو مجھے خلاف لگا۔</w:t>
      </w:r>
    </w:p>
    <w:p>
      <w:r>
        <w:rPr>
          <w:b/>
        </w:rPr>
        <w:t xml:space="preserve">[49:54] </w:t>
      </w:r>
      <w:r>
        <w:t>agar wo ghussa ho jata hoon to wo kya hai? ghussa hona kya hai? shaitan ne bharkaya. shaitan ne us ko istemal kar ke mujhe bharkaya.</w:t>
      </w:r>
    </w:p>
    <w:p>
      <w:pPr>
        <w:jc w:val="right"/>
      </w:pPr>
      <w:r>
        <w:t>اگر وہ غصہ ہو جاتا ہوں تو وہ کیا ہے؟ غصہ ہونا کیا ہے؟ شیطان نے بھڑکایا۔ شیطان نے اس کو استعمال کر کے مجھے بھڑکا دیا۔</w:t>
      </w:r>
    </w:p>
    <w:p>
      <w:r>
        <w:rPr>
          <w:b/>
        </w:rPr>
        <w:t xml:space="preserve">[50:05] </w:t>
      </w:r>
      <w:r>
        <w:t>to har occasion har mauqa shaitan har waqt hamare saath rehta hai.</w:t>
      </w:r>
    </w:p>
    <w:p>
      <w:pPr>
        <w:jc w:val="right"/>
      </w:pPr>
      <w:r>
        <w:t>تو ہر اوکیژن ہر موقع شیطان ہر وقت ہمارے ساتھ رہتا ہے۔</w:t>
      </w:r>
    </w:p>
    <w:p>
      <w:r>
        <w:rPr>
          <w:b/>
        </w:rPr>
        <w:t xml:space="preserve">[50:12] </w:t>
      </w:r>
      <w:r>
        <w:t>jahan mauqa pata hai bharkaa deta hai. ke is ko is ko to lesson sikhana hai. ye to is qabil nahi hai ke is se mohabbat ki jaye. ye to bohat hi bura aadmi hai.</w:t>
      </w:r>
    </w:p>
    <w:p>
      <w:pPr>
        <w:jc w:val="right"/>
      </w:pPr>
      <w:r>
        <w:t>جہاں موقع پاتا ہے بھڑکا دیتا ہے۔ کہ اس کو اس کو تو لیسن سکھانا ہے۔ یہ تو اس قابل نہیں ہے کہ اس سے محبت کی جائے۔ یہ تو بہت ہی برا آدمی ہے۔</w:t>
      </w:r>
    </w:p>
    <w:p>
      <w:r>
        <w:rPr>
          <w:b/>
        </w:rPr>
        <w:t xml:space="preserve">[50:23] </w:t>
      </w:r>
      <w:r>
        <w:t>kuch nahi to is ko apne shabdon ki gaali do is ko. agar tum maar nahi sakte ho to shabdon se maaro is ko.</w:t>
      </w:r>
    </w:p>
    <w:p>
      <w:pPr>
        <w:jc w:val="right"/>
      </w:pPr>
      <w:r>
        <w:t>کچھ نہیں تو اس کو اپنے शब्दوں کی گالی دو اس کو۔ اگر تم مار نہیں سکتے ہو تو शब्दوں سے مارو اس کو۔</w:t>
      </w:r>
    </w:p>
    <w:p>
      <w:r>
        <w:rPr>
          <w:b/>
        </w:rPr>
        <w:t xml:space="preserve">[50:30] </w:t>
      </w:r>
      <w:r>
        <w:t>yani har waqt jahan koi occasion aisa pada koi aisa experience hua. koi aisi baat pesh aa gayi to shaitan foran wahan active ho jata hai.</w:t>
      </w:r>
    </w:p>
    <w:p>
      <w:pPr>
        <w:jc w:val="right"/>
      </w:pPr>
      <w:r>
        <w:t>یعنی ہر وقت جہاں کوئی اوکیژن ایسا پڑا کوئی ایسا ایکسپیرینس ہوا۔ کوئی ایسی بات پیش آ گئی تو شیطان فوراً وہاں ایکٹیو ہو جاتا ہے۔</w:t>
      </w:r>
    </w:p>
    <w:p>
      <w:r>
        <w:rPr>
          <w:b/>
        </w:rPr>
        <w:t xml:space="preserve">[50:42] </w:t>
      </w:r>
      <w:r>
        <w:t>bhadkata hai bhadkata hai bhadkata hai. to jitne bhi provocations hain wo shaitan ka wahan par shaitan ka ah kaam hota hai.</w:t>
      </w:r>
    </w:p>
    <w:p>
      <w:pPr>
        <w:jc w:val="right"/>
      </w:pPr>
      <w:r>
        <w:t>بھڑکاتا ہے بھڑکاتا ہے بھڑکاتا ہے۔ تو جتنے بھی پرووکیشنز ہیں وہ شیطان کا وہاں پر شیطان کا اہ کام ہوتا ہے۔</w:t>
      </w:r>
    </w:p>
    <w:p>
      <w:r>
        <w:rPr>
          <w:b/>
        </w:rPr>
        <w:t xml:space="preserve">[50:55] </w:t>
      </w:r>
      <w:r>
        <w:t>shaitan jab activate karta hai aap to isi ka naam hai provocation isi ka naam hai negative thinking isi ka naam hai hate aur aur anger.</w:t>
      </w:r>
    </w:p>
    <w:p>
      <w:pPr>
        <w:jc w:val="right"/>
      </w:pPr>
      <w:r>
        <w:t>شیطان جب ایکٹیویٹ کرتا ہے آپ تو اسی کا نام ہے پرووکیشن اسی کا نام ہے نیگیٹیو تھنکنگ اسی کا نام ہے ہیٹ اور اور اینگر۔</w:t>
      </w:r>
    </w:p>
    <w:p>
      <w:r>
        <w:rPr>
          <w:b/>
        </w:rPr>
        <w:t xml:space="preserve">[51:07] </w:t>
      </w:r>
      <w:r>
        <w:t>ab yahan par kya karna hai? isi se bachna hai.</w:t>
      </w:r>
    </w:p>
    <w:p>
      <w:pPr>
        <w:jc w:val="right"/>
      </w:pPr>
      <w:r>
        <w:t>اب یہاں پر کیا کرنا ہے؟ اسی سے بچنا ہے۔</w:t>
      </w:r>
    </w:p>
    <w:p>
      <w:r>
        <w:rPr>
          <w:b/>
        </w:rPr>
        <w:t xml:space="preserve">[51:13] </w:t>
      </w:r>
      <w:r>
        <w:t>yeh to kabhi bhi aisa nahi hoga ke aap ko bilkul sab ki saboot milay. koi aap ko ghussa nahi dilaye.</w:t>
      </w:r>
    </w:p>
    <w:p>
      <w:pPr>
        <w:jc w:val="right"/>
      </w:pPr>
      <w:r>
        <w:t>یہ تو کبھی بھی ایسا نہیں ہوگا کہ آپ کو بالکل سب کی ثبوت ملے۔ کوئی آپ کو غصہ نہیں دلائے۔</w:t>
      </w:r>
    </w:p>
    <w:p>
      <w:r>
        <w:rPr>
          <w:b/>
        </w:rPr>
        <w:t xml:space="preserve">[51:23] </w:t>
      </w:r>
      <w:r>
        <w:t>koi aap ko bura na kahe. koi aap ko kabhi unwanted baat na kare aap ke liye.</w:t>
      </w:r>
    </w:p>
    <w:p>
      <w:pPr>
        <w:jc w:val="right"/>
      </w:pPr>
      <w:r>
        <w:t>کوئی آپ کو برا نہ کہے۔ کوئی آپ کو کبھی انوانٹڈ بات نہ کرے آپ کے لیے۔</w:t>
      </w:r>
    </w:p>
    <w:p>
      <w:r>
        <w:rPr>
          <w:b/>
        </w:rPr>
        <w:t xml:space="preserve">[51:33] </w:t>
      </w:r>
      <w:r>
        <w:t>yeh to ho nahi hona hai. to aap ko main aksar kaha karta hoon ke aap ko apne andar cow culture paida</w:t>
      </w:r>
    </w:p>
    <w:p>
      <w:pPr>
        <w:jc w:val="right"/>
      </w:pPr>
      <w:r>
        <w:t>یہ تو ہو نہیں ہونا ہے۔ تو آپ کو میں اکثر کہا کرتا ہوں کہ آپ کو اپنے اندر کاؤ کلچر پیدا</w:t>
      </w:r>
    </w:p>
    <w:p>
      <w:r>
        <w:rPr>
          <w:b/>
        </w:rPr>
        <w:t xml:space="preserve">[51:41] </w:t>
      </w:r>
      <w:r>
        <w:t>karna hai cow culture. aksar main yeh kaha karta hoon ke cow kya hai? yani gaaye kya hai? to hum jab bachpan mein padhte the gaon mein to wahan par hum ko padhaya gaya tha ek ek poem thi gaaye par.</w:t>
      </w:r>
    </w:p>
    <w:p>
      <w:pPr>
        <w:jc w:val="right"/>
      </w:pPr>
      <w:r>
        <w:t>کرنا ہے کاؤ کلچر۔ اکثر میں یہ کہا کرتا ہوں کہ کاؤ کیا ہے؟ یعنی گائے کیا ہے؟ تو ہم جب بچپن میں پڑھتے تھے گاؤں میں تو وہاں پر ہم کو پڑھایا گیا تھا ایک ایک پوئم تھی گائے پر۔</w:t>
      </w:r>
    </w:p>
    <w:p>
      <w:r>
        <w:rPr>
          <w:b/>
        </w:rPr>
        <w:t xml:space="preserve">[51:58] </w:t>
      </w:r>
      <w:r>
        <w:t>gaaye. to is mein bahut sari linein thin.</w:t>
      </w:r>
    </w:p>
    <w:p>
      <w:pPr>
        <w:jc w:val="right"/>
      </w:pPr>
      <w:r>
        <w:t>گائے۔ تو اس میں بہت ساری لائنیں تھیں۔</w:t>
      </w:r>
    </w:p>
    <w:p>
      <w:r>
        <w:rPr>
          <w:b/>
        </w:rPr>
        <w:t xml:space="preserve">[52:02] </w:t>
      </w:r>
      <w:r>
        <w:t>ek line hoti thi is mein kal jo ghaas cheri thi ban mein doodh bani wo gaaye ke than mein.</w:t>
      </w:r>
    </w:p>
    <w:p>
      <w:pPr>
        <w:jc w:val="right"/>
      </w:pPr>
      <w:r>
        <w:t>ایک لائن ہوتی تھی اس میں کل جو گھاس چری تھی بن میں دودھ بنی وہ گائے کے تھن میں۔</w:t>
      </w:r>
    </w:p>
    <w:p>
      <w:r>
        <w:rPr>
          <w:b/>
        </w:rPr>
        <w:t xml:space="preserve">[52:12] </w:t>
      </w:r>
      <w:r>
        <w:t>is ka matlab kya hua? ke cow is a divine industry.</w:t>
      </w:r>
    </w:p>
    <w:p>
      <w:pPr>
        <w:jc w:val="right"/>
      </w:pPr>
      <w:r>
        <w:t>اس کا مطلب کیا ہوا؟ کہ کاؤ از اے ڈیوائن انڈسٹری۔</w:t>
      </w:r>
    </w:p>
    <w:p>
      <w:r>
        <w:rPr>
          <w:b/>
        </w:rPr>
        <w:t xml:space="preserve">[52:20] </w:t>
      </w:r>
      <w:r>
        <w:t>cow is a divine industry. it is able to convert a non milk to milk.</w:t>
      </w:r>
    </w:p>
    <w:p>
      <w:pPr>
        <w:jc w:val="right"/>
      </w:pPr>
      <w:r>
        <w:t>کاؤ از اے ڈیوائن انڈسٹری۔ اٹ از ایبل ٹو کنورٹ اے نان ملک ٹو ملک۔</w:t>
      </w:r>
    </w:p>
    <w:p>
      <w:r>
        <w:rPr>
          <w:b/>
        </w:rPr>
        <w:t xml:space="preserve">[52:26] </w:t>
      </w:r>
      <w:r>
        <w:t>kal jo ghaas cheri thi ban mein doodh bani wo gaaye ke than mein. yani andar gayi to ghaas bahar nikli kya cheez?</w:t>
      </w:r>
    </w:p>
    <w:p>
      <w:pPr>
        <w:jc w:val="right"/>
      </w:pPr>
      <w:r>
        <w:t>کل جو گھاس چری تھی بن میں دودھ بنی وہ گائے کے تھن میں۔ یعنی اندر گئی تو گھاس باہر نکلی کیا چیز؟</w:t>
      </w:r>
    </w:p>
    <w:p>
      <w:r>
        <w:rPr>
          <w:b/>
        </w:rPr>
        <w:t xml:space="preserve">[52:37] </w:t>
      </w:r>
      <w:r>
        <w:t>milk. to gaaye jo hai wo ek industry of conversion hai. industry of conversion hai.</w:t>
      </w:r>
    </w:p>
    <w:p>
      <w:pPr>
        <w:jc w:val="right"/>
      </w:pPr>
      <w:r>
        <w:t>ملک۔ تو گائے جو ہے وہ ایک انڈسٹری آف کنورژن ہے۔ انڈسٹری آف کنورژن ہے۔</w:t>
      </w:r>
    </w:p>
    <w:p>
      <w:r>
        <w:rPr>
          <w:b/>
        </w:rPr>
        <w:t xml:space="preserve">[52:48] </w:t>
      </w:r>
      <w:r>
        <w:t>yeh khuda ne dikhaya hai ke jis tarike se gaaye industry of conversion barhi hui tumhein bhi yeh yahi conversion ka expert banna hai.</w:t>
      </w:r>
    </w:p>
    <w:p>
      <w:pPr>
        <w:jc w:val="right"/>
      </w:pPr>
      <w:r>
        <w:t>یہ خدا نے دکھایا ہے کہ جس طریقے سے گائے انڈسٹری آف کنورژن بڑی ہوئی تمہیں بھی یہ یہی کنورژن کا ایکسپرٹ بننا ہے۔</w:t>
      </w:r>
    </w:p>
    <w:p>
      <w:r>
        <w:rPr>
          <w:b/>
        </w:rPr>
        <w:t xml:space="preserve">[53:00] </w:t>
      </w:r>
      <w:r>
        <w:t>har negative thought ko positive thought mein convert karo. apne apne mind ko active kar ke.</w:t>
      </w:r>
    </w:p>
    <w:p>
      <w:pPr>
        <w:jc w:val="right"/>
      </w:pPr>
      <w:r>
        <w:t>ہر نیگیٹیو تھاٹ کو پازیٹیو تھاٹ میں کنورٹ کرو۔ اپنے اپنے مائنڈ کو ایکٹیو کر کے۔</w:t>
      </w:r>
    </w:p>
    <w:p>
      <w:r>
        <w:rPr>
          <w:b/>
        </w:rPr>
        <w:t xml:space="preserve">[53:09] </w:t>
      </w:r>
      <w:r>
        <w:t>yani ghussa aaye to seh lo. revenge aaye to maaf kar do. kisi se takkar ho jaye road par to avoid karo is ko.</w:t>
      </w:r>
    </w:p>
    <w:p>
      <w:pPr>
        <w:jc w:val="right"/>
      </w:pPr>
      <w:r>
        <w:t>یعنی غصہ آئے تو سہ لو۔ ریونج آئے تو معاف کر دو۔ کسی سے ٹکر ہو جائے روڈ پر تو اوائڈ کرو اس کو۔</w:t>
      </w:r>
    </w:p>
    <w:p>
      <w:r>
        <w:rPr>
          <w:b/>
        </w:rPr>
        <w:t xml:space="preserve">[53:23] </w:t>
      </w:r>
      <w:r>
        <w:t>to you have to develop that kind of cow culture. you have to develop that kind of industry.</w:t>
      </w:r>
    </w:p>
    <w:p>
      <w:pPr>
        <w:jc w:val="right"/>
      </w:pPr>
      <w:r>
        <w:t>تو یو ہیو ٹو ڈیولپ دیٹ کائنڈ آف کاؤ کلچر۔ یو ہیو ٹو ڈیولپ دیٹ کائنڈ آف انڈسٹری۔</w:t>
      </w:r>
    </w:p>
    <w:p>
      <w:r>
        <w:rPr>
          <w:b/>
        </w:rPr>
        <w:t xml:space="preserve">[53:36] </w:t>
      </w:r>
      <w:r>
        <w:t>yeh khuda ne dikha diya hai hum ko ke khuda aisa to karega nahi kyunke khuda dekhiye khuda ne sab ko freedom diya azaadi.</w:t>
      </w:r>
    </w:p>
    <w:p>
      <w:pPr>
        <w:jc w:val="right"/>
      </w:pPr>
      <w:r>
        <w:t>یہ خدا نے دکھا دیا ہے ہم کو کہ خدا ایسا تو کرے گا نہیں کیونکہ خدا دیکھیے خدا نے سب کو فریڈم دیا آزادی۔</w:t>
      </w:r>
    </w:p>
    <w:p>
      <w:r>
        <w:rPr>
          <w:b/>
        </w:rPr>
        <w:t xml:space="preserve">[53:47] </w:t>
      </w:r>
      <w:r>
        <w:t>azaadi hai to misuse bhi karega aadmi is ko. kabhi yeh possible nahi hai ke azaadi rahegi to azaadi misuse na karega is ka. azaadi ke misuse hi ka nateeja hai ke sari baatein paida hoti hain.</w:t>
      </w:r>
    </w:p>
    <w:p>
      <w:pPr>
        <w:jc w:val="right"/>
      </w:pPr>
      <w:r>
        <w:t>آزادی ہے تو مس یوز بھی کرے گا آدمی اس کو۔ کبھی یہ پاسیبل نہیں ہے کہ آزادی رہے گی تو آزادی مس یوز نہ کرے گا اس کا۔ آزادی کے مس یوز ہی کا نتیجہ ہے کہ ساری باتیں پیدا ہوتی ہیں۔</w:t>
      </w:r>
    </w:p>
    <w:p>
      <w:r>
        <w:rPr>
          <w:b/>
        </w:rPr>
        <w:t xml:space="preserve">[54:01] </w:t>
      </w:r>
      <w:r>
        <w:t>jab kisi ne aap ko ghussa dilaya kya hai? azaadi ko misuse kiya is ne? kisi</w:t>
      </w:r>
    </w:p>
    <w:p>
      <w:pPr>
        <w:jc w:val="right"/>
      </w:pPr>
      <w:r>
        <w:t>جب کسی نے آپ کو غصہ دلایا کیا ہے؟ آزادی کو مس یوز کیا اس نے؟ کسی</w:t>
      </w:r>
    </w:p>
    <w:p>
      <w:r>
        <w:rPr>
          <w:b/>
        </w:rPr>
        <w:t xml:space="preserve">[54:06] </w:t>
      </w:r>
      <w:r>
        <w:t>ne provoke kiya to kya hua? kisi ne azaadi ko misuse kiya? kisi ne aap ko nuksan pohanchaya to kisi ne aap ko azaadi ko misuse kiya?</w:t>
      </w:r>
    </w:p>
    <w:p>
      <w:pPr>
        <w:jc w:val="right"/>
      </w:pPr>
      <w:r>
        <w:t>نے پرووک کیا تو کیا ہوا؟ کسی نے آزادی کو مس یوز کیا؟ کسی نے آپ کو نقصان پہنچایا تو کسی نے آپ کو آزادی کو مس یوز کیا؟</w:t>
      </w:r>
    </w:p>
    <w:p>
      <w:r>
        <w:rPr>
          <w:b/>
        </w:rPr>
        <w:t xml:space="preserve">[54:16] </w:t>
      </w:r>
      <w:r>
        <w:t>kisi ne aap ko exploit kiya to to kya hua? kisi ne aap mein azaadi ko misuse kiya?</w:t>
      </w:r>
    </w:p>
    <w:p>
      <w:pPr>
        <w:jc w:val="right"/>
      </w:pPr>
      <w:r>
        <w:t>کسی نے آپ کو ایکسپلائٹ کیا تو تو کیا ہوا؟ کسی نے آپ میں آزادی کو مس یوز کیا؟</w:t>
      </w:r>
    </w:p>
    <w:p>
      <w:r>
        <w:rPr>
          <w:b/>
        </w:rPr>
        <w:t xml:space="preserve">[54:25] </w:t>
      </w:r>
      <w:r>
        <w:t>to jitne bhi aap ko aise experiences hote hain negative wo sab kya hain? wo azaadi ko misuse karne ke result hain.</w:t>
      </w:r>
    </w:p>
    <w:p>
      <w:pPr>
        <w:jc w:val="right"/>
      </w:pPr>
      <w:r>
        <w:t>تو جتنے بھی آپ کو ایسے ایکسپیرینس ہوتے ہیں نیگیٹیو وہ سب کیا ہیں؟ وہ آزادی کو مس یوز کرنے کے رزلٹ ہیں۔</w:t>
      </w:r>
    </w:p>
    <w:p>
      <w:r>
        <w:rPr>
          <w:b/>
        </w:rPr>
        <w:t xml:space="preserve">[54:37] </w:t>
      </w:r>
      <w:r>
        <w:t>ab dekhiye kya hai? aap azadi ko abalish kar nahin sakte kyunke to khuda ne diya hai. insanon ko jo azadi mili hui hai us ko koi government abalish nahin kar sakti.</w:t>
      </w:r>
    </w:p>
    <w:p>
      <w:pPr>
        <w:jc w:val="right"/>
      </w:pPr>
      <w:r>
        <w:t>اب دیکھیے کیا ہے؟ آپ آزادی کو ابالش کر نہیں سکتے کیونکہ تو خدا نے دیا ہے۔ انسانوں کو جو آزادی ملی ہوئی ہے اس کو کوئی گورنمنٹ ابالش نہیں کر سکتی۔</w:t>
      </w:r>
    </w:p>
    <w:p>
      <w:r>
        <w:rPr>
          <w:b/>
        </w:rPr>
        <w:t xml:space="preserve">[54:50] </w:t>
      </w:r>
      <w:r>
        <w:t>aap nahin kar sakte. khuda ki di hui cheez ko kaun khatam kar sakta hai bataiye? to hamein is ko manage karna hai.</w:t>
      </w:r>
    </w:p>
    <w:p>
      <w:pPr>
        <w:jc w:val="right"/>
      </w:pPr>
      <w:r>
        <w:t>آپ نہیں کر سکتے۔ خدا کی دی ہوئی چیز کو کون ختم کر سکتا ہے بتائیے؟ تو ہمیں اس کو مینج کرنا ہے۔</w:t>
      </w:r>
    </w:p>
    <w:p>
      <w:r>
        <w:rPr>
          <w:b/>
        </w:rPr>
        <w:t xml:space="preserve">[55:03] </w:t>
      </w:r>
      <w:r>
        <w:t>hamein hamein abalish nahin karna hai.</w:t>
      </w:r>
    </w:p>
    <w:p>
      <w:pPr>
        <w:jc w:val="right"/>
      </w:pPr>
      <w:r>
        <w:t>ہمیں ہمیں ابالش نہیں کرنا ہے۔</w:t>
      </w:r>
    </w:p>
    <w:p>
      <w:r>
        <w:rPr>
          <w:b/>
        </w:rPr>
        <w:t xml:space="preserve">[55:07] </w:t>
      </w:r>
      <w:r>
        <w:t>dont try to abalish that freedom. but try to but to learn the art of art of negativity negativity management.</w:t>
      </w:r>
    </w:p>
    <w:p>
      <w:pPr>
        <w:jc w:val="right"/>
      </w:pPr>
      <w:r>
        <w:t>ڈونٹ ٹرائی ٹو ابالش دیٹ فریڈم۔ بٹ ٹرائی ٹو بٹ ٹو لرن دا آرٹ آف آرٹ آف نیگیٹیو نیگیٹیوٹی مینجمنٹ۔</w:t>
      </w:r>
    </w:p>
    <w:p>
      <w:r>
        <w:rPr>
          <w:b/>
        </w:rPr>
        <w:t xml:space="preserve">[55:24] </w:t>
      </w:r>
      <w:r>
        <w:t>negativity ko manage karne ka art seekhiye.</w:t>
      </w:r>
    </w:p>
    <w:p>
      <w:pPr>
        <w:jc w:val="right"/>
      </w:pPr>
      <w:r>
        <w:t>نیگیٹیوٹی کو مینج کرنے کا آرٹ سیکھیے۔</w:t>
      </w:r>
    </w:p>
    <w:p>
      <w:r>
        <w:rPr>
          <w:b/>
        </w:rPr>
        <w:t xml:space="preserve">[55:30] </w:t>
      </w:r>
      <w:r>
        <w:t>yani koi ghussa karta hai to aap nahin kar sakte ke us ko aisa laga dein ban ke woh ghussa na kare.</w:t>
      </w:r>
    </w:p>
    <w:p>
      <w:pPr>
        <w:jc w:val="right"/>
      </w:pPr>
      <w:r>
        <w:t>یعنی کوئی غصہ کرتا ہے تو آپ نہیں کر سکتے کہ اس کو ایسا لگا دیں بین کہ وہ غصہ نہ کرے۔</w:t>
      </w:r>
    </w:p>
    <w:p>
      <w:r>
        <w:rPr>
          <w:b/>
        </w:rPr>
        <w:t xml:space="preserve">[55:37] </w:t>
      </w:r>
      <w:r>
        <w:t>ghussa to karega woh us ko azadi mili hui ghusse karne ki.</w:t>
      </w:r>
    </w:p>
    <w:p>
      <w:pPr>
        <w:jc w:val="right"/>
      </w:pPr>
      <w:r>
        <w:t>غصہ تو کرے گا وہ اس کو آزادی ملی ہوئی غصے کرنے کی۔</w:t>
      </w:r>
    </w:p>
    <w:p>
      <w:r>
        <w:rPr>
          <w:b/>
        </w:rPr>
        <w:t xml:space="preserve">[55:44] </w:t>
      </w:r>
      <w:r>
        <w:t>to dont try to abalish anger. but learn the art of anger management. yeh to karti hai gaaye.</w:t>
      </w:r>
    </w:p>
    <w:p>
      <w:pPr>
        <w:jc w:val="right"/>
      </w:pPr>
      <w:r>
        <w:t>تو ڈونٹ ٹرائی ٹو ابالش اینگر۔ بٹ لرن دا آرٹ آف اینگر مینجمنٹ۔ یہ تو کرتی ہے گائے۔</w:t>
      </w:r>
    </w:p>
    <w:p>
      <w:r>
        <w:rPr>
          <w:b/>
        </w:rPr>
        <w:t xml:space="preserve">[55:55] </w:t>
      </w:r>
      <w:r>
        <w:t>ke woh ghussa nahin hoti ke mujhe ghaas kyun mili? nahin woh ghaas ko convert karti hai doodh ki shakal mein. yeh khuda ne dikhaya hai.</w:t>
      </w:r>
    </w:p>
    <w:p>
      <w:pPr>
        <w:jc w:val="right"/>
      </w:pPr>
      <w:r>
        <w:t>کہ وہ غصہ نہیں ہوتی کہ مجھے گھاس کیوں ملی؟ نہیں وہ گھاس کو کنورٹ کرتی ہے دودھ کی شکل میں۔ یہ خدا نے دکھایا ہے۔</w:t>
      </w:r>
    </w:p>
    <w:p>
      <w:r>
        <w:rPr>
          <w:b/>
        </w:rPr>
        <w:t xml:space="preserve">[56:05] </w:t>
      </w:r>
      <w:r>
        <w:t>aise hi to woh bhi karna hai.</w:t>
      </w:r>
    </w:p>
    <w:p>
      <w:pPr>
        <w:jc w:val="right"/>
      </w:pPr>
      <w:r>
        <w:t>ایسے ہی تو وہ بھی کرنا ہے۔</w:t>
      </w:r>
    </w:p>
    <w:p>
      <w:r>
        <w:rPr>
          <w:b/>
        </w:rPr>
        <w:t xml:space="preserve">[56:10] </w:t>
      </w:r>
      <w:r>
        <w:t>to intuition ke level par agar aap chahte hain ke khuda ko discover karein aap.</w:t>
      </w:r>
    </w:p>
    <w:p>
      <w:pPr>
        <w:jc w:val="right"/>
      </w:pPr>
      <w:r>
        <w:t>تو انٹیوشن کے لیول پر اگر آپ چاہتے ہیں کہ خدا کو ڈسکور کریں آپ۔</w:t>
      </w:r>
    </w:p>
    <w:p>
      <w:r>
        <w:rPr>
          <w:b/>
        </w:rPr>
        <w:t xml:space="preserve">[56:20] </w:t>
      </w:r>
      <w:r>
        <w:t>jo ke sachi discovery hai. maine arz kiya ke ritual ke level par discovery koi discovery nahin hai. nothing.</w:t>
      </w:r>
    </w:p>
    <w:p>
      <w:pPr>
        <w:jc w:val="right"/>
      </w:pPr>
      <w:r>
        <w:t>جو کہ سچی ڈسکوری ہے۔ میں نے عرض کیا کہ ریچول کے لیول پر ڈسکوری کوئی ڈسکوری نہیں ہے۔ نتھنگ۔</w:t>
      </w:r>
    </w:p>
    <w:p>
      <w:r>
        <w:rPr>
          <w:b/>
        </w:rPr>
        <w:t xml:space="preserve">[56:31] </w:t>
      </w:r>
      <w:r>
        <w:t>rational level par discovery bhi adhuri discovery adhuri. is liye woh bhi kisi had tak nothing kahi jayegi.</w:t>
      </w:r>
    </w:p>
    <w:p>
      <w:pPr>
        <w:jc w:val="right"/>
      </w:pPr>
      <w:r>
        <w:t>ریشنل لیول پر ڈسکوری بھی ادھوری ڈسکوری ادھوری۔ اس لیے وہ بھی کسی حد تک نتھنگ کہی جائے گی۔</w:t>
      </w:r>
    </w:p>
    <w:p>
      <w:r>
        <w:rPr>
          <w:b/>
        </w:rPr>
        <w:t xml:space="preserve">[56:40] </w:t>
      </w:r>
      <w:r>
        <w:t>sachi discovery woh hai jo intuition ke level par hui. tab aap khuda ko janenge. khuda guru ko pehchanenge. tab khuda se aap ka संबंध qaim hoga.</w:t>
      </w:r>
    </w:p>
    <w:p>
      <w:pPr>
        <w:jc w:val="right"/>
      </w:pPr>
      <w:r>
        <w:t>سچی ڈسکوری وہ ہے جو انٹیوشن کے لیول پر ہوئی۔ تب آپ خدا کو جانیں گے۔ خدا گروڑی کو پہچانیں گے۔ تب خدا سے آپ کا संबंध قائم ہوگا۔</w:t>
      </w:r>
    </w:p>
    <w:p>
      <w:r>
        <w:rPr>
          <w:b/>
        </w:rPr>
        <w:t xml:space="preserve">[56:52] </w:t>
      </w:r>
      <w:r>
        <w:t>tab khuda aap ke liye maa super maa ban jayega. jis tarah aap ki maa hai to aap ko super maa mil jayegi.</w:t>
      </w:r>
    </w:p>
    <w:p>
      <w:pPr>
        <w:jc w:val="right"/>
      </w:pPr>
      <w:r>
        <w:t>تب خدا آپ کے لیے ماں سپر ماں بن جائے گا۔ جس طرح آپ کی ماں ہے تو آپ کو سپر ماں مل جائے گی۔</w:t>
      </w:r>
    </w:p>
    <w:p>
      <w:r>
        <w:rPr>
          <w:b/>
        </w:rPr>
        <w:t xml:space="preserve">[57:02] </w:t>
      </w:r>
      <w:r>
        <w:t>super brother super mother.</w:t>
      </w:r>
    </w:p>
    <w:p>
      <w:pPr>
        <w:jc w:val="right"/>
      </w:pPr>
      <w:r>
        <w:t>سپر برادر سپر مدر۔</w:t>
      </w:r>
    </w:p>
    <w:p>
      <w:r>
        <w:rPr>
          <w:b/>
        </w:rPr>
        <w:t xml:space="preserve">[57:06] </w:t>
      </w:r>
      <w:r>
        <w:t>jis tarah aap ko ek maa mili hui hai. aap jante hain ek bachcha jo hai us ke liye maa sab kuch hoti hai.</w:t>
      </w:r>
    </w:p>
    <w:p>
      <w:pPr>
        <w:jc w:val="right"/>
      </w:pPr>
      <w:r>
        <w:t>جس طرح آپ کو ایک ماں ملی ہوئی ہے۔ آپ جانتے ہیں ایک بچہ جو ہے اس کے لیے ماں سب کچھ ہوتی ہے۔</w:t>
      </w:r>
    </w:p>
    <w:p>
      <w:r>
        <w:rPr>
          <w:b/>
        </w:rPr>
        <w:t xml:space="preserve">[57:16] </w:t>
      </w:r>
      <w:r>
        <w:t>source of conviction hoti hai maa. woh to pata hai ke kuch bhi hoga maa mera shelter ban jayegi. maa mujhe support degi. ek chhote bachche ki psychology ko read kar dijiye aap.</w:t>
      </w:r>
    </w:p>
    <w:p>
      <w:pPr>
        <w:jc w:val="right"/>
      </w:pPr>
      <w:r>
        <w:t>سورس آف کنوکشن ہوتی ہے ماں۔ وہ تو پتہ ہے کہ کچھ بھی ہوگا ماں میرا شیلٹر بن جائے گی۔ ماں مجھے سپورٹ دے گی۔ ایک چھوٹے بچے کی سائیکالوجی کو ریڈ کر دیجیے آپ۔</w:t>
      </w:r>
    </w:p>
    <w:p>
      <w:r>
        <w:rPr>
          <w:b/>
        </w:rPr>
        <w:t xml:space="preserve">[57:27] </w:t>
      </w:r>
      <w:r>
        <w:t>ek chhota bachcha jo hai us ke liye sab kuch us ki maa hoti hai.</w:t>
      </w:r>
    </w:p>
    <w:p>
      <w:pPr>
        <w:jc w:val="right"/>
      </w:pPr>
      <w:r>
        <w:t>ایک چھوٹا بچہ جو ہے اس کے لیے سب کچھ اس کی ماں ہوتی ہے۔</w:t>
      </w:r>
    </w:p>
    <w:p>
      <w:r>
        <w:rPr>
          <w:b/>
        </w:rPr>
        <w:t xml:space="preserve">[57:32] </w:t>
      </w:r>
      <w:r>
        <w:t>woh samajhta hai ke maa pani paas rahegi to pani pilayegi. bhook lagegi to khana khilayegi. koi baat padegi to mujhe support karegi.</w:t>
      </w:r>
    </w:p>
    <w:p>
      <w:pPr>
        <w:jc w:val="right"/>
      </w:pPr>
      <w:r>
        <w:t>وہ سمجھتا ہے کہ ماں پانی پاس رہے گی تو پانی پلائے گی۔ بھوک لگے گی تو کھانا کھلائے گی۔ کوئی بات پڑے گی تو مجھے سپورٹ کرے گی۔</w:t>
      </w:r>
    </w:p>
    <w:p>
      <w:r>
        <w:rPr>
          <w:b/>
        </w:rPr>
        <w:t xml:space="preserve">[57:42] </w:t>
      </w:r>
      <w:r>
        <w:t>mera shelter banegi. to maa har bachche ke liye source of conviction hoti hai. to god aap ke liye source of conviction ban jayega.</w:t>
      </w:r>
    </w:p>
    <w:p>
      <w:pPr>
        <w:jc w:val="right"/>
      </w:pPr>
      <w:r>
        <w:t>میرا شیلٹر بنے گی۔ تو ماں ہر بچے کے لیے سورس آف کنوکشن ہوتی ہے۔ تو گاڈ آپ کے لیے سورس آف کنوکشن بن جائے گا۔</w:t>
      </w:r>
    </w:p>
    <w:p>
      <w:r>
        <w:rPr>
          <w:b/>
        </w:rPr>
        <w:t xml:space="preserve">[57:52] </w:t>
      </w:r>
      <w:r>
        <w:t>jab aap intuition intuition ke level par god ko discover karein. abhi to kisi ke liye source of conviction nahin hai.</w:t>
      </w:r>
    </w:p>
    <w:p>
      <w:pPr>
        <w:jc w:val="right"/>
      </w:pPr>
      <w:r>
        <w:t>جب آپ انٹیوشن انٹیوشن کے لیول پر گاڈ کو ڈسکور کریں۔ ابھی تو کسی کے لیے سورس آف کنوکشن نہیں ہے۔</w:t>
      </w:r>
    </w:p>
    <w:p>
      <w:r>
        <w:rPr>
          <w:b/>
        </w:rPr>
        <w:t xml:space="preserve">[58:00] </w:t>
      </w:r>
      <w:r>
        <w:t>abhi dekhiye ke duniya mein majority in logon ki jo khuda ko mante hain.</w:t>
      </w:r>
    </w:p>
    <w:p>
      <w:pPr>
        <w:jc w:val="right"/>
      </w:pPr>
      <w:r>
        <w:t>ابھی دیکھیے کہ دنیا میں میجورٹی ان لوگوں کی جو خدا کو مانتے ہیں۔</w:t>
      </w:r>
    </w:p>
    <w:p>
      <w:r>
        <w:rPr>
          <w:b/>
        </w:rPr>
        <w:t xml:space="preserve">[58:09] </w:t>
      </w:r>
      <w:r>
        <w:t>majority in logon ki jo khuda ko mante hain lekin koi manta hai ritual level par koi manta hai rational level par. is level par kisi ne khuda ko discover nahin kiya hai jis ko maine kaha ke intuition institutional level par.</w:t>
      </w:r>
    </w:p>
    <w:p>
      <w:pPr>
        <w:jc w:val="right"/>
      </w:pPr>
      <w:r>
        <w:t>میجورٹی ان لوگوں کی جو خدا کو مانتے ہیں لیکن کوئی مانتا ہے ریچول لیول پر کوئی مانتا ہے ریشنل لیول پر۔ اس لیول پر کسی نے خدا کو ڈسکور نہیں کیا ہے جس کو میں نے کہا کہ انٹیوشن انٹیوشنل لیول پر۔</w:t>
      </w:r>
    </w:p>
    <w:p>
      <w:r>
        <w:rPr>
          <w:b/>
        </w:rPr>
        <w:t xml:space="preserve">[58:25] </w:t>
      </w:r>
      <w:r>
        <w:t>to kya hua? khuda in ke liye source of conviction nahin bana.</w:t>
      </w:r>
    </w:p>
    <w:p>
      <w:pPr>
        <w:jc w:val="right"/>
      </w:pPr>
      <w:r>
        <w:t>تو کیا ہوا؟ خدا ان کے لیے سورس آف کنوکشن نہیں بنا۔</w:t>
      </w:r>
    </w:p>
    <w:p>
      <w:r>
        <w:rPr>
          <w:b/>
        </w:rPr>
        <w:t xml:space="preserve">[58:33] </w:t>
      </w:r>
      <w:r>
        <w:t>khuda par trust karen. aur khuda par in ko itna yaqeen ho ke barhte chale jayen barhte chale jayen barhte chale jayen.</w:t>
      </w:r>
    </w:p>
    <w:p>
      <w:pPr>
        <w:jc w:val="right"/>
      </w:pPr>
      <w:r>
        <w:t>خدا پر ٹرسٹ کریں۔ اور خدا پر ان کو اتنا یقین ہو کہ بڑھتے چلے جائیں بڑھتے چلے جائیں بڑھتے چلے جائیں۔</w:t>
      </w:r>
    </w:p>
    <w:p>
      <w:r>
        <w:rPr>
          <w:b/>
        </w:rPr>
        <w:t xml:space="preserve">[58:53] </w:t>
      </w:r>
      <w:r>
        <w:t>to wo khuda jo aap ko mila ho is ritual level par wo wo to kuch bhi nahi hai.</w:t>
      </w:r>
    </w:p>
    <w:p>
      <w:pPr>
        <w:jc w:val="right"/>
      </w:pPr>
      <w:r>
        <w:t>تو وہ خدا جو آپ کو بلا ہو اس ریچول لیول پر وہ وہ تو کچھ بھی نہیں ہے۔</w:t>
      </w:r>
    </w:p>
    <w:p>
      <w:r>
        <w:rPr>
          <w:b/>
        </w:rPr>
        <w:t xml:space="preserve">[59:01] </w:t>
      </w:r>
      <w:r>
        <w:t>aise hi jaise ke plastic ka phool mil jaye aap ko.</w:t>
      </w:r>
    </w:p>
    <w:p>
      <w:pPr>
        <w:jc w:val="right"/>
      </w:pPr>
      <w:r>
        <w:t>ایسے ہی جیسے کہ پلاسٹک کا پھول مل جائے آپ کو۔</w:t>
      </w:r>
    </w:p>
    <w:p>
      <w:r>
        <w:rPr>
          <w:b/>
        </w:rPr>
        <w:t xml:space="preserve">[59:06] </w:t>
      </w:r>
      <w:r>
        <w:t>plastic ka phool mein na khushbu hoti hai na kuch hota hai na kuch hota hai na kuch hota hai. to ritual level par milna kuch milna nahi hai. rational level par milna bhi bas 50 percent hai.</w:t>
      </w:r>
    </w:p>
    <w:p>
      <w:pPr>
        <w:jc w:val="right"/>
      </w:pPr>
      <w:r>
        <w:t>پلاسٹک کا پھول میں نہ خوشبو ہوتی ہے نہ کچھ ہوتا ہے نہ کچھ ہوتا ہے نہ کچھ ہوتا ہے۔ تو ریچول لیول پر ملنا کچھ ملنا نہیں ہے۔ ریشنل لیول پر ملنا بھی بس 50 پرسنٹ ہے۔</w:t>
      </w:r>
    </w:p>
    <w:p>
      <w:r>
        <w:rPr>
          <w:b/>
        </w:rPr>
        <w:t xml:space="preserve">[59:19] </w:t>
      </w:r>
      <w:r>
        <w:t>ye zyada nahi hai. intuitional level par milna milna hai kyunke wahan par aap ko conviction milta hai. maa aap ko khuda par trust karna milta hai.</w:t>
      </w:r>
    </w:p>
    <w:p>
      <w:pPr>
        <w:jc w:val="right"/>
      </w:pPr>
      <w:r>
        <w:t>یہ زیادہ نہیں ہے۔ انٹیوشنل لیول پر ملنا ملنا ہے کیونکہ وہاں پر آپ کو کنوکشن ملتا ہے۔ ماں آپ کو خدا پر ٹرسٹ کرنا ملتا ہے۔</w:t>
      </w:r>
    </w:p>
    <w:p>
      <w:r>
        <w:rPr>
          <w:b/>
        </w:rPr>
        <w:t xml:space="preserve">[59:33] </w:t>
      </w:r>
      <w:r>
        <w:t>america mein aap jante hain ke dollar par likha rehta hai in god we trust. ye lafz lafz hota hai. haqeeqat mein kaha hai in dollar we trust.</w:t>
      </w:r>
    </w:p>
    <w:p>
      <w:pPr>
        <w:jc w:val="right"/>
      </w:pPr>
      <w:r>
        <w:t>امریکہ میں آپ جانتے ہیں کہ ڈالر پر لکھا رہتا ہے ان گاڈ وی ٹرسٹ۔ یہ لفظ لفظ ہوتا ہے۔ حقیقت میں کہا ہے ان ڈالر وی ٹرسٹ۔</w:t>
      </w:r>
    </w:p>
    <w:p>
      <w:r>
        <w:rPr>
          <w:b/>
        </w:rPr>
        <w:t xml:space="preserve">[59:44] </w:t>
      </w:r>
      <w:r>
        <w:t>aap kisi bhi america se kisi bhi aadmi se milein chahe hindu ho ya musalman ho christian ho. to dil mein to kaha hai in in in in dollar we trust.</w:t>
      </w:r>
    </w:p>
    <w:p>
      <w:pPr>
        <w:jc w:val="right"/>
      </w:pPr>
      <w:r>
        <w:t>آپ کسی بھی امریکہ سے کسی بھی آدمی سے ملیں چاہے ہندو ہو یا مسلمان ہو کرسچن ہو۔ تو دل میں تو کہا ہے ان ان ان ان ڈالر وی ٹرسٹ۔</w:t>
      </w:r>
    </w:p>
    <w:p>
      <w:r>
        <w:rPr>
          <w:b/>
        </w:rPr>
        <w:t xml:space="preserve">[59:53] </w:t>
      </w:r>
      <w:r>
        <w:t>paper pe kya likha hua hai? in god we trust. ye ritual hai.</w:t>
      </w:r>
    </w:p>
    <w:p>
      <w:pPr>
        <w:jc w:val="right"/>
      </w:pPr>
      <w:r>
        <w:t>پیپر پہ کیا لکھا ہوا ہے؟ ان گاڈ وی ٹرسٹ۔ یہ ریچول ہے۔</w:t>
      </w:r>
    </w:p>
    <w:p>
      <w:r>
        <w:rPr>
          <w:b/>
        </w:rPr>
        <w:t xml:space="preserve">[59:59] </w:t>
      </w:r>
      <w:r>
        <w:t>main bohat baar america gaya hoon. poori society america ki dollar oriented hai. likha hua hai in god we trust. to ritual level par payenge to kuch nahi payenge.</w:t>
      </w:r>
    </w:p>
    <w:p>
      <w:pPr>
        <w:jc w:val="right"/>
      </w:pPr>
      <w:r>
        <w:t>میں بہت بار امریکہ گیا ہوں۔ پوری سوسائٹی امریکہ کی ڈالر اورینٹڈ ہے۔ لکھا ہوا ہے ان گاڈ وی ٹرسٹ۔ تو ریچول لیول پر پائیں گے تو کچھ نہیں پائیں گے۔</w:t>
      </w:r>
    </w:p>
    <w:p>
      <w:r>
        <w:rPr>
          <w:b/>
        </w:rPr>
        <w:t xml:space="preserve">[1:00:13] </w:t>
      </w:r>
      <w:r>
        <w:t>rational level par payenge tab bhi thoda sa payenge. intuitional level par payenge tab payenge.</w:t>
      </w:r>
    </w:p>
    <w:p>
      <w:pPr>
        <w:jc w:val="right"/>
      </w:pPr>
      <w:r>
        <w:t>ریشنل لیول پر پائیں گے تب بھی تھوڑا سا پائیں گے۔ انٹیوشنل لیول پر پائیں گے تب پائیں گے۔</w:t>
      </w:r>
    </w:p>
    <w:p>
      <w:r>
        <w:rPr>
          <w:b/>
        </w:rPr>
        <w:t xml:space="preserve">[1:00:20] </w:t>
      </w:r>
      <w:r>
        <w:t>main ne ek qissa parha tha ke ek martaba jahaz ek doob raha tha. to ek bachcha tha us pe ek bachi thi khel rahi thi us waqt doobne ke waqt.</w:t>
      </w:r>
    </w:p>
    <w:p>
      <w:pPr>
        <w:jc w:val="right"/>
      </w:pPr>
      <w:r>
        <w:t>میں نے ایک قصہ پڑھا تھا کہ ایک مرتبہ جہاز ایک ڈوب رہا تھا۔ تو ایک بچہ تھا اس پہ ایک بچی تھی کھیل رہی تھی اس وقت ڈوبنے کے وقت۔</w:t>
      </w:r>
    </w:p>
    <w:p>
      <w:r>
        <w:rPr>
          <w:b/>
        </w:rPr>
        <w:t xml:space="preserve">[1:00:29] </w:t>
      </w:r>
      <w:r>
        <w:t>matlab toofan tha. ek aadmi us waqt kaha ke bhai toofan aaya hai dar hai ke jahaz doob jaye tum gudiya khel rahi ho.</w:t>
      </w:r>
    </w:p>
    <w:p>
      <w:pPr>
        <w:jc w:val="right"/>
      </w:pPr>
      <w:r>
        <w:t>مطلب طوفان تھا۔ ایک آدمی اس وقت کہا کہ بھئی طوفان آیا ہے ڈر ہے کہ جہاز ڈوب جائے تم گڑیا کھیل رہی ہو۔</w:t>
      </w:r>
    </w:p>
    <w:p>
      <w:r>
        <w:rPr>
          <w:b/>
        </w:rPr>
        <w:t xml:space="preserve">[1:00:38] </w:t>
      </w:r>
      <w:r>
        <w:t>to us ne kya kaha? You know my my you know my father is captain of this ship, he is not going to sink it.</w:t>
      </w:r>
    </w:p>
    <w:p>
      <w:pPr>
        <w:jc w:val="right"/>
      </w:pPr>
      <w:r>
        <w:t>تو اس نے کیا کہا؟ یو نو مائی مائی یو نو مائی فادر از کیپٹن آف دس از شپ ہی از ناٹ گوئنگ ٹو سنگ اٹ۔</w:t>
      </w:r>
    </w:p>
    <w:p>
      <w:r>
        <w:rPr>
          <w:b/>
        </w:rPr>
        <w:t xml:space="preserve">[1:00:50] </w:t>
      </w:r>
      <w:r>
        <w:t>mera baap jo hai uska uska captain hai. isko doobne nahi dega wo. ye hai trust.</w:t>
      </w:r>
    </w:p>
    <w:p>
      <w:pPr>
        <w:jc w:val="right"/>
      </w:pPr>
      <w:r>
        <w:t>میرا باپ جو ہے اس کا اس کا کیپٹن ہے۔ اس کو ڈوبنے نہیں دے گا وہ۔ یہ ہے ٹرسٹ۔</w:t>
      </w:r>
    </w:p>
    <w:p>
      <w:r>
        <w:rPr>
          <w:b/>
        </w:rPr>
        <w:t xml:space="preserve">[1:01:02] </w:t>
      </w:r>
      <w:r>
        <w:t>jab khuda aap ko is darje mein mil jaye ke aap ko yaqeen ho ke wo meri kashti ko bachayega. har mauqe par meri support support dega. har jagah wo mera saathi banega.</w:t>
      </w:r>
    </w:p>
    <w:p>
      <w:pPr>
        <w:jc w:val="right"/>
      </w:pPr>
      <w:r>
        <w:t>جب خدا آپ کو اس درجے میں مل جائے کہ آپ کو یقین ہو کہ وہ میری کشتی کو بچائے گا۔ ہر موقع پہ میری سپورٹ سپورٹ دے گا۔ ہر جگہ وہ میرا ساتھی بنے گا۔</w:t>
      </w:r>
    </w:p>
    <w:p>
      <w:r>
        <w:rPr>
          <w:b/>
        </w:rPr>
        <w:t xml:space="preserve">[1:01:15] </w:t>
      </w:r>
      <w:r>
        <w:t>tab wo khuda hai jo asli khuda jo mila aap ko. tab aap khuda se mohabbat karenge. tab khuda ka ek atha glory aap ke sine mein aa jayegi.</w:t>
      </w:r>
    </w:p>
    <w:p>
      <w:pPr>
        <w:jc w:val="right"/>
      </w:pPr>
      <w:r>
        <w:t>تب وہ خدا ہے جو اصلی خدا جو ملا آپ کو۔ تب آپ خدا سے محبت کریں گے۔ تب خدا کا ایک اتھا گلوری آپ کے سینے میں آ جائے گی۔</w:t>
      </w:r>
    </w:p>
    <w:p>
      <w:r>
        <w:rPr>
          <w:b/>
        </w:rPr>
        <w:t xml:space="preserve">[1:01:29] </w:t>
      </w:r>
      <w:r>
        <w:t>ek sense of awe aa jayega. to zindagi bilkul ek nayi nayi zindagi ban jayegi. ek sea change aayega aayega aap ki zindagi mein.</w:t>
      </w:r>
    </w:p>
    <w:p>
      <w:pPr>
        <w:jc w:val="right"/>
      </w:pPr>
      <w:r>
        <w:t>ایک سینس آف او آ جائے گا۔ تو زندگی بالکل ایک نئی نئی زندگی بن جائے گی۔ ایک سی چینج آئے گا آئے گا آپ کی زندگی میں۔</w:t>
      </w:r>
    </w:p>
    <w:p>
      <w:r>
        <w:rPr>
          <w:b/>
        </w:rPr>
        <w:t xml:space="preserve">[1:01:40] </w:t>
      </w:r>
      <w:r>
        <w:t>to main dua karta hoon ke hum ko aap ko yahi gyan ye realization mile. aur hum khuda ke sath jeene wale ban jayen.</w:t>
      </w:r>
    </w:p>
    <w:p>
      <w:pPr>
        <w:jc w:val="right"/>
      </w:pPr>
      <w:r>
        <w:t>تو میں دعا کرتا ہوں کہ ہم کو آپ کو یہی گیان یہ ریلائزیشن ملے۔ اور ہم خدا کے ساتھ جینے والے بن جائیں۔</w:t>
      </w:r>
    </w:p>
    <w:p>
      <w:r>
        <w:rPr>
          <w:b/>
        </w:rPr>
        <w:t xml:space="preserve">[1:01:51] </w:t>
      </w:r>
      <w:r>
        <w:t>aqool qawli haza wastaghfirullaha li walakum ajmaeen.</w:t>
      </w:r>
    </w:p>
    <w:p>
      <w:pPr>
        <w:jc w:val="right"/>
      </w:pPr>
      <w:r>
        <w:t>اقول قولیھذا واستغفراللہ لی ولکم اجمعین۔</w:t>
      </w:r>
    </w:p>
    <w:p>
      <w:r>
        <w:rPr>
          <w:b/>
        </w:rPr>
        <w:t xml:space="preserve">[1:02:09] </w:t>
      </w:r>
      <w:r>
        <w:t>maulana yeh sawal poocha hai</w:t>
      </w:r>
    </w:p>
    <w:p>
      <w:pPr>
        <w:jc w:val="right"/>
      </w:pPr>
      <w:r>
        <w:t>مولانا یہ سوال پوچھا ہے</w:t>
      </w:r>
    </w:p>
    <w:p>
      <w:r>
        <w:rPr>
          <w:b/>
        </w:rPr>
        <w:t xml:space="preserve">[1:02:12] </w:t>
      </w:r>
      <w:r>
        <w:t>Muhammad Zikwan Nadvi ne New Delhi se.</w:t>
      </w:r>
    </w:p>
    <w:p>
      <w:pPr>
        <w:jc w:val="right"/>
      </w:pPr>
      <w:r>
        <w:t>محمد زکوان ندوی نے نئی دلی سے۔</w:t>
      </w:r>
    </w:p>
    <w:p>
      <w:r>
        <w:rPr>
          <w:b/>
        </w:rPr>
        <w:t xml:space="preserve">[1:02:16] </w:t>
      </w:r>
      <w:r>
        <w:t>Abu Hurairah narrated a hadith which is also recorded in Sahih Al-Bukhari where the Prophet of Islam had said:</w:t>
      </w:r>
    </w:p>
    <w:p>
      <w:pPr>
        <w:jc w:val="right"/>
      </w:pPr>
      <w:r>
        <w:t>ابوہریرہ نیریٹڈ ا حدیث وچ از السو ریکارڈڈ ان صحیح البخاری ویر دی پرافٹ آف اسلام ہیڈ سیڈ:</w:t>
      </w:r>
    </w:p>
    <w:p>
      <w:r>
        <w:rPr>
          <w:b/>
        </w:rPr>
        <w:t xml:space="preserve">[1:02:26] </w:t>
      </w:r>
      <w:r>
        <w:t>Do good deeds sincerely and moderately</w:t>
      </w:r>
    </w:p>
    <w:p>
      <w:pPr>
        <w:jc w:val="right"/>
      </w:pPr>
      <w:r>
        <w:t>"ڈو گڈ ڈیڈز سنسیرلی اینڈ ماڈریٹلی</w:t>
      </w:r>
    </w:p>
    <w:p>
      <w:r>
        <w:rPr>
          <w:b/>
        </w:rPr>
        <w:t xml:space="preserve">[1:02:30] </w:t>
      </w:r>
      <w:r>
        <w:t>"and always adopt a middle course whereby you will reach the paradise."</w:t>
      </w:r>
    </w:p>
    <w:p>
      <w:pPr>
        <w:jc w:val="right"/>
      </w:pPr>
      <w:r>
        <w:t>اینڈ الویز اڈاپٹ ا مڈل کورس ویر بائے یو ویل ریچ دی پیراڈائز۔"</w:t>
      </w:r>
    </w:p>
    <w:p>
      <w:r>
        <w:rPr>
          <w:b/>
        </w:rPr>
        <w:t xml:space="preserve">[1:02:37] </w:t>
      </w:r>
      <w:r>
        <w:t>Maulana he wants you to explain this saying</w:t>
      </w:r>
    </w:p>
    <w:p>
      <w:pPr>
        <w:jc w:val="right"/>
      </w:pPr>
      <w:r>
        <w:t>مولانا ہی وانٹس یو ٹو ایکسپلین دس سینگ</w:t>
      </w:r>
    </w:p>
    <w:p>
      <w:r>
        <w:rPr>
          <w:b/>
        </w:rPr>
        <w:t xml:space="preserve">[1:02:40] </w:t>
      </w:r>
      <w:r>
        <w:t>of the prophet. dekhiye middle course jo hai wo practical mamlaat ke liye hai. yani aqeedah aur ibadat ke liye nahi hai ke aqeedah mein aap middle course len ye matlab nahi hai is ka.</w:t>
      </w:r>
    </w:p>
    <w:p>
      <w:pPr>
        <w:jc w:val="right"/>
      </w:pPr>
      <w:r>
        <w:t>آف دا پرافٹ۔ دیکھیے مڈل کورس جو ہے وہ پریکٹیکل معاملات کے لیے ہے۔ یعنی عقیدہ اور عبادت کے لیے نہیں ہے کہ عقیدے میں آپ مڈل کورس لیں یہ مطلب نہیں ہے اس کا۔</w:t>
      </w:r>
    </w:p>
    <w:p>
      <w:r>
        <w:rPr>
          <w:b/>
        </w:rPr>
        <w:t xml:space="preserve">[1:02:55] </w:t>
      </w:r>
      <w:r>
        <w:t>rozmarra ki zindagi ke mamlaat hain is mein aap extreme extreme par na jayen. kyunke extreme jaane se kya hota hai ke aap chal nahi pate aage.</w:t>
      </w:r>
    </w:p>
    <w:p>
      <w:pPr>
        <w:jc w:val="right"/>
      </w:pPr>
      <w:r>
        <w:t>روزمرہ کی زندگی کے معاملات ہیں اس میں آپ ایکسٹریم ایکسٹریم پر نہ جائیں۔ کیونکہ ایکسٹریم جانے سے کیا ہوتا ہے کہ آپ چل نہیں پاتے آگے۔</w:t>
      </w:r>
    </w:p>
    <w:p>
      <w:r>
        <w:rPr>
          <w:b/>
        </w:rPr>
        <w:t xml:space="preserve">[1:03:08] </w:t>
      </w:r>
      <w:r>
        <w:t>jo practicable hai us ko lijiyye. beech ke maane hain practicable.</w:t>
      </w:r>
    </w:p>
    <w:p>
      <w:pPr>
        <w:jc w:val="right"/>
      </w:pPr>
      <w:r>
        <w:t>جو پریکٹیکیبل ہے اس کو لیجئے۔ بیچ کے معنی ہیں پریکٹیکیبل۔</w:t>
      </w:r>
    </w:p>
    <w:p>
      <w:r>
        <w:rPr>
          <w:b/>
        </w:rPr>
        <w:t xml:space="preserve">[1:03:16] </w:t>
      </w:r>
      <w:r>
        <w:t>to intellectual maamle mein aap ko perfect hona chahiye. practical maamle mein aap ko wo cheez leni chahiye jo ke practically possible hai.</w:t>
      </w:r>
    </w:p>
    <w:p>
      <w:pPr>
        <w:jc w:val="right"/>
      </w:pPr>
      <w:r>
        <w:t>تو انٹلیکچول معاملے میں آپ کو پرفیکٹ ہونا چاہیے۔ پریکٹیکل معاملے میں آپ کو وہ چیز لینی چاہیے جو کہ پریکٹیکلی پاسیبل ہے۔</w:t>
      </w:r>
    </w:p>
    <w:p>
      <w:r>
        <w:rPr>
          <w:b/>
        </w:rPr>
        <w:t xml:space="preserve">[1:03:29] </w:t>
      </w:r>
      <w:r>
        <w:t>is tarah chalte hue chalte hue chalte hue aap pride tak pahunch jate hain.</w:t>
      </w:r>
    </w:p>
    <w:p>
      <w:pPr>
        <w:jc w:val="right"/>
      </w:pPr>
      <w:r>
        <w:t>اس طرح چلتے ہوئے چلتے ہوئے چلتے ہوئے آپ پرائیڈ تک پہنچ جاتے ہیں۔</w:t>
      </w:r>
    </w:p>
    <w:p>
      <w:r>
        <w:rPr>
          <w:b/>
        </w:rPr>
        <w:t xml:space="preserve">[1:03:36] </w:t>
      </w:r>
      <w:r>
        <w:t>yeh mera tajruba hai.</w:t>
      </w:r>
    </w:p>
    <w:p>
      <w:pPr>
        <w:jc w:val="right"/>
      </w:pPr>
      <w:r>
        <w:t>یہ میرا تجربہ ہے۔</w:t>
      </w:r>
    </w:p>
    <w:p>
      <w:r>
        <w:rPr>
          <w:b/>
        </w:rPr>
        <w:t xml:space="preserve">[1:03:39] </w:t>
      </w:r>
      <w:r>
        <w:t>maulana un ka aik aur sawal hai unhon ne likha hai ke "do not there is in sahih muslim and in other books it is recorded that the prophet of islam had said: 'do not turn your houses into graves.</w:t>
      </w:r>
    </w:p>
    <w:p>
      <w:pPr>
        <w:jc w:val="right"/>
      </w:pPr>
      <w:r>
        <w:t>مولانا ان کا ایک اور سوال ہے انہوں نے لکھا ہے کہ "ڈو ناٹ دیر از ان صحیح مسلم اینڈ ان ادر بکس اٹ از ریکارڈڈ دیٹ دی پرافٹ آف اسلام ہیڈ سیڈ: 'ڈو ناٹ ٹرن یور ہاؤسز انٹو گریوز۔</w:t>
      </w:r>
    </w:p>
    <w:p>
      <w:r>
        <w:rPr>
          <w:b/>
        </w:rPr>
        <w:t xml:space="preserve">[1:03:56] </w:t>
      </w:r>
      <w:r>
        <w:t>very shaitan does not enter the house where surah al-baqarah is recited.' also abdullah bin masood said: 'shaitan flees from the house where surah al-baqarah is heard.' kindly explain this.</w:t>
      </w:r>
    </w:p>
    <w:p>
      <w:pPr>
        <w:jc w:val="right"/>
      </w:pPr>
      <w:r>
        <w:t>ویری شیطان ڈز ناٹ انٹر دا ہاؤس ویر سورہ البقرہ از ریسائیٹڈ۔' السو عبداللہ بن مسعود سیڈ: 'شیطان فلیز فرام دا ہاؤس ویر سورہ البقرہ از ہرڈ۔' کائنڈلی ایکسپلین دس۔</w:t>
      </w:r>
    </w:p>
    <w:p>
      <w:r>
        <w:rPr>
          <w:b/>
        </w:rPr>
        <w:t xml:space="preserve">[1:04:13] </w:t>
      </w:r>
      <w:r>
        <w:t>dekh</w:t>
      </w:r>
    </w:p>
    <w:p>
      <w:pPr>
        <w:jc w:val="right"/>
      </w:pPr>
      <w:r>
        <w:t>دیک</w:t>
      </w:r>
    </w:p>
    <w:p>
      <w:r>
        <w:rPr>
          <w:b/>
        </w:rPr>
        <w:t xml:space="preserve">[1:04:14] </w:t>
      </w:r>
      <w:r>
        <w:t>hee ye is ka matlab yeh nahi ke bas surah baqarah parhi jaye ya ghar mein namaz parhi jaye aik musalla ho aik musalla ho aik aik janamaz ho nahi is mein charche ho charche tab aisa hoga log samajhte hain ke quran lo tilawat kar do zor zor se to shaitan bhag jayega ya aik kone mein kahin musalla rakha hua ho wahan namaz parho ja kar ke to shaitan bhag jayega</w:t>
      </w:r>
    </w:p>
    <w:p>
      <w:pPr>
        <w:jc w:val="right"/>
      </w:pPr>
      <w:r>
        <w:t>ھیے اس کا مطلب یہ نہیں کہ بس سورہ بقرہ پڑھی جائے یا گھر میں نماز پڑھی جائے ایک مصلی ہو ایک مصلی ہو ایک ایک جانماز ہو نہیں اس میں چرچہ ہو چرچہ تب ایسا ہوگا لوگ سمجھتے ہیں کہ قرآن لو تلاوت کر دو زور زور سے تو شیطان بھاگ جائے گا یا ایک کونے میں کہیں مصلی رکھا ہوا ہو وہاں نماز پڑھو جا کر کے تو شیطان بھاگ جائے گا</w:t>
      </w:r>
    </w:p>
    <w:p>
      <w:r>
        <w:rPr>
          <w:b/>
        </w:rPr>
        <w:t xml:space="preserve">[1:04:42] </w:t>
      </w:r>
      <w:r>
        <w:t>nahi is ghar mein khuda ka charche ho is khutba khuda ki soch pai jati hai is ghar mein logon ka haal mein ne dekha hai ke charche to hota hai doosri doosri cheezon ka kone mein aik aik musalla bhi rakha rehta hai aur aik quran bhi rakha rehta hai</w:t>
      </w:r>
    </w:p>
    <w:p>
      <w:pPr>
        <w:jc w:val="right"/>
      </w:pPr>
      <w:r>
        <w:t>نہیں اس گھر میں خدا کا چرچہ ہو اس خطبہ خدا کی سوچ پائی جاتی ہے اس گھر میں لوگوں کا حال میں نے دیکھا ہے کہ چرچہ تو ہوتا ہے دوسری دوسری چیزوں کا کونے میں ایک ایک مصلی بھی رکھا رہتا ہے اور ایک قرآن بھی رکھا رہتا ہے</w:t>
      </w:r>
    </w:p>
    <w:p>
      <w:r>
        <w:rPr>
          <w:b/>
        </w:rPr>
        <w:t xml:space="preserve">[1:05:05] </w:t>
      </w:r>
      <w:r>
        <w:t>gharon mein charche hona chahiye deen ka khuda ka sachai ka rohaniyat ka tab aisa hoga ke shaitan bhag jayega to charche kisi aur cheez ka ho aur ritual tor par aap kuch parh lein ya to is se shaitan nahi bhagta.</w:t>
      </w:r>
    </w:p>
    <w:p>
      <w:pPr>
        <w:jc w:val="right"/>
      </w:pPr>
      <w:r>
        <w:t>گھروں میں چرچہ ہونا چاہیے دین کا خدا کا سچائی کا روحانیت کا تب ایسا ہوگا کہ شیطان بھاگ جائے گا تو چرچہ کسی اور چیز کا ہو اور ریچول طور پر آپ کچھ پڑھ لیں یا تو اس سے شیطان نہیں بھاگتا۔</w:t>
      </w:r>
    </w:p>
    <w:p>
      <w:r>
        <w:rPr>
          <w:b/>
        </w:rPr>
        <w:t xml:space="preserve">[1:05:28] </w:t>
      </w:r>
      <w:r>
        <w:t>maulana yeh sawal kiya hai stuti malhotra ne new delhi se. she is written: "today you explained three levels the third level being the intuition level</w:t>
      </w:r>
    </w:p>
    <w:p>
      <w:pPr>
        <w:jc w:val="right"/>
      </w:pPr>
      <w:r>
        <w:t>مولانا یہ سوال کیا ہے ستوتی ملھوترا نے نیو دہلی سے۔ شی از ریٹن: "ٹوڈے یو ایکسپلینڈ تھری لیولز دا تھرڈ لیول بینگ دا انٹیوشن لیول</w:t>
      </w:r>
    </w:p>
    <w:p>
      <w:r>
        <w:rPr>
          <w:b/>
        </w:rPr>
        <w:t xml:space="preserve">[1:05:39] </w:t>
      </w:r>
      <w:r>
        <w:t>. my question is that are there different intuition levels also among people and if yes how do we come to know which one is correct?" ji is mein correct ki baat nahi hai is mein.</w:t>
      </w:r>
    </w:p>
    <w:p>
      <w:pPr>
        <w:jc w:val="right"/>
      </w:pPr>
      <w:r>
        <w:t>۔ مائی کوئسچن از دیٹ ار دیر ڈفرنٹ انٹیوشن لیولز السو امنگ پیپل اینڈ اف یس ہاؤ ڈو وی کم ٹو نو وچ ون از کریکٹ؟" جی اس میں کریکٹ کی بات نہیں ہے اس میں۔</w:t>
      </w:r>
    </w:p>
    <w:p>
      <w:r>
        <w:rPr>
          <w:b/>
        </w:rPr>
        <w:t xml:space="preserve">[1:05:55] </w:t>
      </w:r>
      <w:r>
        <w:t>yani degree ki baat hai degree degree mein farq rahega</w:t>
      </w:r>
    </w:p>
    <w:p>
      <w:pPr>
        <w:jc w:val="right"/>
      </w:pPr>
      <w:r>
        <w:t>یعنی ڈگری کی بات ہے ڈگری ڈگری میں فرق رہے گا</w:t>
      </w:r>
    </w:p>
    <w:p>
      <w:r>
        <w:rPr>
          <w:b/>
        </w:rPr>
        <w:t xml:space="preserve">[1:06:04] </w:t>
      </w:r>
      <w:r>
        <w:t>mein manta hoon</w:t>
      </w:r>
    </w:p>
    <w:p>
      <w:pPr>
        <w:jc w:val="right"/>
      </w:pPr>
      <w:r>
        <w:t>میں مانتا ہوں</w:t>
      </w:r>
    </w:p>
    <w:p>
      <w:r>
        <w:rPr>
          <w:b/>
        </w:rPr>
        <w:t xml:space="preserve">[1:06:08] </w:t>
      </w:r>
      <w:r>
        <w:t>yani institutional level jo hai is mein degree ke aitbar se bohat se farq ho sakte hain aik aadmi bohat devote kare kam devote kare aik aadmi aik aadmi bohat parha likha ho aik aadmi kam parha likha ho aik aadmi zyada sochta ho aik aadmi kam sochta ho to degree mein to farq ho jayega</w:t>
      </w:r>
    </w:p>
    <w:p>
      <w:pPr>
        <w:jc w:val="right"/>
      </w:pPr>
      <w:r>
        <w:t>یعنی انٹیوشنل لیول جو ہے اس میں ڈگری کے اعتبار سے بہت سے فرق ہو سکتے ہیں ایک آدمی بہت ڈیووٹ کرے کم ڈیووٹ کرے ایک آدمی ایک آدمی بہت پڑھا لکھا ہو ایک آدمی کم پڑھا لکھا ہو ایک آدمی زیادہ سوچتا ہو ایک آدمی کم سوچتا ہو تو ڈگری میں تو فرق ہو جائے گا</w:t>
      </w:r>
    </w:p>
    <w:p>
      <w:r>
        <w:rPr>
          <w:b/>
        </w:rPr>
        <w:t xml:space="preserve">[1:06:28] </w:t>
      </w:r>
      <w:r>
        <w:t>lekin behrahal is ko apne intuition se layer ko hatana parega warna khuda ki marifat nahi milegi ab jo bohat zyada bohat zyada hatayega to oonchi degree ka is ko mil jayega realization nahi to kam degree ka milega to jo difference hai wo in terms of degree hai jahan tak mein samajhta hoon.</w:t>
      </w:r>
    </w:p>
    <w:p>
      <w:pPr>
        <w:jc w:val="right"/>
      </w:pPr>
      <w:r>
        <w:t>لیکن بہرحال اس کو اپنے انٹیوشن سے لیئر کو ہٹانا پڑے گا ورنہ خدا کی معرفت نہیں ملے گی اب جو بہت زیادہ بہت زیادہ ہٹائے گا تو اونچی ڈگری کا اس کو مل جائے گا ریلائزیشن نہیں تو کم ڈگری کا ملے گا تو جو ڈیفرنس ہے وہ ان ٹرمز اف ڈگری ہے جہاں تک میں سمجھتا ہوں۔</w:t>
      </w:r>
    </w:p>
    <w:p>
      <w:r>
        <w:rPr>
          <w:b/>
        </w:rPr>
        <w:t xml:space="preserve">[1:06:55] </w:t>
      </w:r>
      <w:r>
        <w:t>maulana agla sawal abdul basit ne kiya hai doha qatar se unhon ne likha hai: "maulana ikhtiyar rakhte hue kaise apne ajz ko daryaft karein?" yani kis tarah ki soch se hum apne ajz ko daryaft karein?</w:t>
      </w:r>
    </w:p>
    <w:p>
      <w:pPr>
        <w:jc w:val="right"/>
      </w:pPr>
      <w:r>
        <w:t>مولانا اگلا سوال عبدالباسط نے کیا ہے دوحہ قطر سے انہوں نے لکھا ہے: "مولانا اختیار رکھتے ہوئے کیسے اپنے عجز کو دریافت کریں؟" یعنی کس طرح کی سوچ سے ہم اپنے عجز کو دریافت کریں؟</w:t>
      </w:r>
    </w:p>
    <w:p>
      <w:r>
        <w:rPr>
          <w:b/>
        </w:rPr>
        <w:t xml:space="preserve">[1:07:17] </w:t>
      </w:r>
      <w:r>
        <w:t>ajz ki daryaft har waqt hoti rehti hai har waqt hoti rehti hai</w:t>
      </w:r>
    </w:p>
    <w:p>
      <w:pPr>
        <w:jc w:val="right"/>
      </w:pPr>
      <w:r>
        <w:t>عجز کی دریافت ہر وقت ہوتی رہتی ہے ہر وقت ہوتی رہتی ہے</w:t>
      </w:r>
    </w:p>
    <w:p>
      <w:r>
        <w:rPr>
          <w:b/>
        </w:rPr>
        <w:t xml:space="preserve">[1:07:22] </w:t>
      </w:r>
      <w:r>
        <w:t>hum koi na koi cheez hum se jaise ab mein farz ki jiye ke yeh uthata hoon aksar hota hai slip kar ke gir jata hai to mein ne apne ajz ko daryaft kiya ke khuda itni bari universe ko manage kar raha hai aur koi aisa na ho ke koi sitara gir pade koi planet gir pade koi star gir pade</w:t>
      </w:r>
    </w:p>
    <w:p>
      <w:pPr>
        <w:jc w:val="right"/>
      </w:pPr>
      <w:r>
        <w:t>ہم کوئی نہ کوئی چیز ہم سے جیسے اب میں فرض کیجئے کہ یہ اٹھاتا ہوں اکثر ہوتا ہے سلپ کر کے گر جاتا ہے تو میں نے اپنے عجز کو دریافت کیا کہ خدا اتنی بڑی یونیورس کو مینج کر رہا ہے اور کوئی ایسا نہ ہو کہ کوئی ستارہ گر پڑے کوئی پلینٹ گر پڑے کوئی سٹار گر پڑے</w:t>
      </w:r>
    </w:p>
    <w:p>
      <w:r>
        <w:rPr>
          <w:b/>
        </w:rPr>
        <w:t xml:space="preserve">[1:07:45] </w:t>
      </w:r>
      <w:r>
        <w:t>ab jaise mein kal parson ki baat batata hoon mera daant jo hai wo zuban mein kuch injury ho gayi zuban mein khane khate waqt ittefaq se zuban kahin daant ke is mein aa gayi is ki zad mein aa gayi to zuban mein injury ho gayi</w:t>
      </w:r>
    </w:p>
    <w:p>
      <w:pPr>
        <w:jc w:val="right"/>
      </w:pPr>
      <w:r>
        <w:t>اب جیسے میں کل پرسوں کی بات بتاتا ہوں میرا دانت جو ہے وہ زبان میں کچھ انجری ہو گئی زبان میں کھانے کھاتے کے وقت اتفاق سے زبان کہیں دانت کے اس میں اگئی اس کی زد میں اگئی تو زبان میں انجری ہو گئی</w:t>
      </w:r>
    </w:p>
    <w:p>
      <w:r>
        <w:rPr>
          <w:b/>
        </w:rPr>
        <w:t xml:space="preserve">[1:08:06] </w:t>
      </w:r>
      <w:r>
        <w:t>bhai doctor ke paas jana para to mein ne socha jate hue ke insaan itna helpless hai ke khud apne daant hain aur apni zuban hai apne daant se bhi apni zuban ko bacha nahi sakta wo</w:t>
      </w:r>
    </w:p>
    <w:p>
      <w:pPr>
        <w:jc w:val="right"/>
      </w:pPr>
      <w:r>
        <w:t>بھئی ڈاکٹر کے پاس جانا پڑا تو میں نے سوچا جاتے ہوئے کہ انسان اتنا ہیلپ لیس ہے کہ خود اپنے دانت ہیں اور اپنی زبان ہے اپنے دانت سے بھی اپنی زبان کو بچا نہیں سکتا وہ</w:t>
      </w:r>
    </w:p>
    <w:p>
      <w:r>
        <w:rPr>
          <w:b/>
        </w:rPr>
        <w:t xml:space="preserve">[1:08:24] </w:t>
      </w:r>
      <w:r>
        <w:t>yeh bohat anokha mere liye experience tha wo daant bhi meri zuban bhi meri</w:t>
      </w:r>
    </w:p>
    <w:p>
      <w:pPr>
        <w:jc w:val="right"/>
      </w:pPr>
      <w:r>
        <w:t>یہ بہت انوکھا میرے لیے ایکسپیرینس تھا وہ دانت بھی میری زبان بھی میری</w:t>
      </w:r>
    </w:p>
    <w:p>
      <w:r>
        <w:rPr>
          <w:b/>
        </w:rPr>
        <w:t xml:space="preserve">[1:08:31] </w:t>
      </w:r>
      <w:r>
        <w:t>aur mein khud apne daant se apni zuban ko bacha nahi sakta</w:t>
      </w:r>
    </w:p>
    <w:p>
      <w:pPr>
        <w:jc w:val="right"/>
      </w:pPr>
      <w:r>
        <w:t>اور میں خود اپنے دانت سے اپنی زبان کو بچا نہیں سکتا</w:t>
      </w:r>
    </w:p>
    <w:p>
      <w:r>
        <w:rPr>
          <w:b/>
        </w:rPr>
        <w:t xml:space="preserve">[1:08:37] </w:t>
      </w:r>
      <w:r>
        <w:t>to har waqt har waqt tajruba hota hai is tajrube mein lesson jo chupa hua hai us ko lesson nikaliye har waqt koi na koi aisi cheez hoti hai jo batati hai ke insaan helpless hai to helplessness ka koi koi wo koi course nahi hai wo apne aql ko active karna hai apni soch ko active karna hai</w:t>
      </w:r>
    </w:p>
    <w:p>
      <w:pPr>
        <w:jc w:val="right"/>
      </w:pPr>
      <w:r>
        <w:t>تو ہر وقت ہر وقت تجربہ ہوتا ہے اس تجربے میں لیسن جو چھپا ہوا ہے اس کو لیسن نکالیے ہر وقت کوئی نہ کوئی ایسی چیز ہوتی ہے جو بتاتی ہے کہ انسان ہیلپ لیس ہے تو ہیلپ لیسنس کا کوئی کوئی وہ کوئی کورس نہیں ہے وہ اپنے عقل کو ایکٹیو کرنا ہے اپنی سوچ کو ایکٹیو کرنا ہے</w:t>
      </w:r>
    </w:p>
    <w:p>
      <w:r>
        <w:rPr>
          <w:b/>
        </w:rPr>
        <w:t xml:space="preserve">[1:09:07] </w:t>
      </w:r>
      <w:r>
        <w:t>yani mein kahoon ke intellectual awakening jitni hogi utni aap is baat ko janenge yani zehni bedari jitna hoga jitni zyada utni zyada aap is se waqif ho jayenge.</w:t>
      </w:r>
    </w:p>
    <w:p>
      <w:pPr>
        <w:jc w:val="right"/>
      </w:pPr>
      <w:r>
        <w:t>یعنی میں کہوں کہ انٹلیکچول اویکننگ جتنی ہوگی اتنی اپ اس بات کو جانیں گے یعنی ذہنی بیداری جتنا ہوگی جتنی زیادہ اتنی زیادہ اپ اس سے واقف ہو جائیں گے۔</w:t>
      </w:r>
    </w:p>
    <w:p>
      <w:r>
        <w:rPr>
          <w:b/>
        </w:rPr>
        <w:t xml:space="preserve">[1:09:22] </w:t>
      </w:r>
      <w:r>
        <w:t>maulana agla sawal kiya hai doctor farida khanoom ne new delhi se. she is written: "in this world we have so many duties to perform in such a situation</w:t>
      </w:r>
    </w:p>
    <w:p>
      <w:pPr>
        <w:jc w:val="right"/>
      </w:pPr>
      <w:r>
        <w:t>مولانا اگلا سوال کیا ہے ڈاکٹر فریدہ خانم نے نیو دہلی سے۔ شی از ریٹن: "ان دس ورلڈ وی ہیو سو مینی ڈیوٹیز ٹو پرفارم ان سچ ا سچویشن</w:t>
      </w:r>
    </w:p>
    <w:p>
      <w:r>
        <w:rPr>
          <w:b/>
        </w:rPr>
        <w:t xml:space="preserve">[1:09:36] </w:t>
      </w:r>
      <w:r>
        <w:t>how can we focus on god? what should be done in such a situation so that we may find nearness to god?" bhai yeh kaam har aadmi karte hi karta hai har ghar mein jaise aik baap hai to wo focus apne bete pe rehta hai</w:t>
      </w:r>
    </w:p>
    <w:p>
      <w:pPr>
        <w:jc w:val="right"/>
      </w:pPr>
      <w:r>
        <w:t>ہاؤ کین وی فوکس ان گاڈ؟ واٹ شوڈ بی ڈن ان سچ ا سچویشن سو دیٹ وی می فائنڈ نیئرنس ٹو گاڈ؟" بھئی یہ کام ہر آدمی کرتے ہی کرتا ہے ہر گھر میں جیسے ایک باپ ہے تو وہ فوکس اپنے بیٹے پہ رہتا ہے</w:t>
      </w:r>
    </w:p>
    <w:p>
      <w:r>
        <w:rPr>
          <w:b/>
        </w:rPr>
        <w:t xml:space="preserve">[1:09:55] </w:t>
      </w:r>
      <w:r>
        <w:t>hazaar doosre problem hain us ko bhula deta hai us ko apni beti ki education ke liye apne bete ko settle karne ke liye apne bete ko achi married life ke liye wo sochta din bhar sochta hai raat din sochta hai to har aadmi apne ghar mein dekh sakta hai ke kis tarah se aadmi apne aap ko deviation se bachata hai distraction se bachata hai yeh to har aadmi karta</w:t>
      </w:r>
    </w:p>
    <w:p>
      <w:pPr>
        <w:jc w:val="right"/>
      </w:pPr>
      <w:r>
        <w:t>ہزار دوسرے پرابلم ہیں اس کو بھلا دیتا ہے اس کو اپنی بیٹی کی ایجوکیشن کے لیے اپنے بیٹے کو سیٹل کرنے کے لیے اپنے بیٹے کو اچھی میرڈ لائف کے لیے وہ سوچتا دن بھر سوچتا ہے رات دن سوچتا ہے تو ہر آدمی اپنے گھر میں دیکھ سکتا ہے کہ کس طرح سے آدمی اپنے آپ کو ڈیویشن سے بچاتا ہے ڈسٹریکشن سے بچاتا ہے یہ تو ہر آدمی کرتا</w:t>
      </w:r>
    </w:p>
    <w:p>
      <w:r>
        <w:rPr>
          <w:b/>
        </w:rPr>
        <w:t xml:space="preserve">[1:10:21] </w:t>
      </w:r>
      <w:r>
        <w:t>he karta hai yeh ek aisi baat hai jis ko har aadmi khud apne experience se samajh sakta</w:t>
      </w:r>
    </w:p>
    <w:p>
      <w:pPr>
        <w:jc w:val="right"/>
      </w:pPr>
      <w:r>
        <w:t>ہی کرتا ہے یہ ایک ایسی بات ہے جس کو ہر آدمی خود اپنے ایکسپیرینس سے سمجھ سکتا</w:t>
      </w:r>
    </w:p>
    <w:p>
      <w:r>
        <w:rPr>
          <w:b/>
        </w:rPr>
        <w:t xml:space="preserve">[1:10:26] </w:t>
      </w:r>
      <w:r>
        <w:t>hai har ghar mein is is ka demonstration ho raha hai demonstration</w:t>
      </w:r>
    </w:p>
    <w:p>
      <w:pPr>
        <w:jc w:val="right"/>
      </w:pPr>
      <w:r>
        <w:t>ہے ہر گھر میں اس اس کا ڈیمونسٹریشن ہو رہا ہے ڈیمونسٹریشن</w:t>
      </w:r>
    </w:p>
    <w:p>
      <w:r>
        <w:rPr>
          <w:b/>
        </w:rPr>
        <w:t xml:space="preserve">[1:10:33] </w:t>
      </w:r>
      <w:r>
        <w:t>ke kis tarah tum har har har deviation se bacha sakte ho har distraction se apne ko door</w:t>
      </w:r>
    </w:p>
    <w:p>
      <w:pPr>
        <w:jc w:val="right"/>
      </w:pPr>
      <w:r>
        <w:t>کہ کس طرح تم ہر ہر ہر ڈیویشن سے بچا سکتے ہو ہر ڈسٹریکشن سے اپنے کو دور</w:t>
      </w:r>
    </w:p>
    <w:p>
      <w:r>
        <w:rPr>
          <w:b/>
        </w:rPr>
        <w:t xml:space="preserve">[1:10:39] </w:t>
      </w:r>
      <w:r>
        <w:t>kar sakte ho wapas apna focus single rakh sakte ho apne bete par apne job par apne business</w:t>
      </w:r>
    </w:p>
    <w:p>
      <w:pPr>
        <w:jc w:val="right"/>
      </w:pPr>
      <w:r>
        <w:t>کر سکتے ہو واپس اپنا فوکس سنگل رکھ سکتے ہو اپنے بیٹے پر اپنے جاب پر اپنے بزنس</w:t>
      </w:r>
    </w:p>
    <w:p>
      <w:r>
        <w:rPr>
          <w:b/>
        </w:rPr>
        <w:t xml:space="preserve">[1:10:45] </w:t>
      </w:r>
      <w:r>
        <w:t>par wohi aadmi ko Khuda ke liye karna hai.</w:t>
      </w:r>
    </w:p>
    <w:p>
      <w:pPr>
        <w:jc w:val="right"/>
      </w:pPr>
      <w:r>
        <w:t>پر وہی آدمی کو خدا کے لیے کرنا ہے۔</w:t>
      </w:r>
    </w:p>
    <w:p>
      <w:r>
        <w:rPr>
          <w:b/>
        </w:rPr>
        <w:t xml:space="preserve">[1:10:52] </w:t>
      </w:r>
      <w:r>
        <w:t>Maulana agla sawal kya hai Miss Maria ne Delhi se.</w:t>
      </w:r>
    </w:p>
    <w:p>
      <w:pPr>
        <w:jc w:val="right"/>
      </w:pPr>
      <w:r>
        <w:t>مولانا اگلا سوال کیا ہے مس ماریہ نے دہلی سے۔</w:t>
      </w:r>
    </w:p>
    <w:p>
      <w:r>
        <w:rPr>
          <w:b/>
        </w:rPr>
        <w:t xml:space="preserve">[1:10:57] </w:t>
      </w:r>
      <w:r>
        <w:t>"Please explain the change brought about in a person's personality</w:t>
      </w:r>
    </w:p>
    <w:p>
      <w:pPr>
        <w:jc w:val="right"/>
      </w:pPr>
      <w:r>
        <w:t>"پلیز ایکسپلین دا چینج براٹ اباؤٹ ان ا پرسنز پرسنیلٹی</w:t>
      </w:r>
    </w:p>
    <w:p>
      <w:r>
        <w:rPr>
          <w:b/>
        </w:rPr>
        <w:t xml:space="preserve">[1:11:02] </w:t>
      </w:r>
      <w:r>
        <w:t>due to an intuitional level of God realization</w:t>
      </w:r>
    </w:p>
    <w:p>
      <w:pPr>
        <w:jc w:val="right"/>
      </w:pPr>
      <w:r>
        <w:t>ڈیو ٹو انٹیوشنل لیول اف گاڈ ریلائزیشن</w:t>
      </w:r>
    </w:p>
    <w:p>
      <w:r>
        <w:rPr>
          <w:b/>
        </w:rPr>
        <w:t xml:space="preserve">[1:11:06] </w:t>
      </w:r>
      <w:r>
        <w:t>by citing an example from the life of companions of the Prophet."</w:t>
      </w:r>
    </w:p>
    <w:p>
      <w:pPr>
        <w:jc w:val="right"/>
      </w:pPr>
      <w:r>
        <w:t>بائے سائٹنگ این ایگزیمپل فرام دا لائف اف کمپینینز اف دا پرافٹ۔"</w:t>
      </w:r>
    </w:p>
    <w:p>
      <w:r>
        <w:rPr>
          <w:b/>
        </w:rPr>
        <w:t xml:space="preserve">[1:11:11] </w:t>
      </w:r>
      <w:r>
        <w:t>bhai example to bohat sare hain</w:t>
      </w:r>
    </w:p>
    <w:p>
      <w:pPr>
        <w:jc w:val="right"/>
      </w:pPr>
      <w:r>
        <w:t>بھائی ایگزیمپل تو بہت سارے ہیں</w:t>
      </w:r>
    </w:p>
    <w:p>
      <w:r>
        <w:rPr>
          <w:b/>
        </w:rPr>
        <w:t xml:space="preserve">[1:11:16] </w:t>
      </w:r>
      <w:r>
        <w:t>ab foran mere dimagh mein nahin aa raha ke main kaun sa example pesh karoon</w:t>
      </w:r>
    </w:p>
    <w:p>
      <w:pPr>
        <w:jc w:val="right"/>
      </w:pPr>
      <w:r>
        <w:t>اب فورا میرے دماغ میں نہیں آ رہا کہ میں کون سا ایگزیمپل پیش کروں</w:t>
      </w:r>
    </w:p>
    <w:p>
      <w:r>
        <w:rPr>
          <w:b/>
        </w:rPr>
        <w:t xml:space="preserve">[1:11:22] </w:t>
      </w:r>
      <w:r>
        <w:t>kyun ke prophet ke jo companion the wo paida yani paidaish hui hon pious aisa nahi tha koi pious paida nahi hua tha</w:t>
      </w:r>
    </w:p>
    <w:p>
      <w:pPr>
        <w:jc w:val="right"/>
      </w:pPr>
      <w:r>
        <w:t>کیونکہ پرافٹ کے جو کمپینین تھے وہ پیدا یعنی پیدائش ہوئی ہوں پائس ایسا نہیں تھا کوئی پائس پیدا نہیں ہوا تھا</w:t>
      </w:r>
    </w:p>
    <w:p>
      <w:r>
        <w:rPr>
          <w:b/>
        </w:rPr>
        <w:t xml:space="preserve">[1:11:37] </w:t>
      </w:r>
      <w:r>
        <w:t>kuch aisi cheezein pesh aaein jis ne un ki zindagi ko badal diya</w:t>
      </w:r>
    </w:p>
    <w:p>
      <w:pPr>
        <w:jc w:val="right"/>
      </w:pPr>
      <w:r>
        <w:t>کچھ ایسی چیزیں پیش آئیں جس نے ان کی زندگی کو بدل دیا</w:t>
      </w:r>
    </w:p>
    <w:p>
      <w:r>
        <w:rPr>
          <w:b/>
        </w:rPr>
        <w:t xml:space="preserve">[1:11:44] </w:t>
      </w:r>
      <w:r>
        <w:t>to sab ke sath aisi qisse aisi waqiat hain ke is ne un ki zindagi ko badal diya</w:t>
      </w:r>
    </w:p>
    <w:p>
      <w:pPr>
        <w:jc w:val="right"/>
      </w:pPr>
      <w:r>
        <w:t>تو سب کے ساتھ ایسی قصے ایسے واقعات ہیں کہ اس نے ان کی زندگی کو بدل دیا</w:t>
      </w:r>
    </w:p>
    <w:p>
      <w:r>
        <w:rPr>
          <w:b/>
        </w:rPr>
        <w:t xml:space="preserve">[1:11:52] </w:t>
      </w:r>
      <w:r>
        <w:t>jaise misaal ke taur par dekhiye ek sahabi the to apne ghar ke samne baithe hue the to ek bulk card guzri bail gaadi us mein do animal yani do bail bandhe hue the</w:t>
      </w:r>
    </w:p>
    <w:p>
      <w:pPr>
        <w:jc w:val="right"/>
      </w:pPr>
      <w:r>
        <w:t>جیسے مثال کے طور پر دیکھیے ایک صحابی تھے تو اپنے گھر کے سامنے بیٹھے ہوئے تھے تو ایک بلک کارڈ گزری بیل گاڑی اس میں دو اینیمل یعنی دو بیل بندھے ہوئے تھے</w:t>
      </w:r>
    </w:p>
    <w:p>
      <w:r>
        <w:rPr>
          <w:b/>
        </w:rPr>
        <w:t xml:space="preserve">[1:12:11] </w:t>
      </w:r>
      <w:r>
        <w:t>to chalte chalte kya hua ke ek bail baith gaya to jo gaadi chala raha tha us ne jo jo baith gaya to us ko mara us ko nahi mara jo abhi khada hua tha</w:t>
      </w:r>
    </w:p>
    <w:p>
      <w:pPr>
        <w:jc w:val="right"/>
      </w:pPr>
      <w:r>
        <w:t>تو چلتے چلتے کیا ہوا کہ ایک بیل بیٹھ گیا تو جو گاڑی چلا رہا تھا اس نے جو جو بیٹھ گیا تو اس کو مارا اس کو نہیں مارا جو ابھی کھڑا ہوا تھا</w:t>
      </w:r>
    </w:p>
    <w:p>
      <w:r>
        <w:rPr>
          <w:b/>
        </w:rPr>
        <w:t xml:space="preserve">[1:12:30] </w:t>
      </w:r>
      <w:r>
        <w:t>jo aadmi chala raha tha cart ko gaadi ko to us ne jo jo bail khada reh gaya tha us ko to kuch bhi nahi kiya matlab wo bach gaya aur jo baith gaya to us ko mara to phir wo khada ho gaya wo to unhon ne kaha ke dekho is mein lesson hai is se un ki zindagi</w:t>
      </w:r>
    </w:p>
    <w:p>
      <w:pPr>
        <w:jc w:val="right"/>
      </w:pPr>
      <w:r>
        <w:t>جو آدمی چلا رہا تھا کارٹ کو گاڑی کو تو اس نے جو جو بیل کھڑا رہ گیا تھا اس کو تو کچھ بھی نہیں کیا مطلب وہ بچ گیا اور جو بیٹھ گیا تو اس کو مارا تو پھر وہ کھڑا ہو گیا وہ تو انہوں نے کہا کہ دیکھو اس میں لیسن ہے اس سے ان کی زندگی</w:t>
      </w:r>
    </w:p>
    <w:p>
      <w:r>
        <w:rPr>
          <w:b/>
        </w:rPr>
        <w:t xml:space="preserve">[1:12:55] </w:t>
      </w:r>
      <w:r>
        <w:t>badal gayi un ki ke mujhe bhi agar agar main duty na pura karun khuda ki duty to mujhe mar pare gi mere upar</w:t>
      </w:r>
    </w:p>
    <w:p>
      <w:pPr>
        <w:jc w:val="right"/>
      </w:pPr>
      <w:r>
        <w:t>بدل گئی ان کی کہ مجھے بھی اگر اگر میں ڈیوٹی نہ پورا کروں خدا کی ڈیوٹی تو مجھے مار پڑے گی میرے اوپر</w:t>
      </w:r>
    </w:p>
    <w:p>
      <w:r>
        <w:rPr>
          <w:b/>
        </w:rPr>
        <w:t xml:space="preserve">[1:13:06] </w:t>
      </w:r>
      <w:r>
        <w:t>agar duty na pura karun ga to mujhe mar pare gi to ek ek waqia hai un ki zindagi mein ek ek ek ek ek inqalab barpa kar diya ek change paida paida kar diya</w:t>
      </w:r>
    </w:p>
    <w:p>
      <w:pPr>
        <w:jc w:val="right"/>
      </w:pPr>
      <w:r>
        <w:t>اگر ڈیوٹی نہ پورا کروں گا تو مجھے مار پڑے گی تو ایک ایک واقعہ ہے ان کی زندگی میں ایک ایک ایک ایک ایک انقلاب برپا کر دیا ایک چینج پیدا پیدا کر دیا</w:t>
      </w:r>
    </w:p>
    <w:p>
      <w:r>
        <w:rPr>
          <w:b/>
        </w:rPr>
        <w:t xml:space="preserve">[1:13:18] </w:t>
      </w:r>
      <w:r>
        <w:t>yani is is waqiye mein chupa hua tha lesson sab ke liye lekin sab dekh nahi paaye khud gaadi wala bhi nahi dekh paya jis gaadi ne is jo jis gaadi ke upar jo baitha hua tha aadmi jo chala raha tha us ko bhi pata nahi ke is ka lesson chupa hua hai lekin ek sahabi jo dekh rahe the un ko un ko wo lesson mil gaya</w:t>
      </w:r>
    </w:p>
    <w:p>
      <w:pPr>
        <w:jc w:val="right"/>
      </w:pPr>
      <w:r>
        <w:t>یعنی اس اس واقعے میں چھپا ہوا تھا لیسن سب کے لیے لیکن سب دیکھ نہیں پائے خود گاڑی والا بھی نہیں دیکھ پایا جس گاڑی نے اس جو جس گاڑی کے اوپر جو بیٹھا ہوا تھا آدمی جو چلا رہا تھا اس کو بھی پتہ نہیں کہ اس کا لیسن چھپا ہوا ہے لیکن ایک صحابی جو دیکھ رہے تھے ان کو ان کو وہ لیسن مل گیا</w:t>
      </w:r>
    </w:p>
    <w:p>
      <w:r>
        <w:rPr>
          <w:b/>
        </w:rPr>
        <w:t xml:space="preserve">[1:13:43] </w:t>
      </w:r>
      <w:r>
        <w:t>to ye aap ki yani dekhne ki shakti hai jo kisi cheez ko lesson mein convert kar deti hai agar wo shakti nahi hai to nahi convert hoga to is tarah ke waqiat se jo sabak lete the sahaba un ki zindagi mein inqalab aa gaya tha wo samajhte the ke hum yani is duniya mein hamein khuda ki duty pura karna hai nahi pura karein ge to wahan par pakre jayein ge h</w:t>
      </w:r>
    </w:p>
    <w:p>
      <w:pPr>
        <w:jc w:val="right"/>
      </w:pPr>
      <w:r>
        <w:t>تو یہ اپ کی یعنی دیکھنے کی شکتی ہے جو کسی چیز کو لیسن میں کنورٹ کر دیتی ہے اگر وہ شکتی نہیں ہے تو نہیں کنورٹ ہوگا تو اس طرح کے واقعات سے جو سبق لیتے تھے صحابہ ان کی زندگیوں میں انقلاب ا گیا تھا وہ سمجھتے تھے کہ ہم یعنی اس دنیا میں ہمیں خدا کی ڈیوٹی پورا کرنا ہے نہیں پورا کریں گے تو وہاں پر پکڑ جائیں گے ہ</w:t>
      </w:r>
    </w:p>
    <w:p>
      <w:r>
        <w:rPr>
          <w:b/>
        </w:rPr>
        <w:t xml:space="preserve">[1:14:12] </w:t>
      </w:r>
      <w:r>
        <w:t>m is tarah ke waqiat bahut sare hain.</w:t>
      </w:r>
    </w:p>
    <w:p>
      <w:pPr>
        <w:jc w:val="right"/>
      </w:pPr>
      <w:r>
        <w:t>م اس طرح کے واقعات بہت سارے ہیں۔</w:t>
      </w:r>
    </w:p>
    <w:p>
      <w:r>
        <w:rPr>
          <w:b/>
        </w:rPr>
        <w:t xml:space="preserve">[1:14:19] </w:t>
      </w:r>
      <w:r>
        <w:t>molana agla sawal kya hai mister mahfooz ne new delhi se. he is written: "it is said that an aalim was once asked: 'i try my best to put my heart and soul into namaz.</w:t>
      </w:r>
    </w:p>
    <w:p>
      <w:pPr>
        <w:jc w:val="right"/>
      </w:pPr>
      <w:r>
        <w:t>مولانا اگلا سوال کیا ہے مسٹر محفوظ نے نیو دہلی سے۔ ہی از ریٹن: "اٹ از سیڈ دیٹ این عالم واز ونس اسکڈ: 'آئی ٹرائی مائی بیسٹ ٹو پٹ مائی ہارٹ اینڈ سول انٹو نماز۔</w:t>
      </w:r>
    </w:p>
    <w:p>
      <w:r>
        <w:rPr>
          <w:b/>
        </w:rPr>
        <w:t xml:space="preserve">[1:14:35] </w:t>
      </w:r>
      <w:r>
        <w:t>however, whenever i am offering namaz, my mind is full of all kinds of thoughts.</w:t>
      </w:r>
    </w:p>
    <w:p>
      <w:pPr>
        <w:jc w:val="right"/>
      </w:pPr>
      <w:r>
        <w:t>ہاؤ ایور، وین ایور ائی ایم افرنگ نماز، مائی مائنڈ از فل اف ال کائنڈز اف تھاٹس۔</w:t>
      </w:r>
    </w:p>
    <w:p>
      <w:r>
        <w:rPr>
          <w:b/>
        </w:rPr>
        <w:t xml:space="preserve">[1:14:44] </w:t>
      </w:r>
      <w:r>
        <w:t>my namaz is a mere ritual. my soul is not in the namaz.' the scholar is said to have replied: 'namaz parho farz hai.</w:t>
      </w:r>
    </w:p>
    <w:p>
      <w:pPr>
        <w:jc w:val="right"/>
      </w:pPr>
      <w:r>
        <w:t>مائی نماز از ا میر ریچول۔ مائی سول از ناٹ ان دا نماز۔' دا سکالر از سیڈ ٹو ہیو ریپلائیڈ: 'نماز پڑھو فرض ہے۔</w:t>
      </w:r>
    </w:p>
    <w:p>
      <w:r>
        <w:rPr>
          <w:b/>
        </w:rPr>
        <w:t xml:space="preserve">[1:14:56] </w:t>
      </w:r>
      <w:r>
        <w:t>dil laga ke namaz parhna farz nahi.'</w:t>
      </w:r>
    </w:p>
    <w:p>
      <w:pPr>
        <w:jc w:val="right"/>
      </w:pPr>
      <w:r>
        <w:t>دل لگا کے نماز پڑھنا فرض نہیں۔'</w:t>
      </w:r>
    </w:p>
    <w:p>
      <w:r>
        <w:rPr>
          <w:b/>
        </w:rPr>
        <w:t xml:space="preserve">[1:14:59] </w:t>
      </w:r>
      <w:r>
        <w:t>molana what is your comment on this? dekhein mera comment yeh hai:</w:t>
      </w:r>
    </w:p>
    <w:p>
      <w:pPr>
        <w:jc w:val="right"/>
      </w:pPr>
      <w:r>
        <w:t>مولانا واٹ از یور کمنٹس ان دس؟ دیکھیں میرا کمنٹ یہ ہے:</w:t>
      </w:r>
    </w:p>
    <w:p>
      <w:r>
        <w:rPr>
          <w:b/>
        </w:rPr>
        <w:t xml:space="preserve">[1:15:09] </w:t>
      </w:r>
      <w:r>
        <w:t>aik hai namaz, aik hai pari namaz, aik hai namaz, aik hai pari namaz. to namaz se pehle bhi aik namaz parhni parti hai.</w:t>
      </w:r>
    </w:p>
    <w:p>
      <w:pPr>
        <w:jc w:val="right"/>
      </w:pPr>
      <w:r>
        <w:t>ایک ہے نماز، ایک ہے پری نماز، ایک ہے نماز، ایک ہے پری نماز۔ تو نماز سے پہلے بھی ایک نماز پڑھنی پڑتی ہے</w:t>
      </w:r>
    </w:p>
    <w:p>
      <w:r>
        <w:rPr>
          <w:b/>
        </w:rPr>
        <w:t xml:space="preserve">[1:15:22] </w:t>
      </w:r>
      <w:r>
        <w:t>jaise collegeon mein ek refreshing refreshing course hota hai.</w:t>
      </w:r>
    </w:p>
    <w:p>
      <w:pPr>
        <w:jc w:val="right"/>
      </w:pPr>
      <w:r>
        <w:t>جسے کالجوں میں ایک ریفریشنگ ریفریشنگ کورس ہوتا ہے۔</w:t>
      </w:r>
    </w:p>
    <w:p>
      <w:r>
        <w:rPr>
          <w:b/>
        </w:rPr>
        <w:t xml:space="preserve">[1:15:27] </w:t>
      </w:r>
      <w:r>
        <w:t>course se pehle refreshing course yani preparation course. to namaz se pehle aap ki ek zindagi hoti hai, aap active hote hain, aap bol baat karte hain, aap study karte hain.</w:t>
      </w:r>
    </w:p>
    <w:p>
      <w:pPr>
        <w:jc w:val="right"/>
      </w:pPr>
      <w:r>
        <w:t>کورس سے پہلے ریفریشنگ کورس یعنی پریپریشن کورس۔ تو نماز سے پہلے اپ کی ایک زندگی ہوتی ہے، اپ ایکٹیو ہوتے ہیں، اپ بول بات کرتے ہیں، اپ سٹڈی کرتے ہیں۔</w:t>
      </w:r>
    </w:p>
    <w:p>
      <w:r>
        <w:rPr>
          <w:b/>
        </w:rPr>
        <w:t xml:space="preserve">[1:15:39] </w:t>
      </w:r>
      <w:r>
        <w:t>wahan par agar aap is spirit se jee rahe hain jo namaz wali spirit hai, yani spirit of namaz, namaz se pehle agar paida kar rakhi hai aap ne, tab namaz mein aap ke jaan aaegi,</w:t>
      </w:r>
    </w:p>
    <w:p>
      <w:pPr>
        <w:jc w:val="right"/>
      </w:pPr>
      <w:r>
        <w:t>وہاں پر اگر اپ اس سپرٹ سے جی رہے ہیں جو نماز والی سپرٹ ہے، یعنی سپرٹ اف نماز، نماز سے پہلے اگر پیدا کر رکھی ہے اپ نے، تب نماز میں اپ کے جان ائے گی،</w:t>
      </w:r>
    </w:p>
    <w:p>
      <w:r>
        <w:rPr>
          <w:b/>
        </w:rPr>
        <w:t xml:space="preserve">[1:15:54] </w:t>
      </w:r>
      <w:r>
        <w:t>warna nahi aaegi.</w:t>
      </w:r>
    </w:p>
    <w:p>
      <w:pPr>
        <w:jc w:val="right"/>
      </w:pPr>
      <w:r>
        <w:t>ورنہ نہیں ائے گی۔</w:t>
      </w:r>
    </w:p>
    <w:p>
      <w:r>
        <w:rPr>
          <w:b/>
        </w:rPr>
        <w:t xml:space="preserve">[1:15:58] </w:t>
      </w:r>
      <w:r>
        <w:t>jo jawab unhon ne diya wo ho sakta hai juzwi taur par sahi ho, lekin asal jo jawab yeh wo wo nahi hai.</w:t>
      </w:r>
    </w:p>
    <w:p>
      <w:pPr>
        <w:jc w:val="right"/>
      </w:pPr>
      <w:r>
        <w:t>جو جواب انہوں نے دیا وہ ہو سکتا ہے جزوی طور پر صحیح ہو، لیکن اصل جو جواب یہ وہ وہ نہیں ہے۔</w:t>
      </w:r>
    </w:p>
    <w:p>
      <w:r>
        <w:rPr>
          <w:b/>
        </w:rPr>
        <w:t xml:space="preserve">[1:16:06] </w:t>
      </w:r>
      <w:r>
        <w:t>asal jawab yeh hai ke namaz se pehle namaz parho,</w:t>
      </w:r>
    </w:p>
    <w:p>
      <w:pPr>
        <w:jc w:val="right"/>
      </w:pPr>
      <w:r>
        <w:t>اصل جواب یہ ہے کہ نماز سے پہلے نماز پڑھو،</w:t>
      </w:r>
    </w:p>
    <w:p>
      <w:r>
        <w:rPr>
          <w:b/>
        </w:rPr>
        <w:t xml:space="preserve">[1:16:11] </w:t>
      </w:r>
      <w:r>
        <w:t>yani namaz se pehle apni zindagi ko namazi banao, namaz se pehle apne dimagh ko namazi banao, namaz se pehle apni soch ko namazi banao, namaz se pehle khuda ke liye jeene wale bano,</w:t>
      </w:r>
    </w:p>
    <w:p>
      <w:pPr>
        <w:jc w:val="right"/>
      </w:pPr>
      <w:r>
        <w:t>یعنی نماز سے پہلے اپنی زندگی کو نمازی بناؤ، نماز سے پہلے اپنے دماغ کو نمازی بناؤ، نماز سے پہلے اپنی سوچ کو نمازی بناؤ، نماز سے پہلے خدا کے لیے جینے والے بنو،</w:t>
      </w:r>
    </w:p>
    <w:p>
      <w:r>
        <w:rPr>
          <w:b/>
        </w:rPr>
        <w:t xml:space="preserve">[1:16:27] </w:t>
      </w:r>
      <w:r>
        <w:t>namaz se pehle khuda ke liye jhukne wale bano.</w:t>
      </w:r>
    </w:p>
    <w:p>
      <w:pPr>
        <w:jc w:val="right"/>
      </w:pPr>
      <w:r>
        <w:t>نماز سے پہلے خدا کے لیے جھکنے والے بنو۔</w:t>
      </w:r>
    </w:p>
    <w:p>
      <w:r>
        <w:rPr>
          <w:b/>
        </w:rPr>
        <w:t xml:space="preserve">[1:16:30] </w:t>
      </w:r>
      <w:r>
        <w:t>aise jab life hogi to phir jab aadmi ja kar namaz mein khada hoga to uski woh phir woh ek dam uski namaz alag alagढang ki namaz hogi.</w:t>
      </w:r>
    </w:p>
    <w:p>
      <w:pPr>
        <w:jc w:val="right"/>
      </w:pPr>
      <w:r>
        <w:t>ایسے جب لائف ہوگی تو پھر جب آدمی جا کر نماز میں کھڑا ہوگا تو اس کی وہ پھر وہ ایک دم اس کی نماز الگ الگढنگ کی نماز ہوگی۔</w:t>
      </w:r>
    </w:p>
    <w:p>
      <w:r>
        <w:rPr>
          <w:b/>
        </w:rPr>
        <w:t xml:space="preserve">[1:16:44] </w:t>
      </w:r>
      <w:r>
        <w:t>yeh hai iska sahi jawab.</w:t>
      </w:r>
    </w:p>
    <w:p>
      <w:pPr>
        <w:jc w:val="right"/>
      </w:pPr>
      <w:r>
        <w:t>یہ ہے اس کا صحیح جواب۔</w:t>
      </w:r>
    </w:p>
    <w:p>
      <w:r>
        <w:rPr>
          <w:b/>
        </w:rPr>
        <w:t xml:space="preserve">[1:16:53] </w:t>
      </w:r>
      <w:r>
        <w:t>molana agla sawal hai mister muhammad intekhab dehli se. unhon ne likha hai: "every thought originates in the mind, even emotion.</w:t>
      </w:r>
    </w:p>
    <w:p>
      <w:pPr>
        <w:jc w:val="right"/>
      </w:pPr>
      <w:r>
        <w:t>مولانا اگلا سوال ہے مسٹر محمد انتخاب دہلی سے۔ انہوں نے لکھا ہے: "ایوری تھاٹ اوریجنیٹس ان دا مائنڈ، ایون ایموشن۔</w:t>
      </w:r>
    </w:p>
    <w:p>
      <w:r>
        <w:rPr>
          <w:b/>
        </w:rPr>
        <w:t xml:space="preserve">[1:17:06] </w:t>
      </w:r>
      <w:r>
        <w:t>what does the reference of quloob in arabic as mentioned in quran?</w:t>
      </w:r>
    </w:p>
    <w:p>
      <w:pPr>
        <w:jc w:val="right"/>
      </w:pPr>
      <w:r>
        <w:t>واٹ ڈز دا ریفرنس اف قلوب ان عربک ایز مینشن ان قرآن؟</w:t>
      </w:r>
    </w:p>
    <w:p>
      <w:r>
        <w:rPr>
          <w:b/>
        </w:rPr>
        <w:t xml:space="preserve">[1:17:15] </w:t>
      </w:r>
      <w:r>
        <w:t>what does the reference of quloob in arabic as mentioned in quran in surah baqarah where it is said: 'allah has stamped their heart'?" main college mein quloob jo hai wahan par literally maeni mein hai,</w:t>
      </w:r>
    </w:p>
    <w:p>
      <w:pPr>
        <w:jc w:val="right"/>
      </w:pPr>
      <w:r>
        <w:t>واٹ ڈز دا ریفرنس اف قلوب ان عربک ایز مینشن ان قرآن ان سورہ بقرہ ویر اٹ از سیڈ: 'اللہ ہیز سٹیمپڈ دیر ہارٹ'؟" مین کالج میں قلوب جو ہے وہاں پر لٹرلی معنی میں ہے،</w:t>
      </w:r>
    </w:p>
    <w:p>
      <w:r>
        <w:rPr>
          <w:b/>
        </w:rPr>
        <w:t xml:space="preserve">[1:17:33] </w:t>
      </w:r>
      <w:r>
        <w:t>literally maeni mein,</w:t>
      </w:r>
    </w:p>
    <w:p>
      <w:pPr>
        <w:jc w:val="right"/>
      </w:pPr>
      <w:r>
        <w:t>لٹرلی معنی میں،</w:t>
      </w:r>
    </w:p>
    <w:p>
      <w:r>
        <w:rPr>
          <w:b/>
        </w:rPr>
        <w:t xml:space="preserve">[1:17:39] </w:t>
      </w:r>
      <w:r>
        <w:t>literally meaning banti hai sankron saal se har har har zaban mein. jaise angrez angrezi zaban mein science paida hui,</w:t>
      </w:r>
    </w:p>
    <w:p>
      <w:pPr>
        <w:jc w:val="right"/>
      </w:pPr>
      <w:r>
        <w:t>لٹرلی میننگ بنتی ہے سینکڑوں سال سے ہر ہر ہر زبان میں۔ جیسے انگریز انگریزی زبان میں سائنس پیدا ہوئی،</w:t>
      </w:r>
    </w:p>
    <w:p>
      <w:r>
        <w:rPr>
          <w:b/>
        </w:rPr>
        <w:t xml:space="preserve">[1:17:50] </w:t>
      </w:r>
      <w:r>
        <w:t>sir woh jante hain ke moon mein koi light nahi hai. abhi moonlight kehte hain woh,</w:t>
      </w:r>
    </w:p>
    <w:p>
      <w:pPr>
        <w:jc w:val="right"/>
      </w:pPr>
      <w:r>
        <w:t>سر وہ جانتے ہیں کہ مون میں کوئی لائٹ نہیں ہے۔ ابھی مون لائٹ کہتے ہیں وہ،</w:t>
      </w:r>
    </w:p>
    <w:p>
      <w:r>
        <w:rPr>
          <w:b/>
        </w:rPr>
        <w:t xml:space="preserve">[1:17:58] </w:t>
      </w:r>
      <w:r>
        <w:t>yani abhi bhi literature mein moonlight hi chalti hai. moonlight, moonlight, moonlight, halanke moon mein koi light hi nahi hai. aise hi dekhiye, english mein kaha jata hai "wholeheartedly".</w:t>
      </w:r>
    </w:p>
    <w:p>
      <w:pPr>
        <w:jc w:val="right"/>
      </w:pPr>
      <w:r>
        <w:t>یعنی ابھی بھی لٹریچر میں مون لائٹ ہی چلتی ہے۔ مون لائٹ، مون لائٹ، مون لائٹ، حالانکہ مون میں کوئی لائٹ ہی نہیں ہے۔ ایسے ہی دیکھیے، انگلش میں کہا جاتا ہے "ہول ہارٹڈلی"۔</w:t>
      </w:r>
    </w:p>
    <w:p>
      <w:r>
        <w:rPr>
          <w:b/>
        </w:rPr>
        <w:t xml:space="preserve">[1:18:12] </w:t>
      </w:r>
      <w:r>
        <w:t>to jab science ne discover kiya to aisa nahi hua ke wahan badal dein literature ko, kahin ke nahi nahi, kaho "whole mindedly".</w:t>
      </w:r>
    </w:p>
    <w:p>
      <w:pPr>
        <w:jc w:val="right"/>
      </w:pPr>
      <w:r>
        <w:t>تو جب سائنس نے ڈسکور کیا تو ایسا نہیں ہوا کہ وہاں بدل دیں لٹریچر کو، کہیں کہ نہیں نہیں، کہو "ہول مائنڈڈلی"۔</w:t>
      </w:r>
    </w:p>
    <w:p>
      <w:r>
        <w:rPr>
          <w:b/>
        </w:rPr>
        <w:t xml:space="preserve">[1:18:20] </w:t>
      </w:r>
      <w:r>
        <w:t>yani abhi bhi english literature mein "whole mindedly" koi nahi bolta, sab bolte hain "wholeheartedly", halanke woh jante hain ke dil se kuch nahi hota.</w:t>
      </w:r>
    </w:p>
    <w:p>
      <w:pPr>
        <w:jc w:val="right"/>
      </w:pPr>
      <w:r>
        <w:t>یعنی ابھی بھی انگلش لٹریچر میں "ہول مائنڈڈلی" کوئی نہیں بولتا، سب بولتے ہیں "ہول ہارٹڈلی"، حالانکہ وہ جانتے ہیں کہ دل سے کچھ نہیں ہوتا۔</w:t>
      </w:r>
    </w:p>
    <w:p>
      <w:r>
        <w:rPr>
          <w:b/>
        </w:rPr>
        <w:t xml:space="preserve">[1:18:30] </w:t>
      </w:r>
      <w:r>
        <w:t>to dekhiye, yeh maamla literature ka maamla hai, yeh science ka maamla nahi hai,</w:t>
      </w:r>
    </w:p>
    <w:p>
      <w:pPr>
        <w:jc w:val="right"/>
      </w:pPr>
      <w:r>
        <w:t>تو دیکھیے، یہ معاملہ لٹریچر کا معاملہ ہے، یہ سائنس کا معاملہ نہیں ہے،</w:t>
      </w:r>
    </w:p>
    <w:p>
      <w:r>
        <w:rPr>
          <w:b/>
        </w:rPr>
        <w:t xml:space="preserve">[1:18:37] </w:t>
      </w:r>
      <w:r>
        <w:t>science ka maamla nahi hai. isko aap galat criteria judge kar rahe hain, isko "does not a scientific statement", yeh literary statement hai.</w:t>
      </w:r>
    </w:p>
    <w:p>
      <w:pPr>
        <w:jc w:val="right"/>
      </w:pPr>
      <w:r>
        <w:t>سائنس کا معاملہ نہیں ہے۔ اس کو اپ غلط کرائٹیریاز جج کر رہے ہیں، اس کو "ڈز ناٹ ا سائنٹیفک سٹیٹمنٹ"، یہ لٹری سٹیٹمنٹ ہے۔</w:t>
      </w:r>
    </w:p>
    <w:p>
      <w:r>
        <w:rPr>
          <w:b/>
        </w:rPr>
        <w:t xml:space="preserve">[1:18:49] </w:t>
      </w:r>
      <w:r>
        <w:t>ab yeh har zaban</w:t>
      </w:r>
    </w:p>
    <w:p>
      <w:pPr>
        <w:jc w:val="right"/>
      </w:pPr>
      <w:r>
        <w:t>اب یہ ہر زبان</w:t>
      </w:r>
    </w:p>
    <w:p>
      <w:r>
        <w:rPr>
          <w:b/>
        </w:rPr>
        <w:t xml:space="preserve">[1:18:50] </w:t>
      </w:r>
      <w:r>
        <w:t>mein hota hai, arabi mein kya, har zaban mein hota hai.</w:t>
      </w:r>
    </w:p>
    <w:p>
      <w:pPr>
        <w:jc w:val="right"/>
      </w:pPr>
      <w:r>
        <w:t>میں ہوتا ہے، عربی میں کیا، ہر زبان میں ہوتا ہے۔</w:t>
      </w:r>
    </w:p>
    <w:p>
      <w:r>
        <w:rPr>
          <w:b/>
        </w:rPr>
        <w:t xml:space="preserve">[1:18:56] </w:t>
      </w:r>
      <w:r>
        <w:t>zaban banti hai sankron saal ke tradition se, aap kaise badal denge isko? woh to rahegi.</w:t>
      </w:r>
    </w:p>
    <w:p>
      <w:pPr>
        <w:jc w:val="right"/>
      </w:pPr>
      <w:r>
        <w:t>زبان بنتی ہے سینکڑوں سال کے ٹریڈیشن سے، اپ کیسے بدل دیں گے اس کو؟ وہ تو رہے گی۔</w:t>
      </w:r>
    </w:p>
    <w:p>
      <w:r>
        <w:rPr>
          <w:b/>
        </w:rPr>
        <w:t xml:space="preserve">[1:19:07] </w:t>
      </w:r>
      <w:r>
        <w:t>to alfaaz symbol hote hain, symbol. linguistics parh</w:t>
      </w:r>
    </w:p>
    <w:p>
      <w:pPr>
        <w:jc w:val="right"/>
      </w:pPr>
      <w:r>
        <w:t>تو الفاظ سمبل ہوتے ہیں، سمبل۔ لنگوسٹکس پڑھ</w:t>
      </w:r>
    </w:p>
    <w:p>
      <w:r>
        <w:rPr>
          <w:b/>
        </w:rPr>
        <w:t xml:space="preserve">[1:19:11] </w:t>
      </w:r>
      <w:r>
        <w:t>ein, agar aap linguistic jo ek mustaqil discipline hai, linguistics, unhein bataya jata hai ke koi bhi shabd jo hai woh ek symbol hai.</w:t>
      </w:r>
    </w:p>
    <w:p>
      <w:pPr>
        <w:jc w:val="right"/>
      </w:pPr>
      <w:r>
        <w:t>یں، اگر اپ لنگوسٹک جو ایک مستقل ڈسپلن ہے، لنگوسٹکس، انہیں بتایا جاتا ہے کہ کوئی بھی शब्द جو ہے وہ ایک سمبل ہے۔</w:t>
      </w:r>
    </w:p>
    <w:p>
      <w:r>
        <w:rPr>
          <w:b/>
        </w:rPr>
        <w:t xml:space="preserve">[1:19:24] </w:t>
      </w:r>
      <w:r>
        <w:t>jaise aap bolte hain "car" to lafz "car" jo hai, c a r "car" ka matlab nahi hai, wahi motor. c a r "car" ek symbol, symbolic word hai.</w:t>
      </w:r>
    </w:p>
    <w:p>
      <w:pPr>
        <w:jc w:val="right"/>
      </w:pPr>
      <w:r>
        <w:t>جیسے اپ بولتے ہیں "کار" تو لفظ "کار" جو ہے، سی اے ار "کار" کا مطلب نہیں ہے، وہی موٹر۔ سی ار "کار" ایک سمبل، سمبولک ورڈ ہے۔</w:t>
      </w:r>
    </w:p>
    <w:p>
      <w:r>
        <w:rPr>
          <w:b/>
        </w:rPr>
        <w:t xml:space="preserve">[1:19:36] </w:t>
      </w:r>
      <w:r>
        <w:t>aap bolte hain "glass" to "glass" bhi ek symbolic word hai.</w:t>
      </w:r>
    </w:p>
    <w:p>
      <w:pPr>
        <w:jc w:val="right"/>
      </w:pPr>
      <w:r>
        <w:t>اپ بولتے ہیں "گلاس" تو "گلاس" بھی ایک سمبولک ورڈ ہے۔</w:t>
      </w:r>
    </w:p>
    <w:p>
      <w:r>
        <w:rPr>
          <w:b/>
        </w:rPr>
        <w:t xml:space="preserve">[1:19:42] </w:t>
      </w:r>
      <w:r>
        <w:t>to woh symbol agar chal pada ho qalb ke liye to wahi rahega, wahi rahega, wahi rahega, wahi rahega.</w:t>
      </w:r>
    </w:p>
    <w:p>
      <w:pPr>
        <w:jc w:val="right"/>
      </w:pPr>
      <w:r>
        <w:t>تو وہ سمبل اگر چل پڑا ہو قلب کے لیے تو وہی رہے گا، وہی رہے گا، وہی رہے گا، وہی رہے گا۔</w:t>
      </w:r>
    </w:p>
    <w:p>
      <w:r>
        <w:rPr>
          <w:b/>
        </w:rPr>
        <w:t xml:space="preserve">[1:19:52] </w:t>
      </w:r>
      <w:r>
        <w:t>isi liye jin jin qomon mein bilkul hi science aa gayi hai, bilkul badal gaya hai unka sara yani scientific kitabein badal gayi hain, tab bhi lit</w:t>
      </w:r>
    </w:p>
    <w:p>
      <w:pPr>
        <w:jc w:val="right"/>
      </w:pPr>
      <w:r>
        <w:t>اسی لیے جن جن قوموں میں بالکل ہی سائنس ا گئی ہے، بالکل بدل گیا ہے ان کا سارا یعنی سائنٹیفک کتابیں بدل گئی ہیں، تب بھی لٹ</w:t>
      </w:r>
    </w:p>
    <w:p>
      <w:r>
        <w:rPr>
          <w:b/>
        </w:rPr>
        <w:t xml:space="preserve">[1:20:04] </w:t>
      </w:r>
      <w:r>
        <w:t>erature koi bolata hai. abhi bhi</w:t>
      </w:r>
    </w:p>
    <w:p>
      <w:pPr>
        <w:jc w:val="right"/>
      </w:pPr>
      <w:r>
        <w:t>ریچر کوئی بولاتا ہے۔ ابھی بھی</w:t>
      </w:r>
    </w:p>
    <w:p>
      <w:r>
        <w:rPr>
          <w:b/>
        </w:rPr>
        <w:t xml:space="preserve">[1:20:10] </w:t>
      </w:r>
      <w:r>
        <w:t>yani aisa nahi kahenge "sunlight", woh "moonlight", aisa nahi kahenge "light", "moonlight", "reflected by sun", aisa nahi bolenge.</w:t>
      </w:r>
    </w:p>
    <w:p>
      <w:pPr>
        <w:jc w:val="right"/>
      </w:pPr>
      <w:r>
        <w:t>یعنی ایسا نہیں کہیں گے "سن لائٹ"، وہ "مون لائٹ"، ایسا نہیں کہیں گے "لائٹ"، "مون لائٹ"، "ریفلیکٹڈ بائی سن"، ایسا نہیں بولیں گے۔</w:t>
      </w:r>
    </w:p>
    <w:p>
      <w:r>
        <w:rPr>
          <w:b/>
        </w:rPr>
        <w:t xml:space="preserve">[1:20:22] </w:t>
      </w:r>
      <w:r>
        <w:t>halanke woh isi ka reflection hota hai, suraj ki roshni ka. to yeh literally maeni mein hai, isko aap scientific maeni mein na lijie.</w:t>
      </w:r>
    </w:p>
    <w:p>
      <w:pPr>
        <w:jc w:val="right"/>
      </w:pPr>
      <w:r>
        <w:t>حالانکہ وہ اسی کا ریفلیکشن ہوتا ہے، سورج کی روشنی کا۔ تو یہ لٹرلی معنی میں ہے، اس کو اپ سائنٹیفک معنی میں نہ لیجئے۔</w:t>
      </w:r>
    </w:p>
    <w:p>
      <w:r>
        <w:rPr>
          <w:b/>
        </w:rPr>
        <w:t xml:space="preserve">[1:20:34] </w:t>
      </w:r>
      <w:r>
        <w:t>maulana agla sawal kya hai mister shahnawaz siddiqui ne new dehli se. unhon ne likha hai ke agar ishwar ek hai to kya use paane ke tareeqay alag alag ho sakte hain?</w:t>
      </w:r>
    </w:p>
    <w:p>
      <w:pPr>
        <w:jc w:val="right"/>
      </w:pPr>
      <w:r>
        <w:t>مولانا اگلا سوال کیا ہے مسٹر شاہنواز صدیقی نے نیو دہلی سے۔ انہوں نے لکھا ہے کہ اگر ایشور ایک ہے تو کیا اسے پانے کے طریقے الگ الگ ہو سکتے ہیں؟</w:t>
      </w:r>
    </w:p>
    <w:p>
      <w:r>
        <w:rPr>
          <w:b/>
        </w:rPr>
        <w:t xml:space="preserve">[1:20:49] </w:t>
      </w:r>
      <w:r>
        <w:t>nahi nahi, alag alag kaise honge? aap jana hai yahan se kolkata to wahi road chalegi, wahi railway line jayegi, hawa jahaz se woh isi sarukh par jahaz uregah.</w:t>
      </w:r>
    </w:p>
    <w:p>
      <w:pPr>
        <w:jc w:val="right"/>
      </w:pPr>
      <w:r>
        <w:t>نہیں نہیں، الگ الگ کیسے ہوں گے؟ اپ جانا ہے یہاں سے کلکتہ تو وہی روڈ چلے گی، وہی ریلوے لائن جائے گی، ہوا جہاز سے وہ اسی سروخ پر جہاز اڑے گا۔</w:t>
      </w:r>
    </w:p>
    <w:p>
      <w:r>
        <w:rPr>
          <w:b/>
        </w:rPr>
        <w:t xml:space="preserve">[1:21:00] </w:t>
      </w:r>
      <w:r>
        <w:t>yani ke idhar daudo tab bhi kolkata aa jaye, idhar jao tab bhi kolkata aa jaye. aise kaise ho sakta hai? yeh to koi baat nahi hai. kolkata ek hi direction mein chalne milega.</w:t>
      </w:r>
    </w:p>
    <w:p>
      <w:pPr>
        <w:jc w:val="right"/>
      </w:pPr>
      <w:r>
        <w:t>یعنی کہ ادھر دوڑو تب بھی کلکتہ ا جائے، ادھر جاؤ تب بھی کلکتہ ا جائے۔ ایسے کیسے ہو سکتا ہے؟ یہ تو کوئی بات نہیں ہے۔ کلکتہ ایک ہی ڈائریکشن میں چلنے ملے گا۔</w:t>
      </w:r>
    </w:p>
    <w:p>
      <w:r>
        <w:rPr>
          <w:b/>
        </w:rPr>
        <w:t xml:space="preserve">[1:21:14] </w:t>
      </w:r>
      <w:r>
        <w:t>is liye main nahi manta ke kuch bhi karo, kuch bhi karo, khuda mil jaye tum ko. is ka ek right course hoga, is ka ek right path hoga.</w:t>
      </w:r>
    </w:p>
    <w:p>
      <w:pPr>
        <w:jc w:val="right"/>
      </w:pPr>
      <w:r>
        <w:t>اس لیے میں نہیں مانتا کہ کچھ بھی کرو، کچھ بھی کرو، خدا مل جائے تم کو۔ اس کا ایک رائٹ کورس ہوگا، اس کا ایک رائٹ پاتھ ہوگا۔</w:t>
      </w:r>
    </w:p>
    <w:p>
      <w:r>
        <w:rPr>
          <w:b/>
        </w:rPr>
        <w:t xml:space="preserve">[1:21:25] </w:t>
      </w:r>
      <w:r>
        <w:t>woh path jo hai, main ritual nahi manta ke rituals koi aise rituals hain, woh woh path hain, woh ritual karo to mil jayega khuda. nahi, woh thinking thinking par base karta hai, soch soch par base karta hai.</w:t>
      </w:r>
    </w:p>
    <w:p>
      <w:pPr>
        <w:jc w:val="right"/>
      </w:pPr>
      <w:r>
        <w:t>وہ پاتھ جو ہے، میں ریچول نہیں مانتا کہ ریچولز کوئی ایسے ریچولز ہیں، وہ وہ پاتھ ہیں، وہ ریچول کرو تو مل جائے گا خدا۔ نہیں، وہ تھنک تھنکنگ پر بیس کرتا ہے، سوچ سوچ پر بیس کرتا ہے۔</w:t>
      </w:r>
    </w:p>
    <w:p>
      <w:r>
        <w:rPr>
          <w:b/>
        </w:rPr>
        <w:t xml:space="preserve">[1:21:38] </w:t>
      </w:r>
      <w:r>
        <w:t>right thinking se khuda milega, right thinking, different path se nahi. main nahi manta ke different path pe chalo aur to aakhir mein khuda hi tak pahunch jaoge.</w:t>
      </w:r>
    </w:p>
    <w:p>
      <w:pPr>
        <w:jc w:val="right"/>
      </w:pPr>
      <w:r>
        <w:t>رائٹ تھنکنگ سے خدا ملے گا، رائٹ تھنکنگ، ڈفرنٹ پاتھ سے نہیں۔ میں نہیں مانتا کہ ڈفرنٹ پاتھ پہ چلو اور تو آخر میں خدا ہی تک پہنچ جاؤ گے۔</w:t>
      </w:r>
    </w:p>
    <w:p>
      <w:r>
        <w:rPr>
          <w:b/>
        </w:rPr>
        <w:t xml:space="preserve">[1:21:48] </w:t>
      </w:r>
      <w:r>
        <w:t>yani right thinking agar hogi tum ko, cheezon ko right angle se dekhna, bahut badi baat hai. cheezon ko log bahut kam log aise mujhe mile jo cheezon ko right angle se dekhte hon,</w:t>
      </w:r>
    </w:p>
    <w:p>
      <w:pPr>
        <w:jc w:val="right"/>
      </w:pPr>
      <w:r>
        <w:t>یعنی رائٹ تھنکنگ اگر ہوگی تم کو، چیزوں کو رائٹ اینگل سے دیکھنا، بہت بڑی بات ہے۔ چیزوں کو لوگ بہت کم لوگ ایسے مجھے ملے جو چیزوں کو رائٹ اینگل سے دیکھتے ہوں،</w:t>
      </w:r>
    </w:p>
    <w:p>
      <w:r>
        <w:rPr>
          <w:b/>
        </w:rPr>
        <w:t xml:space="preserve">[1:22:04] </w:t>
      </w:r>
      <w:r>
        <w:t>right angle se. ya abhi mere paas ek, aaj hi ek aya hai, ek ek sahib ka letter, abhi subah mujhe mila to afghanistan ki ladai ke bare mein maine kaha hai ke yeh ladai jo hai woh jihad nahi hai.</w:t>
      </w:r>
    </w:p>
    <w:p>
      <w:pPr>
        <w:jc w:val="right"/>
      </w:pPr>
      <w:r>
        <w:t>رائٹ اینگل سے۔ یا ابھی میرے پاس ایک، اج ہی ایک ایا ہے، ایک ایک صاحب کا لیٹر، ابھی صبح مجھے ملا تو افغانستان کی لڑائی کے بارے میں میں نے کہا ہے کہ یہ لڑائی جو ہے وہ جہاد نہیں ہے۔</w:t>
      </w:r>
    </w:p>
    <w:p>
      <w:r>
        <w:rPr>
          <w:b/>
        </w:rPr>
        <w:t xml:space="preserve">[1:22:20] </w:t>
      </w:r>
      <w:r>
        <w:t>to kahein kaise kaise kaise hain? aap jihad kehte hain, woh to sab ulama hain aur islami baatein karte hain.</w:t>
      </w:r>
    </w:p>
    <w:p>
      <w:pPr>
        <w:jc w:val="right"/>
      </w:pPr>
      <w:r>
        <w:t>تو کہیں کیسے کیسے کیسے ہیں؟ اپ جہاد کہتے ہیں، وہ تو سب علماء ہیں اور اسلامی باتیں کرتے ہیں۔</w:t>
      </w:r>
    </w:p>
    <w:p>
      <w:r>
        <w:rPr>
          <w:b/>
        </w:rPr>
        <w:t xml:space="preserve">[1:22:29] </w:t>
      </w:r>
      <w:r>
        <w:t>to maine kaha aap right angle se nahi dekh rahe hain,</w:t>
      </w:r>
    </w:p>
    <w:p>
      <w:pPr>
        <w:jc w:val="right"/>
      </w:pPr>
      <w:r>
        <w:t>تو میں نے کہا اپ رائٹ اینگل سے نہیں دیکھ رہے ہیں،</w:t>
      </w:r>
    </w:p>
    <w:p>
      <w:r>
        <w:rPr>
          <w:b/>
        </w:rPr>
        <w:t xml:space="preserve">[1:22:33] </w:t>
      </w:r>
      <w:r>
        <w:t>yani hum dekh rahe hain is result ke angle se. woh dekh rahe hain ke unhon ne leaderon ne kya sab bole hain. woh bole the ke hum ko islami nizam qaim karna hai, hum ko islami qanoon nafiz karna hai.</w:t>
      </w:r>
    </w:p>
    <w:p>
      <w:pPr>
        <w:jc w:val="right"/>
      </w:pPr>
      <w:r>
        <w:t>یعنی ہم دیکھ رہے ہیں اس رزلٹ کے اینگل سے۔ وہ دیکھ رہے ہیں کہ انہوں نے لیڈروں نے کیا سب بولے ہیں۔ وہ بولے تھے کہ ہم کو اسلامی نظام قائم کرنا ہے، ہم کو اسلامی قانون نافذ کرنا ہے۔</w:t>
      </w:r>
    </w:p>
    <w:p>
      <w:r>
        <w:rPr>
          <w:b/>
        </w:rPr>
        <w:t xml:space="preserve">[1:22:45] </w:t>
      </w:r>
      <w:r>
        <w:t>is angle se aap dekh rahe hain, un ke shabdon ke angle se. main dekh raha hoon result ke angle se. result to kuch nahi nikal raha, tabahi, tabahi, tabahi, tabahi.</w:t>
      </w:r>
    </w:p>
    <w:p>
      <w:pPr>
        <w:jc w:val="right"/>
      </w:pPr>
      <w:r>
        <w:t>اس اینگل سے اپ دیکھ رہے ہیں، ان کے शब्दوں کے اینگل سے۔ میں دیکھ رہا ہوں رزلٹ کے اینگل سے۔ رزلٹ تو کچھ نہیں نکل رہا، تباہی، تباہی، تباہی، تباہی۔</w:t>
      </w:r>
    </w:p>
    <w:p>
      <w:r>
        <w:rPr>
          <w:b/>
        </w:rPr>
        <w:t xml:space="preserve">[1:22:57] </w:t>
      </w:r>
      <w:r>
        <w:t>to khuda ko bhi paane ke liye woh aankh chahiye jo result, jo sahi angle se cheezon ko dekhe. bahut important baat yeh hai ke right angle se cheezon ko dekhna yeh hai marifat ka sab se bada zariya.</w:t>
      </w:r>
    </w:p>
    <w:p>
      <w:pPr>
        <w:jc w:val="right"/>
      </w:pPr>
      <w:r>
        <w:t>تو خدا کو بھی پانے کے لیے وہ انکھ چاہیے جو رزلٹ، جو صحیح اینگل سے چیزوں کو دیکھے۔ بہت امپورٹنٹ بات یہ ہے کہ رائٹ اینگل سے چیزوں کو دیکھنا یہ ہے معرفت کا سب سے بڑا ذریعہ۔</w:t>
      </w:r>
    </w:p>
    <w:p>
      <w:r>
        <w:rPr>
          <w:b/>
        </w:rPr>
        <w:t xml:space="preserve">[1:23:14] </w:t>
      </w:r>
      <w:r>
        <w:t>agar aap ke andar woh woh ability develop nahi ki hai yeh cheezon ko right angle se dekhne ki to kabhi bhi nahi milega khuda aap ko, kabhi bhi nahi milega.</w:t>
      </w:r>
    </w:p>
    <w:p>
      <w:pPr>
        <w:jc w:val="right"/>
      </w:pPr>
      <w:r>
        <w:t>اگر اپ کے اندر وہ وہ ایبیلیٹی ڈیولپ نہیں کی ہے یہ چیزوں کو رائٹ اینگل سے دیکھنے کی تو کبھی بھی نہیں ملے گا خدا اپ کو، کبھی بھی نہیں ملے گا۔</w:t>
      </w:r>
    </w:p>
    <w:p>
      <w:r>
        <w:rPr>
          <w:b/>
        </w:rPr>
        <w:t xml:space="preserve">[1:23:34] </w:t>
      </w:r>
      <w:r>
        <w:t>jaise ek bar ek ek park mein ek shayar aur ek chemist do aadmi gaye to wahan phool tha, us mein bahut rang bhi tha, khushbu bhi thi, har cheez thi.</w:t>
      </w:r>
    </w:p>
    <w:p>
      <w:pPr>
        <w:jc w:val="right"/>
      </w:pPr>
      <w:r>
        <w:t>جیسے ایک بار ایک ایک پارک میں ایک شاعر اور ایک کیمسٹ دو آدمی گئے تو وہاں پھول تھا، اس میں بہت رنگ بھی تھا، خوشبو بھی تھی، ہر چیز تھی۔</w:t>
      </w:r>
    </w:p>
    <w:p>
      <w:r>
        <w:rPr>
          <w:b/>
        </w:rPr>
        <w:t xml:space="preserve">[1:23:47] </w:t>
      </w:r>
      <w:r>
        <w:t>to chemist jo tha, us ki chemistry mein sochne laga, "what is the chemistry of this flower?" woh shayar jo tha, us ko us ko ek use mehboob jalwa dikhai de di de de gaya.</w:t>
      </w:r>
    </w:p>
    <w:p>
      <w:pPr>
        <w:jc w:val="right"/>
      </w:pPr>
      <w:r>
        <w:t>تو کیمسٹ جو تھا، اس کی کیمسٹری میں سوچنے لگا، "واٹ از دی کیمسٹری اف دس فلاور؟" وہ شاعر جو تھا، اس کو اس کو ایک اسے محبوب جلوہ دکھائی دے دی دے دے گیا۔</w:t>
      </w:r>
    </w:p>
    <w:p>
      <w:r>
        <w:rPr>
          <w:b/>
        </w:rPr>
        <w:t xml:space="preserve">[1:24:01] </w:t>
      </w:r>
      <w:r>
        <w:t>woh isi is angle se dekhne laga</w:t>
      </w:r>
    </w:p>
    <w:p>
      <w:pPr>
        <w:jc w:val="right"/>
      </w:pPr>
      <w:r>
        <w:t>وہ اسی اس اینگل سے دیکھنے لگا</w:t>
      </w:r>
    </w:p>
    <w:p>
      <w:r>
        <w:rPr>
          <w:b/>
        </w:rPr>
        <w:t xml:space="preserve">[1:24:04] </w:t>
      </w:r>
      <w:r>
        <w:t>to kisi waqeye ko dekhne ke mukhtalif angle hote hain. to khuda ko paane ke liye zaroori hai ke aap ko woh woh vision mil jaye, woh vision jis mein aap cheezon ko right angle se dekh saken.</w:t>
      </w:r>
    </w:p>
    <w:p>
      <w:pPr>
        <w:jc w:val="right"/>
      </w:pPr>
      <w:r>
        <w:t>تو کسی واقعے کو دیکھنے کے مختلف اینگل ہوتے ہیں۔ تو خدا کو پانے کے لیے ضروری ہے کہ اپ کو وہ وہ ویژن مل جائے، وہ ویژن جس میں اپ چیزوں کو رائٹ اینگل سے دیکھ سکیں۔</w:t>
      </w:r>
    </w:p>
    <w:p>
      <w:r>
        <w:rPr>
          <w:b/>
        </w:rPr>
        <w:t xml:space="preserve">[1:24:18] </w:t>
      </w:r>
      <w:r>
        <w:t>tab ja kar aap ko sachai milegi, nahi to nahi milegi.</w:t>
      </w:r>
    </w:p>
    <w:p>
      <w:pPr>
        <w:jc w:val="right"/>
      </w:pPr>
      <w:r>
        <w:t>تب جا کر اپ کو سچائی ملے گی، نہیں تو نہیں ملے گی۔</w:t>
      </w:r>
    </w:p>
    <w:p>
      <w:r>
        <w:rPr>
          <w:b/>
        </w:rPr>
        <w:t xml:space="preserve">[1:24:24] </w:t>
      </w:r>
      <w:r>
        <w:t>maulana agla sawal kya hai mister khwaja kaleemuddin ne from pennsylvania, usa? he is written: "maulana sahib, generally people in western countries acknowledge god's existence, but never they give him a due recognition.</w:t>
      </w:r>
    </w:p>
    <w:p>
      <w:pPr>
        <w:jc w:val="right"/>
      </w:pPr>
      <w:r>
        <w:t>مولانا اگلا سوال کیا ہے مسٹر خواجہ کلیم الدین نے فرام پینسلوینیا، یو ایس اے؟ ہی از ریٹن: "مولانا صاحب، جنرلی پیپل ان ویسٹرن کنٹریز ایکنالج گاڈز ایگزسٹنس، بٹ نیور دے گیو ہم ا ڈیو ریکگنیشن۔</w:t>
      </w:r>
    </w:p>
    <w:p>
      <w:r>
        <w:rPr>
          <w:b/>
        </w:rPr>
        <w:t xml:space="preserve">[1:24:44] </w:t>
      </w:r>
      <w:r>
        <w:t>for example, a person in power, like an executive or president, never says that he would accomplish anything with the help of god, or he would not say that this was god's will.</w:t>
      </w:r>
    </w:p>
    <w:p>
      <w:pPr>
        <w:jc w:val="right"/>
      </w:pPr>
      <w:r>
        <w:t>فار ایگزامپل، ا پرسن ان پاور، لائک این ایگزیکٹو اور پریزیڈنٹ، نیور سیز دیٹ ہی وڈ اکمپلش اینی تھنگ ود دی ہیلپ اف گاڈ، اور ہی وڈ ناٹ سے دیٹ دس واز گاڈز ول۔</w:t>
      </w:r>
    </w:p>
    <w:p>
      <w:r>
        <w:rPr>
          <w:b/>
        </w:rPr>
        <w:t xml:space="preserve">[1:24:58] </w:t>
      </w:r>
      <w:r>
        <w:t>it is considered to be the weakness of a person, if anyone says so. why is this so? maulana, kindly comment on this."</w:t>
      </w:r>
    </w:p>
    <w:p>
      <w:pPr>
        <w:jc w:val="right"/>
      </w:pPr>
      <w:r>
        <w:t>اٹ از کنسیڈرڈ ٹو بی دا ویکنس اف ا پرسن، اف اینی ون سیز سو۔ وائی از دس سو؟ مولانا، کائنڈلی کمنٹ ان دس۔"</w:t>
      </w:r>
    </w:p>
    <w:p>
      <w:r>
        <w:rPr>
          <w:b/>
        </w:rPr>
        <w:t xml:space="preserve">[1:25:08] </w:t>
      </w:r>
      <w:r>
        <w:t>ab main to yeh kahunga ke yeh western world ki baat hai, yeh sari duniya ki baat hai ke log khuda ka naam lete hain lekin consciousness ke level par unhe khuda ka pata nahi.</w:t>
      </w:r>
    </w:p>
    <w:p>
      <w:pPr>
        <w:jc w:val="right"/>
      </w:pPr>
      <w:r>
        <w:t>اب میں تو یہ کہوں گا کہ یہ ویسٹرن ورلڈ کی بات ہے، یہ ساری دنیا کی بات ہے کہ لوگ خدا کا نام لیتے ہیں لیکن کانشیسنس کے لیول پر انہیں خدا کا پتہ نہیں۔</w:t>
      </w:r>
    </w:p>
    <w:p>
      <w:r>
        <w:rPr>
          <w:b/>
        </w:rPr>
        <w:t xml:space="preserve">[1:25:23] </w:t>
      </w:r>
      <w:r>
        <w:t>yeh to baap baap sun rahe hain, society mein bola jata hai, bol rahe hain, bol rahe hain, bol rahe hain. to ek hai woh khuda jo aap ne society se paya ho, aap kisi ghar mein paida hue, kisi society mein paida hue, wahan log khuda ki boli bol rahe the to aap bhi lage bolne.</w:t>
      </w:r>
    </w:p>
    <w:p>
      <w:pPr>
        <w:jc w:val="right"/>
      </w:pPr>
      <w:r>
        <w:t>یہ تو باپ باپ سن رہے ہیں، سوسائٹی میں بولا جاتا ہے، بول رہے ہیں، بول رہے ہیں، بول رہے ہیں۔ تو ایک ہے وہ خدا جو آپ نے سوسائٹی سے پایا ہو، آپ کسی گھر میں پیدا ہوئے، کسی سوسائٹی میں پیدا ہوئے، وہاں لوگ خدا کی بولی بول رہے تھے تو آپ بھی لگے بولنے۔</w:t>
      </w:r>
    </w:p>
    <w:p>
      <w:r>
        <w:rPr>
          <w:b/>
        </w:rPr>
        <w:t xml:space="preserve">[1:25:41] </w:t>
      </w:r>
      <w:r>
        <w:t>yeh hai, yeh ek ek koi yeh yeh jo yeh jo bolna hai, is ki koi value nahi hai. khuda ko paana woh paana hai jo aap ke liye ek self self discovery ke taur par mila ho, yani khud aap ne study ki, khud aap ne socha,</w:t>
      </w:r>
    </w:p>
    <w:p>
      <w:pPr>
        <w:jc w:val="right"/>
      </w:pPr>
      <w:r>
        <w:t>یہ ہے، یہ ایک ایک کوئی یہ یہ جو یہ جو بولنا ہے، اس کی کوئی ویلیو نہیں ہے۔ خدا کو پانا وہ پانا ہے جو آپ کے لیے ایک سیلف سیلف ڈسکوری کے طور پر ملا ہو، یعنی خود آپ نے اسٹڈی کی، خود آپ نے سوچا،</w:t>
      </w:r>
    </w:p>
    <w:p>
      <w:r>
        <w:rPr>
          <w:b/>
        </w:rPr>
        <w:t xml:space="preserve">[1:25:59] </w:t>
      </w:r>
      <w:r>
        <w:t>khud aap ko realize hua ke khuda hai. tab jo khuda aaye ga aap ke mind mein to woh ek living god hoga. living god</w:t>
      </w:r>
    </w:p>
    <w:p>
      <w:pPr>
        <w:jc w:val="right"/>
      </w:pPr>
      <w:r>
        <w:t>خود آپ کو ریلائز ہوا کہ خدا ہے۔ تب جو خدا آئے گا آپ کے مائنڈ میں تو وہ ایک لیونگ گاڈ ہوگا۔ لیونگ گاڈ</w:t>
      </w:r>
    </w:p>
    <w:p>
      <w:r>
        <w:rPr>
          <w:b/>
        </w:rPr>
        <w:t xml:space="preserve">[1:26:08] </w:t>
      </w:r>
      <w:r>
        <w:t>yeh to bas ek maa baap se chala raha hai, society mein chala raha hai, kuch tradition mein chala raha hai. tradition yeh traditional belief hai, yeh yeh yeh khuda ka sahi maloom hai,</w:t>
      </w:r>
    </w:p>
    <w:p>
      <w:pPr>
        <w:jc w:val="right"/>
      </w:pPr>
      <w:r>
        <w:t>یہ تو بس ایک ماں باپ سے چلا رہا ہے، سوسائٹی میں چلا رہا ہے، کچھ ٹریڈیشن میں چلا رہا ہے۔ ٹریڈیشن یہ ٹریڈیشنل بیلیف ہے، یہ یہ یہ خدا کا صحیح معلوم ہے،</w:t>
      </w:r>
    </w:p>
    <w:p>
      <w:r>
        <w:rPr>
          <w:b/>
        </w:rPr>
        <w:t xml:space="preserve">[1:26:21] </w:t>
      </w:r>
      <w:r>
        <w:t>realization nahi hai.</w:t>
      </w:r>
    </w:p>
    <w:p>
      <w:pPr>
        <w:jc w:val="right"/>
      </w:pPr>
      <w:r>
        <w:t>ریلائزیشن نہیں ہے۔</w:t>
      </w:r>
    </w:p>
    <w:p>
      <w:r>
        <w:rPr>
          <w:b/>
        </w:rPr>
        <w:t xml:space="preserve">[1:26:26] </w:t>
      </w:r>
      <w:r>
        <w:t>maulana, agla sawal aaya hai mr shakeel ur rehman ka, delhi se. unhon ne poocha hai ke "how we will come to know that we have realized god?</w:t>
      </w:r>
    </w:p>
    <w:p>
      <w:pPr>
        <w:jc w:val="right"/>
      </w:pPr>
      <w:r>
        <w:t>مولانا، اگلا سوال آیا ہے مسٹر شکیل الرحمن کا، دہلی سے۔ انہوں نے پوچھا ہے کہ "ہاؤ وی ویل کم ٹو نو دیٹ وی ہیو ریلائزڈ گاڈ؟</w:t>
      </w:r>
    </w:p>
    <w:p>
      <w:r>
        <w:rPr>
          <w:b/>
        </w:rPr>
        <w:t xml:space="preserve">[1:26:37] </w:t>
      </w:r>
      <w:r>
        <w:t>is there any way to measure the level of realization?"</w:t>
      </w:r>
    </w:p>
    <w:p>
      <w:pPr>
        <w:jc w:val="right"/>
      </w:pPr>
      <w:r>
        <w:t>از دیر اینی وے ٹو میژر دا لیول اف ریلائزیشن؟"</w:t>
      </w:r>
    </w:p>
    <w:p>
      <w:r>
        <w:rPr>
          <w:b/>
        </w:rPr>
        <w:t xml:space="preserve">[1:26:46] </w:t>
      </w:r>
      <w:r>
        <w:t>dekhein, quran majeed mein do aayatein hain jo batati hain criteria.</w:t>
      </w:r>
    </w:p>
    <w:p>
      <w:pPr>
        <w:jc w:val="right"/>
      </w:pPr>
      <w:r>
        <w:t>دیکھیں، قرآن مجید میں دو آیتیں ہیں جو بتاتی ہیں کرائٹیریا۔</w:t>
      </w:r>
    </w:p>
    <w:p>
      <w:r>
        <w:rPr>
          <w:b/>
        </w:rPr>
        <w:t xml:space="preserve">[1:26:55] </w:t>
      </w:r>
      <w:r>
        <w:t>ek hai "allazina amanu ashadd hubba lillah", doosra hai "wa lam yaks illa lillah".</w:t>
      </w:r>
    </w:p>
    <w:p>
      <w:pPr>
        <w:jc w:val="right"/>
      </w:pPr>
      <w:r>
        <w:t>ایک ہے "الذین آمنوا اشد حبا للہ"، دوسرا ہے "ولم یکس الا اللہ"۔</w:t>
      </w:r>
    </w:p>
    <w:p>
      <w:r>
        <w:rPr>
          <w:b/>
        </w:rPr>
        <w:t xml:space="preserve">[1:27:05] </w:t>
      </w:r>
      <w:r>
        <w:t>har aadmi khud apne ko jaanch kar dekh sakta hai ke kya is ke andar yeh baat aayi hai ke is ne sab se zyada concern khuda ko banaya ho aur sab zyada is ko khuda se ki ki pakad ka dar rehta ho.</w:t>
      </w:r>
    </w:p>
    <w:p>
      <w:pPr>
        <w:jc w:val="right"/>
      </w:pPr>
      <w:r>
        <w:t>ہر آدمی خود اپنے کو جانچ کر دیکھ سکتا ہے کہ کیا اس کے اندر یہ بات آئی ہے کہ اس نے سب سے زیادہ کنسرن خدا کو بنایا ہو اور سب زیادہ اس کو خدا سے کی کی پکڑ کا ڈر رہتا ہو۔</w:t>
      </w:r>
    </w:p>
    <w:p>
      <w:r>
        <w:rPr>
          <w:b/>
        </w:rPr>
        <w:t xml:space="preserve">[1:27:22] </w:t>
      </w:r>
      <w:r>
        <w:t>accountability, yani accountability ka gah</w:t>
      </w:r>
    </w:p>
    <w:p>
      <w:pPr>
        <w:jc w:val="right"/>
      </w:pPr>
      <w:r>
        <w:t>اکاؤنٹیبلٹی، یعنی اکاؤنٹیبلٹی کا گہ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