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 e Quran Chapter 2 Verses 256, 257, 268, 269 &amp; 281 4 June 2007 - Maulana Wahiduddin Khan</w:t>
      </w:r>
    </w:p>
    <w:p>
      <w:r>
        <w:t>https://www.youtube.com/watch?v=mI7KYYuy2QA</w:t>
      </w:r>
    </w:p>
    <w:p>
      <w:r>
        <w:rPr>
          <w:b/>
        </w:rPr>
        <w:t xml:space="preserve">[00:10] </w:t>
      </w:r>
      <w:r>
        <w:t>bismillah rahman rahim, wa salla allahu ala nabiyyil kareem.</w:t>
      </w:r>
    </w:p>
    <w:p>
      <w:pPr>
        <w:jc w:val="right"/>
      </w:pPr>
      <w:r>
        <w:t>بسم اللہ الرحمن الرحیم، وصلی اللہ علی النبی الکریم۔</w:t>
      </w:r>
    </w:p>
    <w:p>
      <w:r>
        <w:rPr>
          <w:b/>
        </w:rPr>
        <w:t xml:space="preserve">[00:19]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yeh dars quran hai. is waqt hum surah al baqarah, yani chapter number 2, ki kuch aayaton ki wazahat karenge.</w:t>
      </w:r>
    </w:p>
    <w:p>
      <w:pPr>
        <w:jc w:val="right"/>
      </w:pPr>
      <w:r>
        <w:t>یہ درس قرآن ہے۔ اس وقت ہم سورہ البقرہ، یعنی چیپٹر نمبر 2، کی کچھ آیتوں کی وضاحت کریں گے۔</w:t>
      </w:r>
    </w:p>
    <w:p>
      <w:r>
        <w:rPr>
          <w:b/>
        </w:rPr>
        <w:t xml:space="preserve">[00:54] </w:t>
      </w:r>
      <w:r>
        <w:t>dekhiye, surah al baqarah ki ayat number 256, 256, 256, jo ayat hai,</w:t>
      </w:r>
    </w:p>
    <w:p>
      <w:pPr>
        <w:jc w:val="right"/>
      </w:pPr>
      <w:r>
        <w:t>دیکھیے، سورہ البقرہ کی آیت نمبر 256، 256، 256، جو آیت ہے،</w:t>
      </w:r>
    </w:p>
    <w:p>
      <w:r>
        <w:rPr>
          <w:b/>
        </w:rPr>
        <w:t xml:space="preserve">[01:09] </w:t>
      </w:r>
      <w:r>
        <w:t>is mein farmaya ke:</w:t>
      </w:r>
    </w:p>
    <w:p>
      <w:pPr>
        <w:jc w:val="right"/>
      </w:pPr>
      <w:r>
        <w:t>اس میں فرمایا کہ:</w:t>
      </w:r>
    </w:p>
    <w:p>
      <w:r>
        <w:rPr>
          <w:b/>
        </w:rPr>
        <w:t xml:space="preserve">[01:13] </w:t>
      </w:r>
      <w:r>
        <w:t>"la ikraha fid deen, atbayyana rushdu min al ghayy, fa man yakfur bil taghuti wa yu min billah, faqad istamsaka bil urwatil wusqa, la infisama laha,</w:t>
      </w:r>
    </w:p>
    <w:p>
      <w:pPr>
        <w:jc w:val="right"/>
      </w:pPr>
      <w:r>
        <w:t>"لا اکراہ فی الدین، اتبین رشد من الغی، فمن یکفر بالطاغوت ویوم باللہ، فقد استمسک بالعربۃ الاسقى، لانفسام لہا،</w:t>
      </w:r>
    </w:p>
    <w:p>
      <w:r>
        <w:rPr>
          <w:b/>
        </w:rPr>
        <w:t xml:space="preserve">[01:28] </w:t>
      </w:r>
      <w:r>
        <w:t>wallahu sami'un aleem"</w:t>
      </w:r>
    </w:p>
    <w:p>
      <w:pPr>
        <w:jc w:val="right"/>
      </w:pPr>
      <w:r>
        <w:t>واللہ سمیع علیم"</w:t>
      </w:r>
    </w:p>
    <w:p>
      <w:r>
        <w:rPr>
          <w:b/>
        </w:rPr>
        <w:t xml:space="preserve">[01:32] </w:t>
      </w:r>
      <w:r>
        <w:t>. yani deen mein koi jabr nahi. there is no compulsion in religion.</w:t>
      </w:r>
    </w:p>
    <w:p>
      <w:pPr>
        <w:jc w:val="right"/>
      </w:pPr>
      <w:r>
        <w:t>۔ یعنی دین میں کوئی جبر نہیں۔ There is no compulsion in religion.</w:t>
      </w:r>
    </w:p>
    <w:p>
      <w:r>
        <w:rPr>
          <w:b/>
        </w:rPr>
        <w:t xml:space="preserve">[01:46] </w:t>
      </w:r>
      <w:r>
        <w:t>"la ikraha fid deen" ka matlab hai: there is no compulsion in religion. phir farmaya ke hidayat aur gumrahi</w:t>
      </w:r>
    </w:p>
    <w:p>
      <w:pPr>
        <w:jc w:val="right"/>
      </w:pPr>
      <w:r>
        <w:t>"لا اکراہ فی الدین" کا مطلب ہے: There is no compulsion in religion. پھر فرمایا کہ ہدایت اور گمراہی</w:t>
      </w:r>
    </w:p>
    <w:p>
      <w:r>
        <w:rPr>
          <w:b/>
        </w:rPr>
        <w:t xml:space="preserve">[02:03] </w:t>
      </w:r>
      <w:r>
        <w:t>dono ek doosre se alag kar di gayeen. yani khuda ne jo apna kalam bheja hai, paighambar ke zariye, is mein khol khol kar bata diya gaya ke</w:t>
      </w:r>
    </w:p>
    <w:p>
      <w:pPr>
        <w:jc w:val="right"/>
      </w:pPr>
      <w:r>
        <w:t>دونوں ایک دوسرے سے الگ کر دی گئیں۔ یعنی خدا نے جو اپنا کلام بھیجا ہے، پیغمبر کے ذریعے، اس میں کھول کھول کر بتا دیا گیا کہ</w:t>
      </w:r>
    </w:p>
    <w:p>
      <w:r>
        <w:rPr>
          <w:b/>
        </w:rPr>
        <w:t xml:space="preserve">[02:22] </w:t>
      </w:r>
      <w:r>
        <w:t>sacha rasta kaun sa hai aur bhatka hua rasta kaun sa hai. to ab jo chahe sache raste ko pakde aur jo chahe woh is ka inkar kar ke bhatakta rahe doosre raston par.</w:t>
      </w:r>
    </w:p>
    <w:p>
      <w:pPr>
        <w:jc w:val="right"/>
      </w:pPr>
      <w:r>
        <w:t>سچا راستہ کون سا ہے اور بھٹکا ہوا راستہ کون سا ہے۔ تو اب جو چاہے سچے راستے کو پکڑے اور جو چاہے وہ اس کا انکار کر کے بھٹکتا رہے دوسرے راستوں پر۔</w:t>
      </w:r>
    </w:p>
    <w:p>
      <w:r>
        <w:rPr>
          <w:b/>
        </w:rPr>
        <w:t xml:space="preserve">[02:43] </w:t>
      </w:r>
      <w:r>
        <w:t>albatta yeh hai ke jo sache raste ko pakde ga to woh khuda ki rassi mein bas jayega. yani khuda ki madad is ko milne lagegi.</w:t>
      </w:r>
    </w:p>
    <w:p>
      <w:pPr>
        <w:jc w:val="right"/>
      </w:pPr>
      <w:r>
        <w:t>البتہ یہ ہے کہ جو سچے راستے کو پکڑے گا تو وہ خدا کی رستی میں بس جائے گا۔ یعنی خدا کی مدد اس کو ملنے لگے گی۔</w:t>
      </w:r>
    </w:p>
    <w:p>
      <w:r>
        <w:rPr>
          <w:b/>
        </w:rPr>
        <w:t xml:space="preserve">[02:57] </w:t>
      </w:r>
      <w:r>
        <w:t>to yeh jo farmaya ke: "la ikraha fid deen, there is no compulsion in religion" .</w:t>
      </w:r>
    </w:p>
    <w:p>
      <w:pPr>
        <w:jc w:val="right"/>
      </w:pPr>
      <w:r>
        <w:t>تو یہ جو فرمایا کہ: "لا اکراہ فی الدین، There is no compulsion in religion" ۔</w:t>
      </w:r>
    </w:p>
    <w:p>
      <w:r>
        <w:rPr>
          <w:b/>
        </w:rPr>
        <w:t xml:space="preserve">[03:06] </w:t>
      </w:r>
      <w:r>
        <w:t>is ko samajhne ki zaroorat hai. pehli baat yeh hai ke is ka koi bhi taluq siyasat se nahi hai.</w:t>
      </w:r>
    </w:p>
    <w:p>
      <w:pPr>
        <w:jc w:val="right"/>
      </w:pPr>
      <w:r>
        <w:t>اس کو سمجھنے کی ضرورت ہے۔ پہلی بات یہ ہے کہ اس کا کوئی بھی تعلق سیاست سے نہیں ہے۔</w:t>
      </w:r>
    </w:p>
    <w:p>
      <w:r>
        <w:rPr>
          <w:b/>
        </w:rPr>
        <w:t xml:space="preserve">[03:17] </w:t>
      </w:r>
      <w:r>
        <w:t>siyasat se nahi hai. siyasat ka masla ek alag masla hai. hukumat ya siyasat ya jo social qanoon hote hain,</w:t>
      </w:r>
    </w:p>
    <w:p>
      <w:pPr>
        <w:jc w:val="right"/>
      </w:pPr>
      <w:r>
        <w:t>سیاست سے نہیں ہے۔ سیاست کا مسئلہ ایک الگ مسئلہ ہے۔ حکومت یا سیاست یا جو سوشل قوانین ہوتے ہیں،</w:t>
      </w:r>
    </w:p>
    <w:p>
      <w:r>
        <w:rPr>
          <w:b/>
        </w:rPr>
        <w:t xml:space="preserve">[03:31] </w:t>
      </w:r>
      <w:r>
        <w:t>un ka alag se mutala kiya jayega, alag se un ko samjha jayega.</w:t>
      </w:r>
    </w:p>
    <w:p>
      <w:pPr>
        <w:jc w:val="right"/>
      </w:pPr>
      <w:r>
        <w:t>اُن کا الگ سے مطالعہ کیا جائے گا، الگ سے اُن کو سمجھا جائے گا۔</w:t>
      </w:r>
    </w:p>
    <w:p>
      <w:r>
        <w:rPr>
          <w:b/>
        </w:rPr>
        <w:t xml:space="preserve">[03:35] </w:t>
      </w:r>
      <w:r>
        <w:t>yahan par jo baat kahi gayi woh khalisatan mazhab ke bare mein hai, aqeeday ke bare mein hai. yahan deen ke mani wohi hain jo mazhab ke mani hotay hain.</w:t>
      </w:r>
    </w:p>
    <w:p>
      <w:pPr>
        <w:jc w:val="right"/>
      </w:pPr>
      <w:r>
        <w:t>یہاں پر جو بات کہی گئی وہ خالصتاً مذہب کے بارے میں ہے، عقیدے کے بارے میں ہے۔ یہاں دین کے معنی وہی ہیں جو مذہب کے معنی ہوتے ہیں۔</w:t>
      </w:r>
    </w:p>
    <w:p>
      <w:r>
        <w:rPr>
          <w:b/>
        </w:rPr>
        <w:t xml:space="preserve">[03:48] </w:t>
      </w:r>
      <w:r>
        <w:t>deen ko riyasat ke mani mein lena</w:t>
      </w:r>
    </w:p>
    <w:p>
      <w:pPr>
        <w:jc w:val="right"/>
      </w:pPr>
      <w:r>
        <w:t>دین کو ریاست کے معنی میں لینا</w:t>
      </w:r>
    </w:p>
    <w:p>
      <w:r>
        <w:rPr>
          <w:b/>
        </w:rPr>
        <w:t xml:space="preserve">[03:52] </w:t>
      </w:r>
      <w:r>
        <w:t>aik bohat bari ghalati hai, bhayanak ghalati hai. to yeh farmaya ke deen mein koi zabardasti nahin.</w:t>
      </w:r>
    </w:p>
    <w:p>
      <w:pPr>
        <w:jc w:val="right"/>
      </w:pPr>
      <w:r>
        <w:t>ایک بہت بڑی غلطی ہے، بھیانک غلطی ہے۔ تو یہ فرمایا کہ دین میں کوئی زبردستی نہیں۔</w:t>
      </w:r>
    </w:p>
    <w:p>
      <w:r>
        <w:rPr>
          <w:b/>
        </w:rPr>
        <w:t xml:space="preserve">[04:06] </w:t>
      </w:r>
      <w:r>
        <w:t>There is no compulsion in religion.</w:t>
      </w:r>
    </w:p>
    <w:p>
      <w:pPr>
        <w:jc w:val="right"/>
      </w:pPr>
      <w:r>
        <w:t>There is no compulsion in religion.</w:t>
      </w:r>
    </w:p>
    <w:p>
      <w:r>
        <w:rPr>
          <w:b/>
        </w:rPr>
        <w:t xml:space="preserve">[04:11] </w:t>
      </w:r>
      <w:r>
        <w:t>yeh aadmi ka apna intikhab hai. yeh kyun farmaya? kyun ke agar aisa na ho to sari scheme jo Khuda ki hai, wohi barbad ho jayegi.</w:t>
      </w:r>
    </w:p>
    <w:p>
      <w:pPr>
        <w:jc w:val="right"/>
      </w:pPr>
      <w:r>
        <w:t>یہ آدمی کا اپنا انتخاب ہے۔ یہ کیوں فرمایا؟ کیوں کہ اگر ایسا نہ ہو تو ساری اسکیم جو خدا کی ہے، وہی برباد ہو جائے گی۔</w:t>
      </w:r>
    </w:p>
    <w:p>
      <w:r>
        <w:rPr>
          <w:b/>
        </w:rPr>
        <w:t xml:space="preserve">[04:25] </w:t>
      </w:r>
      <w:r>
        <w:t>jo Khuda ki scheme hai,</w:t>
      </w:r>
    </w:p>
    <w:p>
      <w:pPr>
        <w:jc w:val="right"/>
      </w:pPr>
      <w:r>
        <w:t>جو خدا کی اسکیم ہے،</w:t>
      </w:r>
    </w:p>
    <w:p>
      <w:r>
        <w:rPr>
          <w:b/>
        </w:rPr>
        <w:t xml:space="preserve">[04:27] </w:t>
      </w:r>
      <w:r>
        <w:t>jo Khuda ka, Khuda ka jo takhleeqi mansooba hai, woh sab barbad ho jayega agar deen mein zabardasti ki jaye.</w:t>
      </w:r>
    </w:p>
    <w:p>
      <w:pPr>
        <w:jc w:val="right"/>
      </w:pPr>
      <w:r>
        <w:t>جو خدا کا، خدا کا جو تخلیقی منصوبہ ہے، وہ سب برباد ہو جائے گا اگر دین میں زبردستی کی جائے۔</w:t>
      </w:r>
    </w:p>
    <w:p>
      <w:r>
        <w:rPr>
          <w:b/>
        </w:rPr>
        <w:t xml:space="preserve">[04:37] </w:t>
      </w:r>
      <w:r>
        <w:t>kyun? deen ka jo muamla hai woh juda hua hai jannat se aur jahannum se.</w:t>
      </w:r>
    </w:p>
    <w:p>
      <w:pPr>
        <w:jc w:val="right"/>
      </w:pPr>
      <w:r>
        <w:t>کیوں؟ دین کا جو معاملہ ہے وہ جڑا ہوا ہے جنت سے اور جہنم سے۔</w:t>
      </w:r>
    </w:p>
    <w:p>
      <w:r>
        <w:rPr>
          <w:b/>
        </w:rPr>
        <w:t xml:space="preserve">[04:47] </w:t>
      </w:r>
      <w:r>
        <w:t>yani jannat se aur jahannum se.</w:t>
      </w:r>
    </w:p>
    <w:p>
      <w:pPr>
        <w:jc w:val="right"/>
      </w:pPr>
      <w:r>
        <w:t>یعنی جنت سے اور جہنم سے۔</w:t>
      </w:r>
    </w:p>
    <w:p>
      <w:r>
        <w:rPr>
          <w:b/>
        </w:rPr>
        <w:t xml:space="preserve">[04:51] </w:t>
      </w:r>
      <w:r>
        <w:t>is dunya mein aadmi ko rakha gaya hai is liye ke woh apni azadi se kya intikhab leta hai.</w:t>
      </w:r>
    </w:p>
    <w:p>
      <w:pPr>
        <w:jc w:val="right"/>
      </w:pPr>
      <w:r>
        <w:t>اس دنیا میں آدمی کو رکھا گیا ہے اس لیے کہ وہ اپنی آزادی سے کیا انتخاب لیتا ہے۔</w:t>
      </w:r>
    </w:p>
    <w:p>
      <w:r>
        <w:rPr>
          <w:b/>
        </w:rPr>
        <w:t xml:space="preserve">[05:03] </w:t>
      </w:r>
      <w:r>
        <w:t>us intikhab par us ko ya to saza diya jayega</w:t>
      </w:r>
    </w:p>
    <w:p>
      <w:pPr>
        <w:jc w:val="right"/>
      </w:pPr>
      <w:r>
        <w:t>اُس انتخاب پر اُس کو یا تو سزا دیا جائے گا</w:t>
      </w:r>
    </w:p>
    <w:p>
      <w:r>
        <w:rPr>
          <w:b/>
        </w:rPr>
        <w:t xml:space="preserve">[05:08] </w:t>
      </w:r>
      <w:r>
        <w:t>ya inaam diya jayega. yani azadana tor par sahi rastay ka intikhab lena, yeh Khuda dekhna chahta hai.</w:t>
      </w:r>
    </w:p>
    <w:p>
      <w:pPr>
        <w:jc w:val="right"/>
      </w:pPr>
      <w:r>
        <w:t>یا انعام دیا جائے گا۔ یعنی آزادانہ طور پر صحیح راستے کا انتخاب لینا، یہ خدا دیکھنا چاہتا ہے۔</w:t>
      </w:r>
    </w:p>
    <w:p>
      <w:r>
        <w:rPr>
          <w:b/>
        </w:rPr>
        <w:t xml:space="preserve">[05:22] </w:t>
      </w:r>
      <w:r>
        <w:t>to agar kuch bhi, zara bhi,</w:t>
      </w:r>
    </w:p>
    <w:p>
      <w:pPr>
        <w:jc w:val="right"/>
      </w:pPr>
      <w:r>
        <w:t>تو اگر کچھ بھی، ذرا بھی،</w:t>
      </w:r>
    </w:p>
    <w:p>
      <w:r>
        <w:rPr>
          <w:b/>
        </w:rPr>
        <w:t xml:space="preserve">[05:24] </w:t>
      </w:r>
      <w:r>
        <w:t>zara si bhi zabardasti is ke khilaf chalaya jata hai, agar zabardasti ho ke zabardasti ki jaye deen ke muamle mein, to woh Khuda ke takhleeqi mansoobe ko khatam karne ka matlab ho jayega us ka.</w:t>
      </w:r>
    </w:p>
    <w:p>
      <w:pPr>
        <w:jc w:val="right"/>
      </w:pPr>
      <w:r>
        <w:t>ذرا سی بھی زبردستی اس کے خلاف چلایا جاتا ہے، اگر زبردستی ہو کہ زبردستی کی جائے دین کے معاملے میں، تو وہ خدا کے تخلیقی منصوبے کو ختم کرنے کا مطلب ہو جائے گا اُس کا۔</w:t>
      </w:r>
    </w:p>
    <w:p>
      <w:r>
        <w:rPr>
          <w:b/>
        </w:rPr>
        <w:t xml:space="preserve">[05:48] </w:t>
      </w:r>
      <w:r>
        <w:t>woh zabardasti kisi ko jannat mein nahin le le jana hai Khuda ko. rasti mein bandh kar ke jannat mein nahin le jana hai. balkeh yeh dekhna hai ke apni azadi ko us ne ghalat istemal kiya ya us ko theek theek istemal kiya.</w:t>
      </w:r>
    </w:p>
    <w:p>
      <w:pPr>
        <w:jc w:val="right"/>
      </w:pPr>
      <w:r>
        <w:t>وہ زبردستی کسی کو جنت میں نہیں لے لے جانا ہے خدا کو۔ رستی میں باندھ کر کے جنت میں نہیں لے جانا ہے۔ بلکہ یہ دیکھنا ہے کہ اپنی آزادی کو اُس نے غلط استعمال کیا یا اُس کو ٹھیک ٹھیک استعمال کیا۔</w:t>
      </w:r>
    </w:p>
    <w:p>
      <w:r>
        <w:rPr>
          <w:b/>
        </w:rPr>
        <w:t xml:space="preserve">[06:07] </w:t>
      </w:r>
      <w:r>
        <w:t>to ikrah jo hai, yani zabardasti jo hai, woh Khuda ki scheme hi se kharij hai. Khuda ka jo takhleeqi mansooba hai, us mein koi jagah nahin hai</w:t>
      </w:r>
    </w:p>
    <w:p>
      <w:pPr>
        <w:jc w:val="right"/>
      </w:pPr>
      <w:r>
        <w:t>تو اکراہ جو ہے، یعنی زبردستی جو ہے، وہ خدا کی اسکیم ہی سے خارج ہے۔ خدا کا جو تخلیقی منصوبہ ہے، اُس میں کوئی جگہ نہیں ہے</w:t>
      </w:r>
    </w:p>
    <w:p>
      <w:r>
        <w:rPr>
          <w:b/>
        </w:rPr>
        <w:t xml:space="preserve">[06:25] </w:t>
      </w:r>
      <w:r>
        <w:t>ikrah ke liye, zabardasti ke liye. is muamle mein log is tarah ki bahasein karte hain ke yeh ayat mansookh ho gayi ya mansookh nahin hui, is ka taluq siyasat se hai ya nahin hai,</w:t>
      </w:r>
    </w:p>
    <w:p>
      <w:pPr>
        <w:jc w:val="right"/>
      </w:pPr>
      <w:r>
        <w:t>اکراہ کے لیے، زبردستی کے لیے۔ اس معاملے میں لوگ اس طرح کی بحثیں کرتے ہیں کہ یہ آیت منسوخ ہو گئی یا منسوخ نہیں ہوئی، اس کا تعلق سیاست سے ہے یا نہیں ہے،</w:t>
      </w:r>
    </w:p>
    <w:p>
      <w:r>
        <w:rPr>
          <w:b/>
        </w:rPr>
        <w:t xml:space="preserve">[06:42] </w:t>
      </w:r>
      <w:r>
        <w:t>yeh sab ghair mutallqa bahasein hain. bilkul ghair mutallqa. yahan par deen se murad mazhab hai, deen se murad nizam-e-aqaaid hai.</w:t>
      </w:r>
    </w:p>
    <w:p>
      <w:pPr>
        <w:jc w:val="right"/>
      </w:pPr>
      <w:r>
        <w:t>یہ سب غیر متعلقہ بحثیں ہیں۔ بالکل غیر متعلقہ۔ یہاں پر دین سے مراد مذہب ہے، دین سے مراد نظامِ عقائد ہے۔</w:t>
      </w:r>
    </w:p>
    <w:p>
      <w:r>
        <w:rPr>
          <w:b/>
        </w:rPr>
        <w:t xml:space="preserve">[06:56] </w:t>
      </w:r>
      <w:r>
        <w:t>buniyadi tor par. yani woh cheez hai jis ka taluq</w:t>
      </w:r>
    </w:p>
    <w:p>
      <w:pPr>
        <w:jc w:val="right"/>
      </w:pPr>
      <w:r>
        <w:t>بنیادی طور پر۔ یعنی وہ چیز ہے جس کا تعلق</w:t>
      </w:r>
    </w:p>
    <w:p>
      <w:r>
        <w:rPr>
          <w:b/>
        </w:rPr>
        <w:t xml:space="preserve">[07:01] </w:t>
      </w:r>
      <w:r>
        <w:t>hota hai jannat se, inaam se. bas. to Khuda ne apne peghambaron ke zariye</w:t>
      </w:r>
    </w:p>
    <w:p>
      <w:pPr>
        <w:jc w:val="right"/>
      </w:pPr>
      <w:r>
        <w:t>ہوتا ہے جنت سے، انعام سے۔ بس۔ تو خدا نے اپنے پیغمبروں کے ذریعے</w:t>
      </w:r>
    </w:p>
    <w:p>
      <w:r>
        <w:rPr>
          <w:b/>
        </w:rPr>
        <w:t xml:space="preserve">[07:15] </w:t>
      </w:r>
      <w:r>
        <w:t>jo apna kalam bheja, us mein yeh baat khol kar bayan kar di ke jahannum ka rasta konsa hai, jannat ka rasta konsa hai.</w:t>
      </w:r>
    </w:p>
    <w:p>
      <w:pPr>
        <w:jc w:val="right"/>
      </w:pPr>
      <w:r>
        <w:t>جو اپنا کلام بھیجا، اُس میں یہ بات کھول کر بیان کر دی کہ جہنم کا راستہ کون سا ہے، جنت کا راستہ کون سا ہے۔</w:t>
      </w:r>
    </w:p>
    <w:p>
      <w:r>
        <w:rPr>
          <w:b/>
        </w:rPr>
        <w:t xml:space="preserve">[07:29] </w:t>
      </w:r>
      <w:r>
        <w:t>sachay rastay par chalna kya hai</w:t>
      </w:r>
    </w:p>
    <w:p>
      <w:pPr>
        <w:jc w:val="right"/>
      </w:pPr>
      <w:r>
        <w:t>سچے راستے پر چلنا کیا ہے</w:t>
      </w:r>
    </w:p>
    <w:p>
      <w:r>
        <w:rPr>
          <w:b/>
        </w:rPr>
        <w:t xml:space="preserve">[07:32] </w:t>
      </w:r>
      <w:r>
        <w:t>aur ghalat raston par bhatakna kya hai. to bas batana yeh peghambar ka kaam tha. bas peghambar ka kaam tha batana.</w:t>
      </w:r>
    </w:p>
    <w:p>
      <w:pPr>
        <w:jc w:val="right"/>
      </w:pPr>
      <w:r>
        <w:t>اور غلط راستوں پر بھٹکنا کیا ہے۔ تو بس بتانا یہ پیغمبر کا کام تھا۔ بس پیغمبر کا کام تھا بتانا۔</w:t>
      </w:r>
    </w:p>
    <w:p>
      <w:r>
        <w:rPr>
          <w:b/>
        </w:rPr>
        <w:t xml:space="preserve">[07:47] </w:t>
      </w:r>
      <w:r>
        <w:t>aur peghambar ka yeh kaam nahin hai ke woh</w:t>
      </w:r>
    </w:p>
    <w:p>
      <w:pPr>
        <w:jc w:val="right"/>
      </w:pPr>
      <w:r>
        <w:t>اور پیغمبر کا یہ کام نہیں ہے کہ وہ</w:t>
      </w:r>
    </w:p>
    <w:p>
      <w:r>
        <w:rPr>
          <w:b/>
        </w:rPr>
        <w:t xml:space="preserve">[07:50] </w:t>
      </w:r>
      <w:r>
        <w:t>zabardasti logon ko laye Khuda ke deen ki taraf. jahan zabardasti aya to Khuda ki scheme hi wahan par khatam ho gayi.</w:t>
      </w:r>
    </w:p>
    <w:p>
      <w:pPr>
        <w:jc w:val="right"/>
      </w:pPr>
      <w:r>
        <w:t>زبردستی لوگوں کو لائے خدا کے دین کی طرف۔ جہاں زبردستی آیا تو خدا کی اسکیم ہی وہاں پر ختم ہو گئی۔</w:t>
      </w:r>
    </w:p>
    <w:p>
      <w:r>
        <w:rPr>
          <w:b/>
        </w:rPr>
        <w:t xml:space="preserve">[08:05] </w:t>
      </w:r>
      <w:r>
        <w:t>to is ayat ko samajhne ke liye</w:t>
      </w:r>
    </w:p>
    <w:p>
      <w:pPr>
        <w:jc w:val="right"/>
      </w:pPr>
      <w:r>
        <w:t>تو اس آیت کو سمجھنے کے لیے</w:t>
      </w:r>
    </w:p>
    <w:p>
      <w:r>
        <w:rPr>
          <w:b/>
        </w:rPr>
        <w:t xml:space="preserve">[08:08] </w:t>
      </w:r>
      <w:r>
        <w:t>zaruri hai ke hum yeh dekhen ke Khuda ka takhliqi mansooba kya hai. Insan ke liye Khuda ki scheme kya hai. Woh yahi hai ke woh dekhna chahta hai Khuda ke kaun woh insan hai jisne apni azadi ko</w:t>
      </w:r>
    </w:p>
    <w:p>
      <w:pPr>
        <w:jc w:val="right"/>
      </w:pPr>
      <w:r>
        <w:t>ضروری ہے کہ ہم یہ دیکھیں کہ خدا کا تخلیقی منصوبہ کیا ہے۔ انسان کے لیے خدا کی اسکیم کیا ہے۔ وہ یہی ہے کہ وہ دیکھنا چاہتا ہے خدا کہ کون وہ انسان ہے جس نے اپنی آزادی کو</w:t>
      </w:r>
    </w:p>
    <w:p>
      <w:r>
        <w:rPr>
          <w:b/>
        </w:rPr>
        <w:t xml:space="preserve">[08:25] </w:t>
      </w:r>
      <w:r>
        <w:t>theek theek istemal kiya aur kaun woh istemal aur kaun woh insan hai jisne apni azadi ko galat istemal kiya.</w:t>
      </w:r>
    </w:p>
    <w:p>
      <w:pPr>
        <w:jc w:val="right"/>
      </w:pPr>
      <w:r>
        <w:t>ٹھیک ٹھیک استعمال کیا اور کون وہ استعمال اور کون وہ انسان ہے جس نے اپنی آزادی کو غلط استعمال کیا۔</w:t>
      </w:r>
    </w:p>
    <w:p>
      <w:r>
        <w:rPr>
          <w:b/>
        </w:rPr>
        <w:t xml:space="preserve">[08:36] </w:t>
      </w:r>
      <w:r>
        <w:t>to yeh sab jo Khuda ko dekhna hai, woh ho sakta hai azadi ke mahol mein.</w:t>
      </w:r>
    </w:p>
    <w:p>
      <w:pPr>
        <w:jc w:val="right"/>
      </w:pPr>
      <w:r>
        <w:t>تو یہ سب جو خدا کو دیکھنا ہے، وہ ہو سکتا ہے آزادی کے ماحول میں۔</w:t>
      </w:r>
    </w:p>
    <w:p>
      <w:r>
        <w:rPr>
          <w:b/>
        </w:rPr>
        <w:t xml:space="preserve">[08:43] </w:t>
      </w:r>
      <w:r>
        <w:t>aisa mahol jis mein zabardasti ho, wahan yeh baat nahi jaani ja sakti. To "la ikraha fid-deen, There is no compulsion in religion" .</w:t>
      </w:r>
    </w:p>
    <w:p>
      <w:pPr>
        <w:jc w:val="right"/>
      </w:pPr>
      <w:r>
        <w:t>ایسا ماحول جس میں زبردستی ہو، وہاں یہ بات نہیں جانی جا سکتی۔ تو "لا اکراہ فی الدین، There is no compulsion in religion" ۔</w:t>
      </w:r>
    </w:p>
    <w:p>
      <w:r>
        <w:rPr>
          <w:b/>
        </w:rPr>
        <w:t xml:space="preserve">[09:00] </w:t>
      </w:r>
      <w:r>
        <w:t>ka matlab yeh hai ke Khuda yeh chahta hai ke mukammal azadi logon ko ho deen ke mamle mein. Kamil azadi.</w:t>
      </w:r>
    </w:p>
    <w:p>
      <w:pPr>
        <w:jc w:val="right"/>
      </w:pPr>
      <w:r>
        <w:t>کا مطلب یہ ہے کہ خدا یہ چاہتا ہے کہ مکمل آزادی لوگوں کو ہو دین کے معاملے میں۔ کامل آزادی۔</w:t>
      </w:r>
    </w:p>
    <w:p>
      <w:r>
        <w:rPr>
          <w:b/>
        </w:rPr>
        <w:t xml:space="preserve">[09:11] </w:t>
      </w:r>
      <w:r>
        <w:t>koi bhi zabardasti nahi.</w:t>
      </w:r>
    </w:p>
    <w:p>
      <w:pPr>
        <w:jc w:val="right"/>
      </w:pPr>
      <w:r>
        <w:t>کوئی بھی زبردستی نہیں۔</w:t>
      </w:r>
    </w:p>
    <w:p>
      <w:r>
        <w:rPr>
          <w:b/>
        </w:rPr>
        <w:t xml:space="preserve">[09:16] </w:t>
      </w:r>
      <w:r>
        <w:t>aur</w:t>
      </w:r>
    </w:p>
    <w:p>
      <w:pPr>
        <w:jc w:val="right"/>
      </w:pPr>
      <w:r>
        <w:t>اور</w:t>
      </w:r>
    </w:p>
    <w:p>
      <w:r>
        <w:rPr>
          <w:b/>
        </w:rPr>
        <w:t xml:space="preserve">[09:21] </w:t>
      </w:r>
      <w:r>
        <w:t>Khuda ke nazdeek jannat mein basaye jaane ke qabil kaun insan hai? Yeh woh insan hai jo is baat ka, yaani is duniya mein is baat ka saboot de</w:t>
      </w:r>
    </w:p>
    <w:p>
      <w:pPr>
        <w:jc w:val="right"/>
      </w:pPr>
      <w:r>
        <w:t>خدا کے نزدیک جنت میں بسائے جانے کے قابل کون انسان ہے؟ یہ وہ انسان ہے جو اس بات کا، یعنی اس دنیا میں اس بات کا ثبوت دے</w:t>
      </w:r>
    </w:p>
    <w:p>
      <w:r>
        <w:rPr>
          <w:b/>
        </w:rPr>
        <w:t xml:space="preserve">[09:40] </w:t>
      </w:r>
      <w:r>
        <w:t>ke woh azadi ke bawajood nazm o zabt mein rehne wala aadmi hai. Azadi ke bawajood woh apne aap ko control mein rakhne wala insan hai.</w:t>
      </w:r>
    </w:p>
    <w:p>
      <w:pPr>
        <w:jc w:val="right"/>
      </w:pPr>
      <w:r>
        <w:t>کہ وہ آزادی کے باوجود نظم و ضبط میں رہنے والا آدمی ہے۔ آزادی کے باوجود وہ اپنے آپ کو کنٹرول میں رکھنے والا انسان ہے۔</w:t>
      </w:r>
    </w:p>
    <w:p>
      <w:r>
        <w:rPr>
          <w:b/>
        </w:rPr>
        <w:t xml:space="preserve">[09:54] </w:t>
      </w:r>
      <w:r>
        <w:t>woh apni khwahish ko, apni ana ko, apni gharoor ko, har cheez ko</w:t>
      </w:r>
    </w:p>
    <w:p>
      <w:pPr>
        <w:jc w:val="right"/>
      </w:pPr>
      <w:r>
        <w:t>وہ اپنی خواہش کو، اپنی انا کو، اپنی غرور کو، ہر چیز کو</w:t>
      </w:r>
    </w:p>
    <w:p>
      <w:r>
        <w:rPr>
          <w:b/>
        </w:rPr>
        <w:t xml:space="preserve">[10:01] </w:t>
      </w:r>
      <w:r>
        <w:t>control mein rakhta hai.</w:t>
      </w:r>
    </w:p>
    <w:p>
      <w:pPr>
        <w:jc w:val="right"/>
      </w:pPr>
      <w:r>
        <w:t>کنٹرول میں رکھتا ہے۔</w:t>
      </w:r>
    </w:p>
    <w:p>
      <w:r>
        <w:rPr>
          <w:b/>
        </w:rPr>
        <w:t xml:space="preserve">[10:07] </w:t>
      </w:r>
      <w:r>
        <w:t>khud nazm o zabt aur khud control, yahi to asal cheez hai. To azadi ke hote hue control, azadi ke hote hue nazm o zabt.</w:t>
      </w:r>
    </w:p>
    <w:p>
      <w:pPr>
        <w:jc w:val="right"/>
      </w:pPr>
      <w:r>
        <w:t>خود نظم و ضبط اور خود کنٹرول، یہی تو اصل چیز ہے۔ تو آزادی کے ہوتے ہوئے کنٹرول، آزادی کے ہوتے ہوئے نظم و ضبط۔</w:t>
      </w:r>
    </w:p>
    <w:p>
      <w:r>
        <w:rPr>
          <w:b/>
        </w:rPr>
        <w:t xml:space="preserve">[10:20] </w:t>
      </w:r>
      <w:r>
        <w:t>yaani sachai ka inkar karne ka</w:t>
      </w:r>
    </w:p>
    <w:p>
      <w:pPr>
        <w:jc w:val="right"/>
      </w:pPr>
      <w:r>
        <w:t>یعنی سچائی کا انکار کرنے کا</w:t>
      </w:r>
    </w:p>
    <w:p>
      <w:r>
        <w:rPr>
          <w:b/>
        </w:rPr>
        <w:t xml:space="preserve">[10:24] </w:t>
      </w:r>
      <w:r>
        <w:t>mauqa hote hue sachai ko maan lena. Sachai ko jhutlane ka mauqa hote hue sachai ke aage surrender kar dena.</w:t>
      </w:r>
    </w:p>
    <w:p>
      <w:pPr>
        <w:jc w:val="right"/>
      </w:pPr>
      <w:r>
        <w:t>موقع ہوتے ہوئے سچائی کو مان لینا۔ سچائی کو جھٹلانے کا موقع ہوتے ہوئے سچائی کے آگے سرنڈر کر دینا۔</w:t>
      </w:r>
    </w:p>
    <w:p>
      <w:r>
        <w:rPr>
          <w:b/>
        </w:rPr>
        <w:t xml:space="preserve">[10:39] </w:t>
      </w:r>
      <w:r>
        <w:t>yeh hai Khuda ki scheme.</w:t>
      </w:r>
    </w:p>
    <w:p>
      <w:pPr>
        <w:jc w:val="right"/>
      </w:pPr>
      <w:r>
        <w:t>یہ ہے خدا کی اسکیم۔</w:t>
      </w:r>
    </w:p>
    <w:p>
      <w:r>
        <w:rPr>
          <w:b/>
        </w:rPr>
        <w:t xml:space="preserve">[10:42] </w:t>
      </w:r>
      <w:r>
        <w:t>to yeh bilkul it is but natural ke it is but natural ke deen ke mamle mein, mazhab ke mamle mein koi zabardasti na ho.</w:t>
      </w:r>
    </w:p>
    <w:p>
      <w:pPr>
        <w:jc w:val="right"/>
      </w:pPr>
      <w:r>
        <w:t>تو یہ بالکل it is but natural کہ it is but natural کہ دین کے معاملے میں، مذہب کے معاملے میں کوئی زبردستی نہ ہو۔</w:t>
      </w:r>
    </w:p>
    <w:p>
      <w:r>
        <w:rPr>
          <w:b/>
        </w:rPr>
        <w:t xml:space="preserve">[10:52] </w:t>
      </w:r>
      <w:r>
        <w:t>zabardasti karte hi sari scheme hi jo hai Khuda ki, khatm ho jati hai.</w:t>
      </w:r>
    </w:p>
    <w:p>
      <w:pPr>
        <w:jc w:val="right"/>
      </w:pPr>
      <w:r>
        <w:t>زبردستی کرتے ہی ساری اسکیم ہی جو ہے خدا کی، ختم ہو جاتی ہے۔</w:t>
      </w:r>
    </w:p>
    <w:p>
      <w:r>
        <w:rPr>
          <w:b/>
        </w:rPr>
        <w:t xml:space="preserve">[11:00] </w:t>
      </w:r>
      <w:r>
        <w:t>iske baad farmaya</w:t>
      </w:r>
    </w:p>
    <w:p>
      <w:pPr>
        <w:jc w:val="right"/>
      </w:pPr>
      <w:r>
        <w:t>اس کے بعد فرمایا</w:t>
      </w:r>
    </w:p>
    <w:p>
      <w:r>
        <w:rPr>
          <w:b/>
        </w:rPr>
        <w:t xml:space="preserve">[11:04] </w:t>
      </w:r>
      <w:r>
        <w:t>ke</w:t>
      </w:r>
    </w:p>
    <w:p>
      <w:pPr>
        <w:jc w:val="right"/>
      </w:pPr>
      <w:r>
        <w:t>کہ</w:t>
      </w:r>
    </w:p>
    <w:p>
      <w:r>
        <w:rPr>
          <w:b/>
        </w:rPr>
        <w:t xml:space="preserve">[11:10] </w:t>
      </w:r>
      <w:r>
        <w:t>"yukhrijuhum minaz-zulumaati ilan-noor" . Yeh hai ayat number 257.</w:t>
      </w:r>
    </w:p>
    <w:p>
      <w:pPr>
        <w:jc w:val="right"/>
      </w:pPr>
      <w:r>
        <w:t>"يخرجهم من الظلمات إلى النور" ۔ یہ ہے آیت نمبر 257۔</w:t>
      </w:r>
    </w:p>
    <w:p>
      <w:r>
        <w:rPr>
          <w:b/>
        </w:rPr>
        <w:t xml:space="preserve">[11:21] </w:t>
      </w:r>
      <w:r>
        <w:t>Surah Al-Baqarah ki ayat number 257. To farmaya ke Allah taala jo hai woh nikalta hai tareekiyon se aur lata hai roshni mein.</w:t>
      </w:r>
    </w:p>
    <w:p>
      <w:pPr>
        <w:jc w:val="right"/>
      </w:pPr>
      <w:r>
        <w:t>سورہ البقرہ کی آیت نمبر 257۔ تو فرمایا کہ اللہ تعالیٰ جو ہے وہ نکالتا ہے تاریکیوں سے اور لاتا ہے روشنی میں۔</w:t>
      </w:r>
    </w:p>
    <w:p>
      <w:r>
        <w:rPr>
          <w:b/>
        </w:rPr>
        <w:t xml:space="preserve">[11:36] </w:t>
      </w:r>
      <w:r>
        <w:t>"yukhrijuhum minaz-zulumaati ilan-noor" .</w:t>
      </w:r>
    </w:p>
    <w:p>
      <w:pPr>
        <w:jc w:val="right"/>
      </w:pPr>
      <w:r>
        <w:t>"يخرجهم من الظلمات إلى النور" ۔</w:t>
      </w:r>
    </w:p>
    <w:p>
      <w:r>
        <w:rPr>
          <w:b/>
        </w:rPr>
        <w:t xml:space="preserve">[11:44] </w:t>
      </w:r>
      <w:r>
        <w:t>yeh Khuda kin logon ke saath karta hai?</w:t>
      </w:r>
    </w:p>
    <w:p>
      <w:pPr>
        <w:jc w:val="right"/>
      </w:pPr>
      <w:r>
        <w:t>یہ خدا کن لوگوں کے ساتھ کرتا ہے؟</w:t>
      </w:r>
    </w:p>
    <w:p>
      <w:r>
        <w:rPr>
          <w:b/>
        </w:rPr>
        <w:t xml:space="preserve">[11:49] </w:t>
      </w:r>
      <w:r>
        <w:t>yaani kin logon ke saath Khuda aisa karta hai ke woh unko andhere se nikal kar roshni mein lata hai? "yukhrijuhum minaz-zulumaati ilan-noor" .</w:t>
      </w:r>
    </w:p>
    <w:p>
      <w:pPr>
        <w:jc w:val="right"/>
      </w:pPr>
      <w:r>
        <w:t>یعنی کن لوگوں کے ساتھ خدا ایسا کرتا ہے کہ وہ اُن کو اندھیرے سے نکال کر روشنی میں لاتا ہے؟ "يخرجهم من الظلمات إلى النور" ۔</w:t>
      </w:r>
    </w:p>
    <w:p>
      <w:r>
        <w:rPr>
          <w:b/>
        </w:rPr>
        <w:t xml:space="preserve">[12:00] </w:t>
      </w:r>
      <w:r>
        <w:t>kis ko? jo is ke,</w:t>
      </w:r>
    </w:p>
    <w:p>
      <w:pPr>
        <w:jc w:val="right"/>
      </w:pPr>
      <w:r>
        <w:t>کس کو؟ جو اس کے،</w:t>
      </w:r>
    </w:p>
    <w:p>
      <w:r>
        <w:rPr>
          <w:b/>
        </w:rPr>
        <w:t xml:space="preserve">[12:07] </w:t>
      </w:r>
      <w:r>
        <w:t>jo jo aisa karein ke dekhiye har aadmi ki fitrat jo hai, un ki jo fitrat hai, fitrat seekhne wali hai insaan ka.</w:t>
      </w:r>
    </w:p>
    <w:p>
      <w:pPr>
        <w:jc w:val="right"/>
      </w:pPr>
      <w:r>
        <w:t>جو جو ایسا کریں کہ دیکھیے ہر آدمی کی فطرت جو ہے، ان کی جو فطرت ہے، فطرت سیکھنے والی ہے انسان کا۔</w:t>
      </w:r>
    </w:p>
    <w:p>
      <w:r>
        <w:rPr>
          <w:b/>
        </w:rPr>
        <w:t xml:space="preserve">[12:26] </w:t>
      </w:r>
      <w:r>
        <w:t>insaan ka jo fitrat hai, woh paidaishi tor par seekhne wali hai. yaani yaani aadmi jaanna chahta hai ke sachai kya hai.</w:t>
      </w:r>
    </w:p>
    <w:p>
      <w:pPr>
        <w:jc w:val="right"/>
      </w:pPr>
      <w:r>
        <w:t>انسان کا جو فطرت ہے، وہ پیدائشی طور پر سیکھنے والی ہے۔ یعنی یعنی آدمی جاننا چاہتا ہے کہ سچائی کیا ہے۔</w:t>
      </w:r>
    </w:p>
    <w:p>
      <w:r>
        <w:rPr>
          <w:b/>
        </w:rPr>
        <w:t xml:space="preserve">[12:42] </w:t>
      </w:r>
      <w:r>
        <w:t>aadmi</w:t>
      </w:r>
    </w:p>
    <w:p>
      <w:pPr>
        <w:jc w:val="right"/>
      </w:pPr>
      <w:r>
        <w:t>آدمی</w:t>
      </w:r>
    </w:p>
    <w:p>
      <w:r>
        <w:rPr>
          <w:b/>
        </w:rPr>
        <w:t xml:space="preserve">[12:44] </w:t>
      </w:r>
      <w:r>
        <w:t>fitrat ke mutabiq yeh jaanna chahta hai ke sachai kya hai.</w:t>
      </w:r>
    </w:p>
    <w:p>
      <w:pPr>
        <w:jc w:val="right"/>
      </w:pPr>
      <w:r>
        <w:t>فطرت کے مطابق یہ جاننا چاہتا ہے کہ سچائی کیا ہے۔</w:t>
      </w:r>
    </w:p>
    <w:p>
      <w:r>
        <w:rPr>
          <w:b/>
        </w:rPr>
        <w:t xml:space="preserve">[12:53] </w:t>
      </w:r>
      <w:r>
        <w:t>Who am I?</w:t>
      </w:r>
    </w:p>
    <w:p>
      <w:pPr>
        <w:jc w:val="right"/>
      </w:pPr>
      <w:r>
        <w:t>Who am I?</w:t>
      </w:r>
    </w:p>
    <w:p>
      <w:r>
        <w:rPr>
          <w:b/>
        </w:rPr>
        <w:t xml:space="preserve">[12:56] </w:t>
      </w:r>
      <w:r>
        <w:t>What is this life? What is before death? What is after death? yeh saari cheezein jo hain, aadmi jaanna chahta hai.</w:t>
      </w:r>
    </w:p>
    <w:p>
      <w:pPr>
        <w:jc w:val="right"/>
      </w:pPr>
      <w:r>
        <w:t>What is this life? What is before death? What is after death? یہ ساری چیزیں جو ہیں، آدمی جاننا چاہتا ہے۔</w:t>
      </w:r>
    </w:p>
    <w:p>
      <w:r>
        <w:rPr>
          <w:b/>
        </w:rPr>
        <w:t xml:space="preserve">[13:10] </w:t>
      </w:r>
      <w:r>
        <w:t>to ab dekhiye do case bante hain. ek woh aadmi jo apni fitrat par parda daal de.</w:t>
      </w:r>
    </w:p>
    <w:p>
      <w:pPr>
        <w:jc w:val="right"/>
      </w:pPr>
      <w:r>
        <w:t>تو اب دیکھیے دو کیس بنتے ہیں۔ ایک وہ آدمی جو اپنی فطرت پر پردہ ڈال دے۔</w:t>
      </w:r>
    </w:p>
    <w:p>
      <w:r>
        <w:rPr>
          <w:b/>
        </w:rPr>
        <w:t xml:space="preserve">[13:18] </w:t>
      </w:r>
      <w:r>
        <w:t>yaani woh apni khwahish par chale, apni ana ki taskeen dhoonde, apne mafad par daure.</w:t>
      </w:r>
    </w:p>
    <w:p>
      <w:pPr>
        <w:jc w:val="right"/>
      </w:pPr>
      <w:r>
        <w:t>یعنی وہ اپنی خواہش پر چلے، اپنی انا کی تسکین ڈھونڈے، اپنے مفاد پر دوڑے۔</w:t>
      </w:r>
    </w:p>
    <w:p>
      <w:r>
        <w:rPr>
          <w:b/>
        </w:rPr>
        <w:t xml:space="preserve">[13:31] </w:t>
      </w:r>
      <w:r>
        <w:t>to aisa aadmi apni fitrat par parda daalta hai.</w:t>
      </w:r>
    </w:p>
    <w:p>
      <w:pPr>
        <w:jc w:val="right"/>
      </w:pPr>
      <w:r>
        <w:t>تو ایسا آدمی اپنی فطرت پر پردہ ڈالتا ہے۔</w:t>
      </w:r>
    </w:p>
    <w:p>
      <w:r>
        <w:rPr>
          <w:b/>
        </w:rPr>
        <w:t xml:space="preserve">[13:40] </w:t>
      </w:r>
      <w:r>
        <w:t>yaani aadmi ke andar yaad rakhiye ek saath do cheezein hain. ek taraf khwahish hai, gharoor hai, ana hai. aur doosri taraf us ki fitrat hai jo sachai ki talash mein hai.</w:t>
      </w:r>
    </w:p>
    <w:p>
      <w:pPr>
        <w:jc w:val="right"/>
      </w:pPr>
      <w:r>
        <w:t>یعنی آدمی کے اندر یاد رکھیے ایک ساتھ دو چیزیں ہیں۔ ایک طرف خواہش ہے، غرور ہے، انا ہے۔ اور دوسری طرف اس کی فطرت ہے جو سچائی کی تلاش میں ہے۔</w:t>
      </w:r>
    </w:p>
    <w:p>
      <w:r>
        <w:rPr>
          <w:b/>
        </w:rPr>
        <w:t xml:space="preserve">[13:56] </w:t>
      </w:r>
      <w:r>
        <w:t>jis ke andar seekhne ki rooh hai.</w:t>
      </w:r>
    </w:p>
    <w:p>
      <w:pPr>
        <w:jc w:val="right"/>
      </w:pPr>
      <w:r>
        <w:t>جس کے اندر سیکھنے کی روح ہے۔</w:t>
      </w:r>
    </w:p>
    <w:p>
      <w:r>
        <w:rPr>
          <w:b/>
        </w:rPr>
        <w:t xml:space="preserve">[14:00] </w:t>
      </w:r>
      <w:r>
        <w:t>to agar aadmi apni khwahish par chale, apni ana par chale, apne gharoor par chale woh, to is ka matlab yeh hai ke us ne jo apni seekhne wali fitrat us ki hai,</w:t>
      </w:r>
    </w:p>
    <w:p>
      <w:pPr>
        <w:jc w:val="right"/>
      </w:pPr>
      <w:r>
        <w:t>تو اگر آدمی اپنی خواہش پر چلے، اپنی انا پر چلے، اپنے غرور پر چلے وہ، تو اس کا مطلب یہ ہے کہ اُس نے جو اپنی سیکھنے والی فطرت اس کی ہے،</w:t>
      </w:r>
    </w:p>
    <w:p>
      <w:r>
        <w:rPr>
          <w:b/>
        </w:rPr>
        <w:t xml:space="preserve">[14:17] </w:t>
      </w:r>
      <w:r>
        <w:t>jo sachai ki talash ka jo jazba hai, jo rooh hai us ke andar, us par us ne parda daal diya. to aisa aadmi woh hai jis ne apne aap ko andhere mein bhatakna pasand kiya.</w:t>
      </w:r>
    </w:p>
    <w:p>
      <w:pPr>
        <w:jc w:val="right"/>
      </w:pPr>
      <w:r>
        <w:t>جو سچائی کی تلاش کا جو جذبہ ہے، جو روح ہے اُس کے اندر، اُس پر اُس نے پردہ ڈال دیا۔ تو ایسا آدمی وہ ہے جس نے اپنے آپ کو اندھیرے میں بھٹکنا پسند کیا۔</w:t>
      </w:r>
    </w:p>
    <w:p>
      <w:r>
        <w:rPr>
          <w:b/>
        </w:rPr>
        <w:t xml:space="preserve">[14:36] </w:t>
      </w:r>
      <w:r>
        <w:t>andhere mein bhatkne ka us ne intikhab liya. to us ko Khuda chhod deta hai. ke tum chahte ho andhere mein bhatakna to jao bhatko andhere mein.</w:t>
      </w:r>
    </w:p>
    <w:p>
      <w:pPr>
        <w:jc w:val="right"/>
      </w:pPr>
      <w:r>
        <w:t>اندھیرے میں بھٹکنے کا اُس نے انتخاب لیا۔ تو اُس کو خدا چھوڑ دیتا ہے۔ کہ تم چاہتے ہو اندھیرے میں بھٹکنا تو جاؤ بھٹکو اندھیرے میں۔</w:t>
      </w:r>
    </w:p>
    <w:p>
      <w:r>
        <w:rPr>
          <w:b/>
        </w:rPr>
        <w:t xml:space="preserve">[14:49] </w:t>
      </w:r>
      <w:r>
        <w:t>lekin jo aaj insaan, jo insaan apni</w:t>
      </w:r>
    </w:p>
    <w:p>
      <w:pPr>
        <w:jc w:val="right"/>
      </w:pPr>
      <w:r>
        <w:t>لیکن جو آج انسان، جو انسان اپنی</w:t>
      </w:r>
    </w:p>
    <w:p>
      <w:r>
        <w:rPr>
          <w:b/>
        </w:rPr>
        <w:t xml:space="preserve">[14:54] </w:t>
      </w:r>
      <w:r>
        <w:t>fitrat ki awaaz par dhyan de, jo apni fitrat mein chhupe hue jo jazbaat hain,</w:t>
      </w:r>
    </w:p>
    <w:p>
      <w:pPr>
        <w:jc w:val="right"/>
      </w:pPr>
      <w:r>
        <w:t>فطرت کی آواز پر دھیان دے، جو اپنی فطرت میں چھپے ہوئے جو جذبات ہیں،</w:t>
      </w:r>
    </w:p>
    <w:p>
      <w:r>
        <w:rPr>
          <w:b/>
        </w:rPr>
        <w:t xml:space="preserve">[15:08] </w:t>
      </w:r>
      <w:r>
        <w:t>sachai ko jaanne wale,</w:t>
      </w:r>
    </w:p>
    <w:p>
      <w:pPr>
        <w:jc w:val="right"/>
      </w:pPr>
      <w:r>
        <w:t>سچائی کو جاننے والے،</w:t>
      </w:r>
    </w:p>
    <w:p>
      <w:r>
        <w:rPr>
          <w:b/>
        </w:rPr>
        <w:t xml:space="preserve">[15:11] </w:t>
      </w:r>
      <w:r>
        <w:t>us ko us ne follow kiya, us ko zinda kiya. jis ne fitrat ki awaaz par kaan lagaya. to is ke maani hain ke woh tayyar zehn ban gaya Khuda ke nazdeek.</w:t>
      </w:r>
    </w:p>
    <w:p>
      <w:pPr>
        <w:jc w:val="right"/>
      </w:pPr>
      <w:r>
        <w:t>اُس کو اُس نے فالو کیا، اُس کو زندہ کیا۔ جس نے فطرت کی آواز پر کان لگایا۔ تو اس کے معنی ہیں کہ وہ تیار ذہن بن گیا خدا کے نزدیک۔</w:t>
      </w:r>
    </w:p>
    <w:p>
      <w:r>
        <w:rPr>
          <w:b/>
        </w:rPr>
        <w:t xml:space="preserve">[15:28] </w:t>
      </w:r>
      <w:r>
        <w:t>to yeh is tarah se Khuda jis ko is tarah se</w:t>
      </w:r>
    </w:p>
    <w:p>
      <w:pPr>
        <w:jc w:val="right"/>
      </w:pPr>
      <w:r>
        <w:t>تو یہ اس طرح سے خدا جس کو اس طرح سے</w:t>
      </w:r>
    </w:p>
    <w:p>
      <w:r>
        <w:rPr>
          <w:b/>
        </w:rPr>
        <w:t xml:space="preserve">[15:32] </w:t>
      </w:r>
      <w:r>
        <w:t>tayyar zehn paaye, us ko Khuda apni rehmat bhejta hai. apni barkat bhejta hai.</w:t>
      </w:r>
    </w:p>
    <w:p>
      <w:pPr>
        <w:jc w:val="right"/>
      </w:pPr>
      <w:r>
        <w:t>تیار ذہن پائے، اُس کو خدا اپنی رحمت بھیجتا ہے۔ اپنی برکت بھیجتا ہے۔</w:t>
      </w:r>
    </w:p>
    <w:p>
      <w:r>
        <w:rPr>
          <w:b/>
        </w:rPr>
        <w:t xml:space="preserve">[15:42] </w:t>
      </w:r>
      <w:r>
        <w:t>aur yahi woh insaan hai jis ko Khuda andhere se nikaal kar roshni mein laata hai. yaani</w:t>
      </w:r>
    </w:p>
    <w:p>
      <w:pPr>
        <w:jc w:val="right"/>
      </w:pPr>
      <w:r>
        <w:t>اور یہی وہ انسان ہے جس کو خدا اندھیرے سے نکال کر روشنی میں لاتا ہے۔ یعنی</w:t>
      </w:r>
    </w:p>
    <w:p>
      <w:r>
        <w:rPr>
          <w:b/>
        </w:rPr>
        <w:t xml:space="preserve">[15:51] </w:t>
      </w:r>
      <w:r>
        <w:t>bhatkne wale raston se nikaal kar ke sirat-e-mustaqeem par us ko pahuncha deta hai. to is ke zehn mein wazahat aa jaati hai.</w:t>
      </w:r>
    </w:p>
    <w:p>
      <w:pPr>
        <w:jc w:val="right"/>
      </w:pPr>
      <w:r>
        <w:t>بھٹکنے والے راستوں سے نکال کر کے صراطِ مستقیم پر اُس کو پہنچا دیتا ہے۔ تو اس کے ذہن میں وضاحت آ جاتی ہے۔</w:t>
      </w:r>
    </w:p>
    <w:p>
      <w:r>
        <w:rPr>
          <w:b/>
        </w:rPr>
        <w:t xml:space="preserve">[16:01] </w:t>
      </w:r>
      <w:r>
        <w:t>dekhiye yeh koi purasrar baat nahi hai. jab bhi aisa ho ke aadmi</w:t>
      </w:r>
    </w:p>
    <w:p>
      <w:pPr>
        <w:jc w:val="right"/>
      </w:pPr>
      <w:r>
        <w:t>دیکھیے یہ کوئی پراسرار بات نہیں ہے۔ جب بھی ایسا ہو کہ آدمی</w:t>
      </w:r>
    </w:p>
    <w:p>
      <w:r>
        <w:rPr>
          <w:b/>
        </w:rPr>
        <w:t xml:space="preserve">[16:09] </w:t>
      </w:r>
      <w:r>
        <w:t>apne aap ko bachaye inhiraaf se, yaani fitrat ka jo rasta hai us se inhiraaf na kare.</w:t>
      </w:r>
    </w:p>
    <w:p>
      <w:pPr>
        <w:jc w:val="right"/>
      </w:pPr>
      <w:r>
        <w:t>اپنے آپ کو بچائے انحراف سے، یعنی فطرت کا جو راستہ ہے اُس سے انحراف نہ کرے۔</w:t>
      </w:r>
    </w:p>
    <w:p>
      <w:r>
        <w:rPr>
          <w:b/>
        </w:rPr>
        <w:t xml:space="preserve">[16:22] </w:t>
      </w:r>
      <w:r>
        <w:t>inhiraf karna yeh hai ke aadmi apni ana par chle aur gharoor ban jaye. woh mafad ke peechay chalne lagay.</w:t>
      </w:r>
    </w:p>
    <w:p>
      <w:pPr>
        <w:jc w:val="right"/>
      </w:pPr>
      <w:r>
        <w:t>انحراف کرنا یہ ہے کہ آدمی اپنی انا پر چلے اور غرور بن جائے۔ وہ مفاد کے پیچھے چلنے لگے۔</w:t>
      </w:r>
    </w:p>
    <w:p>
      <w:r>
        <w:rPr>
          <w:b/>
        </w:rPr>
        <w:t xml:space="preserve">[16:33] </w:t>
      </w:r>
      <w:r>
        <w:t>woh khwahish ko follow karne lagay. yeh fitrat ke rastay se inhiraaf karna hai. fitrat ke rastay se hatna hai.</w:t>
      </w:r>
    </w:p>
    <w:p>
      <w:pPr>
        <w:jc w:val="right"/>
      </w:pPr>
      <w:r>
        <w:t>وہ خواہش کو فالو کرنے لگے۔ یہ فطرت کے راستے سے انحراف کرنا ہے۔ فطرت کے راستے سے ہٹنا ہے۔</w:t>
      </w:r>
    </w:p>
    <w:p>
      <w:r>
        <w:rPr>
          <w:b/>
        </w:rPr>
        <w:t xml:space="preserve">[16:45] </w:t>
      </w:r>
      <w:r>
        <w:t>aur jo aisa na karay, jo apnay aap ko control mein rakhay, to uss ney apnay aap ko fitrat ke rastay par dala.</w:t>
      </w:r>
    </w:p>
    <w:p>
      <w:pPr>
        <w:jc w:val="right"/>
      </w:pPr>
      <w:r>
        <w:t>اور جو ایسا نہ کرے، جو اپنے آپ کو کنٹرول میں رکھے، تو اُس نے اپنے آپ کو فطرت کے راستے پر ڈالا۔</w:t>
      </w:r>
    </w:p>
    <w:p>
      <w:r>
        <w:rPr>
          <w:b/>
        </w:rPr>
        <w:t xml:space="preserve">[16:59] </w:t>
      </w:r>
      <w:r>
        <w:t>aisay insaan ko foran hi Khuda ki barkat mil jati hai.</w:t>
      </w:r>
    </w:p>
    <w:p>
      <w:pPr>
        <w:jc w:val="right"/>
      </w:pPr>
      <w:r>
        <w:t>ایسے انسان کو فوراً ہی خدا کی برکت مل جاتی ہے۔</w:t>
      </w:r>
    </w:p>
    <w:p>
      <w:r>
        <w:rPr>
          <w:b/>
        </w:rPr>
        <w:t xml:space="preserve">[17:06] </w:t>
      </w:r>
      <w:r>
        <w:t>to isi ko farmaya ke tareeki se roshni ki taraf. yani jo aadmi apni khwahish par doray, uss ney goya tareeki ka intikhab liya.</w:t>
      </w:r>
    </w:p>
    <w:p>
      <w:pPr>
        <w:jc w:val="right"/>
      </w:pPr>
      <w:r>
        <w:t>تو اسی کو فرمایا کہ تاریکی سے روشنی کی طرف۔ یعنی جو آدمی اپنی خواہش پر دوڑے، اُس نے گویا تاریکی کا انتخاب لیا۔</w:t>
      </w:r>
    </w:p>
    <w:p>
      <w:r>
        <w:rPr>
          <w:b/>
        </w:rPr>
        <w:t xml:space="preserve">[17:22] </w:t>
      </w:r>
      <w:r>
        <w:t>aur jo apnay aap ko control mein rakhay,</w:t>
      </w:r>
    </w:p>
    <w:p>
      <w:pPr>
        <w:jc w:val="right"/>
      </w:pPr>
      <w:r>
        <w:t>اور جو اپنے آپ کو کنٹرول میں رکھے،</w:t>
      </w:r>
    </w:p>
    <w:p>
      <w:r>
        <w:rPr>
          <w:b/>
        </w:rPr>
        <w:t xml:space="preserve">[17:25] </w:t>
      </w:r>
      <w:r>
        <w:t>uss ney roshni ka intikhab liya. to dekhiye pehla faisla insaan ko karna parta hai. yeh mumkin nahi hai ke pehla faisla jo hai woh Khuda aap ko de de.</w:t>
      </w:r>
    </w:p>
    <w:p>
      <w:pPr>
        <w:jc w:val="right"/>
      </w:pPr>
      <w:r>
        <w:t>اُس نے روشنی کا انتخاب لیا۔ تو دیکھیے پہلا فیصلہ انسان کو کرنا پڑتا ہے۔ یہ ممکن نہیں ہے کہ پہلا فیصلہ جو ہے وہ خدا آپ کو دے دے۔</w:t>
      </w:r>
    </w:p>
    <w:p>
      <w:r>
        <w:rPr>
          <w:b/>
        </w:rPr>
        <w:t xml:space="preserve">[17:40] </w:t>
      </w:r>
      <w:r>
        <w:t>konsa intikhab aap lein, yahan par Khuda ki</w:t>
      </w:r>
    </w:p>
    <w:p>
      <w:pPr>
        <w:jc w:val="right"/>
      </w:pPr>
      <w:r>
        <w:t>کون سا انتخاب آپ لیں، یہاں پر خدا کی</w:t>
      </w:r>
    </w:p>
    <w:p>
      <w:r>
        <w:rPr>
          <w:b/>
        </w:rPr>
        <w:t xml:space="preserve">[17:44] </w:t>
      </w:r>
      <w:r>
        <w:t>madad nahi mile gi aap ko. intikhab to khud lena paray ga. lekin jab aik bar aap intikhab le lein to phir Khuda ki rehmat aa jati hai aap ko.</w:t>
      </w:r>
    </w:p>
    <w:p>
      <w:pPr>
        <w:jc w:val="right"/>
      </w:pPr>
      <w:r>
        <w:t>مدد نہیں ملے گی آپ کو۔ انتخاب تو خود لینا پڑے گا۔ لیکن جب ایک بار آپ انتخاب لے لیں تو پھر خدا کی رحمت آ جاتی ہے آپ کو۔</w:t>
      </w:r>
    </w:p>
    <w:p>
      <w:r>
        <w:rPr>
          <w:b/>
        </w:rPr>
        <w:t xml:space="preserve">[17:56] </w:t>
      </w:r>
      <w:r>
        <w:t>jaise plateform par do gaariyan khari hui hain. aik janay wali hai mashriq ki taraf, aik janay wali hai maghrib ki taraf.</w:t>
      </w:r>
    </w:p>
    <w:p>
      <w:pPr>
        <w:jc w:val="right"/>
      </w:pPr>
      <w:r>
        <w:t>جیسے پلیٹ فارم پر دو گاڑیاں کھڑی ہوئی ہیں۔ ایک جانے والی ہے مشرق کی طرف، ایک جانے والی ہے مغرب کی طرف۔</w:t>
      </w:r>
    </w:p>
    <w:p>
      <w:r>
        <w:rPr>
          <w:b/>
        </w:rPr>
        <w:t xml:space="preserve">[18:05] </w:t>
      </w:r>
      <w:r>
        <w:t>to yahan par intikhab aap ko lena hai. ke aap kis gaari mein baithein. baitnay ke baad gaari le kar dorne lagay gi aap ko.</w:t>
      </w:r>
    </w:p>
    <w:p>
      <w:pPr>
        <w:jc w:val="right"/>
      </w:pPr>
      <w:r>
        <w:t>تو یہاں پر انتخاب آپ کو لینا ہے۔ کہ آپ کس گاڑی میں بیٹھیں۔ بیٹھنے کے بعد گاڑی لے کر دوڑنے لگے گی آپ کو۔</w:t>
      </w:r>
    </w:p>
    <w:p>
      <w:r>
        <w:rPr>
          <w:b/>
        </w:rPr>
        <w:t xml:space="preserve">[18:18] </w:t>
      </w:r>
      <w:r>
        <w:t>jab tak na baithein, gaari aap ko agay le kar nahi jaye gi.</w:t>
      </w:r>
    </w:p>
    <w:p>
      <w:pPr>
        <w:jc w:val="right"/>
      </w:pPr>
      <w:r>
        <w:t>جب تک نہ بیٹھیں، گاڑی آپ کو آگے لے کر نہیں جائے گی۔</w:t>
      </w:r>
    </w:p>
    <w:p>
      <w:r>
        <w:rPr>
          <w:b/>
        </w:rPr>
        <w:t xml:space="preserve">[18:24] </w:t>
      </w:r>
      <w:r>
        <w:t>to pehla intikhab aap ko lena hai. ke mein kis gaari mein baithoon. aur jab baitth gaye to woh gaari aap ko le aye gi.</w:t>
      </w:r>
    </w:p>
    <w:p>
      <w:pPr>
        <w:jc w:val="right"/>
      </w:pPr>
      <w:r>
        <w:t>تو پہلا انتخاب آپ کو لینا ہے۔ کہ میں کس گاڑی میں بیٹھوں۔ اور جب بیٹھ گئے تو وہ گاڑی آپ کو لے آئے گی۔</w:t>
      </w:r>
    </w:p>
    <w:p>
      <w:r>
        <w:rPr>
          <w:b/>
        </w:rPr>
        <w:t xml:space="preserve">[18:35] </w:t>
      </w:r>
      <w:r>
        <w:t>mashriq ki taraf janay wali thi, mashriq ki taraf. maghrib ki taraf janay wali thi, maghrib ki taraf.</w:t>
      </w:r>
    </w:p>
    <w:p>
      <w:pPr>
        <w:jc w:val="right"/>
      </w:pPr>
      <w:r>
        <w:t>مشرق کی طرف جانے والی تھی، مشرق کی طرف۔ مغرب کی طرف جانے والی تھی، مغرب کی طرف۔</w:t>
      </w:r>
    </w:p>
    <w:p>
      <w:r>
        <w:rPr>
          <w:b/>
        </w:rPr>
        <w:t xml:space="preserve">[18:42] </w:t>
      </w:r>
      <w:r>
        <w:t>to yahan bhi wohi muamla hai. ke pehla jo faisla karna hai, pehla jo intikhab lena hai, woh insaan ka apna kaam hai.</w:t>
      </w:r>
    </w:p>
    <w:p>
      <w:pPr>
        <w:jc w:val="right"/>
      </w:pPr>
      <w:r>
        <w:t>تو یہاں بھی وہی معاملہ ہے۔ کہ پہلا جو فیصلہ کرنا ہے، پہلا جو انتخاب لینا ہے، وہ انسان کا اپنا کام ہے۔</w:t>
      </w:r>
    </w:p>
    <w:p>
      <w:r>
        <w:rPr>
          <w:b/>
        </w:rPr>
        <w:t xml:space="preserve">[18:53] </w:t>
      </w:r>
      <w:r>
        <w:t>jab aadmi yeh faisla le leta hai ke mujhe khwahish par, mafad par</w:t>
      </w:r>
    </w:p>
    <w:p>
      <w:pPr>
        <w:jc w:val="right"/>
      </w:pPr>
      <w:r>
        <w:t>جب آدمی یہ فیصلہ لے لیتا ہے کہ مجھے خواہش پر، مفاد پر</w:t>
      </w:r>
    </w:p>
    <w:p>
      <w:r>
        <w:rPr>
          <w:b/>
        </w:rPr>
        <w:t xml:space="preserve">[19:00] </w:t>
      </w:r>
      <w:r>
        <w:t>nahi chalna hai, balkay mujhe sachai ke rastay par chalna hai, yeh intikhab agar le liya uss ney, yeh faisla le liya uss ney to foran hi, foran aisa hoga ke Khuda ki rehmat uss ko mil jaye gi.</w:t>
      </w:r>
    </w:p>
    <w:p>
      <w:pPr>
        <w:jc w:val="right"/>
      </w:pPr>
      <w:r>
        <w:t>نہیں چلنا ہے، بلکہ مجھے سچائی کے راستے پر چلنا ہے، یہ انتخاب اگر لے لیا اُس نے، یہ فیصلہ لے لیا اُس نے تو فوراً ہی، فوراً ایسا ہوگا کہ خدا کی رحمت اُس کو مل جائے گی۔</w:t>
      </w:r>
    </w:p>
    <w:p>
      <w:r>
        <w:rPr>
          <w:b/>
        </w:rPr>
        <w:t xml:space="preserve">[19:18] </w:t>
      </w:r>
      <w:r>
        <w:t>isi ko farmaya ke "yukhrijuhum minaz zulumaati ilan noor". ke jo log aisa karein to Khuda foran un ki madad par aye ga aur un ko andheray se nikal kar roshni ki taraf le jaye ga.</w:t>
      </w:r>
    </w:p>
    <w:p>
      <w:pPr>
        <w:jc w:val="right"/>
      </w:pPr>
      <w:r>
        <w:t>اسی کو فرمایا کہ "يخرجهم من الظلمات إلى النور" ۔ کہ جو لوگ ایسا کریں تو خدا فوراً اُن کی مدد پر آئے گا اور اُن کو اندھیرے سے نکال کر روشنی کی طرف لے جائے گا۔</w:t>
      </w:r>
    </w:p>
    <w:p>
      <w:r>
        <w:rPr>
          <w:b/>
        </w:rPr>
        <w:t xml:space="preserve">[19:38] </w:t>
      </w:r>
      <w:r>
        <w:t>to is baat ko achi tarah samajh lejiye</w:t>
      </w:r>
    </w:p>
    <w:p>
      <w:pPr>
        <w:jc w:val="right"/>
      </w:pPr>
      <w:r>
        <w:t>تو اس بات کو اچھی طرح سمجھ لیجیے</w:t>
      </w:r>
    </w:p>
    <w:p>
      <w:r>
        <w:rPr>
          <w:b/>
        </w:rPr>
        <w:t xml:space="preserve">[19:43] </w:t>
      </w:r>
      <w:r>
        <w:t>ke pehla intikhab insaan ka hota hai. uss ke baad jo kuch hota hai woh Khuda ki madad se hota hai. yani theek wohi baat yahan bhi hai ke aadmi ko khud apnay aap ko train mein bithana parta hai.</w:t>
      </w:r>
    </w:p>
    <w:p>
      <w:pPr>
        <w:jc w:val="right"/>
      </w:pPr>
      <w:r>
        <w:t>کہ پہلا انتخاب انسان کا ہوتا ہے۔ اُس کے بعد جو کچھ ہوتا ہے وہ خدا کی مدد سے ہوتا ہے۔ یعنی ٹھیک وہی بات یہاں بھی ہے کہ آدمی کو خود اپنے آپ کو ٹرین میں بٹھانا پڑتا ہے۔</w:t>
      </w:r>
    </w:p>
    <w:p>
      <w:r>
        <w:rPr>
          <w:b/>
        </w:rPr>
        <w:t xml:space="preserve">[19:58] </w:t>
      </w:r>
      <w:r>
        <w:t>jab tak aap train mein na bithayein, train aap ko le kar agay nahi jaye gi.</w:t>
      </w:r>
    </w:p>
    <w:p>
      <w:pPr>
        <w:jc w:val="right"/>
      </w:pPr>
      <w:r>
        <w:t>جب تک آپ ٹرین میں نہ بٹھائیں، ٹرین آپ کو لے کر آگے نہیں جائے گی۔</w:t>
      </w:r>
    </w:p>
    <w:p>
      <w:r>
        <w:rPr>
          <w:b/>
        </w:rPr>
        <w:t xml:space="preserve">[20:04] </w:t>
      </w:r>
      <w:r>
        <w:t>lekin jab aap apnay aap ko train mein bithaa dein to phir gaari aap ko le kar agay bhagne lagay gi. to theek wohi muamla yahan yahan bhi hai.</w:t>
      </w:r>
    </w:p>
    <w:p>
      <w:pPr>
        <w:jc w:val="right"/>
      </w:pPr>
      <w:r>
        <w:t>لیکن جب آپ اپنے آپ کو ٹرین میں بٹھا دیں تو پھر گاڑی آپ کو لے کر آگے بھاگنے لگے گی۔ تو ٹھیک وہی معاملہ یہاں یہاں بھی ہے۔</w:t>
      </w:r>
    </w:p>
    <w:p>
      <w:r>
        <w:rPr>
          <w:b/>
        </w:rPr>
        <w:t xml:space="preserve">[20:15] </w:t>
      </w:r>
      <w:r>
        <w:t>ke insaan soche, soch samajh kar aik faisla karay ke mujhe</w:t>
      </w:r>
    </w:p>
    <w:p>
      <w:pPr>
        <w:jc w:val="right"/>
      </w:pPr>
      <w:r>
        <w:t>کہ انسان سوچے، سوچ سمجھ کر ایک فیصلہ کرے کہ مجھے</w:t>
      </w:r>
    </w:p>
    <w:p>
      <w:r>
        <w:rPr>
          <w:b/>
        </w:rPr>
        <w:t xml:space="preserve">[20:21] </w:t>
      </w:r>
      <w:r>
        <w:t>jana hai fitrat ki awaz par. mujhe jana hai sachai ki taraf.</w:t>
      </w:r>
    </w:p>
    <w:p>
      <w:pPr>
        <w:jc w:val="right"/>
      </w:pPr>
      <w:r>
        <w:t>جانا ہے فطرت کی آواز پر۔ مجھے جانا ہے سچائی کی طرف۔</w:t>
      </w:r>
    </w:p>
    <w:p>
      <w:r>
        <w:rPr>
          <w:b/>
        </w:rPr>
        <w:t xml:space="preserve">[20:30] </w:t>
      </w:r>
      <w:r>
        <w:t>mujhe apnay mafad ki tarah hi bhagna hai. mujhe apni khwahish ki taraf nahi bhagna hai.</w:t>
      </w:r>
    </w:p>
    <w:p>
      <w:pPr>
        <w:jc w:val="right"/>
      </w:pPr>
      <w:r>
        <w:t>مجھے اپنے مفاد کی طرح ہی بھاگنا ہے۔ مجھے اپنی خواہش کی طرف نہیں بھاگنا ہے۔</w:t>
      </w:r>
    </w:p>
    <w:p>
      <w:r>
        <w:rPr>
          <w:b/>
        </w:rPr>
        <w:t xml:space="preserve">[20:37] </w:t>
      </w:r>
      <w:r>
        <w:t>yahan par faisla khud insan ko lena parta hai.</w:t>
      </w:r>
    </w:p>
    <w:p>
      <w:pPr>
        <w:jc w:val="right"/>
      </w:pPr>
      <w:r>
        <w:t>یہاں پر فیصلہ خود انسان کو لینا پڑتا ہے۔</w:t>
      </w:r>
    </w:p>
    <w:p>
      <w:r>
        <w:rPr>
          <w:b/>
        </w:rPr>
        <w:t xml:space="preserve">[20:43] </w:t>
      </w:r>
      <w:r>
        <w:t>to asal cheez yeh janni ki hai ke pehla faisla agar maine le liya sahi sahi to mujhe khuda ki rehmat mile gi.</w:t>
      </w:r>
    </w:p>
    <w:p>
      <w:pPr>
        <w:jc w:val="right"/>
      </w:pPr>
      <w:r>
        <w:t>تو اصل چیز یہ جاننی کی ہے کہ پہلا فیصلہ اگر میں نے لے لیا صحیح صحیح تو مجھے خدا کی رحمت ملے گی۔</w:t>
      </w:r>
    </w:p>
    <w:p>
      <w:r>
        <w:rPr>
          <w:b/>
        </w:rPr>
        <w:t xml:space="preserve">[20:51] </w:t>
      </w:r>
      <w:r>
        <w:t>wo rehmat aakhir kaar pounchaye gi jannat mein, jannat mein.</w:t>
      </w:r>
    </w:p>
    <w:p>
      <w:pPr>
        <w:jc w:val="right"/>
      </w:pPr>
      <w:r>
        <w:t>وہ رحمت آخر کار پہنچائے گی جنت میں، جنت میں۔</w:t>
      </w:r>
    </w:p>
    <w:p>
      <w:r>
        <w:rPr>
          <w:b/>
        </w:rPr>
        <w:t xml:space="preserve">[21:01] </w:t>
      </w:r>
      <w:r>
        <w:t>ab dekhiye aage ayat number 268 hai. surah al-baqarah ki.</w:t>
      </w:r>
    </w:p>
    <w:p>
      <w:pPr>
        <w:jc w:val="right"/>
      </w:pPr>
      <w:r>
        <w:t>اب دیکھیے آگے آیت نمبر 268 ہے۔ سورہ البقرہ کی۔</w:t>
      </w:r>
    </w:p>
    <w:p>
      <w:r>
        <w:rPr>
          <w:b/>
        </w:rPr>
        <w:t xml:space="preserve">[21:13] </w:t>
      </w:r>
      <w:r>
        <w:t>ayat number 268.</w:t>
      </w:r>
    </w:p>
    <w:p>
      <w:pPr>
        <w:jc w:val="right"/>
      </w:pPr>
      <w:r>
        <w:t>آیت نمبر 268۔</w:t>
      </w:r>
    </w:p>
    <w:p>
      <w:r>
        <w:rPr>
          <w:b/>
        </w:rPr>
        <w:t xml:space="preserve">[21:19] </w:t>
      </w:r>
      <w:r>
        <w:t>jo farmaya ke "al-shaytanu ya'idukum al-faqr" . yeh maal khuda ke raste mein kharch karne ka bayan hai.</w:t>
      </w:r>
    </w:p>
    <w:p>
      <w:pPr>
        <w:jc w:val="right"/>
      </w:pPr>
      <w:r>
        <w:t>جو فرمایا کہ "الشيطان يعدكم الفقر" ۔ یہ مال خدا کے راستے میں خرچ کرنے کا بیان ہے۔</w:t>
      </w:r>
    </w:p>
    <w:p>
      <w:r>
        <w:rPr>
          <w:b/>
        </w:rPr>
        <w:t xml:space="preserve">[21:31] </w:t>
      </w:r>
      <w:r>
        <w:t>quran mein jagah jagah farmaya ke apne maal ko, apni kamai ko</w:t>
      </w:r>
    </w:p>
    <w:p>
      <w:pPr>
        <w:jc w:val="right"/>
      </w:pPr>
      <w:r>
        <w:t>قرآن میں جگہ جگہ فرمایا کہ اپنے مال کو، اپنی کمائی کو</w:t>
      </w:r>
    </w:p>
    <w:p>
      <w:r>
        <w:rPr>
          <w:b/>
        </w:rPr>
        <w:t xml:space="preserve">[21:36] </w:t>
      </w:r>
      <w:r>
        <w:t>khuda ke raste mein kharch karo.</w:t>
      </w:r>
    </w:p>
    <w:p>
      <w:pPr>
        <w:jc w:val="right"/>
      </w:pPr>
      <w:r>
        <w:t>خدا کے راستے میں خرچ کرو۔</w:t>
      </w:r>
    </w:p>
    <w:p>
      <w:r>
        <w:rPr>
          <w:b/>
        </w:rPr>
        <w:t xml:space="preserve">[21:44] </w:t>
      </w:r>
      <w:r>
        <w:t>khuda ke raste mein kharch karna bhi apne hi raste mein kharch karna hai. yani apni rohani taraqqi ke liye.</w:t>
      </w:r>
    </w:p>
    <w:p>
      <w:pPr>
        <w:jc w:val="right"/>
      </w:pPr>
      <w:r>
        <w:t>خدا کے راستے میں خرچ کرنا بھی اپنے ہی راستے میں خرچ کرنا ہے۔ یعنی اپنی روحانی ترقی کے لیے۔</w:t>
      </w:r>
    </w:p>
    <w:p>
      <w:r>
        <w:rPr>
          <w:b/>
        </w:rPr>
        <w:t xml:space="preserve">[21:54] </w:t>
      </w:r>
      <w:r>
        <w:t>khuda ke raste mein jab kharch karta hai aadmi to uska faida kis ko milta hai? khud usi ko milta hai.</w:t>
      </w:r>
    </w:p>
    <w:p>
      <w:pPr>
        <w:jc w:val="right"/>
      </w:pPr>
      <w:r>
        <w:t>خدا کے راستے میں جب خرچ کرتا ہے آدمی تو اس کا فائدہ کس کو ملتا ہے؟ خود اسی کو ملتا ہے۔</w:t>
      </w:r>
    </w:p>
    <w:p>
      <w:r>
        <w:rPr>
          <w:b/>
        </w:rPr>
        <w:t xml:space="preserve">[22:02] </w:t>
      </w:r>
      <w:r>
        <w:t>ke uska rohani taraqqi hota hai. iska, iske andar musbat khayalat aate hain.</w:t>
      </w:r>
    </w:p>
    <w:p>
      <w:pPr>
        <w:jc w:val="right"/>
      </w:pPr>
      <w:r>
        <w:t>کہ اس کا روحانی ترقی ہوتا ہے۔ اس کا، اس کے اندر مثبت خیالات آتے ہیں۔</w:t>
      </w:r>
    </w:p>
    <w:p>
      <w:r>
        <w:rPr>
          <w:b/>
        </w:rPr>
        <w:t xml:space="preserve">[22:13] </w:t>
      </w:r>
      <w:r>
        <w:t>iske andar ta'meeri shakhsiyat banti hai. iske andar wo shakhsiyat banti hai jo aakhir kaar</w:t>
      </w:r>
    </w:p>
    <w:p>
      <w:pPr>
        <w:jc w:val="right"/>
      </w:pPr>
      <w:r>
        <w:t>اس کے اندر تعمیری شخصیت بنتی ہے۔ اس کے اندر وہ شخصیت بنتی ہے جو آخر کار</w:t>
      </w:r>
    </w:p>
    <w:p>
      <w:r>
        <w:rPr>
          <w:b/>
        </w:rPr>
        <w:t xml:space="preserve">[22:21] </w:t>
      </w:r>
      <w:r>
        <w:t>jannat mein basne ke qabil ho. to khuda ke raste mein kharch karne ka matlab hai apni hi behbood ke raste mein kharch karna.</w:t>
      </w:r>
    </w:p>
    <w:p>
      <w:pPr>
        <w:jc w:val="right"/>
      </w:pPr>
      <w:r>
        <w:t>جنت میں بسنے کے قابل ہو۔ تو خدا کے راستے میں خرچ کرنے کا مطلب ہے اپنی ہی بہبود کے راستے میں خرچ کرنا۔</w:t>
      </w:r>
    </w:p>
    <w:p>
      <w:r>
        <w:rPr>
          <w:b/>
        </w:rPr>
        <w:t xml:space="preserve">[22:33] </w:t>
      </w:r>
      <w:r>
        <w:t>to farmaya ke "al-shaytanu ya'idukum al-faqr" . ke jab tum chahte ho kharch karna khuda ke raste mein to shaitan in ko</w:t>
      </w:r>
    </w:p>
    <w:p>
      <w:pPr>
        <w:jc w:val="right"/>
      </w:pPr>
      <w:r>
        <w:t>تو فرمایا کہ "الشيطان يعدكم الفقر" ۔ کہ جب تم چاہتے ہو خرچ کرنا خدا کے راستے میں تو شیطان ان کو</w:t>
      </w:r>
    </w:p>
    <w:p>
      <w:r>
        <w:rPr>
          <w:b/>
        </w:rPr>
        <w:t xml:space="preserve">[22:43] </w:t>
      </w:r>
      <w:r>
        <w:t>kehta hai ke dekho is tarah to faqeer ho jaoge. be maal ho jaoge. "al-shaytanu ya'idukum al-faqr" .</w:t>
      </w:r>
    </w:p>
    <w:p>
      <w:pPr>
        <w:jc w:val="right"/>
      </w:pPr>
      <w:r>
        <w:t>کہتا ہے کہ دیکھو اس طرح تو فقیر ہو جاؤ گے۔ بے مال ہو جاؤ گے۔ "الشيطان يعدكم الفقر" ۔</w:t>
      </w:r>
    </w:p>
    <w:p>
      <w:r>
        <w:rPr>
          <w:b/>
        </w:rPr>
        <w:t xml:space="preserve">[22:55] </w:t>
      </w:r>
      <w:r>
        <w:t>har isi, har aise mauqe par jab ke insan</w:t>
      </w:r>
    </w:p>
    <w:p>
      <w:pPr>
        <w:jc w:val="right"/>
      </w:pPr>
      <w:r>
        <w:t>ہر اسی، ہر ایسے موقع پر جب کہ انسان</w:t>
      </w:r>
    </w:p>
    <w:p>
      <w:r>
        <w:rPr>
          <w:b/>
        </w:rPr>
        <w:t xml:space="preserve">[23:00] </w:t>
      </w:r>
      <w:r>
        <w:t>yeh chahta hai ke woh apne maal ko khuda ke raste mein kharch kare to foran shaitan andar aa kar ke behkata hai.</w:t>
      </w:r>
    </w:p>
    <w:p>
      <w:pPr>
        <w:jc w:val="right"/>
      </w:pPr>
      <w:r>
        <w:t>یہ چاہتا ہے کہ وہ اپنے مال کو خدا کے راستے میں خرچ کرے تو فوراً شیطان اندر آ کر کے بہکاتا ہے۔</w:t>
      </w:r>
    </w:p>
    <w:p>
      <w:r>
        <w:rPr>
          <w:b/>
        </w:rPr>
        <w:t xml:space="preserve">[23:12] </w:t>
      </w:r>
      <w:r>
        <w:t>ke maal kamaya hai tum ne to is ko kyun kharch karoge</w:t>
      </w:r>
    </w:p>
    <w:p>
      <w:pPr>
        <w:jc w:val="right"/>
      </w:pPr>
      <w:r>
        <w:t>کہ مال کمایا ہے تم نے تو اس کو کیوں خرچ کرو گے</w:t>
      </w:r>
    </w:p>
    <w:p>
      <w:r>
        <w:rPr>
          <w:b/>
        </w:rPr>
        <w:t xml:space="preserve">[23:17] </w:t>
      </w:r>
      <w:r>
        <w:t>kisi aur raste mein? is tarah tum be maal ho jaoge.</w:t>
      </w:r>
    </w:p>
    <w:p>
      <w:pPr>
        <w:jc w:val="right"/>
      </w:pPr>
      <w:r>
        <w:t>کسی اور راستے میں؟ اس طرح تم بے مال ہو جاؤ گے۔</w:t>
      </w:r>
    </w:p>
    <w:p>
      <w:r>
        <w:rPr>
          <w:b/>
        </w:rPr>
        <w:t xml:space="preserve">[23:25] </w:t>
      </w:r>
      <w:r>
        <w:t>faqeer ho jaoge. yeh sab kya hai? yeh sab dhoke ki baatein hain.</w:t>
      </w:r>
    </w:p>
    <w:p>
      <w:pPr>
        <w:jc w:val="right"/>
      </w:pPr>
      <w:r>
        <w:t>فقیر ہو جاؤ گے۔ یہ سب کیا ہے؟ یہ سب دھوکے کی باتیں ہیں۔</w:t>
      </w:r>
    </w:p>
    <w:p>
      <w:r>
        <w:rPr>
          <w:b/>
        </w:rPr>
        <w:t xml:space="preserve">[23:33] </w:t>
      </w:r>
      <w:r>
        <w:t>wo maal jo allah ke raste mein kharch karta hai aadmi, wo apni hi taraf lot ta hai, wo uska faida.</w:t>
      </w:r>
    </w:p>
    <w:p>
      <w:pPr>
        <w:jc w:val="right"/>
      </w:pPr>
      <w:r>
        <w:t>وہ مال جو اللہ کے راستے میں خرچ کرتا ہے آدمی، وہ اپنی ہی طرف لوٹتا ہے، وہ اس کا فائدہ۔</w:t>
      </w:r>
    </w:p>
    <w:p>
      <w:r>
        <w:rPr>
          <w:b/>
        </w:rPr>
        <w:t xml:space="preserve">[23:43] </w:t>
      </w:r>
      <w:r>
        <w:t>apni hi taraf uska faida lot ta hai. to faqeer kahan se hua aadmi? to ameer ho gaya.</w:t>
      </w:r>
    </w:p>
    <w:p>
      <w:pPr>
        <w:jc w:val="right"/>
      </w:pPr>
      <w:r>
        <w:t>اپنی ہی طرف اس کا فائدہ لوٹتا ہے۔ تو فقیر کہاں سے ہوا آدمی؟ تو امیر ہو گیا۔</w:t>
      </w:r>
    </w:p>
    <w:p>
      <w:r>
        <w:rPr>
          <w:b/>
        </w:rPr>
        <w:t xml:space="preserve">[23:54] </w:t>
      </w:r>
      <w:r>
        <w:t>zehni ma'ne mein, yani allah ke raste mein maal ko kharch karna aadmi ko faqeer nahi banata.</w:t>
      </w:r>
    </w:p>
    <w:p>
      <w:pPr>
        <w:jc w:val="right"/>
      </w:pPr>
      <w:r>
        <w:t>ذہنی معنی میں، یعنی اللہ کے راستے میں مال کو خرچ کرنا آدمی کو فقیر نہیں بناتا۔</w:t>
      </w:r>
    </w:p>
    <w:p>
      <w:r>
        <w:rPr>
          <w:b/>
        </w:rPr>
        <w:t xml:space="preserve">[24:07] </w:t>
      </w:r>
      <w:r>
        <w:t>isko ameer banata hai. ameer banata hai. In terms of intellectual development, in terms of spiritual development, in terms of religious development, in terms of personality development .</w:t>
      </w:r>
    </w:p>
    <w:p>
      <w:pPr>
        <w:jc w:val="right"/>
      </w:pPr>
      <w:r>
        <w:t>اس کو امیر بناتا ہے۔ امیر بناتا ہے۔ In terms of intellectual development, in terms of spiritual development, in terms of religious development, in terms of personality development ۔</w:t>
      </w:r>
    </w:p>
    <w:p>
      <w:r>
        <w:rPr>
          <w:b/>
        </w:rPr>
        <w:t xml:space="preserve">[24:23] </w:t>
      </w:r>
      <w:r>
        <w:t>aadmi ko ameer banata hai. kyun? jab aap apne maal ko, apne paise ko kharch karte hain. yani ek dekhiye maal aap ne kamaya.</w:t>
      </w:r>
    </w:p>
    <w:p>
      <w:pPr>
        <w:jc w:val="right"/>
      </w:pPr>
      <w:r>
        <w:t>آدمی کو امیر بناتا ہے۔ کیوں؟ جب آپ اپنے مال کو، اپنے پیسے کو خرچ کرتے ہیں۔ یعنی ایک دیکھیے مال آپ نے کمایا۔</w:t>
      </w:r>
    </w:p>
    <w:p>
      <w:r>
        <w:rPr>
          <w:b/>
        </w:rPr>
        <w:t xml:space="preserve">[24:35] </w:t>
      </w:r>
      <w:r>
        <w:t>to aik yeh hai ke aap apne zaati mafad mein lagain is ko. bilkul apna mafad jo hai</w:t>
      </w:r>
    </w:p>
    <w:p>
      <w:pPr>
        <w:jc w:val="right"/>
      </w:pPr>
      <w:r>
        <w:t>تو ایک یہ ہے کہ آپ اپنے ذاتی مفاد میں لگائیں اس کو۔ بالکل اپنا مفاد جو ہے</w:t>
      </w:r>
    </w:p>
    <w:p>
      <w:r>
        <w:rPr>
          <w:b/>
        </w:rPr>
        <w:t xml:space="preserve">[24:43] </w:t>
      </w:r>
      <w:r>
        <w:t>apne bachon mein, apne ghar walon mein, apni maadi cheezon mein lagain.</w:t>
      </w:r>
    </w:p>
    <w:p>
      <w:pPr>
        <w:jc w:val="right"/>
      </w:pPr>
      <w:r>
        <w:t>اپنے بچوں میں، اپنے گھر والوں میں، اپنی مادی چیزوں میں لگائیں۔</w:t>
      </w:r>
    </w:p>
    <w:p>
      <w:r>
        <w:rPr>
          <w:b/>
        </w:rPr>
        <w:t xml:space="preserve">[24:52] </w:t>
      </w:r>
      <w:r>
        <w:t>yeh apne mafad mein lagana hua. to aisa karne se kya hota hai?</w:t>
      </w:r>
    </w:p>
    <w:p>
      <w:pPr>
        <w:jc w:val="right"/>
      </w:pPr>
      <w:r>
        <w:t>یہ اپنے مفاد میں لگانا ہوا۔ تو ایسا کرنے سے کیا ہوتا ہے؟</w:t>
      </w:r>
    </w:p>
    <w:p>
      <w:r>
        <w:rPr>
          <w:b/>
        </w:rPr>
        <w:t xml:space="preserve">[24:59] </w:t>
      </w:r>
      <w:r>
        <w:t>aadmi ke andar taraqqi kis cheez ka hota hai? haras ka, khud gharzi ka. agar aap apne maal ko sirf apni zaati aish mein, apni zaati cheezon mein lagain, shandar shadiyan karain, shandar ghar banain,</w:t>
      </w:r>
    </w:p>
    <w:p>
      <w:pPr>
        <w:jc w:val="right"/>
      </w:pPr>
      <w:r>
        <w:t>آدمی کے اندر ترقی کس چیز کا ہوتا ہے؟ حرص کا، خود غرضی کا۔ اگر آپ اپنے مال کو صرف اپنی ذاتی عیش میں، اپنی ذاتی چیزوں میں لگائیں، شاندار شادیاں کریں، شاندار گھر بنائیں،</w:t>
      </w:r>
    </w:p>
    <w:p>
      <w:r>
        <w:rPr>
          <w:b/>
        </w:rPr>
        <w:t xml:space="preserve">[25:23] </w:t>
      </w:r>
      <w:r>
        <w:t>bachon ko shandar kapray pehnain to kya hoga? is ka badla kya milta hai aap ko?</w:t>
      </w:r>
    </w:p>
    <w:p>
      <w:pPr>
        <w:jc w:val="right"/>
      </w:pPr>
      <w:r>
        <w:t>بچوں کو شاندار کپڑے پہنائیں تو کیا ہوگا؟ اس کا بدلہ کیا ملتا ہے آپ کو؟</w:t>
      </w:r>
    </w:p>
    <w:p>
      <w:r>
        <w:rPr>
          <w:b/>
        </w:rPr>
        <w:t xml:space="preserve">[25:34] </w:t>
      </w:r>
      <w:r>
        <w:t>is ka badla yeh milta hai ke aap ke andar haras barhti hai.</w:t>
      </w:r>
    </w:p>
    <w:p>
      <w:pPr>
        <w:jc w:val="right"/>
      </w:pPr>
      <w:r>
        <w:t>اس کا بدلہ یہ ملتا ہے کہ آپ کے اندر حرص بڑھتی ہے۔</w:t>
      </w:r>
    </w:p>
    <w:p>
      <w:r>
        <w:rPr>
          <w:b/>
        </w:rPr>
        <w:t xml:space="preserve">[25:40] </w:t>
      </w:r>
      <w:r>
        <w:t>lalach barhti hai. khud gharzi barhti hai. aap khud markooz aadmi ban jatay hain. apne andar jeene ka mizaj banta hai aap ke andar.</w:t>
      </w:r>
    </w:p>
    <w:p>
      <w:pPr>
        <w:jc w:val="right"/>
      </w:pPr>
      <w:r>
        <w:t>لالچ بڑھتی ہے۔ خود غرضی بڑھتی ہے۔ آپ خود مرکوز آدمی بن جاتے ہیں۔ اپنے اندر جینے کا مزاج بنتا ہے آپ کے اندر۔</w:t>
      </w:r>
    </w:p>
    <w:p>
      <w:r>
        <w:rPr>
          <w:b/>
        </w:rPr>
        <w:t xml:space="preserve">[25:54] </w:t>
      </w:r>
      <w:r>
        <w:t>aap ko apne bachay dikhai detay hain, doosron ke bachay aap ko nahi dikhai detay.</w:t>
      </w:r>
    </w:p>
    <w:p>
      <w:pPr>
        <w:jc w:val="right"/>
      </w:pPr>
      <w:r>
        <w:t>آپ کو اپنے بچے دکھائی دیتے ہیں، دوسروں کے بچے آپ کو نہیں دکھائی دیتے۔</w:t>
      </w:r>
    </w:p>
    <w:p>
      <w:r>
        <w:rPr>
          <w:b/>
        </w:rPr>
        <w:t xml:space="preserve">[26:01] </w:t>
      </w:r>
      <w:r>
        <w:t>apni family walay aap ko dikhai detay hain, doosray log aap ko dikhai nahi detay. aap ka rohani tawajjah jo hai woh bohat aik mehdood dairay mein aa jata hai.</w:t>
      </w:r>
    </w:p>
    <w:p>
      <w:pPr>
        <w:jc w:val="right"/>
      </w:pPr>
      <w:r>
        <w:t>اپنی فیملی والے آپ کو دکھائی دیتے ہیں، دوسرے لوگ آپ کو دکھائی نہیں دیتے۔ آپ کا روحانی توجہ جو ہے وہ بہت ایک محدود دائرے میں آ جاتا ہے۔</w:t>
      </w:r>
    </w:p>
    <w:p>
      <w:r>
        <w:rPr>
          <w:b/>
        </w:rPr>
        <w:t xml:space="preserve">[26:18] </w:t>
      </w:r>
      <w:r>
        <w:t>baray dairay mein aap ka tawajjah nahi banta.</w:t>
      </w:r>
    </w:p>
    <w:p>
      <w:pPr>
        <w:jc w:val="right"/>
      </w:pPr>
      <w:r>
        <w:t>بڑے دائرے میں آپ کا توجہ نہیں بنتا۔</w:t>
      </w:r>
    </w:p>
    <w:p>
      <w:r>
        <w:rPr>
          <w:b/>
        </w:rPr>
        <w:t xml:space="preserve">[26:24] </w:t>
      </w:r>
      <w:r>
        <w:t>acha agar aap aisa karain ke apni kamai ko kharch karain Khuda ke rastay mein, sachai ke rastay mein, bhalai ke rastay mein, jannat walay kamon ke rastay mein to kya hoga?</w:t>
      </w:r>
    </w:p>
    <w:p>
      <w:pPr>
        <w:jc w:val="right"/>
      </w:pPr>
      <w:r>
        <w:t>اچھا اگر آپ ایسا کریں کہ اپنی کمائی کو خرچ کریں خدا کے راستے میں، سچائی کے راستے میں، بھلائی کے راستے میں، جنت والے کاموں کے راستے میں تو کیا ہوگا؟</w:t>
      </w:r>
    </w:p>
    <w:p>
      <w:r>
        <w:rPr>
          <w:b/>
        </w:rPr>
        <w:t xml:space="preserve">[26:39] </w:t>
      </w:r>
      <w:r>
        <w:t>yahan bhi aap ko aik cheez milegi badlay mein is ke. woh kya hai?</w:t>
      </w:r>
    </w:p>
    <w:p>
      <w:pPr>
        <w:jc w:val="right"/>
      </w:pPr>
      <w:r>
        <w:t>یہاں بھی آپ کو ایک چیز ملے گی بدلے میں اس کے۔ وہ کیا ہے؟</w:t>
      </w:r>
    </w:p>
    <w:p>
      <w:r>
        <w:rPr>
          <w:b/>
        </w:rPr>
        <w:t xml:space="preserve">[26:46] </w:t>
      </w:r>
      <w:r>
        <w:t>woh yeh hai ke aap ke andar khud gharzi aye gi. sakhavat aye gi. khulay zehniyat aye gi.</w:t>
      </w:r>
    </w:p>
    <w:p>
      <w:pPr>
        <w:jc w:val="right"/>
      </w:pPr>
      <w:r>
        <w:t>وہ یہ ہے کہ آپ کے اندر خود غرضی آئے گی۔ سخاوت آئے گی۔ کھلے ذہنیت آئے گی۔</w:t>
      </w:r>
    </w:p>
    <w:p>
      <w:r>
        <w:rPr>
          <w:b/>
        </w:rPr>
        <w:t xml:space="preserve">[26:56] </w:t>
      </w:r>
      <w:r>
        <w:t>wasee' zehniyat aye gi. musbiyat aye gi.</w:t>
      </w:r>
    </w:p>
    <w:p>
      <w:pPr>
        <w:jc w:val="right"/>
      </w:pPr>
      <w:r>
        <w:t>وسیع ذہنیت آئے گی۔ مثبتیت آئے گی۔</w:t>
      </w:r>
    </w:p>
    <w:p>
      <w:r>
        <w:rPr>
          <w:b/>
        </w:rPr>
        <w:t xml:space="preserve">[27:03] </w:t>
      </w:r>
      <w:r>
        <w:t>taameeri soch aye gi aap ke andar. poori insaniyat ko le kar sochne ka mizaj banay ga. yani insaniyat barhi aap ka tawajjah ban jaye gi.</w:t>
      </w:r>
    </w:p>
    <w:p>
      <w:pPr>
        <w:jc w:val="right"/>
      </w:pPr>
      <w:r>
        <w:t>تعمیری سوچ آئے گی آپ کے اندر۔ پورے انسانیت کو لے کر سوچنے کا مزاج بنے گا۔ یعنی انسانیت بڑی آپ کا توجہ بن جائے گی۔</w:t>
      </w:r>
    </w:p>
    <w:p>
      <w:r>
        <w:rPr>
          <w:b/>
        </w:rPr>
        <w:t xml:space="preserve">[27:17] </w:t>
      </w:r>
      <w:r>
        <w:t>aur dunya ke bajaye jannat aap ka</w:t>
      </w:r>
    </w:p>
    <w:p>
      <w:pPr>
        <w:jc w:val="right"/>
      </w:pPr>
      <w:r>
        <w:t>اور دنیا کے بجائے جنت آپ کا</w:t>
      </w:r>
    </w:p>
    <w:p>
      <w:r>
        <w:rPr>
          <w:b/>
        </w:rPr>
        <w:t xml:space="preserve">[27:22] </w:t>
      </w:r>
      <w:r>
        <w:t>sab se sab bara maqsad ban jaye ga. to dono qism ke kharch se aik aik aik shakhsiyat ki taraqqi hoti hai.</w:t>
      </w:r>
    </w:p>
    <w:p>
      <w:pPr>
        <w:jc w:val="right"/>
      </w:pPr>
      <w:r>
        <w:t>سب سے سب بڑا مقصد بن جائے گا۔ تو دونوں قسم کے خرچ سے ایک ایک ایک شخصیت کی ترقی ہوتی ہے۔</w:t>
      </w:r>
    </w:p>
    <w:p>
      <w:r>
        <w:rPr>
          <w:b/>
        </w:rPr>
        <w:t xml:space="preserve">[27:34] </w:t>
      </w:r>
      <w:r>
        <w:t>aik qism ke kharch se jo jo jo shakhsiyat aap ke andar taraqqi karti hai, woh shakhsiyat jo hoti hai</w:t>
      </w:r>
    </w:p>
    <w:p>
      <w:pPr>
        <w:jc w:val="right"/>
      </w:pPr>
      <w:r>
        <w:t>ایک قسم کے خرچ سے جو جو جو شخصیت آپ کے اندر ترقی کرتی ہے، وہ شخصیت جو ہوتی ہے</w:t>
      </w:r>
    </w:p>
    <w:p>
      <w:r>
        <w:rPr>
          <w:b/>
        </w:rPr>
        <w:t xml:space="preserve">[27:44] </w:t>
      </w:r>
      <w:r>
        <w:t>yani jannat se door karne wali, Khuda se door karne wali, farishton se door karne wali.</w:t>
      </w:r>
    </w:p>
    <w:p>
      <w:pPr>
        <w:jc w:val="right"/>
      </w:pPr>
      <w:r>
        <w:t>یعنی جنت سے دور کرنے والی، خدا سے دور کرنے والی، فرشتوں سے دور کرنے والی۔</w:t>
      </w:r>
    </w:p>
    <w:p>
      <w:r>
        <w:rPr>
          <w:b/>
        </w:rPr>
        <w:t xml:space="preserve">[27:54] </w:t>
      </w:r>
      <w:r>
        <w:t>aur doosray qism ke kharch se jo shakhsiyat banti hai, woh hoti hai Khuda se qareeb karne wali,</w:t>
      </w:r>
    </w:p>
    <w:p>
      <w:pPr>
        <w:jc w:val="right"/>
      </w:pPr>
      <w:r>
        <w:t>اور دوسرے قسم کے خرچ سے جو شخصیت بنتی ہے، وہ ہوتی ہے خدا سے قریب کرنے والی،</w:t>
      </w:r>
    </w:p>
    <w:p>
      <w:r>
        <w:rPr>
          <w:b/>
        </w:rPr>
        <w:t xml:space="preserve">[28:03] </w:t>
      </w:r>
      <w:r>
        <w:t>insan se mohabbat karne wali.</w:t>
      </w:r>
    </w:p>
    <w:p>
      <w:pPr>
        <w:jc w:val="right"/>
      </w:pPr>
      <w:r>
        <w:t>انسان سے محبت کرنے والی۔</w:t>
      </w:r>
    </w:p>
    <w:p>
      <w:r>
        <w:rPr>
          <w:b/>
        </w:rPr>
        <w:t xml:space="preserve">[28:08] </w:t>
      </w:r>
      <w:r>
        <w:t>aur farishton ke paros mein rehne wali. musbat soch ati hai, taameeri soch ati hai. yeh sab hota hai.</w:t>
      </w:r>
    </w:p>
    <w:p>
      <w:pPr>
        <w:jc w:val="right"/>
      </w:pPr>
      <w:r>
        <w:t>اور فرشتوں کے پڑوس میں رہنے والی۔ مثبت سوچ آتی ہے، تعمیری سوچ آتی ہے۔ یہ سب ہوتا ہے۔</w:t>
      </w:r>
    </w:p>
    <w:p>
      <w:r>
        <w:rPr>
          <w:b/>
        </w:rPr>
        <w:t xml:space="preserve">[28:21] </w:t>
      </w:r>
      <w:r>
        <w:t>to yeh kharch karna jo hai, yeh bhi koi purasrar cheez nahi hai.</w:t>
      </w:r>
    </w:p>
    <w:p>
      <w:pPr>
        <w:jc w:val="right"/>
      </w:pPr>
      <w:r>
        <w:t>تو یہ خرچ کرنا جو ہے، یہ بھی کوئی پراسرار چیز نہیں ہے۔</w:t>
      </w:r>
    </w:p>
    <w:p>
      <w:r>
        <w:rPr>
          <w:b/>
        </w:rPr>
        <w:t xml:space="preserve">[28:29] </w:t>
      </w:r>
      <w:r>
        <w:t>donon qism ka kharch do alag alag qism ki shakhsiyat banata hai. do alag alag qism ki shakhsiyat banata hai.</w:t>
      </w:r>
    </w:p>
    <w:p>
      <w:pPr>
        <w:jc w:val="right"/>
      </w:pPr>
      <w:r>
        <w:t>دونوں قسم کا خرچ دو الگ الگ قسم کی شخصیت بناتا ہے۔ دو الگ الگ قسم کی شخصیت بناتا ہے۔</w:t>
      </w:r>
    </w:p>
    <w:p>
      <w:r>
        <w:rPr>
          <w:b/>
        </w:rPr>
        <w:t xml:space="preserve">[28:39] </w:t>
      </w:r>
      <w:r>
        <w:t>to aqil aadmi woh hai, aqalmnd aadmi woh hai jo apne paise ko, apni kamai ko</w:t>
      </w:r>
    </w:p>
    <w:p>
      <w:pPr>
        <w:jc w:val="right"/>
      </w:pPr>
      <w:r>
        <w:t>تو عاقل آدمی وہ ہے، عقلمند آدمی وہ ہے جو اپنے پیسے کو، اپنی کمائی کو</w:t>
      </w:r>
    </w:p>
    <w:p>
      <w:r>
        <w:rPr>
          <w:b/>
        </w:rPr>
        <w:t xml:space="preserve">[28:48] </w:t>
      </w:r>
      <w:r>
        <w:t>kharch kare. apne rohani taraqqi mein, apne</w:t>
      </w:r>
    </w:p>
    <w:p>
      <w:pPr>
        <w:jc w:val="right"/>
      </w:pPr>
      <w:r>
        <w:t>خرچ کرے۔ اپنے روحانی ترقی میں، اپنے</w:t>
      </w:r>
    </w:p>
    <w:p>
      <w:r>
        <w:rPr>
          <w:b/>
        </w:rPr>
        <w:t xml:space="preserve">[28:59] </w:t>
      </w:r>
      <w:r>
        <w:t>apne aap ko misbat mani mein aage badhane mein. mukhtasaran apne aap ko jannat ke rastay par chalane mein.</w:t>
      </w:r>
    </w:p>
    <w:p>
      <w:pPr>
        <w:jc w:val="right"/>
      </w:pPr>
      <w:r>
        <w:t>اپنے آپ کو مثبت معنی میں آگے بڑھانے میں۔ مختصراً اپنے آپ کو جنت کے راستے پر چلانے میں۔</w:t>
      </w:r>
    </w:p>
    <w:p>
      <w:r>
        <w:rPr>
          <w:b/>
        </w:rPr>
        <w:t xml:space="preserve">[29:12] </w:t>
      </w:r>
      <w:r>
        <w:t>yani maal ka ek kharch aap ko, jaise hadith, jaise quran majeed mein hai ke "in al-mubathireen kanoo ikhwan al-shayateen" .</w:t>
      </w:r>
    </w:p>
    <w:p>
      <w:pPr>
        <w:jc w:val="right"/>
      </w:pPr>
      <w:r>
        <w:t>یعنی مال کا ایک خرچ آپ کو، جیسے حدیث، جیسے قرآن مجید میں ہے کہ "إن المبذرين كانوا إخوان الشياطين" ۔</w:t>
      </w:r>
    </w:p>
    <w:p>
      <w:r>
        <w:rPr>
          <w:b/>
        </w:rPr>
        <w:t xml:space="preserve">[29:22] </w:t>
      </w:r>
      <w:r>
        <w:t>jo log apne kamaye hue paise ko chheentein, jaise misal ke taur par shadiyon mein be-panah kharch karte hain log, pamp and show mein, woh hai chheentna.</w:t>
      </w:r>
    </w:p>
    <w:p>
      <w:pPr>
        <w:jc w:val="right"/>
      </w:pPr>
      <w:r>
        <w:t>جو لوگ اپنے کمائے ہوئے پیسے کو چھینٹیں، جیسے مثال کے طور پر شادیوں میں بے پناہ خرچ کرتے ہیں لوگ، پامپ اینڈ شو میں، وہ ہے چھینٹنا۔</w:t>
      </w:r>
    </w:p>
    <w:p>
      <w:r>
        <w:rPr>
          <w:b/>
        </w:rPr>
        <w:t xml:space="preserve">[29:35] </w:t>
      </w:r>
      <w:r>
        <w:t>woh chheentna hai.</w:t>
      </w:r>
    </w:p>
    <w:p>
      <w:pPr>
        <w:jc w:val="right"/>
      </w:pPr>
      <w:r>
        <w:t>وہ چھینٹنا ہے۔</w:t>
      </w:r>
    </w:p>
    <w:p>
      <w:r>
        <w:rPr>
          <w:b/>
        </w:rPr>
        <w:t xml:space="preserve">[29:39] </w:t>
      </w:r>
      <w:r>
        <w:t>bilkul saada taur par shadi ho sakti hai, jaise ek sahaba ki thi.</w:t>
      </w:r>
    </w:p>
    <w:p>
      <w:pPr>
        <w:jc w:val="right"/>
      </w:pPr>
      <w:r>
        <w:t>بالکل سادہ طور پر شادی ہو سکتی ہے، جیسے ایک صحابہ کی تھی۔</w:t>
      </w:r>
    </w:p>
    <w:p>
      <w:r>
        <w:rPr>
          <w:b/>
        </w:rPr>
        <w:t xml:space="preserve">[29:47] </w:t>
      </w:r>
      <w:r>
        <w:t>ek sahabi thay madine mein, rasool Allah ke saathi garam tha, abdul rahman bin auf. woh tajir thay.</w:t>
      </w:r>
    </w:p>
    <w:p>
      <w:pPr>
        <w:jc w:val="right"/>
      </w:pPr>
      <w:r>
        <w:t>ایک صحابی تھے مدینہ میں، رسول اللہ کے ساتھی گرام تھا، عبدالرحمن بن عوف۔ وہ تاجر تھے۔</w:t>
      </w:r>
    </w:p>
    <w:p>
      <w:r>
        <w:rPr>
          <w:b/>
        </w:rPr>
        <w:t xml:space="preserve">[29:58] </w:t>
      </w:r>
      <w:r>
        <w:t>to unhon ne wahan shadi ki.</w:t>
      </w:r>
    </w:p>
    <w:p>
      <w:pPr>
        <w:jc w:val="right"/>
      </w:pPr>
      <w:r>
        <w:t>تو انہوں نے وہاں شادی کی۔</w:t>
      </w:r>
    </w:p>
    <w:p>
      <w:r>
        <w:rPr>
          <w:b/>
        </w:rPr>
        <w:t xml:space="preserve">[30:02] </w:t>
      </w:r>
      <w:r>
        <w:t>to kya hua ke rasool Allah ko bhi nahi bulaya,</w:t>
      </w:r>
    </w:p>
    <w:p>
      <w:pPr>
        <w:jc w:val="right"/>
      </w:pPr>
      <w:r>
        <w:t>تو کیا ہوا کہ رسول اللہ کو بھی نہیں بلایا،</w:t>
      </w:r>
    </w:p>
    <w:p>
      <w:r>
        <w:rPr>
          <w:b/>
        </w:rPr>
        <w:t xml:space="preserve">[30:05] </w:t>
      </w:r>
      <w:r>
        <w:t>sahaba ko bhi nahi bulaya. halankay woh paise wale thay woh. to chand din ke baad jab rasool Allah ke paas aaye to rasool Allah ne poocha ke kai din se tum aaye nahi hamari sohbat mein?</w:t>
      </w:r>
    </w:p>
    <w:p>
      <w:pPr>
        <w:jc w:val="right"/>
      </w:pPr>
      <w:r>
        <w:t>صحابہ کو بھی نہیں بلایا۔ حالانکہ وہ پیسے والے تھے وہ۔ تو چند دن کے بعد جب رسول اللہ کے پاس آئے تو رسول اللہ نے پوچھا کہ کئی دن سے تم آئے نہیں ہماری صحبت میں؟</w:t>
      </w:r>
    </w:p>
    <w:p>
      <w:r>
        <w:rPr>
          <w:b/>
        </w:rPr>
        <w:t xml:space="preserve">[30:25] </w:t>
      </w:r>
      <w:r>
        <w:t>to unhon ne kaha ke main ne madine mein ek khatoon se shadi kar li hai. ab ghor kijiye kitna saada tareeqa tha in logon ka.</w:t>
      </w:r>
    </w:p>
    <w:p>
      <w:pPr>
        <w:jc w:val="right"/>
      </w:pPr>
      <w:r>
        <w:t>تو انہوں نے کہا کہ میں نے مدینے میں ایک خاتون سے شادی کر لی ہے۔ اب غور کیجیے کتنا سادہ طریقہ تھا ان لوگوں کا۔</w:t>
      </w:r>
    </w:p>
    <w:p>
      <w:r>
        <w:rPr>
          <w:b/>
        </w:rPr>
        <w:t xml:space="preserve">[30:36] </w:t>
      </w:r>
      <w:r>
        <w:t>madina ek shehar tha, koi dilli jaisa shehar nahi tha madina.</w:t>
      </w:r>
    </w:p>
    <w:p>
      <w:pPr>
        <w:jc w:val="right"/>
      </w:pPr>
      <w:r>
        <w:t>مدینہ ایک شہر تھا، کوئی دلی جیسا شہر نہیں تھا مدینہ۔</w:t>
      </w:r>
    </w:p>
    <w:p>
      <w:r>
        <w:rPr>
          <w:b/>
        </w:rPr>
        <w:t xml:space="preserve">[30:44] </w:t>
      </w:r>
      <w:r>
        <w:t>madina to yani ek shehar tha. bas.</w:t>
      </w:r>
    </w:p>
    <w:p>
      <w:pPr>
        <w:jc w:val="right"/>
      </w:pPr>
      <w:r>
        <w:t>مدینہ تو یعنی ایک شہر تھا۔ بس۔</w:t>
      </w:r>
    </w:p>
    <w:p>
      <w:r>
        <w:rPr>
          <w:b/>
        </w:rPr>
        <w:t xml:space="preserve">[30:54] </w:t>
      </w:r>
      <w:r>
        <w:t>to wahan par shadi karte hain ek sahabi lekin kisi ko bulate nahi. na rasool Allah ko, na sahaba ko.</w:t>
      </w:r>
    </w:p>
    <w:p>
      <w:pPr>
        <w:jc w:val="right"/>
      </w:pPr>
      <w:r>
        <w:t>تو وہاں پر شادی کرتے ہیں ایک صحابی لیکن کسی کو بلاتے نہیں۔ نہ رسول اللہ کو، نہ صحابہ کو۔</w:t>
      </w:r>
    </w:p>
    <w:p>
      <w:r>
        <w:rPr>
          <w:b/>
        </w:rPr>
        <w:t xml:space="preserve">[31:04] </w:t>
      </w:r>
      <w:r>
        <w:t>bas saada tareeqay par nikah kar liya, bas baat khatam ho gayi.</w:t>
      </w:r>
    </w:p>
    <w:p>
      <w:pPr>
        <w:jc w:val="right"/>
      </w:pPr>
      <w:r>
        <w:t>بس سادہ طریقے پر نکاح کر لیا، بس بات ختم ہو گئی۔</w:t>
      </w:r>
    </w:p>
    <w:p>
      <w:r>
        <w:rPr>
          <w:b/>
        </w:rPr>
        <w:t xml:space="preserve">[31:10] </w:t>
      </w:r>
      <w:r>
        <w:t>yeh hai islami shadi. aaj kal kya hota hai? aaj kal yeh hota hai ke pamp and show ka zamana hai.</w:t>
      </w:r>
    </w:p>
    <w:p>
      <w:pPr>
        <w:jc w:val="right"/>
      </w:pPr>
      <w:r>
        <w:t>یہ ہے اسلامی شادی۔ آج کل کیا ہوتا ہے؟ آج کل یہ ہوتا ہے کہ پامپ اینڈ شو کا زمانہ ہے۔</w:t>
      </w:r>
    </w:p>
    <w:p>
      <w:r>
        <w:rPr>
          <w:b/>
        </w:rPr>
        <w:t xml:space="preserve">[31:21] </w:t>
      </w:r>
      <w:r>
        <w:t>shadi karein ge to ek hangama khara karein ge. to isi ke baray mein farmaya ke</w:t>
      </w:r>
    </w:p>
    <w:p>
      <w:pPr>
        <w:jc w:val="right"/>
      </w:pPr>
      <w:r>
        <w:t>شادی کریں گے تو ایک ہنگامہ کھڑا کریں گے۔ تو اسی کے بارے میں فرمایا کہ</w:t>
      </w:r>
    </w:p>
    <w:p>
      <w:r>
        <w:rPr>
          <w:b/>
        </w:rPr>
        <w:t xml:space="preserve">[31:27] </w:t>
      </w:r>
      <w:r>
        <w:t>"in al-mubathireen kanoo ikhwan al-shayateen" . paise ko chheentne wale, apne kamaye hue paise ko chheentne wale shaitan ke bhai hain.</w:t>
      </w:r>
    </w:p>
    <w:p>
      <w:pPr>
        <w:jc w:val="right"/>
      </w:pPr>
      <w:r>
        <w:t>"إن المبذرين كانوا إخوان الشياطين" ۔ پیسے کو چھینٹنے والے، اپنے کمائے ہوئے پیسے کو چھینٹنے والے شیطان کے بھائی ہیں۔</w:t>
      </w:r>
    </w:p>
    <w:p>
      <w:r>
        <w:rPr>
          <w:b/>
        </w:rPr>
        <w:t xml:space="preserve">[31:45] </w:t>
      </w:r>
      <w:r>
        <w:t>shaitan ke bhai hain. to is ka matlab kya hua? apni kamai ko ek dhang par kharch karna aap ko shaitan ki taraf le aata hai.</w:t>
      </w:r>
    </w:p>
    <w:p>
      <w:pPr>
        <w:jc w:val="right"/>
      </w:pPr>
      <w:r>
        <w:t>شیطان کے بھائی ہیں۔ تو اس کا مطلب کیا ہوا؟ اپنی کمائی کو ایک ڈھنگ پر خرچ کرنا آپ کو شیطان کی طرف لے آتا ہے۔</w:t>
      </w:r>
    </w:p>
    <w:p>
      <w:r>
        <w:rPr>
          <w:b/>
        </w:rPr>
        <w:t xml:space="preserve">[31:59] </w:t>
      </w:r>
      <w:r>
        <w:t>shaitan jaye ga</w:t>
      </w:r>
    </w:p>
    <w:p>
      <w:pPr>
        <w:jc w:val="right"/>
      </w:pPr>
      <w:r>
        <w:t>شیطان جائے گا</w:t>
      </w:r>
    </w:p>
    <w:p>
      <w:r>
        <w:rPr>
          <w:b/>
        </w:rPr>
        <w:t xml:space="preserve">[32:01] </w:t>
      </w:r>
      <w:r>
        <w:t>jahannum mein, aap ko bhi shaitan jahannum mein le jaye ga. aur doosre dhang par kharch karna paise ko, aap ko le aaye ga jannat ki taraf, jannat ki taraf.</w:t>
      </w:r>
    </w:p>
    <w:p>
      <w:pPr>
        <w:jc w:val="right"/>
      </w:pPr>
      <w:r>
        <w:t>جہنم میں، آپ کو بھی شیطان جہنم میں لے جائے گا۔ اور دوسرے ڈھنگ پر خرچ کرنا پیسے کو، آپ کو لے آئے گا جنت کی طرف، جنت کی طرف۔</w:t>
      </w:r>
    </w:p>
    <w:p>
      <w:r>
        <w:rPr>
          <w:b/>
        </w:rPr>
        <w:t xml:space="preserve">[32:16] </w:t>
      </w:r>
      <w:r>
        <w:t>firishton ki taraf.</w:t>
      </w:r>
    </w:p>
    <w:p>
      <w:pPr>
        <w:jc w:val="right"/>
      </w:pPr>
      <w:r>
        <w:t>فرشتوں کی طرف۔</w:t>
      </w:r>
    </w:p>
    <w:p>
      <w:r>
        <w:rPr>
          <w:b/>
        </w:rPr>
        <w:t xml:space="preserve">[32:18] </w:t>
      </w:r>
      <w:r>
        <w:t>ab dekhiye ke yeh abdul rahman bin auf, jinhon ne apni shadi mein kisi ko bulaya nahi. rasool Allah ko, na sahaba ko.</w:t>
      </w:r>
    </w:p>
    <w:p>
      <w:pPr>
        <w:jc w:val="right"/>
      </w:pPr>
      <w:r>
        <w:t>اب دیکھیے کہ یہ عبدالرحمن بن عوف، جنہوں نے اپنی شادی میں کسی کو بلایا نہیں۔ رسول اللہ کو، نہ صحابہ کو۔</w:t>
      </w:r>
    </w:p>
    <w:p>
      <w:r>
        <w:rPr>
          <w:b/>
        </w:rPr>
        <w:t xml:space="preserve">[32:29] </w:t>
      </w:r>
      <w:r>
        <w:t>lekin ek mauqa par aisa hua ke un ka saman aaya bahar se, ek hazar oonton par lad kar.</w:t>
      </w:r>
    </w:p>
    <w:p>
      <w:pPr>
        <w:jc w:val="right"/>
      </w:pPr>
      <w:r>
        <w:t>لیکن ایک موقع پر ایسا ہوا کہ ان کا سامان آیا باہر سے، ایک ہزار اونٹوں پر لد کر۔</w:t>
      </w:r>
    </w:p>
    <w:p>
      <w:r>
        <w:rPr>
          <w:b/>
        </w:rPr>
        <w:t xml:space="preserve">[32:39] </w:t>
      </w:r>
      <w:r>
        <w:t>woh bahar se saman mangate thay aur madine mein bechte thay. to ek hazar oonton par saman lad kar aaya. us waqt madine mein zaroorat thi,</w:t>
      </w:r>
    </w:p>
    <w:p>
      <w:pPr>
        <w:jc w:val="right"/>
      </w:pPr>
      <w:r>
        <w:t>وہ باہر سے سامان منگاتے تھے اور مدینہ میں بیچتے تھے۔ تو ایک ہزار اونٹوں پر سامان لد کر آیا۔ اس وقت مدینے میں ضرورت تھی،</w:t>
      </w:r>
    </w:p>
    <w:p>
      <w:r>
        <w:rPr>
          <w:b/>
        </w:rPr>
        <w:t xml:space="preserve">[32:53] </w:t>
      </w:r>
      <w:r>
        <w:t>log zaroorat mand thay saman ke. to sara saman aap ne khuda ke rastay mein de diya.</w:t>
      </w:r>
    </w:p>
    <w:p>
      <w:pPr>
        <w:jc w:val="right"/>
      </w:pPr>
      <w:r>
        <w:t>لوگ ضرورت مند تھے سامان کے۔ تو سارا سامان آپ نے خدا کے راستے میں دے دیا۔</w:t>
      </w:r>
    </w:p>
    <w:p>
      <w:r>
        <w:rPr>
          <w:b/>
        </w:rPr>
        <w:t xml:space="preserve">[33:01] </w:t>
      </w:r>
      <w:r>
        <w:t>becha nahi. madine ka ek tajar aaya aap ke paas ke hamein becho, hum paisa de kar khareedna chahte hain.</w:t>
      </w:r>
    </w:p>
    <w:p>
      <w:pPr>
        <w:jc w:val="right"/>
      </w:pPr>
      <w:r>
        <w:t>بیچا نہیں۔ مدینے کا ایک تاجر آیا آپ کے پاس کہ ہمیں بیچو، ہم پیسہ دے کر خریدنا چاہتے ہیں۔</w:t>
      </w:r>
    </w:p>
    <w:p>
      <w:r>
        <w:rPr>
          <w:b/>
        </w:rPr>
        <w:t xml:space="preserve">[33:12] </w:t>
      </w:r>
      <w:r>
        <w:t>aap ne kisi ko nahi diya. sab ka sab madine walon mein</w:t>
      </w:r>
    </w:p>
    <w:p>
      <w:pPr>
        <w:jc w:val="right"/>
      </w:pPr>
      <w:r>
        <w:t>آپ نے کسی کو نہیں دیا۔ سب کا سب مدینے والوں میں</w:t>
      </w:r>
    </w:p>
    <w:p>
      <w:r>
        <w:rPr>
          <w:b/>
        </w:rPr>
        <w:t xml:space="preserve">[33:19] </w:t>
      </w:r>
      <w:r>
        <w:t>de diya. ab dekhiye ke shadi mein kuch nahi kharch kiya. aur khuda ke rastay mein itna tha maal, de diya.</w:t>
      </w:r>
    </w:p>
    <w:p>
      <w:pPr>
        <w:jc w:val="right"/>
      </w:pPr>
      <w:r>
        <w:t>دے دیا۔ اب دیکھیے کہ شادی میں کچھ نہیں خرچ کیا۔ اور خدا کے راستے میں اتنا تھا مال، دے دیا۔</w:t>
      </w:r>
    </w:p>
    <w:p>
      <w:r>
        <w:rPr>
          <w:b/>
        </w:rPr>
        <w:t xml:space="preserve">[33:32] </w:t>
      </w:r>
      <w:r>
        <w:t>yeh tha in logon ka tareeqa. to "al-shaytanu ya'idukum faqr" .</w:t>
      </w:r>
    </w:p>
    <w:p>
      <w:pPr>
        <w:jc w:val="right"/>
      </w:pPr>
      <w:r>
        <w:t>یہ تھا ان لوگوں کا طریقہ۔ تو "الشيطان يعدكم الفقر" ۔</w:t>
      </w:r>
    </w:p>
    <w:p>
      <w:r>
        <w:rPr>
          <w:b/>
        </w:rPr>
        <w:t xml:space="preserve">[33:39] </w:t>
      </w:r>
      <w:r>
        <w:t>ka matlab yeh hai ke kharch ka ek tareeqa woh hai jo shaitani tareeqa hai. aur kharch ka ek tareeqa woh hai jo farishton wala tareeqa hai.</w:t>
      </w:r>
    </w:p>
    <w:p>
      <w:pPr>
        <w:jc w:val="right"/>
      </w:pPr>
      <w:r>
        <w:t>کا مطلب یہ ہے کہ خرچ کا ایک طریقہ وہ ہے جو شیطانی طریقہ ہے۔ اور خرچ کا ایک طریقہ وہ ہے جو فرشتوں والا طریقہ ہے۔</w:t>
      </w:r>
    </w:p>
    <w:p>
      <w:r>
        <w:rPr>
          <w:b/>
        </w:rPr>
        <w:t xml:space="preserve">[33:57] </w:t>
      </w:r>
      <w:r>
        <w:t>shaitani tareeqa kharch ka yeh hai ke aap ke paise ko</w:t>
      </w:r>
    </w:p>
    <w:p>
      <w:pPr>
        <w:jc w:val="right"/>
      </w:pPr>
      <w:r>
        <w:t>شیطانی طریقہ خرچ کا یہ ہے کہ آپ کے پیسے کو</w:t>
      </w:r>
    </w:p>
    <w:p>
      <w:r>
        <w:rPr>
          <w:b/>
        </w:rPr>
        <w:t xml:space="preserve">[34:01] </w:t>
      </w:r>
      <w:r>
        <w:t>numaish mein kharch karen. aur khapat mein, aur samanon ki kharidari mein, aur outing mein, aur shadiyon mein, aur partiyon mein.</w:t>
      </w:r>
    </w:p>
    <w:p>
      <w:pPr>
        <w:jc w:val="right"/>
      </w:pPr>
      <w:r>
        <w:t>نمائش میں خرچ کریں۔ اور کھپت میں، اور سامانوں کی خریداری میں، اور آؤٹنگ میں، اور شادیوں میں، اور پارٹیوں میں۔</w:t>
      </w:r>
    </w:p>
    <w:p>
      <w:r>
        <w:rPr>
          <w:b/>
        </w:rPr>
        <w:t xml:space="preserve">[34:13] </w:t>
      </w:r>
      <w:r>
        <w:t>aur kapray mein, aur is mein is mein kharch karen. ek tareeqa yeh hai ke zindagi aap ki sada ho, bilkul sada ho.</w:t>
      </w:r>
    </w:p>
    <w:p>
      <w:pPr>
        <w:jc w:val="right"/>
      </w:pPr>
      <w:r>
        <w:t>اور کپڑے میں، اور اس میں اس میں خرچ کریں۔ ایک طریقہ یہ ہے کہ زندگی آپ کی سادہ ہو، بالکل سادہ ہو۔</w:t>
      </w:r>
    </w:p>
    <w:p>
      <w:r>
        <w:rPr>
          <w:b/>
        </w:rPr>
        <w:t xml:space="preserve">[34:23] </w:t>
      </w:r>
      <w:r>
        <w:t>yahan tak ke shadi mein bhi aap kisi ko na bulayen. itni sada ho. lekin jab zaroorat paray khuda ke rastay mein paisa dene ki to aap dil khol kar paisa de den.</w:t>
      </w:r>
    </w:p>
    <w:p>
      <w:pPr>
        <w:jc w:val="right"/>
      </w:pPr>
      <w:r>
        <w:t>یہاں تک کہ شادی میں بھی آپ کسی کو نہ بلائیں۔ اتنی سادہ ہو۔ لیکن جب ضرورت پڑے خدا کے راستے میں پیسہ دینے کی تو آپ دل کھول کر پیسہ دے دیں۔</w:t>
      </w:r>
    </w:p>
    <w:p>
      <w:r>
        <w:rPr>
          <w:b/>
        </w:rPr>
        <w:t xml:space="preserve">[34:37] </w:t>
      </w:r>
      <w:r>
        <w:t>yeh hai farishton wala tareeqa.</w:t>
      </w:r>
    </w:p>
    <w:p>
      <w:pPr>
        <w:jc w:val="right"/>
      </w:pPr>
      <w:r>
        <w:t>یہ ہے فرشتوں والا طریقہ۔</w:t>
      </w:r>
    </w:p>
    <w:p>
      <w:r>
        <w:rPr>
          <w:b/>
        </w:rPr>
        <w:t xml:space="preserve">[34:43] </w:t>
      </w:r>
      <w:r>
        <w:t>yeh do tareeqay hain har aadmi ke liye.</w:t>
      </w:r>
    </w:p>
    <w:p>
      <w:pPr>
        <w:jc w:val="right"/>
      </w:pPr>
      <w:r>
        <w:t>یہ دو طریقے ہیں ہر آدمی کے لیے۔</w:t>
      </w:r>
    </w:p>
    <w:p>
      <w:r>
        <w:rPr>
          <w:b/>
        </w:rPr>
        <w:t xml:space="preserve">[34:50] </w:t>
      </w:r>
      <w:r>
        <w:t>is zamanay mein dekhiye, aaj kal sab se zyada kharch shadiyon ka hota hai. is zamanay mein shadi mein kuch bhi nahi kharch kiya jata tha.</w:t>
      </w:r>
    </w:p>
    <w:p>
      <w:pPr>
        <w:jc w:val="right"/>
      </w:pPr>
      <w:r>
        <w:t>اس زمانے میں دیکھیے، آج کل سب سے زیادہ خرچ شادیوں کا ہوتا ہے۔ اس زمانے میں شادی میں کچھ بھی نہیں خرچ کیا جاتا تھا۔</w:t>
      </w:r>
    </w:p>
    <w:p>
      <w:r>
        <w:rPr>
          <w:b/>
        </w:rPr>
        <w:t xml:space="preserve">[35:01] </w:t>
      </w:r>
      <w:r>
        <w:t>jo auraton ka mahr hota hai, mahr. to sab sahaba ke haan ek</w:t>
      </w:r>
    </w:p>
    <w:p>
      <w:pPr>
        <w:jc w:val="right"/>
      </w:pPr>
      <w:r>
        <w:t>جو عورتوں کا مہر ہوتا ہے، مہر۔ تو سب صحابہ کے ہاں ایک</w:t>
      </w:r>
    </w:p>
    <w:p>
      <w:r>
        <w:rPr>
          <w:b/>
        </w:rPr>
        <w:t xml:space="preserve">[35:09] </w:t>
      </w:r>
      <w:r>
        <w:t>ek dastoor tha ke guthli ka jo yeh khajoor ki jo guthli hoti hai, guthli. is ke wazan ke barabar sona.</w:t>
      </w:r>
    </w:p>
    <w:p>
      <w:pPr>
        <w:jc w:val="right"/>
      </w:pPr>
      <w:r>
        <w:t>ایک دستور تھا کہ گٹھلی کا جو یہ کھجور کی جو گٹھلی ہوتی ہے، گٹھلی۔ اس کے وزن کے برابر سونا۔</w:t>
      </w:r>
    </w:p>
    <w:p>
      <w:r>
        <w:rPr>
          <w:b/>
        </w:rPr>
        <w:t xml:space="preserve">[35:23] </w:t>
      </w:r>
      <w:r>
        <w:t>yani size ke barabar nahi. guthli ka jo size hota hai, itna sona agar aap len to kafi mehnga ho sakta hai.</w:t>
      </w:r>
    </w:p>
    <w:p>
      <w:pPr>
        <w:jc w:val="right"/>
      </w:pPr>
      <w:r>
        <w:t>یعنی سائز کے برابر نہیں۔ گٹھلی کا جو سائز ہوتا ہے، اتنا سونا اگر آپ لیں تو کافی مہنگا ہو سکتا ہے۔</w:t>
      </w:r>
    </w:p>
    <w:p>
      <w:r>
        <w:rPr>
          <w:b/>
        </w:rPr>
        <w:t xml:space="preserve">[35:33] </w:t>
      </w:r>
      <w:r>
        <w:t>lekin is ka jo wazan hai, is ka jo wazan hota hai bohat kam hota hai. bohat kam hota hai. yani size ke aitbar se wazan to bohat kam hota hai.</w:t>
      </w:r>
    </w:p>
    <w:p>
      <w:pPr>
        <w:jc w:val="right"/>
      </w:pPr>
      <w:r>
        <w:t>لیکن اس کا جو وزن ہے، اس کا جو وزن ہوتا ہے بہت کم ہوتا ہے۔ بہت کم ہوتا ہے۔ یعنی سائز کے اعتبار سے وزن تو بہت کم ہوتا ہے۔</w:t>
      </w:r>
    </w:p>
    <w:p>
      <w:r>
        <w:rPr>
          <w:b/>
        </w:rPr>
        <w:t xml:space="preserve">[35:43] </w:t>
      </w:r>
      <w:r>
        <w:t>to in logon ka jo mahr hua karta tha, woh khajli, woh tha khajoor ki guthli ke</w:t>
      </w:r>
    </w:p>
    <w:p>
      <w:pPr>
        <w:jc w:val="right"/>
      </w:pPr>
      <w:r>
        <w:t>تو ان لوگوں کا جو مہر ہوا کرتا تھا، وہ کھجلی، وہ تھا کھجور کی گٹھلی کے</w:t>
      </w:r>
    </w:p>
    <w:p>
      <w:r>
        <w:rPr>
          <w:b/>
        </w:rPr>
        <w:t xml:space="preserve">[35:55] </w:t>
      </w:r>
      <w:r>
        <w:t>hum wazan sona.</w:t>
      </w:r>
    </w:p>
    <w:p>
      <w:pPr>
        <w:jc w:val="right"/>
      </w:pPr>
      <w:r>
        <w:t>ہم وزن سونا۔</w:t>
      </w:r>
    </w:p>
    <w:p>
      <w:r>
        <w:rPr>
          <w:b/>
        </w:rPr>
        <w:t xml:space="preserve">[36:00] </w:t>
      </w:r>
      <w:r>
        <w:t>bohat hi kam. aap kabhi bhi dekh lijiyay ke khajoor ka jo wazan hai to woh kam hota hai is ke size ke muqablay mein.</w:t>
      </w:r>
    </w:p>
    <w:p>
      <w:pPr>
        <w:jc w:val="right"/>
      </w:pPr>
      <w:r>
        <w:t>بہت ہی کم۔ آپ کبھی بھی دیکھ لیجیے کہ کھجور کا جو وزن ہے تو وہ کم ہوتا ہے اس کے سائز کے مقابلے میں۔</w:t>
      </w:r>
    </w:p>
    <w:p>
      <w:r>
        <w:rPr>
          <w:b/>
        </w:rPr>
        <w:t xml:space="preserve">[36:12] </w:t>
      </w:r>
      <w:r>
        <w:t>jitna bara size hai, utna agar len aap</w:t>
      </w:r>
    </w:p>
    <w:p>
      <w:pPr>
        <w:jc w:val="right"/>
      </w:pPr>
      <w:r>
        <w:t>جتنا بڑا سائز ہے، اتنا اگر لیں آپ</w:t>
      </w:r>
    </w:p>
    <w:p>
      <w:r>
        <w:rPr>
          <w:b/>
        </w:rPr>
        <w:t xml:space="preserve">[36:17] </w:t>
      </w:r>
      <w:r>
        <w:t>sona to woh mehnga hoga. aur sirf wazan ke aitbar se to bohat thora sona hoga, bohat kam. to kitni sada thi shadi in logon ki.</w:t>
      </w:r>
    </w:p>
    <w:p>
      <w:pPr>
        <w:jc w:val="right"/>
      </w:pPr>
      <w:r>
        <w:t>سونا تو وہ مہنگا ہوگا۔ اور صرف وزن کے اعتبار سے تو بہت تھوڑا سونا ہوگا، بہت کم۔ تو کتنی سادہ تھی شادی ان لوگوں کی۔</w:t>
      </w:r>
    </w:p>
    <w:p>
      <w:r>
        <w:rPr>
          <w:b/>
        </w:rPr>
        <w:t xml:space="preserve">[36:29] </w:t>
      </w:r>
      <w:r>
        <w:t>na kapray ki dhoom, na walima ki dhoom, na barat ki dhoom.</w:t>
      </w:r>
    </w:p>
    <w:p>
      <w:pPr>
        <w:jc w:val="right"/>
      </w:pPr>
      <w:r>
        <w:t>نہ کپڑے کی دھوم، نہ ولیمہ کی دھوم، نہ بارات کی دھوم۔</w:t>
      </w:r>
    </w:p>
    <w:p>
      <w:r>
        <w:rPr>
          <w:b/>
        </w:rPr>
        <w:t xml:space="preserve">[36:36] </w:t>
      </w:r>
      <w:r>
        <w:t>na</w:t>
      </w:r>
    </w:p>
    <w:p>
      <w:pPr>
        <w:jc w:val="right"/>
      </w:pPr>
      <w:r>
        <w:t>نہ</w:t>
      </w:r>
    </w:p>
    <w:p>
      <w:r>
        <w:rPr>
          <w:b/>
        </w:rPr>
        <w:t xml:space="preserve">[36:40] </w:t>
      </w:r>
      <w:r>
        <w:t>jahez ki dhoom, kuch nahi, kuch nahi, kuch nahi. sada shadi.</w:t>
      </w:r>
    </w:p>
    <w:p>
      <w:pPr>
        <w:jc w:val="right"/>
      </w:pPr>
      <w:r>
        <w:t>جہیز کی دھوم، کچھ نہیں، کچھ نہیں، کچھ نہیں۔ سادہ شادی۔</w:t>
      </w:r>
    </w:p>
    <w:p>
      <w:r>
        <w:rPr>
          <w:b/>
        </w:rPr>
        <w:t xml:space="preserve">[36:47] </w:t>
      </w:r>
      <w:r>
        <w:t>aaj kal jo hai paise ka sab se zyada kharch isi mein kiya jata hai. yeh bilashuba yeh yeh isi ayat ka misdaq hai ke "in al-mubathireen kanoo ikhwan al-shayateen" .</w:t>
      </w:r>
    </w:p>
    <w:p>
      <w:pPr>
        <w:jc w:val="right"/>
      </w:pPr>
      <w:r>
        <w:t>آج کل جو ہے پیسے کا سب سے زیادہ خرچ اسی میں کیا جاتا ہے۔ یہ بلاشبہ یہ یہ اسی آیت کا مصداق ہے کہ "إن المبذرين كانوا إخوان الشياطين" ۔</w:t>
      </w:r>
    </w:p>
    <w:p>
      <w:r>
        <w:rPr>
          <w:b/>
        </w:rPr>
        <w:t xml:space="preserve">[37:00] </w:t>
      </w:r>
      <w:r>
        <w:t>ke paise ko chhentne wale,</w:t>
      </w:r>
    </w:p>
    <w:p>
      <w:pPr>
        <w:jc w:val="right"/>
      </w:pPr>
      <w:r>
        <w:t>کہ پیسے کو چھینٹنے والے،</w:t>
      </w:r>
    </w:p>
    <w:p>
      <w:r>
        <w:rPr>
          <w:b/>
        </w:rPr>
        <w:t xml:space="preserve">[37:05] </w:t>
      </w:r>
      <w:r>
        <w:t>paise ko zaya karne wale shaitan ke bhai hain.</w:t>
      </w:r>
    </w:p>
    <w:p>
      <w:pPr>
        <w:jc w:val="right"/>
      </w:pPr>
      <w:r>
        <w:t>پیسے کو ضائع کرنے والے شیطان کے بھائی ہیں۔</w:t>
      </w:r>
    </w:p>
    <w:p>
      <w:r>
        <w:rPr>
          <w:b/>
        </w:rPr>
        <w:t xml:space="preserve">[37:13] </w:t>
      </w:r>
      <w:r>
        <w:t>to aadmi ko chahiye ke woh jaiz tareeqe par paisa kamaye. aur jo paisa us ne kamaya hai, woh</w:t>
      </w:r>
    </w:p>
    <w:p>
      <w:pPr>
        <w:jc w:val="right"/>
      </w:pPr>
      <w:r>
        <w:t>تو آدمی کو چاہیے کہ وہ جائز طریقے پر پیسہ کمائے۔ اور جو پیسہ اس نے کمایا ہے، وہ</w:t>
      </w:r>
    </w:p>
    <w:p>
      <w:r>
        <w:rPr>
          <w:b/>
        </w:rPr>
        <w:t xml:space="preserve">[37:26] </w:t>
      </w:r>
      <w:r>
        <w:t>zarurat ke baqadr to apne apne liye rakhay. aur</w:t>
      </w:r>
    </w:p>
    <w:p>
      <w:pPr>
        <w:jc w:val="right"/>
      </w:pPr>
      <w:r>
        <w:t>ضرورت کے بقدر تو اپنے اپنے لئے رکھے۔ اور</w:t>
      </w:r>
    </w:p>
    <w:p>
      <w:r>
        <w:rPr>
          <w:b/>
        </w:rPr>
        <w:t xml:space="preserve">[37:35] </w:t>
      </w:r>
      <w:r>
        <w:t>baqi jo paisa hai woh Allah ke raste mein deta rahe, deta rahe. yeh hai sahi momin ka</w:t>
      </w:r>
    </w:p>
    <w:p>
      <w:pPr>
        <w:jc w:val="right"/>
      </w:pPr>
      <w:r>
        <w:t>بقیہ جو پیسہ ہے وہ اللہ کے راستے میں دیتا رہے، دیتا رہے۔ یہ ہے صحیح مومن کا</w:t>
      </w:r>
    </w:p>
    <w:p>
      <w:r>
        <w:rPr>
          <w:b/>
        </w:rPr>
        <w:t xml:space="preserve">[37:43] </w:t>
      </w:r>
      <w:r>
        <w:t>tareeqa.</w:t>
      </w:r>
    </w:p>
    <w:p>
      <w:pPr>
        <w:jc w:val="right"/>
      </w:pPr>
      <w:r>
        <w:t>طریقہ۔</w:t>
      </w:r>
    </w:p>
    <w:p>
      <w:r>
        <w:rPr>
          <w:b/>
        </w:rPr>
        <w:t xml:space="preserve">[37:49] </w:t>
      </w:r>
      <w:r>
        <w:t>phir Quran mein</w:t>
      </w:r>
    </w:p>
    <w:p>
      <w:pPr>
        <w:jc w:val="right"/>
      </w:pPr>
      <w:r>
        <w:t>پھر قرآن میں</w:t>
      </w:r>
    </w:p>
    <w:p>
      <w:r>
        <w:rPr>
          <w:b/>
        </w:rPr>
        <w:t xml:space="preserve">[37:53] </w:t>
      </w:r>
      <w:r>
        <w:t>Surah Al-Baqarah mein 269 jo ayat hai, to kuch Allah taala ne kuch naseehaten keen, kuch baaten bataeen,</w:t>
      </w:r>
    </w:p>
    <w:p>
      <w:pPr>
        <w:jc w:val="right"/>
      </w:pPr>
      <w:r>
        <w:t>سورہ البقرہ میں 269 جو آیت ہے، تو کچھ اللہ تعالیٰ نے کچھ نصیحتیں کیں، کچھ باتیں بتائیں،</w:t>
      </w:r>
    </w:p>
    <w:p>
      <w:r>
        <w:rPr>
          <w:b/>
        </w:rPr>
        <w:t xml:space="preserve">[38:08] </w:t>
      </w:r>
      <w:r>
        <w:t>hidayat wali.</w:t>
      </w:r>
    </w:p>
    <w:p>
      <w:pPr>
        <w:jc w:val="right"/>
      </w:pPr>
      <w:r>
        <w:t>ہدایت والی۔</w:t>
      </w:r>
    </w:p>
    <w:p>
      <w:r>
        <w:rPr>
          <w:b/>
        </w:rPr>
        <w:t xml:space="preserve">[38:11] </w:t>
      </w:r>
      <w:r>
        <w:t>phir farmaya ke "wa ma yadhakkaru illa olo al-bab" .</w:t>
      </w:r>
    </w:p>
    <w:p>
      <w:pPr>
        <w:jc w:val="right"/>
      </w:pPr>
      <w:r>
        <w:t>پھر فرمایا کہ "وما يذكر إلا أولو الباب" ۔</w:t>
      </w:r>
    </w:p>
    <w:p>
      <w:r>
        <w:rPr>
          <w:b/>
        </w:rPr>
        <w:t xml:space="preserve">[38:17] </w:t>
      </w:r>
      <w:r>
        <w:t>yeh sab baaten jo hain ke maal ko kharch karo Allah ke raste mein. zindagi mein shaitan ke peeche na chalo.</w:t>
      </w:r>
    </w:p>
    <w:p>
      <w:pPr>
        <w:jc w:val="right"/>
      </w:pPr>
      <w:r>
        <w:t>یہ سب باتیں جو ہیں کہ مال کو خرچ کرو اللہ کے راستے میں۔ زندگی میں شیطان کے پیچھے نہ چلو۔</w:t>
      </w:r>
    </w:p>
    <w:p>
      <w:r>
        <w:rPr>
          <w:b/>
        </w:rPr>
        <w:t xml:space="preserve">[38:32] </w:t>
      </w:r>
      <w:r>
        <w:t>firishton ko follow karo. apne waqt ko, apne maal ko, apni tawanaai ko, har cheez ko ek nazm o zabt ke tehat istemal karo.</w:t>
      </w:r>
    </w:p>
    <w:p>
      <w:pPr>
        <w:jc w:val="right"/>
      </w:pPr>
      <w:r>
        <w:t>فرشتوں کو فالو کرو۔ اپنے وقت کو، اپنے مال کو، اپنی توانائی کو، ہر چیز کو ایک نظم و ضبط کے تحت استعمال کرو۔</w:t>
      </w:r>
    </w:p>
    <w:p>
      <w:r>
        <w:rPr>
          <w:b/>
        </w:rPr>
        <w:t xml:space="preserve">[38:48] </w:t>
      </w:r>
      <w:r>
        <w:t>Self-controlled life tumhari honi chahiye.</w:t>
      </w:r>
    </w:p>
    <w:p>
      <w:pPr>
        <w:jc w:val="right"/>
      </w:pPr>
      <w:r>
        <w:t>Self-controlled life تمہاری ہونی چاہیے۔</w:t>
      </w:r>
    </w:p>
    <w:p>
      <w:r>
        <w:rPr>
          <w:b/>
        </w:rPr>
        <w:t xml:space="preserve">[38:52] </w:t>
      </w:r>
      <w:r>
        <w:t>waghera. to is qism ki baaten Quran mein jo bataeen to farmaya is ke baad ke "wa ma yadhakkaru illa olo al-bab" .</w:t>
      </w:r>
    </w:p>
    <w:p>
      <w:pPr>
        <w:jc w:val="right"/>
      </w:pPr>
      <w:r>
        <w:t>وغیرہ۔ تو اس قسم کی باتیں قرآن میں جو بتائیں تو فرمایا اس کے بعد کہ "وما يذكر إلا أولو الباب" ۔</w:t>
      </w:r>
    </w:p>
    <w:p>
      <w:r>
        <w:rPr>
          <w:b/>
        </w:rPr>
        <w:t xml:space="preserve">[39:02] </w:t>
      </w:r>
      <w:r>
        <w:t>yeh hai ayat number 269.</w:t>
      </w:r>
    </w:p>
    <w:p>
      <w:pPr>
        <w:jc w:val="right"/>
      </w:pPr>
      <w:r>
        <w:t>یہ ہے آیت نمبر 269۔</w:t>
      </w:r>
    </w:p>
    <w:p>
      <w:r>
        <w:rPr>
          <w:b/>
        </w:rPr>
        <w:t xml:space="preserve">[39:09] </w:t>
      </w:r>
      <w:r>
        <w:t>yani naseehat lete hain sirf aqal wale.</w:t>
      </w:r>
    </w:p>
    <w:p>
      <w:pPr>
        <w:jc w:val="right"/>
      </w:pPr>
      <w:r>
        <w:t>یعنی نصیحت لیتے ہیں صرف عقل والے۔</w:t>
      </w:r>
    </w:p>
    <w:p>
      <w:r>
        <w:rPr>
          <w:b/>
        </w:rPr>
        <w:t xml:space="preserve">[39:14] </w:t>
      </w:r>
      <w:r>
        <w:t>is ayat ka tarjuma yeh hai ke aur naseehat lete hain sirf aqal wale.</w:t>
      </w:r>
    </w:p>
    <w:p>
      <w:pPr>
        <w:jc w:val="right"/>
      </w:pPr>
      <w:r>
        <w:t>اس آیت کا ترجمہ یہ ہے کہ اور نصیحت لیتے ہیں صرف عقل والے۔</w:t>
      </w:r>
    </w:p>
    <w:p>
      <w:r>
        <w:rPr>
          <w:b/>
        </w:rPr>
        <w:t xml:space="preserve">[39:23] </w:t>
      </w:r>
      <w:r>
        <w:t>ab dekhiye ke naseehat ko joda aqal se. kyun?</w:t>
      </w:r>
    </w:p>
    <w:p>
      <w:pPr>
        <w:jc w:val="right"/>
      </w:pPr>
      <w:r>
        <w:t>اب دیکھیے کہ نصیحت کو جوڑا عقل سے۔ کیوں؟</w:t>
      </w:r>
    </w:p>
    <w:p>
      <w:r>
        <w:rPr>
          <w:b/>
        </w:rPr>
        <w:t xml:space="preserve">[39:30] </w:t>
      </w:r>
      <w:r>
        <w:t>insan ka sara mamla jo hai woh aqal se hi juda hua hai. sara mamla. aqal se juda hua hai.</w:t>
      </w:r>
    </w:p>
    <w:p>
      <w:pPr>
        <w:jc w:val="right"/>
      </w:pPr>
      <w:r>
        <w:t>انسان کا سارا معاملہ جو ہے وہ عقل سے ہی جڑا ہوا ہے۔ سارا معاملہ۔ عقل سے جڑا ہوا ہے۔</w:t>
      </w:r>
    </w:p>
    <w:p>
      <w:r>
        <w:rPr>
          <w:b/>
        </w:rPr>
        <w:t xml:space="preserve">[39:39] </w:t>
      </w:r>
      <w:r>
        <w:t>jaise ke Sahaba ne apni shadiyon mein yeh kiya ke saada tareeqe par shadi kar li. aur jo paisa tha woh us ko Khuda ke raste mein diya.</w:t>
      </w:r>
    </w:p>
    <w:p>
      <w:pPr>
        <w:jc w:val="right"/>
      </w:pPr>
      <w:r>
        <w:t>جیسے کہ صحابہ نے اپنی شادیوں میں یہ کیا کہ سادہ طریقے پر شادی کر لی۔ اور جو پیسہ تھا وہ اس کو خدا کے راستے میں دیا۔</w:t>
      </w:r>
    </w:p>
    <w:p>
      <w:r>
        <w:rPr>
          <w:b/>
        </w:rPr>
        <w:t xml:space="preserve">[39:50] </w:t>
      </w:r>
      <w:r>
        <w:t>yeh bhi soch samajh kar hota tha. apni aqal ko istemal kar ke jo socha unhon ne ke yeh paisa ko, yeh paise ko zaya karna hai.</w:t>
      </w:r>
    </w:p>
    <w:p>
      <w:pPr>
        <w:jc w:val="right"/>
      </w:pPr>
      <w:r>
        <w:t>یہ بھی سوچ سمجھ کر ہوتا تھا۔ اپنی عقل کو استعمال کر کے جو سوچا انہوں نے کہ یہ پیسہ کو، یہ پیسے کو ضائع کرنا ہے۔</w:t>
      </w:r>
    </w:p>
    <w:p>
      <w:r>
        <w:rPr>
          <w:b/>
        </w:rPr>
        <w:t xml:space="preserve">[40:03] </w:t>
      </w:r>
      <w:r>
        <w:t>shadiyon mein dhoom dham machana yeh hai apne paise ko zaya karna hai.</w:t>
      </w:r>
    </w:p>
    <w:p>
      <w:pPr>
        <w:jc w:val="right"/>
      </w:pPr>
      <w:r>
        <w:t>شادیوں میں دھوم دھام مچانا یہ ہے اپنے پیسے کو ضائع کرنا ہے۔</w:t>
      </w:r>
    </w:p>
    <w:p>
      <w:r>
        <w:rPr>
          <w:b/>
        </w:rPr>
        <w:t xml:space="preserve">[40:08] </w:t>
      </w:r>
      <w:r>
        <w:t>to aqal ko istemal kar ke jana hai unhon ne ke paise ko zaya karna hai. aur jo log aqal ko istemal na karein to un ke upar un ki khwahishen jo hain wohi chhai rahen gi.</w:t>
      </w:r>
    </w:p>
    <w:p>
      <w:pPr>
        <w:jc w:val="right"/>
      </w:pPr>
      <w:r>
        <w:t>تو عقل کو استعمال کر کے جانا ہے انہوں نے کہ پیسے کو ضائع کرنا ہے۔ اور جو لوگ عقل کو استعمال نہ کریں تو ان کے اوپر ان کی خواہشیں جو ہیں وہی چھائی رہیں گی۔</w:t>
      </w:r>
    </w:p>
    <w:p>
      <w:r>
        <w:rPr>
          <w:b/>
        </w:rPr>
        <w:t xml:space="preserve">[40:24] </w:t>
      </w:r>
      <w:r>
        <w:t>to un ko wohi acha lagega.</w:t>
      </w:r>
    </w:p>
    <w:p>
      <w:pPr>
        <w:jc w:val="right"/>
      </w:pPr>
      <w:r>
        <w:t>تو ان کو وہی اچھا لگے گا۔</w:t>
      </w:r>
    </w:p>
    <w:p>
      <w:r>
        <w:rPr>
          <w:b/>
        </w:rPr>
        <w:t xml:space="preserve">[40:27] </w:t>
      </w:r>
      <w:r>
        <w:t>to yaad rakhiye is dunya mein do tareeqe hain. ek hai ke aap jo kaam karen woh apni khwahish ke tehat karen.</w:t>
      </w:r>
    </w:p>
    <w:p>
      <w:pPr>
        <w:jc w:val="right"/>
      </w:pPr>
      <w:r>
        <w:t>تو یاد رکھیے اس دنیا میں دو طریقے ہیں۔ ایک ہے کہ آپ جو کام کریں وہ اپنی خواہش کے تحت کریں۔</w:t>
      </w:r>
    </w:p>
    <w:p>
      <w:r>
        <w:rPr>
          <w:b/>
        </w:rPr>
        <w:t xml:space="preserve">[40:36] </w:t>
      </w:r>
      <w:r>
        <w:t>apni khwahish ke, apni khwahish ke tehat karen.</w:t>
      </w:r>
    </w:p>
    <w:p>
      <w:pPr>
        <w:jc w:val="right"/>
      </w:pPr>
      <w:r>
        <w:t>اپنی خواہش کے، اپنی خواہش کے تحت کریں۔</w:t>
      </w:r>
    </w:p>
    <w:p>
      <w:r>
        <w:rPr>
          <w:b/>
        </w:rPr>
        <w:t xml:space="preserve">[40:45] </w:t>
      </w:r>
      <w:r>
        <w:t>ke jo dil mein khwahish hai wahi aap kar rahe hain. aur ek yeh hai ke aap aql se sochen. kya karna hai, kya nahi karna hai.</w:t>
      </w:r>
    </w:p>
    <w:p>
      <w:pPr>
        <w:jc w:val="right"/>
      </w:pPr>
      <w:r>
        <w:t>کہ جو دل میں خواہش ہے وہی آپ کر رہے ہیں۔ اور ایک یہ ہے کہ آپ عقل سے سوچیں۔ کیا کرنا ہے، کیا نہیں کرنا ہے۔</w:t>
      </w:r>
    </w:p>
    <w:p>
      <w:r>
        <w:rPr>
          <w:b/>
        </w:rPr>
        <w:t xml:space="preserve">[41:00] </w:t>
      </w:r>
      <w:r>
        <w:t>to kya karna hai, aur kya nahi karna hai, jab is tarah aap sochenge to yeh hoga aql se sochna. aql se soch kar karna.</w:t>
      </w:r>
    </w:p>
    <w:p>
      <w:pPr>
        <w:jc w:val="right"/>
      </w:pPr>
      <w:r>
        <w:t>تو کیا کرنا ہے، اور کیا نہیں کرنا ہے، جب اس طرح آپ سوچیں گے تو یہ ہوگا عقل سے سوچنا۔ عقل سے سوچ کر کرنا۔</w:t>
      </w:r>
    </w:p>
    <w:p>
      <w:r>
        <w:rPr>
          <w:b/>
        </w:rPr>
        <w:t xml:space="preserve">[41:12] </w:t>
      </w:r>
      <w:r>
        <w:t>aur jab aisa hoga ke jo bhi khwahish andar se aayi, jo bhi khwahish andar se paida hui,</w:t>
      </w:r>
    </w:p>
    <w:p>
      <w:pPr>
        <w:jc w:val="right"/>
      </w:pPr>
      <w:r>
        <w:t>اور جب ایسا ہوگا کہ جو بھی خواہش اندر سے آئی، جو بھی خواہش اندر سے پیدا ہوئی،</w:t>
      </w:r>
    </w:p>
    <w:p>
      <w:r>
        <w:rPr>
          <w:b/>
        </w:rPr>
        <w:t xml:space="preserve">[41:19] </w:t>
      </w:r>
      <w:r>
        <w:t>bas usi ke peeche chalne lage. usi ke peeche chalne lage. to farmaya ke "wama yuzakkaru illa uluwal albab".</w:t>
      </w:r>
    </w:p>
    <w:p>
      <w:pPr>
        <w:jc w:val="right"/>
      </w:pPr>
      <w:r>
        <w:t>بس اسی کے پیچھے چلنے لگے۔ اسی کے پیچھے چلنے لگے۔ تو فرمایا کہ "وما يذكر إلا أولو الباب" ۔</w:t>
      </w:r>
    </w:p>
    <w:p>
      <w:r>
        <w:rPr>
          <w:b/>
        </w:rPr>
        <w:t xml:space="preserve">[41:32] </w:t>
      </w:r>
      <w:r>
        <w:t>ke chahe baatein kitni batai jayen,</w:t>
      </w:r>
    </w:p>
    <w:p>
      <w:pPr>
        <w:jc w:val="right"/>
      </w:pPr>
      <w:r>
        <w:t>کہ چاہے باتیں کتنی بتائی جائیں،</w:t>
      </w:r>
    </w:p>
    <w:p>
      <w:r>
        <w:rPr>
          <w:b/>
        </w:rPr>
        <w:t xml:space="preserve">[41:36] </w:t>
      </w:r>
      <w:r>
        <w:t>quran mein batai jayen, hadith mein batai jayen, kitni hi batai jayen, is mein kitni achhi baatein hon lekin naseehat lenge aql wale.</w:t>
      </w:r>
    </w:p>
    <w:p>
      <w:pPr>
        <w:jc w:val="right"/>
      </w:pPr>
      <w:r>
        <w:t>قرآن میں بتائی جائیں، حدیث میں بتائی جائیں، کتنی ہی بتائی جائیں، اس میں کتنی اچھی باتیں ہوں لیکن نصیحت لیں گے عقل والے۔</w:t>
      </w:r>
    </w:p>
    <w:p>
      <w:r>
        <w:rPr>
          <w:b/>
        </w:rPr>
        <w:t xml:space="preserve">[41:46] </w:t>
      </w:r>
      <w:r>
        <w:t>dekhiye is dunya mein maamla fifty fifty ka hota hai. fifty feesad aap ko</w:t>
      </w:r>
    </w:p>
    <w:p>
      <w:pPr>
        <w:jc w:val="right"/>
      </w:pPr>
      <w:r>
        <w:t>دیکھیے اس دنیا میں معاملہ ففٹی ففٹی کا ہوتا ہے۔ ففٹی فیصد آپ کو</w:t>
      </w:r>
    </w:p>
    <w:p>
      <w:r>
        <w:rPr>
          <w:b/>
        </w:rPr>
        <w:t xml:space="preserve">[41:53] </w:t>
      </w:r>
      <w:r>
        <w:t>batane wala batayega.</w:t>
      </w:r>
    </w:p>
    <w:p>
      <w:pPr>
        <w:jc w:val="right"/>
      </w:pPr>
      <w:r>
        <w:t>بتانے والا بتائے گا۔</w:t>
      </w:r>
    </w:p>
    <w:p>
      <w:r>
        <w:rPr>
          <w:b/>
        </w:rPr>
        <w:t xml:space="preserve">[41:58] </w:t>
      </w:r>
      <w:r>
        <w:t>batane wala fifty feesad batayega. aur fifty feesad aap ka hai. woh kya? is ko samajhna, is ko pakadna.</w:t>
      </w:r>
    </w:p>
    <w:p>
      <w:pPr>
        <w:jc w:val="right"/>
      </w:pPr>
      <w:r>
        <w:t>بتانے والا ففٹی فیصد بتائے گا۔ اور ففٹی فیصد آپ کا ہے۔ وہ کیا؟ اس کو سمجھنا، اس کو پکڑنا۔</w:t>
      </w:r>
    </w:p>
    <w:p>
      <w:r>
        <w:rPr>
          <w:b/>
        </w:rPr>
        <w:t xml:space="preserve">[42:09] </w:t>
      </w:r>
      <w:r>
        <w:t>jaise ek aadmi kehta hai ke apne maal ko zaya na karo.</w:t>
      </w:r>
    </w:p>
    <w:p>
      <w:pPr>
        <w:jc w:val="right"/>
      </w:pPr>
      <w:r>
        <w:t>جیسے ایک آدمی کہتا ہے کہ اپنے مال کو ضائع نہ کرو۔</w:t>
      </w:r>
    </w:p>
    <w:p>
      <w:r>
        <w:rPr>
          <w:b/>
        </w:rPr>
        <w:t xml:space="preserve">[42:17] </w:t>
      </w:r>
      <w:r>
        <w:t>to us ne ek naseehat ki. apne waqt ko zaya na karo. us ne ek naseehat ki. apni tawanai ko zaya na karo.</w:t>
      </w:r>
    </w:p>
    <w:p>
      <w:pPr>
        <w:jc w:val="right"/>
      </w:pPr>
      <w:r>
        <w:t>تو اس نے ایک نصیحت کی۔ اپنے وقت کو ضائع نہ کرو۔ اس نے ایک نصیحت کی۔ اپنی توانائی کو ضائع نہ کرو۔</w:t>
      </w:r>
    </w:p>
    <w:p>
      <w:r>
        <w:rPr>
          <w:b/>
        </w:rPr>
        <w:t xml:space="preserve">[42:29] </w:t>
      </w:r>
      <w:r>
        <w:t>us ne naseehat ki. lekin is naseehat ko</w:t>
      </w:r>
    </w:p>
    <w:p>
      <w:pPr>
        <w:jc w:val="right"/>
      </w:pPr>
      <w:r>
        <w:t>اس نے نصیحت کی۔ لیکن اس نصیحت کو</w:t>
      </w:r>
    </w:p>
    <w:p>
      <w:r>
        <w:rPr>
          <w:b/>
        </w:rPr>
        <w:t xml:space="preserve">[42:35] </w:t>
      </w:r>
      <w:r>
        <w:t>gehrayi ke sath samajhne ke liye aql chahiye. aap sochenge ke main apne waqt ko zaya karoon to kya hoga?</w:t>
      </w:r>
    </w:p>
    <w:p>
      <w:pPr>
        <w:jc w:val="right"/>
      </w:pPr>
      <w:r>
        <w:t>گہرائی کے ساتھ سمجھنے کے لئے عقل چاہیے۔ آپ سوچیں گے کہ میں اپنے وقت کو ضائع کروں تو کیا ہوگا؟</w:t>
      </w:r>
    </w:p>
    <w:p>
      <w:r>
        <w:rPr>
          <w:b/>
        </w:rPr>
        <w:t xml:space="preserve">[42:44] </w:t>
      </w:r>
      <w:r>
        <w:t>zaya na karoon to kya hoga? apne paise ko sahi dhang par manage karoon to kya hoga?</w:t>
      </w:r>
    </w:p>
    <w:p>
      <w:pPr>
        <w:jc w:val="right"/>
      </w:pPr>
      <w:r>
        <w:t>ضائع نہ کروں تو کیا ہوگا؟ اپنے پیسے کو صحیح ڈھنگ پر مینج کروں تو کیا ہوگا؟</w:t>
      </w:r>
    </w:p>
    <w:p>
      <w:r>
        <w:rPr>
          <w:b/>
        </w:rPr>
        <w:t xml:space="preserve">[42:51] </w:t>
      </w:r>
      <w:r>
        <w:t>sahi dhang par manage na karoon to kya hoga? apni tawanai ko jo khuda ne mujhe di hai, us ko zaya karoon to kya hoga?</w:t>
      </w:r>
    </w:p>
    <w:p>
      <w:pPr>
        <w:jc w:val="right"/>
      </w:pPr>
      <w:r>
        <w:t>صحیح ڈھنگ پر مینج نہ کروں تو کیا ہوگا؟ اپنی توانائی کو جو خدا نے مجھے دی ہے، اس کو ضائع کروں تو کیا ہوگا؟</w:t>
      </w:r>
    </w:p>
    <w:p>
      <w:r>
        <w:rPr>
          <w:b/>
        </w:rPr>
        <w:t xml:space="preserve">[43:01] </w:t>
      </w:r>
      <w:r>
        <w:t>aur sahi tareeqe par karoon, us ko theek tarah istemal karoon, us ka to kya hoga? yeh sab sochne ki baatein hain.</w:t>
      </w:r>
    </w:p>
    <w:p>
      <w:pPr>
        <w:jc w:val="right"/>
      </w:pPr>
      <w:r>
        <w:t>اور صحیح طریقے پر کروں، اس کو ٹھیک طرح استعمال کروں، اس کا تو کیا ہوگا؟ یہ سب سوچنے کی باتیں ہیں۔</w:t>
      </w:r>
    </w:p>
    <w:p>
      <w:r>
        <w:rPr>
          <w:b/>
        </w:rPr>
        <w:t xml:space="preserve">[43:09] </w:t>
      </w:r>
      <w:r>
        <w:t>aap sochte hain, tajziya karte hain. nateeje ko dekh kar baat ki gehrai tak pahunchne ki koshish karte hain. phir ek faisla lete hain.</w:t>
      </w:r>
    </w:p>
    <w:p>
      <w:pPr>
        <w:jc w:val="right"/>
      </w:pPr>
      <w:r>
        <w:t>آپ سوچتے ہیں، تجزیہ کرتے ہیں۔ نتیجے کو دیکھ کر بات کی گہرائی تک پہنچنے کی کوشش کرتے ہیں۔ پھر ایک فیصلہ لیتے ہیں۔</w:t>
      </w:r>
    </w:p>
    <w:p>
      <w:r>
        <w:rPr>
          <w:b/>
        </w:rPr>
        <w:t xml:space="preserve">[43:22] </w:t>
      </w:r>
      <w:r>
        <w:t>to yaad rakhiye is dunya mein maamla fifty fifty ka hai.</w:t>
      </w:r>
    </w:p>
    <w:p>
      <w:pPr>
        <w:jc w:val="right"/>
      </w:pPr>
      <w:r>
        <w:t>تو یاد رکھیے اس دنیا میں معاملہ ففٹی ففٹی کا ہے۔</w:t>
      </w:r>
    </w:p>
    <w:p>
      <w:r>
        <w:rPr>
          <w:b/>
        </w:rPr>
        <w:t xml:space="preserve">[43:28] </w:t>
      </w:r>
      <w:r>
        <w:t>batane wale ka kaam sirf fifty feesad hai, bas. is se aage nahi hai. baqi ka kaam lene wale ka hai.</w:t>
      </w:r>
    </w:p>
    <w:p>
      <w:pPr>
        <w:jc w:val="right"/>
      </w:pPr>
      <w:r>
        <w:t>بتانے والے کا کام صرف ففٹی فیصد ہے، بس۔ اس سے آگے نہیں ہے۔ باقی کا کام لینے والے کا ہے۔</w:t>
      </w:r>
    </w:p>
    <w:p>
      <w:r>
        <w:rPr>
          <w:b/>
        </w:rPr>
        <w:t xml:space="preserve">[43:39] </w:t>
      </w:r>
      <w:r>
        <w:t>batane wale ka role sirf fifty feesad hai. baqi ka fifty feesad role jo hai woh aap ka apna hai. aap kitna is ko ahmiyat dete hain,</w:t>
      </w:r>
    </w:p>
    <w:p>
      <w:pPr>
        <w:jc w:val="right"/>
      </w:pPr>
      <w:r>
        <w:t>بتانے والے کا رول صرف ففٹی فیصد ہے۔ باقی کا ففٹی فیصد رول جو ہے وہ آپ کا اپنا ہے۔ آپ کتنا اس کو اہمیت دیتے ہیں،</w:t>
      </w:r>
    </w:p>
    <w:p>
      <w:r>
        <w:rPr>
          <w:b/>
        </w:rPr>
        <w:t xml:space="preserve">[43:53] </w:t>
      </w:r>
      <w:r>
        <w:t>kitna sochte hain. kyunke dekhiye har sachhi baat par chalne ke liye</w:t>
      </w:r>
    </w:p>
    <w:p>
      <w:pPr>
        <w:jc w:val="right"/>
      </w:pPr>
      <w:r>
        <w:t>کتنا سوچتے ہیں۔ کیونکہ دیکھیے ہر سچی بات پر چلنے کے لئے</w:t>
      </w:r>
    </w:p>
    <w:p>
      <w:r>
        <w:rPr>
          <w:b/>
        </w:rPr>
        <w:t xml:space="preserve">[43:59] </w:t>
      </w:r>
      <w:r>
        <w:t>aadmi ko apne aap se ladna padta hai. apni khwahish se ladna padta hai. apne gharoor se ladna padta hai. apni ana se ladna padta hai.</w:t>
      </w:r>
    </w:p>
    <w:p>
      <w:pPr>
        <w:jc w:val="right"/>
      </w:pPr>
      <w:r>
        <w:t>آدمی کو اپنے آپ سے لڑنا پڑتا ہے۔ اپنی خواہش سے لڑنا پڑتا ہے۔ اپنے غرور سے لڑنا پڑتا ہے۔ اپنی انا سے لڑنا پڑتا ہے۔</w:t>
      </w:r>
    </w:p>
    <w:p>
      <w:r>
        <w:rPr>
          <w:b/>
        </w:rPr>
        <w:t xml:space="preserve">[44:11] </w:t>
      </w:r>
      <w:r>
        <w:t>apne dilchaspi se ladna padta hai. sachai ke raste par chalna yeh koi sadha baat nahi hai.</w:t>
      </w:r>
    </w:p>
    <w:p>
      <w:pPr>
        <w:jc w:val="right"/>
      </w:pPr>
      <w:r>
        <w:t>اپنے دلچسپی سے لڑنا پڑتا ہے۔ سچائی کے راستے پر چلنا یہ کوئی سادہ بات نہیں ہے۔</w:t>
      </w:r>
    </w:p>
    <w:p>
      <w:r>
        <w:rPr>
          <w:b/>
        </w:rPr>
        <w:t xml:space="preserve">[44:22] </w:t>
      </w:r>
      <w:r>
        <w:t>kabhi bhi nahi hota ke sachai ke rastay par chalna bilkul saada sa ho. hamesha aisa hoga ke aik taraf sachai ka rasta hoga.</w:t>
      </w:r>
    </w:p>
    <w:p>
      <w:pPr>
        <w:jc w:val="right"/>
      </w:pPr>
      <w:r>
        <w:t>کبھی بھی نہیں ہوتا کہ سچائی کے راستے پر چلنا بالکل سادہ سا ہو۔ ہمیشہ ایسا ہوگا کہ ایک طرف سچائی کا راستہ ہوگا۔</w:t>
      </w:r>
    </w:p>
    <w:p>
      <w:r>
        <w:rPr>
          <w:b/>
        </w:rPr>
        <w:t xml:space="preserve">[44:34] </w:t>
      </w:r>
      <w:r>
        <w:t>aur doosri taraf aap ki khwahishein hongi. aap ka</w:t>
      </w:r>
    </w:p>
    <w:p>
      <w:pPr>
        <w:jc w:val="right"/>
      </w:pPr>
      <w:r>
        <w:t>اور دوسری طرف آپ کی خواہشیں ہوں گی۔ آپ کا</w:t>
      </w:r>
    </w:p>
    <w:p>
      <w:r>
        <w:rPr>
          <w:b/>
        </w:rPr>
        <w:t xml:space="preserve">[44:40] </w:t>
      </w:r>
      <w:r>
        <w:t>ana hoga. aap ke khandan ke dilchaspiyan hongi. aap ke biwi bachon ke taqaze honge.</w:t>
      </w:r>
    </w:p>
    <w:p>
      <w:pPr>
        <w:jc w:val="right"/>
      </w:pPr>
      <w:r>
        <w:t>انا ہوگا۔ آپ کے خاندان کے دلچسپیاں ہوں گی۔ آپ کے بیوی بچوں کے تقاضے ہوں گے۔</w:t>
      </w:r>
    </w:p>
    <w:p>
      <w:r>
        <w:rPr>
          <w:b/>
        </w:rPr>
        <w:t xml:space="preserve">[44:51] </w:t>
      </w:r>
      <w:r>
        <w:t>hamesha aisa hoga. aap ki khandani rawaiyat hongi. to jab tak aap sochenge nahi,</w:t>
      </w:r>
    </w:p>
    <w:p>
      <w:pPr>
        <w:jc w:val="right"/>
      </w:pPr>
      <w:r>
        <w:t>ہمیشہ ایسا ہوگا۔ آپ کی خاندانی روایات ہوں گی۔ تو جب تک آپ سوچیں گے نہیں،</w:t>
      </w:r>
    </w:p>
    <w:p>
      <w:r>
        <w:rPr>
          <w:b/>
        </w:rPr>
        <w:t xml:space="preserve">[44:58] </w:t>
      </w:r>
      <w:r>
        <w:t>aap kaise janenge ke aisa karoon ke vaisa karoon?</w:t>
      </w:r>
    </w:p>
    <w:p>
      <w:pPr>
        <w:jc w:val="right"/>
      </w:pPr>
      <w:r>
        <w:t>آپ کیسے جانیں گے کہ ایسا کروں کہ ویسا کروں؟</w:t>
      </w:r>
    </w:p>
    <w:p>
      <w:r>
        <w:rPr>
          <w:b/>
        </w:rPr>
        <w:t xml:space="preserve">[45:04] </w:t>
      </w:r>
      <w:r>
        <w:t>yeh sara mamla intezam ka mamla hai. tawanai ka intezam, waqt ka intezam, paise ka intezam, zindagi ka intezam.</w:t>
      </w:r>
    </w:p>
    <w:p>
      <w:pPr>
        <w:jc w:val="right"/>
      </w:pPr>
      <w:r>
        <w:t>یہ سارا معاملہ انتظام کا معاملہ ہے۔ توانائی کا انتظام، وقت کا انتظام، پیسے کا انتظام، زندگی کا انتظام۔</w:t>
      </w:r>
    </w:p>
    <w:p>
      <w:r>
        <w:rPr>
          <w:b/>
        </w:rPr>
        <w:t xml:space="preserve">[45:22] </w:t>
      </w:r>
      <w:r>
        <w:t>aur jahan intezam karne ka sawal aajaye to wahan zahir hai ke aql ko istemal karne ka waqt aajata hai.</w:t>
      </w:r>
    </w:p>
    <w:p>
      <w:pPr>
        <w:jc w:val="right"/>
      </w:pPr>
      <w:r>
        <w:t>اور جہاں انتظام کرنے کا سوال آجائے تو وہاں ظاہر ہے کہ عقل کو استعمال کرنے کا وقت آجاتا ہے۔</w:t>
      </w:r>
    </w:p>
    <w:p>
      <w:r>
        <w:rPr>
          <w:b/>
        </w:rPr>
        <w:t xml:space="preserve">[45:30] </w:t>
      </w:r>
      <w:r>
        <w:t>isi liye farmaya ke "وما يذكر إلا أولو الباب" .</w:t>
      </w:r>
    </w:p>
    <w:p>
      <w:pPr>
        <w:jc w:val="right"/>
      </w:pPr>
      <w:r>
        <w:t>اسی لئے فرمایا کہ "وما يذكر إلا أولو الباب" ۔</w:t>
      </w:r>
    </w:p>
    <w:p>
      <w:r>
        <w:rPr>
          <w:b/>
        </w:rPr>
        <w:t xml:space="preserve">[45:39] </w:t>
      </w:r>
      <w:r>
        <w:t>nahi naseehat lete baghair aql wale. ab yeh aql bhi khuda ne di hai. aql jo hai woh insan ko jo hai mili hui hai, khuda ki taraf se di gayi hai.</w:t>
      </w:r>
    </w:p>
    <w:p>
      <w:pPr>
        <w:jc w:val="right"/>
      </w:pPr>
      <w:r>
        <w:t>نہیں نصیحت لیتے بغیر عقل والے۔ اب یہ عقل بھی خدا نے دی ہے۔ عقل جو ہے وہ انسان کو جو ہے ملی ہوئی ہے، خدا کی طرف سے دی گئی ہے۔</w:t>
      </w:r>
    </w:p>
    <w:p>
      <w:r>
        <w:rPr>
          <w:b/>
        </w:rPr>
        <w:t xml:space="preserve">[45:52] </w:t>
      </w:r>
      <w:r>
        <w:t>yeh bhi test hai aadmi ka.</w:t>
      </w:r>
    </w:p>
    <w:p>
      <w:pPr>
        <w:jc w:val="right"/>
      </w:pPr>
      <w:r>
        <w:t>یہ بھی ٹیسٹ ہے آدمی کا۔</w:t>
      </w:r>
    </w:p>
    <w:p>
      <w:r>
        <w:rPr>
          <w:b/>
        </w:rPr>
        <w:t xml:space="preserve">[45:57] </w:t>
      </w:r>
      <w:r>
        <w:t>yeh aadmi ka test hai ke apni aql ko, apne zehn ko, apne sochne ki salahiyat ko woh kis tarah istemal karta hai.</w:t>
      </w:r>
    </w:p>
    <w:p>
      <w:pPr>
        <w:jc w:val="right"/>
      </w:pPr>
      <w:r>
        <w:t>یہ آدمی کا ٹیسٹ ہے کہ اپنی عقل کو، اپنے ذہن کو، اپنے سوچنے کی صلاحیت کو وہ کس طرح استعمال کرتا ہے۔</w:t>
      </w:r>
    </w:p>
    <w:p>
      <w:r>
        <w:rPr>
          <w:b/>
        </w:rPr>
        <w:t xml:space="preserve">[46:10] </w:t>
      </w:r>
      <w:r>
        <w:t>yeh test hai. hath bhi aik test ke liye hai ke main apne hath ko</w:t>
      </w:r>
    </w:p>
    <w:p>
      <w:pPr>
        <w:jc w:val="right"/>
      </w:pPr>
      <w:r>
        <w:t>یہ ٹیسٹ ہے۔ ہاتھ بھی ایک ٹیسٹ کے لئے ہے کہ میں اپنے ہاتھ کو</w:t>
      </w:r>
    </w:p>
    <w:p>
      <w:r>
        <w:rPr>
          <w:b/>
        </w:rPr>
        <w:t xml:space="preserve">[46:17] </w:t>
      </w:r>
      <w:r>
        <w:t>kis tarah istemal karta hoon. paon bhi test ke liye hai. aur sab se bari jo insan ko barkat hai woh zehn hai. to zehn bhi test ke liye hai.</w:t>
      </w:r>
    </w:p>
    <w:p>
      <w:pPr>
        <w:jc w:val="right"/>
      </w:pPr>
      <w:r>
        <w:t>کس طرح استعمال کرتا ہوں۔ پاؤں بھی ٹیسٹ کے لئے ہے۔ اور سب سے بڑی جو انسان کو برکت ہے وہ ذہن ہے۔ تو ذہن بھی ٹیسٹ کے لئے ہے۔</w:t>
      </w:r>
    </w:p>
    <w:p>
      <w:r>
        <w:rPr>
          <w:b/>
        </w:rPr>
        <w:t xml:space="preserve">[46:32] </w:t>
      </w:r>
      <w:r>
        <w:t>to jo log apne zehn ko</w:t>
      </w:r>
    </w:p>
    <w:p>
      <w:pPr>
        <w:jc w:val="right"/>
      </w:pPr>
      <w:r>
        <w:t>تو جو لوگ اپنے ذہن کو</w:t>
      </w:r>
    </w:p>
    <w:p>
      <w:r>
        <w:rPr>
          <w:b/>
        </w:rPr>
        <w:t xml:space="preserve">[46:38] </w:t>
      </w:r>
      <w:r>
        <w:t>sahi dhang par istemal karein, soch samajh kar zindagi guzarein, soch samajh kar apne aap ko nazm o zabt mein rakhein, soch samajh kar woh khuda ke hukumon ko follow karein,</w:t>
      </w:r>
    </w:p>
    <w:p>
      <w:pPr>
        <w:jc w:val="right"/>
      </w:pPr>
      <w:r>
        <w:t>صحیح ڈھنگ پر استعمال کریں، سوچ سمجھ کر زندگی گزاریں، سوچ سمجھ کر اپنے آپ کو نظم و ضبط میں رکھیں، سوچ سمجھ کر وہ خدا کے حکموں کو فالو کریں،</w:t>
      </w:r>
    </w:p>
    <w:p>
      <w:r>
        <w:rPr>
          <w:b/>
        </w:rPr>
        <w:t xml:space="preserve">[46:59] </w:t>
      </w:r>
      <w:r>
        <w:t>to wahi woh log hain jin ko jannat milegi. to is ayat ka matlab yeh hai</w:t>
      </w:r>
    </w:p>
    <w:p>
      <w:pPr>
        <w:jc w:val="right"/>
      </w:pPr>
      <w:r>
        <w:t>تو وہی وہ لوگ ہیں جن کو جنت ملے گا۔ تو اس آیت کا مطلب یہ ہے</w:t>
      </w:r>
    </w:p>
    <w:p>
      <w:r>
        <w:rPr>
          <w:b/>
        </w:rPr>
        <w:t xml:space="preserve">[47:09] </w:t>
      </w:r>
      <w:r>
        <w:t>ke hidayat ka mamla fifty fifty ka hai. fifty percent kaam hai batane wale ka aur fifty percent kaam hai follow karne wale ka.</w:t>
      </w:r>
    </w:p>
    <w:p>
      <w:pPr>
        <w:jc w:val="right"/>
      </w:pPr>
      <w:r>
        <w:t>کہ ہدایت کا معاملہ ففٹی ففٹی کا ہے۔ ففٹی فیصد کام ہے بتانے والے کا اور ففٹی فیصد کام ہے فالو کرنے والے کا۔</w:t>
      </w:r>
    </w:p>
    <w:p>
      <w:r>
        <w:rPr>
          <w:b/>
        </w:rPr>
        <w:t xml:space="preserve">[47:23] </w:t>
      </w:r>
      <w:r>
        <w:t>agar follow karne wala apne hisse ka</w:t>
      </w:r>
    </w:p>
    <w:p>
      <w:pPr>
        <w:jc w:val="right"/>
      </w:pPr>
      <w:r>
        <w:t>اگر فالو کرنے والا اپنے حصے کا</w:t>
      </w:r>
    </w:p>
    <w:p>
      <w:r>
        <w:rPr>
          <w:b/>
        </w:rPr>
        <w:t xml:space="preserve">[47:27] </w:t>
      </w:r>
      <w:r>
        <w:t>fifty percent kaam na kare to hidayat khulegi, phir bhi woh mehroom rahega.</w:t>
      </w:r>
    </w:p>
    <w:p>
      <w:pPr>
        <w:jc w:val="right"/>
      </w:pPr>
      <w:r>
        <w:t>ففٹی فیصد کام نہ کرے تو ہدایت کھلے گی، پھر بھی وہ محروم رہے گا۔</w:t>
      </w:r>
    </w:p>
    <w:p>
      <w:r>
        <w:rPr>
          <w:b/>
        </w:rPr>
        <w:t xml:space="preserve">[47:38] </w:t>
      </w:r>
      <w:r>
        <w:t>chahe peghambar ke zariye hidayat kholi jaye ya peghambar ke baad doosre insan hidayat ko kholein. dono halaton mein aadmi agar</w:t>
      </w:r>
    </w:p>
    <w:p>
      <w:pPr>
        <w:jc w:val="right"/>
      </w:pPr>
      <w:r>
        <w:t>چاہے پیغمبر کے ذریعے ہدایت کھولی جائے یا پیغمبر کے بعد دوسرے انسان ہدایت کو کھولیں۔ دونوں حالتوں میں آدمی اگر</w:t>
      </w:r>
    </w:p>
    <w:p>
      <w:r>
        <w:rPr>
          <w:b/>
        </w:rPr>
        <w:t xml:space="preserve">[47:54] </w:t>
      </w:r>
      <w:r>
        <w:t>apni aql ko sahi taur par istemal nahi karega to woh mehroom ho kar reh jayega. jaise misaal ke taur par dekhiye. aik misaal lijiye ke peghambar ne ya kisi insan ne jo peghambar ko follow kar raha hai,</w:t>
      </w:r>
    </w:p>
    <w:p>
      <w:pPr>
        <w:jc w:val="right"/>
      </w:pPr>
      <w:r>
        <w:t>اپنی عقل کو صحیح طور پر استعمال نہیں کرے گا تو وہ محروم ہو کر رہ جائے گا۔ جیسے مثال کے طور پر دیکھیے۔ ایک مثال لیجیے کہ پیغمبر نے یا کسی انسان نے جو پیغمبر کو فالو کر رہا ہے،</w:t>
      </w:r>
    </w:p>
    <w:p>
      <w:r>
        <w:rPr>
          <w:b/>
        </w:rPr>
        <w:t xml:space="preserve">[48:13] </w:t>
      </w:r>
      <w:r>
        <w:t>us ne aap ke samne aik sachi baat kahi. to kya hota hai? aap ke andar yeh ehsas ajata hai ke main kyun kisi ki baat manoon?</w:t>
      </w:r>
    </w:p>
    <w:p>
      <w:pPr>
        <w:jc w:val="right"/>
      </w:pPr>
      <w:r>
        <w:t>اس نے آپ کے سامنے ایک سچی بات کہی۔ تو کیا ہوتا ہے؟ آپ کے اندر یہ احساس آجاتا ہے کہ میں کیوں کسی کی بات مانوں؟</w:t>
      </w:r>
    </w:p>
    <w:p>
      <w:r>
        <w:rPr>
          <w:b/>
        </w:rPr>
        <w:t xml:space="preserve">[48:25] </w:t>
      </w:r>
      <w:r>
        <w:t>main bhi insan, yeh bhi insan.</w:t>
      </w:r>
    </w:p>
    <w:p>
      <w:pPr>
        <w:jc w:val="right"/>
      </w:pPr>
      <w:r>
        <w:t>میں بھی انسان، یہ بھی انسان۔</w:t>
      </w:r>
    </w:p>
    <w:p>
      <w:r>
        <w:rPr>
          <w:b/>
        </w:rPr>
        <w:t xml:space="preserve">[48:29] </w:t>
      </w:r>
      <w:r>
        <w:t>is ko kehte hain izzat e nafs. izzat e nafs ka sawal ajata hai. yani waqar ka masla. main bhi insan, yeh bhi insan, main kyun is ki baat manoon?</w:t>
      </w:r>
    </w:p>
    <w:p>
      <w:pPr>
        <w:jc w:val="right"/>
      </w:pPr>
      <w:r>
        <w:t>اس کو کہتے ہیں عزت نفس۔ عزت نفس کا سوال آجاتا ہے۔ یعنی وقار کا مسئلہ۔ میں بھی انسان، یہ بھی انسان، میں کیوں اس کی بات مانوں؟</w:t>
      </w:r>
    </w:p>
    <w:p>
      <w:r>
        <w:rPr>
          <w:b/>
        </w:rPr>
        <w:t xml:space="preserve">[48:41] </w:t>
      </w:r>
      <w:r>
        <w:t>to aik muwazana yeh hai ke insan hone ke aitbar se dekhein aap.</w:t>
      </w:r>
    </w:p>
    <w:p>
      <w:pPr>
        <w:jc w:val="right"/>
      </w:pPr>
      <w:r>
        <w:t>تو ایک موازنہ یہ ہے کہ انسان ہونے کے اعتبار سے دیکھیں آپ۔</w:t>
      </w:r>
    </w:p>
    <w:p>
      <w:r>
        <w:rPr>
          <w:b/>
        </w:rPr>
        <w:t xml:space="preserve">[48:49] </w:t>
      </w:r>
      <w:r>
        <w:t>insaan hone ke aitbaar se dekhen aap. tab yeh complex aajayega ke jab dono barabar ke insaan hain to main kyun us ki baat maanon?</w:t>
      </w:r>
    </w:p>
    <w:p>
      <w:pPr>
        <w:jc w:val="right"/>
      </w:pPr>
      <w:r>
        <w:t>انسان ہونے کے اعتبار سے دیکھیں آپ۔ تب یہ کمپلیکس آجائے گا کہ جب دونوں برابر کے انسان ہیں تو میں کیوں اس کی بات مانوں؟</w:t>
      </w:r>
    </w:p>
    <w:p>
      <w:r>
        <w:rPr>
          <w:b/>
        </w:rPr>
        <w:t xml:space="preserve">[48:59] </w:t>
      </w:r>
      <w:r>
        <w:t>main nahin maanta. main nahin maanta. yeh complex jab aayega jab aap</w:t>
      </w:r>
    </w:p>
    <w:p>
      <w:pPr>
        <w:jc w:val="right"/>
      </w:pPr>
      <w:r>
        <w:t>میں نہیں مانتا۔ میں نہیں مانتا۔ یہ کمپلیکس جب آئے گا جب آپ</w:t>
      </w:r>
    </w:p>
    <w:p>
      <w:r>
        <w:rPr>
          <w:b/>
        </w:rPr>
        <w:t xml:space="preserve">[49:09] </w:t>
      </w:r>
      <w:r>
        <w:t>yeh karen. yaani dono ko insaan ka maamla samjhen. sahi tareeqa kya hai?</w:t>
      </w:r>
    </w:p>
    <w:p>
      <w:pPr>
        <w:jc w:val="right"/>
      </w:pPr>
      <w:r>
        <w:t>یہ کریں۔ یعنی دونوں کو انسان کا معاملہ سمجھیں۔ صحیح طریقہ کیا ہے؟</w:t>
      </w:r>
    </w:p>
    <w:p>
      <w:r>
        <w:rPr>
          <w:b/>
        </w:rPr>
        <w:t xml:space="preserve">[49:21] </w:t>
      </w:r>
      <w:r>
        <w:t>aap yeh dekhen ke woh aadmi jo keh raha hai jo baat, to woh baat sahi hai ya galat?</w:t>
      </w:r>
    </w:p>
    <w:p>
      <w:pPr>
        <w:jc w:val="right"/>
      </w:pPr>
      <w:r>
        <w:t>آپ یہ دیکھیں کہ وہ آدمی جو کہہ رہا ہے جو بات، تو وہ بات صحیح ہے یا غلط؟</w:t>
      </w:r>
    </w:p>
    <w:p>
      <w:r>
        <w:rPr>
          <w:b/>
        </w:rPr>
        <w:t xml:space="preserve">[49:30] </w:t>
      </w:r>
      <w:r>
        <w:t>agarche kehne wala ek insaan hai, mere jaisa ek insaan. lekin</w:t>
      </w:r>
    </w:p>
    <w:p>
      <w:pPr>
        <w:jc w:val="right"/>
      </w:pPr>
      <w:r>
        <w:t>اگرچہ کہنے والا ایک انسان ہے، میرے جیسا ایک انسان۔ لیکن</w:t>
      </w:r>
    </w:p>
    <w:p>
      <w:r>
        <w:rPr>
          <w:b/>
        </w:rPr>
        <w:t xml:space="preserve">[49:43] </w:t>
      </w:r>
      <w:r>
        <w:t>ek baat keh raha hai woh. baat ko baat ke aitbaar se dekha jaye. bas.</w:t>
      </w:r>
    </w:p>
    <w:p>
      <w:pPr>
        <w:jc w:val="right"/>
      </w:pPr>
      <w:r>
        <w:t>ایک بات کہہ رہا ہے وہ۔ بات کو بات کے اعتبار سے دیکھا جائے۔ بس۔</w:t>
      </w:r>
    </w:p>
    <w:p>
      <w:r>
        <w:rPr>
          <w:b/>
        </w:rPr>
        <w:t xml:space="preserve">[49:53] </w:t>
      </w:r>
      <w:r>
        <w:t>to yeh hua aqal ko istemaal karna. yeh hua aqal ko istemaal karna.</w:t>
      </w:r>
    </w:p>
    <w:p>
      <w:pPr>
        <w:jc w:val="right"/>
      </w:pPr>
      <w:r>
        <w:t>تو یہ ہوا عقل کو استعمال کرنا۔ یہ ہوا عقل کو استعمال کرنا۔</w:t>
      </w:r>
    </w:p>
    <w:p>
      <w:r>
        <w:rPr>
          <w:b/>
        </w:rPr>
        <w:t xml:space="preserve">[50:01] </w:t>
      </w:r>
      <w:r>
        <w:t>jab aap aqal ko istemaal karenge to kya hoga?</w:t>
      </w:r>
    </w:p>
    <w:p>
      <w:pPr>
        <w:jc w:val="right"/>
      </w:pPr>
      <w:r>
        <w:t>جب آپ عقل کو استعمال کریں گے تو کیا ہوگا؟</w:t>
      </w:r>
    </w:p>
    <w:p>
      <w:r>
        <w:rPr>
          <w:b/>
        </w:rPr>
        <w:t xml:space="preserve">[50:08] </w:t>
      </w:r>
      <w:r>
        <w:t>aap ki aqal bata degi ke yeh baat sahi hai ya galat hai. khule zehn ke saath</w:t>
      </w:r>
    </w:p>
    <w:p>
      <w:pPr>
        <w:jc w:val="right"/>
      </w:pPr>
      <w:r>
        <w:t>آپ کی عقل بتا دے گی کہ یہ بات صحیح ہے یا غلط ہے۔ کھلے ذہن کے ساتھ</w:t>
      </w:r>
    </w:p>
    <w:p>
      <w:r>
        <w:rPr>
          <w:b/>
        </w:rPr>
        <w:t xml:space="preserve">[50:18] </w:t>
      </w:r>
      <w:r>
        <w:t>aap is par ghhor karen. aisa karen.</w:t>
      </w:r>
    </w:p>
    <w:p>
      <w:pPr>
        <w:jc w:val="right"/>
      </w:pPr>
      <w:r>
        <w:t>آپ اس پر غور کریں۔ ایسا کریں۔</w:t>
      </w:r>
    </w:p>
    <w:p>
      <w:r>
        <w:rPr>
          <w:b/>
        </w:rPr>
        <w:t xml:space="preserve">[50:26] </w:t>
      </w:r>
      <w:r>
        <w:t>to kuch bhi dikkat nahin padegi samajhne mein. to aksar aisa hota hai ke koi na koi complex aadmi ko rok deta hai baat ko samajhne aur maanne mein.</w:t>
      </w:r>
    </w:p>
    <w:p>
      <w:pPr>
        <w:jc w:val="right"/>
      </w:pPr>
      <w:r>
        <w:t>تو کچھ بھی دقت نہیں پڑے گی سمجھنے میں۔ تو اکثر ایسا ہوتا ہے کہ کوئی نہ کوئی کمپلیکس آدمی کو روک دیتا ہے بات کو سمجھنے اور ماننے میں۔</w:t>
      </w:r>
    </w:p>
    <w:p>
      <w:r>
        <w:rPr>
          <w:b/>
        </w:rPr>
        <w:t xml:space="preserve">[50:41] </w:t>
      </w:r>
      <w:r>
        <w:t>to aadmi ko chahiye ke woh kisi complex ko rukawat na banne de.</w:t>
      </w:r>
    </w:p>
    <w:p>
      <w:pPr>
        <w:jc w:val="right"/>
      </w:pPr>
      <w:r>
        <w:t>تو آدمی کو چاہیے کہ وہ کسی کمپلیکس کو رکاوٹ نہ بننے دے۔</w:t>
      </w:r>
    </w:p>
    <w:p>
      <w:r>
        <w:rPr>
          <w:b/>
        </w:rPr>
        <w:t xml:space="preserve">[50:49] </w:t>
      </w:r>
      <w:r>
        <w:t>kisi bhi complex ko rukawat na banne de. aur woh jab hoga? jab ke aap baat ko is hisse se nahin lenge ke mere jaisa ek insaan bata raha hai, yeh nahin.</w:t>
      </w:r>
    </w:p>
    <w:p>
      <w:pPr>
        <w:jc w:val="right"/>
      </w:pPr>
      <w:r>
        <w:t>کسی بھی کمپلیکس کو رکاوٹ نہ بننے دے۔ اور وہ جب ہوگا؟ جب کہ آپ بات کو اس حصے سے نہیں لیں گے کہ میرے جیسا ایک انسان بتا رہا ہے، یہ نہیں۔</w:t>
      </w:r>
    </w:p>
    <w:p>
      <w:r>
        <w:rPr>
          <w:b/>
        </w:rPr>
        <w:t xml:space="preserve">[51:03] </w:t>
      </w:r>
      <w:r>
        <w:t>yeh dekhen ke woh jo baat bata raha hai woh kya hai?</w:t>
      </w:r>
    </w:p>
    <w:p>
      <w:pPr>
        <w:jc w:val="right"/>
      </w:pPr>
      <w:r>
        <w:t>یہ دیکھیں کہ وہ جو بات بتا رہا ہے وہ کیا ہے؟</w:t>
      </w:r>
    </w:p>
    <w:p>
      <w:r>
        <w:rPr>
          <w:b/>
        </w:rPr>
        <w:t xml:space="preserve">[51:06] </w:t>
      </w:r>
      <w:r>
        <w:t>is baat mein kitna wazan hai? is baat mein kitni daleel hai? is baat mein kitni sachai hai?</w:t>
      </w:r>
    </w:p>
    <w:p>
      <w:pPr>
        <w:jc w:val="right"/>
      </w:pPr>
      <w:r>
        <w:t>اس بات میں کتنا وزن ہے؟ اس بات میں کتنی دلیل ہے؟ اس بات میں کتنی سچائی ہے؟</w:t>
      </w:r>
    </w:p>
    <w:p>
      <w:r>
        <w:rPr>
          <w:b/>
        </w:rPr>
        <w:t xml:space="preserve">[51:16] </w:t>
      </w:r>
      <w:r>
        <w:t>yaani is ko is ki meat par jana chahiye, meat par. yeh hai</w:t>
      </w:r>
    </w:p>
    <w:p>
      <w:pPr>
        <w:jc w:val="right"/>
      </w:pPr>
      <w:r>
        <w:t>یعنی اس کو اس کی میٹ پر جانا چاہیے، میٹ پر۔ یہ ہے</w:t>
      </w:r>
    </w:p>
    <w:p>
      <w:r>
        <w:rPr>
          <w:b/>
        </w:rPr>
        <w:t xml:space="preserve">[51:23] </w:t>
      </w:r>
      <w:r>
        <w:t>yaani agar Khuda ne aap ko jo aqal di hai, is aqal ka ek sahi istemaal hai, ek galat istemaal hai. galat istemaal yeh hai ke aap jhoote jawaz nikalen, jhoote bahane pesh karen.</w:t>
      </w:r>
    </w:p>
    <w:p>
      <w:pPr>
        <w:jc w:val="right"/>
      </w:pPr>
      <w:r>
        <w:t>یعنی اگر خدا نے آپ کو جو عقل دی ہے، اس عقل کا ایک صحیح استعمال ہے، ایک غلط استعمال ہے۔ غلط استعمال یہ ہے کہ آپ جھوٹے جواز نکالیں، جھوٹے بہانے پیش کریں۔</w:t>
      </w:r>
    </w:p>
    <w:p>
      <w:r>
        <w:rPr>
          <w:b/>
        </w:rPr>
        <w:t xml:space="preserve">[51:39] </w:t>
      </w:r>
      <w:r>
        <w:t>jhoote bahane, jhoota jawaz, yeh bhi aqal karti hai.</w:t>
      </w:r>
    </w:p>
    <w:p>
      <w:pPr>
        <w:jc w:val="right"/>
      </w:pPr>
      <w:r>
        <w:t>جھوٹے بہانے، جھوٹا جواز، یہ بھی عقل کرتی ہے۔</w:t>
      </w:r>
    </w:p>
    <w:p>
      <w:r>
        <w:rPr>
          <w:b/>
        </w:rPr>
        <w:t xml:space="preserve">[51:46] </w:t>
      </w:r>
      <w:r>
        <w:t>to agar aap apni aqal ko is tarah istemaal karen ke jhoota jawaz pesh karen, jhoote bahane pesh karen.</w:t>
      </w:r>
    </w:p>
    <w:p>
      <w:pPr>
        <w:jc w:val="right"/>
      </w:pPr>
      <w:r>
        <w:t>تو اگر آپ اپنی عقل کو اس طرح استعمال کریں کہ جھوٹا جواز پیش کریں، جھوٹے بہانے پیش کریں۔</w:t>
      </w:r>
    </w:p>
    <w:p>
      <w:r>
        <w:rPr>
          <w:b/>
        </w:rPr>
        <w:t xml:space="preserve">[51:58] </w:t>
      </w:r>
      <w:r>
        <w:t>to yeh aqal ka galat istemaal hai aur aisa aadmi Khuda ke haan sakht saza ka mustahiq hoga.</w:t>
      </w:r>
    </w:p>
    <w:p>
      <w:pPr>
        <w:jc w:val="right"/>
      </w:pPr>
      <w:r>
        <w:t>تو یہ عقل کا غلط استعمال ہے اور ایسا آدمی خدا کے ہاں سخت سزا کا مستحق ہوگا۔</w:t>
      </w:r>
    </w:p>
    <w:p>
      <w:r>
        <w:rPr>
          <w:b/>
        </w:rPr>
        <w:t xml:space="preserve">[52:07] </w:t>
      </w:r>
      <w:r>
        <w:t>aur doosri shakal yeh hai ke aap dimaagh ko khula rakhen, apne zehn ko khula rakhen. aur bilkul be lakh jaizay ke zariye samjhen ke jo baat hai</w:t>
      </w:r>
    </w:p>
    <w:p>
      <w:pPr>
        <w:jc w:val="right"/>
      </w:pPr>
      <w:r>
        <w:t>اور دوسری شکل یہ ہے کہ آپ دماغ کو کھلا رکھیں، اپنے ذہن کو کھلا رکھیں۔ اور بالکل بے لاکھ جائزے کے ذریعے سمجھیں کہ جو بات ہے</w:t>
      </w:r>
    </w:p>
    <w:p>
      <w:r>
        <w:rPr>
          <w:b/>
        </w:rPr>
        <w:t xml:space="preserve">[52:24] </w:t>
      </w:r>
      <w:r>
        <w:t>woh kaisi hai. bilkul be lakh jaiza. tab hi aap ko Khuda ka inaam milega, warna Khuda ka inaam milne wala nahin hai.</w:t>
      </w:r>
    </w:p>
    <w:p>
      <w:pPr>
        <w:jc w:val="right"/>
      </w:pPr>
      <w:r>
        <w:t>وہ کیسی ہے۔ بالکل بے لاکھ جائزہ۔ تب ہی آپ کو خدا کا انعام ملے گا، ورنہ خدا کا انعام ملنے والا نہیں ہے۔</w:t>
      </w:r>
    </w:p>
    <w:p>
      <w:r>
        <w:rPr>
          <w:b/>
        </w:rPr>
        <w:t xml:space="preserve">[52:38] </w:t>
      </w:r>
      <w:r>
        <w:t>dekhiye Quran mein baar baar</w:t>
      </w:r>
    </w:p>
    <w:p>
      <w:pPr>
        <w:jc w:val="right"/>
      </w:pPr>
      <w:r>
        <w:t>دیکھیے قرآن میں بار بار</w:t>
      </w:r>
    </w:p>
    <w:p>
      <w:r>
        <w:rPr>
          <w:b/>
        </w:rPr>
        <w:t xml:space="preserve">[52:41] </w:t>
      </w:r>
      <w:r>
        <w:t>yeh hai ke jab bhi koi baat kahi jati hai to akhirat ki yaad dilai jati hai. baar baar. koi bhi baat aati hai jab aap Quran ko kholen.</w:t>
      </w:r>
    </w:p>
    <w:p>
      <w:pPr>
        <w:jc w:val="right"/>
      </w:pPr>
      <w:r>
        <w:t>یہ ہے کہ جب بھی کوئی بات کہی جاتی ہے تو آخرت کی یاد دلائی جاتی ہے۔ بار بار۔ کوئی بھی بات آتی ہے جب آپ قرآن کو کھولیں۔</w:t>
      </w:r>
    </w:p>
    <w:p>
      <w:r>
        <w:rPr>
          <w:b/>
        </w:rPr>
        <w:t xml:space="preserve">[52:58] </w:t>
      </w:r>
      <w:r>
        <w:t>aap be-tarteeb tor par koi bhi safha kholen is ka. bilkul. har safhe par aap ko milega kuch na kuch baat hai akhirat ki, jannat ki, jahannum ki, Khuda se darne ki.</w:t>
      </w:r>
    </w:p>
    <w:p>
      <w:pPr>
        <w:jc w:val="right"/>
      </w:pPr>
      <w:r>
        <w:t>آپ بے ترتیب طور پر کوئی بھی صفحہ کھولیں اس کا۔ بالکل۔ ہر صفحے پر آپ کو ملے گا کچھ نہ کچھ بات ہے آخرت کی، جنت کی، جہنم کی، خدا سے ڈرنے کی۔</w:t>
      </w:r>
    </w:p>
    <w:p>
      <w:r>
        <w:rPr>
          <w:b/>
        </w:rPr>
        <w:t xml:space="preserve">[53:16] </w:t>
      </w:r>
      <w:r>
        <w:t>to yahan pe dekhiye ayat number 281 mein farmaya. 281. ittaqu yawman turja'una fihi ila allahi ittaqu yawman</w:t>
      </w:r>
    </w:p>
    <w:p>
      <w:pPr>
        <w:jc w:val="right"/>
      </w:pPr>
      <w:r>
        <w:t>تو یہاں پہ دیکھیے آیت نمبر 281 میں فرمایا۔ 281۔ اتقوا یوماً ترجعون فيه إلى الله اتقوا یوماً</w:t>
      </w:r>
    </w:p>
    <w:p>
      <w:r>
        <w:rPr>
          <w:b/>
        </w:rPr>
        <w:t xml:space="preserve">[53:33] </w:t>
      </w:r>
      <w:r>
        <w:t>turja'una fihi ila allahi ayat number 281. daro us din se jab ke tum lotaoge.</w:t>
      </w:r>
    </w:p>
    <w:p>
      <w:pPr>
        <w:jc w:val="right"/>
      </w:pPr>
      <w:r>
        <w:t>ترجعون فيه إلى الله آیت نمبر 281۔ ڈرو اس دن سے جب کہ تم لوٹاؤ گے۔</w:t>
      </w:r>
    </w:p>
    <w:p>
      <w:r>
        <w:rPr>
          <w:b/>
        </w:rPr>
        <w:t xml:space="preserve">[53:45] </w:t>
      </w:r>
      <w:r>
        <w:t>daro us din se jab ke tum lotaye jaoge khuda ki taraf.</w:t>
      </w:r>
    </w:p>
    <w:p>
      <w:pPr>
        <w:jc w:val="right"/>
      </w:pPr>
      <w:r>
        <w:t>ڈرو اس دن سے جب کہ تم لوٹائے جاؤ گے خدا کی طرف۔</w:t>
      </w:r>
    </w:p>
    <w:p>
      <w:r>
        <w:rPr>
          <w:b/>
        </w:rPr>
        <w:t xml:space="preserve">[53:53] </w:t>
      </w:r>
      <w:r>
        <w:t>daro,</w:t>
      </w:r>
    </w:p>
    <w:p>
      <w:pPr>
        <w:jc w:val="right"/>
      </w:pPr>
      <w:r>
        <w:t>ڈرو،</w:t>
      </w:r>
    </w:p>
    <w:p>
      <w:r>
        <w:rPr>
          <w:b/>
        </w:rPr>
        <w:t xml:space="preserve">[53:55] </w:t>
      </w:r>
      <w:r>
        <w:t>ae logon! tum daro us din se jab ke tum lotaoge jaoge khuda ki taraf. yeh baat har safhe par milegi aap ko kisi na kisi roop mein, barah-e-rast ya bilawasta.</w:t>
      </w:r>
    </w:p>
    <w:p>
      <w:pPr>
        <w:jc w:val="right"/>
      </w:pPr>
      <w:r>
        <w:t>اے لوگوں! تم ڈرو اس دن سے جب کہ تم لوٹاؤ جاؤ گے خدا کی طرف۔ یہ بات ہر صفحے پر ملے گی آپ کو کسی نہ کسی روپ میں، براہِ راست یا بالواسطہ۔</w:t>
      </w:r>
    </w:p>
    <w:p>
      <w:r>
        <w:rPr>
          <w:b/>
        </w:rPr>
        <w:t xml:space="preserve">[54:10] </w:t>
      </w:r>
      <w:r>
        <w:t>ke jo bhi hukum khuda ka diya jata hai quran mein, to us ke sath yeh baat kahi jati hai ke dunya mein to koi lazmi nahi hai.</w:t>
      </w:r>
    </w:p>
    <w:p>
      <w:pPr>
        <w:jc w:val="right"/>
      </w:pPr>
      <w:r>
        <w:t>کہ جو بھی حکم خدا کا دیا جاتا ہے قرآن میں، تو اس کے ساتھ یہ بات کہی جاتی ہے کہ دنیا میں تو کوئی لازمی نہیں ہے۔</w:t>
      </w:r>
    </w:p>
    <w:p>
      <w:r>
        <w:rPr>
          <w:b/>
        </w:rPr>
        <w:t xml:space="preserve">[54:21] </w:t>
      </w:r>
      <w:r>
        <w:t>dunya mein to koi farishta aa kar tum ko zabardasti</w:t>
      </w:r>
    </w:p>
    <w:p>
      <w:pPr>
        <w:jc w:val="right"/>
      </w:pPr>
      <w:r>
        <w:t>دنیا میں تو کوئی فرشتہ آ کر تم کو زبردستی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