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in the Age of Science I 27 June 2010 - Maulana Wahiduddin Khan</w:t>
      </w:r>
    </w:p>
    <w:p>
      <w:r>
        <w:t>https://www.youtube.com/watch?v=aU2f802AUJk</w:t>
      </w:r>
    </w:p>
    <w:p>
      <w:r>
        <w:rPr>
          <w:b/>
        </w:rPr>
        <w:t xml:space="preserve">[00:13] </w:t>
      </w:r>
      <w:r>
        <w:t>bismillah hir rahman nir rahim, wa salla allahu ala an nabiyyi al karim.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 ahlul uqdata min lisani yafqahu qawli.</w:t>
      </w:r>
    </w:p>
    <w:p>
      <w:pPr>
        <w:jc w:val="right"/>
      </w:pPr>
      <w:r>
        <w:t>واحل العقدۃ من لسانی یفقہ قولی۔</w:t>
      </w:r>
    </w:p>
    <w:p>
      <w:r>
        <w:rPr>
          <w:b/>
        </w:rPr>
        <w:t xml:space="preserve">[00:39] </w:t>
      </w:r>
      <w:r>
        <w:t>aaj ka topic hai: islam</w:t>
      </w:r>
    </w:p>
    <w:p>
      <w:pPr>
        <w:jc w:val="right"/>
      </w:pPr>
      <w:r>
        <w:t>آج کا ٹاپک ہے: اسلام</w:t>
      </w:r>
    </w:p>
    <w:p>
      <w:r>
        <w:rPr>
          <w:b/>
        </w:rPr>
        <w:t xml:space="preserve">[00:46] </w:t>
      </w:r>
      <w:r>
        <w:t>sainisi daur mein.</w:t>
      </w:r>
    </w:p>
    <w:p>
      <w:pPr>
        <w:jc w:val="right"/>
      </w:pPr>
      <w:r>
        <w:t>سائنسی دور میں۔</w:t>
      </w:r>
    </w:p>
    <w:p>
      <w:r>
        <w:rPr>
          <w:b/>
        </w:rPr>
        <w:t xml:space="preserve">[00:51] </w:t>
      </w:r>
      <w:r>
        <w:t>islam sainisi daur mein.</w:t>
      </w:r>
    </w:p>
    <w:p>
      <w:pPr>
        <w:jc w:val="right"/>
      </w:pPr>
      <w:r>
        <w:t>اسلام سائنسی دور میں۔</w:t>
      </w:r>
    </w:p>
    <w:p>
      <w:r>
        <w:rPr>
          <w:b/>
        </w:rPr>
        <w:t xml:space="preserve">[00:57] </w:t>
      </w:r>
      <w:r>
        <w:t>aap jante hain ke history of thought broad division mein do mein bati hui hai.</w:t>
      </w:r>
    </w:p>
    <w:p>
      <w:pPr>
        <w:jc w:val="right"/>
      </w:pPr>
      <w:r>
        <w:t>آپ جانتے ہیں کہ ہسٹری آف تھاٹ براڈ ڈویژن میں دو میں بٹی ہوئی ہے۔</w:t>
      </w:r>
    </w:p>
    <w:p>
      <w:r>
        <w:rPr>
          <w:b/>
        </w:rPr>
        <w:t xml:space="preserve">[01:07] </w:t>
      </w:r>
      <w:r>
        <w:t>pichhla zamana samjha jata hai traditional zamana, ab jo zamana hai use samjha jata hai scientific zamana.</w:t>
      </w:r>
    </w:p>
    <w:p>
      <w:pPr>
        <w:jc w:val="right"/>
      </w:pPr>
      <w:r>
        <w:t>پچھلا زمانہ سمجھا جاتا ہے ٹریڈیشنل زمانہ، اب جو زمانہ ہے اسے سمجھا جاتا ہے سائنٹیفک زمانہ۔</w:t>
      </w:r>
    </w:p>
    <w:p>
      <w:r>
        <w:rPr>
          <w:b/>
        </w:rPr>
        <w:t xml:space="preserve">[01:19] </w:t>
      </w:r>
      <w:r>
        <w:t>main samajhta hoon ke</w:t>
      </w:r>
    </w:p>
    <w:p>
      <w:pPr>
        <w:jc w:val="right"/>
      </w:pPr>
      <w:r>
        <w:t>میں سمجھتا ہوں کہ</w:t>
      </w:r>
    </w:p>
    <w:p>
      <w:r>
        <w:rPr>
          <w:b/>
        </w:rPr>
        <w:t xml:space="preserve">[01:24] </w:t>
      </w:r>
      <w:r>
        <w:t>musalman jo is zamane mein hain, taqriban 200 saal se, pichhe hue hain, har jagah un ko problem ka samna hai.</w:t>
      </w:r>
    </w:p>
    <w:p>
      <w:pPr>
        <w:jc w:val="right"/>
      </w:pPr>
      <w:r>
        <w:t>مسلمان جو اس زمانے میں ہیں، تقریباً 200 سال سے، پچھلے ہوئے ہیں، ہر جگہ ان کو پرابلم کا سامنا ہے۔</w:t>
      </w:r>
    </w:p>
    <w:p>
      <w:r>
        <w:rPr>
          <w:b/>
        </w:rPr>
        <w:t xml:space="preserve">[01:41] </w:t>
      </w:r>
      <w:r>
        <w:t>dunya mein woh apne aap ko be jagah pate hain.</w:t>
      </w:r>
    </w:p>
    <w:p>
      <w:pPr>
        <w:jc w:val="right"/>
      </w:pPr>
      <w:r>
        <w:t>دنیا میں وہ اپنے آپ کو بے جگہ پاتے ہیں۔</w:t>
      </w:r>
    </w:p>
    <w:p>
      <w:r>
        <w:rPr>
          <w:b/>
        </w:rPr>
        <w:t xml:space="preserve">[01:50] </w:t>
      </w:r>
      <w:r>
        <w:t>yeh kyun hai? is liye ke woh naye zamane ko unhon ne pehchana nahi. woh pichhle mindset ke sath aaj ke zamane mein jee rahe hain.</w:t>
      </w:r>
    </w:p>
    <w:p>
      <w:pPr>
        <w:jc w:val="right"/>
      </w:pPr>
      <w:r>
        <w:t>یہ کیوں ہے؟ اس لیے کہ وہ نئے زمانے کو انہوں نے پہچانا نہیں۔ وہ پچھلے مائنڈ سیٹ کے ساتھ آج کے زمانے میں جی رہے ہیں۔</w:t>
      </w:r>
    </w:p>
    <w:p>
      <w:r>
        <w:rPr>
          <w:b/>
        </w:rPr>
        <w:t xml:space="preserve">[02:02] </w:t>
      </w:r>
      <w:r>
        <w:t>momin woh hai jo apne zamane ko jane, jis zamane mein woh jee raha hai us se waqif ho. yeh believer ki tareef hai.</w:t>
      </w:r>
    </w:p>
    <w:p>
      <w:pPr>
        <w:jc w:val="right"/>
      </w:pPr>
      <w:r>
        <w:t>مومن وہ ہے جو اپنے زمانے کو جانے، جس زمانے میں وہ جی رہا ہے اس سے واقف ہو۔ یہ بیلیور کی تعریف ہے۔</w:t>
      </w:r>
    </w:p>
    <w:p>
      <w:r>
        <w:rPr>
          <w:b/>
        </w:rPr>
        <w:t xml:space="preserve">[02:16] </w:t>
      </w:r>
      <w:r>
        <w:t>lekin aaj ke musalman, main samajhta hoon ke taqriban sab ke sab,</w:t>
      </w:r>
    </w:p>
    <w:p>
      <w:pPr>
        <w:jc w:val="right"/>
      </w:pPr>
      <w:r>
        <w:t>لیکن آج کے مسلمان، میں سمجھتا ہوں کہ تقریباً سب کے سب،</w:t>
      </w:r>
    </w:p>
    <w:p>
      <w:r>
        <w:rPr>
          <w:b/>
        </w:rPr>
        <w:t xml:space="preserve">[02:23] </w:t>
      </w:r>
      <w:r>
        <w:t>bilkul bekhabari mein jee rahe hain. mujhe kal isi tarah ka ek tajruba pesh aaya. kal main gaya tha, aaj kal matlab 26 june ko, meerut.</w:t>
      </w:r>
    </w:p>
    <w:p>
      <w:pPr>
        <w:jc w:val="right"/>
      </w:pPr>
      <w:r>
        <w:t>بالکل بے خبری میں جی رہے ہیں۔ مجھے کل اسی طرح کا ایک تجربہ پیش آیا۔ کل میں گیا تھا، آج کل مطلب 26 جون کو، میرٹھ۔</w:t>
      </w:r>
    </w:p>
    <w:p>
      <w:r>
        <w:rPr>
          <w:b/>
        </w:rPr>
        <w:t xml:space="preserve">[02:39] </w:t>
      </w:r>
      <w:r>
        <w:t>meerut mein ek university hai, is ka naam hai chaudhary charan singh university. bahut</w:t>
      </w:r>
    </w:p>
    <w:p>
      <w:pPr>
        <w:jc w:val="right"/>
      </w:pPr>
      <w:r>
        <w:t>میرٹھ میں ایک یونیورسٹی ہے، اس کا نام ہے چوہدری چرن سنگھ یونیورسٹی۔ بہت</w:t>
      </w:r>
    </w:p>
    <w:p>
      <w:r>
        <w:rPr>
          <w:b/>
        </w:rPr>
        <w:t xml:space="preserve">[02:46] </w:t>
      </w:r>
      <w:r>
        <w:t>acchi university hai woh, badi university hai woh. to is ki taraf se mujhe invite kiya gaya tha wahan par islam par bolne ke liye.</w:t>
      </w:r>
    </w:p>
    <w:p>
      <w:pPr>
        <w:jc w:val="right"/>
      </w:pPr>
      <w:r>
        <w:t>اچھی یونیورسٹی ہے وہ، بڑی یونیورسٹی ہے وہ۔ تو اس کی طرف سے مجھے انوائٹ کیا گیا تھا وہاں پر اسلام پر بولنے کے لیے۔</w:t>
      </w:r>
    </w:p>
    <w:p>
      <w:r>
        <w:rPr>
          <w:b/>
        </w:rPr>
        <w:t xml:space="preserve">[02:59] </w:t>
      </w:r>
      <w:r>
        <w:t>yeh university qaim hui hai 1966 mein, yeh taqreeban 45 saal pehle.</w:t>
      </w:r>
    </w:p>
    <w:p>
      <w:pPr>
        <w:jc w:val="right"/>
      </w:pPr>
      <w:r>
        <w:t>یہ یونیورسٹی قائم ہوئی ہے 1966 میں، یہ تقریباً 45 سال پہلے۔</w:t>
      </w:r>
    </w:p>
    <w:p>
      <w:r>
        <w:rPr>
          <w:b/>
        </w:rPr>
        <w:t xml:space="preserve">[03:07] </w:t>
      </w:r>
      <w:r>
        <w:t>is poori 45 saal mein, jahan tak mein janta hoon, aik baar bhi wahan aisa koi lecture nahi hua jis ka mozu ho Islam.</w:t>
      </w:r>
    </w:p>
    <w:p>
      <w:pPr>
        <w:jc w:val="right"/>
      </w:pPr>
      <w:r>
        <w:t>اس پوری 45 سال میں، جہاں تک میں جانتا ہوں، ایک بار بھی وہاں ایسا کوئی لیکچر نہیں ہوا جس کا موضوع ہو اسلام۔</w:t>
      </w:r>
    </w:p>
    <w:p>
      <w:r>
        <w:rPr>
          <w:b/>
        </w:rPr>
        <w:t xml:space="preserve">[03:19] </w:t>
      </w:r>
      <w:r>
        <w:t>Islam. To Islam par bulane, Islam par bolne ke liye mujhe bulaya gaya tha, Islam kya hai yeh batane ke liye. To kaisi anokhi baat hai.</w:t>
      </w:r>
    </w:p>
    <w:p>
      <w:pPr>
        <w:jc w:val="right"/>
      </w:pPr>
      <w:r>
        <w:t>اسلام۔ تو اسلام پر بلانے، اسلام پر بولنے کے لیے مجھے بلایا گیا تھا، اسلام کیا ہے یہ بتانے کے لیے۔ تو کیسی انوکھی بات ہے۔</w:t>
      </w:r>
    </w:p>
    <w:p>
      <w:r>
        <w:rPr>
          <w:b/>
        </w:rPr>
        <w:t xml:space="preserve">[03:31] </w:t>
      </w:r>
      <w:r>
        <w:t>phir wahan jab jab pohanche, hum hall mein bilkul bhara</w:t>
      </w:r>
    </w:p>
    <w:p>
      <w:pPr>
        <w:jc w:val="right"/>
      </w:pPr>
      <w:r>
        <w:t>پھر وہاں جب جب پہنچے، ہم ہال میں بالکل بھرا</w:t>
      </w:r>
    </w:p>
    <w:p>
      <w:r>
        <w:rPr>
          <w:b/>
        </w:rPr>
        <w:t xml:space="preserve">[03:35] </w:t>
      </w:r>
      <w:r>
        <w:t>hua tha, hall jo khare hue the, un ka itna zyada logon ka shauq tha. Chaudhry Charan Singh University, Meerut ki, is ke andar.</w:t>
      </w:r>
    </w:p>
    <w:p>
      <w:pPr>
        <w:jc w:val="right"/>
      </w:pPr>
      <w:r>
        <w:t>ہوا تھا، ہال جو کھڑے ہوئے تھے، ان کا اتنا زیادہ لوگوں کا شوق تھا۔ چوہدری چرن سنگھ یونیورسٹی، میرٹھ کی، اس کے اندر۔</w:t>
      </w:r>
    </w:p>
    <w:p>
      <w:r>
        <w:rPr>
          <w:b/>
        </w:rPr>
        <w:t xml:space="preserve">[03:47] </w:t>
      </w:r>
      <w:r>
        <w:t>yeh Muslim University nahi, Chaudhry Charan Singh University. To lekin shehar ke chand Musalman aa gaye, unhon ne shorgul karna shuru kiya,</w:t>
      </w:r>
    </w:p>
    <w:p>
      <w:pPr>
        <w:jc w:val="right"/>
      </w:pPr>
      <w:r>
        <w:t>یہ مسلم یونیورسٹی نہیں، چوہدری چرن سنگھ یونیورسٹی۔ تو لیکن شہر کے چند مسلمان آ گئے، انہوں نے شورگول کرنا شروع کیا،</w:t>
      </w:r>
    </w:p>
    <w:p>
      <w:r>
        <w:rPr>
          <w:b/>
        </w:rPr>
        <w:t xml:space="preserve">[04:03] </w:t>
      </w:r>
      <w:r>
        <w:t>nahi sunenge, nahi sunenge,</w:t>
      </w:r>
    </w:p>
    <w:p>
      <w:pPr>
        <w:jc w:val="right"/>
      </w:pPr>
      <w:r>
        <w:t>نہیں سنیں گے، نہیں سنیں گے،</w:t>
      </w:r>
    </w:p>
    <w:p>
      <w:r>
        <w:rPr>
          <w:b/>
        </w:rPr>
        <w:t xml:space="preserve">[04:05] </w:t>
      </w:r>
      <w:r>
        <w:t>is tarah ki baatein. To kya tha? Unhon ne disrupt karna chaha jalsay ko. To un ke haath mein aik percha tha, Times of India ka.</w:t>
      </w:r>
    </w:p>
    <w:p>
      <w:pPr>
        <w:jc w:val="right"/>
      </w:pPr>
      <w:r>
        <w:t>اس طرح کی باتیں۔ تو کیا تھا؟ انہوں نے ڈسٹرپٹ کرنا چاہا جلسے کو۔ تو ان کے ہاتھ میں ایک پرچہ تھا، ٹائمز آف انڈیا کا۔</w:t>
      </w:r>
    </w:p>
    <w:p>
      <w:r>
        <w:rPr>
          <w:b/>
        </w:rPr>
        <w:t xml:space="preserve">[04:20] </w:t>
      </w:r>
      <w:r>
        <w:t>23 June ka percha tha woh, 23 June 2010.</w:t>
      </w:r>
    </w:p>
    <w:p>
      <w:pPr>
        <w:jc w:val="right"/>
      </w:pPr>
      <w:r>
        <w:t>23 جون کا پرچہ تھا وہ، 23 جون 2010۔</w:t>
      </w:r>
    </w:p>
    <w:p>
      <w:r>
        <w:rPr>
          <w:b/>
        </w:rPr>
        <w:t xml:space="preserve">[04:30] </w:t>
      </w:r>
      <w:r>
        <w:t>is mein mera aik interview chhapha tha.</w:t>
      </w:r>
    </w:p>
    <w:p>
      <w:pPr>
        <w:jc w:val="right"/>
      </w:pPr>
      <w:r>
        <w:t>اس میں میرا ایک انٹرویو چھپا تھا۔</w:t>
      </w:r>
    </w:p>
    <w:p>
      <w:r>
        <w:rPr>
          <w:b/>
        </w:rPr>
        <w:t xml:space="preserve">[04:33] </w:t>
      </w:r>
      <w:r>
        <w:t>is interview mein yeh kaha gaya tha ke Islam superior superior religion nahi hai, Islam preserve religion hai.</w:t>
      </w:r>
    </w:p>
    <w:p>
      <w:pPr>
        <w:jc w:val="right"/>
      </w:pPr>
      <w:r>
        <w:t>اس انٹرویو میں یہ کہا گیا تھا کہ اسلام سپیئر سپیئر ریلیجن نہیں ہے، اسلام پریزرو ریلیجن ہے۔</w:t>
      </w:r>
    </w:p>
    <w:p>
      <w:r>
        <w:rPr>
          <w:b/>
        </w:rPr>
        <w:t xml:space="preserve">[04:43] </w:t>
      </w:r>
      <w:r>
        <w:t>yani Islam bartar religion nahi hai, balke Islam mehfooz religion hai. Is tarah hungama. Jo aadmi aisa kahe, us ko yeh tarah tarah ke ghalat baatein.</w:t>
      </w:r>
    </w:p>
    <w:p>
      <w:pPr>
        <w:jc w:val="right"/>
      </w:pPr>
      <w:r>
        <w:t>یعنی اسلام برتر ریلیجن نہیں ہے، بلکہ اسلام محفوظ ریلیجن ہے۔ اس طرح ہنگامہ۔ جو آدمی ایسا کہے، اس کو یہ طرح طرح کے غلط باتیں۔</w:t>
      </w:r>
    </w:p>
    <w:p>
      <w:r>
        <w:rPr>
          <w:b/>
        </w:rPr>
        <w:t xml:space="preserve">[04:58] </w:t>
      </w:r>
      <w:r>
        <w:t>yani yeh log itna zyada bekhabar hain ke Quran se bekhabar ho gaye hain.</w:t>
      </w:r>
    </w:p>
    <w:p>
      <w:pPr>
        <w:jc w:val="right"/>
      </w:pPr>
      <w:r>
        <w:t>یعنی یہ لوگ اتنا زیادہ بے خبر ہیں کہ قرآن سے بے خبر ہو گئے ہیں۔</w:t>
      </w:r>
    </w:p>
    <w:p>
      <w:r>
        <w:rPr>
          <w:b/>
        </w:rPr>
        <w:t xml:space="preserve">[05:06] </w:t>
      </w:r>
      <w:r>
        <w:t>woh sach poochhein to yeh apne qaumi jazbat ko jante hain, na Quran ko jante hain, na Hadees ko jante hain. Aaj kal ke jo Musalman hain, idhar udhar chekhte chalate hain,</w:t>
      </w:r>
    </w:p>
    <w:p>
      <w:pPr>
        <w:jc w:val="right"/>
      </w:pPr>
      <w:r>
        <w:t>وہ سچ پوچھیں تو یہ اپنے قومی جذبات کو جانتے ہیں، نہ قرآن کو جانتے ہیں، نہ حدیث کو جانتے ہیں۔ آج کل کے جو مسلمان ہیں، ادھر ادھر چیختے چلاتے ہیں،</w:t>
      </w:r>
    </w:p>
    <w:p>
      <w:r>
        <w:rPr>
          <w:b/>
        </w:rPr>
        <w:t xml:space="preserve">[05:19] </w:t>
      </w:r>
      <w:r>
        <w:t>woh bilkul hi bekhabar hain Quran se bhi, Hadees se bhi, Seerat-e-Rasool se bhi, har cheez se. Unhein sirf apne qaumi jazbat ka ilm hai, bas.</w:t>
      </w:r>
    </w:p>
    <w:p>
      <w:pPr>
        <w:jc w:val="right"/>
      </w:pPr>
      <w:r>
        <w:t>وہ بالکل ہی بے خبر ہیں قرآن سے بھی، حدیث سے بھی، سیرت رسول سے بھی، ہر چیز سے۔ انہیں صرف اپنے قومی جذبات کا علم ہے، بس۔</w:t>
      </w:r>
    </w:p>
    <w:p>
      <w:r>
        <w:rPr>
          <w:b/>
        </w:rPr>
        <w:t xml:space="preserve">[05:30] </w:t>
      </w:r>
      <w:r>
        <w:t>kyun? Yeh baat to aeen Quran ki baat hai.</w:t>
      </w:r>
    </w:p>
    <w:p>
      <w:pPr>
        <w:jc w:val="right"/>
      </w:pPr>
      <w:r>
        <w:t>کیوں؟ یہ بات تو عین قرآن کی بات ہے۔</w:t>
      </w:r>
    </w:p>
    <w:p>
      <w:r>
        <w:rPr>
          <w:b/>
        </w:rPr>
        <w:t xml:space="preserve">[05:36] </w:t>
      </w:r>
      <w:r>
        <w:t>Quran mein dekhiye, yeh hai Surah Al-Hijr mein:</w:t>
      </w:r>
    </w:p>
    <w:p>
      <w:pPr>
        <w:jc w:val="right"/>
      </w:pPr>
      <w:r>
        <w:t>قرآن میں دیکھیے، یہ ہے سورہ الحجر میں:</w:t>
      </w:r>
    </w:p>
    <w:p>
      <w:r>
        <w:rPr>
          <w:b/>
        </w:rPr>
        <w:t xml:space="preserve">[05:43] </w:t>
      </w:r>
      <w:r>
        <w:t>"Inna nahnu nazzalna al-zikra wa inna lahu lahafizoon". Is Quran ko utarne wala jo Allah taala hai, woh kehta hai ke hum is Quran ko mehfooz kitaab banayenge.</w:t>
      </w:r>
    </w:p>
    <w:p>
      <w:pPr>
        <w:jc w:val="right"/>
      </w:pPr>
      <w:r>
        <w:t>"انا نحن نزلنا الذکر وانا لہ الحافظون"۔ اس قرآن کو اتارنے والا جو اللہ تعالی ہے، وہ کہتا ہے کہ ہم اس قرآن کو محفوظ کتاب بنائیں گے۔</w:t>
      </w:r>
    </w:p>
    <w:p>
      <w:r>
        <w:rPr>
          <w:b/>
        </w:rPr>
        <w:t xml:space="preserve">[05:56] </w:t>
      </w:r>
      <w:r>
        <w:t>yani doosri kitabein ghair mehfooz reh gayeen.</w:t>
      </w:r>
    </w:p>
    <w:p>
      <w:pPr>
        <w:jc w:val="right"/>
      </w:pPr>
      <w:r>
        <w:t>یعنی دوسری کتابیں غیر محفوظ رہ گئیں۔</w:t>
      </w:r>
    </w:p>
    <w:p>
      <w:r>
        <w:rPr>
          <w:b/>
        </w:rPr>
        <w:t xml:space="preserve">[06:00] </w:t>
      </w:r>
      <w:r>
        <w:t>Allah taala ne jo doosri kitaab bheji, Badri Wahi, woh ghair mehfooz reh gayi. Is ke liye Allah ne tay kiya ke woh zaroor mehfooz rahe, kyunke aap Rasool Allah,</w:t>
      </w:r>
    </w:p>
    <w:p>
      <w:pPr>
        <w:jc w:val="right"/>
      </w:pPr>
      <w:r>
        <w:t>اللہ تعالی نے جو دوسری کتاب بھیجی، بدری وحی، وہ غیر محفوظ رہ گئی۔ اس کے لیے اللہ نے طے کیا کہ وہ ضرور محفوظ رہے، کیونکہ آپ رسول اللہ،</w:t>
      </w:r>
    </w:p>
    <w:p>
      <w:r>
        <w:rPr>
          <w:b/>
        </w:rPr>
        <w:t xml:space="preserve">[06:15] </w:t>
      </w:r>
      <w:r>
        <w:t>aakhri Rasool</w:t>
      </w:r>
    </w:p>
    <w:p>
      <w:pPr>
        <w:jc w:val="right"/>
      </w:pPr>
      <w:r>
        <w:t>آخری رسول</w:t>
      </w:r>
    </w:p>
    <w:p>
      <w:r>
        <w:rPr>
          <w:b/>
        </w:rPr>
        <w:t xml:space="preserve">[06:16] </w:t>
      </w:r>
      <w:r>
        <w:t>the. Nabuwat ka silsila khatam ho raha hai. To jab tak nabuwat, Nabi ka silsila jaari tha, tab tak Allah ne is ko nazar andaz kiya ke Quran ki kitaab-e-Ilahi mehfooz na rahe.</w:t>
      </w:r>
    </w:p>
    <w:p>
      <w:pPr>
        <w:jc w:val="right"/>
      </w:pPr>
      <w:r>
        <w:t>تھے۔ نبوت کا سلسلہ ختم ہو رہا ہے۔ تو جب تک نبوت، نبی کا سلسلہ جاری تھا، تب تک اللہ نے اس کو نظر انداز کیا کہ قرآن کی کتاب الہی محفوظ نہ رہے۔</w:t>
      </w:r>
    </w:p>
    <w:p>
      <w:r>
        <w:rPr>
          <w:b/>
        </w:rPr>
        <w:t xml:space="preserve">[06:32] </w:t>
      </w:r>
      <w:r>
        <w:t>ab jab ke Allah ne aakhri Rasool bhej diya hai, is ke baad koi aur Rasool nahi aane wala hai, to logon ko hidayat kaise milegi?</w:t>
      </w:r>
    </w:p>
    <w:p>
      <w:pPr>
        <w:jc w:val="right"/>
      </w:pPr>
      <w:r>
        <w:t>اب جب کہ اللہ نے آخری رسول بھیج دیا ہے، اس کے بعد کوئی اور رسول نہیں آنے والا ہے، تو لوگوں کو ہدایت کیسے ملے گی؟</w:t>
      </w:r>
    </w:p>
    <w:p>
      <w:r>
        <w:rPr>
          <w:b/>
        </w:rPr>
        <w:t xml:space="preserve">[06:42] </w:t>
      </w:r>
      <w:r>
        <w:t>ab kitaab ko nabuwat ka badal banane ke liye yeh faisla hua ke is Quran ko bilkul mehfooz, preserve book bana diya jaye.</w:t>
      </w:r>
    </w:p>
    <w:p>
      <w:pPr>
        <w:jc w:val="right"/>
      </w:pPr>
      <w:r>
        <w:t>اب کتاب کو نبوت کا بدل بنانے کے لیے یہ فیصلہ ہوا کہ اس قرآن کو بالکل محفوظ، پریزرو بک بنا دیا جائے۔</w:t>
      </w:r>
    </w:p>
    <w:p>
      <w:r>
        <w:rPr>
          <w:b/>
        </w:rPr>
        <w:t xml:space="preserve">[06:52] </w:t>
      </w:r>
      <w:r>
        <w:t>yeh Quran mein likha hua hai.</w:t>
      </w:r>
    </w:p>
    <w:p>
      <w:pPr>
        <w:jc w:val="right"/>
      </w:pPr>
      <w:r>
        <w:t>یہ قرآن میں لکھا ہوا ہے۔</w:t>
      </w:r>
    </w:p>
    <w:p>
      <w:r>
        <w:rPr>
          <w:b/>
        </w:rPr>
        <w:t xml:space="preserve">[06:56] </w:t>
      </w:r>
      <w:r>
        <w:t>quran mein yeh bhi likha hua hai ke islam jo hai, koi naya deen nahi hai.</w:t>
      </w:r>
    </w:p>
    <w:p>
      <w:pPr>
        <w:jc w:val="right"/>
      </w:pPr>
      <w:r>
        <w:t>قرآن میں یہ بھی لکھا ہوا ہے کہ اسلام جو ہے، کوئی نیا دین نہیں ہے۔</w:t>
      </w:r>
    </w:p>
    <w:p>
      <w:r>
        <w:rPr>
          <w:b/>
        </w:rPr>
        <w:t xml:space="preserve">[07:03] </w:t>
      </w:r>
      <w:r>
        <w:t>is</w:t>
      </w:r>
    </w:p>
    <w:p>
      <w:pPr>
        <w:jc w:val="right"/>
      </w:pPr>
      <w:r>
        <w:t>"اس</w:t>
      </w:r>
    </w:p>
    <w:p>
      <w:r>
        <w:rPr>
          <w:b/>
        </w:rPr>
        <w:t xml:space="preserve">[07:06] </w:t>
      </w:r>
      <w:r>
        <w:t>ko parhiye, aap surah surah mein, surah surah mein parhiye, aur jagah jagah hai: min ad-deeni ma wal-ladhi ahl.</w:t>
      </w:r>
    </w:p>
    <w:p>
      <w:pPr>
        <w:jc w:val="right"/>
      </w:pPr>
      <w:r>
        <w:t>کو پڑھیے، آپ سورہ سورہ میں، سورہ سورہ میں پڑھیے، اور جگہ جگہ ہے: من الدین ما والذی اہل"۔</w:t>
      </w:r>
    </w:p>
    <w:p>
      <w:r>
        <w:rPr>
          <w:b/>
        </w:rPr>
        <w:t xml:space="preserve">[07:17] </w:t>
      </w:r>
      <w:r>
        <w:t>ise nabiyon ke naam le kar kaha gaya hai ke jo hidayat pichhle nabiyon ko bheji gayi, jo deen pichhle nabiyon ko bheja gaya, wahi deen yahan bhi bheja gaya hai.</w:t>
      </w:r>
    </w:p>
    <w:p>
      <w:pPr>
        <w:jc w:val="right"/>
      </w:pPr>
      <w:r>
        <w:t>اسے نبیوں کے نام لے کر کہا گیا ہے کہ جو ہدایت پچھلے نبیوں کو بھیجی گئی، جو دین پچھلے نبیوں کو بھیجا گیا، وہی دین یہاں بھی بھیجا گیا ہے۔</w:t>
      </w:r>
    </w:p>
    <w:p>
      <w:r>
        <w:rPr>
          <w:b/>
        </w:rPr>
        <w:t xml:space="preserve">[07:32] </w:t>
      </w:r>
      <w:r>
        <w:t>yeh concept bilkul strange hai, ajnabi hai quran majeed mein ke yeh deen jo hai, superior hai, pichhle deen jo the, woh inferior the, jo kahin hain nahi.</w:t>
      </w:r>
    </w:p>
    <w:p>
      <w:pPr>
        <w:jc w:val="right"/>
      </w:pPr>
      <w:r>
        <w:t>یہ کانسیپٹ بالکل اسٹرینج ہے، اجنبی ہے قرآن مجید میں کہ یہ دین جو ہے، سپیریئر ہے، پچھلے دین جو تھے، وہ انفیریئر تھے، جو کہیں ہیں نہیں۔</w:t>
      </w:r>
    </w:p>
    <w:p>
      <w:r>
        <w:rPr>
          <w:b/>
        </w:rPr>
        <w:t xml:space="preserve">[07:47] </w:t>
      </w:r>
      <w:r>
        <w:t>ma kuntu bid'an min ar-rusul yeh bhi hai, main koi nayi baat le kar nahi aaya hoon.</w:t>
      </w:r>
    </w:p>
    <w:p>
      <w:pPr>
        <w:jc w:val="right"/>
      </w:pPr>
      <w:r>
        <w:t>"ما کنت بدعا من الرسل" یہ بھی ہے، میں کوئی نئی بات لے کر نہیں آیا ہوں۔</w:t>
      </w:r>
    </w:p>
    <w:p>
      <w:r>
        <w:rPr>
          <w:b/>
        </w:rPr>
        <w:t xml:space="preserve">[07:58] </w:t>
      </w:r>
      <w:r>
        <w:t>to quran ko aap objective tor par parhein, zehan ko khali kar ke parhein to do baatein maloom hongi. number one: peghambar islam par jo deen utra tha, woh wahi deen tha jo pichhle nabiyon par utra.</w:t>
      </w:r>
    </w:p>
    <w:p>
      <w:pPr>
        <w:jc w:val="right"/>
      </w:pPr>
      <w:r>
        <w:t>تو قرآن کو آپ ابجیکٹو طور پر پڑھیں، ذہن کو خالی کر کے پڑھیں تو دو باتیں معلوم ہوں گی۔ نمبر ون: پیغمبر اسلام پر جو دین اترا تھا، وہ وہی دین تھا جو پچھلے نبیوں پر اترا۔</w:t>
      </w:r>
    </w:p>
    <w:p>
      <w:r>
        <w:rPr>
          <w:b/>
        </w:rPr>
        <w:t xml:space="preserve">[08:14] </w:t>
      </w:r>
      <w:r>
        <w:t>yahan tak ke farmaya ke "fob khuda muqtada".</w:t>
      </w:r>
    </w:p>
    <w:p>
      <w:pPr>
        <w:jc w:val="right"/>
      </w:pPr>
      <w:r>
        <w:t>یہاں تک کہ فرمایا کہ "فوب خدا مقتدا"۔</w:t>
      </w:r>
    </w:p>
    <w:p>
      <w:r>
        <w:rPr>
          <w:b/>
        </w:rPr>
        <w:t xml:space="preserve">[08:21] </w:t>
      </w:r>
      <w:r>
        <w:t>pichhle nabiyon ko jo deen bheja gaya,</w:t>
      </w:r>
    </w:p>
    <w:p>
      <w:pPr>
        <w:jc w:val="right"/>
      </w:pPr>
      <w:r>
        <w:t>پچھلے نبیوں کو جو دین بھیجا گیا،</w:t>
      </w:r>
    </w:p>
    <w:p>
      <w:r>
        <w:rPr>
          <w:b/>
        </w:rPr>
        <w:t xml:space="preserve">[08:26] </w:t>
      </w:r>
      <w:r>
        <w:t>bahut si ayatain sabit hoti hain ke pichhle nabiyon ko jo deen bheja gaya, woh deen wahi tha jo rasool allah ko bheja gaya.</w:t>
      </w:r>
    </w:p>
    <w:p>
      <w:pPr>
        <w:jc w:val="right"/>
      </w:pPr>
      <w:r>
        <w:t>بہت سی آیتیں ثابت ہوتی ہیں کہ پچھلے نبیوں کو جو دین بھیجا گیا، وہ دین وہی تھا جو رسول اللہ کو بھیجا گیا۔</w:t>
      </w:r>
    </w:p>
    <w:p>
      <w:r>
        <w:rPr>
          <w:b/>
        </w:rPr>
        <w:t xml:space="preserve">[08:36] </w:t>
      </w:r>
      <w:r>
        <w:t>mazeed jo baat hai, woh yeh hai ke woh mehfooz, allah taala ne faisla kar diya ke woh mehfooz rahega, us ko koi bigaad nahi paayega.</w:t>
      </w:r>
    </w:p>
    <w:p>
      <w:pPr>
        <w:jc w:val="right"/>
      </w:pPr>
      <w:r>
        <w:t>مزید جو بات ہے، وہ یہ کہ وہ محفوظ، اللہ تعالی نے فیصلہ کر دیا کہ وہ محفوظ رہے گا، اس کو کوئی بگاڑ نہیں پائے گا۔</w:t>
      </w:r>
    </w:p>
    <w:p>
      <w:r>
        <w:rPr>
          <w:b/>
        </w:rPr>
        <w:t xml:space="preserve">[08:45] </w:t>
      </w:r>
      <w:r>
        <w:t>yeh bilkul quran mein saaf saaf hai. ab logon ne khud se bana liya nazariya ke yeh bartar hai, yeh superior hai, yeh aala hai, yeh afzal hai, yeh to khud hi khud bana liya.</w:t>
      </w:r>
    </w:p>
    <w:p>
      <w:pPr>
        <w:jc w:val="right"/>
      </w:pPr>
      <w:r>
        <w:t>یہ بالکل قرآن میں صاف صاف ہے۔ اب لوگوں نے خود سے بنا لیا نظریہ کہ یہ برتر ہے، یہ سپیریئر ہے، یہ اعلیٰ ہے، یہ افضل ہے، یہ تو خود ہی خود بنا لیا۔</w:t>
      </w:r>
    </w:p>
    <w:p>
      <w:r>
        <w:rPr>
          <w:b/>
        </w:rPr>
        <w:t xml:space="preserve">[08:58] </w:t>
      </w:r>
      <w:r>
        <w:t>na quran mein hai, na hadith mein hai. to kaha hai logon ke apne qoumi mindset mein hai, qoumi jazbat mein hai, qoumi khwahishat mein hai.</w:t>
      </w:r>
    </w:p>
    <w:p>
      <w:pPr>
        <w:jc w:val="right"/>
      </w:pPr>
      <w:r>
        <w:t>نہ قرآن میں ہے، نہ حدیث میں ہے۔ تو کہا ہے لوگوں کے اپنے قومی مائنڈ سیٹ میں ہے، قومی جذبات میں ہے، قومی خواہشات میں ہے۔</w:t>
      </w:r>
    </w:p>
    <w:p>
      <w:r>
        <w:rPr>
          <w:b/>
        </w:rPr>
        <w:t xml:space="preserve">[09:12] </w:t>
      </w:r>
      <w:r>
        <w:t>is pe itna hungama kaisi ajeeb baat hai. yani yeh jo baat times of india mein bhi thi, woh ain wahi baat hai jo khud quran mein maujood hai</w:t>
      </w:r>
    </w:p>
    <w:p>
      <w:pPr>
        <w:jc w:val="right"/>
      </w:pPr>
      <w:r>
        <w:t>اس پہ اتنا ہنگامہ کیسی عجیب بات ہے۔ یعنی یہ جو بات ٹائمز آف انڈیا میں بھی تھی، وہ عین وہی بات ہے جو خود قرآن میں موجود ہے</w:t>
      </w:r>
    </w:p>
    <w:p>
      <w:r>
        <w:rPr>
          <w:b/>
        </w:rPr>
        <w:t xml:space="preserve">[09:29] </w:t>
      </w:r>
      <w:r>
        <w:t>ke deen sab nabiyon ko ek hi bheja gaya, lekin pichhle zamane mein jo deen bheja gaya, woh mehfooz na reh saka.</w:t>
      </w:r>
    </w:p>
    <w:p>
      <w:pPr>
        <w:jc w:val="right"/>
      </w:pPr>
      <w:r>
        <w:t>کہ دین سب نبیوں کو ایک ہی بھیجا گیا، لیکن پچھلے زمانے میں جو دین بھیجا گیا، وہ محفوظ نہ رہ سکا۔</w:t>
      </w:r>
    </w:p>
    <w:p>
      <w:r>
        <w:rPr>
          <w:b/>
        </w:rPr>
        <w:t xml:space="preserve">[09:40] </w:t>
      </w:r>
      <w:r>
        <w:t>phir aakhri rasool ke zamane mein allah taala ne faisla farmaya ke is deen ko mukammal tor par mehfooz kiya jayega taake nabi na aane ki soorat mein bhi logon ko hidayat rabbani milti rahe.</w:t>
      </w:r>
    </w:p>
    <w:p>
      <w:pPr>
        <w:jc w:val="right"/>
      </w:pPr>
      <w:r>
        <w:t>پھر آخری رسول کے زمانے میں اللہ تعالی نے فیصلہ فرمایا کہ اس دین کو مکمل طور پر محفوظ کیا جائے گا تاکہ نبی نہ آنے کی صورت میں بھی لوگوں کو ہدایت ربانی ملتی رہے۔</w:t>
      </w:r>
    </w:p>
    <w:p>
      <w:r>
        <w:rPr>
          <w:b/>
        </w:rPr>
        <w:t xml:space="preserve">[09:57] </w:t>
      </w:r>
      <w:r>
        <w:t>yeh saaf saaf hai quran mein. to kaise ajeeb log hain, na zamane ko jante hain, na quran ko jante hain.</w:t>
      </w:r>
    </w:p>
    <w:p>
      <w:pPr>
        <w:jc w:val="right"/>
      </w:pPr>
      <w:r>
        <w:t>یہ صاف صاف ہے قرآن میں۔ تو کیسے عجیب لوگ ہیں، نہ زمانے کو جانتے ہیں، نہ قرآن کو جانتے ہیں۔</w:t>
      </w:r>
    </w:p>
    <w:p>
      <w:r>
        <w:rPr>
          <w:b/>
        </w:rPr>
        <w:t xml:space="preserve">[10:09] </w:t>
      </w:r>
      <w:r>
        <w:t>yeh to quran ki nisbat se baat hui, aur yeh baat intehai scientific statement rahi hai, scientific statement. kyunke dekhiye, farq kya hua hai naye zamane mein aur purane zamane mein.</w:t>
      </w:r>
    </w:p>
    <w:p>
      <w:pPr>
        <w:jc w:val="right"/>
      </w:pPr>
      <w:r>
        <w:t>یہ تو قرآن کی نسبت سے بات ہوئی، اور یہ بات انتہائی سائنٹیفک سٹیٹمنٹ رہی ہے، سائنٹیفک سٹیٹمنٹ۔ کیونکہ دیکھیے، فرق کیا ہوا ہے نئے زمانے میں اور پرانے زمانے میں۔</w:t>
      </w:r>
    </w:p>
    <w:p>
      <w:r>
        <w:rPr>
          <w:b/>
        </w:rPr>
        <w:t xml:space="preserve">[10:25] </w:t>
      </w:r>
      <w:r>
        <w:t>purana zamana jo tha, us mein har cheez purasarar hua karti thi, mysterious.</w:t>
      </w:r>
    </w:p>
    <w:p>
      <w:pPr>
        <w:jc w:val="right"/>
      </w:pPr>
      <w:r>
        <w:t>پرانا زمانہ جو تھا، اس میں ہر چیز پراسرار ہوا کرتی تھی، مسٹیریس۔</w:t>
      </w:r>
    </w:p>
    <w:p>
      <w:r>
        <w:rPr>
          <w:b/>
        </w:rPr>
        <w:t xml:space="preserve">[10:32] </w:t>
      </w:r>
      <w:r>
        <w:t>mysterious. maslan barish hoti hai to samajhte the ke kuch mysterious khayalat bana rakhe the, barish hai, suraj grehan hai, zalzala hai.</w:t>
      </w:r>
    </w:p>
    <w:p>
      <w:pPr>
        <w:jc w:val="right"/>
      </w:pPr>
      <w:r>
        <w:t>مسٹیریس۔ مثلاً بارش ہوتی ہے تو سمجھتے تھے کہ کچھ مسٹیریس خیالات بنا رکھے تھے، بارش ہے، سورج گرہن ہے، زلزلہ ہے۔</w:t>
      </w:r>
    </w:p>
    <w:p>
      <w:r>
        <w:rPr>
          <w:b/>
        </w:rPr>
        <w:t xml:space="preserve">[10:45] </w:t>
      </w:r>
      <w:r>
        <w:t>jo waqiyat the, sab ke bare mein unhone kuch mysterious khayalat bana rakhe the, purasarar khayalat.</w:t>
      </w:r>
    </w:p>
    <w:p>
      <w:pPr>
        <w:jc w:val="right"/>
      </w:pPr>
      <w:r>
        <w:t>جو واقعات تھے، سب کے بارے میں انہوں نے کچھ مسٹیریس خیالات بنا رکھے تھے، پراسرار خیالات۔</w:t>
      </w:r>
    </w:p>
    <w:p>
      <w:r>
        <w:rPr>
          <w:b/>
        </w:rPr>
        <w:t xml:space="preserve">[10:57] </w:t>
      </w:r>
      <w:r>
        <w:t>science ke zamane mein yeh hua ke jo khayalat banaye gaye, jo ideas banaye gaye, woh sab ke sab facts par base karte the, facts.</w:t>
      </w:r>
    </w:p>
    <w:p>
      <w:pPr>
        <w:jc w:val="right"/>
      </w:pPr>
      <w:r>
        <w:t>سائنس کے زمانے میں یہ ہوا کہ جو خیالات بنائے گئے، جو آئیڈیاز بنائے گئے، وہ سب کے سب فیکٹس پر بیس کرتے تھے، فیکٹس۔</w:t>
      </w:r>
    </w:p>
    <w:p>
      <w:r>
        <w:rPr>
          <w:b/>
        </w:rPr>
        <w:t xml:space="preserve">[11:07] </w:t>
      </w:r>
      <w:r>
        <w:t>proven fact, bilkul saada, bilkul jo established fact.</w:t>
      </w:r>
    </w:p>
    <w:p>
      <w:pPr>
        <w:jc w:val="right"/>
      </w:pPr>
      <w:r>
        <w:t>پروون فیکٹ، بالکل سادہ، بالکل جو اسٹیبلش فیکٹ۔</w:t>
      </w:r>
    </w:p>
    <w:p>
      <w:r>
        <w:rPr>
          <w:b/>
        </w:rPr>
        <w:t xml:space="preserve">[11:14] </w:t>
      </w:r>
      <w:r>
        <w:t>ke jab telescope bani, jab microscope bani, study karne ke naye tareeqe bane to nature ko, world ko, universe ko study ki gayi.</w:t>
      </w:r>
    </w:p>
    <w:p>
      <w:pPr>
        <w:jc w:val="right"/>
      </w:pPr>
      <w:r>
        <w:t>کہ جب ٹیلیسکوپ بنی، جب مائیکروسکوپ بنی، اسٹڈی کرنے کے نئے طریقے بنے تو نیچر کو، ورلڈ کو، یونیورس کو اسٹڈی کی گئی۔</w:t>
      </w:r>
    </w:p>
    <w:p>
      <w:r>
        <w:rPr>
          <w:b/>
        </w:rPr>
        <w:t xml:space="preserve">[11:28] </w:t>
      </w:r>
      <w:r>
        <w:t>jo haqaiq daryaft hue, us ki buniyad par saansani nazariyat bane.</w:t>
      </w:r>
    </w:p>
    <w:p>
      <w:pPr>
        <w:jc w:val="right"/>
      </w:pPr>
      <w:r>
        <w:t>جو حقائق دریافت ہوئے، اس کی بنیاد پر سائنسی نظریات بنے۔</w:t>
      </w:r>
    </w:p>
    <w:p>
      <w:r>
        <w:rPr>
          <w:b/>
        </w:rPr>
        <w:t xml:space="preserve">[11:35] </w:t>
      </w:r>
      <w:r>
        <w:t>to purasrar to aik aik bilkul qadeem zamanay mein kuch log is ko samajh saktay hon gay, fakhar par fakhar bana samajhtay hon gay, is ko fakhar letay hon gay.</w:t>
      </w:r>
    </w:p>
    <w:p>
      <w:pPr>
        <w:jc w:val="right"/>
      </w:pPr>
      <w:r>
        <w:t>تو پراسرار تو ایک ایک بالکل قدیم زمانے میں کچھ لوگ اس کو سمجھ سکتے ہوں گے، فخر پر فخر بنا سمجھتے ہوں گے، اس کو فخر لیتے ہوں گے۔</w:t>
      </w:r>
    </w:p>
    <w:p>
      <w:r>
        <w:rPr>
          <w:b/>
        </w:rPr>
        <w:t xml:space="preserve">[11:47] </w:t>
      </w:r>
      <w:r>
        <w:t>aaj ka insaan kisi bhi purasrar aqeeday ko maannay ko tayyar nahi hai. kyunkay afzal kya hai?</w:t>
      </w:r>
    </w:p>
    <w:p>
      <w:pPr>
        <w:jc w:val="right"/>
      </w:pPr>
      <w:r>
        <w:t>آج کا انسان کسی بھی پراسرار عقیدے کو ماننے کو تیار نہیں ہے۔ کیونکہ افضل کیا ہے؟</w:t>
      </w:r>
    </w:p>
    <w:p>
      <w:r>
        <w:rPr>
          <w:b/>
        </w:rPr>
        <w:t xml:space="preserve">[11:56] </w:t>
      </w:r>
      <w:r>
        <w:t>kaisay maloom kay afzal hai? in scientific statement hai yeh.</w:t>
      </w:r>
    </w:p>
    <w:p>
      <w:pPr>
        <w:jc w:val="right"/>
      </w:pPr>
      <w:r>
        <w:t>کیسے معلوم کہ افضل ہے؟ ان سائنٹیفک سٹیٹمنٹ ہے یہ۔</w:t>
      </w:r>
    </w:p>
    <w:p>
      <w:r>
        <w:rPr>
          <w:b/>
        </w:rPr>
        <w:t xml:space="preserve">[12:02] </w:t>
      </w:r>
      <w:r>
        <w:t>afzal aur bartar ka jo statement hai, scientific statement nahi hai yeh. scientific mind ko woh appeal nahi karay ga. lekin yeh jo hai kay preserve religion hai, authentic religion hai,</w:t>
      </w:r>
    </w:p>
    <w:p>
      <w:pPr>
        <w:jc w:val="right"/>
      </w:pPr>
      <w:r>
        <w:t>افضل اور برتر کا جو سٹیٹمنٹ ہے، سائنٹیفک سٹیٹمنٹ نہیں ہے یہ۔ سائنٹیفک مائنڈ کو وہ اپیل نہیں کرے گا۔ لیکن یہ جو ہے کہ پریزرو ریلیجن ہے، اتھینٹک ریلیجن ہے،</w:t>
      </w:r>
    </w:p>
    <w:p>
      <w:r>
        <w:rPr>
          <w:b/>
        </w:rPr>
        <w:t xml:space="preserve">[12:16] </w:t>
      </w:r>
      <w:r>
        <w:t>historical authenticity is ko haasil hai, yeh bilkul scientific statement hai.</w:t>
      </w:r>
    </w:p>
    <w:p>
      <w:pPr>
        <w:jc w:val="right"/>
      </w:pPr>
      <w:r>
        <w:t>ہسٹوریکل اتھینٹیسٹی اس کو حاصل ہے، یہ بالکل سائنٹیفک سٹیٹمنٹ ہے۔</w:t>
      </w:r>
    </w:p>
    <w:p>
      <w:r>
        <w:rPr>
          <w:b/>
        </w:rPr>
        <w:t xml:space="preserve">[12:25] </w:t>
      </w:r>
      <w:r>
        <w:t>to in logon ko na khabar hai quran ki, na khabar hai scientific daur ki.</w:t>
      </w:r>
    </w:p>
    <w:p>
      <w:pPr>
        <w:jc w:val="right"/>
      </w:pPr>
      <w:r>
        <w:t>تو ان لوگوں کو نہ خبر ہے قرآن کی، نہ خبر ہے سائنٹیفک دور کی۔</w:t>
      </w:r>
    </w:p>
    <w:p>
      <w:r>
        <w:rPr>
          <w:b/>
        </w:rPr>
        <w:t xml:space="preserve">[12:32] </w:t>
      </w:r>
      <w:r>
        <w:t>apnay qaumi jazbaat mein jee rahay hain. is mein dainkhay, aisa kyun hai? mein aisa soch raha tha kay aisa kyun hai? musalman kyun saari duniya mein aik hi qism ki bhatkay huay hain?</w:t>
      </w:r>
    </w:p>
    <w:p>
      <w:pPr>
        <w:jc w:val="right"/>
      </w:pPr>
      <w:r>
        <w:t>اپنے قومی جذبات میں جی رہے ہیں۔ اس میں دیکھیں، ایسا کیوں ہے؟ میں ایسا سوچ رہا تھا کہ ایسا کیوں ہے؟ مسلمان کیوں ساری دنیا میں ایک ہی قسم کی بھٹکے ہوئے ہیں؟</w:t>
      </w:r>
    </w:p>
    <w:p>
      <w:r>
        <w:rPr>
          <w:b/>
        </w:rPr>
        <w:t xml:space="preserve">[12:45] </w:t>
      </w:r>
      <w:r>
        <w:t>sab kay sab, yahan say lay kar arab tak. woh hai dawat ka shaoor nikal jana.</w:t>
      </w:r>
    </w:p>
    <w:p>
      <w:pPr>
        <w:jc w:val="right"/>
      </w:pPr>
      <w:r>
        <w:t>سب کے سب، یہاں سے لے کر عرب تک۔ وہ ہے دعوت کا شعور نکل جانا۔</w:t>
      </w:r>
    </w:p>
    <w:p>
      <w:r>
        <w:rPr>
          <w:b/>
        </w:rPr>
        <w:t xml:space="preserve">[12:56] </w:t>
      </w:r>
      <w:r>
        <w:t>dawat ka shaoor nikal jana. dainkhay, dawat jo hai, woh kya karti hai? aap ko insaan friendly banati hai.</w:t>
      </w:r>
    </w:p>
    <w:p>
      <w:pPr>
        <w:jc w:val="right"/>
      </w:pPr>
      <w:r>
        <w:t>دعوت کا شعور نکل جانا۔ دیکھیں، دعوت جو ہے، وہ کیا کرتی ہے؟ آپ کو انسان فرینڈلی بناتی ہے۔</w:t>
      </w:r>
    </w:p>
    <w:p>
      <w:r>
        <w:rPr>
          <w:b/>
        </w:rPr>
        <w:t xml:space="preserve">[13:07] </w:t>
      </w:r>
      <w:r>
        <w:t>jaisay business man hai, aik aadmi dadagiri kar raha ho to kuch nahi sochay ga kay log kaisay hain, logon kay khayalaat kya hain. woh to maar peet kar kay un ki jeeb say paisa chheenay ga.</w:t>
      </w:r>
    </w:p>
    <w:p>
      <w:pPr>
        <w:jc w:val="right"/>
      </w:pPr>
      <w:r>
        <w:t>جیسے بزنس مین ہے، ایک آدمی دادہ گیری کر رہا ہو تو کچھ نہیں سوچے گا کہ لوگ کیسے ہیں، لوگوں کے خیالات کیا ہیں۔ وہ تو مار پیٹ کر کے ان کی جیب سے پیسہ چھینے گا۔</w:t>
      </w:r>
    </w:p>
    <w:p>
      <w:r>
        <w:rPr>
          <w:b/>
        </w:rPr>
        <w:t xml:space="preserve">[13:20] </w:t>
      </w:r>
      <w:r>
        <w:t>lekin aik aadmi business karay, industry lagaye, aik product nikalay to woh kya karay ga? logon ko parhay ga, logon kay mind ko janay ga, market reading karay ga.</w:t>
      </w:r>
    </w:p>
    <w:p>
      <w:pPr>
        <w:jc w:val="right"/>
      </w:pPr>
      <w:r>
        <w:t>لیکن ایک آدمی بزنس کرے، انڈسٹری لگائے، ایک پروڈکٹ نکالے تو وہ کیا کرے گا؟ لوگوں کو پڑھے گا، لوگوں کے مائنڈ کو جانے گا، مارکیٹ ریڈنگ کرے گا۔</w:t>
      </w:r>
    </w:p>
    <w:p>
      <w:r>
        <w:rPr>
          <w:b/>
        </w:rPr>
        <w:t xml:space="preserve">[13:36] </w:t>
      </w:r>
      <w:r>
        <w:t>taakay woh jin logon kay liye product nikal raha hai, un kay liye woh acceptable ho, woh is ko khareedain, is ko woh. to yahi maamla dawat ka hai.</w:t>
      </w:r>
    </w:p>
    <w:p>
      <w:pPr>
        <w:jc w:val="right"/>
      </w:pPr>
      <w:r>
        <w:t>تاکہ وہ جن لوگوں کے لیے پروڈکٹ نکال رہا ہے، ان کے لیے وہ ایکسیپٹیبل ہو، وہ اس کو خریدیں، اس کو وہ۔ تو یہی معاملہ دعوت کا ہے۔</w:t>
      </w:r>
    </w:p>
    <w:p>
      <w:r>
        <w:rPr>
          <w:b/>
        </w:rPr>
        <w:t xml:space="preserve">[13:49] </w:t>
      </w:r>
      <w:r>
        <w:t>agar aap sach much daai hain to insaan kay baray mein bohat sincere rahay gay aap. aap insaan friendly hon gay.</w:t>
      </w:r>
    </w:p>
    <w:p>
      <w:pPr>
        <w:jc w:val="right"/>
      </w:pPr>
      <w:r>
        <w:t>اگر آپ سچ مچ داعی ہیں تو انسان کے بارے میں بہت سنسیئر رہیں گے آپ۔ آپ انسان فرینڈلی ہوں گے۔</w:t>
      </w:r>
    </w:p>
    <w:p>
      <w:r>
        <w:rPr>
          <w:b/>
        </w:rPr>
        <w:t xml:space="preserve">[13:59] </w:t>
      </w:r>
      <w:r>
        <w:t>aap janain gay, jaanna chahain gay kay koi insaan, aaj ka jo insaan hai, aaj ka kya soch hai is ki, kya mind set hai is ka, kin baaton say mutasir hota hai woh, is ka mind address kaisay hoga, kaisay nahi hoga.</w:t>
      </w:r>
    </w:p>
    <w:p>
      <w:pPr>
        <w:jc w:val="right"/>
      </w:pPr>
      <w:r>
        <w:t>آپ جانیں گے، جاننا چاہیں گے کہ کوئی انسان، آج کا جو انسان ہے، آج کا کیا سوچ ہے اس کی، کیا مائنڈ سیٹ ہے اس کا، کن باتوں سے متاثر ہوتا ہے وہ، اس کا مائنڈ ایڈریس کیسے ہوگا، کیسے نہیں ہوگا۔</w:t>
      </w:r>
    </w:p>
    <w:p>
      <w:r>
        <w:rPr>
          <w:b/>
        </w:rPr>
        <w:t xml:space="preserve">[14:14] </w:t>
      </w:r>
      <w:r>
        <w:t>to dawat aap ko sincere banati hai, serious thinking laati hai aap kay andar.</w:t>
      </w:r>
    </w:p>
    <w:p>
      <w:pPr>
        <w:jc w:val="right"/>
      </w:pPr>
      <w:r>
        <w:t>تو دعوت آپ کو سنسیئر بناتی ہے، سیریس تھنکنگ لاتی ہے آپ کے اندر۔</w:t>
      </w:r>
    </w:p>
    <w:p>
      <w:r>
        <w:rPr>
          <w:b/>
        </w:rPr>
        <w:t xml:space="preserve">[14:22] </w:t>
      </w:r>
      <w:r>
        <w:t>theek isi tarah jis tarah say business man sincere ho jata hai.</w:t>
      </w:r>
    </w:p>
    <w:p>
      <w:pPr>
        <w:jc w:val="right"/>
      </w:pPr>
      <w:r>
        <w:t>ٹھیک اسی طرح جس طرح سے بزنس مین سنسیئر ہو جاتا ہے۔</w:t>
      </w:r>
    </w:p>
    <w:p>
      <w:r>
        <w:rPr>
          <w:b/>
        </w:rPr>
        <w:t xml:space="preserve">[14:31] </w:t>
      </w:r>
      <w:r>
        <w:t>aik aadmi nay sahi kaha hai kay isi baat ko lay kar kay jis tarah say tijarti aadmi apni planning karta hai, aisay hi daai apni planning karta hai.</w:t>
      </w:r>
    </w:p>
    <w:p>
      <w:pPr>
        <w:jc w:val="right"/>
      </w:pPr>
      <w:r>
        <w:t>ایک آدمی نے صحیح کہا ہے کہ اسی بات کو لے کر کہ جس طرح سے تجارتی آدمی اپنی پلاننگ کرتا ہے، ایسے ہی داعی اپنی پلاننگ کرتا ہے۔</w:t>
      </w:r>
    </w:p>
    <w:p>
      <w:r>
        <w:rPr>
          <w:b/>
        </w:rPr>
        <w:t xml:space="preserve">[14:48] </w:t>
      </w:r>
      <w:r>
        <w:t>isi baat ko lay kar kay yaani yeh tasawwur hai is kay mind mein kay jis tarah say aik taajir, aik business man, aik industrialist apnay apnay, yaani apnay apnay tijarat ko bohat hi soch samajh kar is ko is ki planning karta hai,</w:t>
      </w:r>
    </w:p>
    <w:p>
      <w:pPr>
        <w:jc w:val="right"/>
      </w:pPr>
      <w:r>
        <w:t>اسی بات کو لے کر کہ یعنی یہ تصور ہے اس کے مائنڈ میں کہ جس طرح سے ایک تاجر، ایک بزنس مین، ایک انڈسٹریلسٹ اپنے اپنے، یعنی اپنی اپنی تجارت کو بہت ہی سوچ سمجھ کر اس کو اس کی پلاننگ کرتا ہے،</w:t>
      </w:r>
    </w:p>
    <w:p>
      <w:r>
        <w:rPr>
          <w:b/>
        </w:rPr>
        <w:t xml:space="preserve">[15:09] </w:t>
      </w:r>
      <w:r>
        <w:t>isi tarah say bohat daai ka bhi haal hai</w:t>
      </w:r>
    </w:p>
    <w:p>
      <w:pPr>
        <w:jc w:val="right"/>
      </w:pPr>
      <w:r>
        <w:t>اسی طرح سے بہت داعی کا بھی حال ہے</w:t>
      </w:r>
    </w:p>
    <w:p>
      <w:r>
        <w:rPr>
          <w:b/>
        </w:rPr>
        <w:t xml:space="preserve">[15:15] </w:t>
      </w:r>
      <w:r>
        <w:t>kay woh aik aik missionary ka bhi haal bhi hai. yaani missionary mein aur aik trader mein koi farq nahi hai. usay is is aitbaar say</w:t>
      </w:r>
    </w:p>
    <w:p>
      <w:pPr>
        <w:jc w:val="right"/>
      </w:pPr>
      <w:r>
        <w:t>کہ وہ ایک ایک مشنری کا بھی حال بھی ہے۔ یعنی مشنری میں اور ایک ٹریڈر میں کوئی فرق نہیں ہے۔ اسے اس اس اعتبار سے</w:t>
      </w:r>
    </w:p>
    <w:p>
      <w:r>
        <w:rPr>
          <w:b/>
        </w:rPr>
        <w:t xml:space="preserve">[15:29] </w:t>
      </w:r>
      <w:r>
        <w:t>bohat ziyada mushaba</w:t>
      </w:r>
    </w:p>
    <w:p>
      <w:pPr>
        <w:jc w:val="right"/>
      </w:pPr>
      <w:r>
        <w:t>بہت زیادہ مشابہ</w:t>
      </w:r>
    </w:p>
    <w:p>
      <w:r>
        <w:rPr>
          <w:b/>
        </w:rPr>
        <w:t xml:space="preserve">[15:31] </w:t>
      </w:r>
      <w:r>
        <w:t>t hai. yaani aik business jo hai, customer friendly hota hai aur daai jo hai, woh insaan friendly hota hai, madعو friendly hota hai.</w:t>
      </w:r>
    </w:p>
    <w:p>
      <w:pPr>
        <w:jc w:val="right"/>
      </w:pPr>
      <w:r>
        <w:t>ت ہے۔ یعنی ایک بزنس جو ہے، کسٹمر فرینڈلی ہوتا ہے اور داعی جو ہے، وہ انسان فرینڈلی ہوتا ہے، مدعو فرینڈلی ہوتا ہے۔</w:t>
      </w:r>
    </w:p>
    <w:p>
      <w:r>
        <w:rPr>
          <w:b/>
        </w:rPr>
        <w:t xml:space="preserve">[15:43] </w:t>
      </w:r>
      <w:r>
        <w:t>aur jab aap madعو friendly hon, insaan friendly hon to phir saari cheezain aa jati</w:t>
      </w:r>
    </w:p>
    <w:p>
      <w:pPr>
        <w:jc w:val="right"/>
      </w:pPr>
      <w:r>
        <w:t>اور جب آپ مدعو فرینڈلی ہوں، انسان فرینڈلی ہوں تو پھر ساری چیزیں آ جاتی</w:t>
      </w:r>
    </w:p>
    <w:p>
      <w:r>
        <w:rPr>
          <w:b/>
        </w:rPr>
        <w:t xml:space="preserve">[15:49] </w:t>
      </w:r>
      <w:r>
        <w:t>hain. aap is kay zehn ko parhain gay, is kay mind ko, is mind kay mind set ko samjhay gay, kin baaton say mutasir hota hai, is ko jaan nay ki koshish karain gay, is ki zabaan seekhain gay, is kay uloom ko seekhain gay.</w:t>
      </w:r>
    </w:p>
    <w:p>
      <w:pPr>
        <w:jc w:val="right"/>
      </w:pPr>
      <w:r>
        <w:t>ہیں۔ آپ اس کے ذہن کو پڑھیں گے، اس کے مائنڈ کو، اس مائنڈ کے مائنڈ سیٹ کو سمجھیں گے، کن باتوں سے متاثر ہوتا ہے، اس کو جاننے کی کوشش کریں گے، اس کی زبان سیکھیں گے، اس کے علوم کو سیکھیں گے۔</w:t>
      </w:r>
    </w:p>
    <w:p>
      <w:r>
        <w:rPr>
          <w:b/>
        </w:rPr>
        <w:t xml:space="preserve">[16:06] </w:t>
      </w:r>
      <w:r>
        <w:t>yeh sab baatein hongi.</w:t>
      </w:r>
    </w:p>
    <w:p>
      <w:pPr>
        <w:jc w:val="right"/>
      </w:pPr>
      <w:r>
        <w:t>یہ سب باتیں ہوں گی۔</w:t>
      </w:r>
    </w:p>
    <w:p>
      <w:r>
        <w:rPr>
          <w:b/>
        </w:rPr>
        <w:t xml:space="preserve">[16:12] </w:t>
      </w:r>
      <w:r>
        <w:t>to chunaanche dawati, dawati shaoor ghayab hai, dawat ki soch hai nahi, dawat ka mizaj hai nahi, is liye yeh bhi sab sab kuch ghayab hai.</w:t>
      </w:r>
    </w:p>
    <w:p>
      <w:pPr>
        <w:jc w:val="right"/>
      </w:pPr>
      <w:r>
        <w:t>تو چونکہ دعوتی، دعوتی شعور غائب ہے، دعوت کی سوچ ہے نہیں، دعوت کا مزاج ہے نہیں، اس لیے یہ بھی سب سب کچھ غائب ہے۔</w:t>
      </w:r>
    </w:p>
    <w:p>
      <w:r>
        <w:rPr>
          <w:b/>
        </w:rPr>
        <w:t xml:space="preserve">[16:23] </w:t>
      </w:r>
      <w:r>
        <w:t>aaj ke musalman na to insaan friendly hain, na unhein jaanna hai ke zamana kaisa hai, aaj ke taqaze kya hain, yeh sab unhein sochna nahi hai.</w:t>
      </w:r>
    </w:p>
    <w:p>
      <w:pPr>
        <w:jc w:val="right"/>
      </w:pPr>
      <w:r>
        <w:t>آج کے مسلمان نہ تو انسان فرینڈلی ہیں، نہ انہیں جاننا ہے کہ زمانہ کیسا ہے، آج کے تقاضے کیا ہیں، یہ سب انہیں سوچنا نہیں ہے۔</w:t>
      </w:r>
    </w:p>
    <w:p>
      <w:r>
        <w:rPr>
          <w:b/>
        </w:rPr>
        <w:t xml:space="preserve">[16:33] </w:t>
      </w:r>
      <w:r>
        <w:t>to dawat khatam hui to sab sab baatein khatam ho gaein.</w:t>
      </w:r>
    </w:p>
    <w:p>
      <w:pPr>
        <w:jc w:val="right"/>
      </w:pPr>
      <w:r>
        <w:t>تو دعوت ختم ہوئی تو سب سب باتیں ختم ہو گئیں۔</w:t>
      </w:r>
    </w:p>
    <w:p>
      <w:r>
        <w:rPr>
          <w:b/>
        </w:rPr>
        <w:t xml:space="preserve">[16:39] </w:t>
      </w:r>
      <w:r>
        <w:t>ab bas bilkul self interest ke liye jeeta hai aaj ka musalman. kuch kama lena taake ghar bana le, kuch kama le taake mere bachon ko kaam chal jaaye.</w:t>
      </w:r>
    </w:p>
    <w:p>
      <w:pPr>
        <w:jc w:val="right"/>
      </w:pPr>
      <w:r>
        <w:t>اب بس بالکل سیلف انٹرسٹ کے لیے جیتا ہے آج کا مسلمان۔ کچھ کما لینا تاکہ گھر بنا لے، کچھ کما لے تاکہ میرے بچوں کو کام چل جائے۔</w:t>
      </w:r>
    </w:p>
    <w:p>
      <w:r>
        <w:rPr>
          <w:b/>
        </w:rPr>
        <w:t xml:space="preserve">[16:48] </w:t>
      </w:r>
      <w:r>
        <w:t>bas apne self interest se bahar koi soch ka in ke andar hai hi nahi. yahan se le kar western countries tak yahi haal hai.</w:t>
      </w:r>
    </w:p>
    <w:p>
      <w:pPr>
        <w:jc w:val="right"/>
      </w:pPr>
      <w:r>
        <w:t>بس اپنے سیلف انٹرسٹ سے باہر کوئی سوچ کا ان کے اندر ہے ہی نہیں۔ یہاں سے لے کر ویسٹرن کنٹریز تک یہی حال ہے۔</w:t>
      </w:r>
    </w:p>
    <w:p>
      <w:r>
        <w:rPr>
          <w:b/>
        </w:rPr>
        <w:t xml:space="preserve">[17:01] </w:t>
      </w:r>
      <w:r>
        <w:t>western countries mein bar bar main gaya hoon, wahan bhi log bas sari zindagi ghoomti hai kis par? dollar aur pound par.</w:t>
      </w:r>
    </w:p>
    <w:p>
      <w:pPr>
        <w:jc w:val="right"/>
      </w:pPr>
      <w:r>
        <w:t>ویسٹرن کنٹریز میں بار بار میں گیا ہوں، وہاں بھی لوگ بس ساری زندگی گھومتی ہے کس پر؟ ڈالر اور پاؤنڈ پر۔</w:t>
      </w:r>
    </w:p>
    <w:p>
      <w:r>
        <w:rPr>
          <w:b/>
        </w:rPr>
        <w:t xml:space="preserve">[17:08] </w:t>
      </w:r>
      <w:r>
        <w:t>bas aur kuch un ki soch hi nahi hai. hatta ke jin mulkon mein woh rehte hain, un ke baray mein bohat kam jante hain woh, siwaye is ke ke yahan hum kama sakte hain paisa, yahan dollar kama sakte hain, yahan pound kama sakte hain ya euro kama sakte hain.</w:t>
      </w:r>
    </w:p>
    <w:p>
      <w:pPr>
        <w:jc w:val="right"/>
      </w:pPr>
      <w:r>
        <w:t>بس اور کچھ ان کی سوچ ہی نہیں ہے۔ حتیٰ کہ جن ملکوں میں وہ رہتے ہیں، ان کے بارے میں بہت کم جانتے ہیں وہ، سوائے اس کے کہ یہاں ہم کما سکتے ہیں پیسہ، یہاں ڈالر کما سکتے ہیں، یہاں پاؤنڈ کما سکتے ہیں یا یورو کما سکتے ہیں۔</w:t>
      </w:r>
    </w:p>
    <w:p>
      <w:r>
        <w:rPr>
          <w:b/>
        </w:rPr>
        <w:t xml:space="preserve">[17:28] </w:t>
      </w:r>
      <w:r>
        <w:t>yeh kya ajeeb haal hai musalmanon ka. dawat ko khoya to sab kuch kho diya.</w:t>
      </w:r>
    </w:p>
    <w:p>
      <w:pPr>
        <w:jc w:val="right"/>
      </w:pPr>
      <w:r>
        <w:t>یہ کیا عجیب حال ہے مسلمانوں کا۔ دعوت کو کھویا تو سب کچھ کھو دیا۔</w:t>
      </w:r>
    </w:p>
    <w:p>
      <w:r>
        <w:rPr>
          <w:b/>
        </w:rPr>
        <w:t xml:space="preserve">[17:35] </w:t>
      </w:r>
      <w:r>
        <w:t>sahaba ke andar, tabeen ke andar dawat ka mizaj tha to sab kuch un ko mila hua tha. sab se bara khazana jo tha, mila hua tha.</w:t>
      </w:r>
    </w:p>
    <w:p>
      <w:pPr>
        <w:jc w:val="right"/>
      </w:pPr>
      <w:r>
        <w:t>صحابہ کے اندر، تابعین کے اندر دعوت کا مزاج تھا تو سب کچھ ان کو ملا ہوا تھا۔ سب سے بڑا خزانہ جو تھا، ملا ہوا تھا۔</w:t>
      </w:r>
    </w:p>
    <w:p>
      <w:r>
        <w:rPr>
          <w:b/>
        </w:rPr>
        <w:t xml:space="preserve">[17:44] </w:t>
      </w:r>
      <w:r>
        <w:t>khazana un ke halaat parhiye agar to kitna ajeeb maloom hota hai. kaise ajeeb o ghareeb insaan thay woh.</w:t>
      </w:r>
    </w:p>
    <w:p>
      <w:pPr>
        <w:jc w:val="right"/>
      </w:pPr>
      <w:r>
        <w:t>خزانہ ان کے حالات پڑھیے اگر تو کتنا عجیب معلوم ہوتا ہے۔ کیسے عجیب و غریب انسان تھے وہ۔</w:t>
      </w:r>
    </w:p>
    <w:p>
      <w:r>
        <w:rPr>
          <w:b/>
        </w:rPr>
        <w:t xml:space="preserve">[17:56] </w:t>
      </w:r>
      <w:r>
        <w:t>kaise ajeeb o ghareeb insaan thay woh. to kis cheez ne un ko banaya tha hero?</w:t>
      </w:r>
    </w:p>
    <w:p>
      <w:pPr>
        <w:jc w:val="right"/>
      </w:pPr>
      <w:r>
        <w:t>کیسے عجیب و غریب انسان تھے وہ۔ تو کس چیز نے ان کو بنایا تھا ہیرو؟</w:t>
      </w:r>
    </w:p>
    <w:p>
      <w:r>
        <w:rPr>
          <w:b/>
        </w:rPr>
        <w:t xml:space="preserve">[18:04] </w:t>
      </w:r>
      <w:r>
        <w:t>dawat ne. jis tarah kisi ke andar yeh phan lag jaaye ke mujhe paisa kamana hai, paisa kamana hai to hero ban jayega woh.</w:t>
      </w:r>
    </w:p>
    <w:p>
      <w:pPr>
        <w:jc w:val="right"/>
      </w:pPr>
      <w:r>
        <w:t>دعوت نے۔ جس طرح کسی کے اندر یہ پھن لگ جائے کہ مجھے پیسہ کمانا ہے، پیسہ کمانا ہے تو ہیرو بن جائے گا وہ۔</w:t>
      </w:r>
    </w:p>
    <w:p>
      <w:r>
        <w:rPr>
          <w:b/>
        </w:rPr>
        <w:t xml:space="preserve">[18:15] </w:t>
      </w:r>
      <w:r>
        <w:t>hero ban jayega. aise hi jisko yeh ho jaaye ke mujhe dawat dena hai, insaan ko Allah ka paigham pahunchana hai to hero ban jayega woh.</w:t>
      </w:r>
    </w:p>
    <w:p>
      <w:pPr>
        <w:jc w:val="right"/>
      </w:pPr>
      <w:r>
        <w:t>ہیرو بن جائے گا۔ ایسے ہی جس کو یہ ہو جائے کہ مجھے دعوت دینا ہے، انسان کو اللہ کا پیغام پہنچانا ہے تو ہیرو بن جائے گا وہ۔</w:t>
      </w:r>
    </w:p>
    <w:p>
      <w:r>
        <w:rPr>
          <w:b/>
        </w:rPr>
        <w:t xml:space="preserve">[18:25] </w:t>
      </w:r>
      <w:r>
        <w:t>hero ban jayega to sab kuch karega jo us ke taqaze hain.</w:t>
      </w:r>
    </w:p>
    <w:p>
      <w:pPr>
        <w:jc w:val="right"/>
      </w:pPr>
      <w:r>
        <w:t>ہیرو بن جائے گا تو سب کچھ کرے گا جو اس کے تقاضے ہیں۔</w:t>
      </w:r>
    </w:p>
    <w:p>
      <w:r>
        <w:rPr>
          <w:b/>
        </w:rPr>
        <w:t xml:space="preserve">[18:32] </w:t>
      </w:r>
      <w:r>
        <w:t>to kal jab main wahan gaya to aap dekhiye ke yeh university taqreeban 45 saal pehle qaim hui. pehli baar wahan aisa hua tha ke wahan ke haal mein Islam par lecture ho ek aalim ka.</w:t>
      </w:r>
    </w:p>
    <w:p>
      <w:pPr>
        <w:jc w:val="right"/>
      </w:pPr>
      <w:r>
        <w:t>تو کل جب میں وہاں گیا تو آپ دیکھیے کہ یہ یونیورسٹی تقریباً 45 سال پہلے قائم ہوئی۔ پہلی بار وہاں ایسا ہوا تھا کہ وہاں کے حال میں اسلام پر لیکچر ہو ایک عالم کا۔</w:t>
      </w:r>
    </w:p>
    <w:p>
      <w:r>
        <w:rPr>
          <w:b/>
        </w:rPr>
        <w:t xml:space="preserve">[18:47] </w:t>
      </w:r>
      <w:r>
        <w:t>to khush hona chahiye na? khush ke dekho yahan hinduon ne yeh university banai hai Chaudhary Charan Singh ke naam par.</w:t>
      </w:r>
    </w:p>
    <w:p>
      <w:pPr>
        <w:jc w:val="right"/>
      </w:pPr>
      <w:r>
        <w:t>تو خوش ہونا چاہیے نا؟ خوش کہ دیکھو یہاں ہندوؤں نے یہ یونیورسٹی بنائی ہے چوہدری چرند سنگھ کے نام پر۔</w:t>
      </w:r>
    </w:p>
    <w:p>
      <w:r>
        <w:rPr>
          <w:b/>
        </w:rPr>
        <w:t xml:space="preserve">[18:55] </w:t>
      </w:r>
      <w:r>
        <w:t>yahan par Islam par lecture ho raha hai. yahan par Islami literature aaya hai, wahan pe stall lagaya gaya tha. jahan khoob logon ko Islam ka paigham pahunchaya jayega, literature distribute kiya jayega.</w:t>
      </w:r>
    </w:p>
    <w:p>
      <w:pPr>
        <w:jc w:val="right"/>
      </w:pPr>
      <w:r>
        <w:t>یہاں پر اسلام پر لیکچر ہو رہا ہے۔ یہاں پر اسلامی لٹریچر آیا ہے، وہاں پہ اسٹال لگایا گیا تھا۔ جہاں خوب لوگوں کو اسلام کا پیغام پہنچایا جائے گا، لٹریچر ڈسٹریبیوٹ کیا جائے گا۔</w:t>
      </w:r>
    </w:p>
    <w:p>
      <w:r>
        <w:rPr>
          <w:b/>
        </w:rPr>
        <w:t xml:space="preserve">[19:08] </w:t>
      </w:r>
      <w:r>
        <w:t>khush hote hain kitna acha mauqa Allah taala ne diya hai. is ka woh hangama kar rahe hain.</w:t>
      </w:r>
    </w:p>
    <w:p>
      <w:pPr>
        <w:jc w:val="right"/>
      </w:pPr>
      <w:r>
        <w:t>خوش ہوتے ہیں کتنا اچھا موقع اللہ تعالی نے دیا ہے۔ اس کا وہ ہنگامہ کر رہے ہیں۔</w:t>
      </w:r>
    </w:p>
    <w:p>
      <w:r>
        <w:rPr>
          <w:b/>
        </w:rPr>
        <w:t xml:space="preserve">[19:18] </w:t>
      </w:r>
      <w:r>
        <w:t>yani apne</w:t>
      </w:r>
    </w:p>
    <w:p>
      <w:pPr>
        <w:jc w:val="right"/>
      </w:pPr>
      <w:r>
        <w:t>یعنی اپنے</w:t>
      </w:r>
    </w:p>
    <w:p>
      <w:r>
        <w:rPr>
          <w:b/>
        </w:rPr>
        <w:t xml:space="preserve">[19:20] </w:t>
      </w:r>
      <w:r>
        <w:t>kuch bhi nahi jante woh. kyun? dawati shaoor kho diya hai unhon ne. dawati shaoor kho diya hai.</w:t>
      </w:r>
    </w:p>
    <w:p>
      <w:pPr>
        <w:jc w:val="right"/>
      </w:pPr>
      <w:r>
        <w:t>کچھ بھی نہیں جانتے وہ۔ کیوں؟ دعوتی شعور کھو دیا ہے انہوں نے۔ دعوتی شعور کھو دیا ہے۔</w:t>
      </w:r>
    </w:p>
    <w:p>
      <w:r>
        <w:rPr>
          <w:b/>
        </w:rPr>
        <w:t xml:space="preserve">[19:31] </w:t>
      </w:r>
      <w:r>
        <w:t>is zamane mein yaad kiya hai? is zamane mein yahi tareeqa hai ke seminar hota hai, jalsay hotay hain, stage lagaya jata hai, wahan par aap khare ho kar taqreer karte hain.</w:t>
      </w:r>
    </w:p>
    <w:p>
      <w:pPr>
        <w:jc w:val="right"/>
      </w:pPr>
      <w:r>
        <w:t>اس زمانے میں یاد کیا ہے؟ اس زمانے میں یہی طریقہ ہے کہ سیمینار ہوتا ہے، جلسے ہوتے ہیں، اسٹیج لگایا جاتا ہے، وہاں پر آپ کھڑے ہو کر تقریر کرتے ہیں۔</w:t>
      </w:r>
    </w:p>
    <w:p>
      <w:r>
        <w:rPr>
          <w:b/>
        </w:rPr>
        <w:t xml:space="preserve">[19:44] </w:t>
      </w:r>
      <w:r>
        <w:t>phir wahan kitabein taqseem ki jati hain, phir akhbaron mein chapti hain baatein.</w:t>
      </w:r>
    </w:p>
    <w:p>
      <w:pPr>
        <w:jc w:val="right"/>
      </w:pPr>
      <w:r>
        <w:t>پھر وہاں کتابیں تقسیم کی جاتی ہیں، پھر اخباروں میں چھپتی ہیں باتیں۔</w:t>
      </w:r>
    </w:p>
    <w:p>
      <w:r>
        <w:rPr>
          <w:b/>
        </w:rPr>
        <w:t xml:space="preserve">[19:49] </w:t>
      </w:r>
      <w:r>
        <w:t>to ek lecture se kitne sare tareeqon se, ek ek lecture ki wajah se kitne sare tareeqon se Islam ki baatein har jagah aati hain.</w:t>
      </w:r>
    </w:p>
    <w:p>
      <w:pPr>
        <w:jc w:val="right"/>
      </w:pPr>
      <w:r>
        <w:t>تو ایک لیکچر سے کتنے سارے طریقوں سے، ایک ایک لیکچر کی وجہ سے کتنے سارے طریقوں سے اسلام کی باتیں ہر جگہ آتی ہیں۔</w:t>
      </w:r>
    </w:p>
    <w:p>
      <w:r>
        <w:rPr>
          <w:b/>
        </w:rPr>
        <w:t xml:space="preserve">[20:00] </w:t>
      </w:r>
      <w:r>
        <w:t>aur Khuda ke fazal se aaein bhi. lekin in ko dekhiye, in in musalmanon ko ke unhon ne apne zehan ka kya muzahira kiya.</w:t>
      </w:r>
    </w:p>
    <w:p>
      <w:pPr>
        <w:jc w:val="right"/>
      </w:pPr>
      <w:r>
        <w:t>اور خدا کے فضل سے آئیں بھی۔ لیکن ان کو دیکھیے، ان ان مسلمانوں کو کہ انہوں نے اپنے ذہن کا کیا مظاہرہ کیا۔</w:t>
      </w:r>
    </w:p>
    <w:p>
      <w:r>
        <w:rPr>
          <w:b/>
        </w:rPr>
        <w:t xml:space="preserve">[20:12] </w:t>
      </w:r>
      <w:r>
        <w:t>jis baat par khush hona chahiye tha, jis mein unhein apne aap ko involve karna chahiye tha, jis mein aa kar woh kehna chahiye tha ke humein bhi is mein shamil karo, hum bhi kya karein?</w:t>
      </w:r>
    </w:p>
    <w:p>
      <w:pPr>
        <w:jc w:val="right"/>
      </w:pPr>
      <w:r>
        <w:t>جس بات پر خوش ہونا چاہیے تھا، جس میں انہیں اپنے آپ کو انوالو کرنا چاہیے تھا، جس میں آ کر وہ کہنا چاہیے تھا کہ ہمیں بھی اس میں شامل کرو، ہم بھی کیا کریں؟</w:t>
      </w:r>
    </w:p>
    <w:p>
      <w:r>
        <w:rPr>
          <w:b/>
        </w:rPr>
        <w:t xml:space="preserve">[20:21] </w:t>
      </w:r>
      <w:r>
        <w:t>batao. yeh to bohat acha kaam ho raha hai ke chaudhri charand singh university mein islam par lecture ho raha hai, hamein batao ke hamein kya karna hai.</w:t>
      </w:r>
    </w:p>
    <w:p>
      <w:pPr>
        <w:jc w:val="right"/>
      </w:pPr>
      <w:r>
        <w:t>بتاؤ۔ یہ تو بہت اچھا کام ہو رہا ہے کہ چوہدری چرند سنگھ یونیورسٹی میں اسلام پر لیکچر ہو رہا ہے، ہمیں بتاؤ کہ ہمیں کیا کرنا ہے۔</w:t>
      </w:r>
    </w:p>
    <w:p>
      <w:r>
        <w:rPr>
          <w:b/>
        </w:rPr>
        <w:t xml:space="preserve">[20:33] </w:t>
      </w:r>
      <w:r>
        <w:t>hangama kar rahe hain.</w:t>
      </w:r>
    </w:p>
    <w:p>
      <w:pPr>
        <w:jc w:val="right"/>
      </w:pPr>
      <w:r>
        <w:t>ہنگامہ کر رہے ہیں۔</w:t>
      </w:r>
    </w:p>
    <w:p>
      <w:r>
        <w:rPr>
          <w:b/>
        </w:rPr>
        <w:t xml:space="preserve">[20:36] </w:t>
      </w:r>
      <w:r>
        <w:t>to mein ne is par socha to meri samajh mein aayi ke musalmanon ne musalmanon se dawat ka, yani dawah consciousness, consciousness gum ho gaya.</w:t>
      </w:r>
    </w:p>
    <w:p>
      <w:pPr>
        <w:jc w:val="right"/>
      </w:pPr>
      <w:r>
        <w:t>تو میں نے اس پر سوچا تو میری سمجھ میں آئی کہ مسلمانوں نے مسلمانوں سے دعوت کا، یعنی دعویٰ کانشیسنس، کانشیسنس گم ہو گیا۔</w:t>
      </w:r>
    </w:p>
    <w:p>
      <w:r>
        <w:rPr>
          <w:b/>
        </w:rPr>
        <w:t xml:space="preserve">[20:49] </w:t>
      </w:r>
      <w:r>
        <w:t>dawti shaoor gum ho gaya. to sari cheezein gum ho gaein.</w:t>
      </w:r>
    </w:p>
    <w:p>
      <w:pPr>
        <w:jc w:val="right"/>
      </w:pPr>
      <w:r>
        <w:t>دعوتی شعور گم ہو گیا۔ تو ساری چیزیں گم ہو گئیں۔</w:t>
      </w:r>
    </w:p>
    <w:p>
      <w:r>
        <w:rPr>
          <w:b/>
        </w:rPr>
        <w:t xml:space="preserve">[20:54] </w:t>
      </w:r>
      <w:r>
        <w:t>insan se unhein khair khwahi nahi rahi.</w:t>
      </w:r>
    </w:p>
    <w:p>
      <w:pPr>
        <w:jc w:val="right"/>
      </w:pPr>
      <w:r>
        <w:t>انسان سے انہیں خیر خواہی نہیں رہی۔</w:t>
      </w:r>
    </w:p>
    <w:p>
      <w:r>
        <w:rPr>
          <w:b/>
        </w:rPr>
        <w:t xml:space="preserve">[20:59] </w:t>
      </w:r>
      <w:r>
        <w:t>zamane ka shaoor in ko nahi hai. mutale'ay ka shauq in ko nahi hai.</w:t>
      </w:r>
    </w:p>
    <w:p>
      <w:pPr>
        <w:jc w:val="right"/>
      </w:pPr>
      <w:r>
        <w:t>زمانے کا شعور ان کو نہیں ہے۔ مطالعے کا شوق ان کو نہیں ہے۔</w:t>
      </w:r>
    </w:p>
    <w:p>
      <w:r>
        <w:rPr>
          <w:b/>
        </w:rPr>
        <w:t xml:space="preserve">[21:06] </w:t>
      </w:r>
      <w:r>
        <w:t>modern science ko janne ka shauq nahi hai in ko. yani sari woh cheezein hain jo positive cheezein hain, misbat cheezein hain. in ka koi shauq hi nahi siwaye is ke ke kuch paisa kama lein aur bachchon ko khush karein paisa de kar</w:t>
      </w:r>
    </w:p>
    <w:p>
      <w:pPr>
        <w:jc w:val="right"/>
      </w:pPr>
      <w:r>
        <w:t>ماڈرن سائنس کو جاننے کا شوق نہیں ہے ان کو۔ یعنی ساری وہ چیزیں ہیں جو پوزیٹیو چیزیں ہیں، مثبت چیزیں ہیں۔ ان کا کوئی شوق ہی نہیں سوائے اس کے کہ کچھ پیسہ کما لیں اور بچوں کو خوش کریں پیسہ دے کر</w:t>
      </w:r>
    </w:p>
    <w:p>
      <w:r>
        <w:rPr>
          <w:b/>
        </w:rPr>
        <w:t xml:space="preserve">[21:20] </w:t>
      </w:r>
      <w:r>
        <w:t>ke. kuch khushhali nahi, in ka goal hi kuch nahi hai is ke siwa. to is zamane ke musalmanon ki sab se bari khair khwahi yeh hai ke in ko dawat par uthaya jaye.</w:t>
      </w:r>
    </w:p>
    <w:p>
      <w:pPr>
        <w:jc w:val="right"/>
      </w:pPr>
      <w:r>
        <w:t>کے۔ کچھ خوشحالی نہیں، ان کا گول ہی کچھ نہیں ہے اس کے سوا۔ تو اس زمانے کے مسلمانوں کی سب سے بڑی خیر خواہی یہ ہے کہ ان کو دعوت پر اٹھایا جائے۔</w:t>
      </w:r>
    </w:p>
    <w:p>
      <w:r>
        <w:rPr>
          <w:b/>
        </w:rPr>
        <w:t xml:space="preserve">[21:34] </w:t>
      </w:r>
      <w:r>
        <w:t>dawat par</w:t>
      </w:r>
    </w:p>
    <w:p>
      <w:pPr>
        <w:jc w:val="right"/>
      </w:pPr>
      <w:r>
        <w:t>دعوت پر</w:t>
      </w:r>
    </w:p>
    <w:p>
      <w:r>
        <w:rPr>
          <w:b/>
        </w:rPr>
        <w:t xml:space="preserve">[21:36] </w:t>
      </w:r>
      <w:r>
        <w:t>. bohat khatarnak baat hai yeh. kyunke dekhiye, mamla kya hai? jab Allah taala ne peghambar bhejane ka silsila band kar diya to kya dawat bhi khatam ho gayi?</w:t>
      </w:r>
    </w:p>
    <w:p>
      <w:pPr>
        <w:jc w:val="right"/>
      </w:pPr>
      <w:r>
        <w:t>۔ بہت خطرناک بات ہے یہ۔ کیونکہ دیکھیے، معاملہ کیا ہے؟ جب اللہ تعالی نے پیغمبر بھیجنے کا سلسلہ بند کر دیا تو کیا دعوت بھی ختم ہو گئی؟</w:t>
      </w:r>
    </w:p>
    <w:p>
      <w:r>
        <w:rPr>
          <w:b/>
        </w:rPr>
        <w:t xml:space="preserve">[21:51] </w:t>
      </w:r>
      <w:r>
        <w:t>yani kar peghambari bhi khatam ho gayi? nahi. peghambar ki aamad ka silsila band hua lekin kar peghambar to baqi raha.</w:t>
      </w:r>
    </w:p>
    <w:p>
      <w:pPr>
        <w:jc w:val="right"/>
      </w:pPr>
      <w:r>
        <w:t>یعنی کار پیغمبری بھی ختم ہو گئی؟ نہیں۔ پیغمبر کی آمد کا سلسلہ بند ہوا لیکن کار پیغمبر تو باقی رہا۔</w:t>
      </w:r>
    </w:p>
    <w:p>
      <w:r>
        <w:rPr>
          <w:b/>
        </w:rPr>
        <w:t xml:space="preserve">[22:01] </w:t>
      </w:r>
      <w:r>
        <w:t>yani dawat. kaise? ummat ke zariye se.</w:t>
      </w:r>
    </w:p>
    <w:p>
      <w:pPr>
        <w:jc w:val="right"/>
      </w:pPr>
      <w:r>
        <w:t>یعنی دعوت۔ کیسے؟ امت کے ذریعے سے۔</w:t>
      </w:r>
    </w:p>
    <w:p>
      <w:r>
        <w:rPr>
          <w:b/>
        </w:rPr>
        <w:t xml:space="preserve">[22:07] </w:t>
      </w:r>
      <w:r>
        <w:t>liyaqool rasool shaheed aleikum wa takoon shuhada al-nas. jo kar dawat pehle peghambar kiya karte the, woh kar dawat aap is ummat ko karna hai, ummat-e-muhammadi ko karna hai.</w:t>
      </w:r>
    </w:p>
    <w:p>
      <w:pPr>
        <w:jc w:val="right"/>
      </w:pPr>
      <w:r>
        <w:t>لیقول رسول شہید علیکم وتکون شہداء الناس۔ جو کار دعوت پہلے پیغمبر کیا کرتے تھے، وہ کار دعوت آپ اس امت کو کرنا ہے، امت محمدی کو کرنا ہے۔</w:t>
      </w:r>
    </w:p>
    <w:p>
      <w:r>
        <w:rPr>
          <w:b/>
        </w:rPr>
        <w:t xml:space="preserve">[22:23] </w:t>
      </w:r>
      <w:r>
        <w:t>yani ummat-e-muhammadi goya maqam-e-peghambari par hai. khatm-e-nubut ke baad yeh ummat maqam-e-nubut par hai.</w:t>
      </w:r>
    </w:p>
    <w:p>
      <w:pPr>
        <w:jc w:val="right"/>
      </w:pPr>
      <w:r>
        <w:t>یعنی امت محمدی گویا مقام پیغمبری پر ہے۔ ختم نبوت کے بعد یہ امت مقام نبوت پر ہے۔</w:t>
      </w:r>
    </w:p>
    <w:p>
      <w:r>
        <w:rPr>
          <w:b/>
        </w:rPr>
        <w:t xml:space="preserve">[22:32] </w:t>
      </w:r>
      <w:r>
        <w:t>is</w:t>
      </w:r>
    </w:p>
    <w:p>
      <w:pPr>
        <w:jc w:val="right"/>
      </w:pPr>
      <w:r>
        <w:t>اس</w:t>
      </w:r>
    </w:p>
    <w:p>
      <w:r>
        <w:rPr>
          <w:b/>
        </w:rPr>
        <w:t xml:space="preserve">[22:33] </w:t>
      </w:r>
      <w:r>
        <w:t>is sense mein.</w:t>
      </w:r>
    </w:p>
    <w:p>
      <w:pPr>
        <w:jc w:val="right"/>
      </w:pPr>
      <w:r>
        <w:t>اس سینس میں۔</w:t>
      </w:r>
    </w:p>
    <w:p>
      <w:r>
        <w:rPr>
          <w:b/>
        </w:rPr>
        <w:t xml:space="preserve">[22:37] </w:t>
      </w:r>
      <w:r>
        <w:t>acha, agar aap yeh kaam na karein to kya hai? yani ke yeh kaam na karein, is ki hesiyat khatam.</w:t>
      </w:r>
    </w:p>
    <w:p>
      <w:pPr>
        <w:jc w:val="right"/>
      </w:pPr>
      <w:r>
        <w:t>اچھا، اگر آپ یہ کام نہ کریں تو کیا ہے؟ یعنی کہ یہ کام نہ کریں، اس کی حیثیت ختم۔</w:t>
      </w:r>
    </w:p>
    <w:p>
      <w:r>
        <w:rPr>
          <w:b/>
        </w:rPr>
        <w:t xml:space="preserve">[22:47] </w:t>
      </w:r>
      <w:r>
        <w:t>jaise government jo hai, ek aadmi ko uhda de, collector banaye, wahan kahin bheje, wahan par. ab woh kaam na kare apna, kya dismiss kar diya</w:t>
      </w:r>
    </w:p>
    <w:p>
      <w:pPr>
        <w:jc w:val="right"/>
      </w:pPr>
      <w:r>
        <w:t>جیسے گورنمنٹ جو ہے، ایک آدمی کو عہدہ دے، کلیکٹر بنائے، وہاں کہیں بھیجے، وہاں پر۔ اب وہ کام نہ کرے اپنا، کیا ڈسمس کر دیا</w:t>
      </w:r>
    </w:p>
    <w:p>
      <w:r>
        <w:rPr>
          <w:b/>
        </w:rPr>
        <w:t xml:space="preserve">[22:57] </w:t>
      </w:r>
      <w:r>
        <w:t>jayega woh?</w:t>
      </w:r>
    </w:p>
    <w:p>
      <w:pPr>
        <w:jc w:val="right"/>
      </w:pPr>
      <w:r>
        <w:t>جائے گا وہ؟</w:t>
      </w:r>
    </w:p>
    <w:p>
      <w:r>
        <w:rPr>
          <w:b/>
        </w:rPr>
        <w:t xml:space="preserve">[23:01] </w:t>
      </w:r>
      <w:r>
        <w:t>jo collector kahin bheja jaye, kahin zile mein, woh kaam na kare</w:t>
      </w:r>
    </w:p>
    <w:p>
      <w:pPr>
        <w:jc w:val="right"/>
      </w:pPr>
      <w:r>
        <w:t>جو کلیکٹر کہیں بھیجا جائے، کہیں ضلعے میں، وہ کام نہ کرے</w:t>
      </w:r>
    </w:p>
    <w:p>
      <w:r>
        <w:rPr>
          <w:b/>
        </w:rPr>
        <w:t xml:space="preserve">[23:10] </w:t>
      </w:r>
      <w:r>
        <w:t>to dismiss kar diya jayega woh.</w:t>
      </w:r>
    </w:p>
    <w:p>
      <w:pPr>
        <w:jc w:val="right"/>
      </w:pPr>
      <w:r>
        <w:t>تو ڈسمس کر دیا جائے گا وہ۔</w:t>
      </w:r>
    </w:p>
    <w:p>
      <w:r>
        <w:rPr>
          <w:b/>
        </w:rPr>
        <w:t xml:space="preserve">[23:15] </w:t>
      </w:r>
      <w:r>
        <w:t>to isi tarah se jo ummat is kaam ko na kare jo Allah ne is ko de rakha hai, to dismiss kar di jayegi woh. kitna bara khata</w:t>
      </w:r>
    </w:p>
    <w:p>
      <w:pPr>
        <w:jc w:val="right"/>
      </w:pPr>
      <w:r>
        <w:t>تو اسی طرح سے جو امت اس کام کو نہ کرے جو اللہ نے اس کو دے رکھا ہے، تو ڈسمس کر دی جائے گی وہ۔ کتنا بڑا خطر</w:t>
      </w:r>
    </w:p>
    <w:p>
      <w:r>
        <w:rPr>
          <w:b/>
        </w:rPr>
        <w:t xml:space="preserve">[23:24] </w:t>
      </w:r>
      <w:r>
        <w:t>hai, ghor kijiye. agar hamari ummat-e-muhammadi ki hesiyat khatam ho jaye to hamari hesiyat hai kya phir? aur kis hesiyat se hum Allah taala ke haan hum hazir hone wale hain?</w:t>
      </w:r>
    </w:p>
    <w:p>
      <w:pPr>
        <w:jc w:val="right"/>
      </w:pPr>
      <w:r>
        <w:t>ہ ہے، غور کیجئے۔ اگر ہماری امت محمدی کی حیثیت ختم ہو جائے تو ہماری حیثیت ہے کیا پھر؟ اور کس حیثیت سے ہم اللہ تعالی کے ہاں ہم حاضر ہونے والے ہیں؟</w:t>
      </w:r>
    </w:p>
    <w:p>
      <w:r>
        <w:rPr>
          <w:b/>
        </w:rPr>
        <w:t xml:space="preserve">[23:38] </w:t>
      </w:r>
      <w:r>
        <w:t>aap ghor farmayein. doosri kaun si hesiyat hai jo hamein maidan-e-hashr mein kaam aaye?</w:t>
      </w:r>
    </w:p>
    <w:p>
      <w:pPr>
        <w:jc w:val="right"/>
      </w:pPr>
      <w:r>
        <w:t>آپ غور فرمائیے۔ دوسری کون سی حیثیت ہے جو ہمیں میدان حشر میں کام آئے؟</w:t>
      </w:r>
    </w:p>
    <w:p>
      <w:r>
        <w:rPr>
          <w:b/>
        </w:rPr>
        <w:t xml:space="preserve">[23:49] </w:t>
      </w:r>
      <w:r>
        <w:t>ummat-e-muhammadi hona hi</w:t>
      </w:r>
    </w:p>
    <w:p>
      <w:pPr>
        <w:jc w:val="right"/>
      </w:pPr>
      <w:r>
        <w:t>امت محمدی ہونا ہی</w:t>
      </w:r>
    </w:p>
    <w:p>
      <w:r>
        <w:rPr>
          <w:b/>
        </w:rPr>
        <w:t xml:space="preserve">[23:51] </w:t>
      </w:r>
      <w:r>
        <w:t>to kaam aaye ga woh maidan e hashar mein. to ummat e muhammadi dekhein, koi title nahi hai. ummat e muhammadi zimmedari hai, responsibility hai.</w:t>
      </w:r>
    </w:p>
    <w:p>
      <w:pPr>
        <w:jc w:val="right"/>
      </w:pPr>
      <w:r>
        <w:t>تو کام آئے گا وہ میدان حشر میں۔ تو امت محمدی دیکھیں، کوئی ٹائٹل نہیں ہے۔ امت محمدی ذمہ داری ہے، رسپانسبیلٹی ہے۔</w:t>
      </w:r>
    </w:p>
    <w:p>
      <w:r>
        <w:rPr>
          <w:b/>
        </w:rPr>
        <w:t xml:space="preserve">[24:04] </w:t>
      </w:r>
      <w:r>
        <w:t>acchi tarah samajh lijiye ke ummat e muhammadi koi title nahi hai. woh zimmedari hai. jaise collector koi title nahi hai, woh zimmedari hai.</w:t>
      </w:r>
    </w:p>
    <w:p>
      <w:pPr>
        <w:jc w:val="right"/>
      </w:pPr>
      <w:r>
        <w:t>اچھی طرح سمجھ لیجئے کہ امت محمدی کوئی ٹائٹل نہیں ہے۔ وہ ذمہ داری ہے۔ جیسے کلیکٹر کوئی ٹائٹل نہیں ہے، وہ ذمہ داری ہے۔</w:t>
      </w:r>
    </w:p>
    <w:p>
      <w:r>
        <w:rPr>
          <w:b/>
        </w:rPr>
        <w:t xml:space="preserve">[24:15] </w:t>
      </w:r>
      <w:r>
        <w:t>kaam karo to to collector ho, nahi</w:t>
      </w:r>
    </w:p>
    <w:p>
      <w:pPr>
        <w:jc w:val="right"/>
      </w:pPr>
      <w:r>
        <w:t>کام کرو تو تو کلیکٹر ہو، نہیں</w:t>
      </w:r>
    </w:p>
    <w:p>
      <w:r>
        <w:rPr>
          <w:b/>
        </w:rPr>
        <w:t xml:space="preserve">[24:17] </w:t>
      </w:r>
      <w:r>
        <w:t>to collector nahi ho tum.</w:t>
      </w:r>
    </w:p>
    <w:p>
      <w:pPr>
        <w:jc w:val="right"/>
      </w:pPr>
      <w:r>
        <w:t>تو کلیکٹر نہیں ہو تم۔</w:t>
      </w:r>
    </w:p>
    <w:p>
      <w:r>
        <w:rPr>
          <w:b/>
        </w:rPr>
        <w:t xml:space="preserve">[24:25] </w:t>
      </w:r>
      <w:r>
        <w:t>abhi aap ne khabron mein dekha hoga ke america ne ek apne bohat top ke general ko dismiss kar diya.</w:t>
      </w:r>
    </w:p>
    <w:p>
      <w:pPr>
        <w:jc w:val="right"/>
      </w:pPr>
      <w:r>
        <w:t>ابھی آپ نے خبروں میں دیکھا ہوگا کہ امریکہ نے ایک اپنے بہت ٹاپ کے جنرل کو ڈسمس کر دیا۔</w:t>
      </w:r>
    </w:p>
    <w:p>
      <w:r>
        <w:rPr>
          <w:b/>
        </w:rPr>
        <w:t xml:space="preserve">[24:37] </w:t>
      </w:r>
      <w:r>
        <w:t>jo wahan thay, afghanistan mein thay. general crystal</w:t>
      </w:r>
    </w:p>
    <w:p>
      <w:pPr>
        <w:jc w:val="right"/>
      </w:pPr>
      <w:r>
        <w:t>جو وہاں تھے، افغانستان میں تھے۔ جنرل کرسٹل</w:t>
      </w:r>
    </w:p>
    <w:p>
      <w:r>
        <w:rPr>
          <w:b/>
        </w:rPr>
        <w:t xml:space="preserve">[24:43] </w:t>
      </w:r>
      <w:r>
        <w:t>. to kyun? unhon ne america ke ke jo tawaqqaat theen, jo jo is se umeed thi, woh poora nahi kiya. to general woh koi right ke barabar nahi thay.</w:t>
      </w:r>
    </w:p>
    <w:p>
      <w:pPr>
        <w:jc w:val="right"/>
      </w:pPr>
      <w:r>
        <w:t>۔ تو کیوں؟ انہوں نے امریکہ کے کی جو توقعات تھیں، جو جو اس سے امید تھی، وہ پورا نہیں کیا۔ تو جنرل وہ کوئی رائٹ کے برابر نہیں تھے۔</w:t>
      </w:r>
    </w:p>
    <w:p>
      <w:r>
        <w:rPr>
          <w:b/>
        </w:rPr>
        <w:t xml:space="preserve">[24:57] </w:t>
      </w:r>
      <w:r>
        <w:t>koi birth right nahi tha ke hum hum to general reh nahi rehna hai humein. white house ki umeedon ko poora karein ge to woh general rahein ge.</w:t>
      </w:r>
    </w:p>
    <w:p>
      <w:pPr>
        <w:jc w:val="right"/>
      </w:pPr>
      <w:r>
        <w:t>کوئی برتھ رائٹ نہیں تھا کہ ہم ہم تو جنرل رہ نہیں رہنا ہے ہمیں۔ وائٹ ہاؤس کی امیدوں کو پورا کریں گے تو وہ جنرل رہیں گے۔</w:t>
      </w:r>
    </w:p>
    <w:p>
      <w:r>
        <w:rPr>
          <w:b/>
        </w:rPr>
        <w:t xml:space="preserve">[25:06] </w:t>
      </w:r>
      <w:r>
        <w:t>nahi to nahi, general nahi rahein ge.</w:t>
      </w:r>
    </w:p>
    <w:p>
      <w:pPr>
        <w:jc w:val="right"/>
      </w:pPr>
      <w:r>
        <w:t>نہیں تو نہیں، جنرل نہیں رہیں گے۔</w:t>
      </w:r>
    </w:p>
    <w:p>
      <w:r>
        <w:rPr>
          <w:b/>
        </w:rPr>
        <w:t xml:space="preserve">[25:11] </w:t>
      </w:r>
      <w:r>
        <w:t>to abhi isi isi mahine ki ki baat hai. yeh june mein hua hai, isi june mein, june 2010 mein. ke woh ek senior general tha, general crystal ek senior general tha,</w:t>
      </w:r>
    </w:p>
    <w:p>
      <w:pPr>
        <w:jc w:val="right"/>
      </w:pPr>
      <w:r>
        <w:t>تو ابھی اسی اسی مہینے کی کی بات ہے۔ یہ جون میں ہوا ہے، اسی جون میں، جون 2010 میں۔ کہ وہ ایک سینئر جنرل تھا، جنرل کرسٹل ایک سینئر جنرل تھا،</w:t>
      </w:r>
    </w:p>
    <w:p>
      <w:r>
        <w:rPr>
          <w:b/>
        </w:rPr>
        <w:t xml:space="preserve">[25:25] </w:t>
      </w:r>
      <w:r>
        <w:t>afghanistan mein filhaal. to white house ne is ko dismiss kar diya. kyunke white house ne is ko general banaya tha, to is ka right nahi tha ke general bana rahein, kuch bhi karein tab bhi.</w:t>
      </w:r>
    </w:p>
    <w:p>
      <w:pPr>
        <w:jc w:val="right"/>
      </w:pPr>
      <w:r>
        <w:t>افغانستان میں فی الحال۔ تو وائٹ ہاؤس نے اس کو ڈسمس کر دیا۔ کیونکہ وائٹ ہاؤس نے اس کو جنرل بنایا تھا، تو اس کا رائٹ نہیں تھا کہ جنرل بنا رہے ہیں، کچھ بھی کریں تب بھی۔</w:t>
      </w:r>
    </w:p>
    <w:p>
      <w:r>
        <w:rPr>
          <w:b/>
        </w:rPr>
        <w:t xml:space="preserve">[25:38] </w:t>
      </w:r>
      <w:r>
        <w:t>white house ki umeedon ko poora nahi kiya unhon ne. to un ko dismiss kar diya gaya. yahi muamla yaad rakhiye, ummat e muhammadi ka hai.</w:t>
      </w:r>
    </w:p>
    <w:p>
      <w:pPr>
        <w:jc w:val="right"/>
      </w:pPr>
      <w:r>
        <w:t>وائٹ ہاؤس کی امیدوں کو پورا نہیں کیا انہوں نے۔ تو ان کو ڈسمس کر دیا گیا۔ یہی معاملہ یاد رکھیے، امت محمدی کا ہے۔</w:t>
      </w:r>
    </w:p>
    <w:p>
      <w:r>
        <w:rPr>
          <w:b/>
        </w:rPr>
        <w:t xml:space="preserve">[25:49] </w:t>
      </w:r>
      <w:r>
        <w:t>ummat e muhammadi koi right nahi hai, koi title nahi hai, koi haq nahi hai. yeh ek zimmedari hai, zimmedari hai, zimmedari hai.</w:t>
      </w:r>
    </w:p>
    <w:p>
      <w:pPr>
        <w:jc w:val="right"/>
      </w:pPr>
      <w:r>
        <w:t>امت محمدی کوئی رائٹ نہیں ہے، کوئی ٹائٹل نہیں ہے، کوئی حق نہیں ہے۔ یہ ایک ذمہ داری ہے، ذمہ داری ہے، ذمہ داری ہے۔</w:t>
      </w:r>
    </w:p>
    <w:p>
      <w:r>
        <w:rPr>
          <w:b/>
        </w:rPr>
        <w:t xml:space="preserve">[26:00] </w:t>
      </w:r>
      <w:r>
        <w:t>is zimmedari ko agar ummat ada kare gi to Allah ke nazdeek woh ummat e muhammadi qarar paye gi. nahi to dismiss kar di jaye gi.</w:t>
      </w:r>
    </w:p>
    <w:p>
      <w:pPr>
        <w:jc w:val="right"/>
      </w:pPr>
      <w:r>
        <w:t>اس ذمہ داری کو اگر امت ادا کرے گی تو اللہ کے نزدیک وہ امت محمدی قرار پائے گی۔ نہیں تو ڈسمس کر دی جائے گی۔</w:t>
      </w:r>
    </w:p>
    <w:p>
      <w:r>
        <w:rPr>
          <w:b/>
        </w:rPr>
        <w:t xml:space="preserve">[26:10] </w:t>
      </w:r>
      <w:r>
        <w:t>woh zimmedari kya hai? liqool rasool shaheed علیکم وتکون شہداء الناس. yani yani peghamabar e aakhir uz zaman se jo deen mila hai, is deen ko har nasal mein, har generation mein logon ko pohnchate rehna.</w:t>
      </w:r>
    </w:p>
    <w:p>
      <w:pPr>
        <w:jc w:val="right"/>
      </w:pPr>
      <w:r>
        <w:t>وہ ذمہ داری کیا ہے؟ لیقول رسول شہید علیکم وتکون شہداء الناس۔ یعنی یعنی پیغمبر آخر الزماں سے جو دین ملا ہے، اس دین کو ہر نسل میں، ہر جنریشن میں لوگوں کو پہنچاتے رہنا۔</w:t>
      </w:r>
    </w:p>
    <w:p>
      <w:r>
        <w:rPr>
          <w:b/>
        </w:rPr>
        <w:t xml:space="preserve">[26:26] </w:t>
      </w:r>
      <w:r>
        <w:t>yeh hai zimmedari.</w:t>
      </w:r>
    </w:p>
    <w:p>
      <w:pPr>
        <w:jc w:val="right"/>
      </w:pPr>
      <w:r>
        <w:t>یہ ہے ذمہ داری۔</w:t>
      </w:r>
    </w:p>
    <w:p>
      <w:r>
        <w:rPr>
          <w:b/>
        </w:rPr>
        <w:t xml:space="preserve">[26:30] </w:t>
      </w:r>
      <w:r>
        <w:t>generation of generation, is deen ko jo mila hai peghamabar e aakhir uz zaman se, pohnchate rehna, pohnchate rehna. pohnchanay ke liye, pohnchana ek bohat bari zimmedari hai.</w:t>
      </w:r>
    </w:p>
    <w:p>
      <w:pPr>
        <w:jc w:val="right"/>
      </w:pPr>
      <w:r>
        <w:t>جنریشن آف جنریشن، اس دین کو جو ملا ہے پیغمبر آخر الزماں سے، پہنچاتے رہنا، پہنچاتے رہنا۔ پہنچانے کے لیے، پہنچانا ایک بہت بڑی ذمہ داری ہے۔</w:t>
      </w:r>
    </w:p>
    <w:p>
      <w:r>
        <w:rPr>
          <w:b/>
        </w:rPr>
        <w:t xml:space="preserve">[26:44] </w:t>
      </w:r>
      <w:r>
        <w:t>is ke liye aap ko dunya ka khair khwah banna pare ga. is ke liye aap ko insaan ko read karna pare ga. is ke liye aap ko zamanay ki baaton ko samajhna pare ga.</w:t>
      </w:r>
    </w:p>
    <w:p>
      <w:pPr>
        <w:jc w:val="right"/>
      </w:pPr>
      <w:r>
        <w:t>اس کے لیے آپ کو دنیا کا خیر خواہ بننا پڑے گا۔ اس کے لیے آپ کو انسان کو ریڈ کرنا پڑے گا۔ اس کے لیے آپ کو زمانے کی باتوں کو سمجھنا پڑے گا۔</w:t>
      </w:r>
    </w:p>
    <w:p>
      <w:r>
        <w:rPr>
          <w:b/>
        </w:rPr>
        <w:t xml:space="preserve">[26:53] </w:t>
      </w:r>
      <w:r>
        <w:t>zamanay ke taqazon ko jaanna pare ga. is ko bohat hi planning ke sath karna pare ga.</w:t>
      </w:r>
    </w:p>
    <w:p>
      <w:pPr>
        <w:jc w:val="right"/>
      </w:pPr>
      <w:r>
        <w:t>زمانے کے تقاضوں کو جاننا پڑے گا۔ اس کو بہت ہی پلاننگ کے ساتھ کرنا پڑے گا۔</w:t>
      </w:r>
    </w:p>
    <w:p>
      <w:r>
        <w:rPr>
          <w:b/>
        </w:rPr>
        <w:t xml:space="preserve">[26:59] </w:t>
      </w:r>
      <w:r>
        <w:t>is ke aik so aik taqazay hain.</w:t>
      </w:r>
    </w:p>
    <w:p>
      <w:pPr>
        <w:jc w:val="right"/>
      </w:pPr>
      <w:r>
        <w:t>اس کے ایک سو ایک تقاضے ہیں۔</w:t>
      </w:r>
    </w:p>
    <w:p>
      <w:r>
        <w:rPr>
          <w:b/>
        </w:rPr>
        <w:t xml:space="preserve">[27:05] </w:t>
      </w:r>
      <w:r>
        <w:t>to kuch nahi. to kya aap samajhte hain ke koi title hai yeh? baqi rahe ga har haal mein. ek zimmedari hai.</w:t>
      </w:r>
    </w:p>
    <w:p>
      <w:pPr>
        <w:jc w:val="right"/>
      </w:pPr>
      <w:r>
        <w:t>تو کچھ نہیں۔ تو کیا آپ سمجھتے ہیں کہ کوئی ٹائٹل ہے یہ؟ باقی رہے گا ہر حال میں۔ ایک ذمہ داری ہے۔</w:t>
      </w:r>
    </w:p>
    <w:p>
      <w:r>
        <w:rPr>
          <w:b/>
        </w:rPr>
        <w:t xml:space="preserve">[27:19] </w:t>
      </w:r>
      <w:r>
        <w:t>ek zimmedari hai.</w:t>
      </w:r>
    </w:p>
    <w:p>
      <w:pPr>
        <w:jc w:val="right"/>
      </w:pPr>
      <w:r>
        <w:t>ایک ذمہ داری ہے۔</w:t>
      </w:r>
    </w:p>
    <w:p>
      <w:r>
        <w:rPr>
          <w:b/>
        </w:rPr>
        <w:t xml:space="preserve">[27:24] </w:t>
      </w:r>
      <w:r>
        <w:t>ab mere paas aaj subah ek telephone aaya tha ek sahib ka. to woh kya keh rahe thay? ek musalman. ke musalmanon ka kaam hai khilafat qaim karna, sari dunya mein khilafat.</w:t>
      </w:r>
    </w:p>
    <w:p>
      <w:pPr>
        <w:jc w:val="right"/>
      </w:pPr>
      <w:r>
        <w:t>اب میرے پاس آج صبح ایک ٹیلی فون آیا تھا ایک صاحب کا۔ تو وہ کیا کہہ رہے تھے؟ ایک مسلمان۔ کہ مسلمانوں کا کام ہے خلافت قائم کرنا، ساری دنیا میں خلافت۔</w:t>
      </w:r>
    </w:p>
    <w:p>
      <w:r>
        <w:rPr>
          <w:b/>
        </w:rPr>
        <w:t xml:space="preserve">[27:38] </w:t>
      </w:r>
      <w:r>
        <w:t>bas yeh hai is ki. larna pare to larein ge, kuch bhi karna pare to karein ge. yeh bilkul ek bilkul ek stepped baat hai, stepped.</w:t>
      </w:r>
    </w:p>
    <w:p>
      <w:pPr>
        <w:jc w:val="right"/>
      </w:pPr>
      <w:r>
        <w:t>بس یہ ہے اس کی۔ لڑنا پڑے تو لڑیں گے، کچھ بھی کرنا پڑے تو کریں گے۔ یہ بالکل ایک بالکل ایک اسٹیپڈ بات ہے، اسٹیپڈ۔</w:t>
      </w:r>
    </w:p>
    <w:p>
      <w:r>
        <w:rPr>
          <w:b/>
        </w:rPr>
        <w:t xml:space="preserve">[27:52] </w:t>
      </w:r>
      <w:r>
        <w:t>aalmi khilafat jo hai, woh is ka tasawwur hi khatam ho chuka hai. kyunke ab nation state ka zamana hai. hum yeh rahe hain ab nation state ke zamane mein.</w:t>
      </w:r>
    </w:p>
    <w:p>
      <w:pPr>
        <w:jc w:val="right"/>
      </w:pPr>
      <w:r>
        <w:t>عالمی خلافت جو ہے، وہ اس کا تصور ہی ختم ہو چکا ہے۔ کیونکہ اب نیشن اسٹیٹ کا زمانہ ہے۔ ہم یہ رہے ہیں اب نیشن اسٹیٹ کے زمانے میں۔</w:t>
      </w:r>
    </w:p>
    <w:p>
      <w:r>
        <w:rPr>
          <w:b/>
        </w:rPr>
        <w:t xml:space="preserve">[28:06] </w:t>
      </w:r>
      <w:r>
        <w:t>aalmi hukoomat, woh jis se pehle empire hua karti thi, empire ka zamana khatam ho chuka. koi aalmi empire ban nahi sakta hai ab, impossible hai bilkul.</w:t>
      </w:r>
    </w:p>
    <w:p>
      <w:pPr>
        <w:jc w:val="right"/>
      </w:pPr>
      <w:r>
        <w:t>عالمی حکومت، وہ جس سے پہلے ایمپائر ہوا کرتی تھی، ایمپائر کا زمانہ ختم ہو چکا۔ کوئی عالمی ایمپائر بن نہیں سکتا ہے اب، امپاسیبل ہے بالکل۔</w:t>
      </w:r>
    </w:p>
    <w:p>
      <w:r>
        <w:rPr>
          <w:b/>
        </w:rPr>
        <w:t xml:space="preserve">[28:20] </w:t>
      </w:r>
      <w:r>
        <w:t>ab zamana nation state ka zamana hai, democracy ka zamana hai. toh dawat ka concept gaya toh sab kuch chala gaya.</w:t>
      </w:r>
    </w:p>
    <w:p>
      <w:pPr>
        <w:jc w:val="right"/>
      </w:pPr>
      <w:r>
        <w:t>اب زمانہ نیشن اسٹیٹ کا زمانہ ہے، ڈیموکریسی کا زمانہ ہے۔ تو دعوت کا کانسیپٹ گیا تو سب کچھ چلا گیا۔</w:t>
      </w:r>
    </w:p>
    <w:p>
      <w:r>
        <w:rPr>
          <w:b/>
        </w:rPr>
        <w:t xml:space="preserve">[28:32] </w:t>
      </w:r>
      <w:r>
        <w:t>yaani sari duniya mein islami hukoomat qaim karna, yeh bilkul hi abola toh yeh kahin quran o hadees mein nahi hai. ke sari duniya mein islami hukoomat qaim karo.</w:t>
      </w:r>
    </w:p>
    <w:p>
      <w:pPr>
        <w:jc w:val="right"/>
      </w:pPr>
      <w:r>
        <w:t>یعنی ساری دنیا میں اسلامی حکومت قائم کرنا، یہ بالکل ہی ابولا تو یہ کہیں قرآن و حدیث میں نہیں ہے۔ کہ ساری دنیا میں اسلامی حکومت قائم کرو۔</w:t>
      </w:r>
    </w:p>
    <w:p>
      <w:r>
        <w:rPr>
          <w:b/>
        </w:rPr>
        <w:t xml:space="preserve">[28:45] </w:t>
      </w:r>
      <w:r>
        <w:t>aur yeh is zamane mein toh bilkul yaani irrelevant ho chuka hai, irrelevant. kyunke yeh zamana nation state ka zamana hai.</w:t>
      </w:r>
    </w:p>
    <w:p>
      <w:pPr>
        <w:jc w:val="right"/>
      </w:pPr>
      <w:r>
        <w:t>اور یہ اس زمانے میں تو بالکل یعنی ارریلیونٹ ہو چکا ہے، ارریلیونٹ۔ کیونکہ یہ زمانہ نیشن اسٹیٹ کا زمانہ ہے۔</w:t>
      </w:r>
    </w:p>
    <w:p>
      <w:r>
        <w:rPr>
          <w:b/>
        </w:rPr>
        <w:t xml:space="preserve">[28:56] </w:t>
      </w:r>
      <w:r>
        <w:t>yeh waqia ho chuka hai isi twenty century ke first quarter mein. dekhein, turkey mein khilafat musalmanon ki thi, woh aalmi khilafat thi.</w:t>
      </w:r>
    </w:p>
    <w:p>
      <w:pPr>
        <w:jc w:val="right"/>
      </w:pPr>
      <w:r>
        <w:t>یہ واقعہ ہو چکا ہے اسی ٹونٹی سنچری کے فرسٹ کوارٹر میں۔ دیکھیں، ترکی میں خلافت مسلمانوں کی تھی، وہ عالمی خلافت تھی۔</w:t>
      </w:r>
    </w:p>
    <w:p>
      <w:r>
        <w:rPr>
          <w:b/>
        </w:rPr>
        <w:t xml:space="preserve">[29:07] </w:t>
      </w:r>
      <w:r>
        <w:t>istanbul se le kar ke arab tak unki hukoomat</w:t>
      </w:r>
    </w:p>
    <w:p>
      <w:pPr>
        <w:jc w:val="right"/>
      </w:pPr>
      <w:r>
        <w:t>استنبول سے لے کر کے عرب تک ان کی حکومت</w:t>
      </w:r>
    </w:p>
    <w:p>
      <w:r>
        <w:rPr>
          <w:b/>
        </w:rPr>
        <w:t xml:space="preserve">[29:11] </w:t>
      </w:r>
      <w:r>
        <w:t>qaim thi unki. saath yaani taqreeban saare woh mumalik jo alag alag ab ho gaye hain, woh sab turkey ke khilafat ke tehat thay.</w:t>
      </w:r>
    </w:p>
    <w:p>
      <w:pPr>
        <w:jc w:val="right"/>
      </w:pPr>
      <w:r>
        <w:t>قائم تھی ان کی۔ ساتھ یعنی تقریباً سارے وہ ممالک جو الگ الگ اب ہو گئے ہیں، وہ سب ترکی کے خلافت کے تحت تھے۔</w:t>
      </w:r>
    </w:p>
    <w:p>
      <w:r>
        <w:rPr>
          <w:b/>
        </w:rPr>
        <w:t xml:space="preserve">[29:24] </w:t>
      </w:r>
      <w:r>
        <w:t>toh turkey khilafat kis ne qaim kiya? woh kis ne khatam kiya? turkey khilafat mustafa kamal pasha ne khatam nahi kiya.</w:t>
      </w:r>
    </w:p>
    <w:p>
      <w:pPr>
        <w:jc w:val="right"/>
      </w:pPr>
      <w:r>
        <w:t>تو ترکی خلافت کس نے قائم کیا؟ وہ کس نے ختم کیا؟ ترکی خلافت مصطفی کمال پاشاہ نے ختم نہیں کیا۔</w:t>
      </w:r>
    </w:p>
    <w:p>
      <w:r>
        <w:rPr>
          <w:b/>
        </w:rPr>
        <w:t xml:space="preserve">[29:35] </w:t>
      </w:r>
      <w:r>
        <w:t>zamane ne khatam kiya</w:t>
      </w:r>
    </w:p>
    <w:p>
      <w:pPr>
        <w:jc w:val="right"/>
      </w:pPr>
      <w:r>
        <w:t>زمانے نے ختم کیا</w:t>
      </w:r>
    </w:p>
    <w:p>
      <w:r>
        <w:rPr>
          <w:b/>
        </w:rPr>
        <w:t xml:space="preserve">[29:36] </w:t>
      </w:r>
      <w:r>
        <w:t>, zamana. turkey ki jo khilafat thi, us ko kamal ataturk ne nahi khatam kiya. zamane ne khatam kiya, yaani zamana aa gaya nation state ka zamana.</w:t>
      </w:r>
    </w:p>
    <w:p>
      <w:pPr>
        <w:jc w:val="right"/>
      </w:pPr>
      <w:r>
        <w:t>، زمانہ۔ ترکی کی جو خلافت تھی، اس کو کمال اتاترک نے نہیں ختم کیا۔ زمانے نے ختم کیا، یعنی زمانہ آ گیا نیشن اسٹیٹ کا زمانہ۔</w:t>
      </w:r>
    </w:p>
    <w:p>
      <w:r>
        <w:rPr>
          <w:b/>
        </w:rPr>
        <w:t xml:space="preserve">[29:49] </w:t>
      </w:r>
      <w:r>
        <w:t>aalmi empire ka zamana hi khatam ho gaya. jab aalmi empire ka zamana tha toh baray baray empire qaim kiye: roman empire, sasani empire, khud muslim empire.</w:t>
      </w:r>
    </w:p>
    <w:p>
      <w:pPr>
        <w:jc w:val="right"/>
      </w:pPr>
      <w:r>
        <w:t>عالمی ایمپائر کا زمانہ ہی ختم ہو گیا۔ جب عالمی ایمپائر کا زمانہ تھا تو بڑے بڑے ایمپائر قائم کیے: رومن ایمپائر، ساسانی ایمپائر، خود مسلم ایمپائر۔</w:t>
      </w:r>
    </w:p>
    <w:p>
      <w:r>
        <w:rPr>
          <w:b/>
        </w:rPr>
        <w:t xml:space="preserve">[30:02] </w:t>
      </w:r>
      <w:r>
        <w:t>jab woh zamana tha toh yeh empires chali. ab woh zamana hi nahi hai, ab toh nation state ka zamana hai. ab jo is ki revive karna chahta hai toh woh zamane se bekhabar hai,</w:t>
      </w:r>
    </w:p>
    <w:p>
      <w:pPr>
        <w:jc w:val="right"/>
      </w:pPr>
      <w:r>
        <w:t>جب وہ زمانہ تھا تو یہ ایمپائرز چلیں۔ اب وہ زمانہ ہی نہیں ہے، اب تو نیشن اسٹیٹ کا زمانہ ہے۔ اب جو اس کی ریوائیو کرنا چاہتا ہے تو وہ زمانے سے بے خبر ہے،</w:t>
      </w:r>
    </w:p>
    <w:p>
      <w:r>
        <w:rPr>
          <w:b/>
        </w:rPr>
        <w:t xml:space="preserve">[30:17] </w:t>
      </w:r>
      <w:r>
        <w:t>woh zamane se bekhabar hai. aaiye dekhiye, jihad ho raha hai har jagah, jihad, jihad, jihad.</w:t>
      </w:r>
    </w:p>
    <w:p>
      <w:pPr>
        <w:jc w:val="right"/>
      </w:pPr>
      <w:r>
        <w:t>وہ زمانے سے بے خبر ہے۔ آئیے دیکھیے، جہاد ہو رہا ہے ہر جگہ، جہاد، جہاد، جہاد۔</w:t>
      </w:r>
    </w:p>
    <w:p>
      <w:r>
        <w:rPr>
          <w:b/>
        </w:rPr>
        <w:t xml:space="preserve">[30:26] </w:t>
      </w:r>
      <w:r>
        <w:t>yeh yeh jo yaani military si chala rahe hain log, deen islam ke naam par, woh irrelevant ho chuki hai, bohat ziyada zamane irrelevant.</w:t>
      </w:r>
    </w:p>
    <w:p>
      <w:pPr>
        <w:jc w:val="right"/>
      </w:pPr>
      <w:r>
        <w:t>یہ یہ جو یعنی ملٹریسی چلا رہے ہیں لوگ، دین اسلام کے نام پر، وہ ارریلیونٹ ہو چکی ہے، بہت زیادہ زمانے ارریلیونٹ۔</w:t>
      </w:r>
    </w:p>
    <w:p>
      <w:r>
        <w:rPr>
          <w:b/>
        </w:rPr>
        <w:t xml:space="preserve">[30:36] </w:t>
      </w:r>
      <w:r>
        <w:t>kyun? dekhein, jab tak pehle zamane mein yeh tha ke dasti hathiyar se ladai hoti thi, aap ka hathiyar, aap aap ke hath mein, aap ke hath mein talwar hai, idhar ki bhi talwar hai, aap ne mara toh ek aadmi mara, unhon ne mara toh ek aadmi mara.</w:t>
      </w:r>
    </w:p>
    <w:p>
      <w:pPr>
        <w:jc w:val="right"/>
      </w:pPr>
      <w:r>
        <w:t>کیوں؟ دیکھیں، جب تک پہلے زمانے میں یہ تھا کہ دستی ہتھیار سے لڑائی ہوتی تھی، آپ کا ہتھیار، آپ آپ کے ہاتھ میں، آپ کے ہاتھ میں تلوار ہے، ادھر کی بھی تلوار ہے، آپ نے مارا تو ایک آدمی مرا، انہوں نے مارا تو ایک آدمی مرا۔</w:t>
      </w:r>
    </w:p>
    <w:p>
      <w:r>
        <w:rPr>
          <w:b/>
        </w:rPr>
        <w:t xml:space="preserve">[30:56] </w:t>
      </w:r>
      <w:r>
        <w:t>toh bohat hi limited war hua karti thi, limited war. ab kya hai? ab zamana hai weapons of mass destruction ka zamana.</w:t>
      </w:r>
    </w:p>
    <w:p>
      <w:pPr>
        <w:jc w:val="right"/>
      </w:pPr>
      <w:r>
        <w:t>تو بہت ہی لمیٹڈ وار ہوا کرتی تھی، لمیٹڈ وار۔ اب کیا ہے؟ اب زمانہ ہے ویپنز آف ماس ریسٹرکشن کا زمانہ۔</w:t>
      </w:r>
    </w:p>
    <w:p>
      <w:r>
        <w:rPr>
          <w:b/>
        </w:rPr>
        <w:t xml:space="preserve">[31:09] </w:t>
      </w:r>
      <w:r>
        <w:t>ab talwar nahi chalti hai, ab ab bomb chalte hain, beshumar log mar jatay hain.</w:t>
      </w:r>
    </w:p>
    <w:p>
      <w:pPr>
        <w:jc w:val="right"/>
      </w:pPr>
      <w:r>
        <w:t>اب تلوار نہیں چلتی ہے، اب اب بم چلتے ہیں، بے شمار لوگ مر جاتے ہیں۔</w:t>
      </w:r>
    </w:p>
    <w:p>
      <w:r>
        <w:rPr>
          <w:b/>
        </w:rPr>
        <w:t xml:space="preserve">[31:17] </w:t>
      </w:r>
      <w:r>
        <w:t>toh insaan ki nafrat ho gayi jang se. pehle zamane mein jang hoti thi battlefield mein, battlefield mein.</w:t>
      </w:r>
    </w:p>
    <w:p>
      <w:pPr>
        <w:jc w:val="right"/>
      </w:pPr>
      <w:r>
        <w:t>تو انسان کی نفرت ہو گئی جنگ سے۔ پہلے زمانے میں جنگ ہوتی تھی بیٹل فیلڈ میں، بیٹل فیلڈ میں۔</w:t>
      </w:r>
    </w:p>
    <w:p>
      <w:r>
        <w:rPr>
          <w:b/>
        </w:rPr>
        <w:t xml:space="preserve">[31:25] </w:t>
      </w:r>
      <w:r>
        <w:t>ab jang battlefield mein nahi ho rahi hoti hai, ab koi battlefield ka concept hi nahi hai.</w:t>
      </w:r>
    </w:p>
    <w:p>
      <w:pPr>
        <w:jc w:val="right"/>
      </w:pPr>
      <w:r>
        <w:t>اب جنگ بیٹل فیلڈ میں نہیں ہو رہی ہوتی ہے، اب کوئی بیٹل فیلڈ کا کانسیپٹ ہی نہیں ہے۔</w:t>
      </w:r>
    </w:p>
    <w:p>
      <w:r>
        <w:rPr>
          <w:b/>
        </w:rPr>
        <w:t xml:space="preserve">[31:32] </w:t>
      </w:r>
      <w:r>
        <w:t>pehlay zamane mein jo concept tha battlefield ka, woh khatam ho chuka hai. ab toh shehar veeran hotay hain, industry veeran hoti hai, sari abadiyan veeran hoti hain.</w:t>
      </w:r>
    </w:p>
    <w:p>
      <w:pPr>
        <w:jc w:val="right"/>
      </w:pPr>
      <w:r>
        <w:t>پہلے زمانے میں جو کانسیپٹ تھا بیٹل فیلڈ کا، وہ ختم ہو چکا ہے۔ اب تو شہر ویران ہوتے ہیں، انڈسٹری ویران ہوتی ہے، ساری آبادیاں ویران ہوتی ہیں۔</w:t>
      </w:r>
    </w:p>
    <w:p>
      <w:r>
        <w:rPr>
          <w:b/>
        </w:rPr>
        <w:t xml:space="preserve">[31:42] </w:t>
      </w:r>
      <w:r>
        <w:t>to insan to nafrat karne laga hai jang se. insan ab sirf insan aman chahta hai, aman aman chah</w:t>
      </w:r>
    </w:p>
    <w:p>
      <w:pPr>
        <w:jc w:val="right"/>
      </w:pPr>
      <w:r>
        <w:t>تو انسان تو نفرت کرنے لگا ہے جنگ سے۔ انسان اب صرف انسان امن چاہتا ہے، امن امن چاہ</w:t>
      </w:r>
    </w:p>
    <w:p>
      <w:r>
        <w:rPr>
          <w:b/>
        </w:rPr>
        <w:t xml:space="preserve">[31:50] </w:t>
      </w:r>
      <w:r>
        <w:t>ta hai. mujhe jo bulaya gaya tha chaudhary chanan singh university mein, toh isi par islam and peace ke topic par bolne ke liye.</w:t>
      </w:r>
    </w:p>
    <w:p>
      <w:pPr>
        <w:jc w:val="right"/>
      </w:pPr>
      <w:r>
        <w:t>تا ہے۔ مجھے جو بلایا گیا تھا چوہدری چنانچ سنگھ یونیورسٹی میں، تو اسی پر اسلام اینڈ پیس کے ٹاپک پر بولنے کے لیے۔</w:t>
      </w:r>
    </w:p>
    <w:p>
      <w:r>
        <w:rPr>
          <w:b/>
        </w:rPr>
        <w:t xml:space="preserve">[32:00] </w:t>
      </w:r>
      <w:r>
        <w:t>har aadmi aman chahta hai, aman chahta hai, aman chahta hai. kyunke weapons of mass destruction ne ab ladai ko irrelevant bana diya, irrelevant.</w:t>
      </w:r>
    </w:p>
    <w:p>
      <w:pPr>
        <w:jc w:val="right"/>
      </w:pPr>
      <w:r>
        <w:t>ہر آدمی امن چاہتا ہے، امن چاہتا ہے، امن چاہتا ہے۔ کیونکہ ویپنز آف ماس ڈسشن نے اب لڑائی کو ارریلیونٹ بنا دیا، ارریلیونٹ۔</w:t>
      </w:r>
    </w:p>
    <w:p>
      <w:r>
        <w:rPr>
          <w:b/>
        </w:rPr>
        <w:t xml:space="preserve">[32:13] </w:t>
      </w:r>
      <w:r>
        <w:t>ab jihad chala rahe hain islam ke naam par, ladai chhede hue hain.</w:t>
      </w:r>
    </w:p>
    <w:p>
      <w:pPr>
        <w:jc w:val="right"/>
      </w:pPr>
      <w:r>
        <w:t>اب جہاد چلا رہے ہیں اسلام کے نام پر، لڑائی چھیڑے ہوئے ہیں۔</w:t>
      </w:r>
    </w:p>
    <w:p>
      <w:r>
        <w:rPr>
          <w:b/>
        </w:rPr>
        <w:t xml:space="preserve">[32:19] </w:t>
      </w:r>
      <w:r>
        <w:t>isi liye insaan se matanfir ho gaya hai islam se. abhi jinka telephone aaya tha, mujhe arab se ek sahib ka, unhon ne ek bohat anokhi baat batai.</w:t>
      </w:r>
    </w:p>
    <w:p>
      <w:pPr>
        <w:jc w:val="right"/>
      </w:pPr>
      <w:r>
        <w:t>اسی لیے انسان سے متنفر ہو گیا ہے اسلام سے۔ ابھی جن کا ٹیلی فون آیا تھا، مجھے عرب سے ایک صاحب کا، انہوں نے ایک بہت انوکھی بات بتائی۔</w:t>
      </w:r>
    </w:p>
    <w:p>
      <w:r>
        <w:rPr>
          <w:b/>
        </w:rPr>
        <w:t xml:space="preserve">[32:34] </w:t>
      </w:r>
      <w:r>
        <w:t>woh bohat ajeeb, yaani ibret naak baat hai.</w:t>
      </w:r>
    </w:p>
    <w:p>
      <w:pPr>
        <w:jc w:val="right"/>
      </w:pPr>
      <w:r>
        <w:t>وہ بہت عجیب، یعنی عبرت ناک بات ہے۔</w:t>
      </w:r>
    </w:p>
    <w:p>
      <w:r>
        <w:rPr>
          <w:b/>
        </w:rPr>
        <w:t xml:space="preserve">[32:40] </w:t>
      </w:r>
      <w:r>
        <w:t>woh bataya ke yahan par arab, kai arab mulkon mein ke baray mein bataya unhon ne ke yahan par jo top ke musalman hain, india, india ke, woh india ke aadmi hain jo gaye hain wahan par.</w:t>
      </w:r>
    </w:p>
    <w:p>
      <w:pPr>
        <w:jc w:val="right"/>
      </w:pPr>
      <w:r>
        <w:t>وہ بتایا کہ یہاں پر عرب، کئی عرب ملکوں میں کے بارے میں بتایا انہوں نے کہ یہاں پر جو ٹاپ کے مسلمان ہیں، انڈیا، انڈیا کے، وہ انڈیا کے آدمی ہیں جو گئے ہیں وہاں پر۔</w:t>
      </w:r>
    </w:p>
    <w:p>
      <w:r>
        <w:rPr>
          <w:b/>
        </w:rPr>
        <w:t xml:space="preserve">[32:53] </w:t>
      </w:r>
      <w:r>
        <w:t>to babak is mein kaam karte hain, woh air line mein kaam karte hain waghera. to wahan par jo ghair muslim hain, woh ghair muslim hain, to un ke sath un ka talluq bara acha rehta hai.</w:t>
      </w:r>
    </w:p>
    <w:p>
      <w:pPr>
        <w:jc w:val="right"/>
      </w:pPr>
      <w:r>
        <w:t>تو ببک اس میں کام کرتے ہیں، وہ ایئر لائن میں کام کرتے ہیں وغیرہ۔ تو وہاں پر جو غیر مسلم ہیں، وہ غیر مسلم ہیں، تو ان کے ساتھ ان کا تعلق بڑا اچھا رہتا ہے۔</w:t>
      </w:r>
    </w:p>
    <w:p>
      <w:r>
        <w:rPr>
          <w:b/>
        </w:rPr>
        <w:t xml:space="preserve">[33:08] </w:t>
      </w:r>
      <w:r>
        <w:t>to kehte hain ke bhai tum log kaise islam mein paida hogaye?</w:t>
      </w:r>
    </w:p>
    <w:p>
      <w:pPr>
        <w:jc w:val="right"/>
      </w:pPr>
      <w:r>
        <w:t>تو کہتے ہیں کہ بھئی تم لوگ کیسے اسلام میں پیدا ہوگئے؟</w:t>
      </w:r>
    </w:p>
    <w:p>
      <w:r>
        <w:rPr>
          <w:b/>
        </w:rPr>
        <w:t xml:space="preserve">[33:14] </w:t>
      </w:r>
      <w:r>
        <w:t>tumhein itna acha to wahan salook hai, to islam mein tum kaise paida hogaye? tum ko to hindooism mein kisi se nahi paida hona chahiye tha. aaj hi subah aik sahib ne bataya.</w:t>
      </w:r>
    </w:p>
    <w:p>
      <w:pPr>
        <w:jc w:val="right"/>
      </w:pPr>
      <w:r>
        <w:t>تمہیں اتنا اچھا تو وہاں سلوک ہے، تو اسلام میں تم کیسے پیدا ہوگئے؟ تم کو تو ہندوازم میں کسی سے نہیں پیدا ہونا چاہیے تھا۔ آج ہی صبح ایک صاحب نے بتایا۔</w:t>
      </w:r>
    </w:p>
    <w:p>
      <w:r>
        <w:rPr>
          <w:b/>
        </w:rPr>
        <w:t xml:space="preserve">[33:25] </w:t>
      </w:r>
      <w:r>
        <w:t>to maine socha ke yeh kya mamla hai? aur yeh cheez hai ke yeh log apne interest ke barabar khoob theek thaak rehte hain.</w:t>
      </w:r>
    </w:p>
    <w:p>
      <w:pPr>
        <w:jc w:val="right"/>
      </w:pPr>
      <w:r>
        <w:t>تو میں نے سوچا کہ یہ کیا معاملہ ہے؟ اور یہ چیز ہے کہ یہ لوگ اپنے انٹرسٹ کے برابر خوب ٹھیک ٹھاک رہتے ہیں۔</w:t>
      </w:r>
    </w:p>
    <w:p>
      <w:r>
        <w:rPr>
          <w:b/>
        </w:rPr>
        <w:t xml:space="preserve">[33:33] </w:t>
      </w:r>
      <w:r>
        <w:t>jin musalmanon ko babak companiyon mein job mil jata hai, aur wahan par woh minority mein hote hain, aur wahan ghair muslim hote hain, zyada tar majoob bhi hote hain, christian bhi hote hain, hindu bhi hote hain, to khoob theek se rehte hain wahan.</w:t>
      </w:r>
    </w:p>
    <w:p>
      <w:pPr>
        <w:jc w:val="right"/>
      </w:pPr>
      <w:r>
        <w:t>جن مسلمانوں کو ببک کمپنیوں میں جاب مل جاتا ہے، اور وہاں پر وہ مائنورٹی میں ہوتے ہیں، اور وہاں غیر مسلم ہوتے ہیں، زیادہ تر معجوب بھی ہوتے ہیں، کرسچن بھی ہوتے ہیں، ہندو بھی ہوتے ہیں، تو خوب ٹھیک سے رہتے ہیں وہاں۔</w:t>
      </w:r>
    </w:p>
    <w:p>
      <w:r>
        <w:rPr>
          <w:b/>
        </w:rPr>
        <w:t xml:space="preserve">[33:47] </w:t>
      </w:r>
      <w:r>
        <w:t>to woh samajhte hain ke to insaan bara acha hai, yeh kyunke is ka mazhab to militancy sikhata hai, ladai bhadai sikhata hai, suicide bombing sikhata hai.</w:t>
      </w:r>
    </w:p>
    <w:p>
      <w:pPr>
        <w:jc w:val="right"/>
      </w:pPr>
      <w:r>
        <w:t>تو وہ سمجھتے ہیں کہ تو انسان بڑا اچھا ہے، یہ کیونکہ اس کا مذہب تو ملٹریسی سکھاتا ہے، لڑائی بھڑائی سکھاتا ہے، سوسائیڈ بمبنگ سکھاتا ہے۔</w:t>
      </w:r>
    </w:p>
    <w:p>
      <w:r>
        <w:rPr>
          <w:b/>
        </w:rPr>
        <w:t xml:space="preserve">[33:56] </w:t>
      </w:r>
      <w:r>
        <w:t>to unhon ne kaha ke tum galat mazhab mein paida hogaye,</w:t>
      </w:r>
    </w:p>
    <w:p>
      <w:pPr>
        <w:jc w:val="right"/>
      </w:pPr>
      <w:r>
        <w:t>تو انہوں نے کہا کہ تم غلط مذہب میں پیدا ہوگئے،</w:t>
      </w:r>
    </w:p>
    <w:p>
      <w:r>
        <w:rPr>
          <w:b/>
        </w:rPr>
        <w:t xml:space="preserve">[34:05] </w:t>
      </w:r>
      <w:r>
        <w:t>galat mazhab mein paida hogaye. to un logon ne apne apne salook par to revise kiya. wahan jab mil gaya job un ko to apne aap ko to theek thaak kiya, unhon ne apne aap ko acceptable,</w:t>
      </w:r>
    </w:p>
    <w:p>
      <w:pPr>
        <w:jc w:val="right"/>
      </w:pPr>
      <w:r>
        <w:t>غلط مذہب میں پیدا ہوگئے۔ تو ان لوگوں نے اپنے اپنے سلوک پر تو ریوائز کیا۔ وہاں جب مل گیا جاب ان کو تو اپنے آپ کو تو ٹھیک ٹھاک کیا، انہوں نے اپنے آپ کو ایکسیپٹیبل،</w:t>
      </w:r>
    </w:p>
    <w:p>
      <w:r>
        <w:rPr>
          <w:b/>
        </w:rPr>
        <w:t xml:space="preserve">[34:18] </w:t>
      </w:r>
      <w:r>
        <w:t>acceptable banaya. wahan pe ja kar mazhab ko mein kyun nahi sochte ke kyun aise nazariyat chalaye ja rahe hain jo aaj acceptable nahi hain?</w:t>
      </w:r>
    </w:p>
    <w:p>
      <w:pPr>
        <w:jc w:val="right"/>
      </w:pPr>
      <w:r>
        <w:t>ایکسیپٹیبل بنایا۔ وہاں پہ جا کر مذہب کو میں کیوں نہیں سوچتے کہ کیوں ایسے نظریات چلائے جا رہے ہیں جو آج ایکسیپٹیبل نہیں ہیں؟</w:t>
      </w:r>
    </w:p>
    <w:p>
      <w:r>
        <w:rPr>
          <w:b/>
        </w:rPr>
        <w:t xml:space="preserve">[34:31] </w:t>
      </w:r>
      <w:r>
        <w:t>re assess karen, revise karen, reconsider karen ke kya mamla hai. to baad mein pata yeh chalega ke yeh quran wala deen hai hi nahi.</w:t>
      </w:r>
    </w:p>
    <w:p>
      <w:pPr>
        <w:jc w:val="right"/>
      </w:pPr>
      <w:r>
        <w:t>ری اسیس کریں، ریوائز کریں، ریکنسڈر کریں کہ کیا معاملہ ہے۔ تو بعد میں پتہ یہ چلے گا کہ یہ قرآن والا دین ہے ہی نہیں۔</w:t>
      </w:r>
    </w:p>
    <w:p>
      <w:r>
        <w:rPr>
          <w:b/>
        </w:rPr>
        <w:t xml:space="preserve">[34:42] </w:t>
      </w:r>
      <w:r>
        <w:t>jo quran o hadees ka jo deen hai, is par aik aur deen bana rakha hai logon ne, woh chalaya ja raha hai</w:t>
      </w:r>
    </w:p>
    <w:p>
      <w:pPr>
        <w:jc w:val="right"/>
      </w:pPr>
      <w:r>
        <w:t>جو قرآن و حدیث کا جو دین ہے، اس پر ایک اور دین بنا رکھا ہے لوگوں نے، وہ چلایا جا رہا ہے</w:t>
      </w:r>
    </w:p>
    <w:p>
      <w:r>
        <w:rPr>
          <w:b/>
        </w:rPr>
        <w:t xml:space="preserve">[34:48] </w:t>
      </w:r>
      <w:r>
        <w:t>jis mein suicide bombing hai, ladai hai, tashaddud hai, nafrat hai, aalami empire banana hai. yeh sab khud sakhta hai. insaan samajhta hai ke yeh islam hai, woh islam to hai hi nahi.</w:t>
      </w:r>
    </w:p>
    <w:p>
      <w:pPr>
        <w:jc w:val="right"/>
      </w:pPr>
      <w:r>
        <w:t>جس میں سوسائیڈ بمبنگ ہے، لڑائی ہے، تشدد ہے، نفرت ہے، عالمی ایمپائر بنانا ہے۔ یہ سب خود ساختہ ہے۔ انسان سمجھتا ہے کہ یہ اسلام ہے، وہ اسلام تو ہے ہی نہیں۔</w:t>
      </w:r>
    </w:p>
    <w:p>
      <w:r>
        <w:rPr>
          <w:b/>
        </w:rPr>
        <w:t xml:space="preserve">[35:02] </w:t>
      </w:r>
      <w:r>
        <w:t>to agar woh jis tareeqe se apne aap ko unhon ne woh paida hui hai, jahan par wahan bhi wahi ho raha hoga, wahi mahol. lekin jab un ko job mil gaya to apne ko theek kar liya, unhon ne apne ko revise kar liya.</w:t>
      </w:r>
    </w:p>
    <w:p>
      <w:pPr>
        <w:jc w:val="right"/>
      </w:pPr>
      <w:r>
        <w:t>تو اگر وہ جس طریقے سے اپنے آپ کو انہوں نے وہ پیدا ہوئی ہے، جہاں پر وہاں بھی وہی ہو رہا ہوگا، وہی ماحول۔ لیکن جب ان کو جاب مل گیا تو اپنے کو ٹھیک کر لیا، انہوں نے اپنے کو ریوائز کر لیا۔</w:t>
      </w:r>
    </w:p>
    <w:p>
      <w:r>
        <w:rPr>
          <w:b/>
        </w:rPr>
        <w:t xml:space="preserve">[35:18] </w:t>
      </w:r>
      <w:r>
        <w:t>to isi tareeqe se islam ke baray mein socho ke kya mamla hai ke islam irrelevant ho gaya. to pata chalega ke islam nahi hua hai, hamara jo apna banaya hua islam tha, woh hua hai.</w:t>
      </w:r>
    </w:p>
    <w:p>
      <w:pPr>
        <w:jc w:val="right"/>
      </w:pPr>
      <w:r>
        <w:t>تو اسی طریقے سے اسلام کے بارے میں سوچو کہ کیا معاملہ ہے کہ اسلام ارریلیونٹ ہو گیا۔ تو پتہ چلے گا کہ اسلام نہیں ہوا ہے، ہمارا جو اپنا بنایا ہوا اسلام تھا، وہ ہوا ہے۔</w:t>
      </w:r>
    </w:p>
    <w:p>
      <w:r>
        <w:rPr>
          <w:b/>
        </w:rPr>
        <w:t xml:space="preserve">[35:30] </w:t>
      </w:r>
      <w:r>
        <w:t>asal islam jo text mein hai, quran o hadees mein hai, woh wahi hai jo sab ke liye acceptable hai. woh</w:t>
      </w:r>
    </w:p>
    <w:p>
      <w:pPr>
        <w:jc w:val="right"/>
      </w:pPr>
      <w:r>
        <w:t>اصل اسلام جو ٹیکسٹ میں ہے، قرآن و حدیث میں ہے، وہ وہی ہے جو سب کے لیے ایکسیپٹیبل ہے۔ وہ</w:t>
      </w:r>
    </w:p>
    <w:p>
      <w:r>
        <w:rPr>
          <w:b/>
        </w:rPr>
        <w:t xml:space="preserve">[35:42] </w:t>
      </w:r>
      <w:r>
        <w:t>to log resign nahi karte.</w:t>
      </w:r>
    </w:p>
    <w:p>
      <w:pPr>
        <w:jc w:val="right"/>
      </w:pPr>
      <w:r>
        <w:t>تو لوگ ریسائن نہیں کرتے۔</w:t>
      </w:r>
    </w:p>
    <w:p>
      <w:r>
        <w:rPr>
          <w:b/>
        </w:rPr>
        <w:t xml:space="preserve">[35:46] </w:t>
      </w:r>
      <w:r>
        <w:t>aik sahib ne kitab likhi hai, three a faizi kehelate thay, woh modern approach to islam.</w:t>
      </w:r>
    </w:p>
    <w:p>
      <w:pPr>
        <w:jc w:val="right"/>
      </w:pPr>
      <w:r>
        <w:t>ایک صاحب نے کتاب لکھی ہے، تھری اے فائضی کہلاتے تھے، وہ ماڈرن اپروچ ٹو اسلام۔</w:t>
      </w:r>
    </w:p>
    <w:p>
      <w:r>
        <w:rPr>
          <w:b/>
        </w:rPr>
        <w:t xml:space="preserve">[35:55] </w:t>
      </w:r>
      <w:r>
        <w:t>ab modern approach to islam, is mein woh kehte hain ke islam par nazar sani ki zaroorat hai, islam par islam ko revise karne ki zaroorat hai.</w:t>
      </w:r>
    </w:p>
    <w:p>
      <w:pPr>
        <w:jc w:val="right"/>
      </w:pPr>
      <w:r>
        <w:t>اب ماڈرن اپروچ ٹو اسلام، اس میں وہ کہتے ہیں کہ اسلام پر نظر ثانی کی ضرورت ہے، اسلام پر اسلام کو ریوائز کرنے کی ضرورت ہے۔</w:t>
      </w:r>
    </w:p>
    <w:p>
      <w:r>
        <w:rPr>
          <w:b/>
        </w:rPr>
        <w:t xml:space="preserve">[36:06] </w:t>
      </w:r>
      <w:r>
        <w:t>to maine is kitab ko parha, maine is ka tajruba bhi kiya tha. masla islam ka nahi hai, masla izafa, izafa kiye hue islam ka hai.</w:t>
      </w:r>
    </w:p>
    <w:p>
      <w:pPr>
        <w:jc w:val="right"/>
      </w:pPr>
      <w:r>
        <w:t>تو میں نے اس کتاب کو پڑھا، میں نے اس کا تجربہ بھی کیا تھا۔ مسئلہ اسلام کا نہیں ہے، مسئلہ اضافہ، اضافہ کیے ہوئے اسلام کا ہے۔</w:t>
      </w:r>
    </w:p>
    <w:p>
      <w:r>
        <w:rPr>
          <w:b/>
        </w:rPr>
        <w:t xml:space="preserve">[36:16] </w:t>
      </w:r>
      <w:r>
        <w:t>musalmanon ne jo islam bana rakha hai, is is ka masla hai. yani jo jo izafa kiya hua hai, hisab is ko alag kar do.</w:t>
      </w:r>
    </w:p>
    <w:p>
      <w:pPr>
        <w:jc w:val="right"/>
      </w:pPr>
      <w:r>
        <w:t>مسلمانوں نے جو اسلام بنا رکھا ہے، اس اس کا مسئلہ ہے۔ یعنی جو جو اضافہ کیا ہوا ہے، حساب اس کو الگ کر دو۔</w:t>
      </w:r>
    </w:p>
    <w:p>
      <w:r>
        <w:rPr>
          <w:b/>
        </w:rPr>
        <w:t xml:space="preserve">[36:24] </w:t>
      </w:r>
      <w:r>
        <w:t>bas jo pure islam hai, woh is ko baqi rahega, to is mein kuch bhi nahi aisa hai. to revise islam ko nahi karna hai, revise is ko karna hai jo baad ko logon ne banaya, is ko revise karna hai</w:t>
      </w:r>
    </w:p>
    <w:p>
      <w:pPr>
        <w:jc w:val="right"/>
      </w:pPr>
      <w:r>
        <w:t>بس جو پیور اسلام ہے، وہ اس کو باقی رہے گا، تو اس میں کچھ بھی نہیں ایسا ہے۔ تو ریوائز اسلام کو نہیں کرنا ہے، ریوائز اس کو کرنا ہے جو بعد کو لوگوں نے بنایا، اس کو ریوائز کرنا ہے</w:t>
      </w:r>
    </w:p>
    <w:p>
      <w:r>
        <w:rPr>
          <w:b/>
        </w:rPr>
        <w:t xml:space="preserve">[36:41] </w:t>
      </w:r>
      <w:r>
        <w:t>ke sari duniya mein khilafat karna hai, islam ka farz bana diya, ladai karna, suicide baad mein kar ke logon ko zair karna, yeh islam ka fariza bana diya jo ke hai hi nahi.</w:t>
      </w:r>
    </w:p>
    <w:p>
      <w:pPr>
        <w:jc w:val="right"/>
      </w:pPr>
      <w:r>
        <w:t>کہ ساری دنیا میں خلافت کرنا ہے، اسلام کا فرض بنا دیا، لڑائی کرنا، سوسائیڈ بعد میں کر کے لوگوں کو زیر کرنا، یہ اسلام کا فریضہ بنا دیا جو کہ ہے ہی نہیں۔</w:t>
      </w:r>
    </w:p>
    <w:p>
      <w:r>
        <w:rPr>
          <w:b/>
        </w:rPr>
        <w:t xml:space="preserve">[36:54] </w:t>
      </w:r>
      <w:r>
        <w:t>islam superior religion hai, sab inferior religion hain, doosre tamam yeh sab khud bana liya hai logon ne.</w:t>
      </w:r>
    </w:p>
    <w:p>
      <w:pPr>
        <w:jc w:val="right"/>
      </w:pPr>
      <w:r>
        <w:t>اسلام سپیر ریلیجن ہے، سب انفیئر ریلیجن ہیں، دوسرے تمام یہ سب خود بنا لیا ہے لوگوں نے۔</w:t>
      </w:r>
    </w:p>
    <w:p>
      <w:r>
        <w:rPr>
          <w:b/>
        </w:rPr>
        <w:t xml:space="preserve">[37:02] </w:t>
      </w:r>
      <w:r>
        <w:t>to behal main yeh samajh paya hoon ke musalman jo hain, zabani ke un ki jar ki kharabi yeh hai ke dawat ka shaoor unhon ne kho diya hai.</w:t>
      </w:r>
    </w:p>
    <w:p>
      <w:pPr>
        <w:jc w:val="right"/>
      </w:pPr>
      <w:r>
        <w:t>تو بہرحال میں یہ سمجھ پایا ہوں کہ مسلمان جو ہیں، زبانی کے ان کی جڑ کی خرابی یہ ہے کہ دعوت کا شعور انہوں نے کھو دیا ہے۔</w:t>
      </w:r>
    </w:p>
    <w:p>
      <w:r>
        <w:rPr>
          <w:b/>
        </w:rPr>
        <w:t xml:space="preserve">[37:18] </w:t>
      </w:r>
      <w:r>
        <w:t>dawa consciousness un ke andar baqi nahi raha hai ke woh nahi hai to sab kuch nahi hai.</w:t>
      </w:r>
    </w:p>
    <w:p>
      <w:pPr>
        <w:jc w:val="right"/>
      </w:pPr>
      <w:r>
        <w:t>دعویٰ کانشیسنس ان کے اندر باقی نہیں رہا ہے کہ وہ نہیں ہے تو سب کچھ نہیں ہے۔</w:t>
      </w:r>
    </w:p>
    <w:p>
      <w:r>
        <w:rPr>
          <w:b/>
        </w:rPr>
        <w:t xml:space="preserve">[37:26] </w:t>
      </w:r>
      <w:r>
        <w:t>yani jis tarah se ek ek dada hai, woh kuch bhi karega, lekin ek businessman woh nahi kar sakta, woh jo jo dada karta hai.</w:t>
      </w:r>
    </w:p>
    <w:p>
      <w:pPr>
        <w:jc w:val="right"/>
      </w:pPr>
      <w:r>
        <w:t>یعنی جس طرح سے ایک ایک دادا ہے، وہ کچھ بھی کرے گا، لیکن ایک بزنس مین وہ نہیں کر سکتا، وہ جو جو دادا کرتا ہے۔</w:t>
      </w:r>
    </w:p>
    <w:p>
      <w:r>
        <w:rPr>
          <w:b/>
        </w:rPr>
        <w:t xml:space="preserve">[37:38] </w:t>
      </w:r>
      <w:r>
        <w:t>yahan purani dilli mein mujhe ek sahab ne qissa bataya, ek aadmi, ek musalman tha, woh dadagiri karta tha, marna, peetna, idhar udhar logon ko dara daraye rakhna, threat mein rakhna taake log isko paisa dein.</w:t>
      </w:r>
    </w:p>
    <w:p>
      <w:pPr>
        <w:jc w:val="right"/>
      </w:pPr>
      <w:r>
        <w:t>یہاں پرانی دہلی میں مجھے ایک صاحب نے قصہ بتایا، ایک آدمی، ایک مسلمان تھا، وہ دادا گیری کرتا تھا، مارنا، پیٹنا، ادھر ادھر لوگوں کو ڈرا ڈرائے رکھنا، تھریٹ میں رکھنا تاکہ لوگ اس کو پیسہ دیں۔</w:t>
      </w:r>
    </w:p>
    <w:p>
      <w:r>
        <w:rPr>
          <w:b/>
        </w:rPr>
        <w:t xml:space="preserve">[37:53] </w:t>
      </w:r>
      <w:r>
        <w:t>khud toh kamata nahi tha, doosron se lena tha, isko sab dabe rahe hain isse. toh ek samajhdar aadmi tha, usne isko ek dukaan karwa di.</w:t>
      </w:r>
    </w:p>
    <w:p>
      <w:pPr>
        <w:jc w:val="right"/>
      </w:pPr>
      <w:r>
        <w:t>خود تو کماتا نہیں تھا، دوسروں سے لینا تھا، اس کو سب دبے رہے ہیں اس سے۔ تو ایک سمجھدار آدمی تھا، اس نے اس کو ایک دکان کروا دی۔</w:t>
      </w:r>
    </w:p>
    <w:p>
      <w:r>
        <w:rPr>
          <w:b/>
        </w:rPr>
        <w:t xml:space="preserve">[38:06] </w:t>
      </w:r>
      <w:r>
        <w:t>yeh sachha qissa hai, paisa laga kar ke isko dukaan karwa di hai, kuch lohe ke saman ki, aur isko bitha diya wahan. wahi yeh aadmi bilkul theek ho gaya,</w:t>
      </w:r>
    </w:p>
    <w:p>
      <w:pPr>
        <w:jc w:val="right"/>
      </w:pPr>
      <w:r>
        <w:t>یہ سچا قصہ ہے، پیسہ لگا کر کے اس کو دکان کروا دی ہے، کچھ لوہے کے سامان کی، اور اس کو بٹھا دیا وہاں۔ وہی یہ آدمی بالکل ٹھیک ہو گیا،</w:t>
      </w:r>
    </w:p>
    <w:p>
      <w:r>
        <w:rPr>
          <w:b/>
        </w:rPr>
        <w:t xml:space="preserve">[38:20] </w:t>
      </w:r>
      <w:r>
        <w:t>ek dum</w:t>
      </w:r>
    </w:p>
    <w:p>
      <w:pPr>
        <w:jc w:val="right"/>
      </w:pPr>
      <w:r>
        <w:t>ایک دم</w:t>
      </w:r>
    </w:p>
    <w:p>
      <w:r>
        <w:rPr>
          <w:b/>
        </w:rPr>
        <w:t xml:space="preserve">[38:21] </w:t>
      </w:r>
      <w:r>
        <w:t>theek ho gaya kyunke ab isko iska iska mind jo hai, business ko le kar sochne laga, customer ko le kar sochne laga, market ko le kar sochne laga.</w:t>
      </w:r>
    </w:p>
    <w:p>
      <w:pPr>
        <w:jc w:val="right"/>
      </w:pPr>
      <w:r>
        <w:t>ٹھیک ہو گیا کیونکہ اب اس کو اس کا اس کا مائنڈ جو ہے، بزنس کو لے کر سوچنے لگا، کسٹمر کو لے کر سوچنے لگا، مارکیٹ کو لے کر سوچنے لگا۔</w:t>
      </w:r>
    </w:p>
    <w:p>
      <w:r>
        <w:rPr>
          <w:b/>
        </w:rPr>
        <w:t xml:space="preserve">[38:35] </w:t>
      </w:r>
      <w:r>
        <w:t>toh musalman jo hain, chuki dawat ka mizaj nahi hai, toh kuch bhi ulti seedhi baat bolte hain, kuch bhi kehte rehte hain. dawat ka mizaj jo hai, yeh yeh central theme hai Islam ki.</w:t>
      </w:r>
    </w:p>
    <w:p>
      <w:pPr>
        <w:jc w:val="right"/>
      </w:pPr>
      <w:r>
        <w:t>تو مسلمان جو ہیں، چونکہ دعوت کا مزاج نہیں ہے، تو کچھ بھی الٹی سیدھی بات بولتے ہیں، کچھ بھی کہتے رہتے ہیں۔ دعوت کا مزاج جو ہے، یہ یہ سینٹرل تھیم ہے اسلام کی۔</w:t>
      </w:r>
    </w:p>
    <w:p>
      <w:r>
        <w:rPr>
          <w:b/>
        </w:rPr>
        <w:t xml:space="preserve">[38:50] </w:t>
      </w:r>
      <w:r>
        <w:t>dawat ka mizaj hai toh sab kuch hai, dawat ka mizaj nahi hai toh kuch bhi nahi.</w:t>
      </w:r>
    </w:p>
    <w:p>
      <w:pPr>
        <w:jc w:val="right"/>
      </w:pPr>
      <w:r>
        <w:t>دعوت کا مزاج ہے تو سب کچھ ہے، دعوت کا مزاج نہیں ہے تو کچھ بھی نہیں۔</w:t>
      </w:r>
    </w:p>
    <w:p>
      <w:r>
        <w:rPr>
          <w:b/>
        </w:rPr>
        <w:t xml:space="preserve">[39:03] </w:t>
      </w:r>
      <w:r>
        <w:t>yeh hai main jahan tak samajh paya hoon, jar musalmanon ke mamle ki.</w:t>
      </w:r>
    </w:p>
    <w:p>
      <w:pPr>
        <w:jc w:val="right"/>
      </w:pPr>
      <w:r>
        <w:t>یہ ہے میں جہاں تک سمجھ پایا ہوں، جڑ مسلمانوں کے معاملے کی۔</w:t>
      </w:r>
    </w:p>
    <w:p>
      <w:r>
        <w:rPr>
          <w:b/>
        </w:rPr>
        <w:t xml:space="preserve">[39:09] </w:t>
      </w:r>
      <w:r>
        <w:t>aksar yeh poochte hain log mujh se ke musalmanon ki kaise un mein ek nayi zindagi paida ki jaye, kaise bedari paida ki jaye, kaise un ke islah lai jaye.</w:t>
      </w:r>
    </w:p>
    <w:p>
      <w:pPr>
        <w:jc w:val="right"/>
      </w:pPr>
      <w:r>
        <w:t>اکثر یہ پوچھتے ہیں لوگ مجھ سے کہ مسلمانوں کی کیسے ان میں ایک نئی زندگی پیدا کی جائے، کیسے بیداری پیدا کی جائے، کیسے ان کے اصلاح لائی جائے۔</w:t>
      </w:r>
    </w:p>
    <w:p>
      <w:r>
        <w:rPr>
          <w:b/>
        </w:rPr>
        <w:t xml:space="preserve">[39:22] </w:t>
      </w:r>
      <w:r>
        <w:t>toh main yahi kehta hoon ke jar ki baat yeh hai ke dawat ka shaoor un ke andar nahi hai,</w:t>
      </w:r>
    </w:p>
    <w:p>
      <w:pPr>
        <w:jc w:val="right"/>
      </w:pPr>
      <w:r>
        <w:t>تو میں یہی کہتا ہوں کہ جڑ کی بات یہ ہے کہ دعوت کا شعور ان کے اندر نہیں ہے،</w:t>
      </w:r>
    </w:p>
    <w:p>
      <w:r>
        <w:rPr>
          <w:b/>
        </w:rPr>
        <w:t xml:space="preserve">[39:31] </w:t>
      </w:r>
      <w:r>
        <w:t>woh paida kijiye.</w:t>
      </w:r>
    </w:p>
    <w:p>
      <w:pPr>
        <w:jc w:val="right"/>
      </w:pPr>
      <w:r>
        <w:t>وہ پیدا کیجئے۔</w:t>
      </w:r>
    </w:p>
    <w:p>
      <w:r>
        <w:rPr>
          <w:b/>
        </w:rPr>
        <w:t xml:space="preserve">[39:32] </w:t>
      </w:r>
      <w:r>
        <w:t>aur dawat jo hai, wahi wahi toh un ka, yani wahi toh un ki asal duty hai, wahi un ki farz mansabi hai, wahi nahi hai toh kuch bhi nahi.</w:t>
      </w:r>
    </w:p>
    <w:p>
      <w:pPr>
        <w:jc w:val="right"/>
      </w:pPr>
      <w:r>
        <w:t>اور دعوت جو ہے، وہی وہی تو ان کا، یعنی وہی تو ان کی اصل ڈیوٹی ہے، وہی ان کی فرض منصبی ہے، وہی نہیں ہے تو کچھ بھی نہیں۔</w:t>
      </w:r>
    </w:p>
    <w:p>
      <w:r>
        <w:rPr>
          <w:b/>
        </w:rPr>
        <w:t xml:space="preserve">[39:46] </w:t>
      </w:r>
      <w:r>
        <w:t>toh is zamane ke musalmanon ki main samajhta hoon sab se badi khairkhwahi yeh hai ke un ko daai banaya jaye, daai</w:t>
      </w:r>
    </w:p>
    <w:p>
      <w:pPr>
        <w:jc w:val="right"/>
      </w:pPr>
      <w:r>
        <w:t>تو اس زمانے کے مسلمانوں کی میں سمجھتا ہوں سب سے بڑی خیرخواہی یہ ہے کہ ان کو داعی بنایا جائے، داعی</w:t>
      </w:r>
    </w:p>
    <w:p>
      <w:r>
        <w:rPr>
          <w:b/>
        </w:rPr>
        <w:t xml:space="preserve">[39:56] </w:t>
      </w:r>
      <w:r>
        <w:t>un ke andar dawat ka shaoor paida kiya jaye. un ko is tarah kiya jaye ke woh daai ban kar duniya mein rehna seekhein, daai ban kar.</w:t>
      </w:r>
    </w:p>
    <w:p>
      <w:pPr>
        <w:jc w:val="right"/>
      </w:pPr>
      <w:r>
        <w:t>ان کے اندر دعوت کا شعور پیدا کیا جائے۔ ان کو اس طرح کیا جائے کہ وہ داعی بن کر دنیا میں رہنا سیکھیں، داعی بن کر۔</w:t>
      </w:r>
    </w:p>
    <w:p>
      <w:r>
        <w:rPr>
          <w:b/>
        </w:rPr>
        <w:t xml:space="preserve">[40:09] </w:t>
      </w:r>
      <w:r>
        <w:t>ab hamare saathi dekhein, har jagah jate hain. ab wahi kal jaise hum log gaye the meerut, toh hamare sathiyon ne kya kiya?</w:t>
      </w:r>
    </w:p>
    <w:p>
      <w:pPr>
        <w:jc w:val="right"/>
      </w:pPr>
      <w:r>
        <w:t>اب ہمارے ساتھی دیکھیں، ہر جگہ جاتے ہیں۔ اب وہی کل جیسے ہم لوگ گئے تھے میرٹھ، تو ہمارے ساتھیوں نے کیا کیا؟</w:t>
      </w:r>
    </w:p>
    <w:p>
      <w:r>
        <w:rPr>
          <w:b/>
        </w:rPr>
        <w:t xml:space="preserve">[40:19] </w:t>
      </w:r>
      <w:r>
        <w:t>hamare sathiyon ne kya kiya ke wahan log kuch log hungama kar rahe the. ab hamare sathiyon ne kya kiya ke logon ko letter bant rahe the, yahan se le gaye the.</w:t>
      </w:r>
    </w:p>
    <w:p>
      <w:pPr>
        <w:jc w:val="right"/>
      </w:pPr>
      <w:r>
        <w:t>ہمارے ساتھیوں نے کیا کیا کہ وہاں لوگ کچھ لوگ ہنگامہ کر رہے تھے۔ اب ہمارے ساتھیوں نے کیا کیا کہ لوگوں کو لیٹر بانٹ رہے تھے، یہاں سے لے گئے تھے۔</w:t>
      </w:r>
    </w:p>
    <w:p>
      <w:r>
        <w:rPr>
          <w:b/>
        </w:rPr>
        <w:t xml:space="preserve">[40:29] </w:t>
      </w:r>
      <w:r>
        <w:t>kaafi kitabein hain, quran ka tarjuma aur doosri kitabein.</w:t>
      </w:r>
    </w:p>
    <w:p>
      <w:pPr>
        <w:jc w:val="right"/>
      </w:pPr>
      <w:r>
        <w:t>کافی کتابیں ہیں، قرآن کا ترجمہ اور دوسری کتابیں۔</w:t>
      </w:r>
    </w:p>
    <w:p>
      <w:r>
        <w:rPr>
          <w:b/>
        </w:rPr>
        <w:t xml:space="preserve">[40:33] </w:t>
      </w:r>
      <w:r>
        <w:t>toh unhone yeh nahi dekha ke yeh log ladai jhagda bachana chahte hain, unhone dekha ke yeh itna itna insaan yahan ekta hai. is aadmi ne jo jo jhagda kar raha tha, woh usne times of india mein chapi hui television ko dekha.</w:t>
      </w:r>
    </w:p>
    <w:p>
      <w:pPr>
        <w:jc w:val="right"/>
      </w:pPr>
      <w:r>
        <w:t>تو انہوں نے یہ نہیں دیکھا کہ یہ لوگ لڑائی جھگڑا بچانا چاہتے ہیں، انہوں نے دیکھا کہ یہ اتنا اتنا انسان یہاں اکٹھا ہے۔ اس آدمی نے جو جو جھگڑا کر رہا تھا، وہ اس نے ٹائمز آف انڈیا میں چھپی ہوئی ٹیلی ویژن کو دیکھا۔</w:t>
      </w:r>
    </w:p>
    <w:p>
      <w:r>
        <w:rPr>
          <w:b/>
        </w:rPr>
        <w:t xml:space="preserve">[40:50] </w:t>
      </w:r>
      <w:r>
        <w:t>aur hamare sathiyon ne dekha ke yaar insaan itne sare hain, un mein hamein daawti kaam karna hai. toh khoob dhoom se unhone islami literature logon ko diya.</w:t>
      </w:r>
    </w:p>
    <w:p>
      <w:pPr>
        <w:jc w:val="right"/>
      </w:pPr>
      <w:r>
        <w:t>اور ہمارے ساتھیوں نے دیکھا کہ یار انسان اتنے سارے ہیں، ان میں ہمیں دعوتی کام کرنا ہے۔ تو خوب دھوم سے انہوں نے اسلامی لٹریچر لوگوں کو دیا۔</w:t>
      </w:r>
    </w:p>
    <w:p>
      <w:r>
        <w:rPr>
          <w:b/>
        </w:rPr>
        <w:t xml:space="preserve">[41:02] </w:t>
      </w:r>
      <w:r>
        <w:t>toh mujhe ek qissa yaad aaya, ek ek christian missionary ka.</w:t>
      </w:r>
    </w:p>
    <w:p>
      <w:pPr>
        <w:jc w:val="right"/>
      </w:pPr>
      <w:r>
        <w:t>تو مجھے ایک قصہ یاد آیا، ایک ایک کرسچن مشنری کا۔</w:t>
      </w:r>
    </w:p>
    <w:p>
      <w:r>
        <w:rPr>
          <w:b/>
        </w:rPr>
        <w:t xml:space="preserve">[41:09] </w:t>
      </w:r>
      <w:r>
        <w:t>toh usne ek, yani wahan par south america mein bade bade jungle hain, yeh peru ka jungle, wahan kuch insaan bhi rehte hain purane zamane ke.</w:t>
      </w:r>
    </w:p>
    <w:p>
      <w:pPr>
        <w:jc w:val="right"/>
      </w:pPr>
      <w:r>
        <w:t>تو اس نے ایک، یعنی وہاں پر ساؤتھ امریکہ میں بڑے بڑے جنگل ہیں، یہ پیرو کا جنگل، وہاں کچھ انسان بھی رہتے ہیں پرانے زمانے کے۔</w:t>
      </w:r>
    </w:p>
    <w:p>
      <w:r>
        <w:rPr>
          <w:b/>
        </w:rPr>
        <w:t xml:space="preserve">[41:23] </w:t>
      </w:r>
      <w:r>
        <w:t>toh ek unhone wahan par bhija ek aadmi ko pata karne ke liye, wahan dekho ke wahan kuch insaan bhi hain, wahan par ya jungle, jungli janwar hain aur jungle, yahi sab hai.</w:t>
      </w:r>
    </w:p>
    <w:p>
      <w:pPr>
        <w:jc w:val="right"/>
      </w:pPr>
      <w:r>
        <w:t>تو ایک انہوں نے وہاں پر بھیجا ایک آدمی کو پتہ کرنے کے لیے، وہاں دیکھو کہ وہاں کچھ انسان بھی ہیں، وہاں پر یا جنگل، جنگلی جانور ہیں اور جنگل ہے، یہی سب ہے۔</w:t>
      </w:r>
    </w:p>
    <w:p>
      <w:r>
        <w:rPr>
          <w:b/>
        </w:rPr>
        <w:t xml:space="preserve">[41:37] </w:t>
      </w:r>
      <w:r>
        <w:t>toh wahan par gaya, wahan par road nahi, wahan par koi facility nahi, lekin ghus ke gaya andar, idhar udhar.</w:t>
      </w:r>
    </w:p>
    <w:p>
      <w:pPr>
        <w:jc w:val="right"/>
      </w:pPr>
      <w:r>
        <w:t>تو وہاں پر گیا، وہاں پر روڈ نہیں، وہاں پر کوئی فیسلیٹی نہیں، لیکن گھس کے گیا اندر، ادھر ادھر۔</w:t>
      </w:r>
    </w:p>
    <w:p>
      <w:r>
        <w:rPr>
          <w:b/>
        </w:rPr>
        <w:t xml:space="preserve">[41:48] </w:t>
      </w:r>
      <w:r>
        <w:t>toh pata kar ke woh lauta jab toh report dete hue kaha ke wahan par raste nahi hain, wahan par yeh necha ooncha hai, wahan par saanp bichhu hain, tarah tarah ki baatein woh kar raha tha, machhar hain,</w:t>
      </w:r>
    </w:p>
    <w:p>
      <w:pPr>
        <w:jc w:val="right"/>
      </w:pPr>
      <w:r>
        <w:t>تو پتہ کر کے وہ لوٹا جب تو رپورٹ دیتے ہوئے کہا کہ وہاں پر راستے نہیں ہیں، وہاں پر یہ نیچا اونچا ہے، وہاں پر سانپ بچھو ہیں، طرح طرح کی باتیں وہ کر رہا تھا، مچھر ہیں،</w:t>
      </w:r>
    </w:p>
    <w:p>
      <w:r>
        <w:rPr>
          <w:b/>
        </w:rPr>
        <w:t xml:space="preserve">[42:02] </w:t>
      </w:r>
      <w:r>
        <w:t>keere makore hain. to ek aadmi chila kar kaha, ek ek isai, are bhai yeh batao ke wahan insan bhi hain, kya yeh sab kya khabar de rahe ho hum ko?</w:t>
      </w:r>
    </w:p>
    <w:p>
      <w:pPr>
        <w:jc w:val="right"/>
      </w:pPr>
      <w:r>
        <w:t>کیڑے مکوڑے ہیں۔ تو ایک آدمی چلا کر کہا، ایک ایک عیسائی، ارے بھئی یہ بتاؤ کہ وہاں انسان بھی ہیں، کیا یہ سب کیا خبر دے رہے ہو ہم کو؟</w:t>
      </w:r>
    </w:p>
    <w:p>
      <w:r>
        <w:rPr>
          <w:b/>
        </w:rPr>
        <w:t xml:space="preserve">[42:12] </w:t>
      </w:r>
      <w:r>
        <w:t>tum</w:t>
      </w:r>
    </w:p>
    <w:p>
      <w:pPr>
        <w:jc w:val="right"/>
      </w:pPr>
      <w:r>
        <w:t>تم</w:t>
      </w:r>
    </w:p>
    <w:p>
      <w:r>
        <w:rPr>
          <w:b/>
        </w:rPr>
        <w:t xml:space="preserve">[42:16] </w:t>
      </w:r>
      <w:r>
        <w:t>hua kya? h</w:t>
      </w:r>
    </w:p>
    <w:p>
      <w:pPr>
        <w:jc w:val="right"/>
      </w:pPr>
      <w:r>
        <w:t>ہوا کیا؟ ہ</w:t>
      </w:r>
    </w:p>
    <w:p>
      <w:r>
        <w:rPr>
          <w:b/>
        </w:rPr>
        <w:t xml:space="preserve">[42:17] </w:t>
      </w:r>
      <w:r>
        <w:t>aan hain, insan bhi hain. to bas bas theek hai, yeh batao hum ko, phir hamein wahan jana hai. yeh hai mishri street.</w:t>
      </w:r>
    </w:p>
    <w:p>
      <w:pPr>
        <w:jc w:val="right"/>
      </w:pPr>
      <w:r>
        <w:t>اں ہیں، انسان بھی ہیں۔ تو بس بس ٹھیک ہے، یہ بتاؤ ہم کو، پھر ہمیں وہاں جانا ہے۔ یہ ہے مشری سٹریٹ۔</w:t>
      </w:r>
    </w:p>
    <w:p>
      <w:r>
        <w:rPr>
          <w:b/>
        </w:rPr>
        <w:t xml:space="preserve">[42:27] </w:t>
      </w:r>
      <w:r>
        <w:t>to hamare saathi jo gaye the wahan Khuda ke fazl se, un ka to mishri street thi, da'vati jazba tha. to unhon ne yeh nahin dekha ke woh kuch aadmi jhagda kar rahe hain, unhon ne dekha ke insan ekattha hain, yahan par itne saare.</w:t>
      </w:r>
    </w:p>
    <w:p>
      <w:pPr>
        <w:jc w:val="right"/>
      </w:pPr>
      <w:r>
        <w:t>تو ہمارے ساتھی جو گئے تھے وہاں خدا کے فضل سے، ان کا تو مشری سٹریٹ تھی، دعوتی جذبہ تھا۔ تو انہوں نے یہ نہیں دیکھا کہ وہ کچھ آدمی جھگڑا کر رہے ہیں، انہوں نے دیکھا کہ انسان اکٹھا ہیں، یہاں پر اتنے سارے۔</w:t>
      </w:r>
    </w:p>
    <w:p>
      <w:r>
        <w:rPr>
          <w:b/>
        </w:rPr>
        <w:t xml:space="preserve">[42:40] </w:t>
      </w:r>
      <w:r>
        <w:t>unhein hamein, unhein, unhon ne, unhein hamein pahunchana hai Islam ka paigham</w:t>
      </w:r>
    </w:p>
    <w:p>
      <w:pPr>
        <w:jc w:val="right"/>
      </w:pPr>
      <w:r>
        <w:t>انہیں ہمیں، انہیں، انہوں نے، انہیں ہمیں پہنچانا ہے اسلام کا پیغام</w:t>
      </w:r>
    </w:p>
    <w:p>
      <w:r>
        <w:rPr>
          <w:b/>
        </w:rPr>
        <w:t xml:space="preserve">[42:45] </w:t>
      </w:r>
      <w:r>
        <w:t>. to sari kitabein distribute kar dein unhon ne, dhara dhara dhara dhara dhara dhara. to da'i insan jo hai, woh mawaqe' da'wat ko dekhta hai.</w:t>
      </w:r>
    </w:p>
    <w:p>
      <w:pPr>
        <w:jc w:val="right"/>
      </w:pPr>
      <w:r>
        <w:t>۔ تو ساری کتابیں ڈسٹریبیوٹ کر دیں انہوں نے، دھرا دھرا دھرا دھرا دھرا دھرا۔ تو داعی انسان جو ہے، وہ مواقع دعوت کو دیکھتا ہے۔</w:t>
      </w:r>
    </w:p>
    <w:p>
      <w:r>
        <w:rPr>
          <w:b/>
        </w:rPr>
        <w:t xml:space="preserve">[43:03] </w:t>
      </w:r>
      <w:r>
        <w:t>is zamane mein dekhiye, mawaqe' da'wat, yani opportunities jo hain da'wat ki, woh bohat zyada, bohat zyada, bohat zyada hain.</w:t>
      </w:r>
    </w:p>
    <w:p>
      <w:pPr>
        <w:jc w:val="right"/>
      </w:pPr>
      <w:r>
        <w:t>اس زمانے میں دیکھیے، مواقع دعوت، یعنی اپرچونیٹیز جو ہیں دعوت کی، وہ بہت زیادہ، بہت زیادہ، بہت زیادہ ہیں۔</w:t>
      </w:r>
    </w:p>
    <w:p>
      <w:r>
        <w:rPr>
          <w:b/>
        </w:rPr>
        <w:t xml:space="preserve">[43:09] </w:t>
      </w:r>
      <w:r>
        <w:t>yeh samajh lijiye ke ek university unhon ne hinduo'n ne qaim ki, chaudhari chiran singh university. wahan hum ko bulaya gaya Islam par lecture dene ke liye, opportunity to hai yeh.</w:t>
      </w:r>
    </w:p>
    <w:p>
      <w:pPr>
        <w:jc w:val="right"/>
      </w:pPr>
      <w:r>
        <w:t>یہ سمجھ لیجئے کہ ایک یونیورسٹی انہوں نے ہندوؤں نے قائم کی، چودھری چران سنگھ یونیورسٹی۔ وہاں ہم کو بلایا گیا اسلام پر لیکچر دینے کے لیے، اپرچونیٹی تو ہے یہ۔</w:t>
      </w:r>
    </w:p>
    <w:p>
      <w:r>
        <w:rPr>
          <w:b/>
        </w:rPr>
        <w:t xml:space="preserve">[43:20] </w:t>
      </w:r>
      <w:r>
        <w:t>wahan ke library mein ek poora corner itna bada banaya gaya hai, bohat kaafi bada. is mein sirf hamara literature hi wahan par hai, yani CPS ka corner ek wahan par hai.</w:t>
      </w:r>
    </w:p>
    <w:p>
      <w:pPr>
        <w:jc w:val="right"/>
      </w:pPr>
      <w:r>
        <w:t>وہاں کے لائبریری میں ایک پورا کارنر اتنا بڑا بنایا گیا ہے، بہت کافی بڑا۔ اس میں صرف ہمارا لٹریچر ہی وہاں پر ہے، یعنی سی پی ایس کا کارنر ایک وہاں پر ہے۔</w:t>
      </w:r>
    </w:p>
    <w:p>
      <w:r>
        <w:rPr>
          <w:b/>
        </w:rPr>
        <w:t xml:space="preserve">[43:32] </w:t>
      </w:r>
      <w:r>
        <w:t>mujhe bohat dekh ke bohat ta'ajjub mujhe hua hai. hamare jo saathi gaye the, unhon ne bhi dekha, bohat khoobsurat almariyan bani hui hain. is mein yahan ka literature hai, urdu ka literature, hindi ka, angrezi ka,</w:t>
      </w:r>
    </w:p>
    <w:p>
      <w:pPr>
        <w:jc w:val="right"/>
      </w:pPr>
      <w:r>
        <w:t>مجھے بہت دیکھ کے بہت تعجب مجھے ہوا ہے۔ ہمارے جو ساتھی گئے تھے، انہوں نے بھی دیکھا، بہت خوبصورت الماریاں بنی ہوئی ہیں۔ اس میں یہاں کا لٹریچر ہے، اردو کا لٹریچر، ہندی کا، انگریزی کا،</w:t>
      </w:r>
    </w:p>
    <w:p>
      <w:r>
        <w:rPr>
          <w:b/>
        </w:rPr>
        <w:t xml:space="preserve">[43:46] </w:t>
      </w:r>
      <w:r>
        <w:t>quran ki tafsir bhi hai, wahan par hai. sab cheezein yeh daur hai, daur hai yeh daur. purane zamane mein jo tha, wahan par katar pan hua karta tha.</w:t>
      </w:r>
    </w:p>
    <w:p>
      <w:pPr>
        <w:jc w:val="right"/>
      </w:pPr>
      <w:r>
        <w:t>قرآن کی تفسیر بھی ہے، وہاں پر ہے۔ سب چیزیں یہ دور ہے، دور ہے یہ دور۔ پرانے زمانے میں جو تھا، وہاں پر کٹر پن ہوا کرتا تھا۔</w:t>
      </w:r>
    </w:p>
    <w:p>
      <w:r>
        <w:rPr>
          <w:b/>
        </w:rPr>
        <w:t xml:space="preserve">[43:54] </w:t>
      </w:r>
      <w:r>
        <w:t>pehle zamana, pehle zamane ka jo insan tha, woh katar pan tha, apna mazhab, bas apna mazhab, apna mazhab.</w:t>
      </w:r>
    </w:p>
    <w:p>
      <w:pPr>
        <w:jc w:val="right"/>
      </w:pPr>
      <w:r>
        <w:t>پہلے زمانہ، پہلے زمانے کا جو انسان تھا، وہ کٹر پن تھا، اپنا مذہب، بس اپنا مذہب، اپنا مذہب۔</w:t>
      </w:r>
    </w:p>
    <w:p>
      <w:r>
        <w:rPr>
          <w:b/>
        </w:rPr>
        <w:t xml:space="preserve">[44:02] </w:t>
      </w:r>
      <w:r>
        <w:t>ab udharta hai, liberal hote hain log ke doosre ke mazhab ko bhi jano ke woh kya mazhab hai. in ka yeh daur ka bohat bada farq hua hai,</w:t>
      </w:r>
    </w:p>
    <w:p>
      <w:pPr>
        <w:jc w:val="right"/>
      </w:pPr>
      <w:r>
        <w:t>اب ادھارتا ہے، لبرل ہوتے ہیں لوگ کہ دوسرے کے مذہب کو بھی جانو کہ وہ کیا مذہب ہے۔ ان کا یہ دور کا بہت بڑا فرق ہوا ہے،</w:t>
      </w:r>
    </w:p>
    <w:p>
      <w:r>
        <w:rPr>
          <w:b/>
        </w:rPr>
        <w:t xml:space="preserve">[44:15] </w:t>
      </w:r>
      <w:r>
        <w:t>bohat bada farq. yani pehle katar pan tha, to ab openness aa gaya hai. yani yeh itna bada farq hai, hamare paas se bhi zyada bada farq hai.</w:t>
      </w:r>
    </w:p>
    <w:p>
      <w:pPr>
        <w:jc w:val="right"/>
      </w:pPr>
      <w:r>
        <w:t>بہت بڑا فرق۔ یعنی پہلے کٹر پن تھا، تو اب اوپننس آ گیا ہے۔ یعنی یہ اتنا بڑا فرق ہے، ہمارے پاس سے بھی زیادہ بڑا فرق ہے۔</w:t>
      </w:r>
    </w:p>
    <w:p>
      <w:r>
        <w:rPr>
          <w:b/>
        </w:rPr>
        <w:t xml:space="preserve">[44:29] </w:t>
      </w:r>
      <w:r>
        <w:t>hazaron saal se duniya mein katar pan tha, mazhabi katar pan, mazhabi katar pan. bas mera mazhab, mera mazhab, mera mazhab</w:t>
      </w:r>
    </w:p>
    <w:p>
      <w:pPr>
        <w:jc w:val="right"/>
      </w:pPr>
      <w:r>
        <w:t>ہزاروں سال سے دنیا میں کٹر پن تھا، مذہبی کٹر پن، مذہبی کٹر پن۔ بس میرا مذہب، میرا مذہب، میرا مذہب</w:t>
      </w:r>
    </w:p>
    <w:p>
      <w:r>
        <w:rPr>
          <w:b/>
        </w:rPr>
        <w:t xml:space="preserve">[44:37] </w:t>
      </w:r>
      <w:r>
        <w:t>. ab openness hai, scientific, scientific inqilab ke baad. ab insan chahta hai ke apne mazhab ke saath doosre mazhab ko bhi jaane, woh doosre mazhabo'n ko bhi jaane.</w:t>
      </w:r>
    </w:p>
    <w:p>
      <w:pPr>
        <w:jc w:val="right"/>
      </w:pPr>
      <w:r>
        <w:t>۔ اب اوپننس ہے، سائنٹیفک، سائنٹیفک انقلاب کے بعد۔ اب انسان چاہتا ہے کہ اپنے مذہب کے ساتھ دوسرے مذہب کو بھی جانے، وہ دوسرے مذہبوں کو بھی جانے۔</w:t>
      </w:r>
    </w:p>
    <w:p>
      <w:r>
        <w:rPr>
          <w:b/>
        </w:rPr>
        <w:t xml:space="preserve">[44:51] </w:t>
      </w:r>
      <w:r>
        <w:t>woh to ab religious studies to hoti hi hoti hain. wahan par maine dekha ke wahan ki jo library bani hai, library baqayda ek CPS corner wahan par hai.</w:t>
      </w:r>
    </w:p>
    <w:p>
      <w:pPr>
        <w:jc w:val="right"/>
      </w:pPr>
      <w:r>
        <w:t>وہ تو اب ریزنس اسٹڈیز تو ہوتی ہی ہوتی ہیں۔ وہاں پر میں نے دیکھا کہ وہاں کی جو لائبریری بنی ہے، لائبریری باقاعدہ ایک سی پی ایس کارنر وہاں پر ہے۔</w:t>
      </w:r>
    </w:p>
    <w:p>
      <w:r>
        <w:rPr>
          <w:b/>
        </w:rPr>
        <w:t xml:space="preserve">[45:04] </w:t>
      </w:r>
      <w:r>
        <w:t>yeh kya hai? zamane ka phenomenon hai, yeh zamana openness ka zamana hai. sab ko jano, sab ko jano, sab ko jano.</w:t>
      </w:r>
    </w:p>
    <w:p>
      <w:pPr>
        <w:jc w:val="right"/>
      </w:pPr>
      <w:r>
        <w:t>یہ کیا ہے؟ زمانے کا فیناومینا ہے، یہ زمانہ اوپننس کا زمانہ ہے۔ سب کو جانو، سب کو جانو، سب کو جانو۔</w:t>
      </w:r>
    </w:p>
    <w:p>
      <w:r>
        <w:rPr>
          <w:b/>
        </w:rPr>
        <w:t xml:space="preserve">[45:14] </w:t>
      </w:r>
      <w:r>
        <w:t>to yeh opportunity khuli hai, is ko istemal kijiye.</w:t>
      </w:r>
    </w:p>
    <w:p>
      <w:pPr>
        <w:jc w:val="right"/>
      </w:pPr>
      <w:r>
        <w:t>تو یہ اپرچونیٹی کھلی ہے، اس کو استعمال کیجئے۔</w:t>
      </w:r>
    </w:p>
    <w:p>
      <w:r>
        <w:rPr>
          <w:b/>
        </w:rPr>
        <w:t xml:space="preserve">[45:21] </w:t>
      </w:r>
      <w:r>
        <w:t>yeh to ek opportunity khuli hai, is ko istemal kijiye.</w:t>
      </w:r>
    </w:p>
    <w:p>
      <w:pPr>
        <w:jc w:val="right"/>
      </w:pPr>
      <w:r>
        <w:t>یہ تو ایک اپرچونیٹی کھلی ہے، اس کو استعمال کیجئے۔</w:t>
      </w:r>
    </w:p>
    <w:p>
      <w:r>
        <w:rPr>
          <w:b/>
        </w:rPr>
        <w:t xml:space="preserve">[45:26] </w:t>
      </w:r>
      <w:r>
        <w:t>jis tarah se print media hai, ek opportunity hai. electronic media hai, ek opportunity hai. communication, ek opportunity hai. aaj ka jo induction ho, interaction hota hai, woh opportunity hai.</w:t>
      </w:r>
    </w:p>
    <w:p>
      <w:pPr>
        <w:jc w:val="right"/>
      </w:pPr>
      <w:r>
        <w:t>جس طرح سے پرنٹ میڈیا ہے، ایک اپرچونیٹی ہے۔ الیکٹرانک میڈیا ہے، ایک اپرچونیٹی ہے۔ کمیونیکیشن، ایک اپرچونیٹی ہے۔ آج کا جو انڈکشن ہو، انٹریکشن ہوتا ہے، وہ اپرچونیٹی ہے۔</w:t>
      </w:r>
    </w:p>
    <w:p>
      <w:r>
        <w:rPr>
          <w:b/>
        </w:rPr>
        <w:t xml:space="preserve">[45:39] </w:t>
      </w:r>
      <w:r>
        <w:t>globalization jo hai, woh opportunity hai. is tarah se openness bhi ek opportunity hai, is ko istemal kijiye.</w:t>
      </w:r>
    </w:p>
    <w:p>
      <w:pPr>
        <w:jc w:val="right"/>
      </w:pPr>
      <w:r>
        <w:t>گلوبلائزیشن جو ہے، وہ اپرچونیٹی ہے۔ اس طرح سے اوپننس بھی ایک اپرچونیٹی ہے، اس کو استعمال کیجئے۔</w:t>
      </w:r>
    </w:p>
    <w:p>
      <w:r>
        <w:rPr>
          <w:b/>
        </w:rPr>
        <w:t xml:space="preserve">[45:48] </w:t>
      </w:r>
      <w:r>
        <w:t>yeh hamare saathiyo'n ne wahan yeh nahin dekha ke koi log jhagad rahe hain, jhagadte rahe. woh log hain to phir opportunity hai, woh un ko hum apna literature de sakte hain.</w:t>
      </w:r>
    </w:p>
    <w:p>
      <w:pPr>
        <w:jc w:val="right"/>
      </w:pPr>
      <w:r>
        <w:t>یہ ہمارے ساتھیوں نے وہاں یہ نہیں دیکھا کہ کوئی لوگ جھگڑ رہے ہیں، جھگڑتے رہے۔ وہ لوگ ہیں تو پھر اپرچونیٹی ہے، وہ ان کو ہم اپنا لٹریچر دے سکتے ہیں۔</w:t>
      </w:r>
    </w:p>
    <w:p>
      <w:r>
        <w:rPr>
          <w:b/>
        </w:rPr>
        <w:t xml:space="preserve">[46:00] </w:t>
      </w:r>
      <w:r>
        <w:t>to yeh bohat bada, bohat badi be-shu'uri hai ke opportunity ka ek toofan hai</w:t>
      </w:r>
    </w:p>
    <w:p>
      <w:pPr>
        <w:jc w:val="right"/>
      </w:pPr>
      <w:r>
        <w:t>تو یہ بہت بڑا، بہت بڑی بے شعوری ہے کہ اپرچونیٹی کا ایک طوفان ہے</w:t>
      </w:r>
    </w:p>
    <w:p>
      <w:r>
        <w:rPr>
          <w:b/>
        </w:rPr>
        <w:t xml:space="preserve">[46:18] </w:t>
      </w:r>
      <w:r>
        <w:t>aur is ko hum aawel nahin kar rahe hain.</w:t>
      </w:r>
    </w:p>
    <w:p>
      <w:pPr>
        <w:jc w:val="right"/>
      </w:pPr>
      <w:r>
        <w:t>اور اس کو ہم اویل نہیں کر رہے ہیں۔</w:t>
      </w:r>
    </w:p>
    <w:p>
      <w:r>
        <w:rPr>
          <w:b/>
        </w:rPr>
        <w:t xml:space="preserve">[46:29] </w:t>
      </w:r>
      <w:r>
        <w:t>Abhi jo mere paas telephone aaya tha Arab se, unhon ne yeh bataya ke hum ne bohat dekha idhar udhar, siwa is literature ka jo yahan banaya gaya hai, CPS ke tehat, koi literature dawat ke liye nahin, kuch bhi nahin.</w:t>
      </w:r>
    </w:p>
    <w:p>
      <w:pPr>
        <w:jc w:val="right"/>
      </w:pPr>
      <w:r>
        <w:t>ابھی جو میرے پاس ٹیلی فون آیا تھا عرب سے، انہوں نے یہ بتایا کہ ہم نے بہت دیکھا ادھر ادھر، سوا اس لٹریچر کا جو یہاں بنایا گیا ہے، سی پی ایس کے تحت، کوئی لٹریچر دعوت کے لیے نہیں، کچھ بھی نہیں۔</w:t>
      </w:r>
    </w:p>
    <w:p>
      <w:r>
        <w:rPr>
          <w:b/>
        </w:rPr>
        <w:t xml:space="preserve">[46:42] </w:t>
      </w:r>
      <w:r>
        <w:t>Sab woh hai traditional hai, qaumi hai, apne apne hisab se hai. Dawat ke hisab se koi literature nahin poori Arab dunya mein.</w:t>
      </w:r>
    </w:p>
    <w:p>
      <w:pPr>
        <w:jc w:val="right"/>
      </w:pPr>
      <w:r>
        <w:t>سب وہ ہے ٹریڈیشنل ہے، قومی ہے، اپنے اپنے حساب سے ہے۔ دعوت کے حساب سے کوئی لٹریچر نہیں پوری عرب دنیا میں۔</w:t>
      </w:r>
    </w:p>
    <w:p>
      <w:r>
        <w:rPr>
          <w:b/>
        </w:rPr>
        <w:t xml:space="preserve">[46:54] </w:t>
      </w:r>
      <w:r>
        <w:t>Abhi dekhiye, mujhe ek bataya gaya ke hamari jo kitaab chhapi hai, jo Penguin ne chhapi hai, The Prophet of Peace, to woh ek American ko di gayi thi parhne ke liye.</w:t>
      </w:r>
    </w:p>
    <w:p>
      <w:pPr>
        <w:jc w:val="right"/>
      </w:pPr>
      <w:r>
        <w:t>ابھی دیکھیے، مجھے ایک بتایا گیا کہ ہماری جو کتاب چھپی ہے، جو پنگوئن نے چھاپی ہے، دا پرافٹ آف پیس، تو وہ ایک امریکن کو دی گئی تھی پڑھنے کے لیے۔</w:t>
      </w:r>
    </w:p>
    <w:p>
      <w:r>
        <w:rPr>
          <w:b/>
        </w:rPr>
        <w:t xml:space="preserve">[47:08] </w:t>
      </w:r>
      <w:r>
        <w:t>Is American ne poori kitaab padh dali to us ke baad us ne email se message bheja baqayda ke "This book has created a buzz in my mind".</w:t>
      </w:r>
    </w:p>
    <w:p>
      <w:pPr>
        <w:jc w:val="right"/>
      </w:pPr>
      <w:r>
        <w:t>اس امریکن نے پوری کتاب پڑھ ڈالی تو اس کے بعد اس نے ای میل سے میسج بھیجا باقاعدہ کہ "دس بک ہیز کریٹڈ ا بز ان مائی مائنڈ"۔</w:t>
      </w:r>
    </w:p>
    <w:p>
      <w:r>
        <w:rPr>
          <w:b/>
        </w:rPr>
        <w:t xml:space="preserve">[47:23] </w:t>
      </w:r>
      <w:r>
        <w:t>Is kitaab mein maidanon hijrat macha di hai. "This book has created a buzz in my mind". Ek aur jo hai, bohat padhe likhe hain, Hindu scholar hain, isi Delhi mein rehte hain, woh unhon ne yeh kitaab padhi to unhon ne kaha ke "Paradigm shift".</w:t>
      </w:r>
    </w:p>
    <w:p>
      <w:pPr>
        <w:jc w:val="right"/>
      </w:pPr>
      <w:r>
        <w:t>اس کتاب میں میدانوں ہجرت مچا دی ہے۔ "دس بک ہیز کریٹڈ ا بز ان مائی مائنڈ"۔ ایک اور جو ہے، بہت پڑھے لکھے ہیں، ہندو اسکالر ہیں، اسی دہلی میں رہتے ہیں، وہ انہوں نے یہ کتاب پڑھی تو انہوں نے کہا کہ "ٹ پائیڈائم شفٹ"۔</w:t>
      </w:r>
    </w:p>
    <w:p>
      <w:r>
        <w:rPr>
          <w:b/>
        </w:rPr>
        <w:t xml:space="preserve">[47:43] </w:t>
      </w:r>
      <w:r>
        <w:t>Yaani bilkul yeh to kaya</w:t>
      </w:r>
    </w:p>
    <w:p>
      <w:pPr>
        <w:jc w:val="right"/>
      </w:pPr>
      <w:r>
        <w:t>یعنی بالکل یہ تو کایا</w:t>
      </w:r>
    </w:p>
    <w:p>
      <w:r>
        <w:rPr>
          <w:b/>
        </w:rPr>
        <w:t xml:space="preserve">[47:45] </w:t>
      </w:r>
      <w:r>
        <w:t>palat ho gayi. Hum chah rahe the ke Islam violence ka mazhab hai, yeh to maloom hua ke peace ka mazhab hai. Itna taqatwar literature Allah ne tayyar kar diya hai, us ko phailaiye.</w:t>
      </w:r>
    </w:p>
    <w:p>
      <w:pPr>
        <w:jc w:val="right"/>
      </w:pPr>
      <w:r>
        <w:t>پلٹ ہو گئی۔ ہم چاہ رہے تھے کہ اسلام وائیلنس کا مذہب ہے، یہ تو معلوم ہوا کہ پیس کا مذہب ہے۔ اتنا طاقتور لٹریچر اللہ نے تیار کر دیا ہے، اس کو پھیلائیے۔</w:t>
      </w:r>
    </w:p>
    <w:p>
      <w:r>
        <w:rPr>
          <w:b/>
        </w:rPr>
        <w:t xml:space="preserve">[47:57] </w:t>
      </w:r>
      <w:r>
        <w:t>Ladaai jhagde se kya faida? Ladaai jhagde se kya faida? Aur dunya jo hai, parhne ke liye tayyar hai, sunne ke liye tayyar hai.</w:t>
      </w:r>
    </w:p>
    <w:p>
      <w:pPr>
        <w:jc w:val="right"/>
      </w:pPr>
      <w:r>
        <w:t>لڑائی جھگڑے سے کیا فائدہ؟ لڑائی جھگڑے سے کیا فائدہ؟ اور دنیا جو ہے، پڑھنے کے لیے تیار ہے، سننے کے لیے تیار ہے۔</w:t>
      </w:r>
    </w:p>
    <w:p>
      <w:r>
        <w:rPr>
          <w:b/>
        </w:rPr>
        <w:t xml:space="preserve">[48:10] </w:t>
      </w:r>
      <w:r>
        <w:t>Kyunke naye zamane ka yeh mizaj hai ke doosron ki suno.</w:t>
      </w:r>
    </w:p>
    <w:p>
      <w:pPr>
        <w:jc w:val="right"/>
      </w:pPr>
      <w:r>
        <w:t>کیونکہ نئے زمانے کا یہ مزاج ہے کہ دوسروں کی سنو۔</w:t>
      </w:r>
    </w:p>
    <w:p>
      <w:r>
        <w:rPr>
          <w:b/>
        </w:rPr>
        <w:t xml:space="preserve">[48:14] </w:t>
      </w:r>
      <w:r>
        <w:t>Yeh democracy ke jo democracy aayi hai, to democracy ne kuch ek nayi value dunya mein layi hai. Secularism aur democracy kuch nayi values laye hain dunya mein.</w:t>
      </w:r>
    </w:p>
    <w:p>
      <w:pPr>
        <w:jc w:val="right"/>
      </w:pPr>
      <w:r>
        <w:t>یہ ڈیموکریسی کے جو ڈیموکریسی آئی ہے، تو ڈیموکریسی نے کچھ ایک نئی ویلیو دنیا میں لائی ہے۔ سیکولرزم اور ڈیموکریسی کچھ نئی ویلیوز لائے ہیں دنیا میں۔</w:t>
      </w:r>
    </w:p>
    <w:p>
      <w:r>
        <w:rPr>
          <w:b/>
        </w:rPr>
        <w:t xml:space="preserve">[48:25] </w:t>
      </w:r>
      <w:r>
        <w:t>Woh ek doosron ko suno, doosron ko suno. Yeh pehle kabhi tha nahin, democracy se pehle kabhi tha hi nahin yeh baat ke doosron ko suno.</w:t>
      </w:r>
    </w:p>
    <w:p>
      <w:pPr>
        <w:jc w:val="right"/>
      </w:pPr>
      <w:r>
        <w:t>وہ ایک دوسروں کو سنو، دوسروں کو سنو۔ یہ پہلے کبھی تھا نہیں، ڈیموکریسی سے پہلے کبھی تھا ہی نہیں یہ بات کہ دوسروں کو سنو۔</w:t>
      </w:r>
    </w:p>
    <w:p>
      <w:r>
        <w:rPr>
          <w:b/>
        </w:rPr>
        <w:t xml:space="preserve">[48:40] </w:t>
      </w:r>
      <w:r>
        <w:t>Kaisi ajeeb yeh tabdeeli aayi hai dunya mein, kaisa ajeeb yeh hai.</w:t>
      </w:r>
    </w:p>
    <w:p>
      <w:pPr>
        <w:jc w:val="right"/>
      </w:pPr>
      <w:r>
        <w:t>کیسی عجیب یہ تبدیلی آئی ہے دنیا میں، کیسا عجیب یہ ہے۔</w:t>
      </w:r>
    </w:p>
    <w:p>
      <w:r>
        <w:rPr>
          <w:b/>
        </w:rPr>
        <w:t xml:space="preserve">[48:48] </w:t>
      </w:r>
      <w:r>
        <w:t>Maine ek mazmoon likha tha isi par ke is ka ek jumla mujhe yaad aata hai ke "Zamaane ne jo nayi buniyad faraham ki hai, woh ain hamare haq mein hai".</w:t>
      </w:r>
    </w:p>
    <w:p>
      <w:pPr>
        <w:jc w:val="right"/>
      </w:pPr>
      <w:r>
        <w:t>میں نے ایک مضمون لکھا تھا اسی پر کہ اس کا ایک جملہ مجھے یاد آتا ہے کہ "زمانے نے جو نئی بنیاد فراہم کی ہے، وہ عین ہمارے حق میں ہے"۔</w:t>
      </w:r>
    </w:p>
    <w:p>
      <w:r>
        <w:rPr>
          <w:b/>
        </w:rPr>
        <w:t xml:space="preserve">[49:00] </w:t>
      </w:r>
      <w:r>
        <w:t>Yeh jumla tha is mein: "Zamaane ne jo nayi buniyad faraham ki hai, woh ain hamare haq mein hai".</w:t>
      </w:r>
    </w:p>
    <w:p>
      <w:pPr>
        <w:jc w:val="right"/>
      </w:pPr>
      <w:r>
        <w:t>یہ جملہ تھا اس میں: "زمانے نے جو نئی بنیاد فراہم کی ہے، وہ عین ہمارے حق میں ہے"۔</w:t>
      </w:r>
    </w:p>
    <w:p>
      <w:r>
        <w:rPr>
          <w:b/>
        </w:rPr>
        <w:t xml:space="preserve">[49:08] </w:t>
      </w:r>
      <w:r>
        <w:t>Jab maine mutalea kiya, mutalea kiya, mutalea kiya to phir us waqt maine bohat pehle ki baat hai, yeh bohat pehle ki baat hai. Us waqt maine yeh mazmoon likha tha,</w:t>
      </w:r>
    </w:p>
    <w:p>
      <w:pPr>
        <w:jc w:val="right"/>
      </w:pPr>
      <w:r>
        <w:t>جب میں نے مطالعہ کیا، مطالعہ کیا، مطالعہ کیا تو پھر اس وقت میں نے بہت پہلے کی بات ہے، یہ بہت پہلے کی بات ہے۔ اس وقت میں نے یہ مضمون لکھا تھا،</w:t>
      </w:r>
    </w:p>
    <w:p>
      <w:r>
        <w:rPr>
          <w:b/>
        </w:rPr>
        <w:t xml:space="preserve">[49:22] </w:t>
      </w:r>
      <w:r>
        <w:t>Bohat pehle ki baat hai. Shayad main Delhi aaya nahin tha, tab ki baat hai, Delhi aane se pehle ki baat hai ke jab maine mutalea kiya to maloom hua ke yeh to zamana ain hamare favor mein aa gaya hai.</w:t>
      </w:r>
    </w:p>
    <w:p>
      <w:pPr>
        <w:jc w:val="right"/>
      </w:pPr>
      <w:r>
        <w:t>بہت پہلے کی بات ہے۔ شاید میں دہلی آیا نہیں تھا، تب کی بات ہے، دہلی آنے سے پہلے کی بات ہے کہ جب میں نے مطالعہ کیا تو معلوم ہوا کہ یہ تو زمانہ عین ہمارے فیور میں آ گیا ہے۔</w:t>
      </w:r>
    </w:p>
    <w:p>
      <w:r>
        <w:rPr>
          <w:b/>
        </w:rPr>
        <w:t xml:space="preserve">[49:36] </w:t>
      </w:r>
      <w:r>
        <w:t>Har nayi baat jo science hai, democracy hai, secularism hai, openness hai, globalization hai, communication, sab ain ain hamare haq mein hai.</w:t>
      </w:r>
    </w:p>
    <w:p>
      <w:pPr>
        <w:jc w:val="right"/>
      </w:pPr>
      <w:r>
        <w:t>ہر نئی بات جو سائنس ہے، ڈیموکریسی ہے، سیکولرزم ہے، اوپننس ہے، گلوبلائزیشن ہے، کمیونیکیشن، سب عین عین ہمارے حق میں ہے۔</w:t>
      </w:r>
    </w:p>
    <w:p>
      <w:r>
        <w:rPr>
          <w:b/>
        </w:rPr>
        <w:t xml:space="preserve">[49:48] </w:t>
      </w:r>
      <w:r>
        <w:t>To woh main mazmoon ka jumla mujhe yaad aaya hai abhi ke "Zamaane ne jo nayi buniyad faraham ki hai, woh ain hamare haq mein hai". To us ko aawel karo.</w:t>
      </w:r>
    </w:p>
    <w:p>
      <w:pPr>
        <w:jc w:val="right"/>
      </w:pPr>
      <w:r>
        <w:t>تو وہ میں مضمون کا جملہ مجھے یاد آیا ہے ابھی کہ "زمانے نے جو نئی بنیاد فراہم کی ہے، وہ عین ہمارے حق میں ہے"۔ تو اس کو اویل کرو۔</w:t>
      </w:r>
    </w:p>
    <w:p>
      <w:r>
        <w:rPr>
          <w:b/>
        </w:rPr>
        <w:t xml:space="preserve">[50:00] </w:t>
      </w:r>
      <w:r>
        <w:t>Ab ladna bhadna kya hai, shor karna kya hai, nafrat karna kya hai?</w:t>
      </w:r>
    </w:p>
    <w:p>
      <w:pPr>
        <w:jc w:val="right"/>
      </w:pPr>
      <w:r>
        <w:t>اب لڑنا بھڑنا کیا ہے، شور کرنا کیا ہے، نفرت کرنا کیا ہے؟</w:t>
      </w:r>
    </w:p>
    <w:p>
      <w:r>
        <w:rPr>
          <w:b/>
        </w:rPr>
        <w:t xml:space="preserve">[50:10] </w:t>
      </w:r>
      <w:r>
        <w:t>Yeh hai sab se badi baat jis ko Musalman bhoola hua hai aur hum is ko yeh baat batana chahte hain.</w:t>
      </w:r>
    </w:p>
    <w:p>
      <w:pPr>
        <w:jc w:val="right"/>
      </w:pPr>
      <w:r>
        <w:t>یہ ہے سب سے بڑی بات جس کو مسلمان بھولا ہوا ہے اور ہم اس کو یہ بات بتانا چاہتے ہیں۔</w:t>
      </w:r>
    </w:p>
    <w:p>
      <w:r>
        <w:rPr>
          <w:b/>
        </w:rPr>
        <w:t xml:space="preserve">[50:27] </w:t>
      </w:r>
      <w:r>
        <w:t>Yahi hamara mission hai. Allah ke fazl se hamare sab saathi isi mein jude hue hain. Yaani kal jo main gaya tha Meerut, wahan ek ajeeb cheez hui, bohat ajeeb cheez.</w:t>
      </w:r>
    </w:p>
    <w:p>
      <w:pPr>
        <w:jc w:val="right"/>
      </w:pPr>
      <w:r>
        <w:t>یہی ہمارا مشن ہے۔ اللہ کے فضل سے ہمارے سب ساتھی اسی میں جڑے ہوئے ہیں۔ یعنی کل جو میں گیا تھا میرٹھ، وہاں ایک عجیب چیز ہوئی، بہت عجیب چیز۔</w:t>
      </w:r>
    </w:p>
    <w:p>
      <w:r>
        <w:rPr>
          <w:b/>
        </w:rPr>
        <w:t xml:space="preserve">[50:40] </w:t>
      </w:r>
      <w:r>
        <w:t>Hamare bohat saathi wahan gaye the, main samajhta hoon shayad shayad 12 saathi the hamare. To</w:t>
      </w:r>
    </w:p>
    <w:p>
      <w:pPr>
        <w:jc w:val="right"/>
      </w:pPr>
      <w:r>
        <w:t>ہمارے بہت ساتھی وہاں گئے تھے، میں سمجھتا ہوں شاید شاید 12 ساتھی تھے ہمارے۔ تو</w:t>
      </w:r>
    </w:p>
    <w:p>
      <w:r>
        <w:rPr>
          <w:b/>
        </w:rPr>
        <w:t xml:space="preserve">[50:51] </w:t>
      </w:r>
      <w:r>
        <w:t>Wahan jab shor o ghul macha rahe the to hamare sab saathi bilkul khamosh, peaceful</w:t>
      </w:r>
    </w:p>
    <w:p>
      <w:pPr>
        <w:jc w:val="right"/>
      </w:pPr>
      <w:r>
        <w:t>وہاں جب شور و غل مچا رہے تھے تو ہمارے سب ساتھی بالکل خاموش، پیس فل</w:t>
      </w:r>
    </w:p>
    <w:p>
      <w:r>
        <w:rPr>
          <w:b/>
        </w:rPr>
        <w:t xml:space="preserve">[50:57] </w:t>
      </w:r>
      <w:r>
        <w:t>. Ek aadmi ne yeh kaha ke "Bhai yeh kaise ajeeb log hain, yeh bilkul peaceful bane hue hain". Yeh bhi log taajjub hua ke kaise peaceful bane hue hain yeh log.</w:t>
      </w:r>
    </w:p>
    <w:p>
      <w:pPr>
        <w:jc w:val="right"/>
      </w:pPr>
      <w:r>
        <w:t>۔ ایک آدمی نے یہ کہا کہ "بھئی یہ کیسے عجیب لوگ ہیں، یہ بالکل پیس فل بنے ہوئے ہیں"۔ یہ بھی لوگ تعجب ہوا کہ کیسے پیس فل بنے ہوئے ہیں یہ لوگ۔</w:t>
      </w:r>
    </w:p>
    <w:p>
      <w:r>
        <w:rPr>
          <w:b/>
        </w:rPr>
        <w:t xml:space="preserve">[51:10] </w:t>
      </w:r>
      <w:r>
        <w:t>matlab woh shor kar rahe hain, yeh bhi shor karte, ladte jhagadte, takrao karte.</w:t>
      </w:r>
    </w:p>
    <w:p>
      <w:pPr>
        <w:jc w:val="right"/>
      </w:pPr>
      <w:r>
        <w:t>مطلب وہ شور کر رہے ہیں، یہ بھی شور کرتے، لڑتے جھگڑتے، ٹکراؤ کرتے۔</w:t>
      </w:r>
    </w:p>
    <w:p>
      <w:r>
        <w:rPr>
          <w:b/>
        </w:rPr>
        <w:t xml:space="preserve">[51:20] </w:t>
      </w:r>
      <w:r>
        <w:t>toh hamare ek saathi ne kaha ke "yeh bas samajhye ke hum log aise hi paida hue hain, hum ko CPS ne aisa banaya hai".</w:t>
      </w:r>
    </w:p>
    <w:p>
      <w:pPr>
        <w:jc w:val="right"/>
      </w:pPr>
      <w:r>
        <w:t>تو ہمارے ایک ساتھی نے کہا کہ "یہ بس سمجھئے کہ ہم لوگ ایسے ہی پیدا ہوئے ہیں، ہم کو سی پی ایس نے ایسا بنایا ہے"۔</w:t>
      </w:r>
    </w:p>
    <w:p>
      <w:r>
        <w:rPr>
          <w:b/>
        </w:rPr>
        <w:t xml:space="preserve">[51:28] </w:t>
      </w:r>
      <w:r>
        <w:t>hamare ek saathi ne kaha ke "yaar sahib, bas samajhye ke hum aise hi paida hue hain, hum bhi pehle ladte jhagadte the, lekin CPS ne hamara bilkul change, hamare badal diya, hamare mizaj ko, hamari soch ko".</w:t>
      </w:r>
    </w:p>
    <w:p>
      <w:pPr>
        <w:jc w:val="right"/>
      </w:pPr>
      <w:r>
        <w:t>ہمارے ایک ساتھی نے کہا کہ "یار صاحب، بس سمجھئے کہ ہم ایسے ہی پیدا ہوئے ہیں، ہم بھی پہلے لڑتے جھگڑتے تھے، لیکن سی پی ایس نے ہمارا بالکل چینج، ہمارے بدل دیا، ہمارے مزاج کو، ہماری سوچ کو"۔</w:t>
      </w:r>
    </w:p>
    <w:p>
      <w:r>
        <w:rPr>
          <w:b/>
        </w:rPr>
        <w:t xml:space="preserve">[51:44] </w:t>
      </w:r>
      <w:r>
        <w:t>toh is ka faida kya hua? is ka faida hua ke is is crisis mein bhi, yaani dawat aap ko ek ek anokhi cheez deta hai.</w:t>
      </w:r>
    </w:p>
    <w:p>
      <w:pPr>
        <w:jc w:val="right"/>
      </w:pPr>
      <w:r>
        <w:t>تو اس کا فائدہ کیا ہوا؟ اس کا فائدہ ہوا کہ اس اس کرائسز میں بھی، یعنی دعوت آپ کو ایک ایک انوکھی چیز دیتا ہے۔</w:t>
      </w:r>
    </w:p>
    <w:p>
      <w:r>
        <w:rPr>
          <w:b/>
        </w:rPr>
        <w:t xml:space="preserve">[51:55] </w:t>
      </w:r>
      <w:r>
        <w:t>dawat ka mizaj, dawat woh kya hai? art of crisis management. yeh zamane bohat bari cheez samjhati hai, art of crisis me</w:t>
      </w:r>
    </w:p>
    <w:p>
      <w:pPr>
        <w:jc w:val="right"/>
      </w:pPr>
      <w:r>
        <w:t>دعوت کا مزاج، دعوت وہ کیا ہے؟ آرٹ آف کرائسز مینجمنٹ۔ یہ زمانے بہت بڑی چیز سمجھاتی ہے، آرٹ آف کرائسز می</w:t>
      </w:r>
    </w:p>
    <w:p>
      <w:r>
        <w:rPr>
          <w:b/>
        </w:rPr>
        <w:t xml:space="preserve">[52:07] </w:t>
      </w:r>
      <w:r>
        <w:t>nagement. toh dawat yeh dete deta hai, yeh cheez. toh itna bara crisis paida hua Meerut mein, hamare saathiyon ne is ko positive tor par avail kiya, is ko yaani negativity ko positive badla.</w:t>
      </w:r>
    </w:p>
    <w:p>
      <w:pPr>
        <w:jc w:val="right"/>
      </w:pPr>
      <w:r>
        <w:t>نجمنٹ۔ تو دعوت یہ دیتے دیتا ہے، یہ چیز۔ تو اتنا بڑا کرائسز پیدا ہوا میرٹھ میں، ہمارے ساتھیوں نے اس کو پازیٹیو طور پر اویل کیا، اس کو یعنی نیگیٹیوٹی کو پازیٹیو بدلا۔</w:t>
      </w:r>
    </w:p>
    <w:p>
      <w:r>
        <w:rPr>
          <w:b/>
        </w:rPr>
        <w:t xml:space="preserve">[52:23] </w:t>
      </w:r>
      <w:r>
        <w:t>that was art of crisis management</w:t>
      </w:r>
    </w:p>
    <w:p>
      <w:pPr>
        <w:jc w:val="right"/>
      </w:pPr>
      <w:r>
        <w:t>دیٹ واز آرٹ آف کرائسز مینجمنٹ</w:t>
      </w:r>
    </w:p>
    <w:p>
      <w:r>
        <w:rPr>
          <w:b/>
        </w:rPr>
        <w:t xml:space="preserve">[52:29] </w:t>
      </w:r>
      <w:r>
        <w:t>ke bohat kaafi kitabein le gaye the aur khoob distribute kiya aur. yaani bohat khush ho ho kar ke</w:t>
      </w:r>
    </w:p>
    <w:p>
      <w:pPr>
        <w:jc w:val="right"/>
      </w:pPr>
      <w:r>
        <w:t>کہ بہت کافی کتابیں لے گئے تھے اور خوب ڈسٹریبیوٹ کیا اور۔ یعنی بہت خوش ہو ہو کر کے</w:t>
      </w:r>
    </w:p>
    <w:p>
      <w:r>
        <w:rPr>
          <w:b/>
        </w:rPr>
        <w:t xml:space="preserve">[52:38] </w:t>
      </w:r>
      <w:r>
        <w:t>toh dawat ka ek hi bhi faida hai. ek dawat aap ko crisis management sikhata hai. yeh Rasool Allah Sal Allahu Alaihi Wasallam ki poori zindagi bas hota hai.</w:t>
      </w:r>
    </w:p>
    <w:p>
      <w:pPr>
        <w:jc w:val="right"/>
      </w:pPr>
      <w:r>
        <w:t>تو دعوت کا ایک ہی بھی فائدہ ہے۔ ایک دعوت آپ کو کرائسز مینجمنٹ سکھاتا ہے۔ یہ رسول اللہ صلی اللہ علیہ وسلم کی پوری زندگی بس ہوتا ہے۔</w:t>
      </w:r>
    </w:p>
    <w:p>
      <w:r>
        <w:rPr>
          <w:b/>
        </w:rPr>
        <w:t xml:space="preserve">[52:48] </w:t>
      </w:r>
      <w:r>
        <w:t>woh kisi ke art of crisis, crisis management yaani Kaba mein but the 360, wahan pe aap ne woh crisis tha, woh is ko manage kiya.</w:t>
      </w:r>
    </w:p>
    <w:p>
      <w:pPr>
        <w:jc w:val="right"/>
      </w:pPr>
      <w:r>
        <w:t>وہ کسی کے آرٹ آف کرائسز، کرائسز مینجمنٹ یعنی کعبہ میں بت تھے 360، وہاں پہ آپ نے وہ کرائسز تھا، وہ اس کو مینج کیا۔</w:t>
      </w:r>
    </w:p>
    <w:p>
      <w:r>
        <w:rPr>
          <w:b/>
        </w:rPr>
        <w:t xml:space="preserve">[52:59] </w:t>
      </w:r>
      <w:r>
        <w:t>aap ne jab woh log ladne marne ke liye tayyar ho gaye toh aap ne hijrat kiya, woh bhi crisis management tha.</w:t>
      </w:r>
    </w:p>
    <w:p>
      <w:pPr>
        <w:jc w:val="right"/>
      </w:pPr>
      <w:r>
        <w:t>آپ نے جب وہ لوگ لڑنے مرنے کے لیے تیار ہو گئے تو آپ نے ہجرت کیا، وہ بھی کرائسز مینجمنٹ تھا۔</w:t>
      </w:r>
    </w:p>
    <w:p>
      <w:r>
        <w:rPr>
          <w:b/>
        </w:rPr>
        <w:t xml:space="preserve">[53:08] </w:t>
      </w:r>
      <w:r>
        <w:t>Hudaybiyah mein jab unhone bohat zyada jut jut jut kiya, tab bhi aap ne jo kiya, woh woh bhi crisis management tha. jo khandaq khodi aap ne, woh sab crisis management tha.</w:t>
      </w:r>
    </w:p>
    <w:p>
      <w:pPr>
        <w:jc w:val="right"/>
      </w:pPr>
      <w:r>
        <w:t>حدیبیہ میں جب انہوں نے بہت زیادہ جٹ جٹ جٹ کیا، تب بھی آپ نے جو کیا، وہ وہ بھی کرائسز مینجمنٹ تھا۔ جو خندق کھودی آپ نے، وہ سب کرائسز مینجمنٹ تھا۔</w:t>
      </w:r>
    </w:p>
    <w:p>
      <w:r>
        <w:rPr>
          <w:b/>
        </w:rPr>
        <w:t xml:space="preserve">[53:22] </w:t>
      </w:r>
      <w:r>
        <w:t>toh toh toh daai chuki doosron ka khair khwah ban jata hai, daai ke andar nafrat nahi hoti, chhajlahat nahi hoti, negative thought nahi hote, toh crisis master, master of crisis management</w:t>
      </w:r>
    </w:p>
    <w:p>
      <w:pPr>
        <w:jc w:val="right"/>
      </w:pPr>
      <w:r>
        <w:t>تو تو تو داعی چونکہ دوسروں کا خیر خواہ بن جاتا ہے، داعی کے اندر نفرت نہیں ہوتی، چھجلاہٹ نہیں ہوتی، نیگیٹیو تھاٹ نہیں ہوتے، تو کرائسز ماسٹر، ماسٹر آف کرائسز مینجمنٹ</w:t>
      </w:r>
    </w:p>
    <w:p>
      <w:r>
        <w:rPr>
          <w:b/>
        </w:rPr>
        <w:t xml:space="preserve">[53:38] </w:t>
      </w:r>
      <w:r>
        <w:t>ban jata hai. woh crisis management ke ka master banne ki zaroorat nahi ke aadmi khud bilkul woh ho, impatient ho, objective ho,</w:t>
      </w:r>
    </w:p>
    <w:p>
      <w:pPr>
        <w:jc w:val="right"/>
      </w:pPr>
      <w:r>
        <w:t>بن جاتا ہے۔ وہ کرائسز مینجمنٹ کے کا ماسٹر بننے کی ضرورت نہیں کہ آدمی خود بالکل وہ ہو، امپیشنٹ ہو، ابجیکٹو ہو،</w:t>
      </w:r>
    </w:p>
    <w:p>
      <w:r>
        <w:rPr>
          <w:b/>
        </w:rPr>
        <w:t xml:space="preserve">[53:51] </w:t>
      </w:r>
      <w:r>
        <w:t>baais na ho. ek dam jo ho raha hai, jo kuch, is se alag ho kar soch sake, jo baat ho rahi hai, is se alag ho kar soch sake, tab woh achhi planning kar payega.</w:t>
      </w:r>
    </w:p>
    <w:p>
      <w:pPr>
        <w:jc w:val="right"/>
      </w:pPr>
      <w:r>
        <w:t>باعث نہ ہو۔ ایک دم جو ہو رہا ہے، جو کچھ، اس سے الگ ہو کر سوچ سکے، جو بات ہو رہی ہے، اس سے الگ ہو کر سوچ سکے، تب وہ اچھی پلاننگ کر پائے گا۔</w:t>
      </w:r>
    </w:p>
    <w:p>
      <w:r>
        <w:rPr>
          <w:b/>
        </w:rPr>
        <w:t xml:space="preserve">[54:08] </w:t>
      </w:r>
      <w:r>
        <w:t>toh kal bari ek discovery thi meri yeh ke dawat jo hai, aadmi ko master of crisis management banati hai.</w:t>
      </w:r>
    </w:p>
    <w:p>
      <w:pPr>
        <w:jc w:val="right"/>
      </w:pPr>
      <w:r>
        <w:t>تو کل بڑی ایک ڈسکوری تھی میری یہ کہ دعوت جو ہے، آدمی کو ماسٹر آف کرائسز مینجمنٹ بناتی ہے۔</w:t>
      </w:r>
    </w:p>
    <w:p>
      <w:r>
        <w:rPr>
          <w:b/>
        </w:rPr>
        <w:t xml:space="preserve">[54:18] </w:t>
      </w:r>
      <w:r>
        <w:t>yaani yeh yeh kal kal hi mein ne is baat ko discover kiya. wahan bara hungama kiya tha un logon ne, bohat hungama. lekin hamare saathi ek bhi aisa nahi tha jo kuch ghussa ho aur jhanjhat kare, ladne ladne mein shareek ho jaye, ladne phirne mein.</w:t>
      </w:r>
    </w:p>
    <w:p>
      <w:pPr>
        <w:jc w:val="right"/>
      </w:pPr>
      <w:r>
        <w:t>یعنی یہ یہ کل کل ہی میں نے اس بات کو ڈسکور کیا۔ وہاں بڑا ہنگامہ کیا تھا ان لوگوں نے، بہت ہنگامہ۔ لیکن ہمارے ساتھی ایک بھی ایسا نہیں تھا جو کچھ غصہ ہو اور جھنجھٹ کرے، لڑنے لڑنے میں شریک ہو جائے، لڑنے پھرنے میں۔</w:t>
      </w:r>
    </w:p>
    <w:p>
      <w:r>
        <w:rPr>
          <w:b/>
        </w:rPr>
        <w:t xml:space="preserve">[54:36] </w:t>
      </w:r>
      <w:r>
        <w:t>balkeh unhone planning ki. planning mein unhone suna ke yahan par woh kar rahe hain, karne do un ko, lekin yeh itna audience jo hai, itne saare log ikattha hain, un ko avail karo aur kitabein pahunchao un ko.</w:t>
      </w:r>
    </w:p>
    <w:p>
      <w:pPr>
        <w:jc w:val="right"/>
      </w:pPr>
      <w:r>
        <w:t>بلکہ انہوں نے پلاننگ کی۔ پلاننگ میں انہوں نے سنا کہ یہاں پر وہ کر رہے ہیں، کرنے دو ان کو، لیکن یہ اتنا آڈینس جو ہے، اتنے سارے لوگ اکٹھا ہیں، ان کو اویل کرو اور کتابیں پہنچاؤ ان کو۔</w:t>
      </w:r>
    </w:p>
    <w:p>
      <w:r>
        <w:rPr>
          <w:b/>
        </w:rPr>
        <w:t xml:space="preserve">[54:49] </w:t>
      </w:r>
      <w:r>
        <w:t>dhoom se kitabein pahunchayin unhone.</w:t>
      </w:r>
    </w:p>
    <w:p>
      <w:pPr>
        <w:jc w:val="right"/>
      </w:pPr>
      <w:r>
        <w:t>دھوم سے کتابیں پہنچائیں انہوں نے۔</w:t>
      </w:r>
    </w:p>
    <w:p>
      <w:r>
        <w:rPr>
          <w:b/>
        </w:rPr>
        <w:t xml:space="preserve">[54:51] </w:t>
      </w:r>
      <w:r>
        <w:t>toh kal mein ne daryaft kiya is baat ko ke dawah jo hai, dawah woh aadmi ko master of crisis management banati hai.</w:t>
      </w:r>
    </w:p>
    <w:p>
      <w:pPr>
        <w:jc w:val="right"/>
      </w:pPr>
      <w:r>
        <w:t>تو کل میں نے دریافت کیا اس بات کو کہ دعویٰ جو ہے، دعویٰ وہ آدمی کو ماسٹر آف کرائسز مینجمنٹ بناتی ہے۔</w:t>
      </w:r>
    </w:p>
    <w:p>
      <w:r>
        <w:rPr>
          <w:b/>
        </w:rPr>
        <w:t xml:space="preserve">[55:04] </w:t>
      </w:r>
      <w:r>
        <w:t>pehley mein yeh baat samajh nahi paya tha, lekin kal mujhe bohat khul kar yeh baat samajh mein aayi ke dawah ka mizaj agar aa jaye aadmi ke andar, positive mizaj ban jaye aadmi ke andar, dawati shor paida ho jaye aadmi ke andar, toh ek anokhi sifat aati hai is ke andar</w:t>
      </w:r>
    </w:p>
    <w:p>
      <w:pPr>
        <w:jc w:val="right"/>
      </w:pPr>
      <w:r>
        <w:t>پہلے میں یہ بات سمجھ نہیں پایا تھا، لیکن کل مجھے بہت کھل کر یہ بات سمجھ میں آئی کہ دعویٰ کا مزاج اگر آ جائے آدمی کے اندر، پازیٹیو مزاج بن جائے آدمی کے اندر، دعوتی شور پیدا ہو جائے آدمی کے اندر، تو ایک انوکھی صفت آتی ہے اس کے اندر</w:t>
      </w:r>
    </w:p>
    <w:p>
      <w:r>
        <w:rPr>
          <w:b/>
        </w:rPr>
        <w:t xml:space="preserve">[55:24] </w:t>
      </w:r>
      <w:r>
        <w:t>ke woh cheez jis ko kaha jata hai art of crisis management, is ka expert ban jata hai. woh</w:t>
      </w:r>
    </w:p>
    <w:p>
      <w:pPr>
        <w:jc w:val="right"/>
      </w:pPr>
      <w:r>
        <w:t>کہ وہ چیز جس کو کہا جاتا ہے آرٹ آف کرائسز مینجمنٹ، اس کا ایکسپرٹ بن جاتا ہے۔ وہ</w:t>
      </w:r>
    </w:p>
    <w:p>
      <w:r>
        <w:rPr>
          <w:b/>
        </w:rPr>
        <w:t xml:space="preserve">[55:31] </w:t>
      </w:r>
      <w:r>
        <w:t>kitni bari dein hai dawat ki, bataiye kitni bari dein hai dawat ki.</w:t>
      </w:r>
    </w:p>
    <w:p>
      <w:pPr>
        <w:jc w:val="right"/>
      </w:pPr>
      <w:r>
        <w:t>کتنی بڑی دین ہے دعوت کی، بتائیے کتنی بڑی دین ہے دعوت کی۔</w:t>
      </w:r>
    </w:p>
    <w:p>
      <w:r>
        <w:rPr>
          <w:b/>
        </w:rPr>
        <w:t xml:space="preserve">[55:37] </w:t>
      </w:r>
      <w:r>
        <w:t>aur wohi wohi ghayab hai Musalmanon se.</w:t>
      </w:r>
    </w:p>
    <w:p>
      <w:pPr>
        <w:jc w:val="right"/>
      </w:pPr>
      <w:r>
        <w:t>اور وہی وہی غائب ہے مسلمانوں سے۔</w:t>
      </w:r>
    </w:p>
    <w:p>
      <w:r>
        <w:rPr>
          <w:b/>
        </w:rPr>
        <w:t xml:space="preserve">[55:45] </w:t>
      </w:r>
      <w:r>
        <w:t>jo master ki hai, wohi ghayab hai.</w:t>
      </w:r>
    </w:p>
    <w:p>
      <w:pPr>
        <w:jc w:val="right"/>
      </w:pPr>
      <w:r>
        <w:t>جو ماسٹر کی ہے، وہی غائب ہے۔</w:t>
      </w:r>
    </w:p>
    <w:p>
      <w:r>
        <w:rPr>
          <w:b/>
        </w:rPr>
        <w:t xml:space="preserve">[55:47] </w:t>
      </w:r>
      <w:r>
        <w:t>to khule to kaise khule?</w:t>
      </w:r>
    </w:p>
    <w:p>
      <w:pPr>
        <w:jc w:val="right"/>
      </w:pPr>
      <w:r>
        <w:t>تو کھلے تو کیسے کھلے؟</w:t>
      </w:r>
    </w:p>
    <w:p>
      <w:r>
        <w:rPr>
          <w:b/>
        </w:rPr>
        <w:t xml:space="preserve">[55:56] </w:t>
      </w:r>
      <w:r>
        <w:t>to beharhaal is zamane ke musalmanon ke liye</w:t>
      </w:r>
    </w:p>
    <w:p>
      <w:pPr>
        <w:jc w:val="right"/>
      </w:pPr>
      <w:r>
        <w:t>تو بہرحال اس زمانے کے مسلمانوں کے لیے</w:t>
      </w:r>
    </w:p>
    <w:p>
      <w:r>
        <w:rPr>
          <w:b/>
        </w:rPr>
        <w:t xml:space="preserve">[56:01] </w:t>
      </w:r>
      <w:r>
        <w:t>safar khair khwahi yeh hai ke unko phir se yeh discover karaya jaye ke tum daai ho, islam dawat ka mazhab hai, tumhari hesiyat jo hai,</w:t>
      </w:r>
    </w:p>
    <w:p>
      <w:pPr>
        <w:jc w:val="right"/>
      </w:pPr>
      <w:r>
        <w:t>سفر خیر خواہی یہ ہے کہ ان کو پھر سے یہ ڈسکور کرایا جائے کہ تم داعی ہو، اسلام دعوت کا مذہب ہے، تمہاری حیثیت جو ہے،</w:t>
      </w:r>
    </w:p>
    <w:p>
      <w:r>
        <w:rPr>
          <w:b/>
        </w:rPr>
        <w:t xml:space="preserve">[56:18] </w:t>
      </w:r>
      <w:r>
        <w:t>tumhara mansab yahi hai ke tum dunya ko Allah ka paigham pounchao.</w:t>
      </w:r>
    </w:p>
    <w:p>
      <w:pPr>
        <w:jc w:val="right"/>
      </w:pPr>
      <w:r>
        <w:t>تمہارا منصب یہی ہے کہ تم دنیا کو اللہ کا پیغام پہنچاؤ۔</w:t>
      </w:r>
    </w:p>
    <w:p>
      <w:r>
        <w:rPr>
          <w:b/>
        </w:rPr>
        <w:t xml:space="preserve">[56:26] </w:t>
      </w:r>
      <w:r>
        <w:t>is se unhein ba-khabar kiya jaye, yeh shoor gard dobara dala jaye, jaisa ke sahaba mein tha, tabeen mein tha,</w:t>
      </w:r>
    </w:p>
    <w:p>
      <w:pPr>
        <w:jc w:val="right"/>
      </w:pPr>
      <w:r>
        <w:t>اس سے انہیں باخبر کیا جائے، یہ شعور گرد دوبارہ ڈالا جائے، جیسا کہ صحابہ میں تھا، تابعین میں تھا،</w:t>
      </w:r>
    </w:p>
    <w:p>
      <w:r>
        <w:rPr>
          <w:b/>
        </w:rPr>
        <w:t xml:space="preserve">[56:39] </w:t>
      </w:r>
      <w:r>
        <w:t>aur yeh isi se sari cheezein durust ho jayengi.</w:t>
      </w:r>
    </w:p>
    <w:p>
      <w:pPr>
        <w:jc w:val="right"/>
      </w:pPr>
      <w:r>
        <w:t>اور یہ اسی سے ساری چیزیں درست ہو جائیں گی۔</w:t>
      </w:r>
    </w:p>
    <w:p>
      <w:r>
        <w:rPr>
          <w:b/>
        </w:rPr>
        <w:t xml:space="preserve">[56:45] </w:t>
      </w:r>
      <w:r>
        <w:t>jittne doosre mamlaat hain, chahe deen ke hon ya dunya ke hon, sab hi se durust ho jayenge.</w:t>
      </w:r>
    </w:p>
    <w:p>
      <w:pPr>
        <w:jc w:val="right"/>
      </w:pPr>
      <w:r>
        <w:t>جتنے دوسرے معاملات ہیں، چاہے دین کے ہوں یا دنیا کے ہوں، سب ہی سے درست ہو جائیں گے۔</w:t>
      </w:r>
    </w:p>
    <w:p>
      <w:r>
        <w:rPr>
          <w:b/>
        </w:rPr>
        <w:t xml:space="preserve">[56:56] </w:t>
      </w:r>
      <w:r>
        <w:t>aap jante hain ke har cheez mein ek mast, ek jo hai, central theme hoti hai. central theme woh ho jaye, sab kuch ho jata hai, woh na ho to kuch bhi nahi hota.</w:t>
      </w:r>
    </w:p>
    <w:p>
      <w:pPr>
        <w:jc w:val="right"/>
      </w:pPr>
      <w:r>
        <w:t>آپ جانتے ہیں کہ ہر چیز میں ایک ماسٹ، ایک جو ہے، سینٹرل تھیم ہوتی ہے۔ سینٹرل تھیم وہ ہو جائے، سب کچھ ہو جاتا ہے، وہ نہ ہو تو کچھ بھی نہیں ہوتا۔</w:t>
      </w:r>
    </w:p>
    <w:p>
      <w:r>
        <w:rPr>
          <w:b/>
        </w:rPr>
        <w:t xml:space="preserve">[57:10] </w:t>
      </w:r>
      <w:r>
        <w:t>is tarah se musalmanon ka mamla yeh hai. aksar log yeh poochte hain ke musalmanon ke liye kya kiya jaye, kaise islaah ki jaye, bohat bigaad hai, yeh hai, woh hai.</w:t>
      </w:r>
    </w:p>
    <w:p>
      <w:pPr>
        <w:jc w:val="right"/>
      </w:pPr>
      <w:r>
        <w:t>اس طریقے سے مسلمانوں کا معاملہ یہ ہے۔ اکثر لوگ یہ پوچھتے ہیں کہ مسلمانوں کے لیے کیا کیا جائے، کیسے اصلاح کی جائے، بہت بگاڑ ہے، یہ ہے، وہ ہے۔</w:t>
      </w:r>
    </w:p>
    <w:p>
      <w:r>
        <w:rPr>
          <w:b/>
        </w:rPr>
        <w:t xml:space="preserve">[57:23] </w:t>
      </w:r>
      <w:r>
        <w:t>main samajhta hoon ke kuch bhi nahi karna siwaye is ke ke unko phir se yaad dilana hai ke tum daai ho. Quran aur Hadees ko is tarah se padhwana hai unhein ke woh samjhein ke yeh kitaab dawat hai, yeh mazhab dawat hai,</w:t>
      </w:r>
    </w:p>
    <w:p>
      <w:pPr>
        <w:jc w:val="right"/>
      </w:pPr>
      <w:r>
        <w:t>میں سمجھتا ہوں کہ کچھ بھی نہیں کرنا سوائے اس کے کہ ان کو پھر سے یاد دلانا ہے کہ تم داعی ہو۔ قرآن اور حدیث کو اس طرح سے پڑھوانا ہے انہیں کہ وہ سمجھیں کہ یہ کتاب دعوت ہے، یہ مذہب دعوت ہے،</w:t>
      </w:r>
    </w:p>
    <w:p>
      <w:r>
        <w:rPr>
          <w:b/>
        </w:rPr>
        <w:t xml:space="preserve">[57:41] </w:t>
      </w:r>
      <w:r>
        <w:t>yeh ideology of dawat hai.</w:t>
      </w:r>
    </w:p>
    <w:p>
      <w:pPr>
        <w:jc w:val="right"/>
      </w:pPr>
      <w:r>
        <w:t>یہ آئیڈیالوجی آف دعوت ہے۔</w:t>
      </w:r>
    </w:p>
    <w:p>
      <w:r>
        <w:rPr>
          <w:b/>
        </w:rPr>
        <w:t xml:space="preserve">[57:45] </w:t>
      </w:r>
      <w:r>
        <w:t>jis din woh aisa samjhenge, usi din sab sab th</w:t>
      </w:r>
    </w:p>
    <w:p>
      <w:pPr>
        <w:jc w:val="right"/>
      </w:pPr>
      <w:r>
        <w:t>جس دن وہ ایسا سمجھیں گے، اسی دن سب سب ٹھ</w:t>
      </w:r>
    </w:p>
    <w:p>
      <w:r>
        <w:rPr>
          <w:b/>
        </w:rPr>
        <w:t xml:space="preserve">[57:50] </w:t>
      </w:r>
      <w:r>
        <w:t>heek ho jayenge. jaisa ke kal wahan par jo tha qissa, hamare ek saathi the ke woh pehle political party mein hua karte the, political party mein the.</w:t>
      </w:r>
    </w:p>
    <w:p>
      <w:pPr>
        <w:jc w:val="right"/>
      </w:pPr>
      <w:r>
        <w:t>یک ہو جائیں گے۔ جیسے کل وہاں پر جو تھا قصہ، ہمارے ایک ساتھی تھے کہ وہ پہلے پولیٹیکل پارٹی میں ہوا کرتے تھے، پولیٹیکل پارٹی میں تھے۔</w:t>
      </w:r>
    </w:p>
    <w:p>
      <w:r>
        <w:rPr>
          <w:b/>
        </w:rPr>
        <w:t xml:space="preserve">[58:01] </w:t>
      </w:r>
      <w:r>
        <w:t>to unhone kaha jab pehle hamara yeh haal tha ke agar kabhi hamare stage par yeh aisa hota rehta, aap jante hain, koi log gadbad karte to hum unse lad jate the, baqayda ladai karke is ko khatam karte the.</w:t>
      </w:r>
    </w:p>
    <w:p>
      <w:pPr>
        <w:jc w:val="right"/>
      </w:pPr>
      <w:r>
        <w:t>تو انہوں نے کہا جب پہلے ہمارا یہ حال تھا کہ اگر کبھی ہمارے اسٹیج پر یہ ایسا ہوتا رہتا، آپ جانتے ہیں، کوئی لوگ گڑبڑ کرتے تو ہم ان سے لڑ جاتے تھے، باقاعدہ لڑائی کر کے اس کو ختم کرتے تھے۔</w:t>
      </w:r>
    </w:p>
    <w:p>
      <w:r>
        <w:rPr>
          <w:b/>
        </w:rPr>
        <w:t xml:space="preserve">[58:16] </w:t>
      </w:r>
      <w:r>
        <w:t>ab hum bilkul un se bajaye ladne ke, hum ne yeh</w:t>
      </w:r>
    </w:p>
    <w:p>
      <w:pPr>
        <w:jc w:val="right"/>
      </w:pPr>
      <w:r>
        <w:t>اب ہم بالکل ان سے بجائے لڑنے کے، ہم نے یہ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