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Way of De-Stressing 11 July 2009 - Maulana Wahiduddin Khan</w:t>
      </w:r>
    </w:p>
    <w:p>
      <w:r>
        <w:t>https://www.youtube.com/watch?v=ABb8vYJ0vMc</w:t>
      </w:r>
    </w:p>
    <w:p>
      <w:r>
        <w:rPr>
          <w:b/>
        </w:rPr>
        <w:t xml:space="preserve">[00:11] </w:t>
      </w:r>
      <w:r>
        <w:t>bismillah rahman rahim, wasallallahu ala nabiyil karim. rab ishrah li sadri, wa yassir li amri,</w:t>
      </w:r>
    </w:p>
    <w:p>
      <w:pPr>
        <w:jc w:val="right"/>
      </w:pPr>
      <w:r>
        <w:t>بسم اللہ الرحمن الرحیم، وصلی اللہ علی النبی الکریم۔ رب اشرح لی صدری، ویسر لی امری،</w:t>
      </w:r>
    </w:p>
    <w:p>
      <w:r>
        <w:rPr>
          <w:b/>
        </w:rPr>
        <w:t xml:space="preserve">[00:25] </w:t>
      </w:r>
      <w:r>
        <w:t>wahul uqdatan min lisani yafqahu qawli.</w:t>
      </w:r>
    </w:p>
    <w:p>
      <w:pPr>
        <w:jc w:val="right"/>
      </w:pPr>
      <w:r>
        <w:t>واحل العقدۃ من لسانی یفقہ قولی۔</w:t>
      </w:r>
    </w:p>
    <w:p>
      <w:r>
        <w:rPr>
          <w:b/>
        </w:rPr>
        <w:t xml:space="preserve">[00:34] </w:t>
      </w:r>
      <w:r>
        <w:t>The topic for this evening is the way of de-stressing.</w:t>
      </w:r>
    </w:p>
    <w:p>
      <w:pPr>
        <w:jc w:val="right"/>
      </w:pPr>
      <w:r>
        <w:t>دا ٹاپک فار دس ایوننگ از دا وے آف ڈی اسٹریسنگ۔</w:t>
      </w:r>
    </w:p>
    <w:p>
      <w:r>
        <w:rPr>
          <w:b/>
        </w:rPr>
        <w:t xml:space="preserve">[00:46] </w:t>
      </w:r>
      <w:r>
        <w:t>you know, stress and tension is the most common phenomena of our present world.</w:t>
      </w:r>
    </w:p>
    <w:p>
      <w:pPr>
        <w:jc w:val="right"/>
      </w:pPr>
      <w:r>
        <w:t>یو نو، اسٹریس اور ٹینشن از دا موسٹ کامن فیناومینا آف اور پریزنٹ ورلڈ۔</w:t>
      </w:r>
    </w:p>
    <w:p>
      <w:r>
        <w:rPr>
          <w:b/>
        </w:rPr>
        <w:t xml:space="preserve">[00:58] </w:t>
      </w:r>
      <w:r>
        <w:t>every man and woman is suffering from this problem.</w:t>
      </w:r>
    </w:p>
    <w:p>
      <w:pPr>
        <w:jc w:val="right"/>
      </w:pPr>
      <w:r>
        <w:t>ایوری مین اینڈ وومن از سفرنگ فرام دس پرابلم۔</w:t>
      </w:r>
    </w:p>
    <w:p>
      <w:r>
        <w:rPr>
          <w:b/>
        </w:rPr>
        <w:t xml:space="preserve">[01:08] </w:t>
      </w:r>
      <w:r>
        <w:t>there are hundreds and thousand people who are said to be master of de stressing.</w:t>
      </w:r>
    </w:p>
    <w:p>
      <w:pPr>
        <w:jc w:val="right"/>
      </w:pPr>
      <w:r>
        <w:t>دیر آر ہنڈرڈز اینڈ تھاؤزنڈ پیپل ہو آر سیڈ ٹو بی ماسٹر آف ڈی اسٹریسنگ۔</w:t>
      </w:r>
    </w:p>
    <w:p>
      <w:r>
        <w:rPr>
          <w:b/>
        </w:rPr>
        <w:t xml:space="preserve">[01:18] </w:t>
      </w:r>
      <w:r>
        <w:t>they are professionals, they invite people to come at their centers,</w:t>
      </w:r>
    </w:p>
    <w:p>
      <w:pPr>
        <w:jc w:val="right"/>
      </w:pPr>
      <w:r>
        <w:t>دے آر پروفیشنلز، دے انوائٹ پیپل ٹو کم ایٹ دیر سینٹرز،</w:t>
      </w:r>
    </w:p>
    <w:p>
      <w:r>
        <w:rPr>
          <w:b/>
        </w:rPr>
        <w:t xml:space="preserve">[01:32] </w:t>
      </w:r>
      <w:r>
        <w:t>and</w:t>
      </w:r>
    </w:p>
    <w:p>
      <w:pPr>
        <w:jc w:val="right"/>
      </w:pPr>
      <w:r>
        <w:t>اینڈ</w:t>
      </w:r>
    </w:p>
    <w:p>
      <w:r>
        <w:rPr>
          <w:b/>
        </w:rPr>
        <w:t xml:space="preserve">[01:36] </w:t>
      </w:r>
      <w:r>
        <w:t>they will de stress their tension. i have survey these people,</w:t>
      </w:r>
    </w:p>
    <w:p>
      <w:pPr>
        <w:jc w:val="right"/>
      </w:pPr>
      <w:r>
        <w:t>دے ول ڈی اسٹریس دیر ٹینشن۔ ائی ہیو سروے دیز پیپل،</w:t>
      </w:r>
    </w:p>
    <w:p>
      <w:r>
        <w:rPr>
          <w:b/>
        </w:rPr>
        <w:t xml:space="preserve">[01:47] </w:t>
      </w:r>
      <w:r>
        <w:t>i found that this is only a false hopes business.</w:t>
      </w:r>
    </w:p>
    <w:p>
      <w:pPr>
        <w:jc w:val="right"/>
      </w:pPr>
      <w:r>
        <w:t>ائی فاؤنڈ دیٹ دس از اونلی ا فالس ہوپس بزنس۔</w:t>
      </w:r>
    </w:p>
    <w:p>
      <w:r>
        <w:rPr>
          <w:b/>
        </w:rPr>
        <w:t xml:space="preserve">[01:59] </w:t>
      </w:r>
      <w:r>
        <w:t>those techniques that they have involved, that they have evolved for this purpose is completely a failure.</w:t>
      </w:r>
    </w:p>
    <w:p>
      <w:pPr>
        <w:jc w:val="right"/>
      </w:pPr>
      <w:r>
        <w:t>دوز ٹیکنیکس دیٹ دے ہیو انوالو، دیٹ دے ہیو ایوالو فار دس پرپس از کمپلیٹلی فیلیر۔</w:t>
      </w:r>
    </w:p>
    <w:p>
      <w:r>
        <w:rPr>
          <w:b/>
        </w:rPr>
        <w:t xml:space="preserve">[02:15] </w:t>
      </w:r>
      <w:r>
        <w:t>I will give you some example. There is a well-known book in this subject, the title is "Among Who Sold His Ferrari".</w:t>
      </w:r>
    </w:p>
    <w:p>
      <w:pPr>
        <w:jc w:val="right"/>
      </w:pPr>
      <w:r>
        <w:t>ائی ول گیو یو سم ایگزامپل۔ دیر از ا ویل نون بک ان دس سبجیکٹ، دا ٹائٹل از "امنگ ہو سولڈ ہز فراری"۔</w:t>
      </w:r>
    </w:p>
    <w:p>
      <w:r>
        <w:rPr>
          <w:b/>
        </w:rPr>
        <w:t xml:space="preserve">[02:33] </w:t>
      </w:r>
      <w:r>
        <w:t>dis bik</w:t>
      </w:r>
    </w:p>
    <w:p>
      <w:pPr>
        <w:jc w:val="right"/>
      </w:pPr>
      <w:r>
        <w:t>دس بک</w:t>
      </w:r>
    </w:p>
    <w:p>
      <w:r>
        <w:rPr>
          <w:b/>
        </w:rPr>
        <w:t xml:space="preserve">[02:39] </w:t>
      </w:r>
      <w:r>
        <w:t>iz</w:t>
      </w:r>
    </w:p>
    <w:p>
      <w:pPr>
        <w:jc w:val="right"/>
      </w:pPr>
      <w:r>
        <w:t>از</w:t>
      </w:r>
    </w:p>
    <w:p>
      <w:r>
        <w:rPr>
          <w:b/>
        </w:rPr>
        <w:t xml:space="preserve">[02:43] </w:t>
      </w:r>
      <w:r>
        <w:t>In this book, there is a story of an American who was a successful lawyer. He was owner of a Ferrari and all that, but he was suffering tension or stress.</w:t>
      </w:r>
    </w:p>
    <w:p>
      <w:pPr>
        <w:jc w:val="right"/>
      </w:pPr>
      <w:r>
        <w:t>ان دس بک، دیر از ا سٹوری ون امریکن ہو واز سکسیس فل لائر۔ ہی واز اونر اف ا فراری اینڈ ال دیٹ، بٹ ہی واز سفرنگ ٹینشن اور اسٹریس۔</w:t>
      </w:r>
    </w:p>
    <w:p>
      <w:r>
        <w:rPr>
          <w:b/>
        </w:rPr>
        <w:t xml:space="preserve">[02:59] </w:t>
      </w:r>
      <w:r>
        <w:t>so someone told him that, "live America and go to Himalayan jungles, and you will find solace and stress-free life".</w:t>
      </w:r>
    </w:p>
    <w:p>
      <w:pPr>
        <w:jc w:val="right"/>
      </w:pPr>
      <w:r>
        <w:t>سو سم ون ٹولڈ ہم دیٹ، "لیو امریکہ اینڈ گو ٹو ہمالین جنگلز، اینڈ یو ویل فائنڈ سولس اینڈ اسٹریس فری لائف"۔</w:t>
      </w:r>
    </w:p>
    <w:p>
      <w:r>
        <w:rPr>
          <w:b/>
        </w:rPr>
        <w:t xml:space="preserve">[03:17] </w:t>
      </w:r>
      <w:r>
        <w:t>So this lawyer sold his Ferrari and went to Himalayan region.</w:t>
      </w:r>
    </w:p>
    <w:p>
      <w:pPr>
        <w:jc w:val="right"/>
      </w:pPr>
      <w:r>
        <w:t>سو دس لائر سولڈ ہز فراری اینڈ وینٹ ٹو ہمالین ریجن۔</w:t>
      </w:r>
    </w:p>
    <w:p>
      <w:r>
        <w:rPr>
          <w:b/>
        </w:rPr>
        <w:t xml:space="preserve">[03:28] </w:t>
      </w:r>
      <w:r>
        <w:t>and according to the story, he achieved stress-free life.</w:t>
      </w:r>
    </w:p>
    <w:p>
      <w:pPr>
        <w:jc w:val="right"/>
      </w:pPr>
      <w:r>
        <w:t>اینڈ اکنڈنگ ٹو دا سٹوری، ہی اچیوڈ اسٹریس فری لائف۔</w:t>
      </w:r>
    </w:p>
    <w:p>
      <w:r>
        <w:rPr>
          <w:b/>
        </w:rPr>
        <w:t xml:space="preserve">[03:38] </w:t>
      </w:r>
      <w:r>
        <w:t>da frst,</w:t>
      </w:r>
    </w:p>
    <w:p>
      <w:pPr>
        <w:jc w:val="right"/>
      </w:pPr>
      <w:r>
        <w:t>دا فرسٹ،</w:t>
      </w:r>
    </w:p>
    <w:p>
      <w:r>
        <w:rPr>
          <w:b/>
        </w:rPr>
        <w:t xml:space="preserve">[03:42] </w:t>
      </w:r>
      <w:r>
        <w:t>I would like to say that this book is a fiction, is not a real story. If it is a solution, then why not a real story?</w:t>
      </w:r>
    </w:p>
    <w:p>
      <w:pPr>
        <w:jc w:val="right"/>
      </w:pPr>
      <w:r>
        <w:t>ائی وڈ لائک ٹو سے دیٹ دس بک از ا فکشن، از ناٹ ا ریل سٹوری۔ اف اٹ از ا سولیوشن، دین وائی ناٹ ا ریل سٹوری؟</w:t>
      </w:r>
    </w:p>
    <w:p>
      <w:r>
        <w:rPr>
          <w:b/>
        </w:rPr>
        <w:t xml:space="preserve">[03:54] </w:t>
      </w:r>
      <w:r>
        <w:t>why a fikshn?</w:t>
      </w:r>
    </w:p>
    <w:p>
      <w:pPr>
        <w:jc w:val="right"/>
      </w:pPr>
      <w:r>
        <w:t>وائی ا فکشن؟</w:t>
      </w:r>
    </w:p>
    <w:p>
      <w:r>
        <w:rPr>
          <w:b/>
        </w:rPr>
        <w:t xml:space="preserve">[03:57] </w:t>
      </w:r>
      <w:r>
        <w:t>in fiction, you can write anything. Then the other</w:t>
      </w:r>
    </w:p>
    <w:p>
      <w:pPr>
        <w:jc w:val="right"/>
      </w:pPr>
      <w:r>
        <w:t>ان فکشن، یو کین رائٹ اینی تھنگ۔ دین دی ادر</w:t>
      </w:r>
    </w:p>
    <w:p>
      <w:r>
        <w:rPr>
          <w:b/>
        </w:rPr>
        <w:t xml:space="preserve">[04:08] </w:t>
      </w:r>
      <w:r>
        <w:t>objection is that, this is not a solution at all, because God created you with mind, with so many qualities.</w:t>
      </w:r>
    </w:p>
    <w:p>
      <w:pPr>
        <w:jc w:val="right"/>
      </w:pPr>
      <w:r>
        <w:t>ابجیکشن از دیٹ، دس از ناٹ ا سولیوشن ایٹ ال، بیکاز گاڈ کریٹڈ یو ود مائنڈ ود سو مینی کوالٹیز۔</w:t>
      </w:r>
    </w:p>
    <w:p>
      <w:r>
        <w:rPr>
          <w:b/>
        </w:rPr>
        <w:t xml:space="preserve">[04:22] </w:t>
      </w:r>
      <w:r>
        <w:t>So you have to, you have to use all these qualities. You have to live in this world.</w:t>
      </w:r>
    </w:p>
    <w:p>
      <w:pPr>
        <w:jc w:val="right"/>
      </w:pPr>
      <w:r>
        <w:t>سو یو ہیو ٹو، یو ہیو ٹو یوز ال دس کوالٹیز۔ یو ہیو ٹو لیو ان دس ورلڈ۔</w:t>
      </w:r>
    </w:p>
    <w:p>
      <w:r>
        <w:rPr>
          <w:b/>
        </w:rPr>
        <w:t xml:space="preserve">[04:35] </w:t>
      </w:r>
      <w:r>
        <w:t>it is, it is, this kind of solution is not for a human being. If you go to Malaya and live in jungle, it is nothing but nihilization,</w:t>
      </w:r>
    </w:p>
    <w:p>
      <w:pPr>
        <w:jc w:val="right"/>
      </w:pPr>
      <w:r>
        <w:t>اٹ از، اٹ از، دس کائنڈ اف سولیوشن از ناٹ فار ا ہیومن بینگ۔ اف یو گو ٹو مالیا اینڈ لیو ان جنگل، اٹ از نتھنگ بٹ نیولائزیشن،</w:t>
      </w:r>
    </w:p>
    <w:p>
      <w:r>
        <w:rPr>
          <w:b/>
        </w:rPr>
        <w:t xml:space="preserve">[04:52] </w:t>
      </w:r>
      <w:r>
        <w:t>living just like an animal. So this book is not a real story, it is simply a fiction.</w:t>
      </w:r>
    </w:p>
    <w:p>
      <w:pPr>
        <w:jc w:val="right"/>
      </w:pPr>
      <w:r>
        <w:t>لیونگ جسٹ لائک این اینیمل۔ سو دس بک از ناٹ ا ریل سٹوری، اٹ از سمپلی ا فکشن۔</w:t>
      </w:r>
    </w:p>
    <w:p>
      <w:r>
        <w:rPr>
          <w:b/>
        </w:rPr>
        <w:t xml:space="preserve">[05:04] </w:t>
      </w:r>
      <w:r>
        <w:t>Then if it was a real story, then again, I would like to say that is not solution. Animation is not solution.</w:t>
      </w:r>
    </w:p>
    <w:p>
      <w:pPr>
        <w:jc w:val="right"/>
      </w:pPr>
      <w:r>
        <w:t>دین اف اٹ واز ا ریل سٹوری، دین اگین، ائی وڈ لائک ٹو سے دیٹ از ناٹ سولیوشن۔ اینیملائزیشن از ناٹ سولیوشن۔</w:t>
      </w:r>
    </w:p>
    <w:p>
      <w:r>
        <w:rPr>
          <w:b/>
        </w:rPr>
        <w:t xml:space="preserve">[05:15] </w:t>
      </w:r>
      <w:r>
        <w:t>Then I happened to meet some masters of de-stressing. They told me that their technique is based on stop thinking process.</w:t>
      </w:r>
    </w:p>
    <w:p>
      <w:pPr>
        <w:jc w:val="right"/>
      </w:pPr>
      <w:r>
        <w:t>دین ائی ہیپن ٹو میٹ سم ماسٹرز اف ڈی اسٹریسنگ۔ دے ٹول می دیٹ دیر ٹیکنیک از بیسڈ ان سٹاپ تھنکنگ پراسیس۔</w:t>
      </w:r>
    </w:p>
    <w:p>
      <w:r>
        <w:rPr>
          <w:b/>
        </w:rPr>
        <w:t xml:space="preserve">[05:30] </w:t>
      </w:r>
      <w:r>
        <w:t>Stop thinking. They said that all those worries and tension are phenomena of thinking. So stop your thinking, and then you are free of stress.</w:t>
      </w:r>
    </w:p>
    <w:p>
      <w:pPr>
        <w:jc w:val="right"/>
      </w:pPr>
      <w:r>
        <w:t>سٹاپ تھنکنگ۔ دے سیڈ دیٹ ال دوز وریز اینڈ ٹینشن ار فیناومینا اف تھنکنگ۔ سو سٹاپ یور تھنکنگ، اینڈ دین یو ار فری اف اسٹریس۔</w:t>
      </w:r>
    </w:p>
    <w:p>
      <w:r>
        <w:rPr>
          <w:b/>
        </w:rPr>
        <w:t xml:space="preserve">[05:45] </w:t>
      </w:r>
      <w:r>
        <w:t>Again, I would like to say that this is nothing but alike animation. You know, thinking is the most important quality of mind.</w:t>
      </w:r>
    </w:p>
    <w:p>
      <w:pPr>
        <w:jc w:val="right"/>
      </w:pPr>
      <w:r>
        <w:t>اگین، ائی وڈ لائک ٹو سے دیٹ دس نتھنگ بٹ الائک اینیملائزیشن۔ یو نو، تھنکنگ از دا موسٹ امپورٹنٹ کوالٹی اف مائنڈ۔</w:t>
      </w:r>
    </w:p>
    <w:p>
      <w:r>
        <w:rPr>
          <w:b/>
        </w:rPr>
        <w:t xml:space="preserve">[05:59] </w:t>
      </w:r>
      <w:r>
        <w:t>Mind is, it is said that mind is a thinking, thinking animal. So if you become thinking less, then you are an animal.</w:t>
      </w:r>
    </w:p>
    <w:p>
      <w:pPr>
        <w:jc w:val="right"/>
      </w:pPr>
      <w:r>
        <w:t>مائنڈ از، اٹ از سیڈ دیٹ مائنڈ از ا تھنکنگ، تھنکنگ اینیمل۔ سو اف یو بیکم تھنکنگ لیس، دین یو ار این اینیمل۔</w:t>
      </w:r>
    </w:p>
    <w:p>
      <w:r>
        <w:rPr>
          <w:b/>
        </w:rPr>
        <w:t xml:space="preserve">[06:12] </w:t>
      </w:r>
      <w:r>
        <w:t>So what the, what the use of this kind of technique?</w:t>
      </w:r>
    </w:p>
    <w:p>
      <w:pPr>
        <w:jc w:val="right"/>
      </w:pPr>
      <w:r>
        <w:t>سو واٹ دا، واٹ دا یوز اف دس کائنڈ اف ٹیکنیک؟</w:t>
      </w:r>
    </w:p>
    <w:p>
      <w:r>
        <w:rPr>
          <w:b/>
        </w:rPr>
        <w:t xml:space="preserve">[06:19] </w:t>
      </w:r>
      <w:r>
        <w:t>The basic, I would like to say that the basic, the basic fault in this technique is that they take problem as an evil.</w:t>
      </w:r>
    </w:p>
    <w:p>
      <w:pPr>
        <w:jc w:val="right"/>
      </w:pPr>
      <w:r>
        <w:t>دا بیسک، ائی وڈ لائک ٹو سے دیٹ دا بیسک، دا بیسک فالٹ ان دس ٹیکنیک از دیٹ دے ٹیک پرابلم ایز این ایول۔</w:t>
      </w:r>
    </w:p>
    <w:p>
      <w:r>
        <w:rPr>
          <w:b/>
        </w:rPr>
        <w:t xml:space="preserve">[06:39] </w:t>
      </w:r>
      <w:r>
        <w:t>The big problem is as an evil. But study show that problem is a part of life.</w:t>
      </w:r>
    </w:p>
    <w:p>
      <w:pPr>
        <w:jc w:val="right"/>
      </w:pPr>
      <w:r>
        <w:t>دے ٹیک پرابلم از ایز این ایول۔ بٹ اسٹڈی شو دیٹ پرابلم از ا پارٹ اف لائف۔</w:t>
      </w:r>
    </w:p>
    <w:p>
      <w:r>
        <w:rPr>
          <w:b/>
        </w:rPr>
        <w:t xml:space="preserve">[06:53] </w:t>
      </w:r>
      <w:r>
        <w:t>no wn waz ible to rimo</w:t>
      </w:r>
    </w:p>
    <w:p>
      <w:pPr>
        <w:jc w:val="right"/>
      </w:pPr>
      <w:r>
        <w:t>نو ون واز ایبل ٹو ریمو</w:t>
      </w:r>
    </w:p>
    <w:p>
      <w:r>
        <w:rPr>
          <w:b/>
        </w:rPr>
        <w:t xml:space="preserve">[06:57] </w:t>
      </w:r>
      <w:r>
        <w:t>das streeses and tension, even kings. so any thing that is part of life or part of nature, it is not evil.</w:t>
      </w:r>
    </w:p>
    <w:p>
      <w:pPr>
        <w:jc w:val="right"/>
      </w:pPr>
      <w:r>
        <w:t>دس اسٹریسز اینڈ ٹینشن، ایون کنگز۔ سو اینی تھنگ دیٹ از پارٹ اف لائف اور پارٹ اف نیچر، اٹ از ناٹ ایول۔</w:t>
      </w:r>
    </w:p>
    <w:p>
      <w:r>
        <w:rPr>
          <w:b/>
        </w:rPr>
        <w:t xml:space="preserve">[07:11] </w:t>
      </w:r>
      <w:r>
        <w:t>so i can say that</w:t>
      </w:r>
    </w:p>
    <w:p>
      <w:pPr>
        <w:jc w:val="right"/>
      </w:pPr>
      <w:r>
        <w:t>سو ائی کین سے دیٹ</w:t>
      </w:r>
    </w:p>
    <w:p>
      <w:r>
        <w:rPr>
          <w:b/>
        </w:rPr>
        <w:t xml:space="preserve">[07:18] </w:t>
      </w:r>
      <w:r>
        <w:t>stress or tension is not an evil. it is a blessing in disguise. why is</w:t>
      </w:r>
    </w:p>
    <w:p>
      <w:pPr>
        <w:jc w:val="right"/>
      </w:pPr>
      <w:r>
        <w:t>اسٹریس اور ٹینشن از ناٹ این ایول۔ اٹ از ا بلیسنگ ان دس گائز۔ وائی اس</w:t>
      </w:r>
    </w:p>
    <w:p>
      <w:r>
        <w:rPr>
          <w:b/>
        </w:rPr>
        <w:t xml:space="preserve">[07:30] </w:t>
      </w:r>
      <w:r>
        <w:t>stress activate your mind or tension activate your mind. god created you with mind.</w:t>
      </w:r>
    </w:p>
    <w:p>
      <w:pPr>
        <w:jc w:val="right"/>
      </w:pPr>
      <w:r>
        <w:t>ٹریس ایکٹیویٹ یور مائنڈ اور ٹینشن ایکٹیویٹ یور مائنڈ۔ گاڈ کریٹڈ یو ود مائنڈ۔</w:t>
      </w:r>
    </w:p>
    <w:p>
      <w:r>
        <w:rPr>
          <w:b/>
        </w:rPr>
        <w:t xml:space="preserve">[07:44] </w:t>
      </w:r>
      <w:r>
        <w:t>mind has enormous capacity. but all these qualities, all these intellectual qualities are in dormant position.</w:t>
      </w:r>
    </w:p>
    <w:p>
      <w:pPr>
        <w:jc w:val="right"/>
      </w:pPr>
      <w:r>
        <w:t>مائنڈ ہیز انارمس کپیسٹی۔ بٹ ال دس کوالٹیز، ال دس انٹلیکچول کوالٹیز ار ان ڈومین پوزیشن۔</w:t>
      </w:r>
    </w:p>
    <w:p>
      <w:r>
        <w:rPr>
          <w:b/>
        </w:rPr>
        <w:t xml:space="preserve">[08:00] </w:t>
      </w:r>
      <w:r>
        <w:t>it need to activate it, and only stress or tension or problem can activate your mind.</w:t>
      </w:r>
    </w:p>
    <w:p>
      <w:pPr>
        <w:jc w:val="right"/>
      </w:pPr>
      <w:r>
        <w:t>اٹ نیڈ ٹو ایکٹیویٹ اٹ، اینڈ اونلی اسٹریس اور ٹینشن اور پرابلم کین ایکٹیویٹ یور مائنڈ۔</w:t>
      </w:r>
    </w:p>
    <w:p>
      <w:r>
        <w:rPr>
          <w:b/>
        </w:rPr>
        <w:t xml:space="preserve">[08:11] </w:t>
      </w:r>
      <w:r>
        <w:t>so it is against the law of nature. if you try to remove all those stress, tension and problem for life, then you are going against the law of nature.</w:t>
      </w:r>
    </w:p>
    <w:p>
      <w:pPr>
        <w:jc w:val="right"/>
      </w:pPr>
      <w:r>
        <w:t>سو اٹ از اگینسٹ دی لاء اف نیچر۔ یف یو ٹرائی ٹو ریمو ال دوز اسٹریس، ٹینشن اینڈ پرابلم فار لائف، دین یو ار گوئنگ اگینسٹ دی لاء اف نیچر۔</w:t>
      </w:r>
    </w:p>
    <w:p>
      <w:r>
        <w:rPr>
          <w:b/>
        </w:rPr>
        <w:t xml:space="preserve">[08:27] </w:t>
      </w:r>
      <w:r>
        <w:t>anyone who goes against the law of nature, is doom to failure. how you can remove the process of nature?</w:t>
      </w:r>
    </w:p>
    <w:p>
      <w:pPr>
        <w:jc w:val="right"/>
      </w:pPr>
      <w:r>
        <w:t>اینی ون ہو گوز اگینسٹ دی لاء اف نیچر، از ڈوم ٹو فیلیر۔ ہاؤ یو کین ریمو دا پروسیس اف نیچر؟</w:t>
      </w:r>
    </w:p>
    <w:p>
      <w:r>
        <w:rPr>
          <w:b/>
        </w:rPr>
        <w:t xml:space="preserve">[08:37] </w:t>
      </w:r>
      <w:r>
        <w:t>is beyond your capacity.</w:t>
      </w:r>
    </w:p>
    <w:p>
      <w:pPr>
        <w:jc w:val="right"/>
      </w:pPr>
      <w:r>
        <w:t>از بیان یور کپیسٹی۔</w:t>
      </w:r>
    </w:p>
    <w:p>
      <w:r>
        <w:rPr>
          <w:b/>
        </w:rPr>
        <w:t xml:space="preserve">[08:41] </w:t>
      </w:r>
      <w:r>
        <w:t>so i think that the first, i think that the starting point is that you have to take stress or tension or problems as a part of life.</w:t>
      </w:r>
    </w:p>
    <w:p>
      <w:pPr>
        <w:jc w:val="right"/>
      </w:pPr>
      <w:r>
        <w:t>سو ائی تھنک دیٹ دا فرسٹ، ائی تھنک دیٹ دا سٹارٹنگ پوائنٹ از دیٹ یو ہیو ٹو ٹیک اسٹریس اور ٹینشن اور پرابلمز ایز ا پارٹ اف لائف۔</w:t>
      </w:r>
    </w:p>
    <w:p>
      <w:r>
        <w:rPr>
          <w:b/>
        </w:rPr>
        <w:t xml:space="preserve">[08:56] </w:t>
      </w:r>
      <w:r>
        <w:t>or in other words, as a positive part of life. everything that is part of life, it is a positive part and not a negative part.</w:t>
      </w:r>
    </w:p>
    <w:p>
      <w:pPr>
        <w:jc w:val="right"/>
      </w:pPr>
      <w:r>
        <w:t>اور ان ادر ورڈ، ایز ا پوزیٹیو پارٹ اف لائف۔ ایوری تھنگ دیٹ از پارٹ اف لائف، اٹ از ا پوزیٹیو پارٹ اینڈ ناٹ ا نیگیٹیو پارٹ۔</w:t>
      </w:r>
    </w:p>
    <w:p>
      <w:r>
        <w:rPr>
          <w:b/>
        </w:rPr>
        <w:t xml:space="preserve">[09:10] </w:t>
      </w:r>
      <w:r>
        <w:t>starting point.</w:t>
      </w:r>
    </w:p>
    <w:p>
      <w:pPr>
        <w:jc w:val="right"/>
      </w:pPr>
      <w:r>
        <w:t>سٹارٹنگ پوائنٹ۔</w:t>
      </w:r>
    </w:p>
    <w:p>
      <w:r>
        <w:rPr>
          <w:b/>
        </w:rPr>
        <w:t xml:space="preserve">[09:13] </w:t>
      </w:r>
      <w:r>
        <w:t>here i would like to give an example. i sometime i was in bahawalpur.</w:t>
      </w:r>
    </w:p>
    <w:p>
      <w:pPr>
        <w:jc w:val="right"/>
      </w:pPr>
      <w:r>
        <w:t>ہیر ائی وڈ لائک ٹو گیو ان ایگزامپل۔ ائی سم ٹائم ائی واز ان بھاولپور۔</w:t>
      </w:r>
    </w:p>
    <w:p>
      <w:r>
        <w:rPr>
          <w:b/>
        </w:rPr>
        <w:t xml:space="preserve">[09:28] </w:t>
      </w:r>
      <w:r>
        <w:t>there i happen to meet a gentleman. he was a senior person. so i saw that he is doing something in his hand.</w:t>
      </w:r>
    </w:p>
    <w:p>
      <w:pPr>
        <w:jc w:val="right"/>
      </w:pPr>
      <w:r>
        <w:t>دیر ائی ہیپن ٹو میٹ ا جنٹلمین۔ ہی واز ا سینیئر پرسن۔ سو ائی سا دیٹ ہی از ڈوئنگ سمتھنگ ان ہز ہینڈ۔</w:t>
      </w:r>
    </w:p>
    <w:p>
      <w:r>
        <w:rPr>
          <w:b/>
        </w:rPr>
        <w:t xml:space="preserve">[09:42] </w:t>
      </w:r>
      <w:r>
        <w:t>then i asked him that. he was injecting himself. it was self injecting. he was a diabetic, diabetic person.</w:t>
      </w:r>
    </w:p>
    <w:p>
      <w:pPr>
        <w:jc w:val="right"/>
      </w:pPr>
      <w:r>
        <w:t>دین ائی اسکڈ ہم دیٹ۔ ہی واز انجیکٹنگ ہم سیلف۔ اٹ واز سیلف انجیکٹنگ۔ ہی واز ا ڈائبیٹک، ڈائبیٹک پرسن۔</w:t>
      </w:r>
    </w:p>
    <w:p>
      <w:r>
        <w:rPr>
          <w:b/>
        </w:rPr>
        <w:t xml:space="preserve">[09:52] </w:t>
      </w:r>
      <w:r>
        <w:t>diabetic person. so he used to inject himself every day, perhaps twice a day.</w:t>
      </w:r>
    </w:p>
    <w:p>
      <w:pPr>
        <w:jc w:val="right"/>
      </w:pPr>
      <w:r>
        <w:t>ڈائبیٹک پرسن۔ سو ہی یوز ٹو انجیکٹ ہم سیلف ایوری ڈے، پرہپس ٹوائس ا ڈے۔</w:t>
      </w:r>
    </w:p>
    <w:p>
      <w:r>
        <w:rPr>
          <w:b/>
        </w:rPr>
        <w:t xml:space="preserve">[10:02] </w:t>
      </w:r>
      <w:r>
        <w:t>so i saw that he is, he was very comfortable. for me, it was horrible side.</w:t>
      </w:r>
    </w:p>
    <w:p>
      <w:pPr>
        <w:jc w:val="right"/>
      </w:pPr>
      <w:r>
        <w:t>سو ائی سا دیٹ ہی از، ہی واز ویری کمفرٹیبل۔ فار می، اٹ واز ہاریبل سائیڈ۔</w:t>
      </w:r>
    </w:p>
    <w:p>
      <w:r>
        <w:rPr>
          <w:b/>
        </w:rPr>
        <w:t xml:space="preserve">[10:12] </w:t>
      </w:r>
      <w:r>
        <w:t>b</w:t>
      </w:r>
    </w:p>
    <w:p>
      <w:pPr>
        <w:jc w:val="right"/>
      </w:pPr>
      <w:r>
        <w:t>ب</w:t>
      </w:r>
    </w:p>
    <w:p>
      <w:r>
        <w:rPr>
          <w:b/>
        </w:rPr>
        <w:t xml:space="preserve">[10:13] </w:t>
      </w:r>
      <w:r>
        <w:t>but he was comfortable. so i asked him, why you are comfortable? he said that i have, i have taken a very simple formula: take it easy.</w:t>
      </w:r>
    </w:p>
    <w:p>
      <w:pPr>
        <w:jc w:val="right"/>
      </w:pPr>
      <w:r>
        <w:t>ٹ ہی واز کمفرٹیبل۔ سو ائی اسکڈ ہم، وائی یو ار کمفرٹیبل؟ ہی سیڈ دیٹ ائی ہیو، ائی ہیو ٹیکن ا ویری سمپل فارمولا: ٹیک اٹ ایزی۔</w:t>
      </w:r>
    </w:p>
    <w:p>
      <w:r>
        <w:rPr>
          <w:b/>
        </w:rPr>
        <w:t xml:space="preserve">[10:29] </w:t>
      </w:r>
      <w:r>
        <w:t>he smiled and said, take it easy. so this is one formula: if you are facing some problem or some stress, some tension, take it easy.</w:t>
      </w:r>
    </w:p>
    <w:p>
      <w:pPr>
        <w:jc w:val="right"/>
      </w:pPr>
      <w:r>
        <w:t>ہی سمائلڈ اینڈ سیڈ، ٹیک اٹ ایزی۔ سو دس از ون فارمولا: اف یو ار فیسنگ سم پرابلم اور سم اسٹریس، سم ٹینشن، ٹیک اٹ ایزی۔</w:t>
      </w:r>
    </w:p>
    <w:p>
      <w:r>
        <w:rPr>
          <w:b/>
        </w:rPr>
        <w:t xml:space="preserve">[10:44] </w:t>
      </w:r>
      <w:r>
        <w:t>take it as a normal function,</w:t>
      </w:r>
    </w:p>
    <w:p>
      <w:pPr>
        <w:jc w:val="right"/>
      </w:pPr>
      <w:r>
        <w:t>ٹیک اٹ ایز ا نارمل فنکشن،</w:t>
      </w:r>
    </w:p>
    <w:p>
      <w:r>
        <w:rPr>
          <w:b/>
        </w:rPr>
        <w:t xml:space="preserve">[10:53] </w:t>
      </w:r>
      <w:r>
        <w:t>as a normal aspect of life. you know, everything begins in mind, and everything can be end in your mind.</w:t>
      </w:r>
    </w:p>
    <w:p>
      <w:pPr>
        <w:jc w:val="right"/>
      </w:pPr>
      <w:r>
        <w:t>ایز ا نارمل اسپیکٹ اف لائف۔ یو نو، ایوری تھنگ بگنز ان مائنڈ، اینڈ ایوری تھنگ کین بی اینڈ ان یور مائنڈ۔</w:t>
      </w:r>
    </w:p>
    <w:p>
      <w:r>
        <w:rPr>
          <w:b/>
        </w:rPr>
        <w:t xml:space="preserve">[11:06] </w:t>
      </w:r>
      <w:r>
        <w:t>so stress or tension always begin your mind.</w:t>
      </w:r>
    </w:p>
    <w:p>
      <w:pPr>
        <w:jc w:val="right"/>
      </w:pPr>
      <w:r>
        <w:t>سو اسٹریس اور ٹینشن الویز بگن یور مائنڈ۔</w:t>
      </w:r>
    </w:p>
    <w:p>
      <w:r>
        <w:rPr>
          <w:b/>
        </w:rPr>
        <w:t xml:space="preserve">[11:12] </w:t>
      </w:r>
      <w:r>
        <w:t>stress is not a physical phenomena, is not physical injury. stress is not like, like physical injury.</w:t>
      </w:r>
    </w:p>
    <w:p>
      <w:pPr>
        <w:jc w:val="right"/>
      </w:pPr>
      <w:r>
        <w:t>اسٹریس از ناٹ ا فزیکل فیناومینا، از ناٹ فزیکل انجری۔ اسٹریس از ناٹ لائک، لائک فزیکل انجری۔</w:t>
      </w:r>
    </w:p>
    <w:p>
      <w:r>
        <w:rPr>
          <w:b/>
        </w:rPr>
        <w:t xml:space="preserve">[11:23] </w:t>
      </w:r>
      <w:r>
        <w:t>no, it is intellectual phenomena.</w:t>
      </w:r>
    </w:p>
    <w:p>
      <w:pPr>
        <w:jc w:val="right"/>
      </w:pPr>
      <w:r>
        <w:t>نو، اٹ از انٹلیکچول فیناومینا۔</w:t>
      </w:r>
    </w:p>
    <w:p>
      <w:r>
        <w:rPr>
          <w:b/>
        </w:rPr>
        <w:t xml:space="preserve">[11:30] </w:t>
      </w:r>
      <w:r>
        <w:t>so anything that is intellectual nature or psychological nature, he can be, can be removed on intellectual level.</w:t>
      </w:r>
    </w:p>
    <w:p>
      <w:pPr>
        <w:jc w:val="right"/>
      </w:pPr>
      <w:r>
        <w:t>سو اینی تھنگ دیٹ از انٹلیکچول نیچر اور سائیکلوجیکل نیچر، ہی کین بی، کین بی ریموڈ ان انٹلیکچول لیول۔</w:t>
      </w:r>
    </w:p>
    <w:p>
      <w:r>
        <w:rPr>
          <w:b/>
        </w:rPr>
        <w:t xml:space="preserve">[11:42] </w:t>
      </w:r>
      <w:r>
        <w:t>so it is very easy. if you are facing some physical problem,</w:t>
      </w:r>
    </w:p>
    <w:p>
      <w:pPr>
        <w:jc w:val="right"/>
      </w:pPr>
      <w:r>
        <w:t>سو اٹ از ویری ایزی۔ اف یو ار فیسنگ سم فزیکل پرابلم،</w:t>
      </w:r>
    </w:p>
    <w:p>
      <w:r>
        <w:rPr>
          <w:b/>
        </w:rPr>
        <w:t xml:space="preserve">[11:49] </w:t>
      </w:r>
      <w:r>
        <w:t>like, like injury or fracture, then you have your compel to go to hospital.</w:t>
      </w:r>
    </w:p>
    <w:p>
      <w:pPr>
        <w:jc w:val="right"/>
      </w:pPr>
      <w:r>
        <w:t>لائک، لائک انجری اور فریکچر، دین یو ہیو یور کمپل ٹو گو ٹو ہاسپٹل۔</w:t>
      </w:r>
    </w:p>
    <w:p>
      <w:r>
        <w:rPr>
          <w:b/>
        </w:rPr>
        <w:t xml:space="preserve">[12:04] </w:t>
      </w:r>
      <w:r>
        <w:t>you have to,</w:t>
      </w:r>
    </w:p>
    <w:p>
      <w:pPr>
        <w:jc w:val="right"/>
      </w:pPr>
      <w:r>
        <w:t>یو ہیو ٹو،</w:t>
      </w:r>
    </w:p>
    <w:p>
      <w:r>
        <w:rPr>
          <w:b/>
        </w:rPr>
        <w:t xml:space="preserve">[12:06] </w:t>
      </w:r>
      <w:r>
        <w:t>you have to hire some surgeon. but stress or tension is not like that.</w:t>
      </w:r>
    </w:p>
    <w:p>
      <w:pPr>
        <w:jc w:val="right"/>
      </w:pPr>
      <w:r>
        <w:t>یو ہیو ٹو ہائر سم سرجن۔ بٹ اسٹریس اور ٹینشن از ناٹ لائک دیٹ۔</w:t>
      </w:r>
    </w:p>
    <w:p>
      <w:r>
        <w:rPr>
          <w:b/>
        </w:rPr>
        <w:t xml:space="preserve">[12:14] </w:t>
      </w:r>
      <w:r>
        <w:t>it is simply intellectual problem. so you have to end it by your intellectual, through your intellectual process.</w:t>
      </w:r>
    </w:p>
    <w:p>
      <w:pPr>
        <w:jc w:val="right"/>
      </w:pPr>
      <w:r>
        <w:t>اٹ از سمپلی انٹلیکچول پرابلم۔ سو یو ہیو ٹو اینڈ اٹ بائی یور انٹلیکچول، تھرو یور انٹلیکچول پروسیس۔</w:t>
      </w:r>
    </w:p>
    <w:p>
      <w:r>
        <w:rPr>
          <w:b/>
        </w:rPr>
        <w:t xml:space="preserve">[12:29] </w:t>
      </w:r>
      <w:r>
        <w:t>if you are using computer, let us take the example of computer. you know, if you type matter in your computer, but then you, then you feel that it is not good.</w:t>
      </w:r>
    </w:p>
    <w:p>
      <w:pPr>
        <w:jc w:val="right"/>
      </w:pPr>
      <w:r>
        <w:t>اف یو ار یوزنگ کمپیوٹر، لیٹ اس ٹیک دا ایگزیمپل اف کمپیوٹر۔ یو نو، اف یو ٹائپ میٹر ان یور کمپیوٹر، بٹ دین یو، دین یو فیل دیٹ اٹ از ناٹ گڈ۔</w:t>
      </w:r>
    </w:p>
    <w:p>
      <w:r>
        <w:rPr>
          <w:b/>
        </w:rPr>
        <w:t xml:space="preserve">[12:48] </w:t>
      </w:r>
      <w:r>
        <w:t>you want to, you want to delete it from the computer memory. then you touch a button.</w:t>
      </w:r>
    </w:p>
    <w:p>
      <w:pPr>
        <w:jc w:val="right"/>
      </w:pPr>
      <w:r>
        <w:t>یو وانٹ ٹو، یو وانٹ ٹو ڈیلیٹ اٹ فرام دا کمپیوٹر میموری۔ دین یو ٹچ ا بٹن۔</w:t>
      </w:r>
    </w:p>
    <w:p>
      <w:r>
        <w:rPr>
          <w:b/>
        </w:rPr>
        <w:t xml:space="preserve">[12:57] </w:t>
      </w:r>
      <w:r>
        <w:t>simply, simple by touching a button, it is instantly deleted from the computer.</w:t>
      </w:r>
    </w:p>
    <w:p>
      <w:pPr>
        <w:jc w:val="right"/>
      </w:pPr>
      <w:r>
        <w:t>سمپلی، سمپل بائی ٹچنگ ا بٹن، اٹ از انسٹنٹلی ڈیلیٹڈ فرام دی کمپیوٹر۔</w:t>
      </w:r>
    </w:p>
    <w:p>
      <w:r>
        <w:rPr>
          <w:b/>
        </w:rPr>
        <w:t xml:space="preserve">[13:08] </w:t>
      </w:r>
      <w:r>
        <w:t>so is the case your mind that</w:t>
      </w:r>
    </w:p>
    <w:p>
      <w:pPr>
        <w:jc w:val="right"/>
      </w:pPr>
      <w:r>
        <w:t>سو از دا کیس یور مائنڈ کہ</w:t>
      </w:r>
    </w:p>
    <w:p>
      <w:r>
        <w:rPr>
          <w:b/>
        </w:rPr>
        <w:t xml:space="preserve">[13:13] </w:t>
      </w:r>
      <w:r>
        <w:t>your mind is a super computer. your mind is super computer. if you know, every, every stress and tension is based on some kind of sad memory.</w:t>
      </w:r>
    </w:p>
    <w:p>
      <w:pPr>
        <w:jc w:val="right"/>
      </w:pPr>
      <w:r>
        <w:t>یور مائنڈ از ا سپر کمپیوٹر۔ یور مائنڈ از سپر کمپیوٹر۔ اف یو نو، ایوری، ایوری اسٹریس اینڈ ٹینشن از بیسڈ ان سم کائنڈ اف سیڈ میموری۔</w:t>
      </w:r>
    </w:p>
    <w:p>
      <w:r>
        <w:rPr>
          <w:b/>
        </w:rPr>
        <w:t xml:space="preserve">[13:32] </w:t>
      </w:r>
      <w:r>
        <w:t>sad memory about past, about present, about future. sad memory, unwanted memory. so if you, if you find some, some this kind of worry,</w:t>
      </w:r>
    </w:p>
    <w:p>
      <w:pPr>
        <w:jc w:val="right"/>
      </w:pPr>
      <w:r>
        <w:t>سیڈ میموری اباؤٹ پاسٹ، اباؤٹ پریزنٹ، اباؤٹ فیوچر۔ سیڈ میموری، ان وانٹڈ میموری۔ سو اف یو، اف یو فائنڈ سم، سم دس کائنڈ اف وری،</w:t>
      </w:r>
    </w:p>
    <w:p>
      <w:r>
        <w:rPr>
          <w:b/>
        </w:rPr>
        <w:t xml:space="preserve">[13:47] </w:t>
      </w:r>
      <w:r>
        <w:t>this kind of, this kind of sad memory, so it is very easy. delete it by touching a button.</w:t>
      </w:r>
    </w:p>
    <w:p>
      <w:pPr>
        <w:jc w:val="right"/>
      </w:pPr>
      <w:r>
        <w:t>دس کائنڈ اف، دس کائنڈ اف سیڈ میموری، سو اٹ از ویری ایزی۔ ڈیلیٹ اٹ بائی ٹچنگ ا بٹن۔</w:t>
      </w:r>
    </w:p>
    <w:p>
      <w:r>
        <w:rPr>
          <w:b/>
        </w:rPr>
        <w:t xml:space="preserve">[13:59] </w:t>
      </w:r>
      <w:r>
        <w:t>d</w:t>
      </w:r>
    </w:p>
    <w:p>
      <w:pPr>
        <w:jc w:val="right"/>
      </w:pPr>
      <w:r>
        <w:t>د</w:t>
      </w:r>
    </w:p>
    <w:p>
      <w:r>
        <w:rPr>
          <w:b/>
        </w:rPr>
        <w:t xml:space="preserve">[14:00] </w:t>
      </w:r>
      <w:r>
        <w:t>then mind is a super computer. mind has double capacity. double capacity. if you delete a matter in your, in your, if you delete a matter from your computer, it is deleted for ever.</w:t>
      </w:r>
    </w:p>
    <w:p>
      <w:pPr>
        <w:jc w:val="right"/>
      </w:pPr>
      <w:r>
        <w:t>ین مائنڈ از ا سپر کمپیوٹر۔ مائنڈ ہیز ڈبل کپیسٹی۔ ڈبل کپیسٹی۔ اف یو ڈیلیٹ ا میٹر ان یور، ان یور، اف یو ڈیلیٹ ا میٹر فرام یور کمپیوٹر، اٹ از ڈیلیٹڈ فار ایور۔</w:t>
      </w:r>
    </w:p>
    <w:p>
      <w:r>
        <w:rPr>
          <w:b/>
        </w:rPr>
        <w:t xml:space="preserve">[14:20] </w:t>
      </w:r>
      <w:r>
        <w:t>it deleted for ever. but your memory has very strange type of quality. if you delete a matter from your memory, so mind can delete it or forget</w:t>
      </w:r>
    </w:p>
    <w:p>
      <w:pPr>
        <w:jc w:val="right"/>
      </w:pPr>
      <w:r>
        <w:t>اٹ ڈیلیٹڈ فار ایور۔ بٹ یور میموری ہیز ویری سٹرینج ٹائپ اف کوالٹی۔ اف یو ڈیلیٹ ا میٹر فرام یور میموری، سو مائنڈ کین ڈیلیٹ اٹ اور فارگیٹ</w:t>
      </w:r>
    </w:p>
    <w:p>
      <w:r>
        <w:rPr>
          <w:b/>
        </w:rPr>
        <w:t xml:space="preserve">[14:34] </w:t>
      </w:r>
      <w:r>
        <w:t>it. at the same time, it can preserve it.</w:t>
      </w:r>
    </w:p>
    <w:p>
      <w:pPr>
        <w:jc w:val="right"/>
      </w:pPr>
      <w:r>
        <w:t>اٹ۔ ایٹ دا سیم ٹائم، اٹ کین پریزرو اٹ۔</w:t>
      </w:r>
    </w:p>
    <w:p>
      <w:r>
        <w:rPr>
          <w:b/>
        </w:rPr>
        <w:t xml:space="preserve">[14:40] </w:t>
      </w:r>
      <w:r>
        <w:t>your mind has double capacity to preserve a memory in your, in your, in your subconscious mind.</w:t>
      </w:r>
    </w:p>
    <w:p>
      <w:pPr>
        <w:jc w:val="right"/>
      </w:pPr>
      <w:r>
        <w:t>یور مائنڈ ہیز ڈبل کپیسٹی ٹو پریزرو ا میموری ان یور، ان یور، ان یور سب کانشیس مائنڈ۔</w:t>
      </w:r>
    </w:p>
    <w:p>
      <w:r>
        <w:rPr>
          <w:b/>
        </w:rPr>
        <w:t xml:space="preserve">[14:52] </w:t>
      </w:r>
      <w:r>
        <w:t>at the same time, delete it from your conscious mind.</w:t>
      </w:r>
    </w:p>
    <w:p>
      <w:pPr>
        <w:jc w:val="right"/>
      </w:pPr>
      <w:r>
        <w:t>ایٹ دا سیم ٹائم، ڈیلیٹ اٹ فرام یور کانشیس مائنڈ۔</w:t>
      </w:r>
    </w:p>
    <w:p>
      <w:r>
        <w:rPr>
          <w:b/>
        </w:rPr>
        <w:t xml:space="preserve">[14:56] </w:t>
      </w:r>
      <w:r>
        <w:t>so mind is a very strange capacity.</w:t>
      </w:r>
    </w:p>
    <w:p>
      <w:pPr>
        <w:jc w:val="right"/>
      </w:pPr>
      <w:r>
        <w:t>سو مائنڈ از ا ویری سٹرینج کپیسٹی۔</w:t>
      </w:r>
    </w:p>
    <w:p>
      <w:r>
        <w:rPr>
          <w:b/>
        </w:rPr>
        <w:t xml:space="preserve">[15:04] </w:t>
      </w:r>
      <w:r>
        <w:t>then I will give you an example. you know, Dale Carnegie was, was a well known expert in this issue.</w:t>
      </w:r>
    </w:p>
    <w:p>
      <w:pPr>
        <w:jc w:val="right"/>
      </w:pPr>
      <w:r>
        <w:t>دین ائی ویل گیو یو ان ایگزامپل۔ یو نو، ڈیل کارنیکی واز، واز ا ویل نون ایکسپرٹ ان دس ایشو۔</w:t>
      </w:r>
    </w:p>
    <w:p>
      <w:r>
        <w:rPr>
          <w:b/>
        </w:rPr>
        <w:t xml:space="preserve">[15:20] </w:t>
      </w:r>
      <w:r>
        <w:t>he published a book, stop worry and start living. it is well known book.</w:t>
      </w:r>
    </w:p>
    <w:p>
      <w:pPr>
        <w:jc w:val="right"/>
      </w:pPr>
      <w:r>
        <w:t>ہی پبلش ا بک، اسٹاپ وری اینڈ اسٹارٹ لیونگ۔ اٹ از ویل نون بک۔</w:t>
      </w:r>
    </w:p>
    <w:p>
      <w:r>
        <w:rPr>
          <w:b/>
        </w:rPr>
        <w:t xml:space="preserve">[15:31] </w:t>
      </w:r>
      <w:r>
        <w:t>and also, Carnegie was well known author.</w:t>
      </w:r>
    </w:p>
    <w:p>
      <w:pPr>
        <w:jc w:val="right"/>
      </w:pPr>
      <w:r>
        <w:t>اینڈ السو، کارنیکی واز ویل نون اتھر۔</w:t>
      </w:r>
    </w:p>
    <w:p>
      <w:r>
        <w:rPr>
          <w:b/>
        </w:rPr>
        <w:t xml:space="preserve">[15:38] </w:t>
      </w:r>
      <w:r>
        <w:t>millions, billions copy was sold every where in the world.</w:t>
      </w:r>
    </w:p>
    <w:p>
      <w:pPr>
        <w:jc w:val="right"/>
      </w:pPr>
      <w:r>
        <w:t>ملینز، بلینز کاپی واز سولڈ ایوری ویر ان دا ورلڈ۔</w:t>
      </w:r>
    </w:p>
    <w:p>
      <w:r>
        <w:rPr>
          <w:b/>
        </w:rPr>
        <w:t xml:space="preserve">[15:43] </w:t>
      </w:r>
      <w:r>
        <w:t>but you know, what happened with the, with the author?</w:t>
      </w:r>
    </w:p>
    <w:p>
      <w:pPr>
        <w:jc w:val="right"/>
      </w:pPr>
      <w:r>
        <w:t>بٹ یو نو، واٹ ہیپنڈ ود دی، ود دی اتھر؟</w:t>
      </w:r>
    </w:p>
    <w:p>
      <w:r>
        <w:rPr>
          <w:b/>
        </w:rPr>
        <w:t xml:space="preserve">[15:50] </w:t>
      </w:r>
      <w:r>
        <w:t>waud the author, it is said that he committed suicide in very early age, perhaps in sixty year age.</w:t>
      </w:r>
    </w:p>
    <w:p>
      <w:pPr>
        <w:jc w:val="right"/>
      </w:pPr>
      <w:r>
        <w:t>ود دی اتھر، اٹ از سیڈ دیٹ ہی کمٹڈ سوسائیڈ ان ویری ارلی ایج، پرہپس ان سکسٹی ایئر ایج۔</w:t>
      </w:r>
    </w:p>
    <w:p>
      <w:r>
        <w:rPr>
          <w:b/>
        </w:rPr>
        <w:t xml:space="preserve">[16:00] </w:t>
      </w:r>
      <w:r>
        <w:t>at the time, he was perhaps sixty years, sixty years, sixty six years of old.</w:t>
      </w:r>
    </w:p>
    <w:p>
      <w:pPr>
        <w:jc w:val="right"/>
      </w:pPr>
      <w:r>
        <w:t>ایٹ دا ٹائم، ہی واز پرہپس سکسٹی ایئرز، سکسٹی ایئرز، سکسٹی سکس ایئرز اف اولڈ۔</w:t>
      </w:r>
    </w:p>
    <w:p>
      <w:r>
        <w:rPr>
          <w:b/>
        </w:rPr>
        <w:t xml:space="preserve">[16:08] </w:t>
      </w:r>
      <w:r>
        <w:t>so why this happen?</w:t>
      </w:r>
    </w:p>
    <w:p>
      <w:pPr>
        <w:jc w:val="right"/>
      </w:pPr>
      <w:r>
        <w:t>سو وائی دس ہیپن؟</w:t>
      </w:r>
    </w:p>
    <w:p>
      <w:r>
        <w:rPr>
          <w:b/>
        </w:rPr>
        <w:t xml:space="preserve">[16:12] </w:t>
      </w:r>
      <w:r>
        <w:t>he prepared a book in this subject, stop worry and start living. but his formula was wrong.</w:t>
      </w:r>
    </w:p>
    <w:p>
      <w:pPr>
        <w:jc w:val="right"/>
      </w:pPr>
      <w:r>
        <w:t>ہی پریپیئرڈ ا بک ان دس سبجیکٹ، اسٹاپ وری اینڈ اسٹارٹ لیونگ۔ بٹ ہز فارمولا واز رونگ۔</w:t>
      </w:r>
    </w:p>
    <w:p>
      <w:r>
        <w:rPr>
          <w:b/>
        </w:rPr>
        <w:t xml:space="preserve">[16:26] </w:t>
      </w:r>
      <w:r>
        <w:t>His formula was not natural formula. His formula was based on in natural formula.</w:t>
      </w:r>
    </w:p>
    <w:p>
      <w:pPr>
        <w:jc w:val="right"/>
      </w:pPr>
      <w:r>
        <w:t>ہز فارمولا واز ناٹ نیچرل فارمولا۔ ہز فارمولا واز بیسڈ ان ان نیچرل فارمولا۔</w:t>
      </w:r>
    </w:p>
    <w:p>
      <w:r>
        <w:rPr>
          <w:b/>
        </w:rPr>
        <w:t xml:space="preserve">[16:37] </w:t>
      </w:r>
      <w:r>
        <w:t>so in natural formula</w:t>
      </w:r>
    </w:p>
    <w:p>
      <w:pPr>
        <w:jc w:val="right"/>
      </w:pPr>
      <w:r>
        <w:t>سو ان نیچرل فارمولا</w:t>
      </w:r>
    </w:p>
    <w:p>
      <w:r>
        <w:rPr>
          <w:b/>
        </w:rPr>
        <w:t xml:space="preserve">[16:43] </w:t>
      </w:r>
      <w:r>
        <w:t>as you cannot follow in in natural formula for ever. maybe and in natural formula is good for for temporary period.</w:t>
      </w:r>
    </w:p>
    <w:p>
      <w:pPr>
        <w:jc w:val="right"/>
      </w:pPr>
      <w:r>
        <w:t>از یو کین ناٹ فالو ان ان نیچرل فارمولا فار ایور۔ می بی اینڈ ان نیچرل فارمولا از گڈ فار فار ٹیمپریری پیریڈ۔</w:t>
      </w:r>
    </w:p>
    <w:p>
      <w:r>
        <w:rPr>
          <w:b/>
        </w:rPr>
        <w:t xml:space="preserve">[16:56] </w:t>
      </w:r>
      <w:r>
        <w:t>for temporary period. But and in natural formula cannot give source forever. So his formula was in natural formula.</w:t>
      </w:r>
    </w:p>
    <w:p>
      <w:pPr>
        <w:jc w:val="right"/>
      </w:pPr>
      <w:r>
        <w:t>فار ٹیمپریری پیریڈ۔ بٹ اینڈ ان نیچرل فارمولا کین ناٹ گیو سورس فار ایور۔ سو ہز فارمولا واز ان نیچرل فارمولا۔</w:t>
      </w:r>
    </w:p>
    <w:p>
      <w:r>
        <w:rPr>
          <w:b/>
        </w:rPr>
        <w:t xml:space="preserve">[17:10] </w:t>
      </w:r>
      <w:r>
        <w:t>so in natural formula fail to give him, give him rescue, give him stress free mind, or tension free mind</w:t>
      </w:r>
    </w:p>
    <w:p>
      <w:pPr>
        <w:jc w:val="right"/>
      </w:pPr>
      <w:r>
        <w:t>سو ان نیچرل فارمولا فیل ٹو گیو ہم، گیو ہم ریسکیو، گیو ہم اسٹریس فری مائنڈ، اور ٹینشن فری مائن</w:t>
      </w:r>
    </w:p>
    <w:p>
      <w:r>
        <w:rPr>
          <w:b/>
        </w:rPr>
        <w:t xml:space="preserve">[17:22] </w:t>
      </w:r>
      <w:r>
        <w:t>d. so he himself was living in, in very and intention. and finally, he committed suicide, perhaps.</w:t>
      </w:r>
    </w:p>
    <w:p>
      <w:pPr>
        <w:jc w:val="right"/>
      </w:pPr>
      <w:r>
        <w:t>ڈ۔ سو ہی ہم سیلف واز لیونگ ان، ان وری اینڈ انٹینشن۔ اینڈ فائنلی، ہی کمٹڈ سوسائیڈ، پرہپس۔</w:t>
      </w:r>
    </w:p>
    <w:p>
      <w:r>
        <w:rPr>
          <w:b/>
        </w:rPr>
        <w:t xml:space="preserve">[17:36] </w:t>
      </w:r>
      <w:r>
        <w:t>so I think that any formula that is based in</w:t>
      </w:r>
    </w:p>
    <w:p>
      <w:pPr>
        <w:jc w:val="right"/>
      </w:pPr>
      <w:r>
        <w:t>سو ائی تھنک دیٹ اینی فارمولا دیٹ از بیسڈ ان</w:t>
      </w:r>
    </w:p>
    <w:p>
      <w:r>
        <w:rPr>
          <w:b/>
        </w:rPr>
        <w:t xml:space="preserve">[17:45] </w:t>
      </w:r>
      <w:r>
        <w:t>removal concept. any formula that is based in this concept that remove your stress, remove your, your problem, remove your tension.</w:t>
      </w:r>
    </w:p>
    <w:p>
      <w:pPr>
        <w:jc w:val="right"/>
      </w:pPr>
      <w:r>
        <w:t>ریموول کانسیپٹ۔ اینی فارمولا دیٹ از بیسڈ ان دس کانسیپٹ دیٹ ریموو یور سٹریس، ریموو یور، یور پرابلم، ریموو یور ٹینشن۔</w:t>
      </w:r>
    </w:p>
    <w:p>
      <w:r>
        <w:rPr>
          <w:b/>
        </w:rPr>
        <w:t xml:space="preserve">[17:56] </w:t>
      </w:r>
      <w:r>
        <w:t>is doom to failure</w:t>
      </w:r>
    </w:p>
    <w:p>
      <w:pPr>
        <w:jc w:val="right"/>
      </w:pPr>
      <w:r>
        <w:t>از ڈوم ٹو فیلیر</w:t>
      </w:r>
    </w:p>
    <w:p>
      <w:r>
        <w:rPr>
          <w:b/>
        </w:rPr>
        <w:t xml:space="preserve">[17:58] </w:t>
      </w:r>
      <w:r>
        <w:t>because when it is part of nature, then you are, we have no, you are, it is, it is beyond your capacity to remove it.</w:t>
      </w:r>
    </w:p>
    <w:p>
      <w:pPr>
        <w:jc w:val="right"/>
      </w:pPr>
      <w:r>
        <w:t>بیکاز وین اٹ از پارٹ اف نیچر، دین یو ار، وی ہیو نو، یو ار، اٹ از، اٹ از بیانڈ یور کپیسٹی ٹو ریموو اٹ۔</w:t>
      </w:r>
    </w:p>
    <w:p>
      <w:r>
        <w:rPr>
          <w:b/>
        </w:rPr>
        <w:t xml:space="preserve">[18:09] </w:t>
      </w:r>
      <w:r>
        <w:t>so you have to find some explanation.</w:t>
      </w:r>
    </w:p>
    <w:p>
      <w:pPr>
        <w:jc w:val="right"/>
      </w:pPr>
      <w:r>
        <w:t>سو یو ہیو ٹو فائنڈ سم ایکسپلینیشن۔</w:t>
      </w:r>
    </w:p>
    <w:p>
      <w:r>
        <w:rPr>
          <w:b/>
        </w:rPr>
        <w:t xml:space="preserve">[18:16] </w:t>
      </w:r>
      <w:r>
        <w:t>and i can say that i have found that formula. my formula is very, very simple.</w:t>
      </w:r>
    </w:p>
    <w:p>
      <w:pPr>
        <w:jc w:val="right"/>
      </w:pPr>
      <w:r>
        <w:t>اینڈ ائی کین سے دیٹ ائی ہیو فاؤنڈ دیٹ فارمولا۔ مائی فارمولا از ویری، ویری سمپل۔</w:t>
      </w:r>
    </w:p>
    <w:p>
      <w:r>
        <w:rPr>
          <w:b/>
        </w:rPr>
        <w:t xml:space="preserve">[18:27] </w:t>
      </w:r>
      <w:r>
        <w:t>as formula is very simple. it is save your self. save your self.</w:t>
      </w:r>
    </w:p>
    <w:p>
      <w:pPr>
        <w:jc w:val="right"/>
      </w:pPr>
      <w:r>
        <w:t>اس فارمولا از ویری سمپل۔ اٹ از سیو یور سیلف۔ سیو یور سیلف۔</w:t>
      </w:r>
    </w:p>
    <w:p>
      <w:r>
        <w:rPr>
          <w:b/>
        </w:rPr>
        <w:t xml:space="preserve">[18:34] </w:t>
      </w:r>
      <w:r>
        <w:t>you know, when you are facing some tension or stress, that is, that is due to some, some experience, sub sad experience.</w:t>
      </w:r>
    </w:p>
    <w:p>
      <w:pPr>
        <w:jc w:val="right"/>
      </w:pPr>
      <w:r>
        <w:t>یو نو، وین یو ار فیسنگ سم ٹینشن اور اسٹریس، دیٹ از، دیٹ از ڈیو ٹو سم، سم ایکسپیرینس، سب سیڈ ایکسپیرینس۔</w:t>
      </w:r>
    </w:p>
    <w:p>
      <w:r>
        <w:rPr>
          <w:b/>
        </w:rPr>
        <w:t xml:space="preserve">[18:46] </w:t>
      </w:r>
      <w:r>
        <w:t>if you are living in a family, in a society, in a nation, then you experience sub sad kind of event</w:t>
      </w:r>
    </w:p>
    <w:p>
      <w:pPr>
        <w:jc w:val="right"/>
      </w:pPr>
      <w:r>
        <w:t>اف یو ار لیونگ ان ا فیملی، ان ا سوسائٹی، ان ا نیشن، دین یو ایکسپیرینس سب سیڈ کائنڈ اف ایونٹ</w:t>
      </w:r>
    </w:p>
    <w:p>
      <w:r>
        <w:rPr>
          <w:b/>
        </w:rPr>
        <w:t xml:space="preserve">[18:55] </w:t>
      </w:r>
      <w:r>
        <w:t>from your family members, from your children, from your members of society. so you find some sad type of experience,</w:t>
      </w:r>
    </w:p>
    <w:p>
      <w:pPr>
        <w:jc w:val="right"/>
      </w:pPr>
      <w:r>
        <w:t>فرام یور فیملی ممبرز، فرام یور چلڈرن، فرام یور ممبرز اف سوسائٹی۔ سو یو فائنڈ سم سیڈ ٹائپ اف ایکسپیرینس،</w:t>
      </w:r>
    </w:p>
    <w:p>
      <w:r>
        <w:rPr>
          <w:b/>
        </w:rPr>
        <w:t xml:space="preserve">[19:09] </w:t>
      </w:r>
      <w:r>
        <w:t>and then you become,</w:t>
      </w:r>
    </w:p>
    <w:p>
      <w:pPr>
        <w:jc w:val="right"/>
      </w:pPr>
      <w:r>
        <w:t>اینڈ دین یو بیکم،</w:t>
      </w:r>
    </w:p>
    <w:p>
      <w:r>
        <w:rPr>
          <w:b/>
        </w:rPr>
        <w:t xml:space="preserve">[19:12] </w:t>
      </w:r>
      <w:r>
        <w:t>then you develop tension or stress.</w:t>
      </w:r>
    </w:p>
    <w:p>
      <w:pPr>
        <w:jc w:val="right"/>
      </w:pPr>
      <w:r>
        <w:t>دین یو ڈیولپ ٹینشن اور اسٹریس۔</w:t>
      </w:r>
    </w:p>
    <w:p>
      <w:r>
        <w:rPr>
          <w:b/>
        </w:rPr>
        <w:t xml:space="preserve">[19:16] </w:t>
      </w:r>
      <w:r>
        <w:t>but why, why this kind of, it is a sacrifice. why you sacrifice this? why you are sad for, for the, for,</w:t>
      </w:r>
    </w:p>
    <w:p>
      <w:pPr>
        <w:jc w:val="right"/>
      </w:pPr>
      <w:r>
        <w:t>بٹ وائی، وائی دس کائنڈ اف، اٹ از ا سیکریفائس۔ وائی یو سیکریفائس دس؟ وائی یو ار سیڈ فار، فار دی، فار،</w:t>
      </w:r>
    </w:p>
    <w:p>
      <w:r>
        <w:rPr>
          <w:b/>
        </w:rPr>
        <w:t xml:space="preserve">[19:30] </w:t>
      </w:r>
      <w:r>
        <w:t>why you are sad for this kind of experience? why you are sad for some other person?</w:t>
      </w:r>
    </w:p>
    <w:p>
      <w:pPr>
        <w:jc w:val="right"/>
      </w:pPr>
      <w:r>
        <w:t>وائی یو ار سیڈ فار دس کائنڈ اف ایکسپیرینس؟ وائی یو ار سیڈ فار سم ادر پرسن؟</w:t>
      </w:r>
    </w:p>
    <w:p>
      <w:r>
        <w:rPr>
          <w:b/>
        </w:rPr>
        <w:t xml:space="preserve">[19:41] </w:t>
      </w:r>
      <w:r>
        <w:t>forget it. i do this every day.</w:t>
      </w:r>
    </w:p>
    <w:p>
      <w:pPr>
        <w:jc w:val="right"/>
      </w:pPr>
      <w:r>
        <w:t>فارگیٹ اٹ۔ ائی ڈو دس ایوری ڈے۔</w:t>
      </w:r>
    </w:p>
    <w:p>
      <w:r>
        <w:rPr>
          <w:b/>
        </w:rPr>
        <w:t xml:space="preserve">[19:48] </w:t>
      </w:r>
      <w:r>
        <w:t>so i have develop this kind of, if, if, if, if thinking. i can forget any, any person who gives me some kind of, have given me some kind of sad experience because i have understood that tension is not based on physical injury.</w:t>
      </w:r>
    </w:p>
    <w:p>
      <w:pPr>
        <w:jc w:val="right"/>
      </w:pPr>
      <w:r>
        <w:t>سو ائی ہیو ڈیولپ دس کائنڈ اف، اف، اف، اف تھنکنگ۔ ائی کین فارگیٹ اینی، اینی پرسن ہو گیوز می سم کائنڈ اف، ہیو گیون می سم کائنڈ اف سیڈ ایکسپیرینس بیکاز ائی ہیو انڈرسٹڈ دیٹ ٹینشن از ناٹ بیسڈ ان فزیکل انجری۔</w:t>
      </w:r>
    </w:p>
    <w:p>
      <w:r>
        <w:rPr>
          <w:b/>
        </w:rPr>
        <w:t xml:space="preserve">[20:14] </w:t>
      </w:r>
      <w:r>
        <w:t>it is psychological shock,</w:t>
      </w:r>
    </w:p>
    <w:p>
      <w:pPr>
        <w:jc w:val="right"/>
      </w:pPr>
      <w:r>
        <w:t>اٹ از سائیکلوجیکل شاک،</w:t>
      </w:r>
    </w:p>
    <w:p>
      <w:r>
        <w:rPr>
          <w:b/>
        </w:rPr>
        <w:t xml:space="preserve">[20:18] </w:t>
      </w:r>
      <w:r>
        <w:t>and all do psychological shock are based on some kind of experience by other. so forget it.</w:t>
      </w:r>
    </w:p>
    <w:p>
      <w:pPr>
        <w:jc w:val="right"/>
      </w:pPr>
      <w:r>
        <w:t>اینڈ ال دو سائیکلوجیکل شاک ار بیسڈ ان سم کائنڈ اف ایکسپیرینس بائی ادر۔ سو فارگیٹ اٹ۔</w:t>
      </w:r>
    </w:p>
    <w:p>
      <w:r>
        <w:rPr>
          <w:b/>
        </w:rPr>
        <w:t xml:space="preserve">[20:26] </w:t>
      </w:r>
      <w:r>
        <w:t>if someone is not ready to listen your, your advice. if someone is not ready to to follow your, your teachings.</w:t>
      </w:r>
    </w:p>
    <w:p>
      <w:pPr>
        <w:jc w:val="right"/>
      </w:pPr>
      <w:r>
        <w:t>اف سم ون از ناٹ ریڈی ٹو لسن یور، یور ایڈوائس۔ اف سم ون از ناٹ ریڈی ٹو ٹو فالو یور، یور ٹیچنگز۔</w:t>
      </w:r>
    </w:p>
    <w:p>
      <w:r>
        <w:rPr>
          <w:b/>
        </w:rPr>
        <w:t xml:space="preserve">[20:41] </w:t>
      </w:r>
      <w:r>
        <w:t>if some were, some were, some were, some one is not ready to give you happiness. if someone, someone is not ready to follow your direction.</w:t>
      </w:r>
    </w:p>
    <w:p>
      <w:pPr>
        <w:jc w:val="right"/>
      </w:pPr>
      <w:r>
        <w:t>اف سم ور، سم ور، سم ور، سم ون از ناٹ ریڈی ٹو گیو یو ہیپینس۔ اف سم ون، سم ون از ناٹ ریڈی ٹو فالو یور ڈائریکشن۔</w:t>
      </w:r>
    </w:p>
    <w:p>
      <w:r>
        <w:rPr>
          <w:b/>
        </w:rPr>
        <w:t xml:space="preserve">[20:56] </w:t>
      </w:r>
      <w:r>
        <w:t>then why, why bother?</w:t>
      </w:r>
    </w:p>
    <w:p>
      <w:pPr>
        <w:jc w:val="right"/>
      </w:pPr>
      <w:r>
        <w:t>دین وائی، وائی بادر؟</w:t>
      </w:r>
    </w:p>
    <w:p>
      <w:r>
        <w:rPr>
          <w:b/>
        </w:rPr>
        <w:t xml:space="preserve">[20:59] </w:t>
      </w:r>
      <w:r>
        <w:t>don't bother. forget it. remove it from your mind. this save your self.</w:t>
      </w:r>
    </w:p>
    <w:p>
      <w:pPr>
        <w:jc w:val="right"/>
      </w:pPr>
      <w:r>
        <w:t>ڈونٹ بادر۔ فارگیٹ اٹ۔ ریموو اٹ فرام یور مائنڈ۔ دس سیو یور سیلف۔</w:t>
      </w:r>
    </w:p>
    <w:p>
      <w:r>
        <w:rPr>
          <w:b/>
        </w:rPr>
        <w:t xml:space="preserve">[21:09] </w:t>
      </w:r>
      <w:r>
        <w:t>this formula is based on a hadith</w:t>
      </w:r>
    </w:p>
    <w:p>
      <w:pPr>
        <w:jc w:val="right"/>
      </w:pPr>
      <w:r>
        <w:t>دس فارمولا از بیسڈ ان ا حدیث</w:t>
      </w:r>
    </w:p>
    <w:p>
      <w:r>
        <w:rPr>
          <w:b/>
        </w:rPr>
        <w:t xml:space="preserve">[21:13] </w:t>
      </w:r>
      <w:r>
        <w:t>. property of islam has said that hatta</w:t>
      </w:r>
    </w:p>
    <w:p>
      <w:pPr>
        <w:jc w:val="right"/>
      </w:pPr>
      <w:r>
        <w:t>۔ پراپرٹی اف اسلام ہیز سیڈ دیٹ حتیٰ</w:t>
      </w:r>
    </w:p>
    <w:p>
      <w:r>
        <w:rPr>
          <w:b/>
        </w:rPr>
        <w:t xml:space="preserve">[21:27] </w:t>
      </w:r>
      <w:r>
        <w:t>yada rait al-shuh mutan wa hun mutaban. fada amr al-awam. nafsak fada amr al-awam. it means that when you feel, when you are in situation, you feel that i am helpless.</w:t>
      </w:r>
    </w:p>
    <w:p>
      <w:pPr>
        <w:jc w:val="right"/>
      </w:pPr>
      <w:r>
        <w:t>اذا رایت الشہ متان وھون متبان۔ فدا امر العوام۔ نفسک فدا امر العوام۔ اٹ مینز دیٹ وین یو فیل، وین یو ار ان سچویشن، یو فیل دیٹ ائی ایم ہیلپ لیس۔</w:t>
      </w:r>
    </w:p>
    <w:p>
      <w:r>
        <w:rPr>
          <w:b/>
        </w:rPr>
        <w:t xml:space="preserve">[21:41] </w:t>
      </w:r>
      <w:r>
        <w:t>i can not, i can not remove this obstacle. i can not reform.</w:t>
      </w:r>
    </w:p>
    <w:p>
      <w:pPr>
        <w:jc w:val="right"/>
      </w:pPr>
      <w:r>
        <w:t>ائی کین ناٹ، ائی کین ناٹ ریموو دس ابسٹیکل۔ ائی کین ناٹ ریفارم۔</w:t>
      </w:r>
    </w:p>
    <w:p>
      <w:r>
        <w:rPr>
          <w:b/>
        </w:rPr>
        <w:t xml:space="preserve">[21:49] </w:t>
      </w:r>
      <w:r>
        <w:t>i can not change people.</w:t>
      </w:r>
    </w:p>
    <w:p>
      <w:pPr>
        <w:jc w:val="right"/>
      </w:pPr>
      <w:r>
        <w:t>ائی کین ناٹ چینج پیپل۔</w:t>
      </w:r>
    </w:p>
    <w:p>
      <w:r>
        <w:rPr>
          <w:b/>
        </w:rPr>
        <w:t xml:space="preserve">[21:54] </w:t>
      </w:r>
      <w:r>
        <w:t>so forget other and save your self.</w:t>
      </w:r>
    </w:p>
    <w:p>
      <w:pPr>
        <w:jc w:val="right"/>
      </w:pPr>
      <w:r>
        <w:t>سو فارگیٹ ادر اینڈ سیو یور سیلف۔</w:t>
      </w:r>
    </w:p>
    <w:p>
      <w:r>
        <w:rPr>
          <w:b/>
        </w:rPr>
        <w:t xml:space="preserve">[22:02] </w:t>
      </w:r>
      <w:r>
        <w:t>so my formula is very simple. save your self. first of all, you have to try to to change other, your family members, your members of your society, or your neighbors.</w:t>
      </w:r>
    </w:p>
    <w:p>
      <w:pPr>
        <w:jc w:val="right"/>
      </w:pPr>
      <w:r>
        <w:t>سو مائی فارمولا از ویری سمپل۔ سیو یور سیلف۔ فرسٹ اف ال، یو ہیو ٹو ٹرائی ٹو ٹو چینج ادر، یور فیملی ممبرز، یور ممبرز اف یور سوسائٹی، اور یور نیبرز۔</w:t>
      </w:r>
    </w:p>
    <w:p>
      <w:r>
        <w:rPr>
          <w:b/>
        </w:rPr>
        <w:t xml:space="preserve">[22:20] </w:t>
      </w:r>
      <w:r>
        <w:t>if they are going wrong, if they are giving you some kind of sad experience, then try to, try to change them.</w:t>
      </w:r>
    </w:p>
    <w:p>
      <w:pPr>
        <w:jc w:val="right"/>
      </w:pPr>
      <w:r>
        <w:t>اف دے ار گوئنگ رونگ، اف دے ار گیونگ یو سم کائنڈ اف سیڈ ایکسپیرینس، دین ٹرائی ٹو، ٹرائی ٹو چینج دیم۔</w:t>
      </w:r>
    </w:p>
    <w:p>
      <w:r>
        <w:rPr>
          <w:b/>
        </w:rPr>
        <w:t xml:space="preserve">[22:33] </w:t>
      </w:r>
      <w:r>
        <w:t>but if they are not ready to to accept your advice,</w:t>
      </w:r>
    </w:p>
    <w:p>
      <w:pPr>
        <w:jc w:val="right"/>
      </w:pPr>
      <w:r>
        <w:t>بٹ اف دے ار ناٹ ریڈی ٹو ٹو ایکسیپٹ یور ایڈوائس،</w:t>
      </w:r>
    </w:p>
    <w:p>
      <w:r>
        <w:rPr>
          <w:b/>
        </w:rPr>
        <w:t xml:space="preserve">[22:39] </w:t>
      </w:r>
      <w:r>
        <w:t>then leave them. forget them.</w:t>
      </w:r>
    </w:p>
    <w:p>
      <w:pPr>
        <w:jc w:val="right"/>
      </w:pPr>
      <w:r>
        <w:t>دین لیو دیم۔ فارگیٹ دیم۔</w:t>
      </w:r>
    </w:p>
    <w:p>
      <w:r>
        <w:rPr>
          <w:b/>
        </w:rPr>
        <w:t xml:space="preserve">[22:46] </w:t>
      </w:r>
      <w:r>
        <w:t>and this formula is save your self formula. i can said that i am, i am, i adopted this formula, and i am, i am a tension free person.</w:t>
      </w:r>
    </w:p>
    <w:p>
      <w:pPr>
        <w:jc w:val="right"/>
      </w:pPr>
      <w:r>
        <w:t>اینڈ دس فارمولا از سیو یور سیلف فارمولا۔ ائی کین سیڈ دیٹ ائی ایم، ائی ایم، ائی اڈاپٹڈ دس فارمولا، اینڈ ائی ایم، ائی ایم ا ٹینشن فری پرسن۔</w:t>
      </w:r>
    </w:p>
    <w:p>
      <w:r>
        <w:rPr>
          <w:b/>
        </w:rPr>
        <w:t xml:space="preserve">[23:01] </w:t>
      </w:r>
      <w:r>
        <w:t>i have no stress. so my formula of de stressing is very simple. try to change other, but if you feel, then leave other in and and start a new living.</w:t>
      </w:r>
    </w:p>
    <w:p>
      <w:pPr>
        <w:jc w:val="right"/>
      </w:pPr>
      <w:r>
        <w:t>ائی ہیو نو اسٹریس۔ سو مائی فارمولا اف ڈی اسٹریسنگ از ویری سمپل۔ ٹرائی ٹو چینج ادر، بٹ اف یو فیل، دین لیو ادر ان اینڈ اینڈ سٹارٹ ا نیو لیونگ۔</w:t>
      </w:r>
    </w:p>
    <w:p>
      <w:r>
        <w:rPr>
          <w:b/>
        </w:rPr>
        <w:t xml:space="preserve">[23:17] </w:t>
      </w:r>
      <w:r>
        <w:t>that is save your self.</w:t>
      </w:r>
    </w:p>
    <w:p>
      <w:pPr>
        <w:jc w:val="right"/>
      </w:pPr>
      <w:r>
        <w:t>دیٹ از سیو یور سیلف۔</w:t>
      </w:r>
    </w:p>
    <w:p>
      <w:r>
        <w:rPr>
          <w:b/>
        </w:rPr>
        <w:t xml:space="preserve">[23:21] </w:t>
      </w:r>
      <w:r>
        <w:t>this is very simple.</w:t>
      </w:r>
    </w:p>
    <w:p>
      <w:pPr>
        <w:jc w:val="right"/>
      </w:pPr>
      <w:r>
        <w:t>دس از ویری سمپل۔</w:t>
      </w:r>
    </w:p>
    <w:p>
      <w:r>
        <w:rPr>
          <w:b/>
        </w:rPr>
        <w:t xml:space="preserve">[23:26] </w:t>
      </w:r>
      <w:r>
        <w:t>all the people are, all the people have some sad story, some sad memory. why, why you are, you are putting those sad memory in your mind?</w:t>
      </w:r>
    </w:p>
    <w:p>
      <w:pPr>
        <w:jc w:val="right"/>
      </w:pPr>
      <w:r>
        <w:t>ال دا پیپل ار، ال دا پیپل ہیو سم سیڈ سٹوری، سم سیڈ میموری۔ وائی، وائی یو ار، یو ار پٹنگ دو سیڈ میموری ان یور مائنڈ؟</w:t>
      </w:r>
    </w:p>
    <w:p>
      <w:r>
        <w:rPr>
          <w:b/>
        </w:rPr>
        <w:t xml:space="preserve">[23:44] </w:t>
      </w:r>
      <w:r>
        <w:t>why? if they are giving you tension, if they are giving you stress, then why you are, why you are keeping this burden upon your head?</w:t>
      </w:r>
    </w:p>
    <w:p>
      <w:pPr>
        <w:jc w:val="right"/>
      </w:pPr>
      <w:r>
        <w:t>وائی؟ اف دے ار گیونگ یو ٹینشن، اف دے ار گیونگ یو اسٹریس، دین وائی یو ار، وائی یو ار کیپنگ دس برڈن اپون یور ہیڈ؟</w:t>
      </w:r>
    </w:p>
    <w:p>
      <w:r>
        <w:rPr>
          <w:b/>
        </w:rPr>
        <w:t xml:space="preserve">[24:01] </w:t>
      </w:r>
      <w:r>
        <w:t>why?</w:t>
      </w:r>
    </w:p>
    <w:p>
      <w:pPr>
        <w:jc w:val="right"/>
      </w:pPr>
      <w:r>
        <w:t>وائی؟</w:t>
      </w:r>
    </w:p>
    <w:p>
      <w:r>
        <w:rPr>
          <w:b/>
        </w:rPr>
        <w:t xml:space="preserve">[24:06] </w:t>
      </w:r>
      <w:r>
        <w:t>so i would like to say that life is very, very precious. you are here only for some years, fifty years, sixty years, seventy years.</w:t>
      </w:r>
    </w:p>
    <w:p>
      <w:pPr>
        <w:jc w:val="right"/>
      </w:pPr>
      <w:r>
        <w:t>سو ائی وڈ لائک ٹو سے دیٹ لائف از ویری، ویری پریشیس۔ یو ار ہیر اونلی فار سم ایئرز، ففٹی ایئرز، سکسٹی ایئرز، سیونٹی ایئرز۔</w:t>
      </w:r>
    </w:p>
    <w:p>
      <w:r>
        <w:rPr>
          <w:b/>
        </w:rPr>
        <w:t xml:space="preserve">[24:17] </w:t>
      </w:r>
      <w:r>
        <w:t>deen we will die.</w:t>
      </w:r>
    </w:p>
    <w:p>
      <w:pPr>
        <w:jc w:val="right"/>
      </w:pPr>
      <w:r>
        <w:t>دین وی ویل ڈائی۔</w:t>
      </w:r>
    </w:p>
    <w:p>
      <w:r>
        <w:rPr>
          <w:b/>
        </w:rPr>
        <w:t xml:space="preserve">[24:19] </w:t>
      </w:r>
      <w:r>
        <w:t>you have very little time, very little time. so we have to save our self.</w:t>
      </w:r>
    </w:p>
    <w:p>
      <w:pPr>
        <w:jc w:val="right"/>
      </w:pPr>
      <w:r>
        <w:t>یو ہیو ویری لٹل ٹائم، ویری لٹل ٹائم۔ سو وی ہیو ٹو سیو اور سیلف۔</w:t>
      </w:r>
    </w:p>
    <w:p>
      <w:r>
        <w:rPr>
          <w:b/>
        </w:rPr>
        <w:t xml:space="preserve">[24:27] </w:t>
      </w:r>
      <w:r>
        <w:t>we have to do something positively.</w:t>
      </w:r>
    </w:p>
    <w:p>
      <w:pPr>
        <w:jc w:val="right"/>
      </w:pPr>
      <w:r>
        <w:t>وی ہیو ٹو ڈو سمتھنگ پوزیٹیولی۔</w:t>
      </w:r>
    </w:p>
    <w:p>
      <w:r>
        <w:rPr>
          <w:b/>
        </w:rPr>
        <w:t xml:space="preserve">[24:39] </w:t>
      </w:r>
      <w:r>
        <w:t>so i think that art of destressing is a self art</w:t>
      </w:r>
    </w:p>
    <w:p>
      <w:pPr>
        <w:jc w:val="right"/>
      </w:pPr>
      <w:r>
        <w:t>سو ائی تھنک دیٹ ارٹ اف ڈی سٹریسنگ از ا سیلف ارٹ</w:t>
      </w:r>
    </w:p>
    <w:p>
      <w:r>
        <w:rPr>
          <w:b/>
        </w:rPr>
        <w:t xml:space="preserve">[24:49] </w:t>
      </w:r>
      <w:r>
        <w:t>. you can destress yourself. there is no other person who can destress you. no, it is not possible.</w:t>
      </w:r>
    </w:p>
    <w:p>
      <w:pPr>
        <w:jc w:val="right"/>
      </w:pPr>
      <w:r>
        <w:t>۔ یو کین ڈی سٹریس یور سیلف۔ دیر از نو ادر پرسن ہو کین ڈی سٹریس یو۔ نو، اٹ از ناٹ پوسیبل۔</w:t>
      </w:r>
    </w:p>
    <w:p>
      <w:r>
        <w:rPr>
          <w:b/>
        </w:rPr>
        <w:t xml:space="preserve">[25:00] </w:t>
      </w:r>
      <w:r>
        <w:t>change your mind, change</w:t>
      </w:r>
    </w:p>
    <w:p>
      <w:pPr>
        <w:jc w:val="right"/>
      </w:pPr>
      <w:r>
        <w:t>چینج یور مائنڈ، چینج</w:t>
      </w:r>
    </w:p>
    <w:p>
      <w:r>
        <w:rPr>
          <w:b/>
        </w:rPr>
        <w:t xml:space="preserve">[25:03] </w:t>
      </w:r>
      <w:r>
        <w:t>your heart, change your outlook. it all depends upon outlook. it all depends upon outlook.</w:t>
      </w:r>
    </w:p>
    <w:p>
      <w:pPr>
        <w:jc w:val="right"/>
      </w:pPr>
      <w:r>
        <w:t>یور ہارٹ، چینج یور اؤٹ لوک۔ اٹ ال ڈیپینڈز اپون اؤٹ لوک۔ اٹ ال ڈیپینڈز اپون اؤٹ لوک۔</w:t>
      </w:r>
    </w:p>
    <w:p>
      <w:r>
        <w:rPr>
          <w:b/>
        </w:rPr>
        <w:t xml:space="preserve">[25:13] </w:t>
      </w:r>
      <w:r>
        <w:t>if you change your outlook, then there is no problem, no stress, no tension.</w:t>
      </w:r>
    </w:p>
    <w:p>
      <w:pPr>
        <w:jc w:val="right"/>
      </w:pPr>
      <w:r>
        <w:t>اف یو چینج یور اؤٹ لوک، دین دیر از نو پرابلم، نو سٹریس، نو ٹینشن۔</w:t>
      </w:r>
    </w:p>
    <w:p>
      <w:r>
        <w:rPr>
          <w:b/>
        </w:rPr>
        <w:t xml:space="preserve">[25:21] </w:t>
      </w:r>
      <w:r>
        <w:t>i think that for a believer, for a momin, akhirat is his problem, not is this world.</w:t>
      </w:r>
    </w:p>
    <w:p>
      <w:pPr>
        <w:jc w:val="right"/>
      </w:pPr>
      <w:r>
        <w:t>ائی تھنک دیٹ فار ا بیلیور، فار ا مومن، اخرت از ہز پرابلم، ناٹ از دس ورلڈ۔</w:t>
      </w:r>
    </w:p>
    <w:p>
      <w:r>
        <w:rPr>
          <w:b/>
        </w:rPr>
        <w:t xml:space="preserve">[25:30] </w:t>
      </w:r>
      <w:r>
        <w:t>if you want to many live in tension, live in. if you want to live in, in many, if you want to take something as your concern, make akhirat your concern, not this world.</w:t>
      </w:r>
    </w:p>
    <w:p>
      <w:pPr>
        <w:jc w:val="right"/>
      </w:pPr>
      <w:r>
        <w:t>اف یو وانٹ ٹو مینی لیو ان ٹینشن، لیو ان۔ اف یو وانٹ ٹو لیو ان، ان مینی، اف یو وانٹ ٹو ٹیک سمتھنگ ایز یور کنسرن، میک اخرت یور کنسرن، ناٹ دس ورلڈ۔</w:t>
      </w:r>
    </w:p>
    <w:p>
      <w:r>
        <w:rPr>
          <w:b/>
        </w:rPr>
        <w:t xml:space="preserve">[25:50] </w:t>
      </w:r>
      <w:r>
        <w:t>so all those tensions are related this world, not, not the akhirat.</w:t>
      </w:r>
    </w:p>
    <w:p>
      <w:pPr>
        <w:jc w:val="right"/>
      </w:pPr>
      <w:r>
        <w:t>سو ال دو ٹینشنز ار ریلیٹڈ دس ورلڈ، ناٹ، ناٹ دی اخرت۔</w:t>
      </w:r>
    </w:p>
    <w:p>
      <w:r>
        <w:rPr>
          <w:b/>
        </w:rPr>
        <w:t xml:space="preserve">[25:58] </w:t>
      </w:r>
      <w:r>
        <w:t>once i, i consulted a doctor, i said that i have no tension about this world.</w:t>
      </w:r>
    </w:p>
    <w:p>
      <w:pPr>
        <w:jc w:val="right"/>
      </w:pPr>
      <w:r>
        <w:t>ونس ائی، ائی کنسلٹڈ ا ڈاکٹر، ائی سیڈ دیٹ ائی ہیو نو ٹینشن اباؤٹ دس ورلڈ۔</w:t>
      </w:r>
    </w:p>
    <w:p>
      <w:r>
        <w:rPr>
          <w:b/>
        </w:rPr>
        <w:t xml:space="preserve">[26:06] </w:t>
      </w:r>
      <w:r>
        <w:t>worldly matters are not my tension. worldly matters are not,</w:t>
      </w:r>
    </w:p>
    <w:p>
      <w:pPr>
        <w:jc w:val="right"/>
      </w:pPr>
      <w:r>
        <w:t>ورلڈلی میٹرز ار ناٹ مائی ٹینشن۔ ورلڈلی میٹرز ار ناٹ،</w:t>
      </w:r>
    </w:p>
    <w:p>
      <w:r>
        <w:rPr>
          <w:b/>
        </w:rPr>
        <w:t xml:space="preserve">[26:14] </w:t>
      </w:r>
      <w:r>
        <w:t>dont worry my mind. so my, i live in, in</w:t>
      </w:r>
    </w:p>
    <w:p>
      <w:pPr>
        <w:jc w:val="right"/>
      </w:pPr>
      <w:r>
        <w:t>ڈونٹ وری مائی مائنڈ۔ سو مائی، ائی لیو ان، ان</w:t>
      </w:r>
    </w:p>
    <w:p>
      <w:r>
        <w:rPr>
          <w:b/>
        </w:rPr>
        <w:t xml:space="preserve">[26:19] </w:t>
      </w:r>
      <w:r>
        <w:t>stress. i live in tension, but my tension is akhirat oriented tension, not worldly oriented tension. so i said that, although i am living in tension, in term of akhirat, but inspite this tensions, i can, i can sleep in my night.</w:t>
      </w:r>
    </w:p>
    <w:p>
      <w:pPr>
        <w:jc w:val="right"/>
      </w:pPr>
      <w:r>
        <w:t>سٹریس۔ ائی لیو ان ٹینشن، بٹ مائی ٹینشن از اخرت اورینٹڈ ٹینشن، ناٹ ورلڈلی اورینٹڈ ٹینشن۔ تو ائی سیڈ دیٹ، الدو ائی ایم لیونگ ان ٹینشن، ان ٹرم اف اخرت، بٹ انسپائٹ دس ٹینشنز، ائی کین، ائی کین سلیپ ان مائی نائٹ۔</w:t>
      </w:r>
    </w:p>
    <w:p>
      <w:r>
        <w:rPr>
          <w:b/>
        </w:rPr>
        <w:t xml:space="preserve">[26:43] </w:t>
      </w:r>
      <w:r>
        <w:t>i, i, i, i can</w:t>
      </w:r>
    </w:p>
    <w:p>
      <w:pPr>
        <w:jc w:val="right"/>
      </w:pPr>
      <w:r>
        <w:t>ائی، ائی، ائی، ائی ک</w:t>
      </w:r>
    </w:p>
    <w:p>
      <w:r>
        <w:rPr>
          <w:b/>
        </w:rPr>
        <w:t xml:space="preserve">[26:50] </w:t>
      </w:r>
      <w:r>
        <w:t>can take sound sleep. so what is, what is, what is the reason? why my tension is not harm, harmful tension?</w:t>
      </w:r>
    </w:p>
    <w:p>
      <w:pPr>
        <w:jc w:val="right"/>
      </w:pPr>
      <w:r>
        <w:t>ین ٹیک ساؤنڈ سلیپ۔ سو واٹ از، واٹ از، واٹ از دا ریزن؟ وائی مائی ٹینشن از ناٹ ہارم، ہارم فل ٹینشن؟</w:t>
      </w:r>
    </w:p>
    <w:p>
      <w:r>
        <w:rPr>
          <w:b/>
        </w:rPr>
        <w:t xml:space="preserve">[26:59] </w:t>
      </w:r>
      <w:r>
        <w:t>he said that your tension is positive tension. when you are, when you are, when you think about akhirat, when you think about the problem of akhirat, akhirat problem of, yani day of judgment, then that is positive tension.</w:t>
      </w:r>
    </w:p>
    <w:p>
      <w:pPr>
        <w:jc w:val="right"/>
      </w:pPr>
      <w:r>
        <w:t>ہی سیڈ دیٹ یور ٹینشن از پوزیٹیو ٹینشن۔ وین یو ار، وین یو ار، وین یو تھنک اباؤٹ اخرت، وین یو تھنک اباؤٹ دا پرابلم اف اخرت، اخرت پرابلم اف، یعنی ڈے اف ججمنٹ، دین دیٹ از پوزیٹیو ٹینشن۔</w:t>
      </w:r>
    </w:p>
    <w:p>
      <w:r>
        <w:rPr>
          <w:b/>
        </w:rPr>
        <w:t xml:space="preserve">[27:22] </w:t>
      </w:r>
      <w:r>
        <w:t>and if you think about worldly problem, worldly matters, then that is negative tension. so he said that negative tension is, is harmful, but positive tension is not harmful.</w:t>
      </w:r>
    </w:p>
    <w:p>
      <w:pPr>
        <w:jc w:val="right"/>
      </w:pPr>
      <w:r>
        <w:t>اینڈ اف یو تھنک اباؤٹ ورلڈلی پرابلم، ورلڈلی میٹرز، دین دیٹ از نیگیٹیو ٹینشن۔ تو ہی سیڈ دیٹ نیگیٹیو ٹینشن از، از ہارم فل، بٹ پوزیٹیو ٹینشن از ناٹ ہارم فل۔</w:t>
      </w:r>
    </w:p>
    <w:p>
      <w:r>
        <w:rPr>
          <w:b/>
        </w:rPr>
        <w:t xml:space="preserve">[27:38] </w:t>
      </w:r>
      <w:r>
        <w:t>he</w:t>
      </w:r>
    </w:p>
    <w:p>
      <w:pPr>
        <w:jc w:val="right"/>
      </w:pPr>
      <w:r>
        <w:t>ہی</w:t>
      </w:r>
    </w:p>
    <w:p>
      <w:r>
        <w:rPr>
          <w:b/>
        </w:rPr>
        <w:t xml:space="preserve">[27:39] </w:t>
      </w:r>
      <w:r>
        <w:t>this was advice given to me by a doctor. he was imbibes doctor, perhaps. so i can say that if you want to think about,</w:t>
      </w:r>
    </w:p>
    <w:p>
      <w:pPr>
        <w:jc w:val="right"/>
      </w:pPr>
      <w:r>
        <w:t>دس واز ایڈوائس گیون ٹو می بائی ا ڈاکٹر۔ ہی واز ایمبیبیس ڈاکٹر، پرہیپس۔ سو ائی کین سے دیٹ اف یو وانٹ ٹو تھنک اباؤٹ،</w:t>
      </w:r>
    </w:p>
    <w:p>
      <w:r>
        <w:rPr>
          <w:b/>
        </w:rPr>
        <w:t xml:space="preserve">[27:54] </w:t>
      </w:r>
      <w:r>
        <w:t>about problems, to think about akhirat, or the problems of akhirat. dont think about the problems of this world.</w:t>
      </w:r>
    </w:p>
    <w:p>
      <w:pPr>
        <w:jc w:val="right"/>
      </w:pPr>
      <w:r>
        <w:t>اباؤٹ پرابلمز، تو تھنک اباؤٹ اخرت، اور دا پرابلمز اف اخرت۔ ڈونٹ تھنک اباؤٹ دا پرابلمز اف دس ورلڈ۔</w:t>
      </w:r>
    </w:p>
    <w:p>
      <w:r>
        <w:rPr>
          <w:b/>
        </w:rPr>
        <w:t xml:space="preserve">[28:04] </w:t>
      </w:r>
      <w:r>
        <w:t>this the</w:t>
      </w:r>
    </w:p>
    <w:p>
      <w:pPr>
        <w:jc w:val="right"/>
      </w:pPr>
      <w:r>
        <w:t>دس دا</w:t>
      </w:r>
    </w:p>
    <w:p>
      <w:r>
        <w:rPr>
          <w:b/>
        </w:rPr>
        <w:t xml:space="preserve">[28:06] </w:t>
      </w:r>
      <w:r>
        <w:t>your, your thinking about the worldly problems, that is negative, that will give you negative tension. but if you think about the problem of akhirat, that is positive thinking,</w:t>
      </w:r>
    </w:p>
    <w:p>
      <w:pPr>
        <w:jc w:val="right"/>
      </w:pPr>
      <w:r>
        <w:t>یور، یور تھنکنگ اباؤٹ دا ورلڈلی پرابلمز، دیٹ از نیگیٹیو، دیٹ ول گیو یو نیگیٹیو ٹینشن۔ بٹ اف یو تھنک اباؤٹ دا پرابلم اف اخرت، دیٹ از پوزیٹیو تھنکنگ،</w:t>
      </w:r>
    </w:p>
    <w:p>
      <w:r>
        <w:rPr>
          <w:b/>
        </w:rPr>
        <w:t xml:space="preserve">[28:19] </w:t>
      </w:r>
      <w:r>
        <w:t>positive tension. so positive tension is not harmful. it is negative tension, that is harmful.</w:t>
      </w:r>
    </w:p>
    <w:p>
      <w:pPr>
        <w:jc w:val="right"/>
      </w:pPr>
      <w:r>
        <w:t>پوزیٹیو ٹینشن۔ سو پوزیٹیو ٹینشن از ناٹ ہارم فل۔ اٹ از نیگیٹیو ٹینشن، دیٹ از ہارم فل۔</w:t>
      </w:r>
    </w:p>
    <w:p>
      <w:r>
        <w:rPr>
          <w:b/>
        </w:rPr>
        <w:t xml:space="preserve">[28:30] </w:t>
      </w:r>
      <w:r>
        <w:t>so ten advice was given to me by a doctor, and i think he was correct to give me this advice.</w:t>
      </w:r>
    </w:p>
    <w:p>
      <w:pPr>
        <w:jc w:val="right"/>
      </w:pPr>
      <w:r>
        <w:t>سو دس ایڈوائس واز گیون ٹو می بائی ا ڈاکٹر، اینڈ ائی تھنک ہی واز کریکٹ ٹو گیو می دس ایڈوائس۔</w:t>
      </w:r>
    </w:p>
    <w:p>
      <w:r>
        <w:rPr>
          <w:b/>
        </w:rPr>
        <w:t xml:space="preserve">[28:42] </w:t>
      </w:r>
      <w:r>
        <w:t>then there is a verse in the quran: "allah basically allah is al-quloob."</w:t>
      </w:r>
    </w:p>
    <w:p>
      <w:pPr>
        <w:jc w:val="right"/>
      </w:pPr>
      <w:r>
        <w:t>دین دیر از ا ورس ان دا قران: "اللہ بیسکلی اللہ ہے القلوب۔"</w:t>
      </w:r>
    </w:p>
    <w:p>
      <w:r>
        <w:rPr>
          <w:b/>
        </w:rPr>
        <w:t xml:space="preserve">[28:52] </w:t>
      </w:r>
      <w:r>
        <w:t>allah</w:t>
      </w:r>
    </w:p>
    <w:p>
      <w:pPr>
        <w:jc w:val="right"/>
      </w:pPr>
      <w:r>
        <w:t>اللہ</w:t>
      </w:r>
    </w:p>
    <w:p>
      <w:r>
        <w:rPr>
          <w:b/>
        </w:rPr>
        <w:t xml:space="preserve">[28:55] </w:t>
      </w:r>
      <w:r>
        <w:t>al-quloob, it means that it is remembrance of god, that can give you solace, that can give you peace of mind.</w:t>
      </w:r>
    </w:p>
    <w:p>
      <w:pPr>
        <w:jc w:val="right"/>
      </w:pPr>
      <w:r>
        <w:t>القلوب، اٹ مینز دیٹ اٹ از ریممبرنس اف گاڈ، دیٹ کین گیو یو سولس، دیٹ کین گیو یو پیس اف مائنڈ۔</w:t>
      </w:r>
    </w:p>
    <w:p>
      <w:r>
        <w:rPr>
          <w:b/>
        </w:rPr>
        <w:t xml:space="preserve">[29:12] </w:t>
      </w:r>
      <w:r>
        <w:t>it is remembrance of god, that can give you peace of mind.</w:t>
      </w:r>
    </w:p>
    <w:p>
      <w:pPr>
        <w:jc w:val="right"/>
      </w:pPr>
      <w:r>
        <w:t>اٹ از ریممبرنس اف گاڈ، دیٹ کین گیو یو پیس اف مائنڈ۔</w:t>
      </w:r>
    </w:p>
    <w:p>
      <w:r>
        <w:rPr>
          <w:b/>
        </w:rPr>
        <w:t xml:space="preserve">[29:19] </w:t>
      </w:r>
      <w:r>
        <w:t>what it means? what the meaning of this verse? this quranic verse?</w:t>
      </w:r>
    </w:p>
    <w:p>
      <w:pPr>
        <w:jc w:val="right"/>
      </w:pPr>
      <w:r>
        <w:t>واٹ اٹ مینز؟ واٹ دا میننگ اف دس ورس؟ دس قرانک ورس؟</w:t>
      </w:r>
    </w:p>
    <w:p>
      <w:r>
        <w:rPr>
          <w:b/>
        </w:rPr>
        <w:t xml:space="preserve">[29:25] </w:t>
      </w:r>
      <w:r>
        <w:t>i think that it is not mysterious. it is not a mysterious verse. it means that if you believe in god, then you have to believe in the creation plan of god.</w:t>
      </w:r>
    </w:p>
    <w:p>
      <w:pPr>
        <w:jc w:val="right"/>
      </w:pPr>
      <w:r>
        <w:t>ائی تھنک دیٹ اٹ از ناٹ مسٹیریس۔ اٹ از ناٹ ا مسٹیریس ورس۔ اٹ مینز دیٹ اف یو بیلیو ان گاڈ، دین یو ہیو ٹو بیلیو ان دا کرشن پلان اف گاڈ۔</w:t>
      </w:r>
    </w:p>
    <w:p>
      <w:r>
        <w:rPr>
          <w:b/>
        </w:rPr>
        <w:t xml:space="preserve">[29:45] </w:t>
      </w:r>
      <w:r>
        <w:t>and if you believe in the creation plan of god, then you have to believe that all those problems are part of nature, not part of some oppressor, part of some government, part of some police.</w:t>
      </w:r>
    </w:p>
    <w:p>
      <w:pPr>
        <w:jc w:val="right"/>
      </w:pPr>
      <w:r>
        <w:t>اینڈ اف یو بیلیو ان دا کرشن پلان اف گاڈ، دین یو ہیو ٹو بیلیو دیٹ ال دو پرابلمز ار پارٹ اف نیچر، ناٹ پارٹ اف سم اپریسر، پارٹ اف سم گورنمنٹ، پارٹ اف سم پولیس۔</w:t>
      </w:r>
    </w:p>
    <w:p>
      <w:r>
        <w:rPr>
          <w:b/>
        </w:rPr>
        <w:t xml:space="preserve">[30:06] </w:t>
      </w:r>
      <w:r>
        <w:t>so when you take all these problems as a part of nature, part of, part of the creation plan of god, then you will find solace.</w:t>
      </w:r>
    </w:p>
    <w:p>
      <w:pPr>
        <w:jc w:val="right"/>
      </w:pPr>
      <w:r>
        <w:t>سو وین یو ٹیک ال دیز پرابلمز ایز ا پارٹ اف نیچر، پارٹ اف، پارٹ اف دا کرشن پلان اف گاڈ، دین یو ویل فائنڈ سولس۔</w:t>
      </w:r>
    </w:p>
    <w:p>
      <w:r>
        <w:rPr>
          <w:b/>
        </w:rPr>
        <w:t xml:space="preserve">[30:22] </w:t>
      </w:r>
      <w:r>
        <w:t>when all these things are given by god almighty, then discern that these are, these have some positive aspect, these have some plus point</w:t>
      </w:r>
    </w:p>
    <w:p>
      <w:pPr>
        <w:jc w:val="right"/>
      </w:pPr>
      <w:r>
        <w:t>وین ال دیز تھنگز ار گیون بائی گاڈ المائٹی، دین ڈیسرٹن دیٹ دیز ار، دیز ہیو سم پوزیٹیو اسپیکٹ، دیز ہیو سم پلس پوائنٹ</w:t>
      </w:r>
    </w:p>
    <w:p>
      <w:r>
        <w:rPr>
          <w:b/>
        </w:rPr>
        <w:t xml:space="preserve">[30:37] </w:t>
      </w:r>
      <w:r>
        <w:t>. they are not simply negative things. so i think this is the main, main,</w:t>
      </w:r>
    </w:p>
    <w:p>
      <w:pPr>
        <w:jc w:val="right"/>
      </w:pPr>
      <w:r>
        <w:t>۔ دے ار ناٹ سمپلی نیگیٹیو تھنگز۔ سو ائی تھنک دس از دا مین، مین،</w:t>
      </w:r>
    </w:p>
    <w:p>
      <w:r>
        <w:rPr>
          <w:b/>
        </w:rPr>
        <w:t xml:space="preserve">[30:51] </w:t>
      </w:r>
      <w:r>
        <w:t>this is the main concept of a believer.</w:t>
      </w:r>
    </w:p>
    <w:p>
      <w:pPr>
        <w:jc w:val="right"/>
      </w:pPr>
      <w:r>
        <w:t>دس از دا مین کانسیپٹ اف ا بیلیور۔</w:t>
      </w:r>
    </w:p>
    <w:p>
      <w:r>
        <w:rPr>
          <w:b/>
        </w:rPr>
        <w:t xml:space="preserve">[30:56] </w:t>
      </w:r>
      <w:r>
        <w:t>when you believe that there is a god, when you believe that this god has created you, then when you believe this world was created by god, and this, and all those things you face in this world was said by god almighty, then you have to be take all everything positively.</w:t>
      </w:r>
    </w:p>
    <w:p>
      <w:pPr>
        <w:jc w:val="right"/>
      </w:pPr>
      <w:r>
        <w:t>وین یو بیلیو دیٹ دیر از ا گاڈ، وین یو بیلیو دیٹ دس گاڈ ہیز کریٹڈ یو، دین وین یو بیلیو دس ورلڈ واز کریٹڈ بائی گاڈ، اینڈ دس، اینڈ ال دو تھنگز یو فیس ان دس ورلڈ واز سیڈ بائی گاڈ المائٹی، دین یو ہیو ٹو بی ٹیک ال ایوری تھنگ پوزیٹیولی۔</w:t>
      </w:r>
    </w:p>
    <w:p>
      <w:r>
        <w:rPr>
          <w:b/>
        </w:rPr>
        <w:t xml:space="preserve">[31:19] </w:t>
      </w:r>
      <w:r>
        <w:t>then you have to believe in advance that this is for your benefit, for your, for good</w:t>
      </w:r>
    </w:p>
    <w:p>
      <w:pPr>
        <w:jc w:val="right"/>
      </w:pPr>
      <w:r>
        <w:t>دین یو ہیو ٹو بیلیو ان ایڈوانس دیٹ دس از فار یور بینیفٹ، فار یور، فار گڈ</w:t>
      </w:r>
    </w:p>
    <w:p>
      <w:r>
        <w:rPr>
          <w:b/>
        </w:rPr>
        <w:t xml:space="preserve">[31:29] </w:t>
      </w:r>
      <w:r>
        <w:t>, is not evil.</w:t>
      </w:r>
    </w:p>
    <w:p>
      <w:pPr>
        <w:jc w:val="right"/>
      </w:pPr>
      <w:r>
        <w:t>، از ناٹ ایول۔</w:t>
      </w:r>
    </w:p>
    <w:p>
      <w:r>
        <w:rPr>
          <w:b/>
        </w:rPr>
        <w:t xml:space="preserve">[31:34] </w:t>
      </w:r>
      <w:r>
        <w:t>so as far as myself concerned, this is my belief. this is my belief.</w:t>
      </w:r>
    </w:p>
    <w:p>
      <w:pPr>
        <w:jc w:val="right"/>
      </w:pPr>
      <w:r>
        <w:t>سو ایز فار ایز مائی سیلف کنسرن، دس از مائی بیلیف۔ دس از مائی بیلیف۔</w:t>
      </w:r>
    </w:p>
    <w:p>
      <w:r>
        <w:rPr>
          <w:b/>
        </w:rPr>
        <w:t xml:space="preserve">[31:42] </w:t>
      </w:r>
      <w:r>
        <w:t>i also, this is my experience. some time i have, i have faced some sad kind of experience,</w:t>
      </w:r>
    </w:p>
    <w:p>
      <w:pPr>
        <w:jc w:val="right"/>
      </w:pPr>
      <w:r>
        <w:t>ائی السو، دس از مائی ایکسپیرینس۔ سم ٹائم ائی ہیو، ائی ہیو فیسڈ سم سیڈ کائنڈ اف ایکسپیرینس،</w:t>
      </w:r>
    </w:p>
    <w:p>
      <w:r>
        <w:rPr>
          <w:b/>
        </w:rPr>
        <w:t xml:space="preserve">[31:55] </w:t>
      </w:r>
      <w:r>
        <w:t>but after some years i discovered that that was good for me. at that, at that time, it was seem to be a sad experience, but, but after some years i found</w:t>
      </w:r>
    </w:p>
    <w:p>
      <w:pPr>
        <w:jc w:val="right"/>
      </w:pPr>
      <w:r>
        <w:t>بٹ افٹر سم ایئرز ائی ڈسکورڈ دیٹ دیٹ واز گڈ فار می۔ ایٹ دیٹ، ایٹ دیٹ ٹائم، اٹ واز سیم ٹو بی ا سیڈ ایکسپیرینس، بٹ، بٹ افٹر سم ایئرز ائی فاؤنڈ</w:t>
      </w:r>
    </w:p>
    <w:p>
      <w:r>
        <w:rPr>
          <w:b/>
        </w:rPr>
        <w:t xml:space="preserve">[32:14] </w:t>
      </w:r>
      <w:r>
        <w:t>that that was very good for me. that was blessing in disguise. so this is what we call iman bil qadar.</w:t>
      </w:r>
    </w:p>
    <w:p>
      <w:pPr>
        <w:jc w:val="right"/>
      </w:pPr>
      <w:r>
        <w:t>دیٹ دیٹ واز ویری گڈ فار می۔ دیٹ واز بریسنگ ان ڈس گائیڈ۔ سو دس از واٹ وی کال ایمان بالقدر۔</w:t>
      </w:r>
    </w:p>
    <w:p>
      <w:r>
        <w:rPr>
          <w:b/>
        </w:rPr>
        <w:t xml:space="preserve">[32:27] </w:t>
      </w:r>
      <w:r>
        <w:t>iman bil qadar, bil qadar means</w:t>
      </w:r>
    </w:p>
    <w:p>
      <w:pPr>
        <w:jc w:val="right"/>
      </w:pPr>
      <w:r>
        <w:t>ایمان بالقدر، بالقدر مینز</w:t>
      </w:r>
    </w:p>
    <w:p>
      <w:r>
        <w:rPr>
          <w:b/>
        </w:rPr>
        <w:t xml:space="preserve">[32:30] </w:t>
      </w:r>
      <w:r>
        <w:t>that believing that anything that comes from god is good. that rahmat, that blessing. to allah bi dhikr allah al-quloob.</w:t>
      </w:r>
    </w:p>
    <w:p>
      <w:pPr>
        <w:jc w:val="right"/>
      </w:pPr>
      <w:r>
        <w:t>دیٹ بیلیونگ دیٹ اینی تھنگ دیٹ کمز فرام گاڈ از گڈ۔ دیٹ رحمت، دیٹ بلیسنگ۔ تو اللہ بذکر اللہ القلوب۔</w:t>
      </w:r>
    </w:p>
    <w:p>
      <w:r>
        <w:rPr>
          <w:b/>
        </w:rPr>
        <w:t xml:space="preserve">[32:43] </w:t>
      </w:r>
      <w:r>
        <w:t>if you remember god, if you believe</w:t>
      </w:r>
    </w:p>
    <w:p>
      <w:pPr>
        <w:jc w:val="right"/>
      </w:pPr>
      <w:r>
        <w:t>اف یو ریممبر گاڈ، اف یو بیلیو</w:t>
      </w:r>
    </w:p>
    <w:p>
      <w:r>
        <w:rPr>
          <w:b/>
        </w:rPr>
        <w:t xml:space="preserve">[32:48] </w:t>
      </w:r>
      <w:r>
        <w:t>everything that comes from god is good for me, is blessing for me, is rahmat for me, then this kind of belief certainly give you solace and peace of mind.</w:t>
      </w:r>
    </w:p>
    <w:p>
      <w:pPr>
        <w:jc w:val="right"/>
      </w:pPr>
      <w:r>
        <w:t>ایوری تھنگ دیٹ کمز فرام گاڈ از گڈ فار می، از بلیسنگ فار می، از رحمت فار می، دین دس کائنڈ اف بیلیو سرٹینلی گیو یو سولس اینڈ پیس اف مائنڈ۔</w:t>
      </w:r>
    </w:p>
    <w:p>
      <w:r>
        <w:rPr>
          <w:b/>
        </w:rPr>
        <w:t xml:space="preserve">[33:07] </w:t>
      </w:r>
      <w:r>
        <w:t>this is simple formula of destressing. in this formula you are not needed to stop your thinking.</w:t>
      </w:r>
    </w:p>
    <w:p>
      <w:pPr>
        <w:jc w:val="right"/>
      </w:pPr>
      <w:r>
        <w:t>دس از سمپل فارمولا اف ڈی سٹریسنگ۔ ان دس فارمولا یو ار ناٹ نیڈڈ ٹو سٹاپ یور تھنکنگ۔</w:t>
      </w:r>
    </w:p>
    <w:p>
      <w:r>
        <w:rPr>
          <w:b/>
        </w:rPr>
        <w:t xml:space="preserve">[33:18] </w:t>
      </w:r>
      <w:r>
        <w:t>you don't need to go to himalaya, you don't need to go to some jungles. no, you, you can live in this world</w:t>
      </w:r>
    </w:p>
    <w:p>
      <w:pPr>
        <w:jc w:val="right"/>
      </w:pPr>
      <w:r>
        <w:t>یو ڈونٹ نیڈ ٹو گو ٹو ہمالیہ، یو ڈونٹ نیڈ ٹو گو ٹو سم جنگلز۔ نو، یو، یو کین لیو ان دس ورلڈ</w:t>
      </w:r>
    </w:p>
    <w:p>
      <w:r>
        <w:rPr>
          <w:b/>
        </w:rPr>
        <w:t xml:space="preserve">[33:33] </w:t>
      </w:r>
      <w:r>
        <w:t>you can do all the jobs, but you have to feel that everything that comes from God was good for you.</w:t>
      </w:r>
    </w:p>
    <w:p>
      <w:pPr>
        <w:jc w:val="right"/>
      </w:pPr>
      <w:r>
        <w:t>، یو کین ڈو ال دو جابز، بٹ یو ہیو ٹو فیل دیٹ ایوری تھنگ دیٹ کمز فرام گاڈ واز گڈ فار یو۔</w:t>
      </w:r>
    </w:p>
    <w:p>
      <w:r>
        <w:rPr>
          <w:b/>
        </w:rPr>
        <w:t xml:space="preserve">[33:45] </w:t>
      </w:r>
      <w:r>
        <w:t>this formula was given by Hazrat Ali Ibn Abi Talib.</w:t>
      </w:r>
    </w:p>
    <w:p>
      <w:pPr>
        <w:jc w:val="right"/>
      </w:pPr>
      <w:r>
        <w:t>دس فارمولا واز گیون بائی حضرت علی ابن ابی طالب۔</w:t>
      </w:r>
    </w:p>
    <w:p>
      <w:r>
        <w:rPr>
          <w:b/>
        </w:rPr>
        <w:t xml:space="preserve">[33:50] </w:t>
      </w:r>
      <w:r>
        <w:t>you know, Ali Ibn Abi Talib was, was, was a Sahabi.</w:t>
      </w:r>
    </w:p>
    <w:p>
      <w:pPr>
        <w:jc w:val="right"/>
      </w:pPr>
      <w:r>
        <w:t>یو نو، علی ابن ابی طالب واز، واز، واز ا صحابی۔</w:t>
      </w:r>
    </w:p>
    <w:p>
      <w:r>
        <w:rPr>
          <w:b/>
        </w:rPr>
        <w:t xml:space="preserve">[34:01] </w:t>
      </w:r>
      <w:r>
        <w:t>he was the fourth caliph. he is well known. he was man of wisdom, and his, his,</w:t>
      </w:r>
    </w:p>
    <w:p>
      <w:pPr>
        <w:jc w:val="right"/>
      </w:pPr>
      <w:r>
        <w:t>ہی واز دا فورتھ کیلف۔ ہی از ویل نون۔ ہی واز مین اف وزڈم، اینڈ ہز، ہز،</w:t>
      </w:r>
    </w:p>
    <w:p>
      <w:r>
        <w:rPr>
          <w:b/>
        </w:rPr>
        <w:t xml:space="preserve">[34:15] </w:t>
      </w:r>
      <w:r>
        <w:t>there is a collection of his wisdom</w:t>
      </w:r>
    </w:p>
    <w:p>
      <w:pPr>
        <w:jc w:val="right"/>
      </w:pPr>
      <w:r>
        <w:t>دیر از ا کلیکشن اف ہز وزڈم</w:t>
      </w:r>
    </w:p>
    <w:p>
      <w:r>
        <w:rPr>
          <w:b/>
        </w:rPr>
        <w:t xml:space="preserve">[34:20] </w:t>
      </w:r>
      <w:r>
        <w:t>in. and the title of this book is Nahjul Balagha. Nahjul Balagha, Nahjul Balagha is the title of this book.</w:t>
      </w:r>
    </w:p>
    <w:p>
      <w:pPr>
        <w:jc w:val="right"/>
      </w:pPr>
      <w:r>
        <w:t>ان۔ اینڈ دا ٹائٹل اف دس بک از نہج البلاغہ۔ نہج البلاغہ، نہج البلاغہ از دا ٹائٹل اف دس بک۔</w:t>
      </w:r>
    </w:p>
    <w:p>
      <w:r>
        <w:rPr>
          <w:b/>
        </w:rPr>
        <w:t xml:space="preserve">[34:28] </w:t>
      </w:r>
      <w:r>
        <w:t>in this, in this book, you can find all the words of wisdom given by Ali Ibn Abi Talib</w:t>
      </w:r>
    </w:p>
    <w:p>
      <w:pPr>
        <w:jc w:val="right"/>
      </w:pPr>
      <w:r>
        <w:t>ان دس، ان دس بک، یو کین فائنڈ ال دو ورڈز اف وزڈم گیون بائی علی ابن ابی طالب</w:t>
      </w:r>
    </w:p>
    <w:p>
      <w:r>
        <w:rPr>
          <w:b/>
        </w:rPr>
        <w:t xml:space="preserve">[34:37] </w:t>
      </w:r>
      <w:r>
        <w:t>. so one wisdom given by Ali Ibn Talib in this book is Al-khairu feema waqa'a.</w:t>
      </w:r>
    </w:p>
    <w:p>
      <w:pPr>
        <w:jc w:val="right"/>
      </w:pPr>
      <w:r>
        <w:t>۔ سو ون وزڈم گیون بائی علی ابن طالب ان دس بک از الخیر فیما وقا۔</w:t>
      </w:r>
    </w:p>
    <w:p>
      <w:r>
        <w:rPr>
          <w:b/>
        </w:rPr>
        <w:t xml:space="preserve">[34:47] </w:t>
      </w:r>
      <w:r>
        <w:t>Al-khairu feema waqa'a. what happened? happened, happened as a blessing. what happened?</w:t>
      </w:r>
    </w:p>
    <w:p>
      <w:pPr>
        <w:jc w:val="right"/>
      </w:pPr>
      <w:r>
        <w:t>الخیر فیما وقا۔ واٹ ہیپنڈ؟ ہیپنڈ، ہیپنڈ ایز ا بلیسنگ۔ واٹ ہیپنڈ؟</w:t>
      </w:r>
    </w:p>
    <w:p>
      <w:r>
        <w:rPr>
          <w:b/>
        </w:rPr>
        <w:t xml:space="preserve">[34:56] </w:t>
      </w:r>
      <w:r>
        <w:t>happened as a good.</w:t>
      </w:r>
    </w:p>
    <w:p>
      <w:pPr>
        <w:jc w:val="right"/>
      </w:pPr>
      <w:r>
        <w:t>ہیپنڈ ایز ا گڈ۔</w:t>
      </w:r>
    </w:p>
    <w:p>
      <w:r>
        <w:rPr>
          <w:b/>
        </w:rPr>
        <w:t xml:space="preserve">[34:58] </w:t>
      </w:r>
      <w:r>
        <w:t>very good formula, very simple formula. Al-khairu feema waqa'a. if you face some kind of experience, and,</w:t>
      </w:r>
    </w:p>
    <w:p>
      <w:pPr>
        <w:jc w:val="right"/>
      </w:pPr>
      <w:r>
        <w:t>ویری گڈ فارمولا، ویری سمپل فارمولا۔ الخیر فیما وقا۔ اف یو فیس سم کائنڈ اف ایکسپیرینس، اینڈ،</w:t>
      </w:r>
    </w:p>
    <w:p>
      <w:r>
        <w:rPr>
          <w:b/>
        </w:rPr>
        <w:t xml:space="preserve">[35:13] </w:t>
      </w:r>
      <w:r>
        <w:t>and you, you are set, you, you are in tension, then you have to, to, you have to rethink</w:t>
      </w:r>
    </w:p>
    <w:p>
      <w:pPr>
        <w:jc w:val="right"/>
      </w:pPr>
      <w:r>
        <w:t>اینڈ یو، یو ار سیٹ، یو، یو ار ان ٹینشن، دین یو ہیو ٹو، ٹو، یو ہیو ٹو ری تھن</w:t>
      </w:r>
    </w:p>
    <w:p>
      <w:r>
        <w:rPr>
          <w:b/>
        </w:rPr>
        <w:t xml:space="preserve">[35:28] </w:t>
      </w:r>
      <w:r>
        <w:t>k. you have to revitalize your mind. you have to believe in this formula. Al-khairu feema waqa'a. what happened?</w:t>
      </w:r>
    </w:p>
    <w:p>
      <w:pPr>
        <w:jc w:val="right"/>
      </w:pPr>
      <w:r>
        <w:t>ک۔ یو ہیو ٹو ری وائٹلائز یور مائنڈ۔ یو ہیو ٹو بیلیو ان دس فارمولا۔ الخیر فیما وقا۔ واٹ ہیپنڈ؟</w:t>
      </w:r>
    </w:p>
    <w:p>
      <w:r>
        <w:rPr>
          <w:b/>
        </w:rPr>
        <w:t xml:space="preserve">[35:36] </w:t>
      </w:r>
      <w:r>
        <w:t>was good for you. that was blessing for you. so this is a formula based on belief.</w:t>
      </w:r>
    </w:p>
    <w:p>
      <w:pPr>
        <w:jc w:val="right"/>
      </w:pPr>
      <w:r>
        <w:t>واز گڈ فار یو۔ دیٹ واز بلیسنگ فار یو۔ سو دس از ا فارمولا بیسڈ ان بیلیف۔</w:t>
      </w:r>
    </w:p>
    <w:p>
      <w:r>
        <w:rPr>
          <w:b/>
        </w:rPr>
        <w:t xml:space="preserve">[35:48] </w:t>
      </w:r>
      <w:r>
        <w:t>this formula of destressing is based on belief, and belief.</w:t>
      </w:r>
    </w:p>
    <w:p>
      <w:pPr>
        <w:jc w:val="right"/>
      </w:pPr>
      <w:r>
        <w:t>دس فارمولا اف ڈی سٹریسنگ از بیسڈ ان بیلیف، اینڈ بیلیف۔</w:t>
      </w:r>
    </w:p>
    <w:p>
      <w:r>
        <w:rPr>
          <w:b/>
        </w:rPr>
        <w:t xml:space="preserve">[35:55] </w:t>
      </w:r>
      <w:r>
        <w:t>and I think that belief is the greatest asset of a believer, of a momin. believe in God is the greatest asset of a momin or a believer.</w:t>
      </w:r>
    </w:p>
    <w:p>
      <w:pPr>
        <w:jc w:val="right"/>
      </w:pPr>
      <w:r>
        <w:t>اینڈ ائی تھنک دیٹ بیلیف از دا گریٹسٹ اسٹ اف ا بیلیور، اف ا مومن۔ بیلیو ان گاڈ از دا گریٹسٹ اسٹ اف ا مومن اور ا بیلیور۔</w:t>
      </w:r>
    </w:p>
    <w:p>
      <w:r>
        <w:rPr>
          <w:b/>
        </w:rPr>
        <w:t xml:space="preserve">[36:09] </w:t>
      </w:r>
      <w:r>
        <w:t>so a very beautiful formula or very easy formula. Al-khairu feema waqa'a. what happened? happened for your good, for your benefit, as your blessing.</w:t>
      </w:r>
    </w:p>
    <w:p>
      <w:pPr>
        <w:jc w:val="right"/>
      </w:pPr>
      <w:r>
        <w:t>سو ا ویری بیوٹیفل فارمولا اور ویری ایزی فارمولا۔ الخیر فیما وقا۔ واٹ ہیپنڈ؟ ہیپنڈ فار یور گڈ، فار یور بینیفٹ، ایز یور بلیسنگ۔</w:t>
      </w:r>
    </w:p>
    <w:p>
      <w:r>
        <w:rPr>
          <w:b/>
        </w:rPr>
        <w:t xml:space="preserve">[36:25] </w:t>
      </w:r>
      <w:r>
        <w:t>and I can say that myself have faced so many such kind of experience in my life.</w:t>
      </w:r>
    </w:p>
    <w:p>
      <w:pPr>
        <w:jc w:val="right"/>
      </w:pPr>
      <w:r>
        <w:t>اینڈ ائی کین سے دیٹ مائی سیلف ہیو فیس سو مینی سچ کائنڈ اف ایکسپیرینس ان مائی لائف۔</w:t>
      </w:r>
    </w:p>
    <w:p>
      <w:r>
        <w:rPr>
          <w:b/>
        </w:rPr>
        <w:t xml:space="preserve">[36:37] </w:t>
      </w:r>
      <w:r>
        <w:t>maybe hundreds of experience.</w:t>
      </w:r>
    </w:p>
    <w:p>
      <w:pPr>
        <w:jc w:val="right"/>
      </w:pPr>
      <w:r>
        <w:t>می بی ہنڈرڈز اف ایکسپیرینس۔</w:t>
      </w:r>
    </w:p>
    <w:p>
      <w:r>
        <w:rPr>
          <w:b/>
        </w:rPr>
        <w:t xml:space="preserve">[36:43] </w:t>
      </w:r>
      <w:r>
        <w:t>at the first instance, I, I feel in stress</w:t>
      </w:r>
    </w:p>
    <w:p>
      <w:pPr>
        <w:jc w:val="right"/>
      </w:pPr>
      <w:r>
        <w:t>ایٹ دا فرسٹ انسٹنس، ائی، ائی فیل ان اسٹریس</w:t>
      </w:r>
    </w:p>
    <w:p>
      <w:r>
        <w:rPr>
          <w:b/>
        </w:rPr>
        <w:t xml:space="preserve">[36:52] </w:t>
      </w:r>
      <w:r>
        <w:t>. I develop thinking that it was sad for me, but after some years I found that it was good for me.</w:t>
      </w:r>
    </w:p>
    <w:p>
      <w:pPr>
        <w:jc w:val="right"/>
      </w:pPr>
      <w:r>
        <w:t>۔ ائی ڈیولپ تھنکنگ دیٹ اٹ واز سیڈ فار می، بٹ افٹر سم ایئرز ائی فاؤنڈ دیٹ اٹ واز گڈ فار می۔</w:t>
      </w:r>
    </w:p>
    <w:p>
      <w:r>
        <w:rPr>
          <w:b/>
        </w:rPr>
        <w:t xml:space="preserve">[37:01] </w:t>
      </w:r>
      <w:r>
        <w:t>Al-khairu feema waqa'a. what happened? was good for me in the, in the in term of future</w:t>
      </w:r>
    </w:p>
    <w:p>
      <w:pPr>
        <w:jc w:val="right"/>
      </w:pPr>
      <w:r>
        <w:t>الخیر فیما وقا۔ واٹ ہیپنڈ؟ واز گڈ فار می ان دا، ان دا ان ٹرم اف فیوچر</w:t>
      </w:r>
    </w:p>
    <w:p>
      <w:r>
        <w:rPr>
          <w:b/>
        </w:rPr>
        <w:t xml:space="preserve">[37:15] </w:t>
      </w:r>
      <w:r>
        <w:t>. so all the tensions or tension in term of present or in term of past, but your belief gives you a very good formula that take it in in term of future.</w:t>
      </w:r>
    </w:p>
    <w:p>
      <w:pPr>
        <w:jc w:val="right"/>
      </w:pPr>
      <w:r>
        <w:t>۔ سو ال دو ٹینشنز اور ٹینشن ان ٹرم اف پریزنٹ اور ان ٹرم اف پاسٹ، بٹ یور بیلیف گیوز یو ا ویری گڈ فارمولا دیٹ ٹیک اٹ ان ان ٹرم اف فیوچر۔</w:t>
      </w:r>
    </w:p>
    <w:p>
      <w:r>
        <w:rPr>
          <w:b/>
        </w:rPr>
        <w:t xml:space="preserve">[37:32] </w:t>
      </w:r>
      <w:r>
        <w:t>in in term</w:t>
      </w:r>
    </w:p>
    <w:p>
      <w:pPr>
        <w:jc w:val="right"/>
      </w:pPr>
      <w:r>
        <w:t>ان ان ٹرم</w:t>
      </w:r>
    </w:p>
    <w:p>
      <w:r>
        <w:rPr>
          <w:b/>
        </w:rPr>
        <w:t xml:space="preserve">[37:33] </w:t>
      </w:r>
      <w:r>
        <w:t>of future, in future it will be good for you.</w:t>
      </w:r>
    </w:p>
    <w:p>
      <w:pPr>
        <w:jc w:val="right"/>
      </w:pPr>
      <w:r>
        <w:t>اف فیوچر، ان فیوچر اٹ ول بی گڈ فار یو۔</w:t>
      </w:r>
    </w:p>
    <w:p>
      <w:r>
        <w:rPr>
          <w:b/>
        </w:rPr>
        <w:t xml:space="preserve">[37:39] </w:t>
      </w:r>
      <w:r>
        <w:t>so if you find that this experience, this sad experience was not good for you in, in, in your, in your present, then you have to believe that in future it will be good for you.</w:t>
      </w:r>
    </w:p>
    <w:p>
      <w:pPr>
        <w:jc w:val="right"/>
      </w:pPr>
      <w:r>
        <w:t>سو اف یو فائنڈ دیٹ دس ایکسپیرینس، دس سیڈ ایکسپیرینس واز ناٹ گڈ فار یو ان، ان، ان یور، ان یور پریزنٹ، دین یو ہیو ٹو بیلیو دیٹ ان فیوچر اٹ ول بی گڈ فار یو۔</w:t>
      </w:r>
    </w:p>
    <w:p>
      <w:r>
        <w:rPr>
          <w:b/>
        </w:rPr>
        <w:t xml:space="preserve">[37:58] </w:t>
      </w:r>
      <w:r>
        <w:t>and make dua. Then this formula has also a very positive point.</w:t>
      </w:r>
    </w:p>
    <w:p>
      <w:pPr>
        <w:jc w:val="right"/>
      </w:pPr>
      <w:r>
        <w:t>اینڈ میک دعا۔ دین دس فارمولا ہیز السو ا ویری پوزیٹیو پوائنٹ۔</w:t>
      </w:r>
    </w:p>
    <w:p>
      <w:r>
        <w:rPr>
          <w:b/>
        </w:rPr>
        <w:t xml:space="preserve">[38:09] </w:t>
      </w:r>
      <w:r>
        <w:t>very important aspect. Every time when a man faces a sad experience and tension or stress, so he feel in, in, in sadness.</w:t>
      </w:r>
    </w:p>
    <w:p>
      <w:pPr>
        <w:jc w:val="right"/>
      </w:pPr>
      <w:r>
        <w:t>ویری امپورٹنٹ اسپیکٹ۔ ایوری ٹائم وین ا مین فیسز ا سیڈ ایکسپیرینس اینڈ ٹینشن اور اسٹریس، سو ہی فیل ان، ان، ان سیڈنس۔</w:t>
      </w:r>
    </w:p>
    <w:p>
      <w:r>
        <w:rPr>
          <w:b/>
        </w:rPr>
        <w:t xml:space="preserve">[38:28] </w:t>
      </w:r>
      <w:r>
        <w:t>and he is, he is, he faces some kind of diseases like diabetes and so on, and other disease.</w:t>
      </w:r>
    </w:p>
    <w:p>
      <w:pPr>
        <w:jc w:val="right"/>
      </w:pPr>
      <w:r>
        <w:t>اینڈ ہی از، ہی از، ہی فیسز سم کائنڈ اف ڈیزیزز لائک ڈائبیٹیز اینڈ سو ان، اینڈ ادر ڈیزیز۔</w:t>
      </w:r>
    </w:p>
    <w:p>
      <w:r>
        <w:rPr>
          <w:b/>
        </w:rPr>
        <w:t xml:space="preserve">[38:40] </w:t>
      </w:r>
      <w:r>
        <w:t>but if you are believer, if you believe in God blessing, then you will start dua.</w:t>
      </w:r>
    </w:p>
    <w:p>
      <w:pPr>
        <w:jc w:val="right"/>
      </w:pPr>
      <w:r>
        <w:t>بٹ اف یو ار بیلیور، اف یو بیلیو ان گاڈ بلیسنگ، دین یو ول سٹارٹ دعا۔</w:t>
      </w:r>
    </w:p>
    <w:p>
      <w:r>
        <w:rPr>
          <w:b/>
        </w:rPr>
        <w:t xml:space="preserve">[38:54] </w:t>
      </w:r>
      <w:r>
        <w:t>if you are not believer, then you will feel in sadness</w:t>
      </w:r>
    </w:p>
    <w:p>
      <w:pPr>
        <w:jc w:val="right"/>
      </w:pPr>
      <w:r>
        <w:t>اف یو ار ناٹ بیلیور، دین یو ول فیل ان سیڈنس</w:t>
      </w:r>
    </w:p>
    <w:p>
      <w:r>
        <w:rPr>
          <w:b/>
        </w:rPr>
        <w:t xml:space="preserve">[38:59] </w:t>
      </w:r>
      <w:r>
        <w:t>. And that sadness will lead to different kind of disease.</w:t>
      </w:r>
    </w:p>
    <w:p>
      <w:pPr>
        <w:jc w:val="right"/>
      </w:pPr>
      <w:r>
        <w:t>۔ اینڈ دیٹ سیڈنس ول لیڈ ٹو ڈفرنٹ کائنڈ اف ڈیزیز۔</w:t>
      </w:r>
    </w:p>
    <w:p>
      <w:r>
        <w:rPr>
          <w:b/>
        </w:rPr>
        <w:t xml:space="preserve">[39:06] </w:t>
      </w:r>
      <w:r>
        <w:t>you will feel in sadness</w:t>
      </w:r>
    </w:p>
    <w:p>
      <w:pPr>
        <w:jc w:val="right"/>
      </w:pPr>
      <w:r>
        <w:t>یو ول فیل ان سیڈنس</w:t>
      </w:r>
    </w:p>
    <w:p>
      <w:r>
        <w:rPr>
          <w:b/>
        </w:rPr>
        <w:t xml:space="preserve">[39:08] </w:t>
      </w:r>
      <w:r>
        <w:t>, and this sadness will lead to different kind of diseases like diabetes, blood pressures.</w:t>
      </w:r>
    </w:p>
    <w:p>
      <w:pPr>
        <w:jc w:val="right"/>
      </w:pPr>
      <w:r>
        <w:t>، اینڈ دس سیڈنس ول لیڈ ٹو ڈفرنٹ کائنڈ اف ڈیزیزز لائک ڈائبیٹیز، بلڈ پریشرز۔</w:t>
      </w:r>
    </w:p>
    <w:p>
      <w:r>
        <w:rPr>
          <w:b/>
        </w:rPr>
        <w:t xml:space="preserve">[39:17] </w:t>
      </w:r>
      <w:r>
        <w:t>but if you are a believer, if you believe in God Almighty, if you believe that God is rahim and rahman,</w:t>
      </w:r>
    </w:p>
    <w:p>
      <w:pPr>
        <w:jc w:val="right"/>
      </w:pPr>
      <w:r>
        <w:t>بٹ اف یو ار ا بیلیور، اف یو بیلیو ان گاڈ المائٹی، اف یو بیلیو دیٹ گاڈ از رحیم اینڈ رحمان،</w:t>
      </w:r>
    </w:p>
    <w:p>
      <w:r>
        <w:rPr>
          <w:b/>
        </w:rPr>
        <w:t xml:space="preserve">[39:29] </w:t>
      </w:r>
      <w:r>
        <w:t>then you will start dua. You will ask God, O God, give me some kind of blessing.</w:t>
      </w:r>
    </w:p>
    <w:p>
      <w:pPr>
        <w:jc w:val="right"/>
      </w:pPr>
      <w:r>
        <w:t>دین یو ول سٹارٹ دعا۔ یو ول اسک گاڈ، او گاڈ، گیو می سم کائنڈ اف بلیسنگ۔</w:t>
      </w:r>
    </w:p>
    <w:p>
      <w:r>
        <w:rPr>
          <w:b/>
        </w:rPr>
        <w:t xml:space="preserve">[39:43] </w:t>
      </w:r>
      <w:r>
        <w:t>when I, when I went to Hajj, so with me there was a Arab Sheikh, Sheikh Muhammad Sulaiman Alqaid.</w:t>
      </w:r>
    </w:p>
    <w:p>
      <w:pPr>
        <w:jc w:val="right"/>
      </w:pPr>
      <w:r>
        <w:t>وین ائی، وین ائی وینٹ ٹو حج، سو ود می دیر واز ا عرب شیخ، شیخ محمد سلیمان القائد۔</w:t>
      </w:r>
    </w:p>
    <w:p>
      <w:r>
        <w:rPr>
          <w:b/>
        </w:rPr>
        <w:t xml:space="preserve">[40:02] </w:t>
      </w:r>
      <w:r>
        <w:t>so went we alrighted at Jeddah,</w:t>
      </w:r>
    </w:p>
    <w:p>
      <w:pPr>
        <w:jc w:val="right"/>
      </w:pPr>
      <w:r>
        <w:t>سو وینٹ وی الرائٹڈ ایٹ جدہ،</w:t>
      </w:r>
    </w:p>
    <w:p>
      <w:r>
        <w:rPr>
          <w:b/>
        </w:rPr>
        <w:t xml:space="preserve">[40:06] </w:t>
      </w:r>
      <w:r>
        <w:t>and, and we boarded a bus for Mecca. So when we realized Mecca, Sheikh Muhammad Sulaiman Alqaid said that, that I,</w:t>
      </w:r>
    </w:p>
    <w:p>
      <w:pPr>
        <w:jc w:val="right"/>
      </w:pPr>
      <w:r>
        <w:t>اینڈ، اینڈ وی بورڈ ا بس فار مکہ۔ سو وین وی ریلیز مکہ، شیخ محمد سلیمان القائد سیڈ دیٹ، دیٹ ائی،</w:t>
      </w:r>
    </w:p>
    <w:p>
      <w:r>
        <w:rPr>
          <w:b/>
        </w:rPr>
        <w:t xml:space="preserve">[40:21] </w:t>
      </w:r>
      <w:r>
        <w:t>I, I miss by my, my, my purse. In his purse there was 35 thousand riyal.</w:t>
      </w:r>
    </w:p>
    <w:p>
      <w:pPr>
        <w:jc w:val="right"/>
      </w:pPr>
      <w:r>
        <w:t>ائی، ائی مس بائی مائی، مائی، مائی پرس۔ ان ہز پرس دیر وار 35 تھا ریال۔</w:t>
      </w:r>
    </w:p>
    <w:p>
      <w:r>
        <w:rPr>
          <w:b/>
        </w:rPr>
        <w:t xml:space="preserve">[40:31] </w:t>
      </w:r>
      <w:r>
        <w:t>so he,</w:t>
      </w:r>
    </w:p>
    <w:p>
      <w:pPr>
        <w:jc w:val="right"/>
      </w:pPr>
      <w:r>
        <w:t>سو ہی،</w:t>
      </w:r>
    </w:p>
    <w:p>
      <w:r>
        <w:rPr>
          <w:b/>
        </w:rPr>
        <w:t xml:space="preserve">[40:35] </w:t>
      </w:r>
      <w:r>
        <w:t>when we realized Mecca, we were penniless because his purse was, was miss</w:t>
      </w:r>
    </w:p>
    <w:p>
      <w:pPr>
        <w:jc w:val="right"/>
      </w:pPr>
      <w:r>
        <w:t>وین وی ریلیز مکہ، وی ویر پینیلس بیکاز ہز پرس واز، واز مس</w:t>
      </w:r>
    </w:p>
    <w:p>
      <w:r>
        <w:rPr>
          <w:b/>
        </w:rPr>
        <w:t xml:space="preserve">[40:46] </w:t>
      </w:r>
      <w:r>
        <w:t>by him.</w:t>
      </w:r>
    </w:p>
    <w:p>
      <w:pPr>
        <w:jc w:val="right"/>
      </w:pPr>
      <w:r>
        <w:t>بائی ہم۔</w:t>
      </w:r>
    </w:p>
    <w:p>
      <w:r>
        <w:rPr>
          <w:b/>
        </w:rPr>
        <w:t xml:space="preserve">[40:48] </w:t>
      </w:r>
      <w:r>
        <w:t>so he said that, as I will go to Jeddah airport, and maybe it is with shurta, and I will maybe find that purse.</w:t>
      </w:r>
    </w:p>
    <w:p>
      <w:pPr>
        <w:jc w:val="right"/>
      </w:pPr>
      <w:r>
        <w:t>سو ہی سیڈ دیٹ، ایس ائی ول گو ٹو جدہ ایئرپورٹ، اینڈ می بی اٹ از ود شرطہ، اینڈ ائی ول می فائنڈ دیٹ پرس۔</w:t>
      </w:r>
    </w:p>
    <w:p>
      <w:r>
        <w:rPr>
          <w:b/>
        </w:rPr>
        <w:t xml:space="preserve">[41:01] </w:t>
      </w:r>
      <w:r>
        <w:t>so he went to Jeddah, and I was at that time in Mecca in some hotel.</w:t>
      </w:r>
    </w:p>
    <w:p>
      <w:pPr>
        <w:jc w:val="right"/>
      </w:pPr>
      <w:r>
        <w:t>سو ہی وینٹ ٹو جدہ، اینڈ ائی واز ایٹ دیٹ ٹائم ان مکہ ان سم ہوٹل۔</w:t>
      </w:r>
    </w:p>
    <w:p>
      <w:r>
        <w:rPr>
          <w:b/>
        </w:rPr>
        <w:t xml:space="preserve">[41:09] </w:t>
      </w:r>
      <w:r>
        <w:t>so I start dua. In this dua I said that, Allahumma ajilna, Allahumma ajilna, darsan ajilna, talafun.</w:t>
      </w:r>
    </w:p>
    <w:p>
      <w:pPr>
        <w:jc w:val="right"/>
      </w:pPr>
      <w:r>
        <w:t>تو ائی سٹارٹ دعا۔ ان دس دعا ائی سیڈ دیٹ، اللہم اجلنا، اللہم اجلنا، درسن اجلنا، تلفن۔</w:t>
      </w:r>
    </w:p>
    <w:p>
      <w:r>
        <w:rPr>
          <w:b/>
        </w:rPr>
        <w:t xml:space="preserve">[41:27] </w:t>
      </w:r>
      <w:r>
        <w:t>I was penniless,</w:t>
      </w:r>
    </w:p>
    <w:p>
      <w:pPr>
        <w:jc w:val="right"/>
      </w:pPr>
      <w:r>
        <w:t>ائی واز پینیلس،</w:t>
      </w:r>
    </w:p>
    <w:p>
      <w:r>
        <w:rPr>
          <w:b/>
        </w:rPr>
        <w:t xml:space="preserve">[41:31] </w:t>
      </w:r>
      <w:r>
        <w:t>but I make this dua, Allahumma ajilna, darsan ajilna, talafun. It means that, O God, make it fast a lesson, and not simply a waste.</w:t>
      </w:r>
    </w:p>
    <w:p>
      <w:pPr>
        <w:jc w:val="right"/>
      </w:pPr>
      <w:r>
        <w:t>بٹ ائی میک دس دعا، اللہم اجلنا، درسن اجلنا، تلفن۔ اٹ مینز دیٹ، او گاڈ، میک اٹ فاسٹ ا لیسن، اینڈ ناٹ سمپلی ا ویسٹ۔</w:t>
      </w:r>
    </w:p>
    <w:p>
      <w:r>
        <w:rPr>
          <w:b/>
        </w:rPr>
        <w:t xml:space="preserve">[41:47] </w:t>
      </w:r>
      <w:r>
        <w:t>so after some hour, Sheikh Muhammad Sulaiman return with and he was happy that he found his purse in Jeddah airport.</w:t>
      </w:r>
    </w:p>
    <w:p>
      <w:pPr>
        <w:jc w:val="right"/>
      </w:pPr>
      <w:r>
        <w:t>سو افٹر سم اور، شیخ محمد سلیمان ریٹرن ود اینڈ ہی واز ہیپی دیٹ ہی فاؤنڈ ہز پرس ان جدہ ایئرپورٹ۔</w:t>
      </w:r>
    </w:p>
    <w:p>
      <w:r>
        <w:rPr>
          <w:b/>
        </w:rPr>
        <w:t xml:space="preserve">[42:00] </w:t>
      </w:r>
      <w:r>
        <w:t>so this is a very, very important, especially believer. A believer believes in God Almighty.</w:t>
      </w:r>
    </w:p>
    <w:p>
      <w:pPr>
        <w:jc w:val="right"/>
      </w:pPr>
      <w:r>
        <w:t>سو دس از ا ویری، ویری امپورٹنٹ، اسپیشلی بیلیور۔ ا بیلیور بیلیوز ان گاڈ المائٹی۔</w:t>
      </w:r>
    </w:p>
    <w:p>
      <w:r>
        <w:rPr>
          <w:b/>
        </w:rPr>
        <w:t xml:space="preserve">[42:11] </w:t>
      </w:r>
      <w:r>
        <w:t>believer believes, believer. the conviction of believer is that, alkhair fima waqa. what happened? happened was good for me.</w:t>
      </w:r>
    </w:p>
    <w:p>
      <w:pPr>
        <w:jc w:val="right"/>
      </w:pPr>
      <w:r>
        <w:t>بیلیور بیلیوز، بیلیور۔ دا کنوکشن اف بیلیور از دیٹ، الخیر فیما وقا۔ واٹ ہیپنڈ؟ ہیپنڈ واز گڈ فار می۔</w:t>
      </w:r>
    </w:p>
    <w:p>
      <w:r>
        <w:rPr>
          <w:b/>
        </w:rPr>
        <w:t xml:space="preserve">[42:22] </w:t>
      </w:r>
      <w:r>
        <w:t>so he will start dua. to any this kind of sad experience will give you zikr, dua, ibadat.</w:t>
      </w:r>
    </w:p>
    <w:p>
      <w:pPr>
        <w:jc w:val="right"/>
      </w:pPr>
      <w:r>
        <w:t>سو ہی ول سٹارٹ دعا۔ تو اینی دس کائنڈ اف سیڈ ایکسپیرینس ول گیو یو ذکر، دعا، عبادت۔</w:t>
      </w:r>
    </w:p>
    <w:p>
      <w:r>
        <w:rPr>
          <w:b/>
        </w:rPr>
        <w:t xml:space="preserve">[42:41] </w:t>
      </w:r>
      <w:r>
        <w:t>that better than, then tension. that better than, that kind of sad experience.</w:t>
      </w:r>
    </w:p>
    <w:p>
      <w:pPr>
        <w:jc w:val="right"/>
      </w:pPr>
      <w:r>
        <w:t>دیٹ بیٹر دین، دین ٹینشن۔ دیٹ بیٹر دین، دیٹ کائنڈ اف سیڈ ایکسپیرینس۔</w:t>
      </w:r>
    </w:p>
    <w:p>
      <w:r>
        <w:rPr>
          <w:b/>
        </w:rPr>
        <w:t xml:space="preserve">[42:50] </w:t>
      </w:r>
      <w:r>
        <w:t>so i would like to say that, if you are a secular person, then you have to try to know the art of stress management.</w:t>
      </w:r>
    </w:p>
    <w:p>
      <w:pPr>
        <w:jc w:val="right"/>
      </w:pPr>
      <w:r>
        <w:t>سو ائی وڈ لائک ٹو سے دیٹ، اف یو ار ا سیکولر پرسن، دین یو ہیو ٹو ٹرائی ٹو نو دا ارٹ اف اسٹریس مینجمنٹ۔</w:t>
      </w:r>
    </w:p>
    <w:p>
      <w:r>
        <w:rPr>
          <w:b/>
        </w:rPr>
        <w:t xml:space="preserve">[43:04] </w:t>
      </w:r>
      <w:r>
        <w:t>and if you are a believer, then you have to try to remember god. remember god instantly, you find solace from god.</w:t>
      </w:r>
    </w:p>
    <w:p>
      <w:pPr>
        <w:jc w:val="right"/>
      </w:pPr>
      <w:r>
        <w:t>اینڈ اف یو ار ا بیلیور، دین یو ہیو ٹو ٹرائی ٹو ریممبر گاڈ۔ ریممبر گاڈ انسٹنٹلی، یو فائنڈ سولس فرام گاڈ۔</w:t>
      </w:r>
    </w:p>
    <w:p>
      <w:r>
        <w:rPr>
          <w:b/>
        </w:rPr>
        <w:t xml:space="preserve">[43:25] </w:t>
      </w:r>
      <w:r>
        <w:t>in the both cases, you have to, you can live in stress free</w:t>
      </w:r>
    </w:p>
    <w:p>
      <w:pPr>
        <w:jc w:val="right"/>
      </w:pPr>
      <w:r>
        <w:t>ان دا بوتھ کیسز، یو ہیو ٹو، یو کین لیو ان اسٹریس فری</w:t>
      </w:r>
    </w:p>
    <w:p>
      <w:r>
        <w:rPr>
          <w:b/>
        </w:rPr>
        <w:t xml:space="preserve">[43:36] </w:t>
      </w:r>
      <w:r>
        <w:t>condition. by stress free, i not, i don't mean that, any that you, you, you can live without any stress,</w:t>
      </w:r>
    </w:p>
    <w:p>
      <w:pPr>
        <w:jc w:val="right"/>
      </w:pPr>
      <w:r>
        <w:t>کنڈیشن۔ بائی اسٹریس فری، ائی ناٹ، ائی ڈونٹ مین دیٹ، اینی دیٹ یو، یو، یو کین لیو وداؤٹ اینی اسٹریس،</w:t>
      </w:r>
    </w:p>
    <w:p>
      <w:r>
        <w:rPr>
          <w:b/>
        </w:rPr>
        <w:t xml:space="preserve">[43:48] </w:t>
      </w:r>
      <w:r>
        <w:t>because stress is part of life. so you can only change your mind.</w:t>
      </w:r>
    </w:p>
    <w:p>
      <w:pPr>
        <w:jc w:val="right"/>
      </w:pPr>
      <w:r>
        <w:t>بیکاز اسٹریس از پارٹ اف لائف۔ سو یو کین اونلی چینج یور مائنڈ۔</w:t>
      </w:r>
    </w:p>
    <w:p>
      <w:r>
        <w:rPr>
          <w:b/>
        </w:rPr>
        <w:t xml:space="preserve">[43:59] </w:t>
      </w:r>
      <w:r>
        <w:t>take it easy formula, adopt this formula, take it easy. you are facing some stress, some tension, some problem.</w:t>
      </w:r>
    </w:p>
    <w:p>
      <w:pPr>
        <w:jc w:val="right"/>
      </w:pPr>
      <w:r>
        <w:t>ٹیک اٹ ایزی فارمولا، اڈاپٹ دس فارمولا، ٹیک اٹ ایزی۔ یو ار فیسنگ سم اسٹریس، سم ٹینشن، سم پرابلم۔</w:t>
      </w:r>
    </w:p>
    <w:p>
      <w:r>
        <w:rPr>
          <w:b/>
        </w:rPr>
        <w:t xml:space="preserve">[44:08] </w:t>
      </w:r>
      <w:r>
        <w:t>so take it easy. always think that it is part of life. just like darkness, just like night and day, and all those things are part of life.</w:t>
      </w:r>
    </w:p>
    <w:p>
      <w:pPr>
        <w:jc w:val="right"/>
      </w:pPr>
      <w:r>
        <w:t>سو ٹیک اٹ ایزی۔ الویز تھنک دیٹ اٹ از پارٹ اف لائف۔ جسٹ لائک ڈارکنس، جسٹ لائک نائٹ اینڈ ڈے، اینڈ ال دو تھنگز ار پارٹ اف لائف۔</w:t>
      </w:r>
    </w:p>
    <w:p>
      <w:r>
        <w:rPr>
          <w:b/>
        </w:rPr>
        <w:t xml:space="preserve">[44:25] </w:t>
      </w:r>
      <w:r>
        <w:t>also part of life. so if you, if you are able to think like this, then you can, you can lessen the problem.</w:t>
      </w:r>
    </w:p>
    <w:p>
      <w:pPr>
        <w:jc w:val="right"/>
      </w:pPr>
      <w:r>
        <w:t>اسو پارٹ اف لائف۔ سو اف یو، اف یو ار ایبل ٹو تھنک لائک دس، دین یو کین، یو کین لسن دا پرابلم۔</w:t>
      </w:r>
    </w:p>
    <w:p>
      <w:r>
        <w:rPr>
          <w:b/>
        </w:rPr>
        <w:t xml:space="preserve">[44:40] </w:t>
      </w:r>
      <w:r>
        <w:t>problem will be there, but you can lessen the, the tension, you can lessen the stress.</w:t>
      </w:r>
    </w:p>
    <w:p>
      <w:pPr>
        <w:jc w:val="right"/>
      </w:pPr>
      <w:r>
        <w:t>پرابلم ول بی دیر، بٹ یو کین لسن دا، دا ٹینشن، یو کین لسن دا اسٹ</w:t>
      </w:r>
    </w:p>
    <w:p>
      <w:r>
        <w:rPr>
          <w:b/>
        </w:rPr>
        <w:t xml:space="preserve">[44:47] </w:t>
      </w:r>
      <w:r>
        <w:t>my basic point is that, god had created this world on a very important principle, that is completion challenge.</w:t>
      </w:r>
    </w:p>
    <w:p>
      <w:pPr>
        <w:jc w:val="right"/>
      </w:pPr>
      <w:r>
        <w:t>ریس۔ مائی بیسک پوائنٹ از دیٹ، گاڈ ہیڈ کریٹڈ دس ورلڈ ان ا ویری امپورٹنٹ پرنسپل، دیٹ از کمپلیشن چیلنج۔</w:t>
      </w:r>
    </w:p>
    <w:p>
      <w:r>
        <w:rPr>
          <w:b/>
        </w:rPr>
        <w:t xml:space="preserve">[45:06] </w:t>
      </w:r>
      <w:r>
        <w:t>so life is full of challenge. without challenge, there is no life, there is no success.</w:t>
      </w:r>
    </w:p>
    <w:p>
      <w:pPr>
        <w:jc w:val="right"/>
      </w:pPr>
      <w:r>
        <w:t>سو لائف از فل اف چیلنج۔ وداؤٹ چیلنج، دیر از نو لائف، دیر از نو سکسیس۔</w:t>
      </w:r>
    </w:p>
    <w:p>
      <w:r>
        <w:rPr>
          <w:b/>
        </w:rPr>
        <w:t xml:space="preserve">[45:16] </w:t>
      </w:r>
      <w:r>
        <w:t>so any sad experience is a challenge for you.</w:t>
      </w:r>
    </w:p>
    <w:p>
      <w:pPr>
        <w:jc w:val="right"/>
      </w:pPr>
      <w:r>
        <w:t>سو اینی سیڈ ایکسپیرینس از ا چیلنج فار یو۔</w:t>
      </w:r>
    </w:p>
    <w:p>
      <w:r>
        <w:rPr>
          <w:b/>
        </w:rPr>
        <w:t xml:space="preserve">[45:23] </w:t>
      </w:r>
      <w:r>
        <w:t>any kind of sad experience, any kind of problem, that leads to tension or stress. take it as a challenge, as a challenge, and try to meet this challenge.</w:t>
      </w:r>
    </w:p>
    <w:p>
      <w:pPr>
        <w:jc w:val="right"/>
      </w:pPr>
      <w:r>
        <w:t>اینی کائنڈ اف سیڈ ایکسپیرینس، اینی کائنڈ اف پرابلم، دیٹ لیڈز ٹو ٹینشن اور اسٹریس۔ ٹیک اٹ ایز ا چیلنج، ایز ا چیلنج، اینڈ ٹرائی ٹو میٹ دس چیلنج۔</w:t>
      </w:r>
    </w:p>
    <w:p>
      <w:r>
        <w:rPr>
          <w:b/>
        </w:rPr>
        <w:t xml:space="preserve">[45:39] </w:t>
      </w:r>
      <w:r>
        <w:t>active mind, active thinking. if you, if you try to think, you try to activate your mind,</w:t>
      </w:r>
    </w:p>
    <w:p>
      <w:pPr>
        <w:jc w:val="right"/>
      </w:pPr>
      <w:r>
        <w:t>ایکٹیو مائنڈ، ایکٹیو تھنکنگ۔ اف یو، اف یو ٹرائی ٹو تھنک، یو ٹرائی ٹو ایکٹیویٹ یور مائنڈ،</w:t>
      </w:r>
    </w:p>
    <w:p>
      <w:r>
        <w:rPr>
          <w:b/>
        </w:rPr>
        <w:t xml:space="preserve">[45:54] </w:t>
      </w:r>
      <w:r>
        <w:t>then</w:t>
      </w:r>
    </w:p>
    <w:p>
      <w:pPr>
        <w:jc w:val="right"/>
      </w:pPr>
      <w:r>
        <w:t>دین</w:t>
      </w:r>
    </w:p>
    <w:p>
      <w:r>
        <w:rPr>
          <w:b/>
        </w:rPr>
        <w:t xml:space="preserve">[45:58] </w:t>
      </w:r>
      <w:r>
        <w:t>there is a possibility that you will find some way, some method, some solution.</w:t>
      </w:r>
    </w:p>
    <w:p>
      <w:pPr>
        <w:jc w:val="right"/>
      </w:pPr>
      <w:r>
        <w:t>دیر از ا پوسیبلیٹی دیٹ یو ول فائنڈ سم وے، سم میتھڈ، سم سولیوشن۔</w:t>
      </w:r>
    </w:p>
    <w:p>
      <w:r>
        <w:rPr>
          <w:b/>
        </w:rPr>
        <w:t xml:space="preserve">[46:10] </w:t>
      </w:r>
      <w:r>
        <w:t>so when you take problem as a problem, then it is problem. but when you take problem as a normal routine, a normal event,</w:t>
      </w:r>
    </w:p>
    <w:p>
      <w:pPr>
        <w:jc w:val="right"/>
      </w:pPr>
      <w:r>
        <w:t>سو وین یو ٹیک پرابلم ایز ا پرابلم، دین اٹ از پرابلم۔ بٹ وین یو ٹیک پرابلم ایز ا نارمل روٹین، ا نارمل ایونٹ،</w:t>
      </w:r>
    </w:p>
    <w:p>
      <w:r>
        <w:rPr>
          <w:b/>
        </w:rPr>
        <w:t xml:space="preserve">[46:25] </w:t>
      </w:r>
      <w:r>
        <w:t>then there is no problem.</w:t>
      </w:r>
    </w:p>
    <w:p>
      <w:pPr>
        <w:jc w:val="right"/>
      </w:pPr>
      <w:r>
        <w:t>دین دیر از نو پرابلم۔</w:t>
      </w:r>
    </w:p>
    <w:p>
      <w:r>
        <w:rPr>
          <w:b/>
        </w:rPr>
        <w:t xml:space="preserve">[46:30] </w:t>
      </w:r>
      <w:r>
        <w:t>so try to take the problem as a normal routine.</w:t>
      </w:r>
    </w:p>
    <w:p>
      <w:pPr>
        <w:jc w:val="right"/>
      </w:pPr>
      <w:r>
        <w:t>سو ٹرائی ٹو ٹیک دا پرابلم ایز ا نارمل روٹین۔</w:t>
      </w:r>
    </w:p>
    <w:p>
      <w:r>
        <w:rPr>
          <w:b/>
        </w:rPr>
        <w:t xml:space="preserve">[46:42] </w:t>
      </w:r>
      <w:r>
        <w:t>save yourself. this you can save yourself by following this, this formula, you can save yourself.</w:t>
      </w:r>
    </w:p>
    <w:p>
      <w:pPr>
        <w:jc w:val="right"/>
      </w:pPr>
      <w:r>
        <w:t>سیو یور سیلف۔ دس یو کین سیو یور سیلف بائی فالونگ دس، دس فارمولا، یو کین سیو یور سیلف۔</w:t>
      </w:r>
    </w:p>
    <w:p>
      <w:r>
        <w:rPr>
          <w:b/>
        </w:rPr>
        <w:t xml:space="preserve">[47:00] </w:t>
      </w:r>
      <w:r>
        <w:t>i don't mean that you have to live like a stoic person</w:t>
      </w:r>
    </w:p>
    <w:p>
      <w:pPr>
        <w:jc w:val="right"/>
      </w:pPr>
      <w:r>
        <w:t>ائی ڈونٹ مین دیٹ یو ہیو ٹو لیو لائک ا اسٹیوڈ پرسن</w:t>
      </w:r>
    </w:p>
    <w:p>
      <w:r>
        <w:rPr>
          <w:b/>
        </w:rPr>
        <w:t xml:space="preserve">[47:07] </w:t>
      </w:r>
      <w:r>
        <w:t>. no, you have to activate your mind. you have to plan your life. you have to try to achieve success.</w:t>
      </w:r>
    </w:p>
    <w:p>
      <w:pPr>
        <w:jc w:val="right"/>
      </w:pPr>
      <w:r>
        <w:t>۔ نو، یو ہیو ٹو ایکٹیویٹ یور مائنڈ۔ یو ہیو ٹو پلان یور لائف۔ یو ہیو ٹو ٹرائی ٹو اچیو سکسیس۔</w:t>
      </w:r>
    </w:p>
    <w:p>
      <w:r>
        <w:rPr>
          <w:b/>
        </w:rPr>
        <w:t xml:space="preserve">[47:24] </w:t>
      </w:r>
      <w:r>
        <w:t>bat in spite of all the planning, in spite of all the wise steps, it is possibly that, it is possible that you may sum, you may face some kind of sad experience.</w:t>
      </w:r>
    </w:p>
    <w:p>
      <w:pPr>
        <w:jc w:val="right"/>
      </w:pPr>
      <w:r>
        <w:t>بٹ انسپائٹ اف ال دو پلاننگ، انسپائٹ اف ال دو وائز سٹیپس، اٹ از پوسیبلی دیٹ، اٹ از پوسیبل دیٹ یو می سم، یو می فیس سم کائنڈ اف سیڈ ایکسپیرینس۔</w:t>
      </w:r>
    </w:p>
    <w:p>
      <w:r>
        <w:rPr>
          <w:b/>
        </w:rPr>
        <w:t xml:space="preserve">[47:40] </w:t>
      </w:r>
      <w:r>
        <w:t>den i would like to say that, take it easy. you have to plan your life.</w:t>
      </w:r>
    </w:p>
    <w:p>
      <w:pPr>
        <w:jc w:val="right"/>
      </w:pPr>
      <w:r>
        <w:t>دین ائی وڈ لائک ٹو سے دیٹ، ٹیک اٹ ایزی۔ یو ہیو ٹو پلان یور لائف۔</w:t>
      </w:r>
    </w:p>
    <w:p>
      <w:r>
        <w:rPr>
          <w:b/>
        </w:rPr>
        <w:t xml:space="preserve">[47:50] </w:t>
      </w:r>
      <w:r>
        <w:t>you have to try to live a successful life. you have to use all your faculty or your ability.</w:t>
      </w:r>
    </w:p>
    <w:p>
      <w:pPr>
        <w:jc w:val="right"/>
      </w:pPr>
      <w:r>
        <w:t>یو ہیو ٹو ٹرائی ٹو لیو ا سکسیس فل لائف۔ یو ہیو ٹو یوز ال یور فیکلٹی اور یور ایبیلیٹی۔</w:t>
      </w:r>
    </w:p>
    <w:p>
      <w:r>
        <w:rPr>
          <w:b/>
        </w:rPr>
        <w:t xml:space="preserve">[48:02] </w:t>
      </w:r>
      <w:r>
        <w:t>but if you face some sad experience, den take it easy. den it is a question of maturity.</w:t>
      </w:r>
    </w:p>
    <w:p>
      <w:pPr>
        <w:jc w:val="right"/>
      </w:pPr>
      <w:r>
        <w:t>بٹ اف یو فیس سم سیڈ ایکسپیرینس، دین ٹیک اٹ ایزی۔ دین اٹ از ا کوئسچن اف میچورٹی۔</w:t>
      </w:r>
    </w:p>
    <w:p>
      <w:r>
        <w:rPr>
          <w:b/>
        </w:rPr>
        <w:t xml:space="preserve">[48:16] </w:t>
      </w:r>
      <w:r>
        <w:t>maturity. a only immature people</w:t>
      </w:r>
    </w:p>
    <w:p>
      <w:pPr>
        <w:jc w:val="right"/>
      </w:pPr>
      <w:r>
        <w:t>میچورٹی۔ اے اونلی امیچور پیپل</w:t>
      </w:r>
    </w:p>
    <w:p>
      <w:r>
        <w:rPr>
          <w:b/>
        </w:rPr>
        <w:t xml:space="preserve">[48:22] </w:t>
      </w:r>
      <w:r>
        <w:t>are, are,</w:t>
      </w:r>
    </w:p>
    <w:p>
      <w:pPr>
        <w:jc w:val="right"/>
      </w:pPr>
      <w:r>
        <w:t>ار، ار،</w:t>
      </w:r>
    </w:p>
    <w:p>
      <w:r>
        <w:rPr>
          <w:b/>
        </w:rPr>
        <w:t xml:space="preserve">[48:27] </w:t>
      </w:r>
      <w:r>
        <w:t>are only immature people are living in tension and stress.</w:t>
      </w:r>
    </w:p>
    <w:p>
      <w:pPr>
        <w:jc w:val="right"/>
      </w:pPr>
      <w:r>
        <w:t>ار اونلی امیچور پیپل ار لیونگ ان ٹینشن اینڈ اسٹریس۔</w:t>
      </w:r>
    </w:p>
    <w:p>
      <w:r>
        <w:rPr>
          <w:b/>
        </w:rPr>
        <w:t xml:space="preserve">[48:35] </w:t>
      </w:r>
      <w:r>
        <w:t>if you are mature person, den you have, den you can save yourself from all these problems.</w:t>
      </w:r>
    </w:p>
    <w:p>
      <w:pPr>
        <w:jc w:val="right"/>
      </w:pPr>
      <w:r>
        <w:t>اف یو ار میچور پرسن، دین یو ہیو، دین یو کین سیو یور سیلف فرام ال دیز پرابلمز۔</w:t>
      </w:r>
    </w:p>
    <w:p>
      <w:r>
        <w:rPr>
          <w:b/>
        </w:rPr>
        <w:t xml:space="preserve">[48:49] </w:t>
      </w:r>
      <w:r>
        <w:t>at least bad effect of all these problems.</w:t>
      </w:r>
    </w:p>
    <w:p>
      <w:pPr>
        <w:jc w:val="right"/>
      </w:pPr>
      <w:r>
        <w:t>ایٹ لیسٹ بیڈ ایفیکٹ اف ال دیز پرابلمز۔</w:t>
      </w:r>
    </w:p>
    <w:p>
      <w:r>
        <w:rPr>
          <w:b/>
        </w:rPr>
        <w:t xml:space="preserve">[48:56] </w:t>
      </w:r>
      <w:r>
        <w:t>so i would like to say that, destressing is the ability to live with things you can not change.</w:t>
      </w:r>
    </w:p>
    <w:p>
      <w:pPr>
        <w:jc w:val="right"/>
      </w:pPr>
      <w:r>
        <w:t>سو ائی وڈ لائک ٹو سے دیٹ، ڈی سٹریسنگ از دا ایبیلیٹی ٹو لیو ود تھنگز یو کین ناٹ چینج۔</w:t>
      </w:r>
    </w:p>
    <w:p>
      <w:r>
        <w:rPr>
          <w:b/>
        </w:rPr>
        <w:t xml:space="preserve">[49:07] </w:t>
      </w:r>
      <w:r>
        <w:t>this also formula. destressing is the art of destressing, is the ability to live with things you can not change.</w:t>
      </w:r>
    </w:p>
    <w:p>
      <w:pPr>
        <w:jc w:val="right"/>
      </w:pPr>
      <w:r>
        <w:t>دس السو فارمولا۔ ڈی سٹریسنگ از دا ارٹ اف ڈی سٹریسنگ، از دا ایبیلیٹی ٹو لیو ود تھنگز یو کین ناٹ چینج۔</w:t>
      </w:r>
    </w:p>
    <w:p>
      <w:r>
        <w:rPr>
          <w:b/>
        </w:rPr>
        <w:t xml:space="preserve">[49:22] </w:t>
      </w:r>
      <w:r>
        <w:t>there are so many things you can not change. you can, you can not change the darkness of a night</w:t>
      </w:r>
    </w:p>
    <w:p>
      <w:pPr>
        <w:jc w:val="right"/>
      </w:pPr>
      <w:r>
        <w:t>دیر ار سو مینی تھنگز یو کین ناٹ چینج۔ یو کین، یو کین ناٹ چینج دا ڈارکنس اف ا نائٹ</w:t>
      </w:r>
    </w:p>
    <w:p>
      <w:r>
        <w:rPr>
          <w:b/>
        </w:rPr>
        <w:t xml:space="preserve">[49:31] </w:t>
      </w:r>
      <w:r>
        <w:t>. you can not change so many. there are so many things you can not remove the thoughts in the branch of a rice plant.</w:t>
      </w:r>
    </w:p>
    <w:p>
      <w:pPr>
        <w:jc w:val="right"/>
      </w:pPr>
      <w:r>
        <w:t>۔ یو کین ناٹ چینج سو مینی۔ دیر ار سو مینی تھنگز یو کین ناٹ ریموو دا تھاٹس ان دی برانچ اف ا رز پلانٹ۔</w:t>
      </w:r>
    </w:p>
    <w:p>
      <w:r>
        <w:rPr>
          <w:b/>
        </w:rPr>
        <w:t xml:space="preserve">[49:43] </w:t>
      </w:r>
      <w:r>
        <w:t>so there are so many things you can not eliminate, you can not remove it.</w:t>
      </w:r>
    </w:p>
    <w:p>
      <w:pPr>
        <w:jc w:val="right"/>
      </w:pPr>
      <w:r>
        <w:t>سو دیر ار سو مینی تھنگز یو کین ناٹ ایلیمینیٹ، یو کین ناٹ ریموو اٹ۔</w:t>
      </w:r>
    </w:p>
    <w:p>
      <w:r>
        <w:rPr>
          <w:b/>
        </w:rPr>
        <w:t xml:space="preserve">[49:50] </w:t>
      </w:r>
      <w:r>
        <w:t>so it is said that maturity is the ability to live with things you can not change. so art of de stressing also like this.</w:t>
      </w:r>
    </w:p>
    <w:p>
      <w:pPr>
        <w:jc w:val="right"/>
      </w:pPr>
      <w:r>
        <w:t>سو اٹ از سیڈ دیٹ میچورٹی از دا ایبیلیٹی ٹو لیو ود تھنگز یو کین ناٹ چینج۔ سو ارٹ اف ڈی اسٹریسنگ السو لائک دس۔</w:t>
      </w:r>
    </w:p>
    <w:p>
      <w:r>
        <w:rPr>
          <w:b/>
        </w:rPr>
        <w:t xml:space="preserve">[50:03] </w:t>
      </w:r>
      <w:r>
        <w:t>art of de stressing is the ability to live with things you can not change. this is my formula.</w:t>
      </w:r>
    </w:p>
    <w:p>
      <w:pPr>
        <w:jc w:val="right"/>
      </w:pPr>
      <w:r>
        <w:t>ارٹ اف ڈی اسٹریسنگ از دا ایبیلیٹی ٹو لیو ود تھنگز یو کین ناٹ چینج۔ دس از مائی فارمولا۔</w:t>
      </w:r>
    </w:p>
    <w:p>
      <w:r>
        <w:rPr>
          <w:b/>
        </w:rPr>
        <w:t xml:space="preserve">[50:15] </w:t>
      </w:r>
      <w:r>
        <w:t>I have adopted this formula. I always try to live with normal life, with those things I cannot change.</w:t>
      </w:r>
    </w:p>
    <w:p>
      <w:pPr>
        <w:jc w:val="right"/>
      </w:pPr>
      <w:r>
        <w:t>ائی ہیو اڈاپٹڈ دس فارمولا۔ ائی الویز ٹرائی ٹو لیو ود نارمل لائف، ود دو تھنگز ائی کین ناٹ چینج۔</w:t>
      </w:r>
    </w:p>
    <w:p>
      <w:r>
        <w:rPr>
          <w:b/>
        </w:rPr>
        <w:t xml:space="preserve">[50:28] </w:t>
      </w:r>
      <w:r>
        <w:t>there are so many things in my life. i am unable to change it</w:t>
      </w:r>
    </w:p>
    <w:p>
      <w:pPr>
        <w:jc w:val="right"/>
      </w:pPr>
      <w:r>
        <w:t>دیر ار سو مینی تھنگز ان مائی لائف۔ ائی ایم ان ایبل ٹو چینج اٹ</w:t>
      </w:r>
    </w:p>
    <w:p>
      <w:r>
        <w:rPr>
          <w:b/>
        </w:rPr>
        <w:t xml:space="preserve">[50:33] </w:t>
      </w:r>
      <w:r>
        <w:t>in my family, in my society, in my country, also in the world. there are so many things that bothers me.</w:t>
      </w:r>
    </w:p>
    <w:p>
      <w:pPr>
        <w:jc w:val="right"/>
      </w:pPr>
      <w:r>
        <w:t>ان مائی فیملی، ان مائی سوسائٹی، ان مائی کنٹری، السو ان دا ورلڈ۔ دیر ار سو مینی تھنگز دیٹ بادرز می۔</w:t>
      </w:r>
    </w:p>
    <w:p>
      <w:r>
        <w:rPr>
          <w:b/>
        </w:rPr>
        <w:t xml:space="preserve">[50:52] </w:t>
      </w:r>
      <w:r>
        <w:t>I think when I, when I, when I think that I cannot change it.</w:t>
      </w:r>
    </w:p>
    <w:p>
      <w:pPr>
        <w:jc w:val="right"/>
      </w:pPr>
      <w:r>
        <w:t>ائی تھنک وین ائی، وین ائی، وین ائی تھنک دیٹ ائی کین ناٹ چینج اٹ۔</w:t>
      </w:r>
    </w:p>
    <w:p>
      <w:r>
        <w:rPr>
          <w:b/>
        </w:rPr>
        <w:t xml:space="preserve">[51:02] </w:t>
      </w:r>
      <w:r>
        <w:t>so I try to live with it as a normal. So it is a well known</w:t>
      </w:r>
    </w:p>
    <w:p>
      <w:pPr>
        <w:jc w:val="right"/>
      </w:pPr>
      <w:r>
        <w:t>سو ائی ٹرائی ٹو لیو ود اٹ ایز ا نارمل۔ سو اٹ از ا ویل نون</w:t>
      </w:r>
    </w:p>
    <w:p>
      <w:r>
        <w:rPr>
          <w:b/>
        </w:rPr>
        <w:t xml:space="preserve">[51:11] </w:t>
      </w:r>
      <w:r>
        <w:t>formula that maturity is the ability to live with things you cannot change. So is the case of de-stressing.</w:t>
      </w:r>
    </w:p>
    <w:p>
      <w:pPr>
        <w:jc w:val="right"/>
      </w:pPr>
      <w:r>
        <w:t>فارمولا دیٹ میچورٹی از دا ایبیلیٹی ٹو لیو ود تھنگز یو کین ناٹ چینج۔ سو از دا کیس اف ڈی اسٹریسنگ۔</w:t>
      </w:r>
    </w:p>
    <w:p>
      <w:r>
        <w:rPr>
          <w:b/>
        </w:rPr>
        <w:t xml:space="preserve">[51:22] </w:t>
      </w:r>
      <w:r>
        <w:t>Art of de-stressing, art of de-stressing is the ability to live with things you cannot change.</w:t>
      </w:r>
    </w:p>
    <w:p>
      <w:pPr>
        <w:jc w:val="right"/>
      </w:pPr>
      <w:r>
        <w:t>ارٹ اف ڈی اسٹریسنگ، ارٹ اف ڈی اسٹریسنگ از دا ایبیلیٹی ٹو لیو ود تھنگز یو کین ناٹ چینج۔</w:t>
      </w:r>
    </w:p>
    <w:p>
      <w:r>
        <w:rPr>
          <w:b/>
        </w:rPr>
        <w:t xml:space="preserve">[51:36] </w:t>
      </w:r>
      <w:r>
        <w:t>I am not saying this as a lip service. It is my life. I have adopted this formula. I live with this formula.</w:t>
      </w:r>
    </w:p>
    <w:p>
      <w:pPr>
        <w:jc w:val="right"/>
      </w:pPr>
      <w:r>
        <w:t>ائی ایم ناٹ سیئنگ دس ایز ا لیفٹ سروس۔ اٹ از مائی لائف۔ ائی ہیو اڈاپٹڈ دس فارمولا۔ ائی لیو ود دس فارمولا۔</w:t>
      </w:r>
    </w:p>
    <w:p>
      <w:r>
        <w:rPr>
          <w:b/>
        </w:rPr>
        <w:t xml:space="preserve">[51:51] </w:t>
      </w:r>
      <w:r>
        <w:t>So I have found this formula very simple and very practicable also.</w:t>
      </w:r>
    </w:p>
    <w:p>
      <w:pPr>
        <w:jc w:val="right"/>
      </w:pPr>
      <w:r>
        <w:t>سو ائی ہیو فاؤنڈ دس فارمولا ویری سمپل اینڈ ویری پریکٹسبل السو۔</w:t>
      </w:r>
    </w:p>
    <w:p>
      <w:r>
        <w:rPr>
          <w:b/>
        </w:rPr>
        <w:t xml:space="preserve">[52:01] </w:t>
      </w:r>
      <w:r>
        <w:t>I always say that if there is no physical problem, there is no problem. Intellectual problem is not a problem.</w:t>
      </w:r>
    </w:p>
    <w:p>
      <w:pPr>
        <w:jc w:val="right"/>
      </w:pPr>
      <w:r>
        <w:t>ائی الویز سے دیٹ اف دیر از نو فزیکل پرابلم، دیر از نو پرابلم۔ انٹلیکچول پرابلم از ناٹ ا پرابلم۔</w:t>
      </w:r>
    </w:p>
    <w:p>
      <w:r>
        <w:rPr>
          <w:b/>
        </w:rPr>
        <w:t xml:space="preserve">[52:13] </w:t>
      </w:r>
      <w:r>
        <w:t>If there is physical problem, for example fracture, then it is a problem. Then you have to go to hospital.</w:t>
      </w:r>
    </w:p>
    <w:p>
      <w:pPr>
        <w:jc w:val="right"/>
      </w:pPr>
      <w:r>
        <w:t>اف دیر از فزیکل پرابلم، فار ایگزیمپل فریکچر، دین اٹ از ا پرابلم۔ دین یو ہیو ٹو گو ٹو ہاسپٹل۔</w:t>
      </w:r>
    </w:p>
    <w:p>
      <w:r>
        <w:rPr>
          <w:b/>
        </w:rPr>
        <w:t xml:space="preserve">[52:22] </w:t>
      </w:r>
      <w:r>
        <w:t>But if the problem is intellectual nature, it is mental nature, it is psychological nature, then it is not a problem.</w:t>
      </w:r>
    </w:p>
    <w:p>
      <w:pPr>
        <w:jc w:val="right"/>
      </w:pPr>
      <w:r>
        <w:t>بٹ اف دا پرابلم از انٹلیکچول نیچر، اٹ از مینٹل نیچر، اٹ از سائیکلوجیکل نیچر، دین اٹ از ناٹ ا پرابلم۔</w:t>
      </w:r>
    </w:p>
    <w:p>
      <w:r>
        <w:rPr>
          <w:b/>
        </w:rPr>
        <w:t xml:space="preserve">[52:32] </w:t>
      </w:r>
      <w:r>
        <w:t>You have to delete it by touching a button.</w:t>
      </w:r>
    </w:p>
    <w:p>
      <w:pPr>
        <w:jc w:val="right"/>
      </w:pPr>
      <w:r>
        <w:t>یو ہیو ٹو ڈیلیٹ اٹ بائی ٹچنگ ا بٹن۔</w:t>
      </w:r>
    </w:p>
    <w:p>
      <w:r>
        <w:rPr>
          <w:b/>
        </w:rPr>
        <w:t xml:space="preserve">[52:38] </w:t>
      </w:r>
      <w:r>
        <w:t>I would repeat that, if your problem, if your problem is physical problem, like fracture or any fatal disease, then you have to cons</w:t>
      </w:r>
    </w:p>
    <w:p>
      <w:pPr>
        <w:jc w:val="right"/>
      </w:pPr>
      <w:r>
        <w:t>ائی وڈ ریپیٹ دیٹ، اف یور پرابلم، اف یور پرابلم از فزیکل پرابلم، لائک فریکچر اور اینی فیٹل ڈیزیز، دین یو ہیو ٹو کنس</w:t>
      </w:r>
    </w:p>
    <w:p>
      <w:r>
        <w:rPr>
          <w:b/>
        </w:rPr>
        <w:t xml:space="preserve">[52:53] </w:t>
      </w:r>
      <w:r>
        <w:t>ult a doctor. Then you have to go to some hospital. But if the problem is simply a mental problem, a psychological problem, then don't bother.</w:t>
      </w:r>
    </w:p>
    <w:p>
      <w:pPr>
        <w:jc w:val="right"/>
      </w:pPr>
      <w:r>
        <w:t>لٹ ا ڈاکٹر۔ دین یو ہیو ٹو گو ٹو سم ہاسپٹل۔ بٹ اف دا پرابلم از سمپلی ا مینٹل پرابلم، ا سائیکلوجیکل پرابلم، دین ڈونٹ بادر۔</w:t>
      </w:r>
    </w:p>
    <w:p>
      <w:r>
        <w:rPr>
          <w:b/>
        </w:rPr>
        <w:t xml:space="preserve">[53:09] </w:t>
      </w:r>
      <w:r>
        <w:t>Simply touch a button and delete it from your mind.</w:t>
      </w:r>
    </w:p>
    <w:p>
      <w:pPr>
        <w:jc w:val="right"/>
      </w:pPr>
      <w:r>
        <w:t>سمپلی ٹچ ا بٹن اینڈ ڈیلیٹ اٹ فرام یور مائنڈ۔</w:t>
      </w:r>
    </w:p>
    <w:p>
      <w:r>
        <w:rPr>
          <w:b/>
        </w:rPr>
        <w:t xml:space="preserve">[53:17] </w:t>
      </w:r>
      <w:r>
        <w:t>You have no other option. There is no other option. Either you have to delete it, or you have to live with this, with all kind of sadness, all kind of stress.</w:t>
      </w:r>
    </w:p>
    <w:p>
      <w:pPr>
        <w:jc w:val="right"/>
      </w:pPr>
      <w:r>
        <w:t>یو ہیو نو ادر اپشن۔ دیر از نو ادر اپشن۔ ایدر یو ہیو ٹو ڈیلیٹ اٹ، اور یو ہیو ٹو لیو ود دس، ود ال کائنڈ اف سیڈنس، ال کائنڈ اف اسٹریس۔</w:t>
      </w:r>
    </w:p>
    <w:p>
      <w:r>
        <w:rPr>
          <w:b/>
        </w:rPr>
        <w:t xml:space="preserve">[53:31] </w:t>
      </w:r>
      <w:r>
        <w:t>And you know, tension or stress are nothing but intellectual suicide. It is like, it is intellectual suicide.</w:t>
      </w:r>
    </w:p>
    <w:p>
      <w:pPr>
        <w:jc w:val="right"/>
      </w:pPr>
      <w:r>
        <w:t>اینڈ یو نو، ٹینشن اور اسٹریس ار نتھنگ بٹ انٹلیکچول سوسائٹی۔ اٹ از لائک، اٹ از انٹلیکچول سوسائٹی۔</w:t>
      </w:r>
    </w:p>
    <w:p>
      <w:r>
        <w:rPr>
          <w:b/>
        </w:rPr>
        <w:t xml:space="preserve">[53:42] </w:t>
      </w:r>
      <w:r>
        <w:t>Tension in intellectual society, stress in intellectual society, sadness in intellectual society. So you have only two options: society or delete it from your memory.</w:t>
      </w:r>
    </w:p>
    <w:p>
      <w:pPr>
        <w:jc w:val="right"/>
      </w:pPr>
      <w:r>
        <w:t>ٹینشن از انٹلیکچول سوسائٹی، اسٹریس از انٹلیکچول سوسائٹی، سیڈنس از انٹلیکچول سوسائٹی۔ سو یو ہیو اونلی ٹو اپشن: سوسائٹی اور ڈیلیٹ اٹ فرام یور میموری۔</w:t>
      </w:r>
    </w:p>
    <w:p>
      <w:r>
        <w:rPr>
          <w:b/>
        </w:rPr>
        <w:t xml:space="preserve">[54:00] </w:t>
      </w:r>
      <w:r>
        <w:t>Either you have to go to, either you have to cover society, either delete it from your, from your memory.</w:t>
      </w:r>
    </w:p>
    <w:p>
      <w:pPr>
        <w:jc w:val="right"/>
      </w:pPr>
      <w:r>
        <w:t>ایدر یو ہیو ٹو گو ٹو، ایدر یو ہیو ٹو کور سوسائٹی، ایدر ڈیلیٹ اٹ فرام یور، فرام یور میموری۔</w:t>
      </w:r>
    </w:p>
    <w:p>
      <w:r>
        <w:rPr>
          <w:b/>
        </w:rPr>
        <w:t xml:space="preserve">[54:11] </w:t>
      </w:r>
      <w:r>
        <w:t>So there is lesser evil, any to delete it is lesser evil.</w:t>
      </w:r>
    </w:p>
    <w:p>
      <w:pPr>
        <w:jc w:val="right"/>
      </w:pPr>
      <w:r>
        <w:t>تو دیر از لیسر ایول، اینی ٹو ڈیلیٹ اٹ از لیسر ایول۔</w:t>
      </w:r>
    </w:p>
    <w:p>
      <w:r>
        <w:rPr>
          <w:b/>
        </w:rPr>
        <w:t xml:space="preserve">[54:22] </w:t>
      </w:r>
      <w:r>
        <w:t>So why up the greater evil?</w:t>
      </w:r>
    </w:p>
    <w:p>
      <w:pPr>
        <w:jc w:val="right"/>
      </w:pPr>
      <w:r>
        <w:t>تو وائی اپ دا گیٹر ایول؟</w:t>
      </w:r>
    </w:p>
    <w:p>
      <w:r>
        <w:rPr>
          <w:b/>
        </w:rPr>
        <w:t xml:space="preserve">[54:27] </w:t>
      </w:r>
      <w:r>
        <w:t>No third option is possible. The real question is that no third option is possible. You are, if you are facing some tension, some stress, some problem, then you have only two options: either commit psychological suicide or delete it from your mind.</w:t>
      </w:r>
    </w:p>
    <w:p>
      <w:pPr>
        <w:jc w:val="right"/>
      </w:pPr>
      <w:r>
        <w:t>نو تھرڈ اپشن از پوسیبل۔ دا ریل کوئسچن از دیٹ نو تھرڈ اپشن از پوسیبل۔ یو ار، اف یو ار فیسنگ سم ٹینشن، سم اسٹریس، سم پرابلم، دین یو ہیو اونلی ٹو اپشن: ایدر کمٹ سائیکلوجیکل سوسائٹی اور ڈیلیٹ اٹ فرام یور مائنڈ۔</w:t>
      </w:r>
    </w:p>
    <w:p>
      <w:r>
        <w:rPr>
          <w:b/>
        </w:rPr>
        <w:t xml:space="preserve">[54:50] </w:t>
      </w:r>
      <w:r>
        <w:t>No third option is possible at all.</w:t>
      </w:r>
    </w:p>
    <w:p>
      <w:pPr>
        <w:jc w:val="right"/>
      </w:pPr>
      <w:r>
        <w:t>نو تھرڈ اپشن از پوسیبل ایٹ ال۔</w:t>
      </w:r>
    </w:p>
    <w:p>
      <w:r>
        <w:rPr>
          <w:b/>
        </w:rPr>
        <w:t xml:space="preserve">[54:55] </w:t>
      </w:r>
      <w:r>
        <w:t>This is my simple formula. I have adopted this formula myself. I am not saying this as a left service, but it is my personal culture.</w:t>
      </w:r>
    </w:p>
    <w:p>
      <w:pPr>
        <w:jc w:val="right"/>
      </w:pPr>
      <w:r>
        <w:t>دس از مائی سمپل فارمولا۔ ائی ہیو اڈاپٹڈ دس فارمولا مائی سیلف۔ ائی ایم ناٹ سیئنگ دس ایز ا لیفٹ سروس، بٹ اٹ از مائی پرسنل کلچر۔</w:t>
      </w:r>
    </w:p>
    <w:p>
      <w:r>
        <w:rPr>
          <w:b/>
        </w:rPr>
        <w:t xml:space="preserve">[55:10] </w:t>
      </w:r>
      <w:r>
        <w:t>I follow this every day.</w:t>
      </w:r>
    </w:p>
    <w:p>
      <w:pPr>
        <w:jc w:val="right"/>
      </w:pPr>
      <w:r>
        <w:t>ائی فالو دس ایوری ڈے۔</w:t>
      </w:r>
    </w:p>
    <w:p>
      <w:r>
        <w:rPr>
          <w:b/>
        </w:rPr>
        <w:t xml:space="preserve">[55:14] </w:t>
      </w:r>
      <w:r>
        <w:t>When I, when I, when I feel that I am helpless here, I cannot remove this problem, then I delete it from my mind.</w:t>
      </w:r>
    </w:p>
    <w:p>
      <w:pPr>
        <w:jc w:val="right"/>
      </w:pPr>
      <w:r>
        <w:t>وین ائی، وین ائی، وین ائی فیل دیٹ ائی ایم ہیلپلیس ہیر، ائی کین ناٹ ریموو دس پرابلم، دین ائی ڈیلیٹ اٹ فرام مائی مائنڈ۔</w:t>
      </w:r>
    </w:p>
    <w:p>
      <w:r>
        <w:rPr>
          <w:b/>
        </w:rPr>
        <w:t xml:space="preserve">[55:34] </w:t>
      </w:r>
      <w:r>
        <w:t>So this is my advice to you:</w:t>
      </w:r>
    </w:p>
    <w:p>
      <w:pPr>
        <w:jc w:val="right"/>
      </w:pPr>
      <w:r>
        <w:t>تو دس از مائی ایڈوائس ٹو یو:</w:t>
      </w:r>
    </w:p>
    <w:p>
      <w:r>
        <w:rPr>
          <w:b/>
        </w:rPr>
        <w:t xml:space="preserve">[55:41] </w:t>
      </w:r>
      <w:r>
        <w:t>In life, there is no third option. In life, there is no third option. Either you have to commit society, or you have to save it by following this formula.</w:t>
      </w:r>
    </w:p>
    <w:p>
      <w:pPr>
        <w:jc w:val="right"/>
      </w:pPr>
      <w:r>
        <w:t>ان لائف، دیر از نو تھرڈ اپشن۔ ان لائف، دیر از نو تھرڈ اپشن۔ ایدر یو ہیو ٹو کمٹ سوسائٹی، اور یو ہیو ٹو سیو اٹ بائی فالونگ دس فارمولا۔</w:t>
      </w:r>
    </w:p>
    <w:p>
      <w:r>
        <w:rPr>
          <w:b/>
        </w:rPr>
        <w:t xml:space="preserve">[56:01] </w:t>
      </w:r>
      <w:r>
        <w:t>This are, this also</w:t>
      </w:r>
    </w:p>
    <w:p>
      <w:pPr>
        <w:jc w:val="right"/>
      </w:pPr>
      <w:r>
        <w:t>دس ار، دس السو</w:t>
      </w:r>
    </w:p>
    <w:p>
      <w:r>
        <w:rPr>
          <w:b/>
        </w:rPr>
        <w:t xml:space="preserve">[56:06] </w:t>
      </w:r>
      <w:r>
        <w:t>What you can say positive thinking. Positive thinking. Live always in positivity, don't live in negativity.</w:t>
      </w:r>
    </w:p>
    <w:p>
      <w:pPr>
        <w:jc w:val="right"/>
      </w:pPr>
      <w:r>
        <w:t>واٹ یو کین سے پوزیٹیو تھنکنگ۔ پوزیٹیو تھنکنگ۔ لیو الویز ان پوزیٹیوٹی، ڈونٹ لیو ان نیگیٹیوٹی۔</w:t>
      </w:r>
    </w:p>
    <w:p>
      <w:r>
        <w:rPr>
          <w:b/>
        </w:rPr>
        <w:t xml:space="preserve">[56:18] </w:t>
      </w:r>
      <w:r>
        <w:t>Today I was, I was invited in some seminar in Delhi.</w:t>
      </w:r>
    </w:p>
    <w:p>
      <w:pPr>
        <w:jc w:val="right"/>
      </w:pPr>
      <w:r>
        <w:t>ٹوڈے ائی واز، ائی واز انوائٹڈ ان سم سیمینار ان دہلی۔</w:t>
      </w:r>
    </w:p>
    <w:p>
      <w:r>
        <w:rPr>
          <w:b/>
        </w:rPr>
        <w:t xml:space="preserve">[56:28] </w:t>
      </w:r>
      <w:r>
        <w:t>So I address our there. So in this address, I said that adopt the cow culture</w:t>
      </w:r>
    </w:p>
    <w:p>
      <w:pPr>
        <w:jc w:val="right"/>
      </w:pPr>
      <w:r>
        <w:t>سو ائی ایڈریس اور دیر۔ سو ان دس ایڈریس، ائی سیڈ دیٹ اڈاپٹ دا کاؤ کلچر</w:t>
      </w:r>
    </w:p>
    <w:p>
      <w:r>
        <w:rPr>
          <w:b/>
        </w:rPr>
        <w:t xml:space="preserve">[56:41] </w:t>
      </w:r>
      <w:r>
        <w:t>. I said that cow is divine industry. Cow is a divine industry. You give cow simply grass, and cow return you milk.</w:t>
      </w:r>
    </w:p>
    <w:p>
      <w:pPr>
        <w:jc w:val="right"/>
      </w:pPr>
      <w:r>
        <w:t>۔ ائی سیڈ دیٹ کاؤ از ڈیوائن انڈسٹری۔ کاؤ از ا ڈیوائن انڈسٹری۔ یو گیو کاؤ سمپلی گراس، اینڈ کاؤ ریٹرن یو ملک۔</w:t>
      </w:r>
    </w:p>
    <w:p>
      <w:r>
        <w:rPr>
          <w:b/>
        </w:rPr>
        <w:t xml:space="preserve">[56:57] </w:t>
      </w:r>
      <w:r>
        <w:t>so cow is</w:t>
      </w:r>
    </w:p>
    <w:p>
      <w:pPr>
        <w:jc w:val="right"/>
      </w:pPr>
      <w:r>
        <w:t>سو کاؤ از</w:t>
      </w:r>
    </w:p>
    <w:p>
      <w:r>
        <w:rPr>
          <w:b/>
        </w:rPr>
        <w:t xml:space="preserve">[57:03] </w:t>
      </w:r>
      <w:r>
        <w:t>a divine industry that is able to convert non milk into milk.</w:t>
      </w:r>
    </w:p>
    <w:p>
      <w:pPr>
        <w:jc w:val="right"/>
      </w:pPr>
      <w:r>
        <w:t>ا ڈیوائن انڈسٹری دیٹ از ایبل ٹو کنورٹ نان ملک انٹو ملک۔</w:t>
      </w:r>
    </w:p>
    <w:p>
      <w:r>
        <w:rPr>
          <w:b/>
        </w:rPr>
        <w:t xml:space="preserve">[57:11] </w:t>
      </w:r>
      <w:r>
        <w:t>Cow is a divine industry that is able to convert non milk into milk. So you have to convert negativity to positivity.</w:t>
      </w:r>
    </w:p>
    <w:p>
      <w:pPr>
        <w:jc w:val="right"/>
      </w:pPr>
      <w:r>
        <w:t>کاؤ از ا ڈیوائن انڈسٹری دیٹ از ایبل ٹو کنورٹ نان ملک انٹو ملک۔ سو یو ہیو ٹو کنورٹ نیگیٹیوٹی ٹو پوزیٹیوٹی۔</w:t>
      </w:r>
    </w:p>
    <w:p>
      <w:r>
        <w:rPr>
          <w:b/>
        </w:rPr>
        <w:t xml:space="preserve">[57:23] </w:t>
      </w:r>
      <w:r>
        <w:t>God has demonstrated this in the form of cow</w:t>
      </w:r>
    </w:p>
    <w:p>
      <w:pPr>
        <w:jc w:val="right"/>
      </w:pPr>
      <w:r>
        <w:t>گاڈ ہیز ڈیمونسٹریٹڈ دس ان دا فارم اف کاؤ</w:t>
      </w:r>
    </w:p>
    <w:p>
      <w:r>
        <w:rPr>
          <w:b/>
        </w:rPr>
        <w:t xml:space="preserve">[57:30] </w:t>
      </w:r>
      <w:r>
        <w:t>. So cow is a divine industry. It is a demonstration by God. Cow is able to convert non milk into milk.</w:t>
      </w:r>
    </w:p>
    <w:p>
      <w:pPr>
        <w:jc w:val="right"/>
      </w:pPr>
      <w:r>
        <w:t>۔ سو کاؤ از ا ڈیوائن انڈسٹری۔ اٹ از ا ڈیمونسٹریشن بائی گاڈ۔ کاؤ از ایبل ٹو کنورٹ نان ملک انٹو ملک۔</w:t>
      </w:r>
    </w:p>
    <w:p>
      <w:r>
        <w:rPr>
          <w:b/>
        </w:rPr>
        <w:t xml:space="preserve">[57:42] </w:t>
      </w:r>
      <w:r>
        <w:t>So you have to do this. You have to adopt</w:t>
      </w:r>
    </w:p>
    <w:p>
      <w:pPr>
        <w:jc w:val="right"/>
      </w:pPr>
      <w:r>
        <w:t>سو یو ہیو ٹو ڈو دس۔ یو ہیو ٹو اڈاپٹ</w:t>
      </w:r>
    </w:p>
    <w:p>
      <w:r>
        <w:rPr>
          <w:b/>
        </w:rPr>
        <w:t xml:space="preserve">[57:45] </w:t>
      </w:r>
      <w:r>
        <w:t>this culture. You have to convert negativity into positivity.</w:t>
      </w:r>
    </w:p>
    <w:p>
      <w:pPr>
        <w:jc w:val="right"/>
      </w:pPr>
      <w:r>
        <w:t>دس کلچر۔ یو ہیو ٹو کنورٹ نیگیٹیوٹی انٹو پوزیٹیوٹی۔</w:t>
      </w:r>
    </w:p>
    <w:p>
      <w:r>
        <w:rPr>
          <w:b/>
        </w:rPr>
        <w:t xml:space="preserve">[57:52] </w:t>
      </w:r>
      <w:r>
        <w:t>in the audience, there was a Hindu. He said that I am a Hindu. Since childhood, I was</w:t>
      </w:r>
    </w:p>
    <w:p>
      <w:pPr>
        <w:jc w:val="right"/>
      </w:pPr>
      <w:r>
        <w:t>ان دا اڈینس، دیر واز ا ہندو۔ ہی سیڈ دیٹ ائی ایم ا ہندو۔ سندھ چائلڈ ہڈ، ائی واز</w:t>
      </w:r>
    </w:p>
    <w:p>
      <w:r>
        <w:rPr>
          <w:b/>
        </w:rPr>
        <w:t xml:space="preserve">[58:04] </w:t>
      </w:r>
      <w:r>
        <w:t>hearing so many things about</w:t>
      </w:r>
    </w:p>
    <w:p>
      <w:pPr>
        <w:jc w:val="right"/>
      </w:pPr>
      <w:r>
        <w:t>ہیئرنگ سو مینی تھنگ اباؤٹ</w:t>
      </w:r>
    </w:p>
    <w:p>
      <w:r>
        <w:rPr>
          <w:b/>
        </w:rPr>
        <w:t xml:space="preserve">[58:06] </w:t>
      </w:r>
      <w:r>
        <w:t>cow. But today, first time I heard this kind of sermon that cow is a divine industry.</w:t>
      </w:r>
    </w:p>
    <w:p>
      <w:pPr>
        <w:jc w:val="right"/>
      </w:pPr>
      <w:r>
        <w:t>کاؤ۔ بٹ ٹوڈے، فرسٹ ٹائم ائی ہیڈ دس کائنڈ اف سرمن دیٹ کاؤ از ا ڈیوائن انڈسٹری۔</w:t>
      </w:r>
    </w:p>
    <w:p>
      <w:r>
        <w:rPr>
          <w:b/>
        </w:rPr>
        <w:t xml:space="preserve">[58:15] </w:t>
      </w:r>
      <w:r>
        <w:t>He was very happy.</w:t>
      </w:r>
    </w:p>
    <w:p>
      <w:pPr>
        <w:jc w:val="right"/>
      </w:pPr>
      <w:r>
        <w:t>ہی واز ویری ہیپی۔</w:t>
      </w:r>
    </w:p>
    <w:p>
      <w:r>
        <w:rPr>
          <w:b/>
        </w:rPr>
        <w:t xml:space="preserve">[58:21] </w:t>
      </w:r>
      <w:r>
        <w:t>So you have to, you have to, you have to know that we are subject of the laws of nature.</w:t>
      </w:r>
    </w:p>
    <w:p>
      <w:pPr>
        <w:jc w:val="right"/>
      </w:pPr>
      <w:r>
        <w:t>سو یو ہیو ٹو، یو ہیو ٹو، یو ہیو ٹو نو دیٹ وی ار سبجیکٹ اف دا لاز اف نیچر۔</w:t>
      </w:r>
    </w:p>
    <w:p>
      <w:r>
        <w:rPr>
          <w:b/>
        </w:rPr>
        <w:t xml:space="preserve">[58:33] </w:t>
      </w:r>
      <w:r>
        <w:t>We are living in a world</w:t>
      </w:r>
    </w:p>
    <w:p>
      <w:pPr>
        <w:jc w:val="right"/>
      </w:pPr>
      <w:r>
        <w:t>وی ار لیونگ ان ا ورلڈ</w:t>
      </w:r>
    </w:p>
    <w:p>
      <w:r>
        <w:rPr>
          <w:b/>
        </w:rPr>
        <w:t xml:space="preserve">[58:35] </w:t>
      </w:r>
      <w:r>
        <w:t>, and this world, there are some laws said by God himself. We cannot, we have to obey this laws.</w:t>
      </w:r>
    </w:p>
    <w:p>
      <w:pPr>
        <w:jc w:val="right"/>
      </w:pPr>
      <w:r>
        <w:t>، اینڈ دس ورلڈ، دیر ار سم لاز سیڈ بائی گاڈ ہم سیلف۔ وی کین ناٹ، وی ہیو ٹو اوبے دس لاز۔</w:t>
      </w:r>
    </w:p>
    <w:p>
      <w:r>
        <w:rPr>
          <w:b/>
        </w:rPr>
        <w:t xml:space="preserve">[58:47] </w:t>
      </w:r>
      <w:r>
        <w:t>We have no other option. So all the things which are saying this time is simply an expression of the law of nature.</w:t>
      </w:r>
    </w:p>
    <w:p>
      <w:pPr>
        <w:jc w:val="right"/>
      </w:pPr>
      <w:r>
        <w:t>وی ہیو نو ادر اپشن۔ سو ال دی تھنگز وچ ار سیئنگ دس ٹائم از سمپلی اینڈ ایکسپریشن اف دا لاء اف نیچر۔</w:t>
      </w:r>
    </w:p>
    <w:p>
      <w:r>
        <w:rPr>
          <w:b/>
        </w:rPr>
        <w:t xml:space="preserve">[58:59] </w:t>
      </w:r>
      <w:r>
        <w:t>The law of nature, you have no other option except to obey the law of nature.</w:t>
      </w:r>
    </w:p>
    <w:p>
      <w:pPr>
        <w:jc w:val="right"/>
      </w:pPr>
      <w:r>
        <w:t>دا لاء اف نیچر، یو ہیو نو ادر اپشن ایکسیپٹ ٹو اوبے دا لاء اف نیچر۔</w:t>
      </w:r>
    </w:p>
    <w:p>
      <w:r>
        <w:rPr>
          <w:b/>
        </w:rPr>
        <w:t xml:space="preserve">[59:13] </w:t>
      </w:r>
      <w:r>
        <w:t>So save yourself.</w:t>
      </w:r>
    </w:p>
    <w:p>
      <w:pPr>
        <w:jc w:val="right"/>
      </w:pPr>
      <w:r>
        <w:t>سو سیو یور سیلف۔</w:t>
      </w:r>
    </w:p>
    <w:p>
      <w:r>
        <w:rPr>
          <w:b/>
        </w:rPr>
        <w:t xml:space="preserve">[59:22] </w:t>
      </w:r>
      <w:r>
        <w:t>We are here in this world only for short time,</w:t>
      </w:r>
    </w:p>
    <w:p>
      <w:pPr>
        <w:jc w:val="right"/>
      </w:pPr>
      <w:r>
        <w:t>وی ار ہیر ان دس ورلڈ اونلی فار شارٹ ٹائم،</w:t>
      </w:r>
    </w:p>
    <w:p>
      <w:r>
        <w:rPr>
          <w:b/>
        </w:rPr>
        <w:t xml:space="preserve">[59:31] </w:t>
      </w:r>
      <w:r>
        <w:t>and we have to develop our personality.</w:t>
      </w:r>
    </w:p>
    <w:p>
      <w:pPr>
        <w:jc w:val="right"/>
      </w:pPr>
      <w:r>
        <w:t>اینڈ وی ہیو ٹو ڈیولپ اور پرسنیلٹی۔</w:t>
      </w:r>
    </w:p>
    <w:p>
      <w:r>
        <w:rPr>
          <w:b/>
        </w:rPr>
        <w:t xml:space="preserve">[59:39] </w:t>
      </w:r>
      <w:r>
        <w:t>It is only develop personality that matters before God.</w:t>
      </w:r>
    </w:p>
    <w:p>
      <w:pPr>
        <w:jc w:val="right"/>
      </w:pPr>
      <w:r>
        <w:t>اٹ از اونلی ڈیولپ پرسنیلٹی دیٹ میٹرز بیفور گاڈ۔</w:t>
      </w:r>
    </w:p>
    <w:p>
      <w:r>
        <w:rPr>
          <w:b/>
        </w:rPr>
        <w:t xml:space="preserve">[59:46] </w:t>
      </w:r>
      <w:r>
        <w:t>God have set us in this world for this purpose. We have to develop our personality.</w:t>
      </w:r>
    </w:p>
    <w:p>
      <w:pPr>
        <w:jc w:val="right"/>
      </w:pPr>
      <w:r>
        <w:t>گاڈ ہیو سیٹل اس ان دس ورلڈ فار دس پرپس۔ وی ہیو ٹو ڈیولپ اور پرسنیلٹی۔</w:t>
      </w:r>
    </w:p>
    <w:p>
      <w:r>
        <w:rPr>
          <w:b/>
        </w:rPr>
        <w:t xml:space="preserve">[59:59] </w:t>
      </w:r>
      <w:r>
        <w:t>So this is the way of,</w:t>
      </w:r>
    </w:p>
    <w:p>
      <w:pPr>
        <w:jc w:val="right"/>
      </w:pPr>
      <w:r>
        <w:t>سو دس از دا وے اف،</w:t>
      </w:r>
    </w:p>
    <w:p>
      <w:r>
        <w:rPr>
          <w:b/>
        </w:rPr>
        <w:t xml:space="preserve">[1:00:04] </w:t>
      </w:r>
      <w:r>
        <w:t>this is the, this is the test.</w:t>
      </w:r>
    </w:p>
    <w:p>
      <w:pPr>
        <w:jc w:val="right"/>
      </w:pPr>
      <w:r>
        <w:t>دس از دا، دس از دا ٹیسٹ۔</w:t>
      </w:r>
    </w:p>
    <w:p>
      <w:r>
        <w:rPr>
          <w:b/>
        </w:rPr>
        <w:t xml:space="preserve">[1:00:10] </w:t>
      </w:r>
      <w:r>
        <w:t>this is the test</w:t>
      </w:r>
    </w:p>
    <w:p>
      <w:pPr>
        <w:jc w:val="right"/>
      </w:pPr>
      <w:r>
        <w:t>دس از دا ٹیسٹ</w:t>
      </w:r>
    </w:p>
    <w:p>
      <w:r>
        <w:rPr>
          <w:b/>
        </w:rPr>
        <w:t xml:space="preserve">[1:00:12] </w:t>
      </w:r>
      <w:r>
        <w:t>. We have to, we have to convert negativity into positivity. We have to de-stress our tensions.</w:t>
      </w:r>
    </w:p>
    <w:p>
      <w:pPr>
        <w:jc w:val="right"/>
      </w:pPr>
      <w:r>
        <w:t>۔ وی ہیو ٹو، وی ہیو ٹو کنورٹ نیگیٹیوٹی انٹو پوزیٹیوٹی۔ وی ہیو ٹو ڈی اسٹریس اور ٹینشنز۔</w:t>
      </w:r>
    </w:p>
    <w:p>
      <w:r>
        <w:rPr>
          <w:b/>
        </w:rPr>
        <w:t xml:space="preserve">[1:00:26] </w:t>
      </w:r>
      <w:r>
        <w:t>we have to live in problems as a normal life.</w:t>
      </w:r>
    </w:p>
    <w:p>
      <w:pPr>
        <w:jc w:val="right"/>
      </w:pPr>
      <w:r>
        <w:t>وی ہیو ٹو لیو ان پرابلمز ایز ا نارمل لائف۔</w:t>
      </w:r>
    </w:p>
    <w:p>
      <w:r>
        <w:rPr>
          <w:b/>
        </w:rPr>
        <w:t xml:space="preserve">[1:00:37] </w:t>
      </w:r>
      <w:r>
        <w:t>we have to, we have to avail these things as an opportunity. we have to avail the problems as an opportunity.</w:t>
      </w:r>
    </w:p>
    <w:p>
      <w:pPr>
        <w:jc w:val="right"/>
      </w:pPr>
      <w:r>
        <w:t>وی ہیو ٹو، وی ہیو ٹو اویل دس تھنگز ایز ان اپرچونیٹی۔ وی ہیو ٹو اویل دی پرابلمز ایز ان اپرچونیٹی۔</w:t>
      </w:r>
    </w:p>
    <w:p>
      <w:r>
        <w:rPr>
          <w:b/>
        </w:rPr>
        <w:t xml:space="preserve">[1:00:48] </w:t>
      </w:r>
      <w:r>
        <w:t>we have to avail tension and interest and problem as an opportunity.</w:t>
      </w:r>
    </w:p>
    <w:p>
      <w:pPr>
        <w:jc w:val="right"/>
      </w:pPr>
      <w:r>
        <w:t>وی ہیو ٹو اویل ٹینشن اینڈ انٹرسٹ اینڈ پرابلم ایز ان اپرچونیٹی۔</w:t>
      </w:r>
    </w:p>
    <w:p>
      <w:r>
        <w:rPr>
          <w:b/>
        </w:rPr>
        <w:t xml:space="preserve">[1:00:57] </w:t>
      </w:r>
      <w:r>
        <w:t>these are, these are, these, these things can help us to develop our personality. so this is the law of nature.</w:t>
      </w:r>
    </w:p>
    <w:p>
      <w:pPr>
        <w:jc w:val="right"/>
      </w:pPr>
      <w:r>
        <w:t>دس ار، دس ار، دس، دس تھنگز کین ہیلپ اس ٹو ڈیولپ اور پرسنیلٹی۔ سو دس از دا لاء اف نیچر۔</w:t>
      </w:r>
    </w:p>
    <w:p>
      <w:r>
        <w:rPr>
          <w:b/>
        </w:rPr>
        <w:t xml:space="preserve">[1:01:09] </w:t>
      </w:r>
      <w:r>
        <w:t>this is the creation plan of god.</w:t>
      </w:r>
    </w:p>
    <w:p>
      <w:pPr>
        <w:jc w:val="right"/>
      </w:pPr>
      <w:r>
        <w:t>دس از دا کرشن پلان اف گاڈ۔</w:t>
      </w:r>
    </w:p>
    <w:p>
      <w:r>
        <w:rPr>
          <w:b/>
        </w:rPr>
        <w:t xml:space="preserve">[1:01:12] </w:t>
      </w:r>
      <w:r>
        <w:t>and this is the,</w:t>
      </w:r>
    </w:p>
    <w:p>
      <w:pPr>
        <w:jc w:val="right"/>
      </w:pPr>
      <w:r>
        <w:t>اینڈ دس از دا،</w:t>
      </w:r>
    </w:p>
    <w:p>
      <w:r>
        <w:rPr>
          <w:b/>
        </w:rPr>
        <w:t xml:space="preserve">[1:01:16] </w:t>
      </w:r>
      <w:r>
        <w:t>and this is the only option we have in this world. no other option is possible. other option is society and annihilation.</w:t>
      </w:r>
    </w:p>
    <w:p>
      <w:pPr>
        <w:jc w:val="right"/>
      </w:pPr>
      <w:r>
        <w:t>اینڈ دس از دا اونلی اپشن وی ہیو ان دس ورلڈ۔ نو ادر اپشن از پوسیبل۔ ادر اپشن از سوسائٹی اینڈ انیلیشن۔</w:t>
      </w:r>
    </w:p>
    <w:p>
      <w:r>
        <w:rPr>
          <w:b/>
        </w:rPr>
        <w:t xml:space="preserve">[1:01:31] </w:t>
      </w:r>
      <w:r>
        <w:t>so you have to revise your life. you have to reassess your life. you have to replan your life.</w:t>
      </w:r>
    </w:p>
    <w:p>
      <w:pPr>
        <w:jc w:val="right"/>
      </w:pPr>
      <w:r>
        <w:t>سو یو ہیو ٹو ریوائز یور لائف۔ یو ہیو ٹو ری اسس یور لائف۔ یو ہیو ٹو ری پلان یور لائف۔</w:t>
      </w:r>
    </w:p>
    <w:p>
      <w:r>
        <w:rPr>
          <w:b/>
        </w:rPr>
        <w:t xml:space="preserve">[1:01:42] </w:t>
      </w:r>
      <w:r>
        <w:t>i would like to see that everyone of us have to replan his life.</w:t>
      </w:r>
    </w:p>
    <w:p>
      <w:pPr>
        <w:jc w:val="right"/>
      </w:pPr>
      <w:r>
        <w:t>ائی وڈ لائک ٹو سی دیٹ ایوری ون اف اس ہیو ٹو ری پلان ہز لائف۔</w:t>
      </w:r>
    </w:p>
    <w:p>
      <w:r>
        <w:rPr>
          <w:b/>
        </w:rPr>
        <w:t xml:space="preserve">[1:01:49] </w:t>
      </w:r>
      <w:r>
        <w:t>it required replanning, replanning on positive bases.</w:t>
      </w:r>
    </w:p>
    <w:p>
      <w:pPr>
        <w:jc w:val="right"/>
      </w:pPr>
      <w:r>
        <w:t>اٹ ریکوائرڈ ری پلاننگ، ری پلاننگ ان پوزیٹیو بیسز۔</w:t>
      </w:r>
    </w:p>
    <w:p>
      <w:r>
        <w:rPr>
          <w:b/>
        </w:rPr>
        <w:t xml:space="preserve">[1:02:01] </w:t>
      </w:r>
      <w:r>
        <w:t>may god bless you.</w:t>
      </w:r>
    </w:p>
    <w:p>
      <w:pPr>
        <w:jc w:val="right"/>
      </w:pPr>
      <w:r>
        <w:t>می گاڈ بلیس یو۔</w:t>
      </w:r>
    </w:p>
    <w:p>
      <w:r>
        <w:rPr>
          <w:b/>
        </w:rPr>
        <w:t xml:space="preserve">[1:02:06] </w:t>
      </w:r>
      <w:r>
        <w:t>aqool qooli haza</w:t>
      </w:r>
    </w:p>
    <w:p>
      <w:pPr>
        <w:jc w:val="right"/>
      </w:pPr>
      <w:r>
        <w:t>اقول قولیھذا</w:t>
      </w:r>
    </w:p>
    <w:p>
      <w:r>
        <w:rPr>
          <w:b/>
        </w:rPr>
        <w:t xml:space="preserve">[1:02:11] </w:t>
      </w:r>
      <w:r>
        <w:t>wastaghfirullah alaikum ajmaeen.</w:t>
      </w:r>
    </w:p>
    <w:p>
      <w:pPr>
        <w:jc w:val="right"/>
      </w:pPr>
      <w:r>
        <w:t>واستغفراللہ علیکم اجمعین۔</w:t>
      </w:r>
    </w:p>
    <w:p>
      <w:r>
        <w:rPr>
          <w:b/>
        </w:rPr>
        <w:t xml:space="preserve">[1:02:27] </w:t>
      </w:r>
      <w:r>
        <w:t>why is it that we are not able to forget the bad treatment from others?</w:t>
      </w:r>
    </w:p>
    <w:p>
      <w:pPr>
        <w:jc w:val="right"/>
      </w:pPr>
      <w:r>
        <w:t>وائی از اٹ دیٹ وی ار ناٹ ایبل ٹو فورگیٹ دا بیڈ ٹریٹمنٹ فرام ادر؟</w:t>
      </w:r>
    </w:p>
    <w:p>
      <w:r>
        <w:rPr>
          <w:b/>
        </w:rPr>
        <w:t xml:space="preserve">[1:02:33] </w:t>
      </w:r>
      <w:r>
        <w:t>why do we take humiliation so seriously that nothing short of revenge satisfies us?</w:t>
      </w:r>
    </w:p>
    <w:p>
      <w:pPr>
        <w:jc w:val="right"/>
      </w:pPr>
      <w:r>
        <w:t>وائی ڈو وی ٹیک ہیومیلیشن سو سیریسلی دیٹ نتھنگ شارٹ اف ریونج سیٹسفائیز اس؟</w:t>
      </w:r>
    </w:p>
    <w:p>
      <w:r>
        <w:rPr>
          <w:b/>
        </w:rPr>
        <w:t xml:space="preserve">[1:02:41] </w:t>
      </w:r>
      <w:r>
        <w:t>kindly comment.</w:t>
      </w:r>
    </w:p>
    <w:p>
      <w:pPr>
        <w:jc w:val="right"/>
      </w:pPr>
      <w:r>
        <w:t>کائنڈلی کمنٹ۔</w:t>
      </w:r>
    </w:p>
    <w:p>
      <w:r>
        <w:rPr>
          <w:b/>
        </w:rPr>
        <w:t xml:space="preserve">[1:02:50] </w:t>
      </w:r>
      <w:r>
        <w:t>i think that this is due to, due to</w:t>
      </w:r>
    </w:p>
    <w:p>
      <w:pPr>
        <w:jc w:val="right"/>
      </w:pPr>
      <w:r>
        <w:t>ائی تھنک دیٹ دس از ڈیو ٹو، ڈیو ٹو</w:t>
      </w:r>
    </w:p>
    <w:p>
      <w:r>
        <w:rPr>
          <w:b/>
        </w:rPr>
        <w:t xml:space="preserve">[1:03:05] </w:t>
      </w:r>
      <w:r>
        <w:t>fearlessness. people don't fear god</w:t>
      </w:r>
    </w:p>
    <w:p>
      <w:pPr>
        <w:jc w:val="right"/>
      </w:pPr>
      <w:r>
        <w:t>فیئر لیسنس۔ پیپل ڈونٹ فیئر گاڈ</w:t>
      </w:r>
    </w:p>
    <w:p>
      <w:r>
        <w:rPr>
          <w:b/>
        </w:rPr>
        <w:t xml:space="preserve">[1:03:12] </w:t>
      </w:r>
      <w:r>
        <w:t>because when you feel some kind of sad experience from a person,</w:t>
      </w:r>
    </w:p>
    <w:p>
      <w:pPr>
        <w:jc w:val="right"/>
      </w:pPr>
      <w:r>
        <w:t>بیکاز وین یو فیل سم کائنڈ اف سیڈ ایکسپیرینس فرام ا پرسن،</w:t>
      </w:r>
    </w:p>
    <w:p>
      <w:r>
        <w:rPr>
          <w:b/>
        </w:rPr>
        <w:t xml:space="preserve">[1:03:22] </w:t>
      </w:r>
      <w:r>
        <w:t>you have to remember quran. quran says that if you forget, if you forgive that person, god will you, god give you greater forgiveness.</w:t>
      </w:r>
    </w:p>
    <w:p>
      <w:pPr>
        <w:jc w:val="right"/>
      </w:pPr>
      <w:r>
        <w:t>یو ہیو ٹو ریممبر قران۔ قران سیز دیٹ اف یو فارگیٹ، اف یو فارگیو دیٹ پرسن، گاڈ ول یو، گاڈ گیو یو گریٹر فارگیونس۔</w:t>
      </w:r>
    </w:p>
    <w:p>
      <w:r>
        <w:rPr>
          <w:b/>
        </w:rPr>
        <w:t xml:space="preserve">[1:03:36] </w:t>
      </w:r>
      <w:r>
        <w:t>if you forgive that person who have given you a sad experience. so if you forget, if you forgive, if you forgive that person, then god will give you super forgiveness in the akhirat.</w:t>
      </w:r>
    </w:p>
    <w:p>
      <w:pPr>
        <w:jc w:val="right"/>
      </w:pPr>
      <w:r>
        <w:t>اف یو فارگیو دیٹ پرسن ہو ہیو گیون یو ا سیڈ ایکسپیرینس۔ سو اف یو فارگیٹ، اف یو فارگیو، اف یو فارگیو دیٹ پرسن، دین گاڈ ول گیو یو سپر فارگیونس ان دا اخرت۔</w:t>
      </w:r>
    </w:p>
    <w:p>
      <w:r>
        <w:rPr>
          <w:b/>
        </w:rPr>
        <w:t xml:space="preserve">[1:03:57] </w:t>
      </w:r>
      <w:r>
        <w:t>so if you, if people believe in god almighty, if they believe in the hereafter, they will adopt this formula.</w:t>
      </w:r>
    </w:p>
    <w:p>
      <w:pPr>
        <w:jc w:val="right"/>
      </w:pPr>
      <w:r>
        <w:t>سو اف یو، اف پیپل بیلیو ان گاڈ المائٹی، اف دے بیلیو ان دے ہراپٹر، دے ول اڈاپٹ دس فارمولا۔</w:t>
      </w:r>
    </w:p>
    <w:p>
      <w:r>
        <w:rPr>
          <w:b/>
        </w:rPr>
        <w:t xml:space="preserve">[1:04:08] </w:t>
      </w:r>
      <w:r>
        <w:t>and, and, and, and, and about revenge, i would like to see that revenge is quite different.</w:t>
      </w:r>
    </w:p>
    <w:p>
      <w:pPr>
        <w:jc w:val="right"/>
      </w:pPr>
      <w:r>
        <w:t>اینڈ، اینڈ، اینڈ، اینڈ، اینڈ اباؤٹ ریونج، ائی وڈ لائک ٹو سی دیٹ ریونج از کوائٹ ڈفرنٹ۔</w:t>
      </w:r>
    </w:p>
    <w:p>
      <w:r>
        <w:rPr>
          <w:b/>
        </w:rPr>
        <w:t xml:space="preserve">[1:04:18] </w:t>
      </w:r>
      <w:r>
        <w:t>if you try to revenge that person, then it means that you are inviting the curse of god, the wrath of god</w:t>
      </w:r>
    </w:p>
    <w:p>
      <w:pPr>
        <w:jc w:val="right"/>
      </w:pPr>
      <w:r>
        <w:t>اف یو ٹرائی ٹو ریونج دیٹ پرسن، دین اٹ مینز دیٹ یو ار انوائٹنگ دی کرس اف گاڈ، دا رات اف گاڈ</w:t>
      </w:r>
    </w:p>
    <w:p>
      <w:r>
        <w:rPr>
          <w:b/>
        </w:rPr>
        <w:t xml:space="preserve">[1:04:31] </w:t>
      </w:r>
      <w:r>
        <w:t>. so if you fear god, you have, you, if you, you believe that you are, you fear god almighty, either the of judgment, then you will never take revenge.</w:t>
      </w:r>
    </w:p>
    <w:p>
      <w:pPr>
        <w:jc w:val="right"/>
      </w:pPr>
      <w:r>
        <w:t>۔ سو اف یو فیئر گاڈ، یو ہیو، یو، اف یو، یو بیلیو دیٹ یو ار، یو فل گاڈ المائٹی، ایدر دی اف ججمنٹ، دین یو ول نیور ٹیک ریونج۔</w:t>
      </w:r>
    </w:p>
    <w:p>
      <w:r>
        <w:rPr>
          <w:b/>
        </w:rPr>
        <w:t xml:space="preserve">[1:04:49] </w:t>
      </w:r>
      <w:r>
        <w:t>so if you forgive that person, then you will be given greater forgiveness from God in the hereafter.</w:t>
      </w:r>
    </w:p>
    <w:p>
      <w:pPr>
        <w:jc w:val="right"/>
      </w:pPr>
      <w:r>
        <w:t>سو اف یو فارگیو دیٹ پرسن، دین یو ول بی گیون گریٹر فارگیونس فرام گاڈ ان دا ہراپٹر۔</w:t>
      </w:r>
    </w:p>
    <w:p>
      <w:r>
        <w:rPr>
          <w:b/>
        </w:rPr>
        <w:t xml:space="preserve">[1:05:07] </w:t>
      </w:r>
      <w:r>
        <w:t>in contrast, if you take revenge, then you will be, be given punishment, super punishment in the day of, the day of judgment.</w:t>
      </w:r>
    </w:p>
    <w:p>
      <w:pPr>
        <w:jc w:val="right"/>
      </w:pPr>
      <w:r>
        <w:t>ان کنٹراسٹ، اف یو ٹیک ریونج، دین یو ول بی، بی گیون پنشمنٹ، سپر پنشمنٹ ان دا ڈے اف، دا ڈے اف ججمنٹ۔</w:t>
      </w:r>
    </w:p>
    <w:p>
      <w:r>
        <w:rPr>
          <w:b/>
        </w:rPr>
        <w:t xml:space="preserve">[1:05:20] </w:t>
      </w:r>
      <w:r>
        <w:t>so it is, it is due to fear, fearlessness. people don't fear God. people don't believe in, in the day of judgment.</w:t>
      </w:r>
    </w:p>
    <w:p>
      <w:pPr>
        <w:jc w:val="right"/>
      </w:pPr>
      <w:r>
        <w:t>سو اٹ از، اٹ از ڈیو ٹو فیئر، فیئر لیسنس۔ پیپل ڈونٹ فیئر گاڈ۔ پیپل ڈونٹ بیلیو ان، ان دا ڈے اف ججمنٹ۔</w:t>
      </w:r>
    </w:p>
    <w:p>
      <w:r>
        <w:rPr>
          <w:b/>
        </w:rPr>
        <w:t xml:space="preserve">[1:05:35] </w:t>
      </w:r>
      <w:r>
        <w:t>if they have, they, if they have strong belief in the day of judgment, strong belief, then they will adopt this culture, culture of forgiveness, instead of culture of revenge.</w:t>
      </w:r>
    </w:p>
    <w:p>
      <w:pPr>
        <w:jc w:val="right"/>
      </w:pPr>
      <w:r>
        <w:t>اف دے ہیو، دے، اف دے ہیو سٹرونگ بیلیف ان دا ڈے اف ججمنٹ، سٹرونگ بیلیف، دین دے ول اڈاپٹ دس کلچر، کلچر اف فارگیونس، انسٹیڈ اف کلچر اف ریونج۔</w:t>
      </w:r>
    </w:p>
    <w:p>
      <w:r>
        <w:rPr>
          <w:b/>
        </w:rPr>
        <w:t xml:space="preserve">[1:05:54] </w:t>
      </w:r>
      <w:r>
        <w:t>this question is from Mr Ramesh from Delhi. Maulana, once you had said that in controlling our anger, first thirty seconds are very crucial.</w:t>
      </w:r>
    </w:p>
    <w:p>
      <w:pPr>
        <w:jc w:val="right"/>
      </w:pPr>
      <w:r>
        <w:t>دس کوئسچن از فرام مسٹر رامش فرام دہلی۔ مولانا، ونس یو ہیڈ سیڈ دیٹ ان کنٹرولنگ اور اینگر، فرسٹ تھرٹی سیکنڈز ار ویری کروشل۔</w:t>
      </w:r>
    </w:p>
    <w:p>
      <w:r>
        <w:rPr>
          <w:b/>
        </w:rPr>
        <w:t xml:space="preserve">[1:06:08] </w:t>
      </w:r>
      <w:r>
        <w:t>kindly explain this.</w:t>
      </w:r>
    </w:p>
    <w:p>
      <w:pPr>
        <w:jc w:val="right"/>
      </w:pPr>
      <w:r>
        <w:t>کائنڈلی ایکسپلین دس۔</w:t>
      </w:r>
    </w:p>
    <w:p>
      <w:r>
        <w:rPr>
          <w:b/>
        </w:rPr>
        <w:t xml:space="preserve">[1:06:13] </w:t>
      </w:r>
      <w:r>
        <w:t>it is a psychological process, psychological place process. according to psychological research, if you,</w:t>
      </w:r>
    </w:p>
    <w:p>
      <w:pPr>
        <w:jc w:val="right"/>
      </w:pPr>
      <w:r>
        <w:t>اٹ از ا سائیکلوجیکل پروسیس، سائیکلوجیکل پلیس پروسیس۔ اکارڈنگ ٹو سائیکلوجیکل ریسرچ، اف یو،</w:t>
      </w:r>
    </w:p>
    <w:p>
      <w:r>
        <w:rPr>
          <w:b/>
        </w:rPr>
        <w:t xml:space="preserve">[1:06:28] </w:t>
      </w:r>
      <w:r>
        <w:t>if you, if you are in, in anger, if you are angry, and you,</w:t>
      </w:r>
    </w:p>
    <w:p>
      <w:pPr>
        <w:jc w:val="right"/>
      </w:pPr>
      <w:r>
        <w:t>اف یو، اف یو ار ان، ان اینگر، اف یو ار اینگری، اینڈ یو،</w:t>
      </w:r>
    </w:p>
    <w:p>
      <w:r>
        <w:rPr>
          <w:b/>
        </w:rPr>
        <w:t xml:space="preserve">[1:06:39] </w:t>
      </w:r>
      <w:r>
        <w:t>you start thinking against your anger. if you try to think in terms of forgiveness, that suddenly the, there,</w:t>
      </w:r>
    </w:p>
    <w:p>
      <w:pPr>
        <w:jc w:val="right"/>
      </w:pPr>
      <w:r>
        <w:t>یو سٹارٹ تھنکنگ اگینسٹ یور اینگر۔ اف یو ٹرائی ٹو تھنک ان ٹرم اف فارگیونس، دیٹ سڈنلی دا، دیر،</w:t>
      </w:r>
    </w:p>
    <w:p>
      <w:r>
        <w:rPr>
          <w:b/>
        </w:rPr>
        <w:t xml:space="preserve">[1:06:54] </w:t>
      </w:r>
      <w:r>
        <w:t>there, there will be a change in mind.</w:t>
      </w:r>
    </w:p>
    <w:p>
      <w:pPr>
        <w:jc w:val="right"/>
      </w:pPr>
      <w:r>
        <w:t>دیر، دیر ول بی ا چینج ان مائنڈ۔</w:t>
      </w:r>
    </w:p>
    <w:p>
      <w:r>
        <w:rPr>
          <w:b/>
        </w:rPr>
        <w:t xml:space="preserve">[1:06:59] </w:t>
      </w:r>
      <w:r>
        <w:t>and if, and if, if, if, if, if, you, if there is a provocation, and you feel an angry, then, then they, then feeling goes like this,</w:t>
      </w:r>
    </w:p>
    <w:p>
      <w:pPr>
        <w:jc w:val="right"/>
      </w:pPr>
      <w:r>
        <w:t>اینڈ اف، اینڈ اف، اف، اف، اف، اف، یو، اف دیر از ا پروکیشن، اینڈ یو فیل این اینگری، دین، دین دے، دین دے فیلنگ گوز لائک دس،</w:t>
      </w:r>
    </w:p>
    <w:p>
      <w:r>
        <w:rPr>
          <w:b/>
        </w:rPr>
        <w:t xml:space="preserve">[1:07:13] </w:t>
      </w:r>
      <w:r>
        <w:t>like this. but if you try to think in terms of forgiveness, then the, the suddenly change this side.</w:t>
      </w:r>
    </w:p>
    <w:p>
      <w:pPr>
        <w:jc w:val="right"/>
      </w:pPr>
      <w:r>
        <w:t>لائک دس۔ بٹ اف یو ٹرائی ٹو تھنک ان ٹرم اف فارگیونس، دین دا، دا سڈنلی چینج دس سائیڈ۔</w:t>
      </w:r>
    </w:p>
    <w:p>
      <w:r>
        <w:rPr>
          <w:b/>
        </w:rPr>
        <w:t xml:space="preserve">[1:07:28] </w:t>
      </w:r>
      <w:r>
        <w:t>so this happens only in thirty, thirty second, three zero second. so it required an active mind</w:t>
      </w:r>
    </w:p>
    <w:p>
      <w:pPr>
        <w:jc w:val="right"/>
      </w:pPr>
      <w:r>
        <w:t>سو دس ہیپنز اونلی ان تھرٹی، تھرٹی سیکنڈ، تھری زیرو سیکنڈ۔ سو اٹ ریکوائرڈ ان ایکٹیو مائن</w:t>
      </w:r>
    </w:p>
    <w:p>
      <w:r>
        <w:rPr>
          <w:b/>
        </w:rPr>
        <w:t xml:space="preserve">[1:07:39] </w:t>
      </w:r>
      <w:r>
        <w:t>d. it required wisdom. you can change your mind with second.</w:t>
      </w:r>
    </w:p>
    <w:p>
      <w:pPr>
        <w:jc w:val="right"/>
      </w:pPr>
      <w:r>
        <w:t>ڈ۔ اٹ ریکوائرڈ وزڈم۔ یو کین چینج یور مائنڈ ود سیکنڈ۔</w:t>
      </w:r>
    </w:p>
    <w:p>
      <w:r>
        <w:rPr>
          <w:b/>
        </w:rPr>
        <w:t xml:space="preserve">[1:07:48] </w:t>
      </w:r>
      <w:r>
        <w:t>but if you are alert, if you are wise person, and if you can think against your negative feelings, they it is quite possible.</w:t>
      </w:r>
    </w:p>
    <w:p>
      <w:pPr>
        <w:jc w:val="right"/>
      </w:pPr>
      <w:r>
        <w:t>بٹ اف یو ار الرٹ، اف یو ار وائز پرسن، اینڈ اف یو کین تھنک اگینسٹ یور نیگیٹیو فیلنگز، دے اٹ از کوائٹ پوسیبل۔</w:t>
      </w:r>
    </w:p>
    <w:p>
      <w:r>
        <w:rPr>
          <w:b/>
        </w:rPr>
        <w:t xml:space="preserve">[1:08:05] </w:t>
      </w:r>
      <w:r>
        <w:t>this question is from Maulana Zakwan Nadvi from Delhi. Maulana, kindly explain the formula "make yourself primary".</w:t>
      </w:r>
    </w:p>
    <w:p>
      <w:pPr>
        <w:jc w:val="right"/>
      </w:pPr>
      <w:r>
        <w:t>دس کوئسچن از فرام مولانا زکوان ندوی فرام دہلی۔ مولانا، کائنڈلی ایکسپلین دی فارمولا "میک یور سیلف پرائمری"۔</w:t>
      </w:r>
    </w:p>
    <w:p>
      <w:r>
        <w:rPr>
          <w:b/>
        </w:rPr>
        <w:t xml:space="preserve">[1:08:23] </w:t>
      </w:r>
      <w:r>
        <w:t>"make yourself primary" formula is not selfish formula. it is realistic formula.</w:t>
      </w:r>
    </w:p>
    <w:p>
      <w:pPr>
        <w:jc w:val="right"/>
      </w:pPr>
      <w:r>
        <w:t>"میک یور سیلف پرائمری" فارمولا از ناٹ سیلفش فارمولا۔ اٹ از ریلسٹک فارمولا۔</w:t>
      </w:r>
    </w:p>
    <w:p>
      <w:r>
        <w:rPr>
          <w:b/>
        </w:rPr>
        <w:t xml:space="preserve">[1:08:34] </w:t>
      </w:r>
      <w:r>
        <w:t>when you feel that you cannot change other, then save yourself. first of all, you have to try to change other.</w:t>
      </w:r>
    </w:p>
    <w:p>
      <w:pPr>
        <w:jc w:val="right"/>
      </w:pPr>
      <w:r>
        <w:t>وین یو فیل دیٹ یو کین ناٹ چینج ادر، دین سیو یور سیلف۔ فرسٹ اف ال، یو ہیو ٹو ٹرائی ٹو چینج ادر۔</w:t>
      </w:r>
    </w:p>
    <w:p>
      <w:r>
        <w:rPr>
          <w:b/>
        </w:rPr>
        <w:t xml:space="preserve">[1:08:44] </w:t>
      </w:r>
      <w:r>
        <w:t>you have to do the or.</w:t>
      </w:r>
    </w:p>
    <w:p>
      <w:pPr>
        <w:jc w:val="right"/>
      </w:pPr>
      <w:r>
        <w:t>یو ہیو ٹو ڈو دا اور۔</w:t>
      </w:r>
    </w:p>
    <w:p>
      <w:r>
        <w:rPr>
          <w:b/>
        </w:rPr>
        <w:t xml:space="preserve">[1:08:50] </w:t>
      </w:r>
      <w:r>
        <w:t>but after a long struggle, long effort, if you feel that, that your effort is result less.</w:t>
      </w:r>
    </w:p>
    <w:p>
      <w:pPr>
        <w:jc w:val="right"/>
      </w:pPr>
      <w:r>
        <w:t>بٹ افٹر ا لانگ سٹرگل، لانگ ایفرٹ، اف یو فیل دیٹ، دیٹ یور ایفرٹ از رزلٹ لیس۔</w:t>
      </w:r>
    </w:p>
    <w:p>
      <w:r>
        <w:rPr>
          <w:b/>
        </w:rPr>
        <w:t xml:space="preserve">[1:09:03] </w:t>
      </w:r>
      <w:r>
        <w:t>your effort was result less. then you have to rethink</w:t>
      </w:r>
    </w:p>
    <w:p>
      <w:pPr>
        <w:jc w:val="right"/>
      </w:pPr>
      <w:r>
        <w:t>یور ایفرٹ واز رزلٹ لیس۔ دین یو ہیو ٹو ری تھنک</w:t>
      </w:r>
    </w:p>
    <w:p>
      <w:r>
        <w:rPr>
          <w:b/>
        </w:rPr>
        <w:t xml:space="preserve">[1:09:09] </w:t>
      </w:r>
      <w:r>
        <w:t>. then you have to try to save yourself. this is my, this is my finding after, after long study of Quran.</w:t>
      </w:r>
    </w:p>
    <w:p>
      <w:pPr>
        <w:jc w:val="right"/>
      </w:pPr>
      <w:r>
        <w:t>۔ دین یو ہیو ٹو ٹرائی ٹو سیو یور سیلف۔ دس از مائی، دس از مائی فائنڈنگ افٹر، افٹر لانگ اسٹڈی اف قران۔</w:t>
      </w:r>
    </w:p>
    <w:p>
      <w:r>
        <w:rPr>
          <w:b/>
        </w:rPr>
        <w:t xml:space="preserve">[1:09:21] </w:t>
      </w:r>
      <w:r>
        <w:t>this question is from Miss Razia Siddiqui from Delhi. people often defend the practice of meditation by saying that it is actually a method of relaxing,</w:t>
      </w:r>
    </w:p>
    <w:p>
      <w:pPr>
        <w:jc w:val="right"/>
      </w:pPr>
      <w:r>
        <w:t>دس کوئسچن از فرام مس راضیہ صدیقی فرام دہلی۔ پیپل افن ڈیفینڈ دا پریکٹس اف میڈیٹیشن بائے سینگ دیٹ اٹ از ایکچولی ا میتھڈ اف ریلیکسنگ،</w:t>
      </w:r>
    </w:p>
    <w:p>
      <w:r>
        <w:rPr>
          <w:b/>
        </w:rPr>
        <w:t xml:space="preserve">[1:09:35] </w:t>
      </w:r>
      <w:r>
        <w:t>so that their minds can freshen up and become capable of creative thinking. according to them, meditation has a calming effect on mind.</w:t>
      </w:r>
    </w:p>
    <w:p>
      <w:pPr>
        <w:jc w:val="right"/>
      </w:pPr>
      <w:r>
        <w:t>سو دیٹ دیر مائنڈز کین فریشن اپ اینڈ بیکم کیپیبل اف کریٹیو تھنکنگ۔ اکارڈنگ ٹو دیم، میڈیٹیشن ہیز ا کارمنگ ایفیکٹ ان مائنڈ۔</w:t>
      </w:r>
    </w:p>
    <w:p>
      <w:r>
        <w:rPr>
          <w:b/>
        </w:rPr>
        <w:t xml:space="preserve">[1:09:46] </w:t>
      </w:r>
      <w:r>
        <w:t>mol</w:t>
      </w:r>
    </w:p>
    <w:p>
      <w:pPr>
        <w:jc w:val="right"/>
      </w:pPr>
      <w:r>
        <w:t>مول</w:t>
      </w:r>
    </w:p>
    <w:p>
      <w:r>
        <w:rPr>
          <w:b/>
        </w:rPr>
        <w:t xml:space="preserve">[1:09:47] </w:t>
      </w:r>
      <w:r>
        <w:t>ana, kindly through some light on this widely prevalent belief in today society.</w:t>
      </w:r>
    </w:p>
    <w:p>
      <w:pPr>
        <w:jc w:val="right"/>
      </w:pPr>
      <w:r>
        <w:t>انا، کائنڈلی تھرو سم لائٹ ان دس وائیڈلی پریویلنٹ بیلیف ان ٹوڈے سوسائٹی۔</w:t>
      </w:r>
    </w:p>
    <w:p>
      <w:r>
        <w:rPr>
          <w:b/>
        </w:rPr>
        <w:t xml:space="preserve">[1:09:55] </w:t>
      </w:r>
      <w:r>
        <w:t>i don't believe in, in the method of meditation.</w:t>
      </w:r>
    </w:p>
    <w:p>
      <w:pPr>
        <w:jc w:val="right"/>
      </w:pPr>
      <w:r>
        <w:t>ائی ڈونٹ بیلیو ان، ان دا میتھڈ اف میڈیٹیشن۔</w:t>
      </w:r>
    </w:p>
    <w:p>
      <w:r>
        <w:rPr>
          <w:b/>
        </w:rPr>
        <w:t xml:space="preserve">[1:10:05] </w:t>
      </w:r>
      <w:r>
        <w:t>that is called broqua. So meditation is a kind of anesthesia. Anesthesia.</w:t>
      </w:r>
    </w:p>
    <w:p>
      <w:pPr>
        <w:jc w:val="right"/>
      </w:pPr>
      <w:r>
        <w:t>دیٹ از کالڈ براکوا۔ سو میڈیٹیشن از ا کائنڈ اف انستھیسیا۔ انستھیسیا</w:t>
      </w:r>
    </w:p>
    <w:p>
      <w:r>
        <w:rPr>
          <w:b/>
        </w:rPr>
        <w:t xml:space="preserve">[1:10:19] </w:t>
      </w:r>
      <w:r>
        <w:t>may be it is a temporary belief, temporary relief for some pep</w:t>
      </w:r>
    </w:p>
    <w:p>
      <w:pPr>
        <w:jc w:val="right"/>
      </w:pPr>
      <w:r>
        <w:t>می بی اٹ از ا ٹیمپریری بیلیف، ٹیمپریری ریلیف فار سم پیپ</w:t>
      </w:r>
    </w:p>
    <w:p>
      <w:r>
        <w:rPr>
          <w:b/>
        </w:rPr>
        <w:t xml:space="preserve">[1:10:25] </w:t>
      </w:r>
      <w:r>
        <w:t>ple. for me, it is not relief, even not a temporary relief. i am not that kind of person. i always try to find some ideological solution.</w:t>
      </w:r>
    </w:p>
    <w:p>
      <w:pPr>
        <w:jc w:val="right"/>
      </w:pPr>
      <w:r>
        <w:t>ل۔ فار می، اٹ از ناٹ ریلیف، ایون ناٹ ا ٹیمپریری ریلیف۔ ائی ایم ناٹ دیٹ کائنڈ اف پرسن۔ ائی الویز ٹرائی ٹو فائنڈ سم ائیڈیولوجیکل سولیوشن۔</w:t>
      </w:r>
    </w:p>
    <w:p>
      <w:r>
        <w:rPr>
          <w:b/>
        </w:rPr>
        <w:t xml:space="preserve">[1:10:40] </w:t>
      </w:r>
      <w:r>
        <w:t>this kind of solution is, is, is not good for me. so even for some people, it may provide a temporary relief, then it is</w:t>
      </w:r>
    </w:p>
    <w:p>
      <w:pPr>
        <w:jc w:val="right"/>
      </w:pPr>
      <w:r>
        <w:t>دس کائنڈ اف سولیوشن از، از، از ناٹ گڈ فار می۔ سو ایون فار سم پیپل، اٹ می پرووائیڈ ا ٹیمپریری ریلیف، دین اٹ از</w:t>
      </w:r>
    </w:p>
    <w:p>
      <w:r>
        <w:rPr>
          <w:b/>
        </w:rPr>
        <w:t xml:space="preserve">[1:10:52] </w:t>
      </w:r>
      <w:r>
        <w:t>not good. it is immobilization, it is anesthesia. i don't think that it is a good for human being.</w:t>
      </w:r>
    </w:p>
    <w:p>
      <w:pPr>
        <w:jc w:val="right"/>
      </w:pPr>
      <w:r>
        <w:t>ناٹ گڈ۔ اٹ از انیبلائزیشن، اٹ از انستھیسیا۔ ائی ڈونٹ تھنک دیٹ اٹ از ا گڈ فار ہیومن بینگ۔</w:t>
      </w:r>
    </w:p>
    <w:p>
      <w:r>
        <w:rPr>
          <w:b/>
        </w:rPr>
        <w:t xml:space="preserve">[1:11:02] </w:t>
      </w:r>
      <w:r>
        <w:t>this by following the, the, the greatest loss, the greatest</w:t>
      </w:r>
    </w:p>
    <w:p>
      <w:pPr>
        <w:jc w:val="right"/>
      </w:pPr>
      <w:r>
        <w:t>دس بائی فالونگ دا، دا، دا گریٹسٹ لاس، دا گریٹسٹ</w:t>
      </w:r>
    </w:p>
    <w:p>
      <w:r>
        <w:rPr>
          <w:b/>
        </w:rPr>
        <w:t xml:space="preserve">[1:11:12] </w:t>
      </w:r>
      <w:r>
        <w:t>harm by following this method is that you, you lose the opportunity of developing your mind.</w:t>
      </w:r>
    </w:p>
    <w:p>
      <w:pPr>
        <w:jc w:val="right"/>
      </w:pPr>
      <w:r>
        <w:t>ہارم بائی فالونگ دس میتھڈ از دیٹ یو، یو لوز دا اپرچونیٹی اف ڈیولپنگ یور مائنڈ۔</w:t>
      </w:r>
    </w:p>
    <w:p>
      <w:r>
        <w:rPr>
          <w:b/>
        </w:rPr>
        <w:t xml:space="preserve">[1:11:23] </w:t>
      </w:r>
      <w:r>
        <w:t>if you go to deliberation for several hours, it means that you have wasted that time.</w:t>
      </w:r>
    </w:p>
    <w:p>
      <w:pPr>
        <w:jc w:val="right"/>
      </w:pPr>
      <w:r>
        <w:t>اف یو گو ٹو ڈیبریشن فار سیورل اورز، اٹ مینز دیٹ یو ہیو ویسٹڈ دیٹ ٹائم۔</w:t>
      </w:r>
    </w:p>
    <w:p>
      <w:r>
        <w:rPr>
          <w:b/>
        </w:rPr>
        <w:t xml:space="preserve">[1:11:33] </w:t>
      </w:r>
      <w:r>
        <w:t>this time you, you can develop your mind,</w:t>
      </w:r>
    </w:p>
    <w:p>
      <w:pPr>
        <w:jc w:val="right"/>
      </w:pPr>
      <w:r>
        <w:t>دس ٹائم یو، یو کین ڈیولپ یور مائنڈ،</w:t>
      </w:r>
    </w:p>
    <w:p>
      <w:r>
        <w:rPr>
          <w:b/>
        </w:rPr>
        <w:t xml:space="preserve">[1:11:40] </w:t>
      </w:r>
      <w:r>
        <w:t>you can develop your personality, you can develop your spirituality. but you have, but you have adopted the, that kind of technique, which i, which i think that is not, it was a kind of anesthesia.</w:t>
      </w:r>
    </w:p>
    <w:p>
      <w:pPr>
        <w:jc w:val="right"/>
      </w:pPr>
      <w:r>
        <w:t>یو کین ڈیولپ یور پرسنیلٹی، یو کین ڈیولپ یور سپرچولٹی۔ بٹ یو ہیو، بٹ یو ہیو اڈاپٹڈ دا، دیٹ کائنڈ اف ٹیکنیک، وچ ائی، وچ ائی تھنک دیٹ از ناٹ، اٹ واز ا کائنڈ اف انستھیسیا۔</w:t>
      </w:r>
    </w:p>
    <w:p>
      <w:r>
        <w:rPr>
          <w:b/>
        </w:rPr>
        <w:t xml:space="preserve">[1:12:01] </w:t>
      </w:r>
      <w:r>
        <w:t>so i personally, i don't like this kind of method that is meditation. every second, i want to use by my time for by to develop my personality, to develop my spirituality, to develop my mind.</w:t>
      </w:r>
    </w:p>
    <w:p>
      <w:pPr>
        <w:jc w:val="right"/>
      </w:pPr>
      <w:r>
        <w:t>سو ائی پرسنلی، ائی ڈونٹ لائک دس کائنڈ اف میتھڈ دیٹ از میڈیٹیشن۔ ایوری سیکنڈ، ائی وانٹ ٹو یوز بائی مائی ٹائم فار بائی ٹو ڈیولپ مائی پرسنلٹی، ٹو ڈیولپ مائی سپرچولٹی، ٹو ڈیولپ مائی مائنڈ۔</w:t>
      </w:r>
    </w:p>
    <w:p>
      <w:r>
        <w:rPr>
          <w:b/>
        </w:rPr>
        <w:t xml:space="preserve">[1:12:20] </w:t>
      </w:r>
      <w:r>
        <w:t>i can't afford to, to waste a single minute. and this, this, and meditation is, is certainly,</w:t>
      </w:r>
    </w:p>
    <w:p>
      <w:pPr>
        <w:jc w:val="right"/>
      </w:pPr>
      <w:r>
        <w:t>ائی کینٹ افورڈ ٹو، ٹو ویسٹ ا سنگل منٹ۔ اینڈ دس، دس، اینڈ میڈیٹیشن از، از سرٹینلی،</w:t>
      </w:r>
    </w:p>
    <w:p>
      <w:r>
        <w:rPr>
          <w:b/>
        </w:rPr>
        <w:t xml:space="preserve">[1:12:39] </w:t>
      </w:r>
      <w:r>
        <w:t>when you are in, when you are in meditation, you are wasting your time. you are not, you are not achieving any, any positive thing.</w:t>
      </w:r>
    </w:p>
    <w:p>
      <w:pPr>
        <w:jc w:val="right"/>
      </w:pPr>
      <w:r>
        <w:t>وین یو ار ان، وین یو ار ان میڈیٹیشن، یو ار ویسٹنگ یور ٹائم۔ یو ار ناٹ، یو ار ناٹ اچیونگ اینی، اینی پوزیٹیو تھنگ۔</w:t>
      </w:r>
    </w:p>
    <w:p>
      <w:r>
        <w:rPr>
          <w:b/>
        </w:rPr>
        <w:t xml:space="preserve">[1:12:52] </w:t>
      </w:r>
      <w:r>
        <w:t>so if some people find temporary, temporary relief in this practice, they can do</w:t>
      </w:r>
    </w:p>
    <w:p>
      <w:pPr>
        <w:jc w:val="right"/>
      </w:pPr>
      <w:r>
        <w:t>سو اف سم پیپل فائنڈ ٹیمپریری، ٹیمپریری ریلیف ان دس پریکٹس، دے کین ڈ</w:t>
      </w:r>
    </w:p>
    <w:p>
      <w:r>
        <w:rPr>
          <w:b/>
        </w:rPr>
        <w:t xml:space="preserve">[1:13:02] </w:t>
      </w:r>
      <w:r>
        <w:t>it. but for me, it is not preferable. i don't prefer this kind of method. i am interested in, in intellectual development, in spiritual development,</w:t>
      </w:r>
    </w:p>
    <w:p>
      <w:pPr>
        <w:jc w:val="right"/>
      </w:pPr>
      <w:r>
        <w:t>و۔ بٹ فار می، اٹ از ناٹ پریفریبل۔ ائی ڈونٹ پریفر دس کائنڈ اف میتھڈ۔ ائی ام انٹرسٹڈ ان، ان انٹلیکچول ڈیولپمنٹ، ان سپرچول ڈیولپمنٹ،</w:t>
      </w:r>
    </w:p>
    <w:p>
      <w:r>
        <w:rPr>
          <w:b/>
        </w:rPr>
        <w:t xml:space="preserve">[1:13:16] </w:t>
      </w:r>
      <w:r>
        <w:t>and not in any kind of anesthesia.</w:t>
      </w:r>
    </w:p>
    <w:p>
      <w:pPr>
        <w:jc w:val="right"/>
      </w:pPr>
      <w:r>
        <w:t>اینڈ ناٹ ان اینی کائنڈ اف انستھیسیا۔</w:t>
      </w:r>
    </w:p>
    <w:p>
      <w:r>
        <w:rPr>
          <w:b/>
        </w:rPr>
        <w:t xml:space="preserve">[1:13:22] </w:t>
      </w:r>
      <w:r>
        <w:t>this question is from mr. faik from pennsylvania. maulana, what is the concept of happiness in islam,</w:t>
      </w:r>
    </w:p>
    <w:p>
      <w:pPr>
        <w:jc w:val="right"/>
      </w:pPr>
      <w:r>
        <w:t>دس کوئسچن از فرام مسٹر فائق فرام پینسلوینیا۔ مولانا، واٹ از دا کانسیپٹ اف ہیپینس ان اسلام،</w:t>
      </w:r>
    </w:p>
    <w:p>
      <w:r>
        <w:rPr>
          <w:b/>
        </w:rPr>
        <w:t xml:space="preserve">[1:13:32] </w:t>
      </w:r>
      <w:r>
        <w:t>and how should one achieve it?</w:t>
      </w:r>
    </w:p>
    <w:p>
      <w:pPr>
        <w:jc w:val="right"/>
      </w:pPr>
      <w:r>
        <w:t>اینڈ ہاؤ شوڈ ون اچیو اٹ؟</w:t>
      </w:r>
    </w:p>
    <w:p>
      <w:r>
        <w:rPr>
          <w:b/>
        </w:rPr>
        <w:t xml:space="preserve">[1:13:45] </w:t>
      </w:r>
      <w:r>
        <w:t>prophet of islam has said in this. saying you can find your answer. prophet of islam has said that allah la aisha illa aisha akhirah.</w:t>
      </w:r>
    </w:p>
    <w:p>
      <w:pPr>
        <w:jc w:val="right"/>
      </w:pPr>
      <w:r>
        <w:t>پرافٹ اف اسلام ہیز سیڈ ان دس۔ سینگ یو کین فائنڈ یور انسر۔ پرافٹ اف اسلام ہیز سیڈ دیٹ اللہ لا عائشہ الا عائشہ الاخرہ۔</w:t>
      </w:r>
    </w:p>
    <w:p>
      <w:r>
        <w:rPr>
          <w:b/>
        </w:rPr>
        <w:t xml:space="preserve">[1:14:03] </w:t>
      </w:r>
      <w:r>
        <w:t>allah la aisha illa aisha akhirah. o god, there is no happiness in this worl</w:t>
      </w:r>
    </w:p>
    <w:p>
      <w:pPr>
        <w:jc w:val="right"/>
      </w:pPr>
      <w:r>
        <w:t>اللہ لا عائشہ الا عائشہ الاخرہ۔ او گاڈ، دیر از نو ہیپینس ان دس ورل</w:t>
      </w:r>
    </w:p>
    <w:p>
      <w:r>
        <w:rPr>
          <w:b/>
        </w:rPr>
        <w:t xml:space="preserve">[1:14:13] </w:t>
      </w:r>
      <w:r>
        <w:t>d. happiness is achievable only in the, in the hereafter. so what is so happiness in material term is not possible in this world?</w:t>
      </w:r>
    </w:p>
    <w:p>
      <w:pPr>
        <w:jc w:val="right"/>
      </w:pPr>
      <w:r>
        <w:t>ڈ۔ ہیپینس از اچیبل اونلی ان دی، ان دی ہراپٹر۔ تو واٹ از تو ہیپینس ان مٹیریل ٹرم از ناٹ پاسیبل ان دس ورلڈ؟</w:t>
      </w:r>
    </w:p>
    <w:p>
      <w:r>
        <w:rPr>
          <w:b/>
        </w:rPr>
        <w:t xml:space="preserve">[1:14:29] </w:t>
      </w:r>
      <w:r>
        <w:t>According to Islamic teaching, happiness in material term is not possible in this world.</w:t>
      </w:r>
    </w:p>
    <w:p>
      <w:pPr>
        <w:jc w:val="right"/>
      </w:pPr>
      <w:r>
        <w:t>اکارڈنگ ٹو اسلامک ٹیچنگ، ہیپینس ان مٹیریل ٹرم از ناٹ پاسیبل ان دس ورلڈ۔</w:t>
      </w:r>
    </w:p>
    <w:p>
      <w:r>
        <w:rPr>
          <w:b/>
        </w:rPr>
        <w:t xml:space="preserve">[1:14:38] </w:t>
      </w:r>
      <w:r>
        <w:t>so according to the quran and hadith, as i have, according to my study of quran and hadith, i can see that happiness is achievable only in the, in the akhirat, in the hereafter.</w:t>
      </w:r>
    </w:p>
    <w:p>
      <w:pPr>
        <w:jc w:val="right"/>
      </w:pPr>
      <w:r>
        <w:t>سو اکارڈنگ ٹو دا قران اینڈ حدیث، ایز ائی ہیو، اکارڈنگ ٹو مائی اسٹڈی اف قران اینڈ حدیث، ائی کین سی دیٹ ہیپینس از اچیبل اونلی ان دی، ان دی اخرت، ان دی ہراپٹر۔</w:t>
      </w:r>
    </w:p>
    <w:p>
      <w:r>
        <w:rPr>
          <w:b/>
        </w:rPr>
        <w:t xml:space="preserve">[1:14:55] </w:t>
      </w:r>
      <w:r>
        <w:t>in das worldly, happiness is not achievable. i have read a book written by bertrand russell.</w:t>
      </w:r>
    </w:p>
    <w:p>
      <w:pPr>
        <w:jc w:val="right"/>
      </w:pPr>
      <w:r>
        <w:t>ان دس ورلڈ، ہیپینس از ناٹ اچیبل۔ ائی ہیو ریڈ ا بک رٹن بائی برٹن ریسل۔</w:t>
      </w:r>
    </w:p>
    <w:p>
      <w:r>
        <w:rPr>
          <w:b/>
        </w:rPr>
        <w:t xml:space="preserve">[1:15:05] </w:t>
      </w:r>
      <w:r>
        <w:t>the title is happiness. in this book, he says that happiness is not achievable in this world. and everyone can understand this.</w:t>
      </w:r>
    </w:p>
    <w:p>
      <w:pPr>
        <w:jc w:val="right"/>
      </w:pPr>
      <w:r>
        <w:t>دا ٹائٹل از ہیپینس۔ ان دس بک، ہی سیز دیٹ ہیپینس از ناٹ اچیبل ان دس ورلڈ۔ اینڈ ایوری ون کین انڈرسٹینڈ دس۔</w:t>
      </w:r>
    </w:p>
    <w:p>
      <w:r>
        <w:rPr>
          <w:b/>
        </w:rPr>
        <w:t xml:space="preserve">[1:15:18] </w:t>
      </w:r>
      <w:r>
        <w:t>there are so many wealthy people, so many people who political powers and so many things, but they fail to achieve happiness</w:t>
      </w:r>
    </w:p>
    <w:p>
      <w:pPr>
        <w:jc w:val="right"/>
      </w:pPr>
      <w:r>
        <w:t>دیر ار سو مینی ویلدی پیپل، سو مینی پیپل ہو پولیٹیکل پاورز اینڈ سو مینی تھنگز، بٹ دے فیل ٹو اچیو ہیپینس</w:t>
      </w:r>
    </w:p>
    <w:p>
      <w:r>
        <w:rPr>
          <w:b/>
        </w:rPr>
        <w:t xml:space="preserve">[1:15:32] </w:t>
      </w:r>
      <w:r>
        <w:t>. no one can say that i achieve happiness in material terms. so according to islam, in this world, it is not possible to achieve happiness in absolute sense of the word.</w:t>
      </w:r>
    </w:p>
    <w:p>
      <w:pPr>
        <w:jc w:val="right"/>
      </w:pPr>
      <w:r>
        <w:t>۔ نو ون کین سی دیٹ ائی اچیو ہیپینس ان مٹیریل ٹرم۔ سو اکارڈنگ ٹو اسلام، ان دس ورلڈ، اٹ از ناٹ پاسیبل ٹو اچیو ہیپینس ان ایبسولیوٹ سینس اف دا ورلڈ۔</w:t>
      </w:r>
    </w:p>
    <w:p>
      <w:r>
        <w:rPr>
          <w:b/>
        </w:rPr>
        <w:t xml:space="preserve">[1:15:51] </w:t>
      </w:r>
      <w:r>
        <w:t>happiness is achievable only in the world hereafter.</w:t>
      </w:r>
    </w:p>
    <w:p>
      <w:pPr>
        <w:jc w:val="right"/>
      </w:pPr>
      <w:r>
        <w:t>ہیپینس از اچیبل اونلی ان دا ورلڈ ہراپٹر۔</w:t>
      </w:r>
    </w:p>
    <w:p>
      <w:r>
        <w:rPr>
          <w:b/>
        </w:rPr>
        <w:t xml:space="preserve">[1:15:58] </w:t>
      </w:r>
      <w:r>
        <w:t>la khawfun alayhim. so we have to, we have to make this goal.</w:t>
      </w:r>
    </w:p>
    <w:p>
      <w:pPr>
        <w:jc w:val="right"/>
      </w:pPr>
      <w:r>
        <w:t>لا خوف علیہم۔ سو وی ہیو ٹو، وی ہیو ٹو میک دس گول۔</w:t>
      </w:r>
    </w:p>
    <w:p>
      <w:r>
        <w:rPr>
          <w:b/>
        </w:rPr>
        <w:t xml:space="preserve">[1:16:07] </w:t>
      </w:r>
      <w:r>
        <w:t>we have to ask god that he may give us happiness in the world hereafter, that is paradise or jannat.</w:t>
      </w:r>
    </w:p>
    <w:p>
      <w:pPr>
        <w:jc w:val="right"/>
      </w:pPr>
      <w:r>
        <w:t>وی ہیو ٹو اسک گاڈ دیٹ ہی می گیو اس ہیپینس ان دی ورلڈ ہراپٹر، دیٹ از پیراڈائز اور جنت۔</w:t>
      </w:r>
    </w:p>
    <w:p>
      <w:r>
        <w:rPr>
          <w:b/>
        </w:rPr>
        <w:t xml:space="preserve">[1:16:20] </w:t>
      </w:r>
      <w:r>
        <w:t>maulana, his next question is: he writes looking at the example of prophet of islam. he did dawa work in his family, and he was worried about spreading the message of allah to all.</w:t>
      </w:r>
    </w:p>
    <w:p>
      <w:pPr>
        <w:jc w:val="right"/>
      </w:pPr>
      <w:r>
        <w:t>مولانا، ہز نیکسٹ کوئسچن از: ہی رائٹس لوکنگ ایٹ دی ایگزیمپل اف پرافٹ اف اسلام۔ ہی ڈیڈ داوا ورک ان ہز فیملی، اینڈ ہی واز وریڈ اباؤٹ سپریڈنگ دا میسج اف اللہ ٹو ال۔</w:t>
      </w:r>
    </w:p>
    <w:p>
      <w:r>
        <w:rPr>
          <w:b/>
        </w:rPr>
        <w:t xml:space="preserve">[1:16:36] </w:t>
      </w:r>
      <w:r>
        <w:t>maulana sahib message today about not worrying about family members</w:t>
      </w:r>
    </w:p>
    <w:p>
      <w:pPr>
        <w:jc w:val="right"/>
      </w:pPr>
      <w:r>
        <w:t>مولانا صاحب میسج ٹوڈے اباؤٹ ناٹ ویرنگ اباؤٹ فیملی ممبرز</w:t>
      </w:r>
    </w:p>
    <w:p>
      <w:r>
        <w:rPr>
          <w:b/>
        </w:rPr>
        <w:t xml:space="preserve">[1:16:41] </w:t>
      </w:r>
      <w:r>
        <w:t>or friends who have doubts about islamic faith. friends who do not see a need for praying, etcetera, seems to be a selfish approach.</w:t>
      </w:r>
    </w:p>
    <w:p>
      <w:pPr>
        <w:jc w:val="right"/>
      </w:pPr>
      <w:r>
        <w:t>اور دوست ہو ہیو ڈاؤٹس اباؤٹ اسلامک فیتھ۔ دوست ہو ڈو ناٹ سی ا نیڈ فار پرینگ، ایٹسیٹرا، سیمز ٹو بی ا سیلفش اپروچ۔</w:t>
      </w:r>
    </w:p>
    <w:p>
      <w:r>
        <w:rPr>
          <w:b/>
        </w:rPr>
        <w:t xml:space="preserve">[1:16:52] </w:t>
      </w:r>
      <w:r>
        <w:t>i know a person here in the us, a very quranic knowledgeable born muslim, now in his fifties, has a lot of doubts about quran verses, and his religious brothers, after some talks, have left him on his own.</w:t>
      </w:r>
    </w:p>
    <w:p>
      <w:pPr>
        <w:jc w:val="right"/>
      </w:pPr>
      <w:r>
        <w:t>ائی نو ا پرسن ہیر ان دا یو ایس، ا ویری قرانک نالج ایبل بورن مسلم، ناؤ ان ہز ففٹیز، ہیز ا لاٹ اف ڈاؤٹس اباؤٹ قران ورسز، اینڈ ہز ریلیجیس برادرز، افٹر سم ٹاکس، ہیو لیفٹ ہم ان ہز اون۔</w:t>
      </w:r>
    </w:p>
    <w:p>
      <w:r>
        <w:rPr>
          <w:b/>
        </w:rPr>
        <w:t xml:space="preserve">[1:17:11] </w:t>
      </w:r>
      <w:r>
        <w:t>i think we should engage him and others like him in continuous peaceful dialogue and discussions. kindly comment</w:t>
      </w:r>
    </w:p>
    <w:p>
      <w:pPr>
        <w:jc w:val="right"/>
      </w:pPr>
      <w:r>
        <w:t>ائی تھنک وی شوڈ انگیج ہم اینڈ ادرز لائک ہم ان کنٹینیوس پیس فل ڈائیلاگ اینڈ ڈسکشنز۔ کائنڈلی کمنٹ</w:t>
      </w:r>
    </w:p>
    <w:p>
      <w:r>
        <w:rPr>
          <w:b/>
        </w:rPr>
        <w:t xml:space="preserve">[1:17:22] </w:t>
      </w:r>
      <w:r>
        <w:t>. what the gist of this question? maulana, he is basically referring to what you mentioned about not worrying about family members and friends who have doubts about islamic faith.</w:t>
      </w:r>
    </w:p>
    <w:p>
      <w:pPr>
        <w:jc w:val="right"/>
      </w:pPr>
      <w:r>
        <w:t>۔ واٹ دا جسٹ اف دس کوئسچن؟ مولانا، ہی از بیسکلی ریفرنگ ٹو واٹ یو مینشنڈ اباؤٹ ناٹ ویرنگ اباؤٹ فیملی ممبرز اینڈ دوست ہو ہیو ڈاؤٹس اباؤٹ اسلامک فیتھ۔</w:t>
      </w:r>
    </w:p>
    <w:p>
      <w:r>
        <w:rPr>
          <w:b/>
        </w:rPr>
        <w:t xml:space="preserve">[1:17:33] </w:t>
      </w:r>
      <w:r>
        <w:t>so he is giving an example of a person based in us, whom his brothers had left him because he was doubting quran verses.</w:t>
      </w:r>
    </w:p>
    <w:p>
      <w:pPr>
        <w:jc w:val="right"/>
      </w:pPr>
      <w:r>
        <w:t>سو ہی از گیونگ این ایگزیمپل اف ا پرسن بیسڈ ان یو ایس، ہم ہز برادرز ہیڈ لیفٹ ہم بیکاز ہی واز ڈاؤٹنگ قرانک ورسز۔</w:t>
      </w:r>
    </w:p>
    <w:p>
      <w:r>
        <w:rPr>
          <w:b/>
        </w:rPr>
        <w:t xml:space="preserve">[1:17:42] </w:t>
      </w:r>
      <w:r>
        <w:t>so he is saying that instead of leaving such people, we should engage in continuous dialogue. otherwise, the entire approach is a very selfish approach.</w:t>
      </w:r>
    </w:p>
    <w:p>
      <w:pPr>
        <w:jc w:val="right"/>
      </w:pPr>
      <w:r>
        <w:t>سو ہی از سینگ دیٹ انسٹیڈ اف لیونگ سچ پیپل، وی شوڈ انگیج ان کنٹینیوس ڈائیلاگ۔ ادروائز، دا انٹائر اپروچ از ا ویری سیلفش اپروچ۔</w:t>
      </w:r>
    </w:p>
    <w:p>
      <w:r>
        <w:rPr>
          <w:b/>
        </w:rPr>
        <w:t xml:space="preserve">[1:17:52] </w:t>
      </w:r>
      <w:r>
        <w:t>no, its a realistic approach. what i am saying, that is realistic approach. i am not saying that leave your family.</w:t>
      </w:r>
    </w:p>
    <w:p>
      <w:pPr>
        <w:jc w:val="right"/>
      </w:pPr>
      <w:r>
        <w:t>نو، اٹس ا ریلسٹک اپروچ۔ واٹ ائی ایم سیڈ، دیٹ از ریلسٹک اپروچ۔ ائی ایم ناٹ سینگ دیٹ لیو یور فیملی۔</w:t>
      </w:r>
    </w:p>
    <w:p>
      <w:r>
        <w:rPr>
          <w:b/>
        </w:rPr>
        <w:t xml:space="preserve">[1:18:01] </w:t>
      </w:r>
      <w:r>
        <w:t>no, not at all. i am saying that do your best to change your family members. do your best to change your society.</w:t>
      </w:r>
    </w:p>
    <w:p>
      <w:pPr>
        <w:jc w:val="right"/>
      </w:pPr>
      <w:r>
        <w:t>نو، ناٹ ایٹ ال۔ ائی ایم سینگ دیٹ ڈو یور بیسٹ ٹو چینج یور فیملی ممبرز۔ ڈو یور بیسٹ ٹو چینج یور سوسائٹی۔</w:t>
      </w:r>
    </w:p>
    <w:p>
      <w:r>
        <w:rPr>
          <w:b/>
        </w:rPr>
        <w:t xml:space="preserve">[1:18:12] </w:t>
      </w:r>
      <w:r>
        <w:t>do your best to change your community. but when you find that you have fail, people are not accepting your advice, then what to do?</w:t>
      </w:r>
    </w:p>
    <w:p>
      <w:pPr>
        <w:jc w:val="right"/>
      </w:pPr>
      <w:r>
        <w:t>ڈو یور بیسٹ ٹو چینج یور کمیونٹی۔ بٹ وین یو فائنڈ دیٹ یو ہیو فیل، پیپل ار ناٹ ایکسیپٹنگ یور ایڈوائس، دین واٹ ٹو ڈو؟</w:t>
      </w:r>
    </w:p>
    <w:p>
      <w:r>
        <w:rPr>
          <w:b/>
        </w:rPr>
        <w:t xml:space="preserve">[1:18:23] </w:t>
      </w:r>
      <w:r>
        <w:t>then there is hadith that alaik bi nafsik. then you save yourself. it is realistic formula.</w:t>
      </w:r>
    </w:p>
    <w:p>
      <w:pPr>
        <w:jc w:val="right"/>
      </w:pPr>
      <w:r>
        <w:t>دین دیر از حدیث دیٹ الیک افسک۔ دین یو سیو یور سیلف۔ اٹ از ریلسٹک فارمولا۔</w:t>
      </w:r>
    </w:p>
    <w:p>
      <w:r>
        <w:rPr>
          <w:b/>
        </w:rPr>
        <w:t xml:space="preserve">[1:18:31] </w:t>
      </w:r>
      <w:r>
        <w:t>it is not selfish formula.</w:t>
      </w:r>
    </w:p>
    <w:p>
      <w:pPr>
        <w:jc w:val="right"/>
      </w:pPr>
      <w:r>
        <w:t>اٹ از ناٹ سیلفش فارمولا۔</w:t>
      </w:r>
    </w:p>
    <w:p>
      <w:r>
        <w:rPr>
          <w:b/>
        </w:rPr>
        <w:t xml:space="preserve">[1:18:38] </w:t>
      </w:r>
      <w:r>
        <w:t>maulana, he also giving an example. so would you recommend that if there are some people who have doubts about quran verses, we should continue to those people?</w:t>
      </w:r>
    </w:p>
    <w:p>
      <w:pPr>
        <w:jc w:val="right"/>
      </w:pPr>
      <w:r>
        <w:t>مولانا، ہی السو گیونگ این ایگزیمپل۔ سو وڈ یو ریکمنڈ دیٹ اف دیر ار سم پیپل ہو ہیو ڈاؤٹس اباؤٹ قرانک ورسز، وی شوڈ کنٹینیو ٹو دوست پیپل؟</w:t>
      </w:r>
    </w:p>
    <w:p>
      <w:r>
        <w:rPr>
          <w:b/>
        </w:rPr>
        <w:t xml:space="preserve">[1:18:49] </w:t>
      </w:r>
      <w:r>
        <w:t>or why not? why not?</w:t>
      </w:r>
    </w:p>
    <w:p>
      <w:pPr>
        <w:jc w:val="right"/>
      </w:pPr>
      <w:r>
        <w:t>اور وائی ناٹ؟ وائی ناٹ؟</w:t>
      </w:r>
    </w:p>
    <w:p>
      <w:r>
        <w:rPr>
          <w:b/>
        </w:rPr>
        <w:t xml:space="preserve">[1:18:53] </w:t>
      </w:r>
      <w:r>
        <w:t>they are not exception. you, you have to do the work on all those people.</w:t>
      </w:r>
    </w:p>
    <w:p>
      <w:pPr>
        <w:jc w:val="right"/>
      </w:pPr>
      <w:r>
        <w:t>دے ار ناٹ ایکسیپشن۔ یو، یو ہیو ٹو ڈو دا ورک ان ال دوست پیپل۔</w:t>
      </w:r>
    </w:p>
    <w:p>
      <w:r>
        <w:rPr>
          <w:b/>
        </w:rPr>
        <w:t xml:space="preserve">[1:19:02] </w:t>
      </w:r>
      <w:r>
        <w:t>why not? i, i, i, i, i, i, i, i, why not? you have to do the work. okay, so this stands clarified. maulana, his other question which seems to be related to the second one.</w:t>
      </w:r>
    </w:p>
    <w:p>
      <w:pPr>
        <w:jc w:val="right"/>
      </w:pPr>
      <w:r>
        <w:t>وائی ناٹ؟ ائی، ائی، ائی، ائی، ائی، ائی، ائی، ائی، وائی ناٹ؟ یو ہیو ٹو ڈو دا ورک۔ اوکے، سو دس سٹینڈز کلیریفائیڈ۔ مولانا، ہز ادر کوئسچن وچ سیمز ٹو بی ریلیٹڈ ٹو دا سیکنڈ ون۔</w:t>
      </w:r>
    </w:p>
    <w:p>
      <w:r>
        <w:rPr>
          <w:b/>
        </w:rPr>
        <w:t xml:space="preserve">[1:19:15] </w:t>
      </w:r>
      <w:r>
        <w:t>he says that can you sever your relations with a blood relative due to any reason?</w:t>
      </w:r>
    </w:p>
    <w:p>
      <w:pPr>
        <w:jc w:val="right"/>
      </w:pPr>
      <w:r>
        <w:t>ہی سیز دیٹ کین یو سیور ریلیشنز ودا بلڈ ریلیٹو ڈیو ٹو اینی ریزن؟</w:t>
      </w:r>
    </w:p>
    <w:p>
      <w:r>
        <w:rPr>
          <w:b/>
        </w:rPr>
        <w:t xml:space="preserve">[1:19:21] </w:t>
      </w:r>
      <w:r>
        <w:t>allah taala iskoed is to keep company with non muslim parents kindly. what would be your comments on that? maulana, he is saying that should you sever relationships with a blood relative due to any reason?</w:t>
      </w:r>
    </w:p>
    <w:p>
      <w:pPr>
        <w:jc w:val="right"/>
      </w:pPr>
      <w:r>
        <w:t>اللہ تعالی اسکڈ اس ٹو کیپ کمپنی ود نان مسلم پیرنٹس کائنڈلی۔ واٹ وڈ بی یور کمنٹس ان دیٹ؟ مولانا، ہی از سینگ دیٹ شوڈ یو سیور ریلیشن شپس ودا بلڈ ریلیٹو ڈیو ٹو اینی ریزن؟</w:t>
      </w:r>
    </w:p>
    <w:p>
      <w:r>
        <w:rPr>
          <w:b/>
        </w:rPr>
        <w:t xml:space="preserve">[1:19:41] </w:t>
      </w:r>
      <w:r>
        <w:t>allah even asked us to keep company with non muslim parents.</w:t>
      </w:r>
    </w:p>
    <w:p>
      <w:pPr>
        <w:jc w:val="right"/>
      </w:pPr>
      <w:r>
        <w:t>اللہ ایون اسکڈ اس ٹو کیپ کمپنی ود نان مسلم پیرنٹس۔</w:t>
      </w:r>
    </w:p>
    <w:p>
      <w:r>
        <w:rPr>
          <w:b/>
        </w:rPr>
        <w:t xml:space="preserve">[1:19:50] </w:t>
      </w:r>
      <w:r>
        <w:t>what this? maulana, he is saying that should one cut off the relationship with a blood relative. no, no, i am not saying like this. that's his question.</w:t>
      </w:r>
    </w:p>
    <w:p>
      <w:pPr>
        <w:jc w:val="right"/>
      </w:pPr>
      <w:r>
        <w:t>واٹ دس؟ مولانا، ہی از سینگ دیٹ شوڈ ون کٹ اف دا ریلیشن شپ ودا بلڈ ریلیٹو۔ نو، نو، ائی ایم ناٹ سینگ لائک دس۔ دیٹس ہز کوئسچن۔</w:t>
      </w:r>
    </w:p>
    <w:p>
      <w:r>
        <w:rPr>
          <w:b/>
        </w:rPr>
        <w:t xml:space="preserve">[1:20:00] </w:t>
      </w:r>
      <w:r>
        <w:t>i am not saying about cut off. i am saying only to save yourself when you find that you are helpless.</w:t>
      </w:r>
    </w:p>
    <w:p>
      <w:pPr>
        <w:jc w:val="right"/>
      </w:pPr>
      <w:r>
        <w:t>ائی ایم ناٹ سینگ اباؤٹ کٹ اف۔ ائی ایم سینگ اونلی ٹو سیو یور سیلف وین یو فائنڈ دیٹ یو ار ہیلپ لیس۔</w:t>
      </w:r>
    </w:p>
    <w:p>
      <w:r>
        <w:rPr>
          <w:b/>
        </w:rPr>
        <w:t xml:space="preserve">[1:20:11] </w:t>
      </w:r>
      <w:r>
        <w:t>you have to maintain relationship, normal relationship. you have to maintain your normal relationship,</w:t>
      </w:r>
    </w:p>
    <w:p>
      <w:pPr>
        <w:jc w:val="right"/>
      </w:pPr>
      <w:r>
        <w:t>یو ہیو ٹو مینٹین ریلیشن شپ، نارمل ریلیشن شپ۔ یو ہیو ٹو مینٹین یور نارمل ریلیشن شپ،</w:t>
      </w:r>
    </w:p>
    <w:p>
      <w:r>
        <w:rPr>
          <w:b/>
        </w:rPr>
        <w:t xml:space="preserve">[1:20:19] </w:t>
      </w:r>
      <w:r>
        <w:t>but at the same time you have to save yourself. okay, don't commit suicide. what i am saying is that some people are committing suicide.</w:t>
      </w:r>
    </w:p>
    <w:p>
      <w:pPr>
        <w:jc w:val="right"/>
      </w:pPr>
      <w:r>
        <w:t>بٹ دا سیم ٹائم یو ہیو ٹو سیو یور سیلف۔ اوکے، ڈونٹ کمٹ سوسائیڈ۔ واٹ ائی ایم سینگ از دیٹ سم پیپل ار کمپیٹنگ سوسائیڈ۔</w:t>
      </w:r>
    </w:p>
    <w:p>
      <w:r>
        <w:rPr>
          <w:b/>
        </w:rPr>
        <w:t xml:space="preserve">[1:20:31] </w:t>
      </w:r>
      <w:r>
        <w:t>i mean intellectual, psychological suicide. so you have to try to change your family members, your society, your community.</w:t>
      </w:r>
    </w:p>
    <w:p>
      <w:pPr>
        <w:jc w:val="right"/>
      </w:pPr>
      <w:r>
        <w:t>ائی مین انٹلیکچول، سائیکلوجیکل سوسائیڈ۔ سو یو ہیو ٹو ٹرائی ٹو چینج یور فیملی ممبرز، یور سوسائٹی، یور کمیونٹی۔</w:t>
      </w:r>
    </w:p>
    <w:p>
      <w:r>
        <w:rPr>
          <w:b/>
        </w:rPr>
        <w:t xml:space="preserve">[1:20:43] </w:t>
      </w:r>
      <w:r>
        <w:t>but after all efforts, you feel that you are helpless. then you have to live with normal relationship</w:t>
      </w:r>
    </w:p>
    <w:p>
      <w:pPr>
        <w:jc w:val="right"/>
      </w:pPr>
      <w:r>
        <w:t>بٹ افٹر ال ایفرٹس، یو فیل دیٹ یو ار ہیلپ لیس۔ دین یو ہیو ٹو لیو ود نارمل ریلیشن شپ</w:t>
      </w:r>
    </w:p>
    <w:p>
      <w:r>
        <w:rPr>
          <w:b/>
        </w:rPr>
        <w:t xml:space="preserve">[1:20:54] </w:t>
      </w:r>
      <w:r>
        <w:t>. there is good, but</w:t>
      </w:r>
    </w:p>
    <w:p>
      <w:pPr>
        <w:jc w:val="right"/>
      </w:pPr>
      <w:r>
        <w:t>۔ دیر از گڈ، بٹ</w:t>
      </w:r>
    </w:p>
    <w:p>
      <w:r>
        <w:rPr>
          <w:b/>
        </w:rPr>
        <w:t xml:space="preserve">[1:20:58] </w:t>
      </w:r>
      <w:r>
        <w:t>don't commit suicidal. don't commit psychological suicide. save yourself. is not clear?</w:t>
      </w:r>
    </w:p>
    <w:p>
      <w:pPr>
        <w:jc w:val="right"/>
      </w:pPr>
      <w:r>
        <w:t>ڈونٹ کمٹ سوسائیڈل۔ ڈونٹ کمٹ سائیکلوجیکل سوسائیڈ۔ سیو یور سیلف۔ از ناٹ کلیئر؟</w:t>
      </w:r>
    </w:p>
    <w:p>
      <w:r>
        <w:rPr>
          <w:b/>
        </w:rPr>
        <w:t xml:space="preserve">[1:21:07] </w:t>
      </w:r>
      <w:r>
        <w:t>yes, maulana, it is clear. i move on to the next question, which is from mr. khwaja kaleemuddin from pennsylvania. maulana, if a person or a situation becomes a constant source of tension unjustly, then how to live a stress-free life?</w:t>
      </w:r>
    </w:p>
    <w:p>
      <w:pPr>
        <w:jc w:val="right"/>
      </w:pPr>
      <w:r>
        <w:t>یس، مولانا، اٹ از کلیئر۔ ائی موو ان ٹو دا نیکسٹ کوئسچن، وچ از فرام مسٹر خواجہ کلیم الدین فرام پینسلوینیا۔ مولانا، اف ا پرسن اور ا سچویشن بیکمز ا کانسٹنٹ سورس اف ٹینشن ان جسٹلی، دین ہاؤ ٹو لیو ا سٹریس فری لائف؟</w:t>
      </w:r>
    </w:p>
    <w:p>
      <w:r>
        <w:rPr>
          <w:b/>
        </w:rPr>
        <w:t xml:space="preserve">[1:21:28] </w:t>
      </w:r>
      <w:r>
        <w:t>i repeat, if a person or a situation becomes a constant source of tension unjustly, then how to live a stress-free life?</w:t>
      </w:r>
    </w:p>
    <w:p>
      <w:pPr>
        <w:jc w:val="right"/>
      </w:pPr>
      <w:r>
        <w:t>ائی ریپیٹ، اف ا پرسن اور ا سچویشن بیکمز ا کانسٹنٹ سورس اف ٹینشن ان جسٹلی، دین ہاؤ ٹو لیو ا سٹریس فری لائف؟</w:t>
      </w:r>
    </w:p>
    <w:p>
      <w:r>
        <w:rPr>
          <w:b/>
        </w:rPr>
        <w:t xml:space="preserve">[1:21:37] </w:t>
      </w:r>
      <w:r>
        <w:t>you,</w:t>
      </w:r>
    </w:p>
    <w:p>
      <w:pPr>
        <w:jc w:val="right"/>
      </w:pPr>
      <w:r>
        <w:t>یو،</w:t>
      </w:r>
    </w:p>
    <w:p>
      <w:r>
        <w:rPr>
          <w:b/>
        </w:rPr>
        <w:t xml:space="preserve">[1:21:38] </w:t>
      </w:r>
      <w:r>
        <w:t>this is the formula: save yourself. if that member is, if that member have adopted wrong way, then you have to try to change him.</w:t>
      </w:r>
    </w:p>
    <w:p>
      <w:pPr>
        <w:jc w:val="right"/>
      </w:pPr>
      <w:r>
        <w:t>دس از دا فارمولا: سیو یور سیلف۔ اف دیٹ ممبر از، اف دیٹ ممبر ہیو اڈاپٹڈ رونگ وے، تو یو ہیو ٹو ٹرائی ٹو چینج ہم۔</w:t>
      </w:r>
    </w:p>
    <w:p>
      <w:r>
        <w:rPr>
          <w:b/>
        </w:rPr>
        <w:t xml:space="preserve">[1:21:52] </w:t>
      </w:r>
      <w:r>
        <w:t>but if you feel that you are helpless, then you have to save yourself. why you bother? why you kill yourself?</w:t>
      </w:r>
    </w:p>
    <w:p>
      <w:pPr>
        <w:jc w:val="right"/>
      </w:pPr>
      <w:r>
        <w:t>بٹ اف یو فیل دیٹ یو ار ہیلپ لیس، دین یو ہیو ٹو سیو یور سیلف۔ وائی یو بادر؟ وائی یو کل یور سیلف؟</w:t>
      </w:r>
    </w:p>
    <w:p>
      <w:r>
        <w:rPr>
          <w:b/>
        </w:rPr>
        <w:t xml:space="preserve">[1:22:04] </w:t>
      </w:r>
      <w:r>
        <w:t>your duty is only to to give him advice.</w:t>
      </w:r>
    </w:p>
    <w:p>
      <w:pPr>
        <w:jc w:val="right"/>
      </w:pPr>
      <w:r>
        <w:t>یور ڈیوٹی از اونلی ٹو ٹو گیو ہم ایڈوائس۔</w:t>
      </w:r>
    </w:p>
    <w:p>
      <w:r>
        <w:rPr>
          <w:b/>
        </w:rPr>
        <w:t xml:space="preserve">[1:22:14] </w:t>
      </w:r>
      <w:r>
        <w:t>you cannot change his heart. so give your advice, make dua, try to change him.</w:t>
      </w:r>
    </w:p>
    <w:p>
      <w:pPr>
        <w:jc w:val="right"/>
      </w:pPr>
      <w:r>
        <w:t>یو کین ناٹ چینج ہز ہارٹ۔ تو گیو یور ایڈوائس، میک دعا، ٹرائی ٹو چینج ہم۔</w:t>
      </w:r>
    </w:p>
    <w:p>
      <w:r>
        <w:rPr>
          <w:b/>
        </w:rPr>
        <w:t xml:space="preserve">[1:22:24] </w:t>
      </w:r>
      <w:r>
        <w:t>but if you feel that i am helpless, then you have to save yourself. alak nafs, is not</w:t>
      </w:r>
    </w:p>
    <w:p>
      <w:pPr>
        <w:jc w:val="right"/>
      </w:pPr>
      <w:r>
        <w:t>بٹ اف یو فیل دیٹ ائی ایم ہیلپ لیس، دین یو ہیو ٹو سیو یور سیلف۔ الیک نفس، از نا</w:t>
      </w:r>
    </w:p>
    <w:p>
      <w:r>
        <w:rPr>
          <w:b/>
        </w:rPr>
        <w:t xml:space="preserve">[1:22:33] </w:t>
      </w:r>
      <w:r>
        <w:t>not clear? yes, maulana, it is clear. i move on to the next question, which is from mr. munjib akbar from chennai.</w:t>
      </w:r>
    </w:p>
    <w:p>
      <w:pPr>
        <w:jc w:val="right"/>
      </w:pPr>
      <w:r>
        <w:t>ٹ کلیئر؟ یس، مولانا، اٹ از کلیئر۔ ائی موو ان ٹو دا نیکسٹ کوئسچن، وچ از فرام مسٹر منتجیب اکبر فرام چنائی۔</w:t>
      </w:r>
    </w:p>
    <w:p>
      <w:r>
        <w:rPr>
          <w:b/>
        </w:rPr>
        <w:t xml:space="preserve">[1:22:44] </w:t>
      </w:r>
      <w:r>
        <w:t>maulana, in the quran, allah taala allows a person who is wronged by others to take revenge, but allah recommends us to forgive, saying that it is better.</w:t>
      </w:r>
    </w:p>
    <w:p>
      <w:pPr>
        <w:jc w:val="right"/>
      </w:pPr>
      <w:r>
        <w:t>مولانا، ان دا قران، اللہ تعالی الاوز ا پرسن ہو از رونگ بائے ادرز ٹو ٹیک ریونج، بٹ اللہ ریکمنڈز اس ٹو فورگیو، سینگ دیٹ اٹ از بیٹر۔</w:t>
      </w:r>
    </w:p>
    <w:p>
      <w:r>
        <w:rPr>
          <w:b/>
        </w:rPr>
        <w:t xml:space="preserve">[1:23:00] </w:t>
      </w:r>
      <w:r>
        <w:t>my question is: is taking revenge wrong then?</w:t>
      </w:r>
    </w:p>
    <w:p>
      <w:pPr>
        <w:jc w:val="right"/>
      </w:pPr>
      <w:r>
        <w:t>مائی کوئسچن از: از ٹیکنگ ریونج رونگ دین؟</w:t>
      </w:r>
    </w:p>
    <w:p>
      <w:r>
        <w:rPr>
          <w:b/>
        </w:rPr>
        <w:t xml:space="preserve">[1:23:09] </w:t>
      </w:r>
      <w:r>
        <w:t>no, revenge is totally wrong. is not allowed. is not allowed.</w:t>
      </w:r>
    </w:p>
    <w:p>
      <w:pPr>
        <w:jc w:val="right"/>
      </w:pPr>
      <w:r>
        <w:t>نو، ریونج از ٹوٹلی رونگ۔ از ناٹ الاؤڈ۔ از ناٹ الاؤڈ۔</w:t>
      </w:r>
    </w:p>
    <w:p>
      <w:r>
        <w:rPr>
          <w:b/>
        </w:rPr>
        <w:t xml:space="preserve">[1:23:18] </w:t>
      </w:r>
      <w:r>
        <w:t>there is verse in surah asharah. people take this verse, but that, that, that is not meaning of this, that verse.</w:t>
      </w:r>
    </w:p>
    <w:p>
      <w:pPr>
        <w:jc w:val="right"/>
      </w:pPr>
      <w:r>
        <w:t>دیر از ورس ان سورہ عاشورہ۔ پیپل ٹیک دس ورس، بٹ دیٹ، دیٹ، دیٹ از ناٹ میننگ اف دس، دیٹ ورس۔</w:t>
      </w:r>
    </w:p>
    <w:p>
      <w:r>
        <w:rPr>
          <w:b/>
        </w:rPr>
        <w:t xml:space="preserve">[1:23:32] </w:t>
      </w:r>
      <w:r>
        <w:t>no, revenge is completely unlawful in islam.</w:t>
      </w:r>
    </w:p>
    <w:p>
      <w:pPr>
        <w:jc w:val="right"/>
      </w:pPr>
      <w:r>
        <w:t>نو، ریونج از کمپلیٹلی ان لافل ان اسلام۔</w:t>
      </w:r>
    </w:p>
    <w:p>
      <w:r>
        <w:rPr>
          <w:b/>
        </w:rPr>
        <w:t xml:space="preserve">[1:23:39] </w:t>
      </w:r>
      <w:r>
        <w:t>you have to forgive him. wadhaghabahum yaghfuroon.</w:t>
      </w:r>
    </w:p>
    <w:p>
      <w:pPr>
        <w:jc w:val="right"/>
      </w:pPr>
      <w:r>
        <w:t>یو ہیو ٹو فارگیو ہم۔ وذا غضبہم یغفرون۔</w:t>
      </w:r>
    </w:p>
    <w:p>
      <w:r>
        <w:rPr>
          <w:b/>
        </w:rPr>
        <w:t xml:space="preserve">[1:23:49] </w:t>
      </w:r>
      <w:r>
        <w:t>and about that verse, he can, he can consult my, my tafsir, tazkirul Quran.</w:t>
      </w:r>
    </w:p>
    <w:p>
      <w:pPr>
        <w:jc w:val="right"/>
      </w:pPr>
      <w:r>
        <w:t>اینڈ اباؤٹ دیٹ ورس، ہی کین، ہی کین کنسلٹ مائی، مائی تفسیر، تذکر القران۔</w:t>
      </w:r>
    </w:p>
    <w:p>
      <w:r>
        <w:rPr>
          <w:b/>
        </w:rPr>
        <w:t xml:space="preserve">[1:23:59] </w:t>
      </w:r>
      <w:r>
        <w:t>okay, there is a verse in Surah Ashura. I know,</w:t>
      </w:r>
    </w:p>
    <w:p>
      <w:pPr>
        <w:jc w:val="right"/>
      </w:pPr>
      <w:r>
        <w:t>اوکے، دیر از ا ورس ان سورہ عاشورہ۔ ائی نو،</w:t>
      </w:r>
    </w:p>
    <w:p>
      <w:r>
        <w:rPr>
          <w:b/>
        </w:rPr>
        <w:t xml:space="preserve">[1:24:03] </w:t>
      </w:r>
      <w:r>
        <w:t>but its meaning is not that you can take revenge. No, this is not meaning.</w:t>
      </w:r>
    </w:p>
    <w:p>
      <w:pPr>
        <w:jc w:val="right"/>
      </w:pPr>
      <w:r>
        <w:t>بٹ اٹس میننگ از ناٹ دیٹ یو کین ٹیک ریونج۔ نو، دس از ناٹ میننگ۔</w:t>
      </w:r>
    </w:p>
    <w:p>
      <w:r>
        <w:rPr>
          <w:b/>
        </w:rPr>
        <w:t xml:space="preserve">[1:24:14] </w:t>
      </w:r>
      <w:r>
        <w:t>this question is from Dr. Fareeda Khanam from Delhi. Today, we attended a program at Sai International Center in New Delhi, where more than 500 people had gathered.</w:t>
      </w:r>
    </w:p>
    <w:p>
      <w:pPr>
        <w:jc w:val="right"/>
      </w:pPr>
      <w:r>
        <w:t>دس کوئسچن از فرام ڈاکٹر فریدہ خانم فرام دہلی۔ ٹوڈے، وی اٹینڈڈ ا پروگرام ایٹ سائی انٹرنیشنل سینٹر ان نیو دہلی، ویر مور دین 500 پیپل ہیڈ گیدرڈ۔</w:t>
      </w:r>
    </w:p>
    <w:p>
      <w:r>
        <w:rPr>
          <w:b/>
        </w:rPr>
        <w:t xml:space="preserve">[1:24:27] </w:t>
      </w:r>
      <w:r>
        <w:t>we had taken large numbers of the Quran to distribute there. It was very encouraging to see that all the people were eager to have a copy of the Quran.</w:t>
      </w:r>
    </w:p>
    <w:p>
      <w:pPr>
        <w:jc w:val="right"/>
      </w:pPr>
      <w:r>
        <w:t>وی ہیڈ ٹیکن لارج نمبرز اف دا قران ٹو ڈسٹریبیوٹ دیر۔ اٹ واز ویری انکریجنگ ٹو سی دیٹ ال دا پیپل وار ایگر ٹو ہیو ا کاپی اف دا قران۔</w:t>
      </w:r>
    </w:p>
    <w:p>
      <w:r>
        <w:rPr>
          <w:b/>
        </w:rPr>
        <w:t xml:space="preserve">[1:24:39] </w:t>
      </w:r>
      <w:r>
        <w:t>many of them said: "I wanted to read the Quran, but could not, but could never find one." Why is it that non-Muslims are so keen to study</w:t>
      </w:r>
    </w:p>
    <w:p>
      <w:pPr>
        <w:jc w:val="right"/>
      </w:pPr>
      <w:r>
        <w:t>مینی اف دیم سیڈ: "ائی وانٹڈ ٹو ریڈ دا قران، بٹ کڈ ناٹ، بٹ کڈ نیور فائنڈ ون۔" وائی از اٹ دیٹ نان مسلمز ار سو کین ٹو سٹڈی</w:t>
      </w:r>
    </w:p>
    <w:p>
      <w:r>
        <w:rPr>
          <w:b/>
        </w:rPr>
        <w:t xml:space="preserve">[1:24:51] </w:t>
      </w:r>
      <w:r>
        <w:t>the Quran?</w:t>
      </w:r>
    </w:p>
    <w:p>
      <w:pPr>
        <w:jc w:val="right"/>
      </w:pPr>
      <w:r>
        <w:t>دا قران؟</w:t>
      </w:r>
    </w:p>
    <w:p>
      <w:r>
        <w:rPr>
          <w:b/>
        </w:rPr>
        <w:t xml:space="preserve">[1:25:02] </w:t>
      </w:r>
      <w:r>
        <w:t>I think that God Almighty has created a curiosity among all those Muslims and non-Muslims, because you know,</w:t>
      </w:r>
    </w:p>
    <w:p>
      <w:pPr>
        <w:jc w:val="right"/>
      </w:pPr>
      <w:r>
        <w:t>ائی تھنک دیٹ گاڈ المائٹی ہیو کریٹڈ ا کیوروسٹی امنگ ال دوست مسلمز اینڈ نان مسلمز، بیکاز یو نو،</w:t>
      </w:r>
    </w:p>
    <w:p>
      <w:r>
        <w:rPr>
          <w:b/>
        </w:rPr>
        <w:t xml:space="preserve">[1:25:17] </w:t>
      </w:r>
      <w:r>
        <w:t>these days, there are so many news in media about Islam, about Jihad.</w:t>
      </w:r>
    </w:p>
    <w:p>
      <w:pPr>
        <w:jc w:val="right"/>
      </w:pPr>
      <w:r>
        <w:t>دیز ڈیز، دیر ار سو مینی نیوز ان میڈیا اباؤٹ اسلام، اباؤٹ جہاد۔</w:t>
      </w:r>
    </w:p>
    <w:p>
      <w:r>
        <w:rPr>
          <w:b/>
        </w:rPr>
        <w:t xml:space="preserve">[1:25:27] </w:t>
      </w:r>
      <w:r>
        <w:t>so they want to know wa</w:t>
      </w:r>
    </w:p>
    <w:p>
      <w:pPr>
        <w:jc w:val="right"/>
      </w:pPr>
      <w:r>
        <w:t>سو دے وانٹ ٹو نو وا</w:t>
      </w:r>
    </w:p>
    <w:p>
      <w:r>
        <w:rPr>
          <w:b/>
        </w:rPr>
        <w:t xml:space="preserve">[1:25:29] </w:t>
      </w:r>
      <w:r>
        <w:t>t is Islam, what is Quran. Recently, I was told by a doctor that he gave a copy of the Quran to his fr</w:t>
      </w:r>
    </w:p>
    <w:p>
      <w:pPr>
        <w:jc w:val="right"/>
      </w:pPr>
      <w:r>
        <w:t>ٹ از اسلام، واٹ از قران۔ ریسنٹلی، ائی واز ٹولڈ بائی ا ڈاکٹر دیٹ ہی گیو ا کاپی اف دا قران ٹو ہز فر</w:t>
      </w:r>
    </w:p>
    <w:p>
      <w:r>
        <w:rPr>
          <w:b/>
        </w:rPr>
        <w:t xml:space="preserve">[1:25:45] </w:t>
      </w:r>
      <w:r>
        <w:t>friend. This friend was journalist, English journalist. So this journalist said that, that is choti si kitab ne shayad duniya mein tehalka macha rakha hai.</w:t>
      </w:r>
    </w:p>
    <w:p>
      <w:pPr>
        <w:jc w:val="right"/>
      </w:pPr>
      <w:r>
        <w:t>ینڈ۔ دس فرینڈ واز جرنلسٹ، انگلش جرنلسٹ۔ سو دس جرنلسٹ سیڈ دیٹ، دیٹ اس چھوٹی سی کتاب نے شاید دنیا میں تہلکہ مچا رکھا ہے۔</w:t>
      </w:r>
    </w:p>
    <w:p>
      <w:r>
        <w:rPr>
          <w:b/>
        </w:rPr>
        <w:t xml:space="preserve">[1:26:03] </w:t>
      </w:r>
      <w:r>
        <w:t>this is small book has created a stir throughout the world.</w:t>
      </w:r>
    </w:p>
    <w:p>
      <w:pPr>
        <w:jc w:val="right"/>
      </w:pPr>
      <w:r>
        <w:t>دس از سمال بک ہیز کریٹڈ ا سٹور تھرو اؤٹ دا ورلڈ۔</w:t>
      </w:r>
    </w:p>
    <w:p>
      <w:r>
        <w:rPr>
          <w:b/>
        </w:rPr>
        <w:t xml:space="preserve">[1:26:09] </w:t>
      </w:r>
      <w:r>
        <w:t>so this is, this, this situation has created a curiosity. People want to know what is the message of the Quran.</w:t>
      </w:r>
    </w:p>
    <w:p>
      <w:pPr>
        <w:jc w:val="right"/>
      </w:pPr>
      <w:r>
        <w:t>سو دس از، دس، دس سچویشن ہیز کریٹڈ ا کیوروسٹی۔ پیپل وانٹ ٹو نو واٹ از دا میسج اف دا قران۔</w:t>
      </w:r>
    </w:p>
    <w:p>
      <w:r>
        <w:rPr>
          <w:b/>
        </w:rPr>
        <w:t xml:space="preserve">[1:26:23] </w:t>
      </w:r>
      <w:r>
        <w:t>so it is, it is, it is an opportunity for</w:t>
      </w:r>
    </w:p>
    <w:p>
      <w:pPr>
        <w:jc w:val="right"/>
      </w:pPr>
      <w:r>
        <w:t>سو اٹ از، اٹ از، اٹ از ان اپرچونیٹی فار</w:t>
      </w:r>
    </w:p>
    <w:p>
      <w:r>
        <w:rPr>
          <w:b/>
        </w:rPr>
        <w:t xml:space="preserve">[1:26:27] </w:t>
      </w:r>
      <w:r>
        <w:t>us. I think that it is the, it is the, it is, it is farz all members of Muslim community to spend your, your whole money except need in this purpose.</w:t>
      </w:r>
    </w:p>
    <w:p>
      <w:pPr>
        <w:jc w:val="right"/>
      </w:pPr>
      <w:r>
        <w:t>اس۔ ائی تھنک دیٹ اٹ از دا، اٹ از دا، اٹ از، اٹ از فرض ال ممبر اف مسلم کمیونٹی ٹو سپینڈ یور، یور ہول منی ایکسیپٹ نیڈ ان دس پرپس۔</w:t>
      </w:r>
    </w:p>
    <w:p>
      <w:r>
        <w:rPr>
          <w:b/>
        </w:rPr>
        <w:t xml:space="preserve">[1:26:43] </w:t>
      </w:r>
      <w:r>
        <w:t>there is a time when that verse apply. There is a verse in the Quran that</w:t>
      </w:r>
    </w:p>
    <w:p>
      <w:pPr>
        <w:jc w:val="right"/>
      </w:pPr>
      <w:r>
        <w:t>دیر از ا ٹائم وین دیٹ ورس اپلائی۔ دیر از ا ورس ان دا قران دیٹ</w:t>
      </w:r>
    </w:p>
    <w:p>
      <w:r>
        <w:rPr>
          <w:b/>
        </w:rPr>
        <w:t xml:space="preserve">[1:26:54] </w:t>
      </w:r>
      <w:r>
        <w:t>this verse was revealed at a time when there was a, there was a great problem in Arabia. People wanted to know what is Islam,</w:t>
      </w:r>
    </w:p>
    <w:p>
      <w:pPr>
        <w:jc w:val="right"/>
      </w:pPr>
      <w:r>
        <w:t>دس ورس واز ریویلڈ ایٹ ا ٹائم وین دیر واز ا، دیر واز ا گریٹ پرابلم ان عریبیہ۔ پیپل وانٹڈ ٹو نو واٹ از اسلام،</w:t>
      </w:r>
    </w:p>
    <w:p>
      <w:r>
        <w:rPr>
          <w:b/>
        </w:rPr>
        <w:t xml:space="preserve">[1:27:05] </w:t>
      </w:r>
      <w:r>
        <w:t>because there was a,</w:t>
      </w:r>
    </w:p>
    <w:p>
      <w:pPr>
        <w:jc w:val="right"/>
      </w:pPr>
      <w:r>
        <w:t>بیکاز دیر واز ا،</w:t>
      </w:r>
    </w:p>
    <w:p>
      <w:r>
        <w:rPr>
          <w:b/>
        </w:rPr>
        <w:t xml:space="preserve">[1:27:10] </w:t>
      </w:r>
      <w:r>
        <w:t>after there was a, there was a. Like this curiosity. So God said that people yes ka madar people asked how many,</w:t>
      </w:r>
    </w:p>
    <w:p>
      <w:pPr>
        <w:jc w:val="right"/>
      </w:pPr>
      <w:r>
        <w:t>افٹر دیر واز ا، دیر واز ا۔ لائک دس کیوروسٹی۔ سو گاڈ سیڈ دیٹ پیپل یس کا مادر پیپل اسکڈ ہاؤ مینی،</w:t>
      </w:r>
    </w:p>
    <w:p>
      <w:r>
        <w:rPr>
          <w:b/>
        </w:rPr>
        <w:t xml:space="preserve">[1:27:27] </w:t>
      </w:r>
      <w:r>
        <w:t>how many money we can expand in the, in the, in the Islamic for the sake of Islam</w:t>
      </w:r>
    </w:p>
    <w:p>
      <w:pPr>
        <w:jc w:val="right"/>
      </w:pPr>
      <w:r>
        <w:t>ہاؤ مینی منی وی کین ایکسپینڈ ان دی، ان دی، ان دی اسلامک فار دا سیک اف اسلام</w:t>
      </w:r>
    </w:p>
    <w:p>
      <w:r>
        <w:rPr>
          <w:b/>
        </w:rPr>
        <w:t xml:space="preserve">[1:27:38] </w:t>
      </w:r>
      <w:r>
        <w:t>. So God said accept every, all, except all your money. So this is, this is again that time is,</w:t>
      </w:r>
    </w:p>
    <w:p>
      <w:pPr>
        <w:jc w:val="right"/>
      </w:pPr>
      <w:r>
        <w:t>۔ تو گاڈ سیڈ ایکسیپٹ ایوری، ال، ایکسیپٹ ال یور منی۔ سو دس از، دس از اگین دیٹ ٹائم از،</w:t>
      </w:r>
    </w:p>
    <w:p>
      <w:r>
        <w:rPr>
          <w:b/>
        </w:rPr>
        <w:t xml:space="preserve">[1:27:51] </w:t>
      </w:r>
      <w:r>
        <w:t>is, has come to us. We have to accept all our money, all the, all the community from India to America, from India to Europe, from India to Arab.</w:t>
      </w:r>
    </w:p>
    <w:p>
      <w:pPr>
        <w:jc w:val="right"/>
      </w:pPr>
      <w:r>
        <w:t>از، ہیز کم ٹو اس۔ وی ہیو ٹو ایکسیپٹ ال اور منی، ال دا، ال دا کمیونٹی فرام انڈیا ٹو امریکہ، فرام انڈیا ٹو یورپ، فرام انڈیا ٹو عرب۔</w:t>
      </w:r>
    </w:p>
    <w:p>
      <w:r>
        <w:rPr>
          <w:b/>
        </w:rPr>
        <w:t xml:space="preserve">[1:28:06] </w:t>
      </w:r>
      <w:r>
        <w:t>they have, they are not allowed to use their money in luxury, in comfort. God will punish them, those people who, who spend their money in their luxury.</w:t>
      </w:r>
    </w:p>
    <w:p>
      <w:pPr>
        <w:jc w:val="right"/>
      </w:pPr>
      <w:r>
        <w:t>دے ہیو، دے ار ناٹ الاؤڈ ٹو یوز دیر منی ان لگزری، ان کمفرٹ۔ گاڈ ول پنش دیم، دوست پیپل ہو، ہو سپینڈ دیر منی ان دیر لگزری۔</w:t>
      </w:r>
    </w:p>
    <w:p>
      <w:r>
        <w:rPr>
          <w:b/>
        </w:rPr>
        <w:t xml:space="preserve">[1:28:20] </w:t>
      </w:r>
      <w:r>
        <w:t>and people want to know, want, want a copy of the Quran. This time the whole world is asking about the Quran.</w:t>
      </w:r>
    </w:p>
    <w:p>
      <w:pPr>
        <w:jc w:val="right"/>
      </w:pPr>
      <w:r>
        <w:t>اینڈ پیپل وانٹ ٹو نو، وانٹ، وانٹ ا کاپی اف دا قران۔ دس ٹائم دا ہول ورلڈ از اسکنگ اباؤٹ دا قران۔</w:t>
      </w:r>
    </w:p>
    <w:p>
      <w:r>
        <w:rPr>
          <w:b/>
        </w:rPr>
        <w:t xml:space="preserve">[1:28:35] </w:t>
      </w:r>
      <w:r>
        <w:t>so we have to distribute quran through the world</w:t>
      </w:r>
    </w:p>
    <w:p>
      <w:pPr>
        <w:jc w:val="right"/>
      </w:pPr>
      <w:r>
        <w:t>سو وی ہیو ٹو ڈسٹریبیوٹ قران تھرو دا ورلڈ</w:t>
      </w:r>
    </w:p>
    <w:p>
      <w:r>
        <w:rPr>
          <w:b/>
        </w:rPr>
        <w:t xml:space="preserve">[1:28:40] </w:t>
      </w:r>
      <w:r>
        <w:t>der ar seven billion people in the world. so we have to distribute seven billion copy. it requires that all the muslim community through the world must, must spend their, their money, their earning completely this in this mission.</w:t>
      </w:r>
    </w:p>
    <w:p>
      <w:pPr>
        <w:jc w:val="right"/>
      </w:pPr>
      <w:r>
        <w:t>۔ دیر ار سیون بلین پیپل ان دا ورلڈ۔ سو وی ہیو ٹو ڈسٹریبیوٹ سیون بلین کاپی۔ اٹ ریکوائر دیٹ ال دا مسلم کمیونٹی تھرو دا ورلڈ مسٹ، مسٹ سپینڈ دیر، دیر منی، دیر ارننگ کمپلیٹلی دس ان دس مشن۔</w:t>
      </w:r>
    </w:p>
    <w:p>
      <w:r>
        <w:rPr>
          <w:b/>
        </w:rPr>
        <w:t xml:space="preserve">[1:29:05] </w:t>
      </w:r>
      <w:r>
        <w:t>it is,</w:t>
      </w:r>
    </w:p>
    <w:p>
      <w:pPr>
        <w:jc w:val="right"/>
      </w:pPr>
      <w:r>
        <w:t>اٹ از،</w:t>
      </w:r>
    </w:p>
    <w:p>
      <w:r>
        <w:rPr>
          <w:b/>
        </w:rPr>
        <w:t xml:space="preserve">[1:29:06] </w:t>
      </w:r>
      <w:r>
        <w:t>i am saying this sincerely that living a comfortable life, living a luxurious life is, is, is not lawful for muslims at this junction.</w:t>
      </w:r>
    </w:p>
    <w:p>
      <w:pPr>
        <w:jc w:val="right"/>
      </w:pPr>
      <w:r>
        <w:t>ائی ایم سینگ دس سنسرلی دیٹ لیونگ ا کمفرٹیبل لائف، لیونگ ا لگزریس لائف از، از، از ناٹ نا لافل فار مسلمز ایٹ دس جنکشن۔</w:t>
      </w:r>
    </w:p>
    <w:p>
      <w:r>
        <w:rPr>
          <w:b/>
        </w:rPr>
        <w:t xml:space="preserve">[1:29:18] </w:t>
      </w:r>
      <w:r>
        <w:t>they have to give all their money for this mission, for this purpose to distribute the, the, the transmission of the quran throughout the world.</w:t>
      </w:r>
    </w:p>
    <w:p>
      <w:pPr>
        <w:jc w:val="right"/>
      </w:pPr>
      <w:r>
        <w:t>دے ہیو ٹو گیو ال دیر منی فار دس مشن، فار دس پرپس ٹو ڈسٹریبیوٹ دا، دا، دا ٹرانسمیشن اف دا قران تھرو اؤٹ دی ورلڈ۔</w:t>
      </w:r>
    </w:p>
    <w:p>
      <w:r>
        <w:rPr>
          <w:b/>
        </w:rPr>
        <w:t xml:space="preserve">[1:29:30] </w:t>
      </w:r>
      <w:r>
        <w:t>and you know, there is a verse in the quran, there is a hadith that</w:t>
      </w:r>
    </w:p>
    <w:p>
      <w:pPr>
        <w:jc w:val="right"/>
      </w:pPr>
      <w:r>
        <w:t>اینڈ یو نو، دیر از ا ورس ان دا قران، دیر از ا حدیث دیٹ</w:t>
      </w:r>
    </w:p>
    <w:p>
      <w:r>
        <w:rPr>
          <w:b/>
        </w:rPr>
        <w:t xml:space="preserve">[1:29:40] </w:t>
      </w:r>
      <w:r>
        <w:t>allah</w:t>
      </w:r>
    </w:p>
    <w:p>
      <w:pPr>
        <w:jc w:val="right"/>
      </w:pPr>
      <w:r>
        <w:t>اللہ</w:t>
      </w:r>
    </w:p>
    <w:p>
      <w:r>
        <w:rPr>
          <w:b/>
        </w:rPr>
        <w:t xml:space="preserve">[1:29:45] </w:t>
      </w:r>
      <w:r>
        <w:t>illa islam. this is the time. god want to, to, to. god want to, to, to.</w:t>
      </w:r>
    </w:p>
    <w:p>
      <w:pPr>
        <w:jc w:val="right"/>
      </w:pPr>
      <w:r>
        <w:t>الا الاسلام۔ دس از دا ٹائم۔ گاڈ وانٹ ٹو، ٹو، ٹو۔ گاڈ وانٹ ٹو، ٹو، ٹو۔</w:t>
      </w:r>
    </w:p>
    <w:p>
      <w:r>
        <w:rPr>
          <w:b/>
        </w:rPr>
        <w:t xml:space="preserve">[1:30:02] </w:t>
      </w:r>
      <w:r>
        <w:t>yani khuda chahta hai ke is ka, is ka kalma sare ghar mein dakhil ho jaye.</w:t>
      </w:r>
    </w:p>
    <w:p>
      <w:pPr>
        <w:jc w:val="right"/>
      </w:pPr>
      <w:r>
        <w:t>یعنی خدا چاہتا ہے کہ اس کا، اس کا کلمہ سارے گھر میں داخل ہو جائے۔</w:t>
      </w:r>
    </w:p>
    <w:p>
      <w:r>
        <w:rPr>
          <w:b/>
        </w:rPr>
        <w:t xml:space="preserve">[1:30:10] </w:t>
      </w:r>
      <w:r>
        <w:t>aakhri waqt aa gaya hai, aakhri waqt.</w:t>
      </w:r>
    </w:p>
    <w:p>
      <w:pPr>
        <w:jc w:val="right"/>
      </w:pPr>
      <w:r>
        <w:t>اخری وقت اگیا ہے، اخری وقت۔</w:t>
      </w:r>
    </w:p>
    <w:p>
      <w:r>
        <w:rPr>
          <w:b/>
        </w:rPr>
        <w:t xml:space="preserve">[1:30:19] </w:t>
      </w:r>
      <w:r>
        <w:t>communication ka zamana aa gaya. logon mein curiosity hai. sare log chahte hain ke mujhe quran do, mujhe quran do, mujhe quran do.</w:t>
      </w:r>
    </w:p>
    <w:p>
      <w:pPr>
        <w:jc w:val="right"/>
      </w:pPr>
      <w:r>
        <w:t>کمیونیکیشن کا زمانہ اگیا۔ لوگوں میں کیوروسٹی ہے۔ سارے لوگ چاہتے ہیں کہ مجھے قران دو، مجھے قران دو، مجھے قران دو۔</w:t>
      </w:r>
    </w:p>
    <w:p>
      <w:r>
        <w:rPr>
          <w:b/>
        </w:rPr>
        <w:t xml:space="preserve">[1:30:29] </w:t>
      </w:r>
      <w:r>
        <w:t>to ab to jaiz hi nahi hai musalmanon ke liye ke koi luxury mein jiyein. jaiz nahi hai. main yaqeen karta hoon ke jaiz nahi hai. logon ko punishment</w:t>
      </w:r>
    </w:p>
    <w:p>
      <w:pPr>
        <w:jc w:val="right"/>
      </w:pPr>
      <w:r>
        <w:t>تو اب تو جائز ہی نہیں ہے مسلمانوں کے لیے کہ کوئی لگزری میں جیئیں۔ جائز نہیں ہے۔ میں یقین کرتا ہوں کہ جائز نہیں ہے۔ لوگوں کو پنشمنٹ</w:t>
      </w:r>
    </w:p>
    <w:p>
      <w:r>
        <w:rPr>
          <w:b/>
        </w:rPr>
        <w:t xml:space="preserve">[1:30:37] </w:t>
      </w:r>
      <w:r>
        <w:t>khuda ki taraf se hoga. jo log is waqt luxury mein jiyein, comfortable life mein jiyein, woh jaiz hi nahi un ke liye. bohat ziyada pakar hogi khuda ke haan un ki.</w:t>
      </w:r>
    </w:p>
    <w:p>
      <w:pPr>
        <w:jc w:val="right"/>
      </w:pPr>
      <w:r>
        <w:t>خدا کی طرف سے ہوگا۔ جو لوگ اس وقت لگزری میں جیئیں، کمفرٹیبل لائف میں جیئیں، وہ جائز ہی نہیں ان کے لیے۔ بہت زیادہ پکڑ ہوگی خدا کے ہاں ان کی۔</w:t>
      </w:r>
    </w:p>
    <w:p>
      <w:r>
        <w:rPr>
          <w:b/>
        </w:rPr>
        <w:t xml:space="preserve">[1:30:49] </w:t>
      </w:r>
      <w:r>
        <w:t>ab woh time aa gaya hai jab communication ho gaya, printing press aa gaya, logon mein curiosity aa gayi. logon ko bhag raha hai ke mujhe quran do, mujhe quran do.</w:t>
      </w:r>
    </w:p>
    <w:p>
      <w:pPr>
        <w:jc w:val="right"/>
      </w:pPr>
      <w:r>
        <w:t>اب وہ ٹائم اگیا ہے جب کمیونیکیشن ہو گیا، پرنٹنگ پریس اگیا، لوگوں میں کیوروسٹی اگئی۔ لوگوں کو بھاگ رہا ہے کہ مجھے قران دو، مجھے قران دو۔</w:t>
      </w:r>
    </w:p>
    <w:p>
      <w:r>
        <w:rPr>
          <w:b/>
        </w:rPr>
        <w:t xml:space="preserve">[1:30:58] </w:t>
      </w:r>
      <w:r>
        <w:t>to kaun dega quran? musalmani to denge,</w:t>
      </w:r>
    </w:p>
    <w:p>
      <w:pPr>
        <w:jc w:val="right"/>
      </w:pPr>
      <w:r>
        <w:t>تو کون دے گا قران؟ مسلمانی تو دیں گے،</w:t>
      </w:r>
    </w:p>
    <w:p>
      <w:r>
        <w:rPr>
          <w:b/>
        </w:rPr>
        <w:t xml:space="preserve">[1:31:02] </w:t>
      </w:r>
      <w:r>
        <w:t>aur kaun dega? yahudi denge, aa kar ke hindu chhap chhap ke baantenge quran. to wahi waqt aa gaya hai jo quran mein tha ke yes ka poochte hain ke kya kharch karein?</w:t>
      </w:r>
    </w:p>
    <w:p>
      <w:pPr>
        <w:jc w:val="right"/>
      </w:pPr>
      <w:r>
        <w:t>اور کون دے گا؟ یہودی دیں گے، ا کر کے ہندو چھاپ چھاپ کے بانٹیں گے قران۔ تو وہی وقت اگیا ہے جو قران میں تھا کہ یس کا پوچھتے ہیں کہ کیا خرچ کریں؟</w:t>
      </w:r>
    </w:p>
    <w:p>
      <w:r>
        <w:rPr>
          <w:b/>
        </w:rPr>
        <w:t xml:space="preserve">[1:31:16] </w:t>
      </w:r>
      <w:r>
        <w:t>to allah taala ne farmaya ke niyat ke siwa sab kuch kharch kar dalo.</w:t>
      </w:r>
    </w:p>
    <w:p>
      <w:pPr>
        <w:jc w:val="right"/>
      </w:pPr>
      <w:r>
        <w:t>تو اللہ تعالی نے فرمایا کہ نیت کے سوا سب کچھ خرچ کر ڈالو۔</w:t>
      </w:r>
    </w:p>
    <w:p>
      <w:r>
        <w:rPr>
          <w:b/>
        </w:rPr>
        <w:t xml:space="preserve">[1:31:21] </w:t>
      </w:r>
      <w:r>
        <w:t>musalmanon ka agar allah ke haan jana hai, khuda ke haan khada hona hai to unhein farz hai, farz hai, farz hai ke apni sari daulat aur sari kamai isi mein kharch kar dein aur seven billion insanon tak quran ka tarjuma pohncha dein.</w:t>
      </w:r>
    </w:p>
    <w:p>
      <w:pPr>
        <w:jc w:val="right"/>
      </w:pPr>
      <w:r>
        <w:t>مسلمانوں کا اگر اللہ کے ہاں جانا ہے، خدا کے ہاں کھڑا ہونا ہے تو انہیں فرض ہے، فرض ہے، فرض ہے کہ اپنی ساری دولت اور ساری کمائی اسی میں خرچ کر دیں اور سیون بلین انسانوں تک قران کا ترجمہ پہنچا دیں۔</w:t>
      </w:r>
    </w:p>
    <w:p>
      <w:r>
        <w:rPr>
          <w:b/>
        </w:rPr>
        <w:t xml:space="preserve">[1:31:37] </w:t>
      </w:r>
      <w:r>
        <w:t>main yeh baat bohat sincerely keh raha hoon, soch samajh kar keh raha hoon, koi main jazbat par nahi keh raha hoon.</w:t>
      </w:r>
    </w:p>
    <w:p>
      <w:pPr>
        <w:jc w:val="right"/>
      </w:pPr>
      <w:r>
        <w:t>میں یہ بات بہت سنسرلی کہہ رہا ہوں، سوچ سمجھ کر کہہ رہا ہوں، کوئی میں جذبات پر نہیں کہہ رہا ہوں۔</w:t>
      </w:r>
    </w:p>
    <w:p>
      <w:r>
        <w:rPr>
          <w:b/>
        </w:rPr>
        <w:t xml:space="preserve">[1:31:48] </w:t>
      </w:r>
      <w:r>
        <w:t>this curiosity is created by god.</w:t>
      </w:r>
    </w:p>
    <w:p>
      <w:pPr>
        <w:jc w:val="right"/>
      </w:pPr>
      <w:r>
        <w:t>دس کیوروسٹی از کریٹڈ بائی گاڈ۔</w:t>
      </w:r>
    </w:p>
    <w:p>
      <w:r>
        <w:rPr>
          <w:b/>
        </w:rPr>
        <w:t xml:space="preserve">[1:31:52] </w:t>
      </w:r>
      <w:r>
        <w:t>god, it is god want that people may study quran so that they may what the creation quran of god before qyamat, before the day of judgment.</w:t>
      </w:r>
    </w:p>
    <w:p>
      <w:pPr>
        <w:jc w:val="right"/>
      </w:pPr>
      <w:r>
        <w:t>گاڈ، اٹ از گاڈ وانٹ دیٹ پیپل می اسٹڈی قران سو دیٹ دے می واٹ دا کریشن قران اف گاڈ بیفور قیامت، بیفور دا ڈے اف ججمنٹ۔</w:t>
      </w:r>
    </w:p>
    <w:p>
      <w:r>
        <w:rPr>
          <w:b/>
        </w:rPr>
        <w:t xml:space="preserve">[1:32:06] </w:t>
      </w:r>
      <w:r>
        <w:t>this is the planning of god, and we have to execute this plan.</w:t>
      </w:r>
    </w:p>
    <w:p>
      <w:pPr>
        <w:jc w:val="right"/>
      </w:pPr>
      <w:r>
        <w:t>دس از دا پلاننگ اف گاڈ، اینڈ وی ہیو ٹو ایگزیکیوٹ دس پلان۔</w:t>
      </w:r>
    </w:p>
    <w:p>
      <w:r>
        <w:rPr>
          <w:b/>
        </w:rPr>
        <w:t xml:space="preserve">[1:32:11] </w:t>
      </w:r>
      <w:r>
        <w:t>plan khuda ka hai, lekin is ko, is ko implement kaun karega? musalmani to karenge. yani khuda ne curiosity paida kar di.</w:t>
      </w:r>
    </w:p>
    <w:p>
      <w:pPr>
        <w:jc w:val="right"/>
      </w:pPr>
      <w:r>
        <w:t>پلان خدا کا ہے، لیکن اس کو، اس کو امپلیمنٹ کون کرے گا؟ مسلمانی تو کریں گے۔ یعنی خدا نے کیوروسٹی پیدا کر دی۔</w:t>
      </w:r>
    </w:p>
    <w:p>
      <w:r>
        <w:rPr>
          <w:b/>
        </w:rPr>
        <w:t xml:space="preserve">[1:32:22] </w:t>
      </w:r>
      <w:r>
        <w:t>sab log chahte hain ke mujhe quran do, mujhe quran do. hum jahan bhi jate hain, woh quran log mangte hain. quran do, achhe padhe likhe log.</w:t>
      </w:r>
    </w:p>
    <w:p>
      <w:pPr>
        <w:jc w:val="right"/>
      </w:pPr>
      <w:r>
        <w:t>سب لوگ چاہتے ہیں کہ مجھے قران دو، مجھے قران دو۔ ہم جہاں بھی جاتے ہیں، وہ قران لوگ مانگتے ہیں۔ قران دو، اچھے پڑھے لکھے لوگ۔</w:t>
      </w:r>
    </w:p>
    <w:p>
      <w:r>
        <w:rPr>
          <w:b/>
        </w:rPr>
        <w:t xml:space="preserve">[1:32:31] </w:t>
      </w:r>
      <w:r>
        <w:t>to yeh khuda ki planning hai. yeh curiosity jo hai, woh khuda ki planning se hui, lekin is ko implement kaun karega? musalmani to karenge.</w:t>
      </w:r>
    </w:p>
    <w:p>
      <w:pPr>
        <w:jc w:val="right"/>
      </w:pPr>
      <w:r>
        <w:t>تو یہ خدا کی پلاننگ ہے۔ یہ کیوروسٹی جو ہے، وہ خدا کی پلاننگ سے ہوئی، لیکن اس کو امپلیمنٹ کون کرے گا؟ مسلمانی تو کریں گے۔</w:t>
      </w:r>
    </w:p>
    <w:p>
      <w:r>
        <w:rPr>
          <w:b/>
        </w:rPr>
        <w:t xml:space="preserve">[1:32:43] </w:t>
      </w:r>
      <w:r>
        <w:t>tu bas samajhta hoon ke musalmanon par farz ho gaya hai, farz ho gaya hai, farz ho gaya hai ke</w:t>
      </w:r>
    </w:p>
    <w:p>
      <w:pPr>
        <w:jc w:val="right"/>
      </w:pPr>
      <w:r>
        <w:t>تو بس سمجھتا ہوں کہ مسلمانوں پر فرض ہو گیا ہے، فرض ہو گیا ہے، فرض ہو گیا ہے کہ</w:t>
      </w:r>
    </w:p>
    <w:p>
      <w:r>
        <w:rPr>
          <w:b/>
        </w:rPr>
        <w:t xml:space="preserve">[1:32:48] </w:t>
      </w:r>
      <w:r>
        <w:t>woh apni kamai ka bara hissa is kaam mein lagayen ke quran ya word of god dunya ke har ghar mein pohanch jaye.</w:t>
      </w:r>
    </w:p>
    <w:p>
      <w:pPr>
        <w:jc w:val="right"/>
      </w:pPr>
      <w:r>
        <w:t>وہ اپنی کمائی کا بڑا حصہ اس کام میں لگائیں کہ قران یا ورڈ اف گاڈ دنیا کے ہر گھر میں پہنچ جائے۔</w:t>
      </w:r>
    </w:p>
    <w:p>
      <w:r>
        <w:rPr>
          <w:b/>
        </w:rPr>
        <w:t xml:space="preserve">[1:33:01] </w:t>
      </w:r>
      <w:r>
        <w:t>das question is from mr shafiq bandagi from michigan. molana, thanks a lot for a very enlightening lecture on stress management.</w:t>
      </w:r>
    </w:p>
    <w:p>
      <w:pPr>
        <w:jc w:val="right"/>
      </w:pPr>
      <w:r>
        <w:t>دس کوئسچن از فرام مسٹر شفیق بندگی فرام مشیگن۔ مولانا، تھینکس ا لاٹ فار ا ویری انلائٹننگ لیکچر ان سٹریس مینجمنٹ۔</w:t>
      </w:r>
    </w:p>
    <w:p>
      <w:r>
        <w:rPr>
          <w:b/>
        </w:rPr>
        <w:t xml:space="preserve">[1:33:12] </w:t>
      </w:r>
      <w:r>
        <w:t>stress and motivation are very interrelated. my question is about the lack of motivation among the muslims of today compared to the muslims of early days.</w:t>
      </w:r>
    </w:p>
    <w:p>
      <w:pPr>
        <w:jc w:val="right"/>
      </w:pPr>
      <w:r>
        <w:t>سٹریس اینڈ موٹیویشن ار ویری انٹر ریلیٹڈ۔ مائی کوئسچن از اباؤٹ دا لیک اف موٹیویشن امنگ دا مسلمز اف ٹوڈے کمپیر ٹو دا مسلمز اف ارلی ڈیز۔</w:t>
      </w:r>
    </w:p>
    <w:p>
      <w:r>
        <w:rPr>
          <w:b/>
        </w:rPr>
        <w:t xml:space="preserve">[1:33:24] </w:t>
      </w:r>
      <w:r>
        <w:t>early muslims was so motivated that they pioneered in every field and contributed tremendously.</w:t>
      </w:r>
    </w:p>
    <w:p>
      <w:pPr>
        <w:jc w:val="right"/>
      </w:pPr>
      <w:r>
        <w:t>ارلی مسلمز واز سو موٹیویٹڈ دیٹ دے پائنیرڈ ان ایوری فیلڈ اینڈ کنٹریبیوٹڈ ٹریمنڈسلی۔</w:t>
      </w:r>
    </w:p>
    <w:p>
      <w:r>
        <w:rPr>
          <w:b/>
        </w:rPr>
        <w:t xml:space="preserve">[1:33:32] </w:t>
      </w:r>
      <w:r>
        <w:t>compared to that, we find a dire lack of motivation among the muslims all over the world, for not only in doing things for their hereafter, but also for the worldly things.</w:t>
      </w:r>
    </w:p>
    <w:p>
      <w:pPr>
        <w:jc w:val="right"/>
      </w:pPr>
      <w:r>
        <w:t>کمپیر ٹو دیٹ، وی فائنڈ ا ڈائر لیک اف موٹیویشن امنگ دا مسلمز ال اوور دا ورلڈ، فار ناٹ اونلی ان ڈوئنگ تھنگز فار دیر ہیئر افٹر، بٹ السو فار دی ورلڈلی تھنگز۔</w:t>
      </w:r>
    </w:p>
    <w:p>
      <w:r>
        <w:rPr>
          <w:b/>
        </w:rPr>
        <w:t xml:space="preserve">[1:33:46] </w:t>
      </w:r>
      <w:r>
        <w:t>we find very few muslims in the corporate scientific or business world. there are millions of awards, scholarships, educational and business opportunities in this world.</w:t>
      </w:r>
    </w:p>
    <w:p>
      <w:pPr>
        <w:jc w:val="right"/>
      </w:pPr>
      <w:r>
        <w:t>وی فائنڈ ویری فیو مسلمز ان دا کارپوریٹ سائنٹیفک اور بزنس ورلڈ۔ دیر ار ملینز اف ایوارڈز، سکالرشپس، ایجوکیشنل اینڈ بزنس اپرچونیٹیز ان دس ورلڈ۔</w:t>
      </w:r>
    </w:p>
    <w:p>
      <w:r>
        <w:rPr>
          <w:b/>
        </w:rPr>
        <w:t xml:space="preserve">[1:33:58] </w:t>
      </w:r>
      <w:r>
        <w:t>we hardly see any muslims winning those or even participating in those opportunities. how come every other noble is a jew and muslim?</w:t>
      </w:r>
    </w:p>
    <w:p>
      <w:pPr>
        <w:jc w:val="right"/>
      </w:pPr>
      <w:r>
        <w:t>وی ہارڈلی سی اینی مسلمز وننگ دوست اور ایون پارٹیسپیٹنگ ان دوست اپرچونیٹیز۔ ہاؤ کم ایوری ادر نوبل از ا جیو اینڈ مسلم؟</w:t>
      </w:r>
    </w:p>
    <w:p>
      <w:r>
        <w:rPr>
          <w:b/>
        </w:rPr>
        <w:t xml:space="preserve">[1:34:11] </w:t>
      </w:r>
      <w:r>
        <w:t>what are the reasons for this lack of motivation? is it because muslims believe in qadar only and leave everything to allah without putting any efforts?</w:t>
      </w:r>
    </w:p>
    <w:p>
      <w:pPr>
        <w:jc w:val="right"/>
      </w:pPr>
      <w:r>
        <w:t>واٹ ار دا ریزنز فار دس لیک اف موٹیویشن؟ از اٹ بیکاز مسلمز بیلیو ان قدر اونلی اینڈ لیو ایوری تھنگز ٹو اللہ وداؤٹ پٹنگ اینی ایفرٹس؟</w:t>
      </w:r>
    </w:p>
    <w:p>
      <w:r>
        <w:rPr>
          <w:b/>
        </w:rPr>
        <w:t xml:space="preserve">[1:34:23] </w:t>
      </w:r>
      <w:r>
        <w:t>or is it due to lack of positive stress among muslims?</w:t>
      </w:r>
    </w:p>
    <w:p>
      <w:pPr>
        <w:jc w:val="right"/>
      </w:pPr>
      <w:r>
        <w:t>اور از اٹ ڈیو ٹو لیک اف پوزیٹیو سٹریس امنگ مسلمز؟</w:t>
      </w:r>
    </w:p>
    <w:p>
      <w:r>
        <w:rPr>
          <w:b/>
        </w:rPr>
        <w:t xml:space="preserve">[1:34:28] </w:t>
      </w:r>
      <w:r>
        <w:t>how come the non muslims mainly communities like the jews or japanese are such high achievers? there is another ayat in quran which says: "all the good is from allah and whatever the bad happens is due to the actions of man." how come muslims don't feel responsible to put efforts for their prosperity?</w:t>
      </w:r>
    </w:p>
    <w:p>
      <w:pPr>
        <w:jc w:val="right"/>
      </w:pPr>
      <w:r>
        <w:t>ہاؤ کم دا نان مسلمز مینلی کمیونٹیز لائک دا جیوز اور جاپانیز ار سچ ہائی اچیورز؟ دیر از انادر ایت ان قران وچ سیز: "ال دا گڈ از فرام اللہ اینڈ واٹ ایور دا بیڈ ہیپنز از ڈیو ٹو دا ایکشنز اف مین۔" ہاؤ کم مسلمز ڈونٹ فیل رسپانسبل ٹو پٹ ایفرٹس فار دیر پروسپیریٹی؟</w:t>
      </w:r>
    </w:p>
    <w:p>
      <w:r>
        <w:rPr>
          <w:b/>
        </w:rPr>
        <w:t xml:space="preserve">[1:34:55] </w:t>
      </w:r>
      <w:r>
        <w:t>kindly comment.</w:t>
      </w:r>
    </w:p>
    <w:p>
      <w:pPr>
        <w:jc w:val="right"/>
      </w:pPr>
      <w:r>
        <w:t>کائنڈلی کمنٹ۔</w:t>
      </w:r>
    </w:p>
    <w:p>
      <w:r>
        <w:rPr>
          <w:b/>
        </w:rPr>
        <w:t xml:space="preserve">[1:34:58] </w:t>
      </w:r>
      <w:r>
        <w:t>i have no interest in these worldly achievements, and it is not muslims goal.</w:t>
      </w:r>
    </w:p>
    <w:p>
      <w:pPr>
        <w:jc w:val="right"/>
      </w:pPr>
      <w:r>
        <w:t>ائی ہیو نو انٹرسٹ ان دیز ورلڈلی اچیومنٹس، اینڈ اٹ از ناٹ مسلمز گول۔</w:t>
      </w:r>
    </w:p>
    <w:p>
      <w:r>
        <w:rPr>
          <w:b/>
        </w:rPr>
        <w:t xml:space="preserve">[1:35:09] </w:t>
      </w:r>
      <w:r>
        <w:t>is not the target of muslim community. the goal of muslim community or target of muslim community is only one, that is the work.</w:t>
      </w:r>
    </w:p>
    <w:p>
      <w:pPr>
        <w:jc w:val="right"/>
      </w:pPr>
      <w:r>
        <w:t>از ناٹ دی ٹارگٹ اف مسلم کمیونٹی۔ دا گول اف مسلم کمیونٹی اور ٹارگٹ اف مسلم کمیونٹی از اونلی ون، دیٹ از دا ورک۔</w:t>
      </w:r>
    </w:p>
    <w:p>
      <w:r>
        <w:rPr>
          <w:b/>
        </w:rPr>
        <w:t xml:space="preserve">[1:35:22] </w:t>
      </w:r>
      <w:r>
        <w:t>if muslims perform the work, then they will be given all these things as a bonus from god.</w:t>
      </w:r>
    </w:p>
    <w:p>
      <w:pPr>
        <w:jc w:val="right"/>
      </w:pPr>
      <w:r>
        <w:t>اف مسلمز پرفارم دا ورک، دین دے ول بی گیون ال دیز تھنگز ایز ا بونس فرام گاڈ۔</w:t>
      </w:r>
    </w:p>
    <w:p>
      <w:r>
        <w:rPr>
          <w:b/>
        </w:rPr>
        <w:t xml:space="preserve">[1:35:36] </w:t>
      </w:r>
      <w:r>
        <w:t>all those things that this brother has referred in his question are by product.</w:t>
      </w:r>
    </w:p>
    <w:p>
      <w:pPr>
        <w:jc w:val="right"/>
      </w:pPr>
      <w:r>
        <w:t>ال دوست تھنگز دیٹ دس برادر ہیز ریفرڈ ان ہز کوئسچن ار بائی پروڈکٹ۔</w:t>
      </w:r>
    </w:p>
    <w:p>
      <w:r>
        <w:rPr>
          <w:b/>
        </w:rPr>
        <w:t xml:space="preserve">[1:35:46] </w:t>
      </w:r>
      <w:r>
        <w:t>are by product. muslims must do their duty in the field. then as a by product, they will be given all these things.</w:t>
      </w:r>
    </w:p>
    <w:p>
      <w:pPr>
        <w:jc w:val="right"/>
      </w:pPr>
      <w:r>
        <w:t>ار بائی پروڈکٹ۔ مسلمز مسٹ ڈو دیر ڈیوٹی ان دا فیلڈ۔ دین ایز ا بائی پروڈکٹ، دے ول بی گیون ال دیز تھنگز۔</w:t>
      </w:r>
    </w:p>
    <w:p>
      <w:r>
        <w:rPr>
          <w:b/>
        </w:rPr>
        <w:t xml:space="preserve">[1:35:57] </w:t>
      </w:r>
      <w:r>
        <w:t>this is my, this is my study, and i think this is the teaching of the quran.</w:t>
      </w:r>
    </w:p>
    <w:p>
      <w:pPr>
        <w:jc w:val="right"/>
      </w:pPr>
      <w:r>
        <w:t>دس از مائی، دس از مائی اسٹڈی، اینڈ ائی تھنک دس از دا ٹیچنگ اف دی قران۔</w:t>
      </w:r>
    </w:p>
    <w:p>
      <w:r>
        <w:rPr>
          <w:b/>
        </w:rPr>
        <w:t xml:space="preserve">[1:36:11] </w:t>
      </w:r>
      <w:r>
        <w:t>this question is from delhi. the person is not mentioned his name. whenever there is friction between individuals, then how do we know as to who is right?</w:t>
      </w:r>
    </w:p>
    <w:p>
      <w:pPr>
        <w:jc w:val="right"/>
      </w:pPr>
      <w:r>
        <w:t>دس کوئسچن از فرام ڈیلی۔ دا پرسن از ناٹ مینشنڈ ہز نیم۔ وین ایور دیر از فکشن بٹوین انڈیویجولز، دین ہاؤ ڈو وی نو ایز ٹو ہو از رائٹ؟</w:t>
      </w:r>
    </w:p>
    <w:p>
      <w:r>
        <w:rPr>
          <w:b/>
        </w:rPr>
        <w:t xml:space="preserve">[1:36:24] </w:t>
      </w:r>
      <w:r>
        <w:t>is or those who are trying to change us?</w:t>
      </w:r>
    </w:p>
    <w:p>
      <w:pPr>
        <w:jc w:val="right"/>
      </w:pPr>
      <w:r>
        <w:t>اس اور دوست ہو ار ٹرائنگ ٹو چینج اس؟</w:t>
      </w:r>
    </w:p>
    <w:p>
      <w:r>
        <w:rPr>
          <w:b/>
        </w:rPr>
        <w:t xml:space="preserve">[1:36:28] </w:t>
      </w:r>
      <w:r>
        <w:t>kindly comment. this is not question of right or wrong. no, it is question of what is and what is possible and what is not possible.</w:t>
      </w:r>
    </w:p>
    <w:p>
      <w:pPr>
        <w:jc w:val="right"/>
      </w:pPr>
      <w:r>
        <w:t>کائنڈلی کمنٹ۔ دس از ناٹ کوئسچن اف رائٹ اور رونگ۔ نو، اٹ از کوئسچن اف واٹ از اینڈ واٹ از پوسیبل اینڈ واٹ از ناٹ پوسیبل۔</w:t>
      </w:r>
    </w:p>
    <w:p>
      <w:r>
        <w:rPr>
          <w:b/>
        </w:rPr>
        <w:t xml:space="preserve">[1:36:44] </w:t>
      </w:r>
      <w:r>
        <w:t>people generally are engaged in right or wrong concept. in this world, it is not possible.</w:t>
      </w:r>
    </w:p>
    <w:p>
      <w:pPr>
        <w:jc w:val="right"/>
      </w:pPr>
      <w:r>
        <w:t>پیپل جنرلی ار انگیجڈ ان رائٹ اور رونگ کانسیپٹ۔ ان دس ورلڈ، اٹ از ناٹ پوسیبل۔</w:t>
      </w:r>
    </w:p>
    <w:p>
      <w:r>
        <w:rPr>
          <w:b/>
        </w:rPr>
        <w:t xml:space="preserve">[1:36:55] </w:t>
      </w:r>
      <w:r>
        <w:t>don't bother what is wrong, what is right. but you have to see the result. we have to see, you have to see what is, what is, what is practicable.</w:t>
      </w:r>
    </w:p>
    <w:p>
      <w:pPr>
        <w:jc w:val="right"/>
      </w:pPr>
      <w:r>
        <w:t>ڈونٹ بادر واٹ از رونگ، واٹ از رائٹ۔ بٹ یو ہیو ٹو سی دا رزلٹ۔ وی ہیو ٹو سی، یو ہیو ٹو سی واٹ از، واٹ از، واٹ از پریکٹیکیبل۔</w:t>
      </w:r>
    </w:p>
    <w:p>
      <w:r>
        <w:rPr>
          <w:b/>
        </w:rPr>
        <w:t xml:space="preserve">[1:37:06] </w:t>
      </w:r>
      <w:r>
        <w:t>wa</w:t>
      </w:r>
    </w:p>
    <w:p>
      <w:pPr>
        <w:jc w:val="right"/>
      </w:pPr>
      <w:r>
        <w:t>وا</w:t>
      </w:r>
    </w:p>
    <w:p>
      <w:r>
        <w:rPr>
          <w:b/>
        </w:rPr>
        <w:t xml:space="preserve">[1:37:07] </w:t>
      </w:r>
      <w:r>
        <w:t>t is practicable? you have to adopt that formula.</w:t>
      </w:r>
    </w:p>
    <w:p>
      <w:pPr>
        <w:jc w:val="right"/>
      </w:pPr>
      <w:r>
        <w:t>ٹ از پریکٹیکیبل؟ یو ہیو ٹو اڈاپٹ دیٹ فارمولا۔</w:t>
      </w:r>
    </w:p>
    <w:p>
      <w:r>
        <w:rPr>
          <w:b/>
        </w:rPr>
        <w:t xml:space="preserve">[1:37:13] </w:t>
      </w:r>
      <w:r>
        <w:t>and when there is a lift, then when there is a conflict, you have to finish it at once, because you will find opportunity to work in other fields.</w:t>
      </w:r>
    </w:p>
    <w:p>
      <w:pPr>
        <w:jc w:val="right"/>
      </w:pPr>
      <w:r>
        <w:t>اینڈ وین دیر از ا لفٹ، دین وین دیر از ا کانفلکٹ، یو ہیو ٹو فنش اٹ ایٹ ونس، بیکاز یو ول فائنڈ اپرچونیٹی ٹو ورک ان ادر فیلڈز۔</w:t>
      </w:r>
    </w:p>
    <w:p>
      <w:r>
        <w:rPr>
          <w:b/>
        </w:rPr>
        <w:t xml:space="preserve">[1:37:26] </w:t>
      </w:r>
      <w:r>
        <w:t>if you are engaged in conflict, in in in confrontation, then you will lose your time.</w:t>
      </w:r>
    </w:p>
    <w:p>
      <w:pPr>
        <w:jc w:val="right"/>
      </w:pPr>
      <w:r>
        <w:t>اف یو ار انگیجڈ ان کانفلکٹ، ان ان ان کنفرنٹیشن، دین یو ول لوز یور ٹائم۔</w:t>
      </w:r>
    </w:p>
    <w:p>
      <w:r>
        <w:rPr>
          <w:b/>
        </w:rPr>
        <w:t xml:space="preserve">[1:37:35] </w:t>
      </w:r>
      <w:r>
        <w:t>so i always advise people that finish the conflict at once and engage yourself in some other field.</w:t>
      </w:r>
    </w:p>
    <w:p>
      <w:pPr>
        <w:jc w:val="right"/>
      </w:pPr>
      <w:r>
        <w:t>سو ائی الویز ایڈوائس پیپل دیٹ فنش دی کانفلکٹ ایٹ ونس اینڈ انگیج یور سیلف ان سم ادر فیلڈ۔</w:t>
      </w:r>
    </w:p>
    <w:p>
      <w:r>
        <w:rPr>
          <w:b/>
        </w:rPr>
        <w:t xml:space="preserve">[1:37:48] </w:t>
      </w:r>
      <w:r>
        <w:t>so my formulas, you have to see the result and not what is just and what is not, what is unjust.</w:t>
      </w:r>
    </w:p>
    <w:p>
      <w:pPr>
        <w:jc w:val="right"/>
      </w:pPr>
      <w:r>
        <w:t>سو مائی فارمولاز، یو ہیو ٹو سی دا رزلٹ اینڈ ناٹ واٹ از جسٹ اینڈ واٹ از ناٹ، واٹ از ان جسٹ۔</w:t>
      </w:r>
    </w:p>
    <w:p>
      <w:r>
        <w:rPr>
          <w:b/>
        </w:rPr>
        <w:t xml:space="preserve">[1:37:55] </w:t>
      </w:r>
      <w:r>
        <w:t>no, be practical in these matters.</w:t>
      </w:r>
    </w:p>
    <w:p>
      <w:pPr>
        <w:jc w:val="right"/>
      </w:pPr>
      <w:r>
        <w:t>نو، بی پریکٹیکل ان دیز میٹرز۔</w:t>
      </w:r>
    </w:p>
    <w:p>
      <w:r>
        <w:rPr>
          <w:b/>
        </w:rPr>
        <w:t xml:space="preserve">[1:38:04] </w:t>
      </w:r>
      <w:r>
        <w:t>this question is from mr Danish Khan from Saharanpur. according to what I have understood, the doomsday has just come up, has just, has just come around the corner.</w:t>
      </w:r>
    </w:p>
    <w:p>
      <w:pPr>
        <w:jc w:val="right"/>
      </w:pPr>
      <w:r>
        <w:t>دس کوئسچن از فرام مسٹر دانش خان فرام سہارن پور۔ اکارڈنگ ٹو واٹ ائی ہیو انڈرسٹوڈ، دا ڈومز ڈے ہیز جسٹ کم اپ، ہیز جسٹ، ہیز جسٹ کم اراؤنڈ دا کارنر۔</w:t>
      </w:r>
    </w:p>
    <w:p>
      <w:r>
        <w:rPr>
          <w:b/>
        </w:rPr>
        <w:t xml:space="preserve">[1:38:18] </w:t>
      </w:r>
      <w:r>
        <w:t>it is the time of the end of history when mehdi alaihissalam has to be there to perform his work.</w:t>
      </w:r>
    </w:p>
    <w:p>
      <w:pPr>
        <w:jc w:val="right"/>
      </w:pPr>
      <w:r>
        <w:t>اٹ از دا ٹائم اف دی اینڈ اف ہسٹری وین مہندی علیہ السلام ہیز ٹو بی دیر ٹو پرفارم ہز ورک۔</w:t>
      </w:r>
    </w:p>
    <w:p>
      <w:r>
        <w:rPr>
          <w:b/>
        </w:rPr>
        <w:t xml:space="preserve">[1:38:26] </w:t>
      </w:r>
      <w:r>
        <w:t>maulana, kindly tell us who that person is who is performing this role of mehdi. only god knows.</w:t>
      </w:r>
    </w:p>
    <w:p>
      <w:pPr>
        <w:jc w:val="right"/>
      </w:pPr>
      <w:r>
        <w:t>مولانا، کائنڈلی ٹیل اس ہو دیٹ پرسن از ہو از پرفارمنگ دس رول اف مہندی۔ اونلی گاڈ نوز۔</w:t>
      </w:r>
    </w:p>
    <w:p>
      <w:r>
        <w:rPr>
          <w:b/>
        </w:rPr>
        <w:t xml:space="preserve">[1:38:38] </w:t>
      </w:r>
      <w:r>
        <w:t>i cannot,</w:t>
      </w:r>
    </w:p>
    <w:p>
      <w:pPr>
        <w:jc w:val="right"/>
      </w:pPr>
      <w:r>
        <w:t>ائی کین ناٹ،</w:t>
      </w:r>
    </w:p>
    <w:p>
      <w:r>
        <w:rPr>
          <w:b/>
        </w:rPr>
        <w:t xml:space="preserve">[1:38:42] </w:t>
      </w:r>
      <w:r>
        <w:t>i cannot say that who is the, who is that person.</w:t>
      </w:r>
    </w:p>
    <w:p>
      <w:pPr>
        <w:jc w:val="right"/>
      </w:pPr>
      <w:r>
        <w:t>ائی کین ناٹ سی دیٹ ہو از دا، ہو از دیٹ پرسن۔</w:t>
      </w:r>
    </w:p>
    <w:p>
      <w:r>
        <w:rPr>
          <w:b/>
        </w:rPr>
        <w:t xml:space="preserve">[1:38:46] </w:t>
      </w:r>
      <w:r>
        <w:t>it is god domain. you can perform your duty. we as a human being can perform our duty.</w:t>
      </w:r>
    </w:p>
    <w:p>
      <w:pPr>
        <w:jc w:val="right"/>
      </w:pPr>
      <w:r>
        <w:t>اٹ از گاڈ ڈومین۔ یو کین پرفارم یور ڈیوٹی۔ وی ایز ا ہیومن بینگ کین پرفارم اور ڈیوٹی۔</w:t>
      </w:r>
    </w:p>
    <w:p>
      <w:r>
        <w:rPr>
          <w:b/>
        </w:rPr>
        <w:t xml:space="preserve">[1:38:58] </w:t>
      </w:r>
      <w:r>
        <w:t>we cannot say that he is mehdi and he is masih. it is god domain.</w:t>
      </w:r>
    </w:p>
    <w:p>
      <w:pPr>
        <w:jc w:val="right"/>
      </w:pPr>
      <w:r>
        <w:t>وی کین ناٹ سی دیٹ ہی از مہدی اینڈ ہی از مسیح۔ اٹ از گاڈ ڈومین۔</w:t>
      </w:r>
    </w:p>
    <w:p>
      <w:r>
        <w:rPr>
          <w:b/>
        </w:rPr>
        <w:t xml:space="preserve">[1:39:07] </w:t>
      </w:r>
      <w:r>
        <w:t>only god can declare who was mehdi, who was masih.</w:t>
      </w:r>
    </w:p>
    <w:p>
      <w:pPr>
        <w:jc w:val="right"/>
      </w:pPr>
      <w:r>
        <w:t>اونلی گاڈ کین ڈیکلیئر ہو واز مہدی، ہو واز مسیح۔</w:t>
      </w:r>
    </w:p>
    <w:p>
      <w:r>
        <w:rPr>
          <w:b/>
        </w:rPr>
        <w:t xml:space="preserve">[1:39:18] </w:t>
      </w:r>
      <w:r>
        <w:t>this question is from miss naghma siddiqui from delhi. when we face a negative situation, we are not able to correct it immediately into positivity,</w:t>
      </w:r>
    </w:p>
    <w:p>
      <w:pPr>
        <w:jc w:val="right"/>
      </w:pPr>
      <w:r>
        <w:t>دس کوئسچن از فرام مس نغمہ صدیقی فرام ڈیلی۔ وین وی فیس ا نیگیٹیو سچویشن، وی ار ناٹ ایبل ٹو کریکٹ اٹ امیڈیٹلی انٹو پوزیٹیوٹی،</w:t>
      </w:r>
    </w:p>
    <w:p>
      <w:r>
        <w:rPr>
          <w:b/>
        </w:rPr>
        <w:t xml:space="preserve">[1:39:31] </w:t>
      </w:r>
      <w:r>
        <w:t>and in the mean time react, react emotionally for some time, only to become positive later on. will god forgive us for such a reaction?</w:t>
      </w:r>
    </w:p>
    <w:p>
      <w:pPr>
        <w:jc w:val="right"/>
      </w:pPr>
      <w:r>
        <w:t>اینڈ ان دا مین ٹائم ری ایکٹ، ری ایکٹ ایموشنلی فار سم ٹائم، اونلی ٹو بیکم پوزیٹیو لیٹر ان۔ ول گاڈ فورگیو اس فار سچ ا ری ایکشن؟</w:t>
      </w:r>
    </w:p>
    <w:p>
      <w:r>
        <w:rPr>
          <w:b/>
        </w:rPr>
        <w:t xml:space="preserve">[1:39:43] </w:t>
      </w:r>
      <w:r>
        <w:t>what should we do?</w:t>
      </w:r>
    </w:p>
    <w:p>
      <w:pPr>
        <w:jc w:val="right"/>
      </w:pPr>
      <w:r>
        <w:t>واٹ شوڈ وی ڈو؟</w:t>
      </w:r>
    </w:p>
    <w:p>
      <w:r>
        <w:rPr>
          <w:b/>
        </w:rPr>
        <w:t xml:space="preserve">[1:39:49] </w:t>
      </w:r>
      <w:r>
        <w:t>try to keep patience. resbar, try to keep patience. patience is the door of all kind of success.</w:t>
      </w:r>
    </w:p>
    <w:p>
      <w:pPr>
        <w:jc w:val="right"/>
      </w:pPr>
      <w:r>
        <w:t>ٹرائی ٹو کیپ پیشنس۔ ریسبر، ٹرائی ٹو کیپ پیشنس۔ پیشنس از دا ڈور اف ال کائنڈ اف سکسیس۔</w:t>
      </w:r>
    </w:p>
    <w:p>
      <w:r>
        <w:rPr>
          <w:b/>
        </w:rPr>
        <w:t xml:space="preserve">[1:40:05] </w:t>
      </w:r>
      <w:r>
        <w:t>this question is from mr idrees from delhi. maulana, what is objectivity and how to be objective?</w:t>
      </w:r>
    </w:p>
    <w:p>
      <w:pPr>
        <w:jc w:val="right"/>
      </w:pPr>
      <w:r>
        <w:t>دس کوئسچن از فرام مسٹر ادریس فرام ڈیلی۔ مولانا، واٹ از ابجیکٹیوٹی اینڈ ہاؤ ٹو بی ابجیکٹیو؟</w:t>
      </w:r>
    </w:p>
    <w:p>
      <w:r>
        <w:rPr>
          <w:b/>
        </w:rPr>
        <w:t xml:space="preserve">[1:40:15] </w:t>
      </w:r>
      <w:r>
        <w:t>kindly guide us.</w:t>
      </w:r>
    </w:p>
    <w:p>
      <w:pPr>
        <w:jc w:val="right"/>
      </w:pPr>
      <w:r>
        <w:t>کائنڈلی گائیڈ اس۔</w:t>
      </w:r>
    </w:p>
    <w:p>
      <w:r>
        <w:rPr>
          <w:b/>
        </w:rPr>
        <w:t xml:space="preserve">[1:40:24] </w:t>
      </w:r>
      <w:r>
        <w:t>objective thinking means realistic thinking.</w:t>
      </w:r>
    </w:p>
    <w:p>
      <w:pPr>
        <w:jc w:val="right"/>
      </w:pPr>
      <w:r>
        <w:t>ابجیکٹیو تھنکنگ مینز ریلسٹک تھنکنگ۔</w:t>
      </w:r>
    </w:p>
    <w:p>
      <w:r>
        <w:rPr>
          <w:b/>
        </w:rPr>
        <w:t xml:space="preserve">[1:40:33] </w:t>
      </w:r>
      <w:r>
        <w:t>objective thinking is only the other name of realistic thinking. what is, what is, what is,</w:t>
      </w:r>
    </w:p>
    <w:p>
      <w:pPr>
        <w:jc w:val="right"/>
      </w:pPr>
      <w:r>
        <w:t>ابجیکٹیو تھنکنگ از اونلی دی ادر نیم اف ریلسٹک تھنکنگ۔ واٹ از، واٹ از، واٹ از،</w:t>
      </w:r>
    </w:p>
    <w:p>
      <w:r>
        <w:rPr>
          <w:b/>
        </w:rPr>
        <w:t xml:space="preserve">[1:40:48] </w:t>
      </w:r>
      <w:r>
        <w:t>what is realist</w:t>
      </w:r>
    </w:p>
    <w:p>
      <w:pPr>
        <w:jc w:val="right"/>
      </w:pPr>
      <w:r>
        <w:t>واٹ از ریلسٹ</w:t>
      </w:r>
    </w:p>
    <w:p>
      <w:r>
        <w:rPr>
          <w:b/>
        </w:rPr>
        <w:t xml:space="preserve">[1:40:49] </w:t>
      </w:r>
      <w:r>
        <w:t>ic? that is objective. objective means that</w:t>
      </w:r>
    </w:p>
    <w:p>
      <w:pPr>
        <w:jc w:val="right"/>
      </w:pPr>
      <w:r>
        <w:t>ک؟ دیٹ از ابجیکٹیو۔ ابجیکٹیو مینز دیٹ</w:t>
      </w:r>
    </w:p>
    <w:p>
      <w:r>
        <w:rPr>
          <w:b/>
        </w:rPr>
        <w:t xml:space="preserve">[1:40:58] </w:t>
      </w:r>
      <w:r>
        <w:t>objective thinking means dispassionate thinking, unbiased thinking.</w:t>
      </w:r>
    </w:p>
    <w:p>
      <w:pPr>
        <w:jc w:val="right"/>
      </w:pPr>
      <w:r>
        <w:t>ابجیکٹیو تھنکنگ مینز ڈسپیشنٹ تھنکنگ، ان بائس تھنکنگ۔</w:t>
      </w:r>
    </w:p>
    <w:p>
      <w:r>
        <w:rPr>
          <w:b/>
        </w:rPr>
        <w:t xml:space="preserve">[1:41:10] </w:t>
      </w:r>
      <w:r>
        <w:t>objective thinking means unbiased thinking, dispassionate thinking, complex free thinking.</w:t>
      </w:r>
    </w:p>
    <w:p>
      <w:pPr>
        <w:jc w:val="right"/>
      </w:pPr>
      <w:r>
        <w:t>ابجیکٹیو تھنکنگ مینز ان بائس تھنکنگ، ڈسپیشنٹ تھنکنگ، کمپلیکس فری تھنکنگ۔</w:t>
      </w:r>
    </w:p>
    <w:p>
      <w:r>
        <w:rPr>
          <w:b/>
        </w:rPr>
        <w:t xml:space="preserve">[1:41:20] </w:t>
      </w:r>
      <w:r>
        <w:t>and it is this thinking that is called realistic thinking. so you can understand what is realistic and what is unrealistic by activity your mind.</w:t>
      </w:r>
    </w:p>
    <w:p>
      <w:pPr>
        <w:jc w:val="right"/>
      </w:pPr>
      <w:r>
        <w:t>اینڈ اٹ از دس تھنکنگ دیٹ از کالڈ ریلسٹک تھنکنگ۔ سو یو کین انڈرسٹینڈ واٹ از ریلسٹک اینڈ واٹ از ان ریلسٹک بائی ایکٹیویٹی یور مائنڈ۔</w:t>
      </w:r>
    </w:p>
    <w:p>
      <w:r>
        <w:rPr>
          <w:b/>
        </w:rPr>
        <w:t xml:space="preserve">[1:41:38] </w:t>
      </w:r>
      <w:r>
        <w:t>so make yourself unbiased.</w:t>
      </w:r>
    </w:p>
    <w:p>
      <w:pPr>
        <w:jc w:val="right"/>
      </w:pPr>
      <w:r>
        <w:t>سو میک یور سیلف ان بائسڈ۔</w:t>
      </w:r>
    </w:p>
    <w:p>
      <w:r>
        <w:rPr>
          <w:b/>
        </w:rPr>
        <w:t xml:space="preserve">[1:41:45] </w:t>
      </w:r>
      <w:r>
        <w:t>it is biased thinking that, that, that is bad. and if you, if you are, if you can think in a, in a, in, in unbiased manner,</w:t>
      </w:r>
    </w:p>
    <w:p>
      <w:pPr>
        <w:jc w:val="right"/>
      </w:pPr>
      <w:r>
        <w:t>اٹ از بائس تھنکنگ دیٹ، دیٹ، دیٹ از بیڈ۔ اینڈ اف یو، اف یو ار، اف یو کین تھنک ان ا، ان ا، ان، ان ان بائس میٹر،</w:t>
      </w:r>
    </w:p>
    <w:p>
      <w:r>
        <w:rPr>
          <w:b/>
        </w:rPr>
        <w:t xml:space="preserve">[1:42:04] </w:t>
      </w:r>
      <w:r>
        <w:t>then you are objective. and i think that objective thinking is very important in intellectual development</w:t>
      </w:r>
    </w:p>
    <w:p>
      <w:pPr>
        <w:jc w:val="right"/>
      </w:pPr>
      <w:r>
        <w:t>دین یو ار ابجیکٹیو۔ اینڈ ائی تھنک دیٹ ابجیکٹیو تھنکنگ از ویری امپورٹنٹ ان انٹلیکچول ڈیولپمنٹ</w:t>
      </w:r>
    </w:p>
    <w:p>
      <w:r>
        <w:rPr>
          <w:b/>
        </w:rPr>
        <w:t xml:space="preserve">[1:42:13] </w:t>
      </w:r>
      <w:r>
        <w:t>. without objective thinking, spiritual development or intellectual development is not possible.</w:t>
      </w:r>
    </w:p>
    <w:p>
      <w:pPr>
        <w:jc w:val="right"/>
      </w:pPr>
      <w:r>
        <w:t>۔ وداؤٹ ابجیکٹیو تھنکنگ، سپریچول ڈیولپمنٹ اور انٹلیکچول ڈیولپمنٹ از ناٹ پوسیبل۔</w:t>
      </w:r>
    </w:p>
    <w:p>
      <w:r>
        <w:rPr>
          <w:b/>
        </w:rPr>
        <w:t xml:space="preserve">[1:42:23] </w:t>
      </w:r>
      <w:r>
        <w:t>this question is from mr khwaja kaleemuddin from pennsylvania. maulana sahib, i have observed due to my interaction with my fellow american jews and christians alike, that they are very much anxious to extended humanity work, but not interested about talking about god and his creation plan.</w:t>
      </w:r>
    </w:p>
    <w:p>
      <w:pPr>
        <w:jc w:val="right"/>
      </w:pPr>
      <w:r>
        <w:t>دس کوئسچن از فرام مسٹر خواجہ کلیم الدین فرام پینسلوینیا۔ مولانا صاحب، ائی ہیو ابزرو ڈیو ٹو مائی انٹریکشن ود مائی فیلو امریکن جیوز اینڈ کرسچنز الائک، دیٹ دے ار ویری مچ اینشیس ٹو ایکسٹینڈڈ ہیومینٹی ورک، بٹ ناٹ انٹرسٹڈ اباؤٹ ٹاکنگ اباؤٹ گاڈ اینڈ ہز کریشن پلان۔</w:t>
      </w:r>
    </w:p>
    <w:p>
      <w:r>
        <w:rPr>
          <w:b/>
        </w:rPr>
        <w:t xml:space="preserve">[1:42:48] </w:t>
      </w:r>
      <w:r>
        <w:t>even some muslims are copying them. what is the reason for this and how to engage them in the topic of god and his creation plan?</w:t>
      </w:r>
    </w:p>
    <w:p>
      <w:pPr>
        <w:jc w:val="right"/>
      </w:pPr>
      <w:r>
        <w:t>ایون سم مسلمز ار کاپنگ دیم۔ واٹ از دا ریزن فار دس اینڈ ہاؤ ٹو انگیج دیم ان دا ٹاپک اف گاڈ اینڈ ہز کریشن پلان؟</w:t>
      </w:r>
    </w:p>
    <w:p>
      <w:r>
        <w:rPr>
          <w:b/>
        </w:rPr>
        <w:t xml:space="preserve">[1:43:01] </w:t>
      </w:r>
      <w:r>
        <w:t>i think this is the phenomena of that card of culture, which is said that the formula of this culture is</w:t>
      </w:r>
    </w:p>
    <w:p>
      <w:pPr>
        <w:jc w:val="right"/>
      </w:pPr>
      <w:r>
        <w:t>ائی تھنک دس از دا فیناومینا اف دیٹ کارڈ اف کلچر، وچ از سیڈ دیٹ دا فارمولا اف دس کلچر از</w:t>
      </w:r>
    </w:p>
    <w:p>
      <w:r>
        <w:rPr>
          <w:b/>
        </w:rPr>
        <w:t xml:space="preserve">[1:43:19] </w:t>
      </w:r>
      <w:r>
        <w:t>right here, right now.</w:t>
      </w:r>
    </w:p>
    <w:p>
      <w:pPr>
        <w:jc w:val="right"/>
      </w:pPr>
      <w:r>
        <w:t>رائٹ ہیر، رائٹ ناو۔</w:t>
      </w:r>
    </w:p>
    <w:p>
      <w:r>
        <w:rPr>
          <w:b/>
        </w:rPr>
        <w:t xml:space="preserve">[1:43:24] </w:t>
      </w:r>
      <w:r>
        <w:t>these people, their thinking is world oriented thinking. they don't know about akhirat, they don't bother to think about akhirat.</w:t>
      </w:r>
    </w:p>
    <w:p>
      <w:pPr>
        <w:jc w:val="right"/>
      </w:pPr>
      <w:r>
        <w:t>دیز پیپل، دیر تھنکنگ از ورلڈ اوریٹڈ تھنکنگ۔ دے ڈونٹ نو اباؤٹ اخرت، دے ڈونٹ بادر ٹو تھنک اباؤٹ اخرت۔</w:t>
      </w:r>
    </w:p>
    <w:p>
      <w:r>
        <w:rPr>
          <w:b/>
        </w:rPr>
        <w:t xml:space="preserve">[1:43:35] </w:t>
      </w:r>
      <w:r>
        <w:t>so due to this worldly thinking, they are interested in community work, in social work.</w:t>
      </w:r>
    </w:p>
    <w:p>
      <w:pPr>
        <w:jc w:val="right"/>
      </w:pPr>
      <w:r>
        <w:t>سو ڈیو ٹو دس ورلڈلی تھنکنگ، دے ار انٹرسٹڈ ان کمیونٹی ورک، ان سوشل ورک۔</w:t>
      </w:r>
    </w:p>
    <w:p>
      <w:r>
        <w:rPr>
          <w:b/>
        </w:rPr>
        <w:t xml:space="preserve">[1:43:44] </w:t>
      </w:r>
      <w:r>
        <w:t>so we have to tell them what is the creation product of god, what is the pre death period, and what is the post death period.</w:t>
      </w:r>
    </w:p>
    <w:p>
      <w:pPr>
        <w:jc w:val="right"/>
      </w:pPr>
      <w:r>
        <w:t>سو وی ہیو ٹو ٹیل دیم واٹ از دا کریشن پراڈ اف گاڈ، واٹ از دا پری ڈیتھ پیریڈ، اینڈ واٹ از دا پوسٹ ڈیتھ پیریڈ۔</w:t>
      </w:r>
    </w:p>
    <w:p>
      <w:r>
        <w:rPr>
          <w:b/>
        </w:rPr>
        <w:t xml:space="preserve">[1:43:56] </w:t>
      </w:r>
      <w:r>
        <w:t>so these people are unaware of this, of these things. maybe they have some, some traditional belief, but in fact they have no conviction</w:t>
      </w:r>
    </w:p>
    <w:p>
      <w:pPr>
        <w:jc w:val="right"/>
      </w:pPr>
      <w:r>
        <w:t>سو دیز پیپل ار ان ایویر اف دس، اف دیز تھنگز۔ می بی دے ہیو سم، سم ٹریڈیشنل بیلیف، بٹ ان فیکٹ دے ہیو نو کنوکشن</w:t>
      </w:r>
    </w:p>
    <w:p>
      <w:r>
        <w:rPr>
          <w:b/>
        </w:rPr>
        <w:t xml:space="preserve">[1:44:13] </w:t>
      </w:r>
      <w:r>
        <w:t>. so we have to make them aware of this fact that god has created us for test. and, and the real world is in the, in the world hereafter.</w:t>
      </w:r>
    </w:p>
    <w:p>
      <w:pPr>
        <w:jc w:val="right"/>
      </w:pPr>
      <w:r>
        <w:t>۔ سو وی ہیو ٹو میک دیم اویئر اف دس فیکٹ دیٹ گاڈ ہیز کریٹڈ اس فار ٹیسٹ۔ اینڈ، اینڈ دا ریل ورلڈ از ان دا، ان دا ورلڈ ہیر افٹر۔</w:t>
      </w:r>
    </w:p>
    <w:p>
      <w:r>
        <w:rPr>
          <w:b/>
        </w:rPr>
        <w:t xml:space="preserve">[1:44:29] </w:t>
      </w:r>
      <w:r>
        <w:t>present world is temporary period of our life, and, and post death period is permanent period of our life.</w:t>
      </w:r>
    </w:p>
    <w:p>
      <w:pPr>
        <w:jc w:val="right"/>
      </w:pPr>
      <w:r>
        <w:t>پریزنٹ ورلڈ از ٹیمپریری پیریڈ اف اور لائف، اینڈ، اینڈ پوسٹ ڈیتھ پیریڈ از پرماننٹ پیریڈ اف اور لائف۔</w:t>
      </w:r>
    </w:p>
    <w:p>
      <w:r>
        <w:rPr>
          <w:b/>
        </w:rPr>
        <w:t xml:space="preserve">[1:44:41] </w:t>
      </w:r>
      <w:r>
        <w:t>all those things, people are unaware of all those things. so there is no way other than to.</w:t>
      </w:r>
    </w:p>
    <w:p>
      <w:pPr>
        <w:jc w:val="right"/>
      </w:pPr>
      <w:r>
        <w:t>ال دوست تھنگز، پیپل ار ان ایویر اف ال دوست تھنگز۔ سو دیر از نو وے ادر دین ٹو۔</w:t>
      </w:r>
    </w:p>
    <w:p>
      <w:r>
        <w:rPr>
          <w:b/>
        </w:rPr>
        <w:t xml:space="preserve">[1:44:49] </w:t>
      </w:r>
      <w:r>
        <w:t>to discipline this thinking, and especially we have to make people aware of the creation plan of god</w:t>
      </w:r>
    </w:p>
    <w:p>
      <w:pPr>
        <w:jc w:val="right"/>
      </w:pPr>
      <w:r>
        <w:t>ٹو ڈسپلینیٹ دس تھنکنگ، اینڈ اسپیشلی وی ہیو ٹو میک پیپل اویئر اف دا کریشن پلان اف گاڈ</w:t>
      </w:r>
    </w:p>
    <w:p>
      <w:r>
        <w:rPr>
          <w:b/>
        </w:rPr>
        <w:t xml:space="preserve">[1:45:03] </w:t>
      </w:r>
      <w:r>
        <w:t>. people don't know what is the creation plan of god. so this is our duty.</w:t>
      </w:r>
    </w:p>
    <w:p>
      <w:pPr>
        <w:jc w:val="right"/>
      </w:pPr>
      <w:r>
        <w:t>۔ پیپل ڈونٹ نو واٹ از دا کریشن پلان اف گاڈ۔ سو دس از اور ڈیوٹی۔</w:t>
      </w:r>
    </w:p>
    <w:p>
      <w:r>
        <w:rPr>
          <w:b/>
        </w:rPr>
        <w:t xml:space="preserve">[1:45:12] </w:t>
      </w:r>
      <w:r>
        <w:t>this situation remind only our duty that when people are unaware of creation plan of god, it is our duty to, to, to convey them this message to make people aware of this fact.</w:t>
      </w:r>
    </w:p>
    <w:p>
      <w:pPr>
        <w:jc w:val="right"/>
      </w:pPr>
      <w:r>
        <w:t>دس سچویشن ریمائنڈ اونلی اور ڈیوٹی دیٹ وین پیپل ار ان ایویر اف کریشن پلان اف گاڈ، اٹ از اور ڈیوٹی ٹو، ٹو، ٹو کنوے دیم دس میسج ٹو میک پیپل اویئر اف دس فیکٹ۔</w:t>
      </w:r>
    </w:p>
    <w:p>
      <w:r>
        <w:rPr>
          <w:b/>
        </w:rPr>
        <w:t xml:space="preserve">[1:45:30] </w:t>
      </w:r>
      <w:r>
        <w:t>this question is from delhi. how is it actually possible to delete a problem without solving it?</w:t>
      </w:r>
    </w:p>
    <w:p>
      <w:pPr>
        <w:jc w:val="right"/>
      </w:pPr>
      <w:r>
        <w:t>دس کوئسچن از فرام ڈیلی۔ ہاؤ از اٹ ایکچولی پوسیبل ٹو ڈیلیٹ ا پرابلم وداؤٹ سالونگ اٹ؟</w:t>
      </w:r>
    </w:p>
    <w:p>
      <w:r>
        <w:rPr>
          <w:b/>
        </w:rPr>
        <w:t xml:space="preserve">[1:45:39] </w:t>
      </w:r>
      <w:r>
        <w:t>kindly comment.</w:t>
      </w:r>
    </w:p>
    <w:p>
      <w:pPr>
        <w:jc w:val="right"/>
      </w:pPr>
      <w:r>
        <w:t>کائنڈلی کمنٹ۔</w:t>
      </w:r>
    </w:p>
    <w:p>
      <w:r>
        <w:rPr>
          <w:b/>
        </w:rPr>
        <w:t xml:space="preserve">[1:45:43] </w:t>
      </w:r>
      <w:r>
        <w:t>there is no solution in this world. no one can achieve solution. even super super powers.</w:t>
      </w:r>
    </w:p>
    <w:p>
      <w:pPr>
        <w:jc w:val="right"/>
      </w:pPr>
      <w:r>
        <w:t>دیر از نو سولیوشن ان دس ورلڈ۔ نو ون کین اچیو سولیوشن۔ ایون سپر سپر پاورز۔</w:t>
      </w:r>
    </w:p>
    <w:p>
      <w:r>
        <w:rPr>
          <w:b/>
        </w:rPr>
        <w:t xml:space="preserve">[1:45:53] </w:t>
      </w:r>
      <w:r>
        <w:t>america is a super power. he wanted to have a solution in gulf. they spend five trillion dollar, but they failed.</w:t>
      </w:r>
    </w:p>
    <w:p>
      <w:pPr>
        <w:jc w:val="right"/>
      </w:pPr>
      <w:r>
        <w:t>امریکہ از ا سپر پاور۔ ہی وانٹڈ ٹو ہیو ا سولیوشن ان گلف۔ دے سپینڈ فائیو ٹریلین ڈالر، بٹ دے فیلڈ۔</w:t>
      </w:r>
    </w:p>
    <w:p>
      <w:r>
        <w:rPr>
          <w:b/>
        </w:rPr>
        <w:t xml:space="preserve">[1:46:04] </w:t>
      </w:r>
      <w:r>
        <w:t>now they have decided to leave that area. so what is solution?</w:t>
      </w:r>
    </w:p>
    <w:p>
      <w:pPr>
        <w:jc w:val="right"/>
      </w:pPr>
      <w:r>
        <w:t>ناو دے ہیو ڈیسائیڈ ٹو لیفٹ دیٹ ایریا۔ سو واٹ از سولیوشن؟</w:t>
      </w:r>
    </w:p>
    <w:p>
      <w:r>
        <w:rPr>
          <w:b/>
        </w:rPr>
        <w:t xml:space="preserve">[1:46:13] </w:t>
      </w:r>
      <w:r>
        <w:t>solution is not possible.</w:t>
      </w:r>
    </w:p>
    <w:p>
      <w:pPr>
        <w:jc w:val="right"/>
      </w:pPr>
      <w:r>
        <w:t>سولیوشن از ناٹ پوسیبل۔</w:t>
      </w:r>
    </w:p>
    <w:p>
      <w:r>
        <w:rPr>
          <w:b/>
        </w:rPr>
        <w:t xml:space="preserve">[1:46:15] </w:t>
      </w:r>
      <w:r>
        <w:t>you have to be practical. you have to be practical. what is, what is possible in practical term?</w:t>
      </w:r>
    </w:p>
    <w:p>
      <w:pPr>
        <w:jc w:val="right"/>
      </w:pPr>
      <w:r>
        <w:t>یو ہیو ٹو بی پریکٹیکل۔ یو ہیو ٹو بی پریکٹیکل۔ واٹ از، واٹ از پوسیبل ان پریکٹیکل ٹرم؟</w:t>
      </w:r>
    </w:p>
    <w:p>
      <w:r>
        <w:rPr>
          <w:b/>
        </w:rPr>
        <w:t xml:space="preserve">[1:46:25] </w:t>
      </w:r>
      <w:r>
        <w:t>that is solution. people are obsessed with idealistic solution. they want solution in ideal term.</w:t>
      </w:r>
    </w:p>
    <w:p>
      <w:pPr>
        <w:jc w:val="right"/>
      </w:pPr>
      <w:r>
        <w:t>دیٹ از سولیوشن۔ پیپل ار ابسسٹ ود ائیڈیلسٹک سولیوشن۔ دے وانٹ سولیوشن ان ائیڈیل ٹرم۔</w:t>
      </w:r>
    </w:p>
    <w:p>
      <w:r>
        <w:rPr>
          <w:b/>
        </w:rPr>
        <w:t xml:space="preserve">[1:46:36] </w:t>
      </w:r>
      <w:r>
        <w:t>that is impossible. ideal can not be achieved. ideal can not be achieved in this world</w:t>
      </w:r>
    </w:p>
    <w:p>
      <w:pPr>
        <w:jc w:val="right"/>
      </w:pPr>
      <w:r>
        <w:t>دیٹ از امپوسیبل۔ ائیڈیل کین ناٹ بی اچیوڈ۔ ائیڈیل کین ناٹ بی اچیوڈ ان دس ورلڈ</w:t>
      </w:r>
    </w:p>
    <w:p>
      <w:r>
        <w:rPr>
          <w:b/>
        </w:rPr>
        <w:t xml:space="preserve">[1:46:43] </w:t>
      </w:r>
      <w:r>
        <w:t>. so you have to be practical. no one, including superpower, can solve the problems.</w:t>
      </w:r>
    </w:p>
    <w:p>
      <w:pPr>
        <w:jc w:val="right"/>
      </w:pPr>
      <w:r>
        <w:t>۔ سو یو ہیو ٹو بی پریکٹیکل۔ نو ون، انکلوڈنگ سپر پاور، کین سالو دا پرابلمز۔</w:t>
      </w:r>
    </w:p>
    <w:p>
      <w:r>
        <w:rPr>
          <w:b/>
        </w:rPr>
        <w:t xml:space="preserve">[1:46:55] </w:t>
      </w:r>
      <w:r>
        <w:t>everyone must adopt what is possible and not, and not to run after ideal solution.</w:t>
      </w:r>
    </w:p>
    <w:p>
      <w:pPr>
        <w:jc w:val="right"/>
      </w:pPr>
      <w:r>
        <w:t>ایوری ون مسٹ اڈاپٹ واٹ از پوسیبل اینڈ ناٹ، اینڈ ناٹ ٹو رن افٹر ائیڈیل سولیوشن۔</w:t>
      </w:r>
    </w:p>
    <w:p>
      <w:r>
        <w:rPr>
          <w:b/>
        </w:rPr>
        <w:t xml:space="preserve">[1:47:06] </w:t>
      </w:r>
      <w:r>
        <w:t>who can achieve ideal solution? it is impossible.</w:t>
      </w:r>
    </w:p>
    <w:p>
      <w:pPr>
        <w:jc w:val="right"/>
      </w:pPr>
      <w:r>
        <w:t>ہو کین اچیو ائیڈیل سولیوشن؟ اٹ از امپوسیبل۔</w:t>
      </w:r>
    </w:p>
    <w:p>
      <w:r>
        <w:rPr>
          <w:b/>
        </w:rPr>
        <w:t xml:space="preserve">[1:47:13] </w:t>
      </w:r>
      <w:r>
        <w:t>this question is from miss muslima siddiqui from delhi. i find that people have all the time for their worldly pursuits, but when it comes to hereafter oriented activities,</w:t>
      </w:r>
    </w:p>
    <w:p>
      <w:pPr>
        <w:jc w:val="right"/>
      </w:pPr>
      <w:r>
        <w:t>دس کوئسچن از فرام مس مسلمہ صدیقی فرام ڈیلی۔ ائی فائنڈ دیٹ پیپل ہیو ال دا ٹائم فار دیر ورلڈلی پرسیوٹس، بٹ وین اٹ کمز ٹو ہیر افٹر اورینٹڈ ایکٹیویٹیز،</w:t>
      </w:r>
    </w:p>
    <w:p>
      <w:r>
        <w:rPr>
          <w:b/>
        </w:rPr>
        <w:t xml:space="preserve">[1:47:27] </w:t>
      </w:r>
      <w:r>
        <w:t>they complain that they have no time to engage in such activities.</w:t>
      </w:r>
    </w:p>
    <w:p>
      <w:pPr>
        <w:jc w:val="right"/>
      </w:pPr>
      <w:r>
        <w:t>دے کمپلین دیٹ دے ہیو نو ٹائم ٹو انگیج ان سچ ایکٹیویٹیز۔</w:t>
      </w:r>
    </w:p>
    <w:p>
      <w:r>
        <w:rPr>
          <w:b/>
        </w:rPr>
        <w:t xml:space="preserve">[1:47:33] </w:t>
      </w:r>
      <w:r>
        <w:t>even the religious minded people who say their prayers fast and perform hajj, are not able to attach importance to the our work.</w:t>
      </w:r>
    </w:p>
    <w:p>
      <w:pPr>
        <w:jc w:val="right"/>
      </w:pPr>
      <w:r>
        <w:t>ایون دا ریلیجیس مائنڈڈ پیپل ہو سی دے پریئرز فاسٹ اینڈ پرفارم حج، ار ناٹ ایبل ٹو اٹیچ امپورٹنس ٹو داور ورک۔</w:t>
      </w:r>
    </w:p>
    <w:p>
      <w:r>
        <w:rPr>
          <w:b/>
        </w:rPr>
        <w:t xml:space="preserve">[1:47:44] </w:t>
      </w:r>
      <w:r>
        <w:t>they fail to set their priorities right. why is it so?</w:t>
      </w:r>
    </w:p>
    <w:p>
      <w:pPr>
        <w:jc w:val="right"/>
      </w:pPr>
      <w:r>
        <w:t>دے فیل ٹو سیٹ دیر پرائرٹیز رائٹ۔ وائی از اٹ سو؟</w:t>
      </w:r>
    </w:p>
    <w:p>
      <w:r>
        <w:rPr>
          <w:b/>
        </w:rPr>
        <w:t xml:space="preserve">[1:47:51] </w:t>
      </w:r>
      <w:r>
        <w:t>this is the greatest problem of our age.</w:t>
      </w:r>
    </w:p>
    <w:p>
      <w:pPr>
        <w:jc w:val="right"/>
      </w:pPr>
      <w:r>
        <w:t>دس از دا گریٹسٹ پرابلم اف اور ایج۔</w:t>
      </w:r>
    </w:p>
    <w:p>
      <w:r>
        <w:rPr>
          <w:b/>
        </w:rPr>
        <w:t xml:space="preserve">[1:47:58] </w:t>
      </w:r>
      <w:r>
        <w:t>all the people, including so called religious people, have adopted dunya oriented thinking.</w:t>
      </w:r>
    </w:p>
    <w:p>
      <w:pPr>
        <w:jc w:val="right"/>
      </w:pPr>
      <w:r>
        <w:t>ال دا پیپل، انکلوڈنگ سو کالڈ ریلیجیس پیپل، ہیو اڈاپٹڈ دنیا اوریٹڈ تھنکنگ۔</w:t>
      </w:r>
    </w:p>
    <w:p>
      <w:r>
        <w:rPr>
          <w:b/>
        </w:rPr>
        <w:t xml:space="preserve">[1:48:11] </w:t>
      </w:r>
      <w:r>
        <w:t>i don't know anything who adopted akhirat oriented things. even those people who are practice muslims. you can see some practice muslims.</w:t>
      </w:r>
    </w:p>
    <w:p>
      <w:pPr>
        <w:jc w:val="right"/>
      </w:pPr>
      <w:r>
        <w:t>ائی ڈونٹ نو اینی تھنگ ہو اڈاپٹڈ اخرت اورینٹڈ تھنگز۔ ایون دوست پیپل ہو ار پریکٹس مسلمز۔ یو کین سی سم پریکٹس مسلمز۔</w:t>
      </w:r>
    </w:p>
    <w:p>
      <w:r>
        <w:rPr>
          <w:b/>
        </w:rPr>
        <w:t xml:space="preserve">[1:48:22] </w:t>
      </w:r>
      <w:r>
        <w:t>but if you want to know, if you want to find some</w:t>
      </w:r>
    </w:p>
    <w:p>
      <w:pPr>
        <w:jc w:val="right"/>
      </w:pPr>
      <w:r>
        <w:t>بٹ اف یو وانٹ ٹو نو، اف یو وانٹ ٹو فائنڈ سم</w:t>
      </w:r>
    </w:p>
    <w:p>
      <w:r>
        <w:rPr>
          <w:b/>
        </w:rPr>
        <w:t xml:space="preserve">[1:48:29] </w:t>
      </w:r>
      <w:r>
        <w:t>person that is akhirat oriented person. interventions the word, you fail. so this is the problem.</w:t>
      </w:r>
    </w:p>
    <w:p>
      <w:pPr>
        <w:jc w:val="right"/>
      </w:pPr>
      <w:r>
        <w:t>پرسن دیٹ از اخرت اورینٹڈ پرسن۔ انٹروشنز دا ورڈ، یو فیل۔ سو دس از دا پرابلم۔</w:t>
      </w:r>
    </w:p>
    <w:p>
      <w:r>
        <w:rPr>
          <w:b/>
        </w:rPr>
        <w:t xml:space="preserve">[1:48:39] </w:t>
      </w:r>
      <w:r>
        <w:t>we are doing for our mission is for this purpose. we want to, we want to</w:t>
      </w:r>
    </w:p>
    <w:p>
      <w:pPr>
        <w:jc w:val="right"/>
      </w:pPr>
      <w:r>
        <w:t>وی ار ڈوئنگ فار اور مشن از فار دس پرپس۔ وی وانٹ ٹو، وی وانٹ ٹو</w:t>
      </w:r>
    </w:p>
    <w:p>
      <w:r>
        <w:rPr>
          <w:b/>
        </w:rPr>
        <w:t xml:space="preserve">[1:48:47] </w:t>
      </w:r>
      <w:r>
        <w:t>make people aware of this fact that life is the dunya or life is nothing. if you are so called practice muslim,</w:t>
      </w:r>
    </w:p>
    <w:p>
      <w:pPr>
        <w:jc w:val="right"/>
      </w:pPr>
      <w:r>
        <w:t>میک پیپل اویئر اف دس فیکٹ دیٹ لائف از دا دنیا اور لائف از نتھنگ۔ اف یو ار سو کالڈ پریکٹس مسلم،</w:t>
      </w:r>
    </w:p>
    <w:p>
      <w:r>
        <w:rPr>
          <w:b/>
        </w:rPr>
        <w:t xml:space="preserve">[1:49:01] </w:t>
      </w:r>
      <w:r>
        <w:t>again you are failure.</w:t>
      </w:r>
    </w:p>
    <w:p>
      <w:pPr>
        <w:jc w:val="right"/>
      </w:pPr>
      <w:r>
        <w:t>اگین یو ار فیلیر۔</w:t>
      </w:r>
    </w:p>
    <w:p>
      <w:r>
        <w:rPr>
          <w:b/>
        </w:rPr>
        <w:t xml:space="preserve">[1:49:05] </w:t>
      </w:r>
      <w:r>
        <w:t>practice muslim is not enough. you have to be akhirat oriented muslim. this is the problem. and we have to, we have to make people aware about this fact.</w:t>
      </w:r>
    </w:p>
    <w:p>
      <w:pPr>
        <w:jc w:val="right"/>
      </w:pPr>
      <w:r>
        <w:t>پریکٹس مسلم از ناٹ انف۔ یو ہیو ٹو بی اخرت اورینٹڈ مسلم۔ دس از دا پرابلم۔ اینڈ وی ہیو ٹو، وی ہیو ٹو میک پیپل اویئر اباؤٹ دس فیکٹ۔</w:t>
      </w:r>
    </w:p>
    <w:p>
      <w:r>
        <w:rPr>
          <w:b/>
        </w:rPr>
        <w:t xml:space="preserve">[1:49:21] </w:t>
      </w:r>
      <w:r>
        <w:t>this question is from miss sadia from delhi. did not prophet yunus leave his people when they were not responding?</w:t>
      </w:r>
    </w:p>
    <w:p>
      <w:pPr>
        <w:jc w:val="right"/>
      </w:pPr>
      <w:r>
        <w:t>دس کوئسچن از فرام مس سعدیہ فرام ڈیلی۔ ڈیڈ ناٹ پرافٹ یونس لیو ہز پیپل وین دے وار ناٹ ریسپانڈنگ؟</w:t>
      </w:r>
    </w:p>
    <w:p>
      <w:r>
        <w:rPr>
          <w:b/>
        </w:rPr>
        <w:t xml:space="preserve">[1:49:30] </w:t>
      </w:r>
      <w:r>
        <w:t>why was his doing so not correct?</w:t>
      </w:r>
    </w:p>
    <w:p>
      <w:pPr>
        <w:jc w:val="right"/>
      </w:pPr>
      <w:r>
        <w:t>وائی واز ہز ڈوئنگ سو ناٹ کریکٹ؟</w:t>
      </w:r>
    </w:p>
    <w:p>
      <w:r>
        <w:rPr>
          <w:b/>
        </w:rPr>
        <w:t xml:space="preserve">[1:49:36] </w:t>
      </w:r>
      <w:r>
        <w:t>because it was not question of responding, it was question of iqamat-e-hujjat. so before iqamat-e-hujjat, he left his community.</w:t>
      </w:r>
    </w:p>
    <w:p>
      <w:pPr>
        <w:jc w:val="right"/>
      </w:pPr>
      <w:r>
        <w:t>بیکاز اٹ واز ناٹ کوئسچن اف ریسپانڈنگ، اٹ واز کوئسچن اف اقامت حجت۔ سو بیفور اقامت حجت، ہی لیفٹ ہز کمیونٹی۔</w:t>
      </w:r>
    </w:p>
    <w:p>
      <w:r>
        <w:rPr>
          <w:b/>
        </w:rPr>
        <w:t xml:space="preserve">[1:49:49] </w:t>
      </w:r>
      <w:r>
        <w:t>he is not, is not due to lack of response. no, yani the our needs</w:t>
      </w:r>
    </w:p>
    <w:p>
      <w:pPr>
        <w:jc w:val="right"/>
      </w:pPr>
      <w:r>
        <w:t>ہی از ناٹ، از ناٹ ڈیو ٹو لیک اف ریسپانس۔ نو، یعنی داور نیڈز</w:t>
      </w:r>
    </w:p>
    <w:p>
      <w:r>
        <w:rPr>
          <w:b/>
        </w:rPr>
        <w:t xml:space="preserve">[1:50:03] </w:t>
      </w:r>
      <w:r>
        <w:t>the culmination of the work is iqamat-e-hujjat, not simply responding. so prophet yunus left his community before iqamat-e-hujjat.</w:t>
      </w:r>
    </w:p>
    <w:p>
      <w:pPr>
        <w:jc w:val="right"/>
      </w:pPr>
      <w:r>
        <w:t>دا کلمنیشن اف دا ورک از اقامت حجت، ناٹ سمپلی ریسپانڈنگ۔ سو پرافٹ یونس لیفٹ ہز کمیونٹی بیفور اقامت حجت۔</w:t>
      </w:r>
    </w:p>
    <w:p>
      <w:r>
        <w:rPr>
          <w:b/>
        </w:rPr>
        <w:t xml:space="preserve">[1:50:16] </w:t>
      </w:r>
      <w:r>
        <w:t>it was against the, against the sunnah of god</w:t>
      </w:r>
    </w:p>
    <w:p>
      <w:pPr>
        <w:jc w:val="right"/>
      </w:pPr>
      <w:r>
        <w:t>اٹ واز اگینسٹ دی، اگینسٹ دی سنہ اف گا</w:t>
      </w:r>
    </w:p>
    <w:p>
      <w:r>
        <w:rPr>
          <w:b/>
        </w:rPr>
        <w:t xml:space="preserve">[1:50:22] </w:t>
      </w:r>
      <w:r>
        <w:t>d. so he was compared to return to his, to his community again. and again, he, he, he convey his message to this people, and they, and they embrace his religion.</w:t>
      </w:r>
    </w:p>
    <w:p>
      <w:pPr>
        <w:jc w:val="right"/>
      </w:pPr>
      <w:r>
        <w:t>ڈ۔ سو ہی واز کمپیر ٹو ریٹرن ٹو ہز، ٹو ہز کمیونٹی اگین۔ اینڈ اگین، ہی، ہی، ہی کنوے ہز میسج ٹو دس پیپل، اینڈ دے، اینڈ دے ایمبریس ہز ریلیجن۔</w:t>
      </w:r>
    </w:p>
    <w:p>
      <w:r>
        <w:rPr>
          <w:b/>
        </w:rPr>
        <w:t xml:space="preserve">[1:50:43] </w:t>
      </w:r>
      <w:r>
        <w:t>so it was not simply due to lack of response. it was that he left his community before iqamat-e-hujjat.</w:t>
      </w:r>
    </w:p>
    <w:p>
      <w:pPr>
        <w:jc w:val="right"/>
      </w:pPr>
      <w:r>
        <w:t>سو اٹ واز ناٹ سمپلی ڈیو ٹو لیک اف ریسپانس۔ اٹ واز دیٹ ہی لیفٹ ہز کمیونٹی بیفور اقامت حجت۔</w:t>
      </w:r>
    </w:p>
    <w:p>
      <w:r>
        <w:rPr>
          <w:b/>
        </w:rPr>
        <w:t xml:space="preserve">[1:50:56] </w:t>
      </w:r>
      <w:r>
        <w:t>this question is from miss raziya from delhi. i attend lectures by both religious and secular people in different programs, but i find that there is no clarity in their lectures.</w:t>
      </w:r>
    </w:p>
    <w:p>
      <w:pPr>
        <w:jc w:val="right"/>
      </w:pPr>
      <w:r>
        <w:t>دس کوئسچن از فرام مس راضیہ فرام ڈیلی۔ ائی اٹینڈ لیکچرز بائے بوتھ ریلیجیس اینڈ سیکولر پیپل ان ڈفرنٹ پروگرامز، بٹ ائی فائنڈ دیٹ دیر از نو کلیرٹی ان دیر لیکچرز۔</w:t>
      </w:r>
    </w:p>
    <w:p>
      <w:r>
        <w:rPr>
          <w:b/>
        </w:rPr>
        <w:t xml:space="preserve">[1:51:11] </w:t>
      </w:r>
      <w:r>
        <w:t>while clarity is found in your lectures hundred percent, what is the reason for this?</w:t>
      </w:r>
    </w:p>
    <w:p>
      <w:pPr>
        <w:jc w:val="right"/>
      </w:pPr>
      <w:r>
        <w:t>وائل کلیرٹی از فاؤنڈ ان یور لیکچرز ہنڈرڈ پرسنٹ، واٹ از دا ریزن فار دس؟</w:t>
      </w:r>
    </w:p>
    <w:p>
      <w:r>
        <w:rPr>
          <w:b/>
        </w:rPr>
        <w:t xml:space="preserve">[1:51:20] </w:t>
      </w:r>
      <w:r>
        <w:t>who is the</w:t>
      </w:r>
    </w:p>
    <w:p>
      <w:pPr>
        <w:jc w:val="right"/>
      </w:pPr>
      <w:r>
        <w:t>ہو از دا</w:t>
      </w:r>
    </w:p>
    <w:p>
      <w:r>
        <w:rPr>
          <w:b/>
        </w:rPr>
        <w:t xml:space="preserve">[1:51:21] </w:t>
      </w:r>
      <w:r>
        <w:t>raziya?</w:t>
      </w:r>
    </w:p>
    <w:p>
      <w:pPr>
        <w:jc w:val="right"/>
      </w:pPr>
      <w:r>
        <w:t>راضیہ؟</w:t>
      </w:r>
    </w:p>
    <w:p>
      <w:r>
        <w:rPr>
          <w:b/>
        </w:rPr>
        <w:t xml:space="preserve">[1:51:27] </w:t>
      </w:r>
      <w:r>
        <w:t>only god knows.</w:t>
      </w:r>
    </w:p>
    <w:p>
      <w:pPr>
        <w:jc w:val="right"/>
      </w:pPr>
      <w:r>
        <w:t>اونلی گاڈ نوز۔</w:t>
      </w:r>
    </w:p>
    <w:p>
      <w:r>
        <w:rPr>
          <w:b/>
        </w:rPr>
        <w:t xml:space="preserve">[1:51:34] </w:t>
      </w:r>
      <w:r>
        <w:t>if it is so, then only god knows.</w:t>
      </w:r>
    </w:p>
    <w:p>
      <w:pPr>
        <w:jc w:val="right"/>
      </w:pPr>
      <w:r>
        <w:t>اف اٹ از سو، دین اونلی گاڈ نوز۔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