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of Modern Problem 12 July 2009 - Maulana Wahiduddin Khan</w:t>
      </w:r>
    </w:p>
    <w:p>
      <w:r>
        <w:t>https://www.youtube.com/watch?v=JULJoDRvUNU</w:t>
      </w:r>
    </w:p>
    <w:p>
      <w:r>
        <w:rPr>
          <w:b/>
        </w:rPr>
        <w:t xml:space="preserve">[00:12] </w:t>
      </w:r>
      <w:r>
        <w:t>qawl an-nabi al-karim: "rabbishrah li sadri, wa yassir li amri, wahlu qdatan min lisani, yafqahu qawli."</w:t>
      </w:r>
    </w:p>
    <w:p>
      <w:pPr>
        <w:jc w:val="right"/>
      </w:pPr>
      <w:r>
        <w:t>قول النبی الکریم: "رب اشرح لی صدری، ویسر لی امری، واحل العقدۃ من لسانی، یفقہ قولی۔"</w:t>
      </w:r>
    </w:p>
    <w:p>
      <w:r>
        <w:rPr>
          <w:b/>
        </w:rPr>
        <w:t xml:space="preserve">[00:32] </w:t>
      </w:r>
      <w:r>
        <w:t>aaj ka jo topic hai woh hai</w:t>
      </w:r>
    </w:p>
    <w:p>
      <w:pPr>
        <w:jc w:val="right"/>
      </w:pPr>
      <w:r>
        <w:t>آج کا جو ٹاپک ہے وہ ہے</w:t>
      </w:r>
    </w:p>
    <w:p>
      <w:r>
        <w:rPr>
          <w:b/>
        </w:rPr>
        <w:t xml:space="preserve">[00:39] </w:t>
      </w:r>
      <w:r>
        <w:t>nature of modern problem, maujooda zamanay ke masail ki noiyat.</w:t>
      </w:r>
    </w:p>
    <w:p>
      <w:pPr>
        <w:jc w:val="right"/>
      </w:pPr>
      <w:r>
        <w:t>نیچر آف ماڈرن پرابلم، موجودہ زمانے کے مسائل کی نوعیت۔</w:t>
      </w:r>
    </w:p>
    <w:p>
      <w:r>
        <w:rPr>
          <w:b/>
        </w:rPr>
        <w:t xml:space="preserve">[00:50] </w:t>
      </w:r>
      <w:r>
        <w:t>is par main kuch kehna chahta hoon. is se pehle main aaj ka ek tajruba batana chahoon ga.</w:t>
      </w:r>
    </w:p>
    <w:p>
      <w:pPr>
        <w:jc w:val="right"/>
      </w:pPr>
      <w:r>
        <w:t>اس پر میں کچھ کہنا چاہتا ہوں۔ اس سے پہلے میں آج کا ایک تجربہ بتانا چاہوں گا۔</w:t>
      </w:r>
    </w:p>
    <w:p>
      <w:r>
        <w:rPr>
          <w:b/>
        </w:rPr>
        <w:t xml:space="preserve">[01:01] </w:t>
      </w:r>
      <w:r>
        <w:t>mere paas ek sahib ka telephone aaya,</w:t>
      </w:r>
    </w:p>
    <w:p>
      <w:pPr>
        <w:jc w:val="right"/>
      </w:pPr>
      <w:r>
        <w:t>میرے پاس ایک صاحب کا ٹیلی فون آیا،</w:t>
      </w:r>
    </w:p>
    <w:p>
      <w:r>
        <w:rPr>
          <w:b/>
        </w:rPr>
        <w:t xml:space="preserve">[01:07] </w:t>
      </w:r>
      <w:r>
        <w:t>unhon ne kaha ke aap ke baray mein aur aap ke mission ke baray mein bohat ziyada misunderstanding phaili hui hai.</w:t>
      </w:r>
    </w:p>
    <w:p>
      <w:pPr>
        <w:jc w:val="right"/>
      </w:pPr>
      <w:r>
        <w:t>انہوں نے کہا کہ آپ کے بارے میں اور آپ کے مشن کے بارے میں بہت زیادہ مس انڈرسٹینڈنگ پھیلی ہوئی ہے۔</w:t>
      </w:r>
    </w:p>
    <w:p>
      <w:r>
        <w:rPr>
          <w:b/>
        </w:rPr>
        <w:t xml:space="preserve">[01:21] </w:t>
      </w:r>
      <w:r>
        <w:t>log aap ke baray mein, aap ke mission ke baray mein</w:t>
      </w:r>
    </w:p>
    <w:p>
      <w:pPr>
        <w:jc w:val="right"/>
      </w:pPr>
      <w:r>
        <w:t>لوگ آپ کے بارے میں، آپ کے مشن کے بارے میں</w:t>
      </w:r>
    </w:p>
    <w:p>
      <w:r>
        <w:rPr>
          <w:b/>
        </w:rPr>
        <w:t xml:space="preserve">[01:26] </w:t>
      </w:r>
      <w:r>
        <w:t>negative rai rakhte hain, to kya kiya jaye aisi halat mein? to main ne kaha ke abhi main program mein ja raha hoon, inshallah soch kar bataoon ga.</w:t>
      </w:r>
    </w:p>
    <w:p>
      <w:pPr>
        <w:jc w:val="right"/>
      </w:pPr>
      <w:r>
        <w:t>نیگیٹیو رائے رکھتے ہیں، تو کیا کیا جائے ایسی حالت میں؟ تو میں نے کہا کہ ابھی میں پروگرام میں جا رہا ہوں، انشاءاللہ سوچ کر بتاؤں گا۔</w:t>
      </w:r>
    </w:p>
    <w:p>
      <w:r>
        <w:rPr>
          <w:b/>
        </w:rPr>
        <w:t xml:space="preserve">[01:40] </w:t>
      </w:r>
      <w:r>
        <w:t>to Allah taala ne yahan aatay hi is ka jawab</w:t>
      </w:r>
    </w:p>
    <w:p>
      <w:pPr>
        <w:jc w:val="right"/>
      </w:pPr>
      <w:r>
        <w:t>تو اللہ تعالیٰ نے یہاں آتے ہی اس کا جواب</w:t>
      </w:r>
    </w:p>
    <w:p>
      <w:r>
        <w:rPr>
          <w:b/>
        </w:rPr>
        <w:t xml:space="preserve">[01:44] </w:t>
      </w:r>
      <w:r>
        <w:t>mujhe bhej diya.</w:t>
      </w:r>
    </w:p>
    <w:p>
      <w:pPr>
        <w:jc w:val="right"/>
      </w:pPr>
      <w:r>
        <w:t>مجھے بھیج دیا۔</w:t>
      </w:r>
    </w:p>
    <w:p>
      <w:r>
        <w:rPr>
          <w:b/>
        </w:rPr>
        <w:t xml:space="preserve">[01:49] </w:t>
      </w:r>
      <w:r>
        <w:t>abhi mr. khalid ansari ne ek baat batai, wohi is ka jawab tha. woh delhi mein, aap ko maloom hoga ke</w:t>
      </w:r>
    </w:p>
    <w:p>
      <w:pPr>
        <w:jc w:val="right"/>
      </w:pPr>
      <w:r>
        <w:t>ابھی مسٹر خالد انصاری نے ایک بات بتائی، وہی اس کا جواب تھا۔ وہ دلی میں، آپ کو معلوم ہوگا کہ</w:t>
      </w:r>
    </w:p>
    <w:p>
      <w:r>
        <w:rPr>
          <w:b/>
        </w:rPr>
        <w:t xml:space="preserve">[02:06] </w:t>
      </w:r>
      <w:r>
        <w:t>Okhla ke area mein baqayda da'wa work kar rahe hain,</w:t>
      </w:r>
    </w:p>
    <w:p>
      <w:pPr>
        <w:jc w:val="right"/>
      </w:pPr>
      <w:r>
        <w:t>اوکھلا کے ایریا میں باقاعدہ دعویٰ ورک کر رہے ہیں،</w:t>
      </w:r>
    </w:p>
    <w:p>
      <w:r>
        <w:rPr>
          <w:b/>
        </w:rPr>
        <w:t xml:space="preserve">[02:16] </w:t>
      </w:r>
      <w:r>
        <w:t>daily basis par. to unhon ne bataya ke ek tajruba yeh hua hai ke log atay hain hamare paas, aur bohat hi negative rai hoti hai un ki</w:t>
      </w:r>
    </w:p>
    <w:p>
      <w:pPr>
        <w:jc w:val="right"/>
      </w:pPr>
      <w:r>
        <w:t>ڈیلی بیسز پر۔ تو انہوں نے بتایا کہ ایک تجربہ یہ ہوا ہے کہ لوگ آتے ہیں ہمارے پاس، اور بہت ہی نیگیٹیو رائے ہوتی ہے ان کی</w:t>
      </w:r>
    </w:p>
    <w:p>
      <w:r>
        <w:rPr>
          <w:b/>
        </w:rPr>
        <w:t xml:space="preserve">[02:32] </w:t>
      </w:r>
      <w:r>
        <w:t>mere baray mein aur mission ke baray mein. to phir unhon ne kaha ke jab hum un ko explain karte hain,</w:t>
      </w:r>
    </w:p>
    <w:p>
      <w:pPr>
        <w:jc w:val="right"/>
      </w:pPr>
      <w:r>
        <w:t>میرے بارے میں اور مشن کے بارے میں۔ تو پھر انہوں نے کہا کہ جب ہم ان کو ایکسپلین کرتے ہیں،</w:t>
      </w:r>
    </w:p>
    <w:p>
      <w:r>
        <w:rPr>
          <w:b/>
        </w:rPr>
        <w:t xml:space="preserve">[02:41] </w:t>
      </w:r>
      <w:r>
        <w:t>aur jo asal picture hai woh batate hain, to unhon ne kaha ke log ya to munh se kehte hain ke bhai, "I was wrong" ke hamari rai galat thi hai, yeh mission theek mission hai.</w:t>
      </w:r>
    </w:p>
    <w:p>
      <w:pPr>
        <w:jc w:val="right"/>
      </w:pPr>
      <w:r>
        <w:t>اور جو اصل پکچر ہے وہ بتاتے ہیں، تو انہوں نے کہا کہ لوگ یا تو منہ سے کہتے ہیں کہ بھئی، "آئی واز رونگ" کہ ہماری رائے غلط تھی ہے، یہ مشن ٹھیک مشن ہے۔</w:t>
      </w:r>
    </w:p>
    <w:p>
      <w:r>
        <w:rPr>
          <w:b/>
        </w:rPr>
        <w:t xml:space="preserve">[02:56] </w:t>
      </w:r>
      <w:r>
        <w:t>to is ka matlab yeh hai ke jo negative rai hai logon ki,</w:t>
      </w:r>
    </w:p>
    <w:p>
      <w:pPr>
        <w:jc w:val="right"/>
      </w:pPr>
      <w:r>
        <w:t>تو اس کا مطلب یہ ہے کہ جو نیگیٹیو رائے ہے لوگوں کی،</w:t>
      </w:r>
    </w:p>
    <w:p>
      <w:r>
        <w:rPr>
          <w:b/>
        </w:rPr>
        <w:t xml:space="preserve">[03:01] </w:t>
      </w:r>
      <w:r>
        <w:t>woh jo hai sirf misunderstanding par hai, is ki koi real base nahi hai.</w:t>
      </w:r>
    </w:p>
    <w:p>
      <w:pPr>
        <w:jc w:val="right"/>
      </w:pPr>
      <w:r>
        <w:t>وہ جو ہے صرف مس انڈرسٹینڈنگ پر ہے، اس کی کوئی ریئل بیس نہیں ہے۔</w:t>
      </w:r>
    </w:p>
    <w:p>
      <w:r>
        <w:rPr>
          <w:b/>
        </w:rPr>
        <w:t xml:space="preserve">[03:11] </w:t>
      </w:r>
      <w:r>
        <w:t>aur doosri baat, woh is se zyada important hai, woh yeh hai ke "we have to rely on</w:t>
      </w:r>
    </w:p>
    <w:p>
      <w:pPr>
        <w:jc w:val="right"/>
      </w:pPr>
      <w:r>
        <w:t>اور دوسری بات، وہ اس سے زیادہ امپورٹنٹ ہے، وہ یہ ہے کہ "وی ہیو ٹو ریلائی ان</w:t>
      </w:r>
    </w:p>
    <w:p>
      <w:r>
        <w:rPr>
          <w:b/>
        </w:rPr>
        <w:t xml:space="preserve">[03:19] </w:t>
      </w:r>
      <w:r>
        <w:t>the human nature".</w:t>
      </w:r>
    </w:p>
    <w:p>
      <w:pPr>
        <w:jc w:val="right"/>
      </w:pPr>
      <w:r>
        <w:t>دا ہیومن نیچر"۔</w:t>
      </w:r>
    </w:p>
    <w:p>
      <w:r>
        <w:rPr>
          <w:b/>
        </w:rPr>
        <w:t xml:space="preserve">[03:24] </w:t>
      </w:r>
      <w:r>
        <w:t>dekhiye, chahe kitna hi koi rever failaye, kitna hi koi propaganda kare, kitni hi ulti baatein logon ke mind mein daale, lekin "no one can change the nature of human"</w:t>
      </w:r>
    </w:p>
    <w:p>
      <w:pPr>
        <w:jc w:val="right"/>
      </w:pPr>
      <w:r>
        <w:t>دیکھیے، چاہے کتنا ہی کوئی ریور پھیلائے، کتنا ہی کوئی پروگنڈا کرے، کتنی ہی الٹی باتیں لوگوں کے مائنڈ میں ڈالے، لیکن "نو ون کین چینج دا نیچر آف ہیومن"</w:t>
      </w:r>
    </w:p>
    <w:p>
      <w:r>
        <w:rPr>
          <w:b/>
        </w:rPr>
        <w:t xml:space="preserve">[03:41] </w:t>
      </w:r>
      <w:r>
        <w:t>nature of man and woman. jo andar jo nature hai, us ko badalne ki kisi ke paas power hi nahi.</w:t>
      </w:r>
    </w:p>
    <w:p>
      <w:pPr>
        <w:jc w:val="right"/>
      </w:pPr>
      <w:r>
        <w:t>نیچر آف مین اینڈ وومن۔ جو اندر جو نیچر ہے، اس کو بدلنے کی کسی کے پاس پاور ہی نہیں۔</w:t>
      </w:r>
    </w:p>
    <w:p>
      <w:r>
        <w:rPr>
          <w:b/>
        </w:rPr>
        <w:t xml:space="preserve">[03:53] </w:t>
      </w:r>
      <w:r>
        <w:t>it is beyond the capacity</w:t>
      </w:r>
    </w:p>
    <w:p>
      <w:pPr>
        <w:jc w:val="right"/>
      </w:pPr>
      <w:r>
        <w:t>اٹ از بیونڈ دا کیپیسٹی</w:t>
      </w:r>
    </w:p>
    <w:p>
      <w:r>
        <w:rPr>
          <w:b/>
        </w:rPr>
        <w:t xml:space="preserve">[03:58] </w:t>
      </w:r>
      <w:r>
        <w:t>to change the human nature. is ke maani yeh hue ke saari baatein jo negative hoti hain, aisi hain jaise ke kapde ke upar kuch mud lag jaye, keechad lag jaye.</w:t>
      </w:r>
    </w:p>
    <w:p>
      <w:pPr>
        <w:jc w:val="right"/>
      </w:pPr>
      <w:r>
        <w:t>ٹو چینج دا ہیومن نیچر۔ اس کے معنی یہ ہوئے کہ ساری باتیں جو نیگیٹیو ہوتی ہیں، ایسی ہیں جیسے کہ کپڑے کے اوپر کچھ مڈ لگ جائے، کیچڑ لگ جائے۔</w:t>
      </w:r>
    </w:p>
    <w:p>
      <w:r>
        <w:rPr>
          <w:b/>
        </w:rPr>
        <w:t xml:space="preserve">[04:14] </w:t>
      </w:r>
      <w:r>
        <w:t>kapde pe lagne se body to polluted nahi hota, to yeh upar upar ki baatein hoti hain.</w:t>
      </w:r>
    </w:p>
    <w:p>
      <w:pPr>
        <w:jc w:val="right"/>
      </w:pPr>
      <w:r>
        <w:t>کپڑے پہ لگنے سے باڈی تو پلوٹڈ نہیں ہوتا، تو یہ اوپر اوپر کی باتیں ہوتی ہیں۔</w:t>
      </w:r>
    </w:p>
    <w:p>
      <w:r>
        <w:rPr>
          <w:b/>
        </w:rPr>
        <w:t xml:space="preserve">[04:24] </w:t>
      </w:r>
      <w:r>
        <w:t>aur agar aap in ke nature ko address karein, andar ka jo nature hai, jo khuda ne banaya hai,</w:t>
      </w:r>
    </w:p>
    <w:p>
      <w:pPr>
        <w:jc w:val="right"/>
      </w:pPr>
      <w:r>
        <w:t>اور اگر آپ ان کے نیچر کو ایڈریس کریں، اندر کا جو نیچر ہے، جو خدا نے بنایا ہے،</w:t>
      </w:r>
    </w:p>
    <w:p>
      <w:r>
        <w:rPr>
          <w:b/>
        </w:rPr>
        <w:t xml:space="preserve">[04:32] </w:t>
      </w:r>
      <w:r>
        <w:t>kisi insaan ne nahi banaya. andar ka jo nature hai, woh direct khuda ne banaya hai, aur woh nature bilkul sahi hota hai.</w:t>
      </w:r>
    </w:p>
    <w:p>
      <w:pPr>
        <w:jc w:val="right"/>
      </w:pPr>
      <w:r>
        <w:t>کسی انسان نے نہیں بنایا۔ اندر کا جو نیچر ہے، وہ ڈائریکٹ خدا نے بنایا ہے، اور وہ نیچر بالکل صحیح ہوتا ہے۔</w:t>
      </w:r>
    </w:p>
    <w:p>
      <w:r>
        <w:rPr>
          <w:b/>
        </w:rPr>
        <w:t xml:space="preserve">[04:48] </w:t>
      </w:r>
      <w:r>
        <w:t>nature wahi hai</w:t>
      </w:r>
    </w:p>
    <w:p>
      <w:pPr>
        <w:jc w:val="right"/>
      </w:pPr>
      <w:r>
        <w:t>نیچر وہی ہے</w:t>
      </w:r>
    </w:p>
    <w:p>
      <w:r>
        <w:rPr>
          <w:b/>
        </w:rPr>
        <w:t xml:space="preserve">[04:50] </w:t>
      </w:r>
      <w:r>
        <w:t>jo reality hai, nature wahi hai jo god ki scheme ke mutabiq hai. to is mein dekhiye, kitna hope hai, hope hamare liye,</w:t>
      </w:r>
    </w:p>
    <w:p>
      <w:pPr>
        <w:jc w:val="right"/>
      </w:pPr>
      <w:r>
        <w:t>جو ریلیٹی ہے، نیچر وہی ہے جو گاڈ کی اسکیم کے مطابق ہے۔ تو اس میں دیکھیں، کتنا ہوپ ہے، ہوپ ہمارے لیے،</w:t>
      </w:r>
    </w:p>
    <w:p>
      <w:r>
        <w:rPr>
          <w:b/>
        </w:rPr>
        <w:t xml:space="preserve">[05:04] </w:t>
      </w:r>
      <w:r>
        <w:t>kitna bada hope hai ke saari duniya propaganda</w:t>
      </w:r>
    </w:p>
    <w:p>
      <w:pPr>
        <w:jc w:val="right"/>
      </w:pPr>
      <w:r>
        <w:t>کتنا بڑا ہوپ ہے کہ ساری دنیا پروگنڈا</w:t>
      </w:r>
    </w:p>
    <w:p>
      <w:r>
        <w:rPr>
          <w:b/>
        </w:rPr>
        <w:t xml:space="preserve">[05:08] </w:t>
      </w:r>
      <w:r>
        <w:t>kar daale, saari duniya aap ko</w:t>
      </w:r>
    </w:p>
    <w:p>
      <w:pPr>
        <w:jc w:val="right"/>
      </w:pPr>
      <w:r>
        <w:t>کر ڈالے، ساری دنیا آپ کو</w:t>
      </w:r>
    </w:p>
    <w:p>
      <w:r>
        <w:rPr>
          <w:b/>
        </w:rPr>
        <w:t xml:space="preserve">[05:14] </w:t>
      </w:r>
      <w:r>
        <w:t>badnaam kar daale. lekin</w:t>
      </w:r>
    </w:p>
    <w:p>
      <w:pPr>
        <w:jc w:val="right"/>
      </w:pPr>
      <w:r>
        <w:t>بدنام کر ڈالے۔ لیکن</w:t>
      </w:r>
    </w:p>
    <w:p>
      <w:r>
        <w:rPr>
          <w:b/>
        </w:rPr>
        <w:t xml:space="preserve">[05:20] </w:t>
      </w:r>
      <w:r>
        <w:t>ek aisi limit aati hai jahan woh helpless rehta hai, woh hai nature. to address the nature, kabhi bhi propagandon se aap</w:t>
      </w:r>
    </w:p>
    <w:p>
      <w:pPr>
        <w:jc w:val="right"/>
      </w:pPr>
      <w:r>
        <w:t>ایک ایسی لمٹ آتی ہے جہاں وہ ہیلپ لیس رہتا ہے، وہ ہے نیچر۔ ٹو ایڈریس دا نیچر، کبھی بھی پروگنڈوں سے آپ</w:t>
      </w:r>
    </w:p>
    <w:p>
      <w:r>
        <w:rPr>
          <w:b/>
        </w:rPr>
        <w:t xml:space="preserve">[05:37] </w:t>
      </w:r>
      <w:r>
        <w:t>frustration mein na padein, yeh na samjhein ke propagande hain to daawa work kaise hoga.</w:t>
      </w:r>
    </w:p>
    <w:p>
      <w:pPr>
        <w:jc w:val="right"/>
      </w:pPr>
      <w:r>
        <w:t>فرسٹریشن میں نہ پڑیں، یہ نہ سمجھیں کہ پروگنڈے ہیں تو دعویٰ ورک کیسے ہوگا۔</w:t>
      </w:r>
    </w:p>
    <w:p>
      <w:r>
        <w:rPr>
          <w:b/>
        </w:rPr>
        <w:t xml:space="preserve">[05:47] </w:t>
      </w:r>
      <w:r>
        <w:t>yahan mein ek baat yeh samjha hoon ke quran mein hai ke allah in logon ki madad karta hai jo daawa work karein.</w:t>
      </w:r>
    </w:p>
    <w:p>
      <w:pPr>
        <w:jc w:val="right"/>
      </w:pPr>
      <w:r>
        <w:t>یہاں میں ایک بات یہ سمجھا ہوں کہ قرآن میں ہے کہ اللہ ان لوگوں کی مدد کرتا ہے جو دعویٰ ورک کریں۔</w:t>
      </w:r>
    </w:p>
    <w:p>
      <w:r>
        <w:rPr>
          <w:b/>
        </w:rPr>
        <w:t xml:space="preserve">[06:02] </w:t>
      </w:r>
      <w:r>
        <w:t>is ka kya matlab hai? kai jagah quran mein yeh baat aayi hai ke khuda in logon ki help karta hai jo khuda wala kaam karein, yaani daawa work.</w:t>
      </w:r>
    </w:p>
    <w:p>
      <w:pPr>
        <w:jc w:val="right"/>
      </w:pPr>
      <w:r>
        <w:t>اس کا کیا مطلب ہے؟ کئی جگہ قرآن میں یہ بات آئی ہے کہ خدا ان لوگوں کی ہیلپ کرتا ہے جو خدا والا کام کریں، یعنی دعویٰ ورک۔</w:t>
      </w:r>
    </w:p>
    <w:p>
      <w:r>
        <w:rPr>
          <w:b/>
        </w:rPr>
        <w:t xml:space="preserve">[06:15] </w:t>
      </w:r>
      <w:r>
        <w:t>to yeh help ka matlab kya hai? yeh ek mysterious nahi hai.</w:t>
      </w:r>
    </w:p>
    <w:p>
      <w:pPr>
        <w:jc w:val="right"/>
      </w:pPr>
      <w:r>
        <w:t>تو یہ ہیلپ کا مطلب کیا ہے؟ یہ ایک مسٹیریس نہیں ہے۔</w:t>
      </w:r>
    </w:p>
    <w:p>
      <w:r>
        <w:rPr>
          <w:b/>
        </w:rPr>
        <w:t xml:space="preserve">[06:24] </w:t>
      </w:r>
      <w:r>
        <w:t>yaad rakhiye, "nothing is mysterious in the delusion of god". koi bhi cheez mysterious nahi hai.</w:t>
      </w:r>
    </w:p>
    <w:p>
      <w:pPr>
        <w:jc w:val="right"/>
      </w:pPr>
      <w:r>
        <w:t>یاد رکھیے، "نتھنگ از مسٹیریس ان دا ڈیلژن آف گاڈ"۔ کوئی بھی چیز مسٹیریس نہیں ہے۔</w:t>
      </w:r>
    </w:p>
    <w:p>
      <w:r>
        <w:rPr>
          <w:b/>
        </w:rPr>
        <w:t xml:space="preserve">[06:34] </w:t>
      </w:r>
      <w:r>
        <w:t>to yeh bhi mysterious nahi hai ke khuda help karega aap ki. woh help kya hai, yahi samajh lijiye isi se</w:t>
      </w:r>
    </w:p>
    <w:p>
      <w:pPr>
        <w:jc w:val="right"/>
      </w:pPr>
      <w:r>
        <w:t>تو یہ بھی مسٹیریس نہیں ہے کہ خدا ہیلپ کرے گا آپ کی۔ وہ ہیلپ کیا ہے، یہی سمجھ لیجیے اسی سے</w:t>
      </w:r>
    </w:p>
    <w:p>
      <w:r>
        <w:rPr>
          <w:b/>
        </w:rPr>
        <w:t xml:space="preserve">[06:42] </w:t>
      </w:r>
      <w:r>
        <w:t>ke andar ke nature ko khuda activate kar dega, to saare propagande khatam ho jayenge.</w:t>
      </w:r>
    </w:p>
    <w:p>
      <w:pPr>
        <w:jc w:val="right"/>
      </w:pPr>
      <w:r>
        <w:t>کہ اندر کے نیچر کو خدا ایکٹیویٹ کر دے گا، تو سارے پروپیگنڈے ختم ہو جائیں گے۔</w:t>
      </w:r>
    </w:p>
    <w:p>
      <w:r>
        <w:rPr>
          <w:b/>
        </w:rPr>
        <w:t xml:space="preserve">[06:53] </w:t>
      </w:r>
      <w:r>
        <w:t>insaan ke andar jo nature hai, jo divine nature hai, jo malakooti nature hai, woh activate ho gaya to bas sab khatam.</w:t>
      </w:r>
    </w:p>
    <w:p>
      <w:pPr>
        <w:jc w:val="right"/>
      </w:pPr>
      <w:r>
        <w:t>انسان کے اندر جو نیچر ہے، جو ڈیوائن نیچر ہے، جو ملکوتی نیچر ہے، وہ ایکٹیویٹ ہو گیا تو بس سب ختم۔</w:t>
      </w:r>
    </w:p>
    <w:p>
      <w:r>
        <w:rPr>
          <w:b/>
        </w:rPr>
        <w:t xml:space="preserve">[07:09] </w:t>
      </w:r>
      <w:r>
        <w:t>is tarah khuda madad karta hai.</w:t>
      </w:r>
    </w:p>
    <w:p>
      <w:pPr>
        <w:jc w:val="right"/>
      </w:pPr>
      <w:r>
        <w:t>اس طرح خدا مدد کرتا ہے۔</w:t>
      </w:r>
    </w:p>
    <w:p>
      <w:r>
        <w:rPr>
          <w:b/>
        </w:rPr>
        <w:t xml:space="preserve">[07:14] </w:t>
      </w:r>
      <w:r>
        <w:t>is liye, is liye hamein kabhi bhi, hamesha hum ko hopeful rehna chahiye. hopeful. quran mein hai ke islam ka yeh masla hai ke mayoosi haraam hai.</w:t>
      </w:r>
    </w:p>
    <w:p>
      <w:pPr>
        <w:jc w:val="right"/>
      </w:pPr>
      <w:r>
        <w:t>اس لیے، اس لیے ہمیں کبھی بھی، ہمیشہ ہم کو ہوپ فل رہنا چاہیے۔ ہوپ فل۔ قرآن میں ہے کہ اسلام کا یہ مسئلہ ہے کہ مایوسی حرام ہے۔</w:t>
      </w:r>
    </w:p>
    <w:p>
      <w:r>
        <w:rPr>
          <w:b/>
        </w:rPr>
        <w:t xml:space="preserve">[07:31] </w:t>
      </w:r>
      <w:r>
        <w:t>la taqrab min rehmatillah</w:t>
      </w:r>
    </w:p>
    <w:p>
      <w:pPr>
        <w:jc w:val="right"/>
      </w:pPr>
      <w:r>
        <w:t>"لا تقرت من رحم اللہ"</w:t>
      </w:r>
    </w:p>
    <w:p>
      <w:r>
        <w:rPr>
          <w:b/>
        </w:rPr>
        <w:t xml:space="preserve">[07:34] </w:t>
      </w:r>
      <w:r>
        <w:t>mayusi ko islam mein haram bataya gaya hai. to maine socha ke agar mayusi ko haram kyu kar diya gaya? is liye ke</w:t>
      </w:r>
    </w:p>
    <w:p>
      <w:pPr>
        <w:jc w:val="right"/>
      </w:pPr>
      <w:r>
        <w:t>مایوسی کو اسلام میں حرام بتایا گیا ہے۔ تو میں نے سوچا کہ اگر مایوسی کو حرام کیوں کر دیا گیا؟ اس لیے کہ</w:t>
      </w:r>
    </w:p>
    <w:p>
      <w:r>
        <w:rPr>
          <w:b/>
        </w:rPr>
        <w:t xml:space="preserve">[07:46] </w:t>
      </w:r>
      <w:r>
        <w:t>according to the law of nature, there is no room for mayusi, for frustration. khuda ne jo banaya hai,</w:t>
      </w:r>
    </w:p>
    <w:p>
      <w:pPr>
        <w:jc w:val="right"/>
      </w:pPr>
      <w:r>
        <w:t>"اکائنڈ ٹو دا لاء آف نیچر" دیر نو روم فار مایوسی، فار فرسٹریشن۔ خدا نے جو بنایا ہے،</w:t>
      </w:r>
    </w:p>
    <w:p>
      <w:r>
        <w:rPr>
          <w:b/>
        </w:rPr>
        <w:t xml:space="preserve">[08:00] </w:t>
      </w:r>
      <w:r>
        <w:t>jo law of nature khuda ne is duniya mein rakha hai, khuda ne jo is khuda ki jo scheme hai, us mein hope hi hope hai har taraf.</w:t>
      </w:r>
    </w:p>
    <w:p>
      <w:pPr>
        <w:jc w:val="right"/>
      </w:pPr>
      <w:r>
        <w:t>جو لاء آف نیچر خدا نے اس دنیا میں رکھا ہے، خدا نے جو اس خدا کی جو اسکیم ہے، اس میں ہوپ ہی ہوپ ہے ہر طرف۔</w:t>
      </w:r>
    </w:p>
    <w:p>
      <w:r>
        <w:rPr>
          <w:b/>
        </w:rPr>
        <w:t xml:space="preserve">[08:12] </w:t>
      </w:r>
      <w:r>
        <w:t>jab hope hi hope hai to aap ko kaise ijazat mile gi ke aap mayus hon?</w:t>
      </w:r>
    </w:p>
    <w:p>
      <w:pPr>
        <w:jc w:val="right"/>
      </w:pPr>
      <w:r>
        <w:t>جب ہوپ ہی ہوپ ہے تو آپ کو کیسے اجازت ملے گی کہ آپ مایوس ہوں؟</w:t>
      </w:r>
    </w:p>
    <w:p>
      <w:r>
        <w:rPr>
          <w:b/>
        </w:rPr>
        <w:t xml:space="preserve">[08:18] </w:t>
      </w:r>
      <w:r>
        <w:t>kaise aap ko ijazat mile gi mayus ho? aap mayus hone ki ijazat nahi hai. aap ko aap ko hope mein jeena hai, hope mein marna hai. to yeh mamla poori life ke liye hai aur dawah work ke liye bhi hai.</w:t>
      </w:r>
    </w:p>
    <w:p>
      <w:pPr>
        <w:jc w:val="right"/>
      </w:pPr>
      <w:r>
        <w:t>کیسے آپ کو اجازت ملے گی مایوس ہو؟ آپ مایوس ہونے کی اجازت نہیں ہے۔ آپ کو آپ کو ہوپ میں جینا ہے، ہوپ میں مرنا ہے۔ تو یہ معاملہ پوری لائف کے لیے ہے اور دعویٰ ورک کے لیے بھی ہے۔</w:t>
      </w:r>
    </w:p>
    <w:p>
      <w:r>
        <w:rPr>
          <w:b/>
        </w:rPr>
        <w:t xml:space="preserve">[08:37] </w:t>
      </w:r>
      <w:r>
        <w:t>ab mein jo topic hai us par aata hoon, the nature of of the</w:t>
      </w:r>
    </w:p>
    <w:p>
      <w:pPr>
        <w:jc w:val="right"/>
      </w:pPr>
      <w:r>
        <w:t>اب میں جو ٹاپک ہے اس پر آتا ہوں، "دا نیچر آف آف دی</w:t>
      </w:r>
    </w:p>
    <w:p>
      <w:r>
        <w:rPr>
          <w:b/>
        </w:rPr>
        <w:t xml:space="preserve">[08:49] </w:t>
      </w:r>
      <w:r>
        <w:t>modern problems. dekhen, aaj kal jo problem hai insaan ke samne, us ko log bohat under estimate kar rahe hain.</w:t>
      </w:r>
    </w:p>
    <w:p>
      <w:pPr>
        <w:jc w:val="right"/>
      </w:pPr>
      <w:r>
        <w:t>ماڈرن پرابلمز"۔ دیکھیں، آج کل جو پرابلم ہے انسان کے سامنے، اس کو لوگ بہت انڈر ایسٹیمیٹ کر رہے ہیں۔</w:t>
      </w:r>
    </w:p>
    <w:p>
      <w:r>
        <w:rPr>
          <w:b/>
        </w:rPr>
        <w:t xml:space="preserve">[09:01] </w:t>
      </w:r>
      <w:r>
        <w:t>jaise pollution, water pollution, air pollution,</w:t>
      </w:r>
    </w:p>
    <w:p>
      <w:pPr>
        <w:jc w:val="right"/>
      </w:pPr>
      <w:r>
        <w:t>جیسے پولیوشن، واٹر پولیوشن، ایئر پولیوشن،</w:t>
      </w:r>
    </w:p>
    <w:p>
      <w:r>
        <w:rPr>
          <w:b/>
        </w:rPr>
        <w:t xml:space="preserve">[09:10] </w:t>
      </w:r>
      <w:r>
        <w:t>har taraf pollution hai. green house gases hain,</w:t>
      </w:r>
    </w:p>
    <w:p>
      <w:pPr>
        <w:jc w:val="right"/>
      </w:pPr>
      <w:r>
        <w:t>ہر طرف پولیوشن ہے۔ گرین ہاؤس گیسز ہیں،</w:t>
      </w:r>
    </w:p>
    <w:p>
      <w:r>
        <w:rPr>
          <w:b/>
        </w:rPr>
        <w:t xml:space="preserve">[09:19] </w:t>
      </w:r>
      <w:r>
        <w:t>carbon emission ka masla hai, jis ke liye brics ka aap jante hain ke wahan par meeting hui italy mein.</w:t>
      </w:r>
    </w:p>
    <w:p>
      <w:pPr>
        <w:jc w:val="right"/>
      </w:pPr>
      <w:r>
        <w:t>کاربن ایمیشن کا مسئلہ ہے، جس کے لیے بکس کا آپ جانتے ہیں کہ وہاں پر میٹنگ ہوئی اٹلی میں۔</w:t>
      </w:r>
    </w:p>
    <w:p>
      <w:r>
        <w:rPr>
          <w:b/>
        </w:rPr>
        <w:t xml:space="preserve">[09:29] </w:t>
      </w:r>
      <w:r>
        <w:t>yeh log in in baton ko bohat under estimate kar rahe hain. mein samajhta hoon ke yeh baatein</w:t>
      </w:r>
    </w:p>
    <w:p>
      <w:pPr>
        <w:jc w:val="right"/>
      </w:pPr>
      <w:r>
        <w:t>یہ لوگ ان ان باتوں کو بہت انڈر ایسٹیمیٹ کر رہے ہیں۔ میں سمجھتا ہوں کہ یہ باتیں</w:t>
      </w:r>
    </w:p>
    <w:p>
      <w:r>
        <w:rPr>
          <w:b/>
        </w:rPr>
        <w:t xml:space="preserve">[09:38] </w:t>
      </w:r>
      <w:r>
        <w:t>woh nahi jo yeh samajh rahe hain. yeh log, yeh beginning of the end hai.</w:t>
      </w:r>
    </w:p>
    <w:p>
      <w:pPr>
        <w:jc w:val="right"/>
      </w:pPr>
      <w:r>
        <w:t>وہ نہیں جو یہ سمجھ رہے ہیں۔ یہ لوگ، یہ بگننگ آف دا اینڈ ہے۔</w:t>
      </w:r>
    </w:p>
    <w:p>
      <w:r>
        <w:rPr>
          <w:b/>
        </w:rPr>
        <w:t xml:space="preserve">[09:45] </w:t>
      </w:r>
      <w:r>
        <w:t>us ko samjhiye, yeh khuda ki taraf se hai. aur kaun kaun hai jo khuda ke process ko rok sake? kis ke paas the power hai?</w:t>
      </w:r>
    </w:p>
    <w:p>
      <w:pPr>
        <w:jc w:val="right"/>
      </w:pPr>
      <w:r>
        <w:t>اس کو سمجھئے، یہ خدا کی طرف سے ہے۔ اور کون کون ہے جو خدا کے پراسیس کو روک سکے؟ کس کے پاس دا پاور ہے؟</w:t>
      </w:r>
    </w:p>
    <w:p>
      <w:r>
        <w:rPr>
          <w:b/>
        </w:rPr>
        <w:t xml:space="preserve">[09:58] </w:t>
      </w:r>
      <w:r>
        <w:t>na super power ke paas yeh power hai, na kisi aur ke paas</w:t>
      </w:r>
    </w:p>
    <w:p>
      <w:pPr>
        <w:jc w:val="right"/>
      </w:pPr>
      <w:r>
        <w:t>نہ سپر پاور کے پاس یہ پاور ہے، نہ کسی اور کے پاس</w:t>
      </w:r>
    </w:p>
    <w:p>
      <w:r>
        <w:rPr>
          <w:b/>
        </w:rPr>
        <w:t xml:space="preserve">[10:03] </w:t>
      </w:r>
      <w:r>
        <w:t>ke woh khuda ke process ko rok sake.</w:t>
      </w:r>
    </w:p>
    <w:p>
      <w:pPr>
        <w:jc w:val="right"/>
      </w:pPr>
      <w:r>
        <w:t>کہ وہ خدا کے پراسیس کو روک سکے۔</w:t>
      </w:r>
    </w:p>
    <w:p>
      <w:r>
        <w:rPr>
          <w:b/>
        </w:rPr>
        <w:t xml:space="preserve">[10:09] </w:t>
      </w:r>
      <w:r>
        <w:t>dekhen, yeh kahani shuru hoti hai, us ko aap samajh sakte hain adam ki story jo hai, us se.</w:t>
      </w:r>
    </w:p>
    <w:p>
      <w:pPr>
        <w:jc w:val="right"/>
      </w:pPr>
      <w:r>
        <w:t>دیکھیں، یہ کہانی شروع ہوتی ہے، اس کو آپ سمجھ سکتے ہیں آدم کی سٹوری جو ہے، اس سے۔</w:t>
      </w:r>
    </w:p>
    <w:p>
      <w:r>
        <w:rPr>
          <w:b/>
        </w:rPr>
        <w:t xml:space="preserve">[10:21] </w:t>
      </w:r>
      <w:r>
        <w:t>aap jante hain ke pehla insan jo tha, woh tha adam. adam ko khuda ne banaya aur un ko ek biwi hawa ko banaya aur un ko jannat mein basne ke liye keh diya.</w:t>
      </w:r>
    </w:p>
    <w:p>
      <w:pPr>
        <w:jc w:val="right"/>
      </w:pPr>
      <w:r>
        <w:t>آپ جانتے ہیں کہ پہلا انسان جو تھا، وہ تھا آدم۔ آدم کو خدا نے بنایا اور ان کو ایک بیوی حوا کو بنایا اور ان کو جنت میں بسنے کے لیے کہہ دیا۔</w:t>
      </w:r>
    </w:p>
    <w:p>
      <w:r>
        <w:rPr>
          <w:b/>
        </w:rPr>
        <w:t xml:space="preserve">[10:43] </w:t>
      </w:r>
      <w:r>
        <w:t>yani without paying the price, they were alive to live in paradise. paida hue aur jannat mein chale gaye. lekin wahan ka jo mamla tha, woh bohat zabardast us ke andar lesson tha.</w:t>
      </w:r>
    </w:p>
    <w:p>
      <w:pPr>
        <w:jc w:val="right"/>
      </w:pPr>
      <w:r>
        <w:t>یعنی "وِدا آؤٹ پینگ دا پرائس" دے وار الائیو ٹو لیو ان پیراڈائز۔ پیدا ہوئے اور جنت میں چلے گئے۔ لیکن وہاں کا جو معاملہ تھا، وہ بہت زبردست اس کے اندر لیسن تھا۔</w:t>
      </w:r>
    </w:p>
    <w:p>
      <w:r>
        <w:rPr>
          <w:b/>
        </w:rPr>
        <w:t xml:space="preserve">[11:00] </w:t>
      </w:r>
      <w:r>
        <w:t>khuda ne kaha,</w:t>
      </w:r>
    </w:p>
    <w:p>
      <w:pPr>
        <w:jc w:val="right"/>
      </w:pPr>
      <w:r>
        <w:t>خدا نے کہا،</w:t>
      </w:r>
    </w:p>
    <w:p>
      <w:r>
        <w:rPr>
          <w:b/>
        </w:rPr>
        <w:t xml:space="preserve">[11:03] </w:t>
      </w:r>
      <w:r>
        <w:t>yeh quran ke chapter al-baqarah, al-baqarah quran ke chapter number do hai. to quran ke chapter al-baqarah mein yeh ayat hai ke allah taala ne adam aur hawa se kaha</w:t>
      </w:r>
    </w:p>
    <w:p>
      <w:pPr>
        <w:jc w:val="right"/>
      </w:pPr>
      <w:r>
        <w:t>یہ قرآن کے چیپٹر البقرہ، البقرہ قرآن کے چیپٹر نمبر دو ہے۔ تو قرآن کے چیپٹر البقرہ میں یہ آیت ہے کہ اللہ تعالیٰ نے آدم اور حوا سے کہا</w:t>
      </w:r>
    </w:p>
    <w:p>
      <w:r>
        <w:rPr>
          <w:b/>
        </w:rPr>
        <w:t xml:space="preserve">[11:21] </w:t>
      </w:r>
      <w:r>
        <w:t>ke ya adam, us kun anta wazawjuka al-jannah wa qula minha raghadan haithu shitum wala taqraba hathihi al-shajarata fatakuna min al-zalimin.</w:t>
      </w:r>
    </w:p>
    <w:p>
      <w:pPr>
        <w:jc w:val="right"/>
      </w:pPr>
      <w:r>
        <w:t>کہ "یا آدم، اس کن انت وزوجک الجنہ وقل منہا رغدا شیما فتکون من الظالمین"۔</w:t>
      </w:r>
    </w:p>
    <w:p>
      <w:r>
        <w:rPr>
          <w:b/>
        </w:rPr>
        <w:t xml:space="preserve">[11:35] </w:t>
      </w:r>
      <w:r>
        <w:t>yani a adam aur tumhari biwi,</w:t>
      </w:r>
    </w:p>
    <w:p>
      <w:pPr>
        <w:jc w:val="right"/>
      </w:pPr>
      <w:r>
        <w:t>یعنی اے آدم اور تمہاری بیوی،</w:t>
      </w:r>
    </w:p>
    <w:p>
      <w:r>
        <w:rPr>
          <w:b/>
        </w:rPr>
        <w:t xml:space="preserve">[11:38] </w:t>
      </w:r>
      <w:r>
        <w:t>jannat mein raho, azadi ke sath khao pio, khoob sab nematon se faida uthao,</w:t>
      </w:r>
    </w:p>
    <w:p>
      <w:pPr>
        <w:jc w:val="right"/>
      </w:pPr>
      <w:r>
        <w:t>جنت میں رہو، آزادی کے ساتھ کھاؤ پیو، خوب سب نعمتوں سے فائدہ اٹھاؤ،</w:t>
      </w:r>
    </w:p>
    <w:p>
      <w:r>
        <w:rPr>
          <w:b/>
        </w:rPr>
        <w:t xml:space="preserve">[11:50] </w:t>
      </w:r>
      <w:r>
        <w:t>but the condition is la taqrab al-shajarata fatakuna min al-zalimin. don't approach this tree,</w:t>
      </w:r>
    </w:p>
    <w:p>
      <w:pPr>
        <w:jc w:val="right"/>
      </w:pPr>
      <w:r>
        <w:t>بٹ دروازہ کنڈیشن "لا تقرب الشجرہ فتکون من الظالمین"۔ ڈونٹ اپروچ دس ٹری،</w:t>
      </w:r>
    </w:p>
    <w:p>
      <w:r>
        <w:rPr>
          <w:b/>
        </w:rPr>
        <w:t xml:space="preserve">[12:04] </w:t>
      </w:r>
      <w:r>
        <w:t>is peR ke paas na jaana, warna kya hoga? tum zalim ban jaoge. zalim kehte hain angrezi mein transgressor,</w:t>
      </w:r>
    </w:p>
    <w:p>
      <w:pPr>
        <w:jc w:val="right"/>
      </w:pPr>
      <w:r>
        <w:t>اس پیڑ کے پاس نہ جانا، ورنہ کیا ہوگا؟ تم ظالم بن جاؤ گے۔ ظالم کہتے ہیں انگریزی میں ٹرانسگریسر،</w:t>
      </w:r>
    </w:p>
    <w:p>
      <w:r>
        <w:rPr>
          <w:b/>
        </w:rPr>
        <w:t xml:space="preserve">[12:17] </w:t>
      </w:r>
      <w:r>
        <w:t>had se tajawuz karne wala. transgressor beast is ka transition hai zalim ka.</w:t>
      </w:r>
    </w:p>
    <w:p>
      <w:pPr>
        <w:jc w:val="right"/>
      </w:pPr>
      <w:r>
        <w:t>حد سے تجاوز کرنے والا۔ ٹرانسگریسر بیسٹ اس کا ٹرانسیشن ہے ظالم کا۔</w:t>
      </w:r>
    </w:p>
    <w:p>
      <w:r>
        <w:rPr>
          <w:b/>
        </w:rPr>
        <w:t xml:space="preserve">[12:26] </w:t>
      </w:r>
      <w:r>
        <w:t>yaani ek had aap ko bata di gayi, ek limit, ek limit bata di gayi. bas is limit pe rahiye. agar aap is ko cross karte hain, then you are a transgressor.</w:t>
      </w:r>
    </w:p>
    <w:p>
      <w:pPr>
        <w:jc w:val="right"/>
      </w:pPr>
      <w:r>
        <w:t>یعنی ایک حد آپ کو بتا دی گئی، ایک لمٹ، ایک لمٹ بتا دی گئی۔ بس اس لمٹ پہ رہیے۔ اگر آپ اس کو کراس کرتے ہیں، دین یو آر ا ٹرانسگریسر۔</w:t>
      </w:r>
    </w:p>
    <w:p>
      <w:r>
        <w:rPr>
          <w:b/>
        </w:rPr>
        <w:t xml:space="preserve">[12:42] </w:t>
      </w:r>
      <w:r>
        <w:t>to Adam ke bare mein kaha gaya ke dekho,</w:t>
      </w:r>
    </w:p>
    <w:p>
      <w:pPr>
        <w:jc w:val="right"/>
      </w:pPr>
      <w:r>
        <w:t>تو آدم کے بارے میں کہا گیا کہ دیکھو،</w:t>
      </w:r>
    </w:p>
    <w:p>
      <w:r>
        <w:rPr>
          <w:b/>
        </w:rPr>
        <w:t xml:space="preserve">[12:45] </w:t>
      </w:r>
      <w:r>
        <w:t>jannat mein tum enjoy karo, sab kuch tumhare liye hai, lekin is peR ke paas tumhein nahi jaana hai.</w:t>
      </w:r>
    </w:p>
    <w:p>
      <w:pPr>
        <w:jc w:val="right"/>
      </w:pPr>
      <w:r>
        <w:t>جنت میں تم انجوائے کرو، سب کچھ تمہارے لیے ہے، لیکن اس پیڑ کے پاس تمہیں نہیں جانا ہے۔</w:t>
      </w:r>
    </w:p>
    <w:p>
      <w:r>
        <w:rPr>
          <w:b/>
        </w:rPr>
        <w:t xml:space="preserve">[12:56] </w:t>
      </w:r>
      <w:r>
        <w:t>darwaza forbidden tree in paradise. and Adam was told,</w:t>
      </w:r>
    </w:p>
    <w:p>
      <w:pPr>
        <w:jc w:val="right"/>
      </w:pPr>
      <w:r>
        <w:t>دروازہ فاربریٹری ان پیراڈائز۔ اینڈ آدم واز ٹولڈ،</w:t>
      </w:r>
    </w:p>
    <w:p>
      <w:r>
        <w:rPr>
          <w:b/>
        </w:rPr>
        <w:t xml:space="preserve">[13:03] </w:t>
      </w:r>
      <w:r>
        <w:t>"you are not allowed to approach this tree".</w:t>
      </w:r>
    </w:p>
    <w:p>
      <w:pPr>
        <w:jc w:val="right"/>
      </w:pPr>
      <w:r>
        <w:t>"یو آر ناٹ الاؤڈ ٹو اپروچ دس ٹری"۔</w:t>
      </w:r>
    </w:p>
    <w:p>
      <w:r>
        <w:rPr>
          <w:b/>
        </w:rPr>
        <w:t xml:space="preserve">[13:11] </w:t>
      </w:r>
      <w:r>
        <w:t>is ka matlab kya hua?</w:t>
      </w:r>
    </w:p>
    <w:p>
      <w:pPr>
        <w:jc w:val="right"/>
      </w:pPr>
      <w:r>
        <w:t>اس کا مطلب کیا ہوا؟</w:t>
      </w:r>
    </w:p>
    <w:p>
      <w:r>
        <w:rPr>
          <w:b/>
        </w:rPr>
        <w:t xml:space="preserve">[13:19] </w:t>
      </w:r>
      <w:r>
        <w:t>yeh bohat hi bari, bohat hi bari baat hai. is ko aap ko samajhna hai</w:t>
      </w:r>
    </w:p>
    <w:p>
      <w:pPr>
        <w:jc w:val="right"/>
      </w:pPr>
      <w:r>
        <w:t>یہ بہت ہی بڑی، بہت ہی بڑی بات ہے۔ اس کو آپ کو سمجھنا ہے</w:t>
      </w:r>
    </w:p>
    <w:p>
      <w:r>
        <w:rPr>
          <w:b/>
        </w:rPr>
        <w:t xml:space="preserve">[13:28] </w:t>
      </w:r>
      <w:r>
        <w:t>ke insaan ko Khuda ne freedom diya tha, magar total freedom nahi tha, restricted freedom tha.</w:t>
      </w:r>
    </w:p>
    <w:p>
      <w:pPr>
        <w:jc w:val="right"/>
      </w:pPr>
      <w:r>
        <w:t>کہ انسان کو خدا نے فریڈم دیا تھا، مگر ٹوٹل فریڈم نہیں تھا، ریسٹرکٹڈ فریڈم تھا۔</w:t>
      </w:r>
    </w:p>
    <w:p>
      <w:r>
        <w:rPr>
          <w:b/>
        </w:rPr>
        <w:t xml:space="preserve">[13:38] </w:t>
      </w:r>
      <w:r>
        <w:t>jannat mein sab kuch hai, enjoy karne ki azaadi bhi hai, lekin Khuda ne bata diya ke tum ko total freedom nahi hogi, tum ko restricted freedom hogi.</w:t>
      </w:r>
    </w:p>
    <w:p>
      <w:pPr>
        <w:jc w:val="right"/>
      </w:pPr>
      <w:r>
        <w:t>جنت میں سب کچھ ہے، انجوائے کرنے کی آزادی بھی ہے، لیکن خدا نے بتا دیا کہ تم کو ٹوٹل فریڈم نہیں ہوگی، تم کو ریسٹرکٹڈ فریڈم ہوگی۔</w:t>
      </w:r>
    </w:p>
    <w:p>
      <w:r>
        <w:rPr>
          <w:b/>
        </w:rPr>
        <w:t xml:space="preserve">[13:51] </w:t>
      </w:r>
      <w:r>
        <w:t>agar tum ne is ko follow nahi kiya,</w:t>
      </w:r>
    </w:p>
    <w:p>
      <w:pPr>
        <w:jc w:val="right"/>
      </w:pPr>
      <w:r>
        <w:t>اگر تم نے اس کو فالو نہیں کیا،</w:t>
      </w:r>
    </w:p>
    <w:p>
      <w:r>
        <w:rPr>
          <w:b/>
        </w:rPr>
        <w:t xml:space="preserve">[13:56] </w:t>
      </w:r>
      <w:r>
        <w:t>then</w:t>
      </w:r>
    </w:p>
    <w:p>
      <w:pPr>
        <w:jc w:val="right"/>
      </w:pPr>
      <w:r>
        <w:t>دین</w:t>
      </w:r>
    </w:p>
    <w:p>
      <w:r>
        <w:rPr>
          <w:b/>
        </w:rPr>
        <w:t xml:space="preserve">[13:59] </w:t>
      </w:r>
      <w:r>
        <w:t>you be declared as a transgressor aur tum jannat se nikaal diye jaoge. aur nikaal diya gaya un ko.</w:t>
      </w:r>
    </w:p>
    <w:p>
      <w:pPr>
        <w:jc w:val="right"/>
      </w:pPr>
      <w:r>
        <w:t>یو بی ڈیکلیئرڈ ایز اے ٹرانسگریسر اور تم جنت سے نکال دیے جاؤ گے۔ اور نکال دیا گیا ان کو۔</w:t>
      </w:r>
    </w:p>
    <w:p>
      <w:r>
        <w:rPr>
          <w:b/>
        </w:rPr>
        <w:t xml:space="preserve">[14:11] </w:t>
      </w:r>
      <w:r>
        <w:t>that was temporary ostrac of man.</w:t>
      </w:r>
    </w:p>
    <w:p>
      <w:pPr>
        <w:jc w:val="right"/>
      </w:pPr>
      <w:r>
        <w:t>دیٹ واز ٹیمپریری اوسٹر آف مین۔</w:t>
      </w:r>
    </w:p>
    <w:p>
      <w:r>
        <w:rPr>
          <w:b/>
        </w:rPr>
        <w:t xml:space="preserve">[14:18] </w:t>
      </w:r>
      <w:r>
        <w:t>is ko bohat zyada samajhne ki zaroorat hai.</w:t>
      </w:r>
    </w:p>
    <w:p>
      <w:pPr>
        <w:jc w:val="right"/>
      </w:pPr>
      <w:r>
        <w:t>اس کو بہت زیادہ سمجھنے کی ضرورت ہے۔</w:t>
      </w:r>
    </w:p>
    <w:p>
      <w:r>
        <w:rPr>
          <w:b/>
        </w:rPr>
        <w:t xml:space="preserve">[14:25] </w:t>
      </w:r>
      <w:r>
        <w:t>yeh baat mein aap se achaanak nahi bol raha hoon,</w:t>
      </w:r>
    </w:p>
    <w:p>
      <w:pPr>
        <w:jc w:val="right"/>
      </w:pPr>
      <w:r>
        <w:t>یہ بات میں آپ سے اچانک نہیں بول رہا ہوں،</w:t>
      </w:r>
    </w:p>
    <w:p>
      <w:r>
        <w:rPr>
          <w:b/>
        </w:rPr>
        <w:t xml:space="preserve">[14:33] </w:t>
      </w:r>
      <w:r>
        <w:t>bohat soch samajh kar bol raha hoon ke jannat se jab insaan ko nikaala gaya to that was a temporary ostrac, yaani aarzii ikhraaj.</w:t>
      </w:r>
    </w:p>
    <w:p>
      <w:pPr>
        <w:jc w:val="right"/>
      </w:pPr>
      <w:r>
        <w:t>بہت سوچ سمجھ کر بول رہا ہوں کہ جنت سے جب انسان کو نکالا گیا تو دیٹ واز ا ٹیمپریری اوسٹر، یعنی عارضی اخراج۔</w:t>
      </w:r>
    </w:p>
    <w:p>
      <w:r>
        <w:rPr>
          <w:b/>
        </w:rPr>
        <w:t xml:space="preserve">[14:49] </w:t>
      </w:r>
      <w:r>
        <w:t>ab jo hone wala hai, woh hai permanent ostrac.</w:t>
      </w:r>
    </w:p>
    <w:p>
      <w:pPr>
        <w:jc w:val="right"/>
      </w:pPr>
      <w:r>
        <w:t>اب جو ہونے والا ہے، وہ ہے پرماننٹ اوسٹر۔</w:t>
      </w:r>
    </w:p>
    <w:p>
      <w:r>
        <w:rPr>
          <w:b/>
        </w:rPr>
        <w:t xml:space="preserve">[14:55] </w:t>
      </w:r>
      <w:r>
        <w:t>isi ki, isi ke yeh sign hain, isi ki beginning hai. jis ko jaanna hai, jaan le, nahi jaanna hai to Israfeel ka suraj batayega is ko, aur phir woh jo hai point of no return hoga.</w:t>
      </w:r>
    </w:p>
    <w:p>
      <w:pPr>
        <w:jc w:val="right"/>
      </w:pPr>
      <w:r>
        <w:t>اسی کی، اسی کے یہ سائن ہیں، اسی کی بگننگ ہے۔ جس کو جاننا ہے، جان لے، نہیں جاننا ہے تو اسرافیل کا سورج بتائے گا اس کو، اور پھر وہ جو ہے پوائنٹ آف نو ریٹرن ہوگا۔</w:t>
      </w:r>
    </w:p>
    <w:p>
      <w:r>
        <w:rPr>
          <w:b/>
        </w:rPr>
        <w:t xml:space="preserve">[15:15] </w:t>
      </w:r>
      <w:r>
        <w:t>to log is ko under estimate kar rahe hain.</w:t>
      </w:r>
    </w:p>
    <w:p>
      <w:pPr>
        <w:jc w:val="right"/>
      </w:pPr>
      <w:r>
        <w:t>تو لوگ اس کو انڈر ایسٹیمیٹ کر رہے ہیں۔</w:t>
      </w:r>
    </w:p>
    <w:p>
      <w:r>
        <w:rPr>
          <w:b/>
        </w:rPr>
        <w:t xml:space="preserve">[15:22] </w:t>
      </w:r>
      <w:r>
        <w:t>Adam ne bhi aisa bhool kiya tha ke jab un se saaf saaf keh diya gaya tha ke "don't approach this tree" to unhon ne is ko under estimate kiya ke kya hai, phal kha lete hain,</w:t>
      </w:r>
    </w:p>
    <w:p>
      <w:pPr>
        <w:jc w:val="right"/>
      </w:pPr>
      <w:r>
        <w:t>آدم نے بھی ایسا بھول کیا تھا کہ جب ان سے صاف صاف کہہ دیا گیا تھا کہ "ڈونٹ اپروچ دس ٹری" تو انہوں نے اس کو انڈر ایسٹیمیٹ کیا کہ کیا ہے، پھل کھا لیتے ہیں،</w:t>
      </w:r>
    </w:p>
    <w:p>
      <w:r>
        <w:rPr>
          <w:b/>
        </w:rPr>
        <w:t xml:space="preserve">[15:36] </w:t>
      </w:r>
      <w:r>
        <w:t>kya ho jayega ek phal khane se.</w:t>
      </w:r>
    </w:p>
    <w:p>
      <w:pPr>
        <w:jc w:val="right"/>
      </w:pPr>
      <w:r>
        <w:t>کیا ہو جائے گا ایک پھل کھانے سے۔</w:t>
      </w:r>
    </w:p>
    <w:p>
      <w:r>
        <w:rPr>
          <w:b/>
        </w:rPr>
        <w:t xml:space="preserve">[15:39] </w:t>
      </w:r>
      <w:r>
        <w:t>to unhon ne under estimate kiya is ko, lekin aap under estimate kar ke result ko rok nahi sakte.</w:t>
      </w:r>
    </w:p>
    <w:p>
      <w:pPr>
        <w:jc w:val="right"/>
      </w:pPr>
      <w:r>
        <w:t>تو انہوں نے انڈر ایسٹیمیٹ کیا اس کو، لیکن آپ انڈر ایسٹیمیٹ کر کے رزلٹ کو روک نہیں سکتے۔</w:t>
      </w:r>
    </w:p>
    <w:p>
      <w:r>
        <w:rPr>
          <w:b/>
        </w:rPr>
        <w:t xml:space="preserve">[15:51] </w:t>
      </w:r>
      <w:r>
        <w:t>yaad rakhiye,</w:t>
      </w:r>
    </w:p>
    <w:p>
      <w:pPr>
        <w:jc w:val="right"/>
      </w:pPr>
      <w:r>
        <w:t>یاد رکھیے،</w:t>
      </w:r>
    </w:p>
    <w:p>
      <w:r>
        <w:rPr>
          <w:b/>
        </w:rPr>
        <w:t xml:space="preserve">[15:55] </w:t>
      </w:r>
      <w:r>
        <w:t>agar main is ko under estimate karoon aur bas samhoon ke main is shishay ko chaba sakta hoon, chaba ke pait mein daal sakta hoon, to under estimate karne se aisa result nahi badal jayega.</w:t>
      </w:r>
    </w:p>
    <w:p>
      <w:pPr>
        <w:jc w:val="right"/>
      </w:pPr>
      <w:r>
        <w:t>اگر میں اس کو انڈر ایسٹیمیٹ کروں اور بس سمجھوں کہ میں اس شیشے کو چبا سکتا ہوں، چبا کے پیٹ میں ڈال سکتا ہوں، تو انڈر ایسٹیمیٹ کرنے سے ایسا رزلٹ نہیں بدل جائے گا۔</w:t>
      </w:r>
    </w:p>
    <w:p>
      <w:r>
        <w:rPr>
          <w:b/>
        </w:rPr>
        <w:t xml:space="preserve">[16:10] </w:t>
      </w:r>
      <w:r>
        <w:t>agar main is shishay ko chabaon, is glass ko</w:t>
      </w:r>
    </w:p>
    <w:p>
      <w:pPr>
        <w:jc w:val="right"/>
      </w:pPr>
      <w:r>
        <w:t>اگر میں اس شیشے کو چباؤں، اس گلاس کو</w:t>
      </w:r>
    </w:p>
    <w:p>
      <w:r>
        <w:rPr>
          <w:b/>
        </w:rPr>
        <w:t xml:space="preserve">[16:14] </w:t>
      </w:r>
      <w:r>
        <w:t>aur pait mein daaloon, to kya aap samajhte hain ke mera under estimate karna jo hai, yeh work nahi karega? phir woh fatal banega, fatal.</w:t>
      </w:r>
    </w:p>
    <w:p>
      <w:pPr>
        <w:jc w:val="right"/>
      </w:pPr>
      <w:r>
        <w:t>اور پیٹ میں ڈالوں، تو کیا آپ سمجھتے ہیں کہ میرا انڈر ایسٹیمیٹ کرنا جو ہے، یہ ورک نہیں کرے گا؟ پھر وہ فیٹل بنے گا، فیٹل۔</w:t>
      </w:r>
    </w:p>
    <w:p>
      <w:r>
        <w:rPr>
          <w:b/>
        </w:rPr>
        <w:t xml:space="preserve">[16:27] </w:t>
      </w:r>
      <w:r>
        <w:t>to yaad rakhiye, Adam ne yeh bhool ki thi ke unhon ne under estimate kiya Khuda ke direction ko</w:t>
      </w:r>
    </w:p>
    <w:p>
      <w:pPr>
        <w:jc w:val="right"/>
      </w:pPr>
      <w:r>
        <w:t>تو یاد رکھیے، آدم نے یہ بھول کی تھی کہ انہوں نے انڈر ایسٹیمیٹ کیا خدا کے ڈائریکشن کو</w:t>
      </w:r>
    </w:p>
    <w:p>
      <w:r>
        <w:rPr>
          <w:b/>
        </w:rPr>
        <w:t xml:space="preserve">[16:36] </w:t>
      </w:r>
      <w:r>
        <w:t>ke kya hota hai, is ka ek phool kha lete hain, is se kya farq padega. lekin un ka ouster ho gaya. you can not change the course of result, it is beyond your capacity,</w:t>
      </w:r>
    </w:p>
    <w:p>
      <w:pPr>
        <w:jc w:val="right"/>
      </w:pPr>
      <w:r>
        <w:t>کہ کیا ہوتا ہے، اس کا ایک پھل کھا لیتے ہیں، اس سے کیا فرق پڑے گا۔ لیکن ان کا اوسٹر ہو گیا۔ یو کین ناٹ چینج دا کورس آف رزلٹ، اٹ از بیونڈ یور کپیسٹی،</w:t>
      </w:r>
    </w:p>
    <w:p>
      <w:r>
        <w:rPr>
          <w:b/>
        </w:rPr>
        <w:t xml:space="preserve">[16:55] </w:t>
      </w:r>
      <w:r>
        <w:t>it is beyond your capacity.</w:t>
      </w:r>
    </w:p>
    <w:p>
      <w:pPr>
        <w:jc w:val="right"/>
      </w:pPr>
      <w:r>
        <w:t>اٹ از بیونڈ یور کپیسٹی۔</w:t>
      </w:r>
    </w:p>
    <w:p>
      <w:r>
        <w:rPr>
          <w:b/>
        </w:rPr>
        <w:t xml:space="preserve">[17:01] </w:t>
      </w:r>
      <w:r>
        <w:t>to dobara, dobara insaan wahi, isi wahi under estimation mein pada hua hai. lekin yeh, yeh destiny hai insaan ki, destiny,</w:t>
      </w:r>
    </w:p>
    <w:p>
      <w:pPr>
        <w:jc w:val="right"/>
      </w:pPr>
      <w:r>
        <w:t>تو دوبارہ، دوبارہ انسان وہی، اسی وہی انڈر ایسٹیمیشن میں پڑا ہوا ہے۔ لیکن یہ، یہ ڈسٹنی ہے انسان کی، ڈسٹنی،</w:t>
      </w:r>
    </w:p>
    <w:p>
      <w:r>
        <w:rPr>
          <w:b/>
        </w:rPr>
        <w:t xml:space="preserve">[17:15] </w:t>
      </w:r>
      <w:r>
        <w:t>aur aap destiny ko badal nahi sakte</w:t>
      </w:r>
    </w:p>
    <w:p>
      <w:pPr>
        <w:jc w:val="right"/>
      </w:pPr>
      <w:r>
        <w:t>اور آپ ڈسٹنی کو بدل نہیں سکتے</w:t>
      </w:r>
    </w:p>
    <w:p>
      <w:r>
        <w:rPr>
          <w:b/>
        </w:rPr>
        <w:t xml:space="preserve">[17:19] </w:t>
      </w:r>
      <w:r>
        <w:t>ke permanent ouster hone wala hai.</w:t>
      </w:r>
    </w:p>
    <w:p>
      <w:pPr>
        <w:jc w:val="right"/>
      </w:pPr>
      <w:r>
        <w:t>کہ پرماننٹ اوسٹر ہونے والا ہے۔</w:t>
      </w:r>
    </w:p>
    <w:p>
      <w:r>
        <w:rPr>
          <w:b/>
        </w:rPr>
        <w:t xml:space="preserve">[17:24] </w:t>
      </w:r>
      <w:r>
        <w:t>permanent ouster jo hai, kab shuru hoga, is ke signs abhi dekh sakte hain aap, lekin is ka jo final hoga, final isi ka naam hai suraj israfel.</w:t>
      </w:r>
    </w:p>
    <w:p>
      <w:pPr>
        <w:jc w:val="right"/>
      </w:pPr>
      <w:r>
        <w:t>پرماننٹ اوسٹر جو ہے، کب شروع ہوگا، اس کے سائنز ابھی دیکھ سکتے ہیں آپ، لیکن اس کا جو فائنل ہوگا، فائنل اسی کا نام ہے سورج اسرافیل۔</w:t>
      </w:r>
    </w:p>
    <w:p>
      <w:r>
        <w:rPr>
          <w:b/>
        </w:rPr>
        <w:t xml:space="preserve">[17:40] </w:t>
      </w:r>
      <w:r>
        <w:t>ab sochiye zara, ab sochiye zara is ko</w:t>
      </w:r>
    </w:p>
    <w:p>
      <w:pPr>
        <w:jc w:val="right"/>
      </w:pPr>
      <w:r>
        <w:t>اب سوچیے ذرا، اب سوچیے ذرا اس کو</w:t>
      </w:r>
    </w:p>
    <w:p>
      <w:r>
        <w:rPr>
          <w:b/>
        </w:rPr>
        <w:t xml:space="preserve">[17:43] </w:t>
      </w:r>
      <w:r>
        <w:t>ke insaan ko jab is, is duniya se wapas le li jaye, jaise Adam se jannat ko wapas le liya gaya tha,</w:t>
      </w:r>
    </w:p>
    <w:p>
      <w:pPr>
        <w:jc w:val="right"/>
      </w:pPr>
      <w:r>
        <w:t>کہ انسان کو جب اس، اس دنیا سے واپس لے لی جائے، جیسے آدم سے جنت کو واپس لے لیا گیا تھا،</w:t>
      </w:r>
    </w:p>
    <w:p>
      <w:r>
        <w:rPr>
          <w:b/>
        </w:rPr>
        <w:t xml:space="preserve">[17:56] </w:t>
      </w:r>
      <w:r>
        <w:t>yeh wapas le liya jaye aur aap ko ek aise planet pe, planet mein jahan oxygen ho. kal mein ek Nobel Prize winner ki speech sun raha tha to unhon ne kaha ke teen cheezein insaan ke liye must hain jeene ke liye:</w:t>
      </w:r>
    </w:p>
    <w:p>
      <w:pPr>
        <w:jc w:val="right"/>
      </w:pPr>
      <w:r>
        <w:t>یہ واپس لے لیا جائے اور آپ کو ایک ایسے پلینٹ پہ، پلینٹ میں جہاں اکسیجن ہو۔ کل میں ایک نوبل پرائز ونر کی سپیچ سن رہا تھا تو انہوں نے کہا کہ تین چیزیں انسان کے لیے مست ہیں جینے کے لیے:</w:t>
      </w:r>
    </w:p>
    <w:p>
      <w:r>
        <w:rPr>
          <w:b/>
        </w:rPr>
        <w:t xml:space="preserve">[18:14] </w:t>
      </w:r>
      <w:r>
        <w:t>oxygen, water aur food.</w:t>
      </w:r>
    </w:p>
    <w:p>
      <w:pPr>
        <w:jc w:val="right"/>
      </w:pPr>
      <w:r>
        <w:t>اکسیجن، واٹر اور فوڈ۔</w:t>
      </w:r>
    </w:p>
    <w:p>
      <w:r>
        <w:rPr>
          <w:b/>
        </w:rPr>
        <w:t xml:space="preserve">[18:20] </w:t>
      </w:r>
      <w:r>
        <w:t>oxygen, water aur food, woh isi, isi planet pe to hai. to agar aap ka insaan ka ouster ho jaye aur daal diya jaye ek aise planet mein jahan na water, jahan na water hai, jahan na food hai, jahan na oxygen hai,</w:t>
      </w:r>
    </w:p>
    <w:p>
      <w:pPr>
        <w:jc w:val="right"/>
      </w:pPr>
      <w:r>
        <w:t>اکسیجن، واٹر اور فوڈ، وہ اسی، اسی پلینٹ پہ تو ہے۔ تو اگر آپ کا انسان کا اوسٹر ہو جائے اور ڈال دیا جائے ایک ایسے پلینٹ میں جہاں نہ واٹر، جہاں نہ واٹر ہے، جہاں نہ فوڈ ہے، جہاں نہ اکسیجن ہے،</w:t>
      </w:r>
    </w:p>
    <w:p>
      <w:r>
        <w:rPr>
          <w:b/>
        </w:rPr>
        <w:t xml:space="preserve">[18:40] </w:t>
      </w:r>
      <w:r>
        <w:t>to bataiye kya hoga?</w:t>
      </w:r>
    </w:p>
    <w:p>
      <w:pPr>
        <w:jc w:val="right"/>
      </w:pPr>
      <w:r>
        <w:t>تو بتائیے کیا ہوگا؟</w:t>
      </w:r>
    </w:p>
    <w:p>
      <w:r>
        <w:rPr>
          <w:b/>
        </w:rPr>
        <w:t xml:space="preserve">[18:44] </w:t>
      </w:r>
      <w:r>
        <w:t>kya hoga? bataiye.</w:t>
      </w:r>
    </w:p>
    <w:p>
      <w:pPr>
        <w:jc w:val="right"/>
      </w:pPr>
      <w:r>
        <w:t>کیا ہوگا؟ بتائیے۔</w:t>
      </w:r>
    </w:p>
    <w:p>
      <w:r>
        <w:rPr>
          <w:b/>
        </w:rPr>
        <w:t xml:space="preserve">[18:49] </w:t>
      </w:r>
      <w:r>
        <w:t>aur yeh behraal hone wala hai. temporary ouster jo tha Adam ka, isi mein sab kuch bata diya gaya tha.</w:t>
      </w:r>
    </w:p>
    <w:p>
      <w:pPr>
        <w:jc w:val="right"/>
      </w:pPr>
      <w:r>
        <w:t>اور یہ بہرحال ہونے والا ہے۔ ٹیمپریری اوسٹر جو تھا آدم کا، اسی میں سب کچھ بتا دیا گیا تھا۔</w:t>
      </w:r>
    </w:p>
    <w:p>
      <w:r>
        <w:rPr>
          <w:b/>
        </w:rPr>
        <w:t xml:space="preserve">[19:01] </w:t>
      </w:r>
      <w:r>
        <w:t>ab jo permanent ouster hone wala hai, is ko samajhne ke liye koi bohat zyada jankari ki zaroorat nahi hai.</w:t>
      </w:r>
    </w:p>
    <w:p>
      <w:pPr>
        <w:jc w:val="right"/>
      </w:pPr>
      <w:r>
        <w:t>اب جو پرماننٹ اوسٹر ہونے والا ہے، اس کو سمجھنے کے لیے کوئی بہت زیادہ جانکاری کی ضرورت نہیں ہے۔</w:t>
      </w:r>
    </w:p>
    <w:p>
      <w:r>
        <w:rPr>
          <w:b/>
        </w:rPr>
        <w:t xml:space="preserve">[19:13] </w:t>
      </w:r>
      <w:r>
        <w:t>to kyun main aisa keh raha hoon? dekhiye, Adam ka jo, jo ouster hua tha, ouster kehte hain ikhraaj.</w:t>
      </w:r>
    </w:p>
    <w:p>
      <w:pPr>
        <w:jc w:val="right"/>
      </w:pPr>
      <w:r>
        <w:t>تو کیوں میں ایسا کہہ رہا ہوں؟ دیکھیں، آدم کا جو، جو اوسٹر ہوا تھا، اوسٹر کہتے ہیں اخراج۔</w:t>
      </w:r>
    </w:p>
    <w:p>
      <w:r>
        <w:rPr>
          <w:b/>
        </w:rPr>
        <w:t xml:space="preserve">[19:24] </w:t>
      </w:r>
      <w:r>
        <w:t>ouster ko urdu mein kahenge ikhraaj. to Adam ka jo is ouster hua tha jannat se, woh kis baat par hua tha?</w:t>
      </w:r>
    </w:p>
    <w:p>
      <w:pPr>
        <w:jc w:val="right"/>
      </w:pPr>
      <w:r>
        <w:t>اوسٹر کو اردو میں کہیں گے اخراج۔ تو آدم کا جو اس اوسٹر ہوا تھا جنت سے، وہ کس بات پر ہوا تھا؟</w:t>
      </w:r>
    </w:p>
    <w:p>
      <w:r>
        <w:rPr>
          <w:b/>
        </w:rPr>
        <w:t xml:space="preserve">[19:32] </w:t>
      </w:r>
      <w:r>
        <w:t>woh zulm par hua tha. fatakoon min az-zalimeen. jab tum zalim ban jaoge to tum ko yahan se nikal diya jayega. fatakoon min az-zalimeen.</w:t>
      </w:r>
    </w:p>
    <w:p>
      <w:pPr>
        <w:jc w:val="right"/>
      </w:pPr>
      <w:r>
        <w:t>وہ ظلم پر ہوا تھا۔ فتکون من الظالمین۔ جب تم ظالم بن جاؤ گے تو تم کو یہاں سے نکال دیا جائے گا۔ فتکون من الظالمین۔</w:t>
      </w:r>
    </w:p>
    <w:p>
      <w:r>
        <w:rPr>
          <w:b/>
        </w:rPr>
        <w:t xml:space="preserve">[19:43] </w:t>
      </w:r>
      <w:r>
        <w:t>zulm par hua tha, zulm par.</w:t>
      </w:r>
    </w:p>
    <w:p>
      <w:pPr>
        <w:jc w:val="right"/>
      </w:pPr>
      <w:r>
        <w:t>ظلم پر ہوا تھا، ظلم پر۔</w:t>
      </w:r>
    </w:p>
    <w:p>
      <w:r>
        <w:rPr>
          <w:b/>
        </w:rPr>
        <w:t xml:space="preserve">[19:47] </w:t>
      </w:r>
      <w:r>
        <w:t>to jab zalim ban gaye woh, to zalim maine arz kiya ke zalim ka matlab kya hai? transgressor. limit se, limit jo cross kar jaye, limit se paar kar jaye.</w:t>
      </w:r>
    </w:p>
    <w:p>
      <w:pPr>
        <w:jc w:val="right"/>
      </w:pPr>
      <w:r>
        <w:t>تو جب ظالم بن گئے وہ، تو ظالم میں نے عرض کیا کہ ظالم کا مطلب کیا ہے؟ ٹرانسگریسر۔ لمٹ سے، لمٹ جو کراس کر جائے، لمٹ سے پار کر جائے۔</w:t>
      </w:r>
    </w:p>
    <w:p>
      <w:r>
        <w:rPr>
          <w:b/>
        </w:rPr>
        <w:t xml:space="preserve">[20:03] </w:t>
      </w:r>
      <w:r>
        <w:t>to woh unhon ne bohat hi</w:t>
      </w:r>
    </w:p>
    <w:p>
      <w:pPr>
        <w:jc w:val="right"/>
      </w:pPr>
      <w:r>
        <w:t>تو وہ انہوں نے بہت ہی</w:t>
      </w:r>
    </w:p>
    <w:p>
      <w:r>
        <w:rPr>
          <w:b/>
        </w:rPr>
        <w:t xml:space="preserve">[20:07] </w:t>
      </w:r>
      <w:r>
        <w:t>chote paimane par limit ko cross kiya tha.</w:t>
      </w:r>
    </w:p>
    <w:p>
      <w:pPr>
        <w:jc w:val="right"/>
      </w:pPr>
      <w:r>
        <w:t>چھوٹے پیمانے پر لمٹ کو کراس کیا تھا۔</w:t>
      </w:r>
    </w:p>
    <w:p>
      <w:r>
        <w:rPr>
          <w:b/>
        </w:rPr>
        <w:t xml:space="preserve">[20:14] </w:t>
      </w:r>
      <w:r>
        <w:t>is liye temporary ouster hua. woh aaj ka jo insan hai, us ne to yani har aspect se limit ko cross kar rakha hai.</w:t>
      </w:r>
    </w:p>
    <w:p>
      <w:pPr>
        <w:jc w:val="right"/>
      </w:pPr>
      <w:r>
        <w:t>اس لیے ٹیمپریری اوسٹر ہوا۔ وہ آج کا جو انسان ہے، اس نے تو یعنی ہر اسپیکٹ سے لمٹ کو کراس کر رکھا ہے۔</w:t>
      </w:r>
    </w:p>
    <w:p>
      <w:r>
        <w:rPr>
          <w:b/>
        </w:rPr>
        <w:t xml:space="preserve">[20:28] </w:t>
      </w:r>
      <w:r>
        <w:t>koi choda hi nahi is ne</w:t>
      </w:r>
    </w:p>
    <w:p>
      <w:pPr>
        <w:jc w:val="right"/>
      </w:pPr>
      <w:r>
        <w:t>کوئی چھوڑا ہی نہیں اس نے</w:t>
      </w:r>
    </w:p>
    <w:p>
      <w:r>
        <w:rPr>
          <w:b/>
        </w:rPr>
        <w:t xml:space="preserve">[20:31] </w:t>
      </w:r>
      <w:r>
        <w:t>jahan woh cross na kare.</w:t>
      </w:r>
    </w:p>
    <w:p>
      <w:pPr>
        <w:jc w:val="right"/>
      </w:pPr>
      <w:r>
        <w:t>جہاں وہ کراس نہ کرے۔</w:t>
      </w:r>
    </w:p>
    <w:p>
      <w:r>
        <w:rPr>
          <w:b/>
        </w:rPr>
        <w:t xml:space="preserve">[20:36] </w:t>
      </w:r>
      <w:r>
        <w:t>is se pehle maine aaj bataya tha ke is zamane mein jo aya hai, woh burai, woh kya burai aayi hai?</w:t>
      </w:r>
    </w:p>
    <w:p>
      <w:pPr>
        <w:jc w:val="right"/>
      </w:pPr>
      <w:r>
        <w:t>اس سے پہلے میں نے آج بتایا تھا کہ اس زمانے میں جو آیا ہے، وہ برائی، وہ کیا برائی آئی ہے؟</w:t>
      </w:r>
    </w:p>
    <w:p>
      <w:r>
        <w:rPr>
          <w:b/>
        </w:rPr>
        <w:t xml:space="preserve">[20:46] </w:t>
      </w:r>
      <w:r>
        <w:t>woh hai ideologically justified evil. Adam ko philosophy nahi aati thi.</w:t>
      </w:r>
    </w:p>
    <w:p>
      <w:pPr>
        <w:jc w:val="right"/>
      </w:pPr>
      <w:r>
        <w:t>وہ ہے آئیڈیلوجیکلی جسٹیفائیڈ ایول۔ آدم کو فلاسفی نہیں آتی تھی۔</w:t>
      </w:r>
    </w:p>
    <w:p>
      <w:r>
        <w:rPr>
          <w:b/>
        </w:rPr>
        <w:t xml:space="preserve">[20:53] </w:t>
      </w:r>
      <w:r>
        <w:t>Adam jo the, philosophy se pehle paida hue the. woh jante nahi the ke kaise idea is ko justify kaise kiya jaye.</w:t>
      </w:r>
    </w:p>
    <w:p>
      <w:pPr>
        <w:jc w:val="right"/>
      </w:pPr>
      <w:r>
        <w:t>آدم جو تھے، فلاسفی سے پہلے پیدا ہوئے تھے۔ وہ جانتے نہیں تھے کہ کیسے آئیڈیا اس کو جسٹیفائی کیسے کیا جائے۔</w:t>
      </w:r>
    </w:p>
    <w:p>
      <w:r>
        <w:rPr>
          <w:b/>
        </w:rPr>
        <w:t xml:space="preserve">[21:03] </w:t>
      </w:r>
      <w:r>
        <w:t>woh to temptation se unhone phal kha liya tha. temptation.</w:t>
      </w:r>
    </w:p>
    <w:p>
      <w:pPr>
        <w:jc w:val="right"/>
      </w:pPr>
      <w:r>
        <w:t>وہ تو ٹیمپریشن سے انہوں نے پھل کھا لیا تھا۔ ٹیمپریشن۔</w:t>
      </w:r>
    </w:p>
    <w:p>
      <w:r>
        <w:rPr>
          <w:b/>
        </w:rPr>
        <w:t xml:space="preserve">[21:11] </w:t>
      </w:r>
      <w:r>
        <w:t>ab sirf temptation ki baat nahi hai, ab to justified evil ka zamane mein jee rahe hain. isi ko dajali kaha gaya. dajali,</w:t>
      </w:r>
    </w:p>
    <w:p>
      <w:pPr>
        <w:jc w:val="right"/>
      </w:pPr>
      <w:r>
        <w:t>اب صرف ٹیمپریشن کی بات نہیں ہے، اب تو جسٹیفائیڈ ایول کا زمانے میں جی رہے ہیں۔ اسی کو دجالی کہا گیا۔ دجالی،</w:t>
      </w:r>
    </w:p>
    <w:p>
      <w:r>
        <w:rPr>
          <w:b/>
        </w:rPr>
        <w:t xml:space="preserve">[21:23] </w:t>
      </w:r>
      <w:r>
        <w:t>dajali is ko kaha gaya hai. aur hadith mein aata hai ke 30, 30 dajal paida honge. toh yeh hum dajali ke zamane mein jee rahe hain jabke sari evil ko justify kar diya gaya hai.</w:t>
      </w:r>
    </w:p>
    <w:p>
      <w:pPr>
        <w:jc w:val="right"/>
      </w:pPr>
      <w:r>
        <w:t>دجالی اس کو کہا گیا ہے۔ اور حدیث میں آتا ہے کہ 30، 30 دجال پیدا ہوں گے۔ تو یہ ہم دجالی کے زمانے میں جی رہے ہیں جبکہ ساری ایول کو جسٹیفائی کر دیا گیا ہے۔</w:t>
      </w:r>
    </w:p>
    <w:p>
      <w:r>
        <w:rPr>
          <w:b/>
        </w:rPr>
        <w:t xml:space="preserve">[21:39] </w:t>
      </w:r>
      <w:r>
        <w:t>is se peeche maine aap se bataya tha ke misaal ke taur par Darwin paida hua.</w:t>
      </w:r>
    </w:p>
    <w:p>
      <w:pPr>
        <w:jc w:val="right"/>
      </w:pPr>
      <w:r>
        <w:t>اس سے پیچھے میں نے آپ سے بتایا تھا کہ مثال کے طور پر ڈارون پیدا ہوا۔</w:t>
      </w:r>
    </w:p>
    <w:p>
      <w:r>
        <w:rPr>
          <w:b/>
        </w:rPr>
        <w:t xml:space="preserve">[21:45] </w:t>
      </w:r>
      <w:r>
        <w:t>Darwin aaj sare umman par chhaya hua hai. main samajhta hoon ke shayad mujh ko chhod kar ek bhi shakhs nahi hoga jo is se bacha hua ho.</w:t>
      </w:r>
    </w:p>
    <w:p>
      <w:pPr>
        <w:jc w:val="right"/>
      </w:pPr>
      <w:r>
        <w:t>ڈارون آج سارے عمان پر چھایا ہوا ہے۔ میں سمجھتا ہوں کہ شاید مجھ کو چھوڑ کر ایک بھی شخص نہیں ہوگا جو اس سے بچا ہوا ہو۔</w:t>
      </w:r>
    </w:p>
    <w:p>
      <w:r>
        <w:rPr>
          <w:b/>
        </w:rPr>
        <w:t xml:space="preserve">[21:57] </w:t>
      </w:r>
      <w:r>
        <w:t>maine kam az kam maine nahi dekha kisi aadmi ko. sab kahin na kahin is ke, is ke, is ke asar mein aa gaye hain. is ke asar mein aa gaye hain.</w:t>
      </w:r>
    </w:p>
    <w:p>
      <w:pPr>
        <w:jc w:val="right"/>
      </w:pPr>
      <w:r>
        <w:t>میں نے کم از کم میں نے نہیں دیکھا کسی آدمی کو۔ سب کہیں نہ کہیں اس کے، اس کے، اس کے اثر میں آ گئے ہیں۔ اس کے اثر میں آ گئے ہیں۔</w:t>
      </w:r>
    </w:p>
    <w:p>
      <w:r>
        <w:rPr>
          <w:b/>
        </w:rPr>
        <w:t xml:space="preserve">[22:07] </w:t>
      </w:r>
      <w:r>
        <w:t>kahin na kahin is se mutasir hain. aur kitna bada fitna hai</w:t>
      </w:r>
    </w:p>
    <w:p>
      <w:pPr>
        <w:jc w:val="right"/>
      </w:pPr>
      <w:r>
        <w:t>کہیں نہ کہیں اس سے متاثر ہیں۔ اور کتنا بڑا فتنہ ہے</w:t>
      </w:r>
    </w:p>
    <w:p>
      <w:r>
        <w:rPr>
          <w:b/>
        </w:rPr>
        <w:t xml:space="preserve">[22:11] </w:t>
      </w:r>
      <w:r>
        <w:t>Darwin ka. ab gaur kijiye ke Darwin ne kya kiya? bazahir is ne Khuda ko mana. is ki kitab hai Origin of His Fisher.</w:t>
      </w:r>
    </w:p>
    <w:p>
      <w:pPr>
        <w:jc w:val="right"/>
      </w:pPr>
      <w:r>
        <w:t>ڈارون کا۔ اب غور کیجئے کہ ڈارون نے کیا کیا؟ بظاہر اس نے خدا کو مانا۔ اس کی کتاب ہے اوریجن آف ہز فشیر۔</w:t>
      </w:r>
    </w:p>
    <w:p>
      <w:r>
        <w:rPr>
          <w:b/>
        </w:rPr>
        <w:t xml:space="preserve">[22:22] </w:t>
      </w:r>
      <w:r>
        <w:t>is ne God ko mana hai. lekin God ko kya hai? woh itna reduced form mein mana hai. is ne ke God ki koi hesiyat hi nahi hoti.</w:t>
      </w:r>
    </w:p>
    <w:p>
      <w:pPr>
        <w:jc w:val="right"/>
      </w:pPr>
      <w:r>
        <w:t>اس نے گاڈ کو مانا ہے۔ لیکن گاڈ کو کیا ہے؟ وہ اتنا ریڈیوسڈ فارم میں مانا ہے۔ اس نے کہ گاڈ کی کوئی حیثیت ہی نہیں ہوتی۔</w:t>
      </w:r>
    </w:p>
    <w:p>
      <w:r>
        <w:rPr>
          <w:b/>
        </w:rPr>
        <w:t xml:space="preserve">[22:31] </w:t>
      </w:r>
      <w:r>
        <w:t>yani God kya hai?</w:t>
      </w:r>
    </w:p>
    <w:p>
      <w:pPr>
        <w:jc w:val="right"/>
      </w:pPr>
      <w:r>
        <w:t>یعنی گاڈ کیا ہے؟</w:t>
      </w:r>
    </w:p>
    <w:p>
      <w:r>
        <w:rPr>
          <w:b/>
        </w:rPr>
        <w:t xml:space="preserve">[22:33] </w:t>
      </w:r>
      <w:r>
        <w:t>God ka itni power hai ke woh amoeba ko paida kar de. single cellular amoeba ko paida kar de. itni power is ko hai. baqi sab toh ho raha hai natural selection se.</w:t>
      </w:r>
    </w:p>
    <w:p>
      <w:pPr>
        <w:jc w:val="right"/>
      </w:pPr>
      <w:r>
        <w:t>گاڈ کا اتنی پاور ہے کہ وہ امیبا کو پیدا کر دے۔ سنگل سیلولر امیبا کو پیدا کر دے۔ اتنی پاور اس کو ہے۔ باقی سب تو ہو رہا ہے نیچرل سلیکشن سے۔</w:t>
      </w:r>
    </w:p>
    <w:p>
      <w:r>
        <w:rPr>
          <w:b/>
        </w:rPr>
        <w:t xml:space="preserve">[22:46] </w:t>
      </w:r>
      <w:r>
        <w:t>aap gaur kijiye, aisa Khuda ki kya zaroorat hai aap ko? woh toh appendix hai.</w:t>
      </w:r>
    </w:p>
    <w:p>
      <w:pPr>
        <w:jc w:val="right"/>
      </w:pPr>
      <w:r>
        <w:t>آپ غور کیجئے، ایسا خدا کی کیا ضرورت ہے آپ کو؟ وہ تو اپینڈکس ہے۔</w:t>
      </w:r>
    </w:p>
    <w:p>
      <w:r>
        <w:rPr>
          <w:b/>
        </w:rPr>
        <w:t xml:space="preserve">[22:52] </w:t>
      </w:r>
      <w:r>
        <w:t>hamare ek hisab se toh in ko ek ungli nikal aayi thi. is ko English mein kehte hain appendix. Urdu mein kehte hain chhangliya.</w:t>
      </w:r>
    </w:p>
    <w:p>
      <w:pPr>
        <w:jc w:val="right"/>
      </w:pPr>
      <w:r>
        <w:t>ہمارے ایک حساب سے تو ان کو ایک انگلی نکل آئی تھی۔ اس کو انگلش میں کہتے ہیں اپینڈکس۔ اردو میں کہتے ہیں چھنگلیا۔</w:t>
      </w:r>
    </w:p>
    <w:p>
      <w:r>
        <w:rPr>
          <w:b/>
        </w:rPr>
        <w:t xml:space="preserve">[23:02] </w:t>
      </w:r>
      <w:r>
        <w:t>toh us waqt operation karwa diya. toh Darwin ka jo Khuda hai, woh toh appendix hai.</w:t>
      </w:r>
    </w:p>
    <w:p>
      <w:pPr>
        <w:jc w:val="right"/>
      </w:pPr>
      <w:r>
        <w:t>تو اس وقت آپریشن کروا دیا۔ تو ڈارون کا جو خدا ہے، وہ تو اپینڈکس ہے۔</w:t>
      </w:r>
    </w:p>
    <w:p>
      <w:r>
        <w:rPr>
          <w:b/>
        </w:rPr>
        <w:t xml:space="preserve">[23:10] </w:t>
      </w:r>
      <w:r>
        <w:t>itni power tha Khuda ko ke woh ek amoeba paida kar de. ek, ek, ek pehli life paida kar de. single cellular life.</w:t>
      </w:r>
    </w:p>
    <w:p>
      <w:pPr>
        <w:jc w:val="right"/>
      </w:pPr>
      <w:r>
        <w:t>اتنی پاور تھا خدا کو کہ وہ ایک امیبا پیدا کر دے۔ ایک، ایک، ایک پہلی لائف پیدا کر دے۔ سنگل سیلولر لائف۔</w:t>
      </w:r>
    </w:p>
    <w:p>
      <w:r>
        <w:rPr>
          <w:b/>
        </w:rPr>
        <w:t xml:space="preserve">[23:20] </w:t>
      </w:r>
      <w:r>
        <w:t>is ke baad sab kuch natural selection hone wala tha. aisa Khuda aap ke upar rule kar sakta hai.</w:t>
      </w:r>
    </w:p>
    <w:p>
      <w:pPr>
        <w:jc w:val="right"/>
      </w:pPr>
      <w:r>
        <w:t>اس کے بعد سب کچھ نیچرل سلیکشنز ہونے والا تھا۔ ایسا خدا آپ کے اوپر رول کر سکتا ہے۔</w:t>
      </w:r>
    </w:p>
    <w:p>
      <w:r>
        <w:rPr>
          <w:b/>
        </w:rPr>
        <w:t xml:space="preserve">[23:28] </w:t>
      </w:r>
      <w:r>
        <w:t>aisa Khuda aap ke andar khauf paida kar sakta hai. aise Khuda se aap mohabbat kar sakte hain. aise Khuda ko aap apna supreme concept bana sakte hain.</w:t>
      </w:r>
    </w:p>
    <w:p>
      <w:pPr>
        <w:jc w:val="right"/>
      </w:pPr>
      <w:r>
        <w:t>ایسا خدا آپ کے اندر خوف پیدا کر سکتا ہے۔ ایسے خدا سے آپ محبت کر سکتے ہیں۔ ایسے خدا کو آپ اپنا سپریم کانسیپٹ بنا سکتے ہیں۔</w:t>
      </w:r>
    </w:p>
    <w:p>
      <w:r>
        <w:rPr>
          <w:b/>
        </w:rPr>
        <w:t xml:space="preserve">[23:43] </w:t>
      </w:r>
      <w:r>
        <w:t>it is more than ridiculous to believe that this God can rule you. more than ridiculous hai yeh baat.</w:t>
      </w:r>
    </w:p>
    <w:p>
      <w:pPr>
        <w:jc w:val="right"/>
      </w:pPr>
      <w:r>
        <w:t>اٹ از مور دین ریڈیکولس ٹو بیلیو دیٹ دس خدا کین رول یو۔ مور دین ریڈیکولس ہے یہ بات۔</w:t>
      </w:r>
    </w:p>
    <w:p>
      <w:r>
        <w:rPr>
          <w:b/>
        </w:rPr>
        <w:t xml:space="preserve">[23:54] </w:t>
      </w:r>
      <w:r>
        <w:t>jab yahi ideologycally justified evil ke khuda ko aap itna chhota kar dein, itna chhota kar dein</w:t>
      </w:r>
    </w:p>
    <w:p>
      <w:pPr>
        <w:jc w:val="right"/>
      </w:pPr>
      <w:r>
        <w:t>جب یہی آئیڈیلوجیکلی جسٹیفائیڈ ایول کہ خدا کو آپ اتنا چھوٹا کر دیں، اتنا چھوٹا کر دیں</w:t>
      </w:r>
    </w:p>
    <w:p>
      <w:r>
        <w:rPr>
          <w:b/>
        </w:rPr>
        <w:t xml:space="preserve">[24:03] </w:t>
      </w:r>
      <w:r>
        <w:t>ke woh ek sirf ek, ek, ek, ek single cellular jo hote the ya hote hain, animal, un ko paida kar sakta tha.</w:t>
      </w:r>
    </w:p>
    <w:p>
      <w:pPr>
        <w:jc w:val="right"/>
      </w:pPr>
      <w:r>
        <w:t>کہ وہ ایک صرف ایک، ایک، ایک، ایک سنگل سیلولر جو ہوتے تھے یا ہوتے ہیں، اینیمل، ان کو پیدا کر سکتا تھا۔</w:t>
      </w:r>
    </w:p>
    <w:p>
      <w:r>
        <w:rPr>
          <w:b/>
        </w:rPr>
        <w:t xml:space="preserve">[24:16] </w:t>
      </w:r>
      <w:r>
        <w:t>bas woh paida kar diya. ab is ke baad baat kaam khatam ho gaya. is ka ab to sab kuch natural selections ho raha hai.</w:t>
      </w:r>
    </w:p>
    <w:p>
      <w:pPr>
        <w:jc w:val="right"/>
      </w:pPr>
      <w:r>
        <w:t>بس وہ پیدا کر دیا۔ اب اس کے بعد بات کام ختم ہو گیا۔ اس کا اب تو سب کچھ نیچرل سلیکشنز ہو رہا ہے۔</w:t>
      </w:r>
    </w:p>
    <w:p>
      <w:r>
        <w:rPr>
          <w:b/>
        </w:rPr>
        <w:t xml:space="preserve">[24:23] </w:t>
      </w:r>
      <w:r>
        <w:t>kya aap aise khuda se daren ge? aise khuda se aap mohabbat karen ge?</w:t>
      </w:r>
    </w:p>
    <w:p>
      <w:pPr>
        <w:jc w:val="right"/>
      </w:pPr>
      <w:r>
        <w:t>کیا آپ ایسے خدا سے ڈریں گے؟ ایسے خدا سے آپ محبت کریں گے؟</w:t>
      </w:r>
    </w:p>
    <w:p>
      <w:r>
        <w:rPr>
          <w:b/>
        </w:rPr>
        <w:t xml:space="preserve">[24:32] </w:t>
      </w:r>
      <w:r>
        <w:t>aise khuda se hazar guna zyada mohabbat karen ge apne bete se? aise khuda ke muqable mein aap hazar guna zyada apne bete se mohabbat karen ge?</w:t>
      </w:r>
    </w:p>
    <w:p>
      <w:pPr>
        <w:jc w:val="right"/>
      </w:pPr>
      <w:r>
        <w:t>ایسے خدا سے ہزار گنا زیادہ محبت کریں گے اپنے بیٹے سے؟ ایسے خدا کے مقابلے میں آپ ہزار گنا زیادہ اپنے بیٹے سے محبت کریں گے؟</w:t>
      </w:r>
    </w:p>
    <w:p>
      <w:r>
        <w:rPr>
          <w:b/>
        </w:rPr>
        <w:t xml:space="preserve">[24:43] </w:t>
      </w:r>
      <w:r>
        <w:t>jis khuda ka aap ki zindagi mein koi, koi, koi contribution hi nahi hai siwaye is ke ke</w:t>
      </w:r>
    </w:p>
    <w:p>
      <w:pPr>
        <w:jc w:val="right"/>
      </w:pPr>
      <w:r>
        <w:t>جس خدا کا آپ کی زندگی میں کوئی، کوئی، کوئی کنٹریبیوشن ہی نہیں ہے سوائے اس کے کہ</w:t>
      </w:r>
    </w:p>
    <w:p>
      <w:r>
        <w:rPr>
          <w:b/>
        </w:rPr>
        <w:t xml:space="preserve">[24:51] </w:t>
      </w:r>
      <w:r>
        <w:t>billion saal pehle is ne ek, ek single cellular animal paida kar diya tha. kitna bara fitna hai jo sare insan ke command par chha gaya hai.</w:t>
      </w:r>
    </w:p>
    <w:p>
      <w:pPr>
        <w:jc w:val="right"/>
      </w:pPr>
      <w:r>
        <w:t>بلین سال پہلے اس نے ایک، ایک سنگل سیلولر اینیمل پیدا کر دیا تھا۔ کتنا بڑا فتنہ ہے جو سارے انسان کے کمانڈ پر چھا گیا ہے۔</w:t>
      </w:r>
    </w:p>
    <w:p>
      <w:r>
        <w:rPr>
          <w:b/>
        </w:rPr>
        <w:t xml:space="preserve">[25:04] </w:t>
      </w:r>
      <w:r>
        <w:t>hadees mein aata hai ke ala latmat latmat yani ke koi bache ga nahi ke kuch to is ke asar, koi influence mein aa jaye ga.</w:t>
      </w:r>
    </w:p>
    <w:p>
      <w:pPr>
        <w:jc w:val="right"/>
      </w:pPr>
      <w:r>
        <w:t>حدیث میں آتا ہے کہ الا لطمت لطمت یعنی کہ کوئی بچے گا نہیں کہ کچھ تو اس کے اثر، کوئی انفلوئنس میں آ جائے گا۔</w:t>
      </w:r>
    </w:p>
    <w:p>
      <w:r>
        <w:rPr>
          <w:b/>
        </w:rPr>
        <w:t xml:space="preserve">[25:13] </w:t>
      </w:r>
      <w:r>
        <w:t>woh</w:t>
      </w:r>
    </w:p>
    <w:p>
      <w:pPr>
        <w:jc w:val="right"/>
      </w:pPr>
      <w:r>
        <w:t>وہ</w:t>
      </w:r>
    </w:p>
    <w:p>
      <w:r>
        <w:rPr>
          <w:b/>
        </w:rPr>
        <w:t xml:space="preserve">[25:18] </w:t>
      </w:r>
      <w:r>
        <w:t>phir dekhiye, aise log, yeh main jin logon ka naam le raha hoon, yeh yahi kal nahi hai. yeh to ek, ek, ek, yeh to ek poori poori hoard hai, ek fauj hai is ke peechhe.</w:t>
      </w:r>
    </w:p>
    <w:p>
      <w:pPr>
        <w:jc w:val="right"/>
      </w:pPr>
      <w:r>
        <w:t>پھر دیکھیے، ایسے لوگ، یہ میں جن لوگوں کا نام لے رہا ہوں، یہ یہی کل نہیں ہے۔ یہ تو ایک، ایک، ایک، یہ تو ایک پوری پوری ہوڈ ہے، ایک فوج ہے اس کے پیچھے۔</w:t>
      </w:r>
    </w:p>
    <w:p>
      <w:r>
        <w:rPr>
          <w:b/>
        </w:rPr>
        <w:t xml:space="preserve">[25:35] </w:t>
      </w:r>
      <w:r>
        <w:t>aise hi dekhiye, freedom ka concept lijiye aap. yeh to khuda ko displace kar diya. khuda ko displace kar diya. ab freedom ka concept lijiye.</w:t>
      </w:r>
    </w:p>
    <w:p>
      <w:pPr>
        <w:jc w:val="right"/>
      </w:pPr>
      <w:r>
        <w:t>ایسے ہی دیکھیے، فریڈم کا کانسیپٹ لیجئے آپ۔ یہ تو خدا کو ڈسپلیس کر دیا۔ خدا کو ڈسپلیس کر دیا۔ اب فریڈم کا کانسیپٹ لیجئے۔</w:t>
      </w:r>
    </w:p>
    <w:p>
      <w:r>
        <w:rPr>
          <w:b/>
        </w:rPr>
        <w:t xml:space="preserve">[25:48] </w:t>
      </w:r>
      <w:r>
        <w:t>yeh bentham jo hai,</w:t>
      </w:r>
    </w:p>
    <w:p>
      <w:pPr>
        <w:jc w:val="right"/>
      </w:pPr>
      <w:r>
        <w:t>یہ بینتھم جو ہے،</w:t>
      </w:r>
    </w:p>
    <w:p>
      <w:r>
        <w:rPr>
          <w:b/>
        </w:rPr>
        <w:t xml:space="preserve">[25:51] </w:t>
      </w:r>
      <w:r>
        <w:t>jo british philosopher hai, bentham</w:t>
      </w:r>
    </w:p>
    <w:p>
      <w:pPr>
        <w:jc w:val="right"/>
      </w:pPr>
      <w:r>
        <w:t>جو برٹش فلاسفر ہے، بینتھم</w:t>
      </w:r>
    </w:p>
    <w:p>
      <w:r>
        <w:rPr>
          <w:b/>
        </w:rPr>
        <w:t xml:space="preserve">[26:01] </w:t>
      </w:r>
      <w:r>
        <w:t>1832 mein is ki death hui hai. toh is ne utilitarianism ki philosophy pesh ki ke bas faide hi sab kuch hai, interest hi sab kuch hai,</w:t>
      </w:r>
    </w:p>
    <w:p>
      <w:pPr>
        <w:jc w:val="right"/>
      </w:pPr>
      <w:r>
        <w:t>1832 میں اس کی ڈیتھ ہوئی ہے۔ تو اس نے اٹیلیٹیریلزم کی فلاسفی پیش کی کہ بس فائدے ہی سب کچھ ہے، انٹرسٹ ہی سب کچھ ہے،</w:t>
      </w:r>
    </w:p>
    <w:p>
      <w:r>
        <w:rPr>
          <w:b/>
        </w:rPr>
        <w:t xml:space="preserve">[26:15] </w:t>
      </w:r>
      <w:r>
        <w:t>aur is ke siwa aur kuch kuch bhi nahi hai.</w:t>
      </w:r>
    </w:p>
    <w:p>
      <w:pPr>
        <w:jc w:val="right"/>
      </w:pPr>
      <w:r>
        <w:t>اور اس کے سوا اور کچھ کچھ بھی نہیں ہے۔</w:t>
      </w:r>
    </w:p>
    <w:p>
      <w:r>
        <w:rPr>
          <w:b/>
        </w:rPr>
        <w:t xml:space="preserve">[26:18] </w:t>
      </w:r>
      <w:r>
        <w:t>phir is ko aage badhaya. is ko john stuart mill ne, jis ki death hui 1800</w:t>
      </w:r>
    </w:p>
    <w:p>
      <w:pPr>
        <w:jc w:val="right"/>
      </w:pPr>
      <w:r>
        <w:t>پھر اس کو آگے بڑھایا۔ اس کو جان اسٹارٹ بل نے، جس کی ڈیتھ ہوئی 1800</w:t>
      </w:r>
    </w:p>
    <w:p>
      <w:r>
        <w:rPr>
          <w:b/>
        </w:rPr>
        <w:t xml:space="preserve">[26:28] </w:t>
      </w:r>
      <w:r>
        <w:t>73 mein, is ki kitaab hai "on liberty".</w:t>
      </w:r>
    </w:p>
    <w:p>
      <w:pPr>
        <w:jc w:val="right"/>
      </w:pPr>
      <w:r>
        <w:t>73 میں، اس کی کتاب ہے "اسے ان لبرٹی"۔</w:t>
      </w:r>
    </w:p>
    <w:p>
      <w:r>
        <w:rPr>
          <w:b/>
        </w:rPr>
        <w:t xml:space="preserve">[26:37] </w:t>
      </w:r>
      <w:r>
        <w:t>toh aazadi ko sab se bari cheez banaya is ne. woh barhte barhte aaj jo halat hai, aaj ke bas</w:t>
      </w:r>
    </w:p>
    <w:p>
      <w:pPr>
        <w:jc w:val="right"/>
      </w:pPr>
      <w:r>
        <w:t>تو آزادی کو سب سے بڑی چیز بنایا اس نے۔ وہ بڑھتے بڑھتے آج جو حالت ہے، آج کہ بس</w:t>
      </w:r>
    </w:p>
    <w:p>
      <w:r>
        <w:rPr>
          <w:b/>
        </w:rPr>
        <w:t xml:space="preserve">[26:46] </w:t>
      </w:r>
      <w:r>
        <w:t>freedom jo hai, freedom is the summum bonum. modern mind kya hai? modern culture kya hai? modern civilization kya hai?</w:t>
      </w:r>
    </w:p>
    <w:p>
      <w:pPr>
        <w:jc w:val="right"/>
      </w:pPr>
      <w:r>
        <w:t>فریڈم جو ہے، فریڈم از دا سمم بونم۔ ماڈرن مائنڈ کیا ہے؟ ماڈرن کلچر کیا ہے؟ ماڈرن سویلائزیشن کیا ہے؟</w:t>
      </w:r>
    </w:p>
    <w:p>
      <w:r>
        <w:rPr>
          <w:b/>
        </w:rPr>
        <w:t xml:space="preserve">[26:55] </w:t>
      </w:r>
      <w:r>
        <w:t>woh kya kehti hai? is ke nazdeek jo hai, yahi wohi kalma hai is ka: "freedom is the summum bonum".</w:t>
      </w:r>
    </w:p>
    <w:p>
      <w:pPr>
        <w:jc w:val="right"/>
      </w:pPr>
      <w:r>
        <w:t>وہ کیا کہتی ہے؟ اس کے نزدیک جو ہے، یہی وہی کلمہ ہے اس کا: "فریڈم از دا سمم بونم"۔</w:t>
      </w:r>
    </w:p>
    <w:p>
      <w:r>
        <w:rPr>
          <w:b/>
        </w:rPr>
        <w:t xml:space="preserve">[27:05] </w:t>
      </w:r>
      <w:r>
        <w:t>yani freedom hi sab kuch, sab se bari greatest good jo hai, freedom hai. unlimited freedom.</w:t>
      </w:r>
    </w:p>
    <w:p>
      <w:pPr>
        <w:jc w:val="right"/>
      </w:pPr>
      <w:r>
        <w:t>یعنی فریڈم ہی سب کچھ، سب سے بڑی گریٹسٹ گڈ جو ہے، فریڈم ہے۔ ان لمیٹڈ فریڈم۔</w:t>
      </w:r>
    </w:p>
    <w:p>
      <w:r>
        <w:rPr>
          <w:b/>
        </w:rPr>
        <w:t xml:space="preserve">[27:14] </w:t>
      </w:r>
      <w:r>
        <w:t>unlimited freedom. aur isi ka yeh is zamane mein ek bohat hi shameful, shameful yeh aaya hai.</w:t>
      </w:r>
    </w:p>
    <w:p>
      <w:pPr>
        <w:jc w:val="right"/>
      </w:pPr>
      <w:r>
        <w:t>ان لمیٹڈ فریڈم۔ اور اسی کا یہ اس زمانے میں ایک بہت ہی شیم فل، شیم فل یہ آیا ہے۔</w:t>
      </w:r>
    </w:p>
    <w:p>
      <w:r>
        <w:rPr>
          <w:b/>
        </w:rPr>
        <w:t xml:space="preserve">[27:24] </w:t>
      </w:r>
      <w:r>
        <w:t>is ka ek, ek namoona, shameful namoona ke homosexuality ko</w:t>
      </w:r>
    </w:p>
    <w:p>
      <w:pPr>
        <w:jc w:val="right"/>
      </w:pPr>
      <w:r>
        <w:t>اس کا ایک، ایک نمونہ، شیم فل نمونہ کہ ہومو سیکسولیٹی کو</w:t>
      </w:r>
    </w:p>
    <w:p>
      <w:r>
        <w:rPr>
          <w:b/>
        </w:rPr>
        <w:t xml:space="preserve">[27:32] </w:t>
      </w:r>
      <w:r>
        <w:t>ek general acceptance mil gaya hai. kaisi ajeeb baat hai!</w:t>
      </w:r>
    </w:p>
    <w:p>
      <w:pPr>
        <w:jc w:val="right"/>
      </w:pPr>
      <w:r>
        <w:t>ایک جنرل ایکسیپٹنس مل گیا ہے۔ کیسی عجیب بات ہے!</w:t>
      </w:r>
    </w:p>
    <w:p>
      <w:r>
        <w:rPr>
          <w:b/>
        </w:rPr>
        <w:t xml:space="preserve">[27:38] </w:t>
      </w:r>
      <w:r>
        <w:t>aaj bhi paper mein main parh raha tha, aaj kal rozana kuch na kuch aata hai ke hum, hum, hum yeh hamara apna choice hai jo, jo choice hum lein, kaun interfere karne wala hai humein.</w:t>
      </w:r>
    </w:p>
    <w:p>
      <w:pPr>
        <w:jc w:val="right"/>
      </w:pPr>
      <w:r>
        <w:t>آج بھی پیپر میں میں پڑھ رہا تھا، آج کل روزانہ کچھ نہ کچھ آتا ہے کہ ہم، ہم، ہم یہ ہمارا اپنا چوائس ہے جو، جو چوائس ہم لیں، کون انٹرفیئر کرنے والا ہے ہمیں۔</w:t>
      </w:r>
    </w:p>
    <w:p>
      <w:r>
        <w:rPr>
          <w:b/>
        </w:rPr>
        <w:t xml:space="preserve">[27:52] </w:t>
      </w:r>
      <w:r>
        <w:t>yani homoseuxuality ko apna choice bata rahe hain. woh</w:t>
      </w:r>
    </w:p>
    <w:p>
      <w:pPr>
        <w:jc w:val="right"/>
      </w:pPr>
      <w:r>
        <w:t>یعنی ہومو سیکسولیٹی کو اپنا چوائس بتا رہے ہیں۔ وہ</w:t>
      </w:r>
    </w:p>
    <w:p>
      <w:r>
        <w:rPr>
          <w:b/>
        </w:rPr>
        <w:t xml:space="preserve">[27:57] </w:t>
      </w:r>
      <w:r>
        <w:t>kitna</w:t>
      </w:r>
    </w:p>
    <w:p>
      <w:pPr>
        <w:jc w:val="right"/>
      </w:pPr>
      <w:r>
        <w:t>کتنا</w:t>
      </w:r>
    </w:p>
    <w:p>
      <w:r>
        <w:rPr>
          <w:b/>
        </w:rPr>
        <w:t xml:space="preserve">[27:58] </w:t>
      </w:r>
      <w:r>
        <w:t>shameful baat hai! shameful! yeh nature se bilkul hatna hai. nature se hatna hai. ab yeh, yeh aaj kal haalat yeh hai ke koi is ke khilaaf bol nahin raha hai.</w:t>
      </w:r>
    </w:p>
    <w:p>
      <w:pPr>
        <w:jc w:val="right"/>
      </w:pPr>
      <w:r>
        <w:t>شیم فل بات ہے! شیم فل! یہ نیچر سے بالکل ہٹنا ہے۔ نیچر سے ہٹنا ہے۔ اب یہ، یہ آج کل حالت یہ ہے کہ کوئی اس کے خلاف بول نہیں رہا ہے۔</w:t>
      </w:r>
    </w:p>
    <w:p>
      <w:r>
        <w:rPr>
          <w:b/>
        </w:rPr>
        <w:t xml:space="preserve">[28:12] </w:t>
      </w:r>
      <w:r>
        <w:t>chand logon ko bolte honge idhar udhar corner par.</w:t>
      </w:r>
    </w:p>
    <w:p>
      <w:pPr>
        <w:jc w:val="right"/>
      </w:pPr>
      <w:r>
        <w:t>چند لوگوں کو بولتے ہوں گے ادھر ادھر کارنر پر۔</w:t>
      </w:r>
    </w:p>
    <w:p>
      <w:r>
        <w:rPr>
          <w:b/>
        </w:rPr>
        <w:t xml:space="preserve">[28:16] </w:t>
      </w:r>
      <w:r>
        <w:t>yani judiciary hamari, woh is ke haq mein apna verdict de rahi hai. beba top ke politicians is ke favour mein ho gaye hain.</w:t>
      </w:r>
    </w:p>
    <w:p>
      <w:pPr>
        <w:jc w:val="right"/>
      </w:pPr>
      <w:r>
        <w:t>یعنی جوڈیشری ہماری، وہ اس کے حق میں اپنا ورڈک دے رہی ہے۔ ببے ٹاپ کے پولیٹیشن اس کے فیور میں ہو گئے ہیں۔</w:t>
      </w:r>
    </w:p>
    <w:p>
      <w:r>
        <w:rPr>
          <w:b/>
        </w:rPr>
        <w:t xml:space="preserve">[28:28] </w:t>
      </w:r>
      <w:r>
        <w:t>society is ko favour kar rahi hai. paper rozana chhap raha hai.</w:t>
      </w:r>
    </w:p>
    <w:p>
      <w:pPr>
        <w:jc w:val="right"/>
      </w:pPr>
      <w:r>
        <w:t>سوسائٹی اس کو فیور کر رہی ہے۔ پیپر روزانہ چھپ رہا ہے۔</w:t>
      </w:r>
    </w:p>
    <w:p>
      <w:r>
        <w:rPr>
          <w:b/>
        </w:rPr>
        <w:t xml:space="preserve">[28:34] </w:t>
      </w:r>
      <w:r>
        <w:t>toh Khalil Jibran ne kaha tha ke "no leaf fall down without the silent consent of whole tree".</w:t>
      </w:r>
    </w:p>
    <w:p>
      <w:pPr>
        <w:jc w:val="right"/>
      </w:pPr>
      <w:r>
        <w:t>تو خلیل جبران نے کہا تھا کہ "نو لیف فال ڈاؤن ودا آؤٹ دا سائلنٹ کنسنٹ اف ہول ٹری"۔</w:t>
      </w:r>
    </w:p>
    <w:p>
      <w:r>
        <w:rPr>
          <w:b/>
        </w:rPr>
        <w:t xml:space="preserve">[28:48] </w:t>
      </w:r>
      <w:r>
        <w:t>jab kisi peed se ek patti girti hai</w:t>
      </w:r>
    </w:p>
    <w:p>
      <w:pPr>
        <w:jc w:val="right"/>
      </w:pPr>
      <w:r>
        <w:t>جب کسی پیڑ سے ایک پتی گرتی ہے</w:t>
      </w:r>
    </w:p>
    <w:p>
      <w:r>
        <w:rPr>
          <w:b/>
        </w:rPr>
        <w:t xml:space="preserve">[28:52] </w:t>
      </w:r>
      <w:r>
        <w:t>toh poore peed ki silent consent is ko mili hui hoti hai. woh ne gire nahin. woh toh is tarah ki buraiyan jo phail rahi hain, toh poori society ka silent consensus hai, consent hai.</w:t>
      </w:r>
    </w:p>
    <w:p>
      <w:pPr>
        <w:jc w:val="right"/>
      </w:pPr>
      <w:r>
        <w:t>تو پورے پیڑ کی سائلنٹ کنسنٹ اس کو ملی ہوئی ہوتی ہے۔ وہ نے گرے نہیں۔ وہ تو اس طرح کی برائیاں جو پھیل رہی ہیں، تو پوری سوسائٹی کا سائلنٹ کنسنس ہے، کنسنٹ ہے۔</w:t>
      </w:r>
    </w:p>
    <w:p>
      <w:r>
        <w:rPr>
          <w:b/>
        </w:rPr>
        <w:t xml:space="preserve">[29:06] </w:t>
      </w:r>
      <w:r>
        <w:t>agar general acceptance na ho, agar society is ko, is ko</w:t>
      </w:r>
    </w:p>
    <w:p>
      <w:pPr>
        <w:jc w:val="right"/>
      </w:pPr>
      <w:r>
        <w:t>اگر جنرل ایکسیپٹنس نہ ہو، اگر سوسائٹی اس کو، اس کو</w:t>
      </w:r>
    </w:p>
    <w:p>
      <w:r>
        <w:rPr>
          <w:b/>
        </w:rPr>
        <w:t xml:space="preserve">[29:12] </w:t>
      </w:r>
      <w:r>
        <w:t>taiyar na ho tolerate karne ke liye, toh kis ko himmat hai ke aisi ridiculous baatein kare? kis ko himmat hai?</w:t>
      </w:r>
    </w:p>
    <w:p>
      <w:pPr>
        <w:jc w:val="right"/>
      </w:pPr>
      <w:r>
        <w:t>تیار نہ ہو ٹولریٹ کرنے کے لیے، تو کس کو ہمت ہے کہ ایسی ڈیڈیکولس باتیں کرے؟ کس کو ہمت ہے؟</w:t>
      </w:r>
    </w:p>
    <w:p>
      <w:r>
        <w:rPr>
          <w:b/>
        </w:rPr>
        <w:t xml:space="preserve">[29:28] </w:t>
      </w:r>
      <w:r>
        <w:t>dekhiye, aaj kal aap sunte honge logon ko yeh kehte hue ke bhai agar hamein koi harmful nahin banta hai toh jo chahe kare, woh apne bedroom mein jo chahe kare, woh hamein toh harmful nahin ban raha hai.</w:t>
      </w:r>
    </w:p>
    <w:p>
      <w:pPr>
        <w:jc w:val="right"/>
      </w:pPr>
      <w:r>
        <w:t>دیکھیے، آج کل آپ سنتے ہوں گے لوگوں کو یہ کہتے ہوئے کہ بھئی اگر ہمیں کوئی ہارم فل نہیں بنتا ہے تو جو چاہے کرے، وہ اپنے بیڈ روم میں جو چاہے کرے، وہ ہمیں تو ہارم فل نہیں بن رہا ہے۔</w:t>
      </w:r>
    </w:p>
    <w:p>
      <w:r>
        <w:rPr>
          <w:b/>
        </w:rPr>
        <w:t xml:space="preserve">[29:40] </w:t>
      </w:r>
      <w:r>
        <w:t>woh lekin jo researches hui hain, is se yeh tasawwur bilkul</w:t>
      </w:r>
    </w:p>
    <w:p>
      <w:pPr>
        <w:jc w:val="right"/>
      </w:pPr>
      <w:r>
        <w:t>وہ لیکن جو ریسرچز ہوئی ہیں، اس سے یہ تصور بالکل</w:t>
      </w:r>
    </w:p>
    <w:p>
      <w:r>
        <w:rPr>
          <w:b/>
        </w:rPr>
        <w:t xml:space="preserve">[29:46] </w:t>
      </w:r>
      <w:r>
        <w:t>yani ghalat saabit ho gaya hai ke aap chahe chhip kar ke bhi ek burai kare toh poori society pe is ka asar parta hai.</w:t>
      </w:r>
    </w:p>
    <w:p>
      <w:pPr>
        <w:jc w:val="right"/>
      </w:pPr>
      <w:r>
        <w:t>یعنی غلط ثابت ہو گیا ہے کہ آپ چاہے چھپ کر کے بھی ایک برائی کریں تو پوری سوسائٹی پہ اس کا اثر پڑتا ہے۔</w:t>
      </w:r>
    </w:p>
    <w:p>
      <w:r>
        <w:rPr>
          <w:b/>
        </w:rPr>
        <w:t xml:space="preserve">[29:58] </w:t>
      </w:r>
      <w:r>
        <w:t>kisi ne kaha tha, kisi philosopher ne ke aadmi hairan apne aap ko radiate karta rehta hai.</w:t>
      </w:r>
    </w:p>
    <w:p>
      <w:pPr>
        <w:jc w:val="right"/>
      </w:pPr>
      <w:r>
        <w:t>کسی نے کہا تھا، کسی فلاسفر نے کہ آدمی حیران اپنے آپ کو ریڈیٹ کرتا رہتا ہے۔</w:t>
      </w:r>
    </w:p>
    <w:p>
      <w:r>
        <w:rPr>
          <w:b/>
        </w:rPr>
        <w:t xml:space="preserve">[30:06] </w:t>
      </w:r>
      <w:r>
        <w:t>bura ya acha, aadmi hairan apne aap ko radiate karta rehta hai.</w:t>
      </w:r>
    </w:p>
    <w:p>
      <w:pPr>
        <w:jc w:val="right"/>
      </w:pPr>
      <w:r>
        <w:t>برا یا اچھا، آدمی حیران اپنے آپ کو ریڈیٹ کرتا رہتا ہے۔</w:t>
      </w:r>
    </w:p>
    <w:p>
      <w:r>
        <w:rPr>
          <w:b/>
        </w:rPr>
        <w:t xml:space="preserve">[30:15] </w:t>
      </w:r>
      <w:r>
        <w:t>toh abhi dekhiye, aap parhte honge paperon mein ke pehle zamane mein, hamare bachpan ke zamane mein, smoking jo thi, ek individual burai thi.</w:t>
      </w:r>
    </w:p>
    <w:p>
      <w:pPr>
        <w:jc w:val="right"/>
      </w:pPr>
      <w:r>
        <w:t>تو ابھی دیکھیے، آپ پڑھتے ہوں گے پیپروں میں کہ پہلے زمانے میں، ہمارے بچپن کے زمانے میں، سموکنگ جو تھی، ایک انڈیویجول برائی تھی۔</w:t>
      </w:r>
    </w:p>
    <w:p>
      <w:r>
        <w:rPr>
          <w:b/>
        </w:rPr>
        <w:t xml:space="preserve">[30:25] </w:t>
      </w:r>
      <w:r>
        <w:t>smoking</w:t>
      </w:r>
    </w:p>
    <w:p>
      <w:pPr>
        <w:jc w:val="right"/>
      </w:pPr>
      <w:r>
        <w:t>سموکنگ</w:t>
      </w:r>
    </w:p>
    <w:p>
      <w:r>
        <w:rPr>
          <w:b/>
        </w:rPr>
        <w:t xml:space="preserve">[30:30] </w:t>
      </w:r>
      <w:r>
        <w:t>likha rehta tha packet par ke "cigarette smoking is injurious to health". itna hi likha rehta tha. yani woh jo smoker hai, jo aadmi pi raha hai, us ke liye bura hai.</w:t>
      </w:r>
    </w:p>
    <w:p>
      <w:pPr>
        <w:jc w:val="right"/>
      </w:pPr>
      <w:r>
        <w:t>لکھا رہتا تھا پیکٹ پر کہ "سگریٹ سموکنگ از انجوریس ٹو ہیلتھ"۔ اتنا ہی لکھا رہتا تھا۔ یعنی وہ جو سموکر ہے، جو آدمی پی رہا ہے، اس کے لیے برا ہے۔</w:t>
      </w:r>
    </w:p>
    <w:p>
      <w:r>
        <w:rPr>
          <w:b/>
        </w:rPr>
        <w:t xml:space="preserve">[30:40] </w:t>
      </w:r>
      <w:r>
        <w:t>woh bas. lekin aap jante hain ke ab jo researches hui hain,</w:t>
      </w:r>
    </w:p>
    <w:p>
      <w:pPr>
        <w:jc w:val="right"/>
      </w:pPr>
      <w:r>
        <w:t>وہ بس۔ لیکن آپ جانتے ہیں کہ اب جو ریسرچز ہوئی ہیں،</w:t>
      </w:r>
    </w:p>
    <w:p>
      <w:r>
        <w:rPr>
          <w:b/>
        </w:rPr>
        <w:t xml:space="preserve">[30:46] </w:t>
      </w:r>
      <w:r>
        <w:t>toh ab yeh hai active smoker aur passive smoker. do category bana diya gayi hai. jab ek aadmi peeta hai toh woh active smoker hai, lekin doosron ko bhi nuksan pahuncha raha hai.</w:t>
      </w:r>
    </w:p>
    <w:p>
      <w:pPr>
        <w:jc w:val="right"/>
      </w:pPr>
      <w:r>
        <w:t>تو اب یہ ہے ایکٹیو سموکر اور پیسو سموکر۔ دو کیٹگری بنا دیا گئی ہے۔ جب ایک آدمی پیتا ہے تو وہ ایکٹیو سموکر ہے، لیکن دوسروں کو بھی نقصان پہنچا رہا ہے۔</w:t>
      </w:r>
    </w:p>
    <w:p>
      <w:r>
        <w:rPr>
          <w:b/>
        </w:rPr>
        <w:t xml:space="preserve">[31:02] </w:t>
      </w:r>
      <w:r>
        <w:t>woh</w:t>
      </w:r>
    </w:p>
    <w:p>
      <w:pPr>
        <w:jc w:val="right"/>
      </w:pPr>
      <w:r>
        <w:t>وہ</w:t>
      </w:r>
    </w:p>
    <w:p>
      <w:r>
        <w:rPr>
          <w:b/>
        </w:rPr>
        <w:t xml:space="preserve">[31:04] </w:t>
      </w:r>
      <w:r>
        <w:t>abhi maine parha kahin ke agar ek ek cigarette piya aadmi ne, is ka kash us ne nikaal diya bahar, toh ek baar pi kar ke bhi us kitne logon ko nuksan pahunchayega?</w:t>
      </w:r>
    </w:p>
    <w:p>
      <w:pPr>
        <w:jc w:val="right"/>
      </w:pPr>
      <w:r>
        <w:t>ابھی میں نے پڑھا کہیں کہ اگر ایک ایک سگریٹ پیا آدمی نے، اس کا کش اس نے نکال دیا باہر، تو ایک بار پی کر کے بھی اس کتنے لوگوں کو نقصان پہنچائے گا؟</w:t>
      </w:r>
    </w:p>
    <w:p>
      <w:r>
        <w:rPr>
          <w:b/>
        </w:rPr>
        <w:t xml:space="preserve">[31:16] </w:t>
      </w:r>
      <w:r>
        <w:t>woh</w:t>
      </w:r>
    </w:p>
    <w:p>
      <w:pPr>
        <w:jc w:val="right"/>
      </w:pPr>
      <w:r>
        <w:t>وہ</w:t>
      </w:r>
    </w:p>
    <w:p>
      <w:r>
        <w:rPr>
          <w:b/>
        </w:rPr>
        <w:t xml:space="preserve">[31:22] </w:t>
      </w:r>
      <w:r>
        <w:t>aap jante hain ke ke smoking jo hai, hamare liver ko kharab karti hai. toh sirf isi ko nahin kharab karti jo pi raha hai, jo active smoking kar raha hai.</w:t>
      </w:r>
    </w:p>
    <w:p>
      <w:pPr>
        <w:jc w:val="right"/>
      </w:pPr>
      <w:r>
        <w:t>آپ جانتے ہیں کہ کہ سموکنگ جو ہے، ہمارے لیور کو خراب کرتی ہے۔ تو صرف اسی کو نہیں خراب کرتی جو پی رہا ہے، جو ایکٹیو سموکنگ کر رہا ہے۔</w:t>
      </w:r>
    </w:p>
    <w:p>
      <w:r>
        <w:rPr>
          <w:b/>
        </w:rPr>
        <w:t xml:space="preserve">[31:36] </w:t>
      </w:r>
      <w:r>
        <w:t>pesu smoking bhi doosron ko nuqsan pohncha rahi hai.</w:t>
      </w:r>
    </w:p>
    <w:p>
      <w:pPr>
        <w:jc w:val="right"/>
      </w:pPr>
      <w:r>
        <w:t>پیسو سموکنگ بھی دوسروں کو نقصان پہنچا رہی ہے۔</w:t>
      </w:r>
    </w:p>
    <w:p>
      <w:r>
        <w:rPr>
          <w:b/>
        </w:rPr>
        <w:t xml:space="preserve">[31:41] </w:t>
      </w:r>
      <w:r>
        <w:t>jo nahi peetay hain, woh bhi becharay is ke is ka shikar ho rahay hain. to yeh, yeh, yeh, yeh, yeh concept bilkul galat sabit ho gaya ke bhai koi karta hai to karay, humain is mein kiya farq parta hai?</w:t>
      </w:r>
    </w:p>
    <w:p>
      <w:pPr>
        <w:jc w:val="right"/>
      </w:pPr>
      <w:r>
        <w:t>جو نہیں پیتے ہیں، وہ بھی بیچارے اس کے اس کا شکار ہو رہے ہیں۔ تو یہ، یہ، یہ، یہ، یہ کانسیپٹ بالکل غلط ثابت ہو گیا کہ بھئی کوئی کرتا ہے تو کرے، ہمیں اس میں کیا فرق پڑتا ہے؟</w:t>
      </w:r>
    </w:p>
    <w:p>
      <w:r>
        <w:rPr>
          <w:b/>
        </w:rPr>
        <w:t xml:space="preserve">[31:54] </w:t>
      </w:r>
      <w:r>
        <w:t>agar hum harmless nahi hain. agar aap yeh zamanah aisa hai</w:t>
      </w:r>
    </w:p>
    <w:p>
      <w:pPr>
        <w:jc w:val="right"/>
      </w:pPr>
      <w:r>
        <w:t>اگر ہم ہارملیس نہیں ہیں۔ اگر آپ یہ زمانہ ایسا ہے</w:t>
      </w:r>
    </w:p>
    <w:p>
      <w:r>
        <w:rPr>
          <w:b/>
        </w:rPr>
        <w:t xml:space="preserve">[32:00] </w:t>
      </w:r>
      <w:r>
        <w:t>ke agar aap koi aadmi aap ko direct harmless nahi hai, direct harm nahi pohncha raha hai, direct sense mein harmful nahi hai, tab bhi woh harmful hai aap ke liye.</w:t>
      </w:r>
    </w:p>
    <w:p>
      <w:pPr>
        <w:jc w:val="right"/>
      </w:pPr>
      <w:r>
        <w:t>کہ اگر آپ کوئی آدمی آپ کو ڈائریکٹ ہارملیس نہیں ہے، ڈائریکٹ ہارم نہیں پہنچا رہا ہے، ڈائریکٹ سینس میں ہارم فل نہیں ہے، تب بھی وہ ہارم فل ہے آپ کے لیے۔</w:t>
      </w:r>
    </w:p>
    <w:p>
      <w:r>
        <w:rPr>
          <w:b/>
        </w:rPr>
        <w:t xml:space="preserve">[32:15] </w:t>
      </w:r>
      <w:r>
        <w:t>agar koi aadmi aik burai karta hai aur direct sense mein woh aap ke liye harmful nahi hai, tab bhi woh aap ke liye harmful hai indirect way mein.</w:t>
      </w:r>
    </w:p>
    <w:p>
      <w:pPr>
        <w:jc w:val="right"/>
      </w:pPr>
      <w:r>
        <w:t>اگر کوئی آدمی ایک برائی کرتا ہے اور ڈائریکٹ سینس میں وہ آپ کے لیے ہارم فل نہیں ہے، تب بھی وہ آپ کے لیے ہارم فل ہے ان ڈائریکٹ وے میں۔</w:t>
      </w:r>
    </w:p>
    <w:p>
      <w:r>
        <w:rPr>
          <w:b/>
        </w:rPr>
        <w:t xml:space="preserve">[32:25] </w:t>
      </w:r>
      <w:r>
        <w:t>to aap kaisay kar saktay hain aisa? to total freedom ka concept jo hai, bilkul ridiculous ho gaya is zamanay mein.</w:t>
      </w:r>
    </w:p>
    <w:p>
      <w:pPr>
        <w:jc w:val="right"/>
      </w:pPr>
      <w:r>
        <w:t>تو آپ کیسے کر سکتے ہیں ایسا؟ تو ٹوٹل فریڈم کا کانسیپٹ جو ہے، بالکل ریڈیکولس ہو گیا اس زمانے میں۔</w:t>
      </w:r>
    </w:p>
    <w:p>
      <w:r>
        <w:rPr>
          <w:b/>
        </w:rPr>
        <w:t xml:space="preserve">[32:34] </w:t>
      </w:r>
      <w:r>
        <w:t>aap ko haq nahi total freedom ka. pehlay zamanay mein samjha jata tha ke total freedom jab chala dunya mein ke bhai agar woh mujhe meray liye problem nahi clear kar raha hai to phir apna freedom ko enjoy karay.</w:t>
      </w:r>
    </w:p>
    <w:p>
      <w:pPr>
        <w:jc w:val="right"/>
      </w:pPr>
      <w:r>
        <w:t>آپ کو حق نہیں ٹوٹل فریڈم کا۔ پہلے زمانے میں سمجھا جاتا تھا کہ ٹوٹل فریڈم جب چلا دنیا میں کہ بھئی اگر وہ مجھے میرے لیے پرابلم نہیں کلیئر کر رہا ہے تو پھر اپنا فریڈم کو انجوائے کرے۔</w:t>
      </w:r>
    </w:p>
    <w:p>
      <w:r>
        <w:rPr>
          <w:b/>
        </w:rPr>
        <w:t xml:space="preserve">[32:50] </w:t>
      </w:r>
      <w:r>
        <w:t>woh</w:t>
      </w:r>
    </w:p>
    <w:p>
      <w:pPr>
        <w:jc w:val="right"/>
      </w:pPr>
      <w:r>
        <w:t>وہ</w:t>
      </w:r>
    </w:p>
    <w:p>
      <w:r>
        <w:rPr>
          <w:b/>
        </w:rPr>
        <w:t xml:space="preserve">[32:54] </w:t>
      </w:r>
      <w:r>
        <w:t>jaisay mein ne aap ko aik shayad woh joke hai ya waqia hai sunaya tha is se pehlay ke jab America ko jab liberty mili to aik aadmi nikla,</w:t>
      </w:r>
    </w:p>
    <w:p>
      <w:pPr>
        <w:jc w:val="right"/>
      </w:pPr>
      <w:r>
        <w:t>جیسے میں نے آپ کو ایک شاید وہ جوک ہے یا واقعہ ہے سنایا تھا اس سے پہلے کہ جب امریکہ کو جب لبرٹی ملی تو ایک آدمی نکلا،</w:t>
      </w:r>
    </w:p>
    <w:p>
      <w:r>
        <w:rPr>
          <w:b/>
        </w:rPr>
        <w:t xml:space="preserve">[33:11] </w:t>
      </w:r>
      <w:r>
        <w:t>woh</w:t>
      </w:r>
    </w:p>
    <w:p>
      <w:pPr>
        <w:jc w:val="right"/>
      </w:pPr>
      <w:r>
        <w:t>وہ</w:t>
      </w:r>
    </w:p>
    <w:p>
      <w:r>
        <w:rPr>
          <w:b/>
        </w:rPr>
        <w:t xml:space="preserve">[33:12] </w:t>
      </w:r>
      <w:r>
        <w:t>sadak par chal raha tha, haath paon aisay karte karte, to kisi ki nose par us ne hit kar diya.</w:t>
      </w:r>
    </w:p>
    <w:p>
      <w:pPr>
        <w:jc w:val="right"/>
      </w:pPr>
      <w:r>
        <w:t>سڑک پر چل رہا تھا، ہاتھ پاؤں ایسے کرتے کرتے، تو کسی کی نوز پر اس نے ہٹ کر دیا۔</w:t>
      </w:r>
    </w:p>
    <w:p>
      <w:r>
        <w:rPr>
          <w:b/>
        </w:rPr>
        <w:t xml:space="preserve">[33:23] </w:t>
      </w:r>
      <w:r>
        <w:t>yani he hit nose nose of of passer by. to us ne kaha ke what is this nonsense? why you hit by nose? us ne kaha ke aaj America free hai, mein free hoon, jo chahoon karoon.</w:t>
      </w:r>
    </w:p>
    <w:p>
      <w:pPr>
        <w:jc w:val="right"/>
      </w:pPr>
      <w:r>
        <w:t>یعنی ہی ہٹ نوز نوز اف اف پاسر بائی۔ تو اس نے کہا کہ واٹ از دس نان سینس؟ وائی یو ہٹ بائی نوز؟ اس نے کہا کہ آج امریکہ فری ہے، میں فری ہوں، جو چاہوں کروں۔</w:t>
      </w:r>
    </w:p>
    <w:p>
      <w:r>
        <w:rPr>
          <w:b/>
        </w:rPr>
        <w:t xml:space="preserve">[33:39] </w:t>
      </w:r>
      <w:r>
        <w:t>to us ne kaha ke my brother, your freedom ends where my nose begins. lekin yeh freedom khatam ho gaya aap ke agar pehlay yeh tha,</w:t>
      </w:r>
    </w:p>
    <w:p>
      <w:pPr>
        <w:jc w:val="right"/>
      </w:pPr>
      <w:r>
        <w:t>تو اس نے کہا کہ مائی برادر، یور فریڈم اینڈز ویر مائی نوز بگنز۔ لیکن یہ فریڈم ختم ہو گیا آپ کہ اگر پہلے یہ تھا،</w:t>
      </w:r>
    </w:p>
    <w:p>
      <w:r>
        <w:rPr>
          <w:b/>
        </w:rPr>
        <w:t xml:space="preserve">[33:53] </w:t>
      </w:r>
      <w:r>
        <w:t>yeh theory thi pehlay</w:t>
      </w:r>
    </w:p>
    <w:p>
      <w:pPr>
        <w:jc w:val="right"/>
      </w:pPr>
      <w:r>
        <w:t>یہ تھیوری تھی پہلے</w:t>
      </w:r>
    </w:p>
    <w:p>
      <w:r>
        <w:rPr>
          <w:b/>
        </w:rPr>
        <w:t xml:space="preserve">[33:56] </w:t>
      </w:r>
      <w:r>
        <w:t>ke agar koi aadmi meray nose ko hit na karay to apni freedom ko exercise kar sakta hai. woh</w:t>
      </w:r>
    </w:p>
    <w:p>
      <w:pPr>
        <w:jc w:val="right"/>
      </w:pPr>
      <w:r>
        <w:t>کہ اگر کوئی آدمی میرے نوز کو ہٹ نہ کرے تو اپنی فریڈم کو ایکسرسائز کر سکتا ہے۔ وہ</w:t>
      </w:r>
    </w:p>
    <w:p>
      <w:r>
        <w:rPr>
          <w:b/>
        </w:rPr>
        <w:t xml:space="preserve">[34:04] </w:t>
      </w:r>
      <w:r>
        <w:t>lekin ab kahan yeh raha? agar aap ki smoking kartay hain, tab bhi doosron ko nuqsan pohncha rahay hain. aap ab yeh swine flu ki jo baat hai, swine flu yani aik bohat bara farm banaya gaya wahan par Mexico mein,</w:t>
      </w:r>
    </w:p>
    <w:p>
      <w:pPr>
        <w:jc w:val="right"/>
      </w:pPr>
      <w:r>
        <w:t>لیکن اب کہاں یہ رہا؟ اگر آپ کی سموکنگ کرتے ہیں، تب بھی دوسروں کو نقصان پہنچا رہے ہیں۔ آپ اب یہ سوائن فلو کی جو بات ہے، سوائن فلو یعنی ایک بہت بڑا فارم بنایا گیا وہاں پر میکسیکو میں،</w:t>
      </w:r>
    </w:p>
    <w:p>
      <w:r>
        <w:rPr>
          <w:b/>
        </w:rPr>
        <w:t xml:space="preserve">[34:21] </w:t>
      </w:r>
      <w:r>
        <w:t>bohat bara farm.</w:t>
      </w:r>
    </w:p>
    <w:p>
      <w:pPr>
        <w:jc w:val="right"/>
      </w:pPr>
      <w:r>
        <w:t>بہت بڑا فارم۔</w:t>
      </w:r>
    </w:p>
    <w:p>
      <w:r>
        <w:rPr>
          <w:b/>
        </w:rPr>
        <w:t xml:space="preserve">[34:25] </w:t>
      </w:r>
      <w:r>
        <w:t>to is farm jinho ne por ko nahi khaya, un un ko bhi woh is woh swine flu lag gaya. is mani ke sirf yeh nahi ke aap por ko khayen, na khakar bhi aap is ke is ke is ke influence mein aa jatay hain.</w:t>
      </w:r>
    </w:p>
    <w:p>
      <w:pPr>
        <w:jc w:val="right"/>
      </w:pPr>
      <w:r>
        <w:t>تو اس فارم جنہوں نے پور کو نہیں کھایا، ان ان کو بھی وہ اس وہ سوائن فلو لگ گیا۔ اس معنی کہ صرف یہ نہیں کہ آپ پور کو کھائیں، نہ کھا کر بھی آپ اس کے اس کے اس کے انفلوئنس میں آ جاتے ہیں۔</w:t>
      </w:r>
    </w:p>
    <w:p>
      <w:r>
        <w:rPr>
          <w:b/>
        </w:rPr>
        <w:t xml:space="preserve">[34:45] </w:t>
      </w:r>
      <w:r>
        <w:t>yeh sab cheezon ka haal haal hai. to jitni buraiyan is zamanay mein phailai gayi thin, un sab ke nuqsan ab insaan ke samnay atay chalay ja rahay hain.</w:t>
      </w:r>
    </w:p>
    <w:p>
      <w:pPr>
        <w:jc w:val="right"/>
      </w:pPr>
      <w:r>
        <w:t>یہ سب چیزوں کا حال حال ہے۔ تو جتنی برائیاں اس زمانے میں پھیلائی گئی تھیں، ان سب کے نقصانات اب انسان کے سامنے آتے چلے جا رہے ہیں۔</w:t>
      </w:r>
    </w:p>
    <w:p>
      <w:r>
        <w:rPr>
          <w:b/>
        </w:rPr>
        <w:t xml:space="preserve">[34:59] </w:t>
      </w:r>
      <w:r>
        <w:t>to mein asal mein jo baat kehna chahta hoon, woh yeh hai ke wohi wohi cheez ziyada baray scale par dohrai ja rahi hai jo Adam ke sath hui thi jannat mein.</w:t>
      </w:r>
    </w:p>
    <w:p>
      <w:pPr>
        <w:jc w:val="right"/>
      </w:pPr>
      <w:r>
        <w:t>تو میں اصل میں جو بات کہنا چاہتا ہوں، وہ یہ ہے کہ وہی وہی چیز زیادہ بڑے سکیل پر دہرائی جا رہی ہے جو آدم کے ساتھ ہوئی تھی جنت میں۔</w:t>
      </w:r>
    </w:p>
    <w:p>
      <w:r>
        <w:rPr>
          <w:b/>
        </w:rPr>
        <w:t xml:space="preserve">[35:17] </w:t>
      </w:r>
      <w:r>
        <w:t>yeh dunya humain di gayi thi ke hum yahan enjoy karen, yahan hum oxygen len, yahan hum pani len, yahan hum food len, yahan hum rahen.</w:t>
      </w:r>
    </w:p>
    <w:p>
      <w:pPr>
        <w:jc w:val="right"/>
      </w:pPr>
      <w:r>
        <w:t>یہ دنیا ہمیں دی گئی تھی کہ ہم یہاں انجوائے کریں، یہاں ہم اکسیجن لیں، یہاں ہم پانی لیں، یہاں ہم فوڈ لیں، یہاں ہم رہیں۔</w:t>
      </w:r>
    </w:p>
    <w:p>
      <w:r>
        <w:rPr>
          <w:b/>
        </w:rPr>
        <w:t xml:space="preserve">[35:29] </w:t>
      </w:r>
      <w:r>
        <w:t>life support system diya gaya humain, is ko hum istemal kar ke rahen yahan par. lekin</w:t>
      </w:r>
    </w:p>
    <w:p>
      <w:pPr>
        <w:jc w:val="right"/>
      </w:pPr>
      <w:r>
        <w:t>لائف سپورٹ سسٹم دیا گیا ہمیں، اس کو ہم استعمال کر کے رہیں یہاں پر۔ لیکن</w:t>
      </w:r>
    </w:p>
    <w:p>
      <w:r>
        <w:rPr>
          <w:b/>
        </w:rPr>
        <w:t xml:space="preserve">[35:35] </w:t>
      </w:r>
      <w:r>
        <w:t>insaan ne apni limit ko cross kiya. yani wahan jis tarah kaha gaya tha Adam se, "don't approach this tree" ke yahan pe forbidden tree maujood tha.</w:t>
      </w:r>
    </w:p>
    <w:p>
      <w:pPr>
        <w:jc w:val="right"/>
      </w:pPr>
      <w:r>
        <w:t>انسان نے اپنی لمٹ کو کراس کیا۔ یعنی وہاں جس طرح کہا گیا تھا آدم سے، "ڈونٹ اپروچ دس ٹری" کہ یہاں پہ فاربیڈن ٹری موجود تھا۔</w:t>
      </w:r>
    </w:p>
    <w:p>
      <w:r>
        <w:rPr>
          <w:b/>
        </w:rPr>
        <w:t xml:space="preserve">[35:52] </w:t>
      </w:r>
      <w:r>
        <w:t>woh woh tha ke apni apni</w:t>
      </w:r>
    </w:p>
    <w:p>
      <w:pPr>
        <w:jc w:val="right"/>
      </w:pPr>
      <w:r>
        <w:t>وہ وہ تھا کہ اپنی اپنی</w:t>
      </w:r>
    </w:p>
    <w:p>
      <w:r>
        <w:rPr>
          <w:b/>
        </w:rPr>
        <w:t xml:space="preserve">[35:55] </w:t>
      </w:r>
      <w:r>
        <w:t>apni freedom ko restricted way mein tum istemal kar saktay ho. tum free ho, tum ko freedom mila hua hai, lekin tum ko sirf restricted freedom mili hui hai.</w:t>
      </w:r>
    </w:p>
    <w:p>
      <w:pPr>
        <w:jc w:val="right"/>
      </w:pPr>
      <w:r>
        <w:t>اپنی فریڈم کو ریسٹرکٹڈ وے میں تم استعمال کر سکتے ہو۔ تم فری ہو، تم کو فریڈم ملا ہوا ہے، لیکن تم کو صرف ریسٹرکٹڈ فریڈم ملی ہوئی ہے۔</w:t>
      </w:r>
    </w:p>
    <w:p>
      <w:r>
        <w:rPr>
          <w:b/>
        </w:rPr>
        <w:t xml:space="preserve">[36:07] </w:t>
      </w:r>
      <w:r>
        <w:t>tumhein apni apni freedom ko</w:t>
      </w:r>
    </w:p>
    <w:p>
      <w:pPr>
        <w:jc w:val="right"/>
      </w:pPr>
      <w:r>
        <w:t>تمہیں اپنی اپنی فریڈم کو</w:t>
      </w:r>
    </w:p>
    <w:p>
      <w:r>
        <w:rPr>
          <w:b/>
        </w:rPr>
        <w:t xml:space="preserve">[36:12] </w:t>
      </w:r>
      <w:r>
        <w:t>hadd se bahir nahi jana hai.</w:t>
      </w:r>
    </w:p>
    <w:p>
      <w:pPr>
        <w:jc w:val="right"/>
      </w:pPr>
      <w:r>
        <w:t>حد سے باہر نہیں جانا ہے۔</w:t>
      </w:r>
    </w:p>
    <w:p>
      <w:r>
        <w:rPr>
          <w:b/>
        </w:rPr>
        <w:t xml:space="preserve">[36:18] </w:t>
      </w:r>
      <w:r>
        <w:t>to insan sari hadon ko tod kar bahir nikal gaya, sari hadon ko tod kar bahir nikal gaya. us ne khuda ko, yaani khuda ko aisa itna reduce kiya ke khuda ka koi dakhal dakhal hi hamari zindagi mein na rahe.</w:t>
      </w:r>
    </w:p>
    <w:p>
      <w:pPr>
        <w:jc w:val="right"/>
      </w:pPr>
      <w:r>
        <w:t>تو انسان ساری حدوں کو توڑ کر باہر نکل گیا، ساری حدوں کو توڑ کر باہر نکل گیا۔ اس نے خدا کو، یعنی خدا کو ایسا اتنا ریڈیوس کیا کہ خدا کا کوئی دخل دخل ہی ہماری زندگی میں نہ رہے۔</w:t>
      </w:r>
    </w:p>
    <w:p>
      <w:r>
        <w:rPr>
          <w:b/>
        </w:rPr>
        <w:t xml:space="preserve">[36:39] </w:t>
      </w:r>
      <w:r>
        <w:t>us ne nazariya banaya ke "right here, right now". abhi abhi enjoy kar lo, bas us ke baad. yaani ab babar ne bhi yeh baat kahi thi ke "babar baais koshish kiya, alam dobara neest".</w:t>
      </w:r>
    </w:p>
    <w:p>
      <w:pPr>
        <w:jc w:val="right"/>
      </w:pPr>
      <w:r>
        <w:t>اس نے نظریہ بنایا کہ "رائٹ ہیر، رائٹ ناو"۔ ابھی ابھی انجوائے کر لو، بس اس کے بعد۔ یعنی اب بابر نے بھی یہ بات کہی تھی کہ "بابر باعث کوشش کیا، عالم دوبارہ نیست"۔</w:t>
      </w:r>
    </w:p>
    <w:p>
      <w:r>
        <w:rPr>
          <w:b/>
        </w:rPr>
        <w:t xml:space="preserve">[36:53] </w:t>
      </w:r>
      <w:r>
        <w:t>babar baais koshish kiya ke "alam dobara neest". lekin woh to ek kehna tha uska, sirf</w:t>
      </w:r>
    </w:p>
    <w:p>
      <w:pPr>
        <w:jc w:val="right"/>
      </w:pPr>
      <w:r>
        <w:t>بابر باعث کوشش کیا کہ "عالم دوبارہ نیست"۔ لیکن وہ تو ایک کہنا تھا اس کا، صرف</w:t>
      </w:r>
    </w:p>
    <w:p>
      <w:r>
        <w:rPr>
          <w:b/>
        </w:rPr>
        <w:t xml:space="preserve">[37:00] </w:t>
      </w:r>
      <w:r>
        <w:t>uski philosophy uske paas nahi thi. koi babar ke paas koi philosophy nahi thi. ab to yeh nazariya "right here, right now" ka nazariya ke ideologically justified evil ki surat ikhtiyar kar chuka hai.</w:t>
      </w:r>
    </w:p>
    <w:p>
      <w:pPr>
        <w:jc w:val="right"/>
      </w:pPr>
      <w:r>
        <w:t>اس کی فلاسفی اس کے پاس نہیں تھی۔ کوئی بابر کے پاس کوئی فلاسفی نہیں تھی۔ اب تو یہ نظریہ "رائٹ ہیر، رائٹ ناو" کا نظریہ کہ آئیڈیالوجیکلی جسٹیفائیڈ ایول کی صورت اختیار کر چکا ہے۔</w:t>
      </w:r>
    </w:p>
    <w:p>
      <w:r>
        <w:rPr>
          <w:b/>
        </w:rPr>
        <w:t xml:space="preserve">[37:14] </w:t>
      </w:r>
      <w:r>
        <w:t>ab logon ke paas ideology hai, logon ke paas philosophy hai,</w:t>
      </w:r>
    </w:p>
    <w:p>
      <w:pPr>
        <w:jc w:val="right"/>
      </w:pPr>
      <w:r>
        <w:t>اب لوگوں کے پاس آئیڈیالوجی ہے، لوگوں کے پاس فلاسفی ہے،</w:t>
      </w:r>
    </w:p>
    <w:p>
      <w:r>
        <w:rPr>
          <w:b/>
        </w:rPr>
        <w:t xml:space="preserve">[37:17] </w:t>
      </w:r>
      <w:r>
        <w:t>logon ke paas justification hai uska. adam babar ke paas nahi tha.</w:t>
      </w:r>
    </w:p>
    <w:p>
      <w:pPr>
        <w:jc w:val="right"/>
      </w:pPr>
      <w:r>
        <w:t>لوگوں کے پاس جسٹیفیکیشن ہے اس کا۔ آدم بابر کے پاس نہیں تھا۔</w:t>
      </w:r>
    </w:p>
    <w:p>
      <w:r>
        <w:rPr>
          <w:b/>
        </w:rPr>
        <w:t xml:space="preserve">[37:24] </w:t>
      </w:r>
      <w:r>
        <w:t>to isi ko mein keh raha hoon ke ab permanent ouster ka time ho gaya. us waqt jo tha jab koi philosophy nahi thi, koi ideology nahi thi, tab tab temporary ouster hua tha.</w:t>
      </w:r>
    </w:p>
    <w:p>
      <w:pPr>
        <w:jc w:val="right"/>
      </w:pPr>
      <w:r>
        <w:t>تو اسی کو میں کہہ رہا ہوں کہ اب پرماننٹ اوسٹر کا ٹائم ہو گیا۔ اس وقت جو تھا جب کوئی فلاسفی نہیں تھی، کوئی آئیڈیالوجی نہیں تھی، تب تب ٹیمپریری اوسٹر ہوا تھا۔</w:t>
      </w:r>
    </w:p>
    <w:p>
      <w:r>
        <w:rPr>
          <w:b/>
        </w:rPr>
        <w:t xml:space="preserve">[37:39] </w:t>
      </w:r>
      <w:r>
        <w:t>ek admi ne aisa kiya tha.</w:t>
      </w:r>
    </w:p>
    <w:p>
      <w:pPr>
        <w:jc w:val="right"/>
      </w:pPr>
      <w:r>
        <w:t>ایک آدمی نے ایسا کیا تھا۔</w:t>
      </w:r>
    </w:p>
    <w:p>
      <w:r>
        <w:rPr>
          <w:b/>
        </w:rPr>
        <w:t xml:space="preserve">[37:42] </w:t>
      </w:r>
      <w:r>
        <w:t>ab poori duniya isi mein hai</w:t>
      </w:r>
    </w:p>
    <w:p>
      <w:pPr>
        <w:jc w:val="right"/>
      </w:pPr>
      <w:r>
        <w:t>اب پوری دنیا اسی میں ہے</w:t>
      </w:r>
    </w:p>
    <w:p>
      <w:r>
        <w:rPr>
          <w:b/>
        </w:rPr>
        <w:t xml:space="preserve">[37:46] </w:t>
      </w:r>
      <w:r>
        <w:t>aur uski ek philosophy bana li gayi hai, uski ideology banai gayi, li gayi hai, uska justification, justification talash kar liya gaya hai.</w:t>
      </w:r>
    </w:p>
    <w:p>
      <w:pPr>
        <w:jc w:val="right"/>
      </w:pPr>
      <w:r>
        <w:t>اور اس کی ایک فلاسفی بنا لی گئی ہے، اس کی آئیڈیالوجی بنائی گئی، لی گئی ہے، اس کا جسٹیفیکیشن، جسٹیفیکیشن تلاش کر لیا گیا ہے۔</w:t>
      </w:r>
    </w:p>
    <w:p>
      <w:r>
        <w:rPr>
          <w:b/>
        </w:rPr>
        <w:t xml:space="preserve">[37:58] </w:t>
      </w:r>
      <w:r>
        <w:t>to ab to permanent ouster ka zamana aa gaya hai.</w:t>
      </w:r>
    </w:p>
    <w:p>
      <w:pPr>
        <w:jc w:val="right"/>
      </w:pPr>
      <w:r>
        <w:t>تو اب تو پرماننٹ اوسٹر کا زمانہ آ گیا ہے۔</w:t>
      </w:r>
    </w:p>
    <w:p>
      <w:r>
        <w:rPr>
          <w:b/>
        </w:rPr>
        <w:t xml:space="preserve">[38:06] </w:t>
      </w:r>
      <w:r>
        <w:t>mein ek martaba UK gaya to wahan par ek mujhe ek arab mile jo paida hue arab mein. phir woh wahan par aa ke rehte the, parhte the aur kuch kaam karte the.</w:t>
      </w:r>
    </w:p>
    <w:p>
      <w:pPr>
        <w:jc w:val="right"/>
      </w:pPr>
      <w:r>
        <w:t>میں ایک مرتبہ یو کے گیا تو وہاں پر ایک مجھے ایک عرب ملے جو پیدا ہوئے عرب میں۔ پھر وہ وہاں پر آ کے رہتے تھے، پڑھتے تھے اور کچھ کام کرتے تھے۔</w:t>
      </w:r>
    </w:p>
    <w:p>
      <w:r>
        <w:rPr>
          <w:b/>
        </w:rPr>
        <w:t xml:space="preserve">[38:20] </w:t>
      </w:r>
      <w:r>
        <w:t>to unhon ne kaha ke yahan jab se mein aaya hoon UK mein</w:t>
      </w:r>
    </w:p>
    <w:p>
      <w:pPr>
        <w:jc w:val="right"/>
      </w:pPr>
      <w:r>
        <w:t>تو انہوں نے کہا کہ یہاں جب سے میں آیا ہوں یو کے میں</w:t>
      </w:r>
    </w:p>
    <w:p>
      <w:r>
        <w:rPr>
          <w:b/>
        </w:rPr>
        <w:t xml:space="preserve">[38:24] </w:t>
      </w:r>
      <w:r>
        <w:t>to ek cheez mujhe discover hui hai ke aaj ka jo insan hai, uska jo unhon ne mere jo unhon ne bataya ke jo mein ne aaj aaj ke insan ko samjha aur parha,</w:t>
      </w:r>
    </w:p>
    <w:p>
      <w:pPr>
        <w:jc w:val="right"/>
      </w:pPr>
      <w:r>
        <w:t>تو ایک چیز مجھے ڈسکور ہوئی ہے کہ آج کا جو انسان ہے، اس کا جو انہوں نے میرے جو انہوں نے بتایا کہ جو میں نے آج آج کے انسان کو سمجھا اور پڑھا،</w:t>
      </w:r>
    </w:p>
    <w:p>
      <w:r>
        <w:rPr>
          <w:b/>
        </w:rPr>
        <w:t xml:space="preserve">[38:40] </w:t>
      </w:r>
      <w:r>
        <w:t>to aaj ke insan ne inaam ko aur moniem ko ek doosre se detach kar diya hai. inaam matlab blessing, moniem maani jo blessing de, yaani khuda blessing dene wala aur ek blessing enjoy karne wala insan aur khuda.</w:t>
      </w:r>
    </w:p>
    <w:p>
      <w:pPr>
        <w:jc w:val="right"/>
      </w:pPr>
      <w:r>
        <w:t>تو آج کے انسان نے انعام کو اور مونیم کو ایک دوسرے سے ڈیٹیچ کر دیا ہے۔ انعام مطلب بلیسنگ، مونیم معنی جو بلیسنگ دے، یعنی خدا بلیسنگ دینے والا اور ایک بلیسنگ انجوائے کرنے والا انسان اور خدا۔</w:t>
      </w:r>
    </w:p>
    <w:p>
      <w:r>
        <w:rPr>
          <w:b/>
        </w:rPr>
        <w:t xml:space="preserve">[39:00] </w:t>
      </w:r>
      <w:r>
        <w:t>to unhon ne kaha ke apne lafzon mein ke aaj ka insan ne inaam ko to le liya hai, ab moniem ko chhod diya hai.</w:t>
      </w:r>
    </w:p>
    <w:p>
      <w:pPr>
        <w:jc w:val="right"/>
      </w:pPr>
      <w:r>
        <w:t>تو انہوں نے کہا کہ اپنے لفظوں میں کہ آج کا انسان نے انعام کو تو لے لیا ہے، اب مونیم کو چھوڑ دیا ہے۔</w:t>
      </w:r>
    </w:p>
    <w:p>
      <w:r>
        <w:rPr>
          <w:b/>
        </w:rPr>
        <w:t xml:space="preserve">[39:13] </w:t>
      </w:r>
      <w:r>
        <w:t>moniem se koi usko koi matlab nahi hai, yaani blessing to khoob khoob le raha hai woh, lekin blessing jisne diya hai, jo creator hai,</w:t>
      </w:r>
    </w:p>
    <w:p>
      <w:pPr>
        <w:jc w:val="right"/>
      </w:pPr>
      <w:r>
        <w:t>مونیم سے کوئی اس کو کوئی مطلب نہیں ہے، یعنی بلیسنگ تو خوب خوب لے رہا ہے وہ، لیکن بلیسنگ جس نے دیا ہے، جو کریٹر ہے،</w:t>
      </w:r>
    </w:p>
    <w:p>
      <w:r>
        <w:rPr>
          <w:b/>
        </w:rPr>
        <w:t xml:space="preserve">[39:24] </w:t>
      </w:r>
      <w:r>
        <w:t>jo lord of the universe hai, jo god hai, usko ek dam be dakhal kar diya zindagi se.</w:t>
      </w:r>
    </w:p>
    <w:p>
      <w:pPr>
        <w:jc w:val="right"/>
      </w:pPr>
      <w:r>
        <w:t>جو لارڈ آف دا یونیورس ہے، جو گاڈ ہے، اس کو ایک دم بے دخل کر دیا زندگی سے۔</w:t>
      </w:r>
    </w:p>
    <w:p>
      <w:r>
        <w:rPr>
          <w:b/>
        </w:rPr>
        <w:t xml:space="preserve">[39:35] </w:t>
      </w:r>
      <w:r>
        <w:t>to insan ne khuda ko oust kiya tha, ab khuda insan ko oust karne wala hai.</w:t>
      </w:r>
    </w:p>
    <w:p>
      <w:pPr>
        <w:jc w:val="right"/>
      </w:pPr>
      <w:r>
        <w:t>تو انسان نے خدا کو اوس کیا تھا، اب خدا انسان کو اوس کرنے والا ہے۔</w:t>
      </w:r>
    </w:p>
    <w:p>
      <w:r>
        <w:rPr>
          <w:b/>
        </w:rPr>
        <w:t xml:space="preserve">[39:45] </w:t>
      </w:r>
      <w:r>
        <w:t>yeh koi joke nahi hai, haqeeqat hai ke insan ne khuda ko oust kar diya tha. ab khuda zahir hone wala hai aur insan ko oust kar dene wala hai ke tum is qabil nahi ho.</w:t>
      </w:r>
    </w:p>
    <w:p>
      <w:pPr>
        <w:jc w:val="right"/>
      </w:pPr>
      <w:r>
        <w:t>یہ کوئی جوک نہیں ہے، حقیقت ہے کہ انسان نے خدا کو اوس کر دیا تھا۔ اب خدا ظاہر ہونے والا ہے اور انسان کو اوس کر دینے والا ہے کہ تم اس قابل نہیں ہو۔</w:t>
      </w:r>
    </w:p>
    <w:p>
      <w:r>
        <w:rPr>
          <w:b/>
        </w:rPr>
        <w:t xml:space="preserve">[39:57] </w:t>
      </w:r>
      <w:r>
        <w:t>sirf woh log select kar diye jayenge is mein jo</w:t>
      </w:r>
    </w:p>
    <w:p>
      <w:pPr>
        <w:jc w:val="right"/>
      </w:pPr>
      <w:r>
        <w:t>صرف وہ لوگ سلیکٹ کر دیے جائیں گے اس میں جو</w:t>
      </w:r>
    </w:p>
    <w:p>
      <w:r>
        <w:rPr>
          <w:b/>
        </w:rPr>
        <w:t xml:space="preserve">[40:01] </w:t>
      </w:r>
      <w:r>
        <w:t>test mein poore utre hon, jo test mein poore utre hon. bas</w:t>
      </w:r>
    </w:p>
    <w:p>
      <w:pPr>
        <w:jc w:val="right"/>
      </w:pPr>
      <w:r>
        <w:t>ٹیسٹ میں پورے اترے ہوں، جو ٹیسٹ میں پورے اترے ہوں۔ بس</w:t>
      </w:r>
    </w:p>
    <w:p>
      <w:r>
        <w:rPr>
          <w:b/>
        </w:rPr>
        <w:t xml:space="preserve">[40:13] </w:t>
      </w:r>
      <w:r>
        <w:t>jahan tak mein ne parha hai aur samjha hai, ab jo jo yaani nature mein jo changes aa chuke hain ke samundaron ka pani, aap jante hain ke glacier pighal pighal kar ke pani beh gaya, unka samundaron mein chala gaya.</w:t>
      </w:r>
    </w:p>
    <w:p>
      <w:pPr>
        <w:jc w:val="right"/>
      </w:pPr>
      <w:r>
        <w:t>جہاں تک میں نے پڑھا ہے اور سمجھا ہے، اب جو جو یعنی نیچر میں جو چینجز آ چکے ہیں کہ سمندروں کا پانی، آپ جانتے ہیں کہ گلیشیئر پگھل پگھل کر کے پانی بہہ گیا، ان کا سمندروں میں چلا گیا۔</w:t>
      </w:r>
    </w:p>
    <w:p>
      <w:r>
        <w:rPr>
          <w:b/>
        </w:rPr>
        <w:t xml:space="preserve">[40:39] </w:t>
      </w:r>
      <w:r>
        <w:t>is ka maani jantay hain kiya hai? meetha pani dobara khari ho gaya.</w:t>
      </w:r>
    </w:p>
    <w:p>
      <w:pPr>
        <w:jc w:val="right"/>
      </w:pPr>
      <w:r>
        <w:t>اس کا معنی جانتے ہیں کیا ہے؟ میٹھا پانی دوبارہ کھاری ہو گیا۔</w:t>
      </w:r>
    </w:p>
    <w:p>
      <w:r>
        <w:rPr>
          <w:b/>
        </w:rPr>
        <w:t xml:space="preserve">[40:46] </w:t>
      </w:r>
      <w:r>
        <w:t>yani nature ne bohat bara stock kar rakha tha paharon ke oopar meethe pani ka, bohat bara stock.</w:t>
      </w:r>
    </w:p>
    <w:p>
      <w:pPr>
        <w:jc w:val="right"/>
      </w:pPr>
      <w:r>
        <w:t>یعنی نیچر نے بہت بڑا اسٹاک کر رکھا تھا پہاڑوں کے اوپر میٹھے پانی کا، بہت بڑا اسٹاک۔</w:t>
      </w:r>
    </w:p>
    <w:p>
      <w:r>
        <w:rPr>
          <w:b/>
        </w:rPr>
        <w:t xml:space="preserve">[40:57] </w:t>
      </w:r>
      <w:r>
        <w:t>yani paharon ke oopar barf ke pahar thay, lekin global warming se kiya hua ke pighalne lage</w:t>
      </w:r>
    </w:p>
    <w:p>
      <w:pPr>
        <w:jc w:val="right"/>
      </w:pPr>
      <w:r>
        <w:t>یعنی پہاڑوں کے اوپر برف کے پہاڑ تھے، لیکن گلوبل وارمنگ سے کیا ہوا کہ پگھلنے لگے</w:t>
      </w:r>
    </w:p>
    <w:p>
      <w:r>
        <w:rPr>
          <w:b/>
        </w:rPr>
        <w:t xml:space="preserve">[41:04] </w:t>
      </w:r>
      <w:r>
        <w:t>aur beh beh kar janay laga in ka pani samandar mein. is ka matlab kiya hua? meetha pani jo hai, khari pani ban gaya.</w:t>
      </w:r>
    </w:p>
    <w:p>
      <w:pPr>
        <w:jc w:val="right"/>
      </w:pPr>
      <w:r>
        <w:t>اور بہ بہ کر جانے لگا ان کا پانی سمندر میں۔ اس کا مطلب کیا ہوا؟ میٹھا پانی جو ہے، کھاری پانی بن گیا۔</w:t>
      </w:r>
    </w:p>
    <w:p>
      <w:r>
        <w:rPr>
          <w:b/>
        </w:rPr>
        <w:t xml:space="preserve">[41:15] </w:t>
      </w:r>
      <w:r>
        <w:t>yani fresh water jo hai, woh salty water ban gaya aur samandaron ka bhi level bohat ooncha hota chala ja raha hai, barabar</w:t>
      </w:r>
    </w:p>
    <w:p>
      <w:pPr>
        <w:jc w:val="right"/>
      </w:pPr>
      <w:r>
        <w:t>یعنی فریش واٹر جو ہے، وہ سالٹی واٹر بن گیا اور سمندروں کا بھی لیول بہت اونچا ہوتا چلا جا رہا ہے، برابر</w:t>
      </w:r>
    </w:p>
    <w:p>
      <w:r>
        <w:rPr>
          <w:b/>
        </w:rPr>
        <w:t xml:space="preserve">[41:25] </w:t>
      </w:r>
      <w:r>
        <w:t>barabar ooncha hota chala ja raha hai. dekhen kitni kitni den</w:t>
      </w:r>
    </w:p>
    <w:p>
      <w:pPr>
        <w:jc w:val="right"/>
      </w:pPr>
      <w:r>
        <w:t>برابر اونچا ہوتا چلا جا رہا ہے۔ دیکھیں کتنی کتنی ڈین</w:t>
      </w:r>
    </w:p>
    <w:p>
      <w:r>
        <w:rPr>
          <w:b/>
        </w:rPr>
        <w:t xml:space="preserve">[41:31] </w:t>
      </w:r>
      <w:r>
        <w:t>jrus baat hai yeh. abhi kisi ne likha tha ke third world war shayad pani par hogi. pani par pani jo itna ziyada khuda ne paida kiya tha ke three fourth hissa pani tha is zameen ka,</w:t>
      </w:r>
    </w:p>
    <w:p>
      <w:pPr>
        <w:jc w:val="right"/>
      </w:pPr>
      <w:r>
        <w:t>جرس بات ہے یہ۔ ابھی کسی نے لکھا تھا کہ تھرڈ ورلڈ وار شاید پانی پر ہوگی۔ پانی پر پانی جو اتنا زیادہ خدا نے پیدا کیا تھا کہ تھری فورتھ حصہ پانی تھا اس زمین کا،</w:t>
      </w:r>
    </w:p>
    <w:p>
      <w:r>
        <w:rPr>
          <w:b/>
        </w:rPr>
        <w:t xml:space="preserve">[41:50] </w:t>
      </w:r>
      <w:r>
        <w:t>yani char hissay mein teen hissa pani. is ki itni aik scarcity ho rahi hai. abhi bhi aap jantay hain ke dunya bhar mein aur India mein bhi pani ki bohat kami ho chuki</w:t>
      </w:r>
    </w:p>
    <w:p>
      <w:pPr>
        <w:jc w:val="right"/>
      </w:pPr>
      <w:r>
        <w:t>یعنی چار حصے میں تین حصہ پانی۔ اس کی اتنی ایک اسکرسیٹی ہو رہی ہے۔ ابھی بھی آپ جانتے ہیں کہ دنیا بھر میں اور انڈیا میں بھی پانی کی بہت کمی ہو چکی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