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Intellectual journey 1 May 2011 - Maulana Wahiduddin Khan</w:t>
      </w:r>
    </w:p>
    <w:p>
      <w:r>
        <w:t>https://www.youtube.com/watch?v=lnfjC7x_s2A</w:t>
      </w:r>
    </w:p>
    <w:p>
      <w:r>
        <w:rPr>
          <w:b/>
        </w:rPr>
        <w:t xml:space="preserve">[00:13] </w:t>
      </w:r>
      <w:r>
        <w:t>rab ishrah li sadri wa yassir li amri, wahul uqdatan min lisani yafqahu qawli.</w:t>
      </w:r>
    </w:p>
    <w:p>
      <w:pPr>
        <w:jc w:val="right"/>
      </w:pPr>
      <w:r>
        <w:t>رب اشرح لی صدری ویسر لی امری، واحل العقدۃ باللسانی یفقہ قولی۔</w:t>
      </w:r>
    </w:p>
    <w:p>
      <w:r>
        <w:rPr>
          <w:b/>
        </w:rPr>
        <w:t xml:space="preserve">[00:23] </w:t>
      </w:r>
      <w:r>
        <w:t>aaj ka topic hai "an intellectual journey",</w:t>
      </w:r>
    </w:p>
    <w:p>
      <w:pPr>
        <w:jc w:val="right"/>
      </w:pPr>
      <w:r>
        <w:t>آج کا ٹاپک ہے "این انٹلیکچول جرنی"،</w:t>
      </w:r>
    </w:p>
    <w:p>
      <w:r>
        <w:rPr>
          <w:b/>
        </w:rPr>
        <w:t xml:space="preserve">[00:31] </w:t>
      </w:r>
      <w:r>
        <w:t>aik rohani safar.</w:t>
      </w:r>
    </w:p>
    <w:p>
      <w:pPr>
        <w:jc w:val="right"/>
      </w:pPr>
      <w:r>
        <w:t>ایک روحانی سفر۔</w:t>
      </w:r>
    </w:p>
    <w:p>
      <w:r>
        <w:rPr>
          <w:b/>
        </w:rPr>
        <w:t xml:space="preserve">[00:37] </w:t>
      </w:r>
      <w:r>
        <w:t>aam tor par log safar karte hain to woh safar un ke liye physical journey hota hai, physical journey.</w:t>
      </w:r>
    </w:p>
    <w:p>
      <w:pPr>
        <w:jc w:val="right"/>
      </w:pPr>
      <w:r>
        <w:t>عام طور پر لوگ سفر کرتے ہیں تو وہ سفر ان کے لیے فزیکل جرنی ہوتا ہے، فزیکل جرنی۔</w:t>
      </w:r>
    </w:p>
    <w:p>
      <w:r>
        <w:rPr>
          <w:b/>
        </w:rPr>
        <w:t xml:space="preserve">[00:48] </w:t>
      </w:r>
      <w:r>
        <w:t>mujhe, mein jab bhi safar karta hoon, mein ne bohat safar kiye hain,</w:t>
      </w:r>
    </w:p>
    <w:p>
      <w:pPr>
        <w:jc w:val="right"/>
      </w:pPr>
      <w:r>
        <w:t>مجھے، میں جب بھی سفر کرتا ہوں، میں نے بہت سفر کیے ہیں،</w:t>
      </w:r>
    </w:p>
    <w:p>
      <w:r>
        <w:rPr>
          <w:b/>
        </w:rPr>
        <w:t xml:space="preserve">[00:55] </w:t>
      </w:r>
      <w:r>
        <w:t>har safar mera jo hai woh intellectual journey hota hai ya rohani safar hota hai,</w:t>
      </w:r>
    </w:p>
    <w:p>
      <w:pPr>
        <w:jc w:val="right"/>
      </w:pPr>
      <w:r>
        <w:t>ہر سفر میرا جو ہے وہ انٹلیکچول جرنی ہوتا ہے یا روحانی سفر ہوتا ہے،</w:t>
      </w:r>
    </w:p>
    <w:p>
      <w:r>
        <w:rPr>
          <w:b/>
        </w:rPr>
        <w:t xml:space="preserve">[01:06] </w:t>
      </w:r>
      <w:r>
        <w:t>physical safar nahi hota.</w:t>
      </w:r>
    </w:p>
    <w:p>
      <w:pPr>
        <w:jc w:val="right"/>
      </w:pPr>
      <w:r>
        <w:t>فزیکل سفر نہیں ہوتا۔</w:t>
      </w:r>
    </w:p>
    <w:p>
      <w:r>
        <w:rPr>
          <w:b/>
        </w:rPr>
        <w:t xml:space="preserve">[01:11] </w:t>
      </w:r>
      <w:r>
        <w:t>aur mein samajhta hoon ke safar jo hai bohat bari cheez hai. safar mein aap ko naye naye experience hote hain, naye naye logon se interaction hota hai,</w:t>
      </w:r>
    </w:p>
    <w:p>
      <w:pPr>
        <w:jc w:val="right"/>
      </w:pPr>
      <w:r>
        <w:t>اور میں سمجھتا ہوں کہ سفر جو ہے بہت بڑی چیز ہے۔ سفر میں آپ کو نئے نئے ایکسپیرینس ہوتے ہیں، نئے نئے لوگوں سے انٹریکشن ہوتا ہے،</w:t>
      </w:r>
    </w:p>
    <w:p>
      <w:r>
        <w:rPr>
          <w:b/>
        </w:rPr>
        <w:t xml:space="preserve">[01:27] </w:t>
      </w:r>
      <w:r>
        <w:t>naye naye cheezein aap ko observation mein aati hain.</w:t>
      </w:r>
    </w:p>
    <w:p>
      <w:pPr>
        <w:jc w:val="right"/>
      </w:pPr>
      <w:r>
        <w:t>نئی نئی چیزیں آپ کو ابزرویشن میں آتی ہیں۔</w:t>
      </w:r>
    </w:p>
    <w:p>
      <w:r>
        <w:rPr>
          <w:b/>
        </w:rPr>
        <w:t xml:space="preserve">[01:31] </w:t>
      </w:r>
      <w:r>
        <w:t>to safar jo hai</w:t>
      </w:r>
    </w:p>
    <w:p>
      <w:pPr>
        <w:jc w:val="right"/>
      </w:pPr>
      <w:r>
        <w:t>تو سفر جو ہے</w:t>
      </w:r>
    </w:p>
    <w:p>
      <w:r>
        <w:rPr>
          <w:b/>
        </w:rPr>
        <w:t xml:space="preserve">[01:36] </w:t>
      </w:r>
      <w:r>
        <w:t>aik study hai, aik living library mein apne aap ko dakhil karna hai. lekin mein dekhta hoon ke aam tor par log, more than 99 percent, safar ke in faidon se bilkul mehroom rehte hain.</w:t>
      </w:r>
    </w:p>
    <w:p>
      <w:pPr>
        <w:jc w:val="right"/>
      </w:pPr>
      <w:r>
        <w:t>ایک اسٹڈی ہے، ایک لیونگ لائبریری میں اپنے آپ کو داخل کرنا ہے۔ لیکن میں دیکھتا ہوں کہ عام طور پر لوگ، مور دین 99 پرسنٹ، سفر کے ان فائدوں سے بالکل محروم رہتے ہیں۔</w:t>
      </w:r>
    </w:p>
    <w:p>
      <w:r>
        <w:rPr>
          <w:b/>
        </w:rPr>
        <w:t xml:space="preserve">[01:59] </w:t>
      </w:r>
      <w:r>
        <w:t>mein logon ke safarnamay parhta hoon to woh bhi safarnamay aise hote hain ke us mein kuch bhi rohani ghiza nahi hoti, koi lagta nahi ke unhon ne koi zehni safar kiya tha, bas physical safar hota hai.</w:t>
      </w:r>
    </w:p>
    <w:p>
      <w:pPr>
        <w:jc w:val="right"/>
      </w:pPr>
      <w:r>
        <w:t>میں لوگوں کے سفرنامے پڑھتا ہوں تو وہ بھی سفرنامے ایسے ہوتے ہیں کہ اس میں کچھ بھی روحانی غذا نہیں ہوتی، کوئی لگتا نہیں کہ انہوں نے کوئی ذہنی سفر کیا تھا، بس فزیکل سفر ہوتا ہے۔</w:t>
      </w:r>
    </w:p>
    <w:p>
      <w:r>
        <w:rPr>
          <w:b/>
        </w:rPr>
        <w:t xml:space="preserve">[02:15] </w:t>
      </w:r>
      <w:r>
        <w:t>is ki wajah kiya hai?</w:t>
      </w:r>
    </w:p>
    <w:p>
      <w:pPr>
        <w:jc w:val="right"/>
      </w:pPr>
      <w:r>
        <w:t>اس کی وجہ کیا ہے؟</w:t>
      </w:r>
    </w:p>
    <w:p>
      <w:r>
        <w:rPr>
          <w:b/>
        </w:rPr>
        <w:t xml:space="preserve">[02:17] </w:t>
      </w:r>
      <w:r>
        <w:t>is ki wajah hai ke logon ke andar thinking capacity nahi hai.</w:t>
      </w:r>
    </w:p>
    <w:p>
      <w:pPr>
        <w:jc w:val="right"/>
      </w:pPr>
      <w:r>
        <w:t>اس کی وجہ ہے کہ لوگوں کے اندر تھنکنگ کیپیسٹی نہیں ہے۔</w:t>
      </w:r>
    </w:p>
    <w:p>
      <w:r>
        <w:rPr>
          <w:b/>
        </w:rPr>
        <w:t xml:space="preserve">[02:27] </w:t>
      </w:r>
      <w:r>
        <w:t>people are deprived from thinking power. log jantay nahi sochna kiya hai, bas jo cheezein woh dikhai deti hain bazahir,</w:t>
      </w:r>
    </w:p>
    <w:p>
      <w:pPr>
        <w:jc w:val="right"/>
      </w:pPr>
      <w:r>
        <w:t>پیپل آر ڈیپرائیوڈ فرام تھنکنگ پاور۔ لوگ جانتے نہیں سوچنا کیا ہے، بس جو چیزیں وہ دکھائی دیتی ہیں بظاہر،</w:t>
      </w:r>
    </w:p>
    <w:p>
      <w:r>
        <w:rPr>
          <w:b/>
        </w:rPr>
        <w:t xml:space="preserve">[02:41] </w:t>
      </w:r>
      <w:r>
        <w:t>isi mein gum rehte hain. yani un ka poora safar jo hai distraction mein</w:t>
      </w:r>
    </w:p>
    <w:p>
      <w:pPr>
        <w:jc w:val="right"/>
      </w:pPr>
      <w:r>
        <w:t>اسی میں گم رہتے ہیں۔ یعنی ان کا پورا سفر جو ہے ڈسٹریکشن میں</w:t>
      </w:r>
    </w:p>
    <w:p>
      <w:r>
        <w:rPr>
          <w:b/>
        </w:rPr>
        <w:t xml:space="preserve">[02:47] </w:t>
      </w:r>
      <w:r>
        <w:t>hota hai.</w:t>
      </w:r>
    </w:p>
    <w:p>
      <w:pPr>
        <w:jc w:val="right"/>
      </w:pPr>
      <w:r>
        <w:t>ہوتا ہے۔</w:t>
      </w:r>
    </w:p>
    <w:p>
      <w:r>
        <w:rPr>
          <w:b/>
        </w:rPr>
        <w:t xml:space="preserve">[02:53] </w:t>
      </w:r>
      <w:r>
        <w:t>to safar ka jo faida hai, bara faida, isi se woh mehroom rehte hain.</w:t>
      </w:r>
    </w:p>
    <w:p>
      <w:pPr>
        <w:jc w:val="right"/>
      </w:pPr>
      <w:r>
        <w:t>تو سفر کا جو فائدہ ہے، بڑا فائدہ، اسی سے وہ محروم رہتے ہیں۔</w:t>
      </w:r>
    </w:p>
    <w:p>
      <w:r>
        <w:rPr>
          <w:b/>
        </w:rPr>
        <w:t xml:space="preserve">[03:03] </w:t>
      </w:r>
      <w:r>
        <w:t>kitni bari cheez hai kisi ko safar ka moqa mile,</w:t>
      </w:r>
    </w:p>
    <w:p>
      <w:pPr>
        <w:jc w:val="right"/>
      </w:pPr>
      <w:r>
        <w:t>کتنی بڑی چیز ہے کسی کو سفر کا موقع ملے،</w:t>
      </w:r>
    </w:p>
    <w:p>
      <w:r>
        <w:rPr>
          <w:b/>
        </w:rPr>
        <w:t xml:space="preserve">[03:10] </w:t>
      </w:r>
      <w:r>
        <w:t>lekin log jaate hain aur lot'te hain baghair kisi kuch paate nahin. Aise hi gaye, aise hi chale aaye.</w:t>
      </w:r>
    </w:p>
    <w:p>
      <w:pPr>
        <w:jc w:val="right"/>
      </w:pPr>
      <w:r>
        <w:t>لیکن لوگ جاتے ہیں اور لوٹتے ہیں بغیر کسی کچھ پاتے نہیں۔ ایسے ہی گئے، ایسے ہی چلے آئے۔</w:t>
      </w:r>
    </w:p>
    <w:p>
      <w:r>
        <w:rPr>
          <w:b/>
        </w:rPr>
        <w:t xml:space="preserve">[03:21] </w:t>
      </w:r>
      <w:r>
        <w:t>jaise ke dekhiye, hum yahan se rawana hue to aaj kal jahazon mein aap jante hain ke seat ke samne</w:t>
      </w:r>
    </w:p>
    <w:p>
      <w:pPr>
        <w:jc w:val="right"/>
      </w:pPr>
      <w:r>
        <w:t>جیسے کہ دیکھیے، ہم یہاں سے روانہ ہوئے تو آج کل جہازوں میں آپ جانتے ہیں کہ سیٹ کے سامنے</w:t>
      </w:r>
    </w:p>
    <w:p>
      <w:r>
        <w:rPr>
          <w:b/>
        </w:rPr>
        <w:t xml:space="preserve">[03:30] </w:t>
      </w:r>
      <w:r>
        <w:t>TV laga rehta hai, har seat ke samne.</w:t>
      </w:r>
    </w:p>
    <w:p>
      <w:pPr>
        <w:jc w:val="right"/>
      </w:pPr>
      <w:r>
        <w:t>ٹی وی لگا رہتا ہے، ہر سیٹ کے سامنے۔</w:t>
      </w:r>
    </w:p>
    <w:p>
      <w:r>
        <w:rPr>
          <w:b/>
        </w:rPr>
        <w:t xml:space="preserve">[03:37] </w:t>
      </w:r>
      <w:r>
        <w:t>to is ka naam kya hai? In-flight entertainment. Ab isi mein log masroof rehte hain. Main jis seat par tha, us ke mere baghal mein aik aik bohat hi mote se aik aadmi the, shayad koi industry the woh.</w:t>
      </w:r>
    </w:p>
    <w:p>
      <w:pPr>
        <w:jc w:val="right"/>
      </w:pPr>
      <w:r>
        <w:t>تو اس کا نام کیا ہے؟ ان فلائٹ انٹرٹینمنٹ۔ اب اسی میں لوگ مصروف رہتے ہیں۔ میں جس سیٹ پر تھا، اس کے میرے بغل میں ایک ایک بہت ہی موٹے سے ایک آدمی تھے، شاید کوئی انڈسٹرسٹ تھے وہ۔</w:t>
      </w:r>
    </w:p>
    <w:p>
      <w:r>
        <w:rPr>
          <w:b/>
        </w:rPr>
        <w:t xml:space="preserve">[03:55] </w:t>
      </w:r>
      <w:r>
        <w:t>to air hostesses ko bulaya unhon ne, aur bohat der tak isi par behas karte rahe ke un ka samne ka TV kaam nahin kar raha hai. Bohat der tak isi behas hoti rahi.</w:t>
      </w:r>
    </w:p>
    <w:p>
      <w:pPr>
        <w:jc w:val="right"/>
      </w:pPr>
      <w:r>
        <w:t>تو ایئر ہاسٹرز کو بلایا انہوں نے، اور بہت دیر تک اسی پر بحث کرتے رہے کہ ان کا سامنے کا ٹی وی کام نہیں کر رہا ہے۔ بہت دیر تک اسی بحث ہوتی رہی۔</w:t>
      </w:r>
    </w:p>
    <w:p>
      <w:r>
        <w:rPr>
          <w:b/>
        </w:rPr>
        <w:t xml:space="preserve">[04:07] </w:t>
      </w:r>
      <w:r>
        <w:t>goya ke un ka soul person yeh tha ke samne jo TV laga hua hai,</w:t>
      </w:r>
    </w:p>
    <w:p>
      <w:pPr>
        <w:jc w:val="right"/>
      </w:pPr>
      <w:r>
        <w:t>گویا کہ ان کا سول پرسن یہ تھا کہ سامنے جو ٹی وی لگا ہوا ہے،</w:t>
      </w:r>
    </w:p>
    <w:p>
      <w:r>
        <w:rPr>
          <w:b/>
        </w:rPr>
        <w:t xml:space="preserve">[04:12] </w:t>
      </w:r>
      <w:r>
        <w:t>us ko dekhte rahein, us ki music sunte rahein, jo bhi us mein recorded cheezein hain, us ko use enjoy karte rahein. To bataiye ke woh kya aur sochenge?</w:t>
      </w:r>
    </w:p>
    <w:p>
      <w:pPr>
        <w:jc w:val="right"/>
      </w:pPr>
      <w:r>
        <w:t>اس کو دیکھتے رہیں، اس کی میوزک سنتے رہیں، جو بھی اس میں ریکارڈڈ چیزیں ہیں، اس کو اسے انجوائے کرتے رہیں۔ تو بتائیے کہ وہ کیا اور سوچیں گے؟</w:t>
      </w:r>
    </w:p>
    <w:p>
      <w:r>
        <w:rPr>
          <w:b/>
        </w:rPr>
        <w:t xml:space="preserve">[04:24] </w:t>
      </w:r>
      <w:r>
        <w:t>aur kya sochenge? Jab destination pahunche to wahan bhi kya hai? Shopping, shopping, shopping.</w:t>
      </w:r>
    </w:p>
    <w:p>
      <w:pPr>
        <w:jc w:val="right"/>
      </w:pPr>
      <w:r>
        <w:t>اور کیا سوچیں گے؟ جب ڈیسٹینیشن پہنچے تو وہاں بھی کیا ہے؟ شاپنگ، شاپنگ، شاپنگ۔</w:t>
      </w:r>
    </w:p>
    <w:p>
      <w:r>
        <w:rPr>
          <w:b/>
        </w:rPr>
        <w:t xml:space="preserve">[04:32] </w:t>
      </w:r>
      <w:r>
        <w:t>entertainment aur shopping. Safar ke darmiyan, darmiyan mein bhi aur safar ke destination mein pahunch kar hi.</w:t>
      </w:r>
    </w:p>
    <w:p>
      <w:pPr>
        <w:jc w:val="right"/>
      </w:pPr>
      <w:r>
        <w:t>انٹرٹینمنٹ اور شاپنگ۔ سفر کے درمیان، درمیان میں بھی اور سفر کے ڈیسٹینیشن میں پہنچ کر ہی۔</w:t>
      </w:r>
    </w:p>
    <w:p>
      <w:r>
        <w:rPr>
          <w:b/>
        </w:rPr>
        <w:t xml:space="preserve">[04:44] </w:t>
      </w:r>
      <w:r>
        <w:t>to kuch jo jo item hain marifat ke,</w:t>
      </w:r>
    </w:p>
    <w:p>
      <w:pPr>
        <w:jc w:val="right"/>
      </w:pPr>
      <w:r>
        <w:t>تو کچھ جو جو آئٹم ہیں معرفت کے،</w:t>
      </w:r>
    </w:p>
    <w:p>
      <w:r>
        <w:rPr>
          <w:b/>
        </w:rPr>
        <w:t xml:space="preserve">[04:51] </w:t>
      </w:r>
      <w:r>
        <w:t>discovery ke, realization ke,</w:t>
      </w:r>
    </w:p>
    <w:p>
      <w:pPr>
        <w:jc w:val="right"/>
      </w:pPr>
      <w:r>
        <w:t>ڈسکوری کے، ریلائزیشن کے،</w:t>
      </w:r>
    </w:p>
    <w:p>
      <w:r>
        <w:rPr>
          <w:b/>
        </w:rPr>
        <w:t xml:space="preserve">[04:56] </w:t>
      </w:r>
      <w:r>
        <w:t>is se mehroom rehte hain woh. Dekhiye, har is dunya mein har waqea aik point of reference hai. Logon ko pata hi nahin ke point of reference ko istemal karte hue is se koi cheez discover karein.</w:t>
      </w:r>
    </w:p>
    <w:p>
      <w:pPr>
        <w:jc w:val="right"/>
      </w:pPr>
      <w:r>
        <w:t>اس سے محروم رہتے ہیں وہ۔ دیکھیے، ہر اس دنیا میں ہر واقعہ ایک پوائنٹ آف ریفرنس ہے۔ لوگوں کو پتہ ہی نہیں کہ پوائنٹ آف ریفرنس کو استعمال کرتے ہوئے اس سے کوئی چیز ڈسکور کریں۔</w:t>
      </w:r>
    </w:p>
    <w:p>
      <w:r>
        <w:rPr>
          <w:b/>
        </w:rPr>
        <w:t xml:space="preserve">[05:14] </w:t>
      </w:r>
      <w:r>
        <w:t>yani point of reference ke concept hi logon ko nahin maloom. Woh to bas entertainment mein, hawa mein, khane peene mein, shopping, yeh sab mein waqt guzarenge aur wapas aa jayenge.</w:t>
      </w:r>
    </w:p>
    <w:p>
      <w:pPr>
        <w:jc w:val="right"/>
      </w:pPr>
      <w:r>
        <w:t>یعنی پوائنٹ آف ریفرنس کے کانسیپٹ ہی لوگوں کو نہیں معلوم۔ وہ تو بس انٹرٹینمنٹ میں، ہوا میں، کھانے پینے میں، شاپنگ، یہ سب میں وقت گزاریں گے اور واپس آ جائیں گے۔</w:t>
      </w:r>
    </w:p>
    <w:p>
      <w:r>
        <w:rPr>
          <w:b/>
        </w:rPr>
        <w:t xml:space="preserve">[05:31] </w:t>
      </w:r>
      <w:r>
        <w:t>ab dekhiye ke main aap ko apna aik experience batata hoon.</w:t>
      </w:r>
    </w:p>
    <w:p>
      <w:pPr>
        <w:jc w:val="right"/>
      </w:pPr>
      <w:r>
        <w:t>اب دیکھیے کہ میں آپ کو اپنا ایک ایکسپیرینس بتاتا ہوں۔</w:t>
      </w:r>
    </w:p>
    <w:p>
      <w:r>
        <w:rPr>
          <w:b/>
        </w:rPr>
        <w:t xml:space="preserve">[05:39] </w:t>
      </w:r>
      <w:r>
        <w:t>jab main yahan se rawana hua aur airport mein pahuncha</w:t>
      </w:r>
    </w:p>
    <w:p>
      <w:pPr>
        <w:jc w:val="right"/>
      </w:pPr>
      <w:r>
        <w:t>جب میں یہاں سے روانہ ہوا اور ایئرپورٹ میں پہنچا</w:t>
      </w:r>
    </w:p>
    <w:p>
      <w:r>
        <w:rPr>
          <w:b/>
        </w:rPr>
        <w:t xml:space="preserve">[05:47] </w:t>
      </w:r>
      <w:r>
        <w:t>to airport se hum jahaz mein safar, safar hue, jahaz mein sawar hue. Yeh waqea mere liye aik aik symbolic sense mein zindagi aur maut ka tajurba ban gaya.</w:t>
      </w:r>
    </w:p>
    <w:p>
      <w:pPr>
        <w:jc w:val="right"/>
      </w:pPr>
      <w:r>
        <w:t>تو ایئرپورٹ سے ہم جہاز میں سفر، سفر ہوئے، جہاز میں سوار ہوئے۔ یہ واقعہ میرے لیے ایک ایک سمبالک سینس میں زندگی اور موت کا تجربہ بن گیا۔</w:t>
      </w:r>
    </w:p>
    <w:p>
      <w:r>
        <w:rPr>
          <w:b/>
        </w:rPr>
        <w:t xml:space="preserve">[06:04] </w:t>
      </w:r>
      <w:r>
        <w:t>main socha ke khuda ya isi tarah</w:t>
      </w:r>
    </w:p>
    <w:p>
      <w:pPr>
        <w:jc w:val="right"/>
      </w:pPr>
      <w:r>
        <w:t>میں سوچا کہ خدایا اسی طرح</w:t>
      </w:r>
    </w:p>
    <w:p>
      <w:r>
        <w:rPr>
          <w:b/>
        </w:rPr>
        <w:t xml:space="preserve">[06:07] </w:t>
      </w:r>
      <w:r>
        <w:t>aik din mera safar hayat khatam hoga.</w:t>
      </w:r>
    </w:p>
    <w:p>
      <w:pPr>
        <w:jc w:val="right"/>
      </w:pPr>
      <w:r>
        <w:t>ایک دن میرا سفر حیات ختم ہوگا۔</w:t>
      </w:r>
    </w:p>
    <w:p>
      <w:r>
        <w:rPr>
          <w:b/>
        </w:rPr>
        <w:t xml:space="preserve">[06:14] </w:t>
      </w:r>
      <w:r>
        <w:t>firishte aayenge aur aik aur sawari par mujhe bitha denge, jo sawari ja rahi hogi is dunya se kisi aur dunya ki taraf.</w:t>
      </w:r>
    </w:p>
    <w:p>
      <w:pPr>
        <w:jc w:val="right"/>
      </w:pPr>
      <w:r>
        <w:t>فرشتے آئیں گے اور ایک اور سواری پر مجھے بٹھا دیں گے، جو سواری جا رہی ہوگی اس دنیا سے کسی اور دنیا کی طرف۔</w:t>
      </w:r>
    </w:p>
    <w:p>
      <w:r>
        <w:rPr>
          <w:b/>
        </w:rPr>
        <w:t xml:space="preserve">[06:29] </w:t>
      </w:r>
      <w:r>
        <w:t>ab yeh main sochne laga.</w:t>
      </w:r>
    </w:p>
    <w:p>
      <w:pPr>
        <w:jc w:val="right"/>
      </w:pPr>
      <w:r>
        <w:t>اب یہ میں سوچنے لگا۔</w:t>
      </w:r>
    </w:p>
    <w:p>
      <w:r>
        <w:rPr>
          <w:b/>
        </w:rPr>
        <w:t xml:space="preserve">[06:33] </w:t>
      </w:r>
      <w:r>
        <w:t>isi mein soch mein raha ke kaisa ajeeb woh din hoga jab ke maut ke firishte aayenge, mujhe</w:t>
      </w:r>
    </w:p>
    <w:p>
      <w:pPr>
        <w:jc w:val="right"/>
      </w:pPr>
      <w:r>
        <w:t>اسی میں سوچ میں رہا کہ کیسا عجیب وہ دن ہوگا جب کہ موت کے فرشتے آئیں، مجھے</w:t>
      </w:r>
    </w:p>
    <w:p>
      <w:r>
        <w:rPr>
          <w:b/>
        </w:rPr>
        <w:t xml:space="preserve">[06:46] </w:t>
      </w:r>
      <w:r>
        <w:t>yani aik aur sawari bitha denge. Woh aik hoga goya ke aik aik explosion hoga, compulsory explosion is dunya se.</w:t>
      </w:r>
    </w:p>
    <w:p>
      <w:pPr>
        <w:jc w:val="right"/>
      </w:pPr>
      <w:r>
        <w:t>یعنی ایک اور سواری بٹھا دیں گے۔ وہ ایک ہوگا گویا کہ ایک ایک ایکسپلژن ہوگا، کمپلسری ایکسپلژن اس دنیا سے۔</w:t>
      </w:r>
    </w:p>
    <w:p>
      <w:r>
        <w:rPr>
          <w:b/>
        </w:rPr>
        <w:t xml:space="preserve">[07:00] </w:t>
      </w:r>
      <w:r>
        <w:t>chalo ab yahan tumhein rehne ka waqt khatam ho gaya. Ab aik jahaz mein, aik maut ke jahaz mein mujhe baithna hoga. Woh kahan jayega? Kuch pata nahin.</w:t>
      </w:r>
    </w:p>
    <w:p>
      <w:pPr>
        <w:jc w:val="right"/>
      </w:pPr>
      <w:r>
        <w:t>چلو اب یہاں تمہیں رہنے کا وقت ختم ہوگیا۔ اب ایک جہاز میں، ایک موت کے جہاز میں مجھے بیٹھنا ہوگا۔ وہ کہاں جائے گا؟ کچھ پتہ نہیں۔</w:t>
      </w:r>
    </w:p>
    <w:p>
      <w:r>
        <w:rPr>
          <w:b/>
        </w:rPr>
        <w:t xml:space="preserve">[07:11] </w:t>
      </w:r>
      <w:r>
        <w:t>yeh sab sochta raha mein. to ab mind ko mein activate kiye hue tha. mind ko activate kiye hue tha is jo khuda ka jo creation plan hai.</w:t>
      </w:r>
    </w:p>
    <w:p>
      <w:pPr>
        <w:jc w:val="right"/>
      </w:pPr>
      <w:r>
        <w:t>یہ سب سوچتا رہا میں۔ تو اب مائنڈ کو میں ایکٹیویٹ کیے ہوئے تھا۔ مائنڈ کو ایکٹیویٹ کیے ہوئے تھا اس جو خدا کا جو کریشن پلان ہے۔</w:t>
      </w:r>
    </w:p>
    <w:p>
      <w:r>
        <w:rPr>
          <w:b/>
        </w:rPr>
        <w:t xml:space="preserve">[07:25] </w:t>
      </w:r>
      <w:r>
        <w:t>poora mind mera creation plan of god ko soch raha tha.</w:t>
      </w:r>
    </w:p>
    <w:p>
      <w:pPr>
        <w:jc w:val="right"/>
      </w:pPr>
      <w:r>
        <w:t>پورا مائنڈ میرا کریشن پلان آف گاڈ کو سوچ رہا تھا۔</w:t>
      </w:r>
    </w:p>
    <w:p>
      <w:r>
        <w:rPr>
          <w:b/>
        </w:rPr>
        <w:t xml:space="preserve">[07:29] </w:t>
      </w:r>
      <w:r>
        <w:t>zindagi aur maut, maut ke baad ek aur duniya. to is ka nateeja kya hua? dekhiye, ek bahut badi Allah taala ne mujhe blessing di.</w:t>
      </w:r>
    </w:p>
    <w:p>
      <w:pPr>
        <w:jc w:val="right"/>
      </w:pPr>
      <w:r>
        <w:t>زندگی اور موت، موت کے بعد ایک اور دنیا۔ تو اس کا نتیجہ کیا ہوا؟ دیکھیے، ایک بہت بڑی اللہ تعالی نے مجھے بلیسنگ دی۔</w:t>
      </w:r>
    </w:p>
    <w:p>
      <w:r>
        <w:rPr>
          <w:b/>
        </w:rPr>
        <w:t xml:space="preserve">[07:40] </w:t>
      </w:r>
      <w:r>
        <w:t>yeh safar mere liye ek bahut bada point of reference ban gaya. bahut badi dua ke liye</w:t>
      </w:r>
    </w:p>
    <w:p>
      <w:pPr>
        <w:jc w:val="right"/>
      </w:pPr>
      <w:r>
        <w:t>یہ سفر میرے لیے ایک بہت بڑا پوائنٹ آف ریفرنس بن گیا۔ بہت بڑی دعا کے لیے</w:t>
      </w:r>
    </w:p>
    <w:p>
      <w:r>
        <w:rPr>
          <w:b/>
        </w:rPr>
        <w:t xml:space="preserve">[07:47] </w:t>
      </w:r>
      <w:r>
        <w:t>point of reference. ab hamara jahaz fly karte hue, fly karte hue ja raha tha. to daraan parwaaz to mein yeh sochta raha ke Allah taala ne kaisa ajeeb insaan ko</w:t>
      </w:r>
    </w:p>
    <w:p>
      <w:pPr>
        <w:jc w:val="right"/>
      </w:pPr>
      <w:r>
        <w:t>پوائنٹ آف ریفرنس۔ اب ہمارا جہاز فلائی کرتے ہوئے، فلائی کرتے ہوئے جا رہا تھا۔ تو دوران پرواز تو میں یہ سوچتا رہا کہ اللہ تعالی نے کیسا عجیب انسان کو</w:t>
      </w:r>
    </w:p>
    <w:p>
      <w:r>
        <w:rPr>
          <w:b/>
        </w:rPr>
        <w:t xml:space="preserve">[08:04] </w:t>
      </w:r>
      <w:r>
        <w:t>teen cheezein di hain. teen cheezein. ek mind diya hai, doosre material sab is duniya mein har tarah ke, aur phir infrastructure hai.</w:t>
      </w:r>
    </w:p>
    <w:p>
      <w:pPr>
        <w:jc w:val="right"/>
      </w:pPr>
      <w:r>
        <w:t>تین چیزیں دی ہیں۔ تین چیزیں۔ ایک مائنڈ دیا ہے، دوسرے مٹیریل سب اس دنیا میں ہر طرح کے، اور پھر انفراسٹرکچر ہے۔</w:t>
      </w:r>
    </w:p>
    <w:p>
      <w:r>
        <w:rPr>
          <w:b/>
        </w:rPr>
        <w:t xml:space="preserve">[08:18] </w:t>
      </w:r>
      <w:r>
        <w:t>infrastructure aur material ko istemal karte hue mind jo hai cheezein banata hai.</w:t>
      </w:r>
    </w:p>
    <w:p>
      <w:pPr>
        <w:jc w:val="right"/>
      </w:pPr>
      <w:r>
        <w:t>انفراسٹرکچر اور مٹیریل کو استعمال کرتے ہوئے مائنڈ جو ہے چیزیں بناتا ہے۔</w:t>
      </w:r>
    </w:p>
    <w:p>
      <w:r>
        <w:rPr>
          <w:b/>
        </w:rPr>
        <w:t xml:space="preserve">[08:25] </w:t>
      </w:r>
      <w:r>
        <w:t>sab se pehle insaan chalta tha, paaon se chalta tha. phir us ne chhoti chhoti sawariyan banayin, wheel daryaft ki, bail gaadi banayi,</w:t>
      </w:r>
    </w:p>
    <w:p>
      <w:pPr>
        <w:jc w:val="right"/>
      </w:pPr>
      <w:r>
        <w:t>سب سے پہلے انسان چلتا تھا، پاؤں سے چلتا تھا۔ پھر اس نے چھوٹی چھوٹی سواریاں بنائیں، ویل دریافت کی، بیل گاڑی بنائی،</w:t>
      </w:r>
    </w:p>
    <w:p>
      <w:r>
        <w:rPr>
          <w:b/>
        </w:rPr>
        <w:t xml:space="preserve">[08:41] </w:t>
      </w:r>
      <w:r>
        <w:t>phir bicycle banayi,</w:t>
      </w:r>
    </w:p>
    <w:p>
      <w:pPr>
        <w:jc w:val="right"/>
      </w:pPr>
      <w:r>
        <w:t>پھر بائیسکل بنائی،</w:t>
      </w:r>
    </w:p>
    <w:p>
      <w:r>
        <w:rPr>
          <w:b/>
        </w:rPr>
        <w:t xml:space="preserve">[08:45] </w:t>
      </w:r>
      <w:r>
        <w:t>phir ghoda gaadi banayi, phir car banayi. aate hote hote hawai jahaz bana liya, samandari jahaz banaye.</w:t>
      </w:r>
    </w:p>
    <w:p>
      <w:pPr>
        <w:jc w:val="right"/>
      </w:pPr>
      <w:r>
        <w:t>پھر گھوڑا گاڑی بنائی، پھر کار بنائے۔ آتے ہوتے ہوتے ہوائی جہاز بنا لیا، سمندری جہاز بنائے۔</w:t>
      </w:r>
    </w:p>
    <w:p>
      <w:r>
        <w:rPr>
          <w:b/>
        </w:rPr>
        <w:t xml:space="preserve">[08:55] </w:t>
      </w:r>
      <w:r>
        <w:t>yeh apne mind ko is ne activate kiya, jo duniya mein</w:t>
      </w:r>
    </w:p>
    <w:p>
      <w:pPr>
        <w:jc w:val="right"/>
      </w:pPr>
      <w:r>
        <w:t>یہ اپنے مائنڈ کو اس نے ایکٹیویٹ کیا، جو دنیا میں</w:t>
      </w:r>
    </w:p>
    <w:p>
      <w:r>
        <w:rPr>
          <w:b/>
        </w:rPr>
        <w:t xml:space="preserve">[09:02] </w:t>
      </w:r>
      <w:r>
        <w:t>different qism ke jo saman hain, us ko explore kiya, infrastructure ko istemal kiya. is ka nateeja hua ke bicycle se sawar ho ke, bicycle se safar shuru kar hua is ka, aur airplane tak pahunch gaya, rocket tak pahunch gaya.</w:t>
      </w:r>
    </w:p>
    <w:p>
      <w:pPr>
        <w:jc w:val="right"/>
      </w:pPr>
      <w:r>
        <w:t>ڈفرنٹ قسم کے جو سامان ہیں، اس کو ایکسپلور کیا، انفراسٹرکچر کو استعمال کیا۔ اس کا نتیجہ ہوا کہ بائیسکل سے سوار ہو کے، بائیسکل سے سفر شروع کر ہوا اس کا، اور ایروپلین تک پہنچ گیا، راکٹ تک پہنچ گیا۔</w:t>
      </w:r>
    </w:p>
    <w:p>
      <w:r>
        <w:rPr>
          <w:b/>
        </w:rPr>
        <w:t xml:space="preserve">[09:19] </w:t>
      </w:r>
      <w:r>
        <w:t>to ajeeb shukr hi shukr tha mera ke kaisa ajeeb hai. is mein dekhiye, ek ek baat yeh hai ke shukr ka bada jo bada shukr ka aap kab kab kab kar paate hain?</w:t>
      </w:r>
    </w:p>
    <w:p>
      <w:pPr>
        <w:jc w:val="right"/>
      </w:pPr>
      <w:r>
        <w:t>تو عجیب شکر ہی شکر تھا میرا کہ کیسا عجیب ہے۔ اس میں دیکھیے، ایک ایک بات یہ ہے کہ شکر کا بڑا جو بڑا شکر کا آپ کب کب کب کر پاتے ہیں؟</w:t>
      </w:r>
    </w:p>
    <w:p>
      <w:r>
        <w:rPr>
          <w:b/>
        </w:rPr>
        <w:t xml:space="preserve">[09:37] </w:t>
      </w:r>
      <w:r>
        <w:t>jab shukr ke item ko aap personalize kar sakein, personalize kar sakein. yani yeh sab jo hua, us ko aap apne andar utarein ke mere liye yeh duniya banayi gayi, mere liye infrastructure diya gaya, mere liye saman rakha gaya, mere liye bicycle bani, mere liye car bani, mere liye hawai jahaz bana.</w:t>
      </w:r>
    </w:p>
    <w:p>
      <w:pPr>
        <w:jc w:val="right"/>
      </w:pPr>
      <w:r>
        <w:t>جب شکر کے آئٹم کو آپ پرسنلائز کر سکیں، پرسنلائز کر سکیں۔ یعنی یہ سب جو ہوا، اس کو آپ اپنے اندر اتاریں کہ میرے لیے یہ دنیا بنائی گئی، میرے لیے انفراسٹرکچر دیا گیا، میرے لیے سامان رکھا گیا، میرے لیے بائیسکل بنی، میرے لیے کار بنی، میرے لیے ہوائی جہاز بنا۔</w:t>
      </w:r>
    </w:p>
    <w:p>
      <w:r>
        <w:rPr>
          <w:b/>
        </w:rPr>
        <w:t xml:space="preserve">[10:00] </w:t>
      </w:r>
      <w:r>
        <w:t>in sari baaton ko aap personalize kar sakein, apni satah par la sakein. to kya hota hai? universal shukr aata hai.</w:t>
      </w:r>
    </w:p>
    <w:p>
      <w:pPr>
        <w:jc w:val="right"/>
      </w:pPr>
      <w:r>
        <w:t>ان ساری باتوں کو آپ پرسنلائز کر سکیں، اپنی سطح پر لا سکیں۔ تو کیا ہوتا ہے؟ یونیورسل شکر آتا ہے۔</w:t>
      </w:r>
    </w:p>
    <w:p>
      <w:r>
        <w:rPr>
          <w:b/>
        </w:rPr>
        <w:t xml:space="preserve">[10:12] </w:t>
      </w:r>
      <w:r>
        <w:t>shukr ka ek yani ek himalaya shukr aata hai, warna to ek chhota shukr rahega. ek shukr ka ek zara aap ke andar rahega.</w:t>
      </w:r>
    </w:p>
    <w:p>
      <w:pPr>
        <w:jc w:val="right"/>
      </w:pPr>
      <w:r>
        <w:t>شکر کا ایک یعنی ایک ہمالیہ شکر آتا ہے، ورنہ تو ایک چھوٹا شکر رہے گا۔ ایک شکر کا ایک ذرہ آپ کے اندر رہے گا۔</w:t>
      </w:r>
    </w:p>
    <w:p>
      <w:r>
        <w:rPr>
          <w:b/>
        </w:rPr>
        <w:t xml:space="preserve">[10:23] </w:t>
      </w:r>
      <w:r>
        <w:t>yani aap ne apne liye ek car khareedi, farz ki jiye,</w:t>
      </w:r>
    </w:p>
    <w:p>
      <w:pPr>
        <w:jc w:val="right"/>
      </w:pPr>
      <w:r>
        <w:t>یعنی آپ نے اپنے لیے ایک کار خریدی، فرض کیجیے،</w:t>
      </w:r>
    </w:p>
    <w:p>
      <w:r>
        <w:rPr>
          <w:b/>
        </w:rPr>
        <w:t xml:space="preserve">[10:29] </w:t>
      </w:r>
      <w:r>
        <w:t>to itna shukr aap ko aayega. lekin poori humanity ko jo mil raha hai, poori mankind ko jo mil raha hai, us ko aap personalize karein to kya hoga?</w:t>
      </w:r>
    </w:p>
    <w:p>
      <w:pPr>
        <w:jc w:val="right"/>
      </w:pPr>
      <w:r>
        <w:t>تو اتنا شکر آپ کو آئے گا۔ لیکن پوری ہیومینٹی کو جو مل رہا ہے، پوری مین کائنڈ کو جو مل رہا ہے، اس کو آپ پرسنلائز کریں تو کیا ہوگا؟</w:t>
      </w:r>
    </w:p>
    <w:p>
      <w:r>
        <w:rPr>
          <w:b/>
        </w:rPr>
        <w:t xml:space="preserve">[10:40] </w:t>
      </w:r>
      <w:r>
        <w:t>yani shukr ka ek samandar, oceanic shukr aaya aap ke andar. to mein Allah ke fazl se personalize karta hoon. mein yeh nahi sochta mujhe kya mila.</w:t>
      </w:r>
    </w:p>
    <w:p>
      <w:pPr>
        <w:jc w:val="right"/>
      </w:pPr>
      <w:r>
        <w:t>یعنی شکر کا ایک سمندر، اوشانک شکر آیا آپ کے اندر۔ تو میں اللہ کے فضل سے پرسنلائز کرتا ہوں۔ میں یہ نہیں سوچتا مجھے کیا ملا۔</w:t>
      </w:r>
    </w:p>
    <w:p>
      <w:r>
        <w:rPr>
          <w:b/>
        </w:rPr>
        <w:t xml:space="preserve">[10:50] </w:t>
      </w:r>
      <w:r>
        <w:t>yeh kabhi nahi sochta mein insaan ko kya mila. zahir hai ke hawai jahaz ki industry maine nahi lagayi, mein kisi hawai jahaz ka malik nahi hoon.</w:t>
      </w:r>
    </w:p>
    <w:p>
      <w:pPr>
        <w:jc w:val="right"/>
      </w:pPr>
      <w:r>
        <w:t>یہ کبھی نہیں سوچتا میں انسان کو کیا ملا۔ ظاہر ہے کہ ہوائی جہاز کی انڈسٹری میں نے نہیں لگائی، میں کسی ہوائی جہاز کا مالک نہیں ہوں۔</w:t>
      </w:r>
    </w:p>
    <w:p>
      <w:r>
        <w:rPr>
          <w:b/>
        </w:rPr>
        <w:t xml:space="preserve">[11:01] </w:t>
      </w:r>
      <w:r>
        <w:t>lekin poori aviation industry jaise lagti hai ke woh mere liye hai. sab poori us ko unhon ne personalize kar liya.</w:t>
      </w:r>
    </w:p>
    <w:p>
      <w:pPr>
        <w:jc w:val="right"/>
      </w:pPr>
      <w:r>
        <w:t>لیکن پوری ایوی ایشن انڈسٹری جیسے لگتی ہے کہ وہ میرے لیے ہے۔ سب پوری اس کو انہوں نے پرسنلائز کر لیا۔</w:t>
      </w:r>
    </w:p>
    <w:p>
      <w:r>
        <w:rPr>
          <w:b/>
        </w:rPr>
        <w:t xml:space="preserve">[11:09] </w:t>
      </w:r>
      <w:r>
        <w:t>to oceanic shukr paida hua. itni badi civilization, itna bada process chala, kahan se kahan pahuncha, woh sab mere mind mein aa ke personalize ho gaya.</w:t>
      </w:r>
    </w:p>
    <w:p>
      <w:pPr>
        <w:jc w:val="right"/>
      </w:pPr>
      <w:r>
        <w:t>تو اوشانک شکر پیدا ہوا۔ اتنی بڑی سویلائزیشن، اتنا بڑا پروسیس چلا، کہاں سے کہاں پہنچا، وہ سب میرے مائنڈ میں آ کے پرسنلائز ہو گیا۔</w:t>
      </w:r>
    </w:p>
    <w:p>
      <w:r>
        <w:rPr>
          <w:b/>
        </w:rPr>
        <w:t xml:space="preserve">[11:28] </w:t>
      </w:r>
      <w:r>
        <w:t>to mein hawai jahaz par fly kar raha tha, aur yeh sara cheezein ek ek ocean ke roop mein, ek samandar ke roop mein mere andar maujein maar rahi theen ke kitna bada yeh Allah taala ka inaam hai.</w:t>
      </w:r>
    </w:p>
    <w:p>
      <w:pPr>
        <w:jc w:val="right"/>
      </w:pPr>
      <w:r>
        <w:t>تو میں ہوائی جہاز پر فلائی کر رہا تھا، اور یہ سارا چیزیں ایک ایک اوشن کے روپ میں، ایک سمندر کے روپ میں میرے اندر موجیں مار رہی تھیں کہ کتنا بڑا یہ اللہ تعالی کا انعام ہے۔</w:t>
      </w:r>
    </w:p>
    <w:p>
      <w:r>
        <w:rPr>
          <w:b/>
        </w:rPr>
        <w:t xml:space="preserve">[11:40] </w:t>
      </w:r>
      <w:r>
        <w:t>maine socha ke mein paanch languages jaanta hoon, thodi bahut:</w:t>
      </w:r>
    </w:p>
    <w:p>
      <w:pPr>
        <w:jc w:val="right"/>
      </w:pPr>
      <w:r>
        <w:t>میں نے سوچا کہ میں پانچ لینگویجز جانتا ہوں، تھوڑی بہت:</w:t>
      </w:r>
    </w:p>
    <w:p>
      <w:r>
        <w:rPr>
          <w:b/>
        </w:rPr>
        <w:t xml:space="preserve">[11:45] </w:t>
      </w:r>
      <w:r>
        <w:t>Urdu, Arabi, Farsi, Angrezi aur Hindi. mein socha ke khudaaya, paanchon zabaan ke saare jo dictionary hai, woh mujhe yaad ho.</w:t>
      </w:r>
    </w:p>
    <w:p>
      <w:pPr>
        <w:jc w:val="right"/>
      </w:pPr>
      <w:r>
        <w:t>اردو، عربی، فارسی، انگریزی اور ہندی۔ میں سوچا کہ خدایا، پانچوں زبان کے سارے جو ڈکشنری ہے، وہ مجھے یاد ہو۔</w:t>
      </w:r>
    </w:p>
    <w:p>
      <w:r>
        <w:rPr>
          <w:b/>
        </w:rPr>
        <w:t xml:space="preserve">[11:59] </w:t>
      </w:r>
      <w:r>
        <w:t>saare jo shabd hain, woh mujhe mere dimaagh mein hoon.</w:t>
      </w:r>
    </w:p>
    <w:p>
      <w:pPr>
        <w:jc w:val="right"/>
      </w:pPr>
      <w:r>
        <w:t>سارے جو शब्द ہیں، وہ مجھے میرے دماغ میں ہوں۔</w:t>
      </w:r>
    </w:p>
    <w:p>
      <w:r>
        <w:rPr>
          <w:b/>
        </w:rPr>
        <w:t xml:space="preserve">[12:04] </w:t>
      </w:r>
      <w:r>
        <w:t>aur saare sab paanch zabaan ke saare shabdun ko le kar main tera shukr ada karna chahoon to main shukr nahin kar sakunga.</w:t>
      </w:r>
    </w:p>
    <w:p>
      <w:pPr>
        <w:jc w:val="right"/>
      </w:pPr>
      <w:r>
        <w:t>اور سارے سب پانچ زبان کے سارے शब्दوں کو لے کر میں تیرا شکر ادا کرنا چاہوں تو میں شکر نہیں کر سکوں گا۔</w:t>
      </w:r>
    </w:p>
    <w:p>
      <w:r>
        <w:rPr>
          <w:b/>
        </w:rPr>
        <w:t xml:space="preserve">[12:13] </w:t>
      </w:r>
      <w:r>
        <w:t>kyunki itni badi blessing ko bhala kaise main bana bayaan kar sakta hoon?</w:t>
      </w:r>
    </w:p>
    <w:p>
      <w:pPr>
        <w:jc w:val="right"/>
      </w:pPr>
      <w:r>
        <w:t>کیونکہ اتنی بڑی بلیسنگ کو بھلا کیسے میں بنا بیان کر سکتا ہوں؟</w:t>
      </w:r>
    </w:p>
    <w:p>
      <w:r>
        <w:rPr>
          <w:b/>
        </w:rPr>
        <w:t xml:space="preserve">[12:20] </w:t>
      </w:r>
      <w:r>
        <w:t>yeh hai personalize karna ka art, of yaani personalize karne ka art. log isi baat ko jaante hain jo unko unhein mila.</w:t>
      </w:r>
    </w:p>
    <w:p>
      <w:pPr>
        <w:jc w:val="right"/>
      </w:pPr>
      <w:r>
        <w:t>یہ ہے پرسنلائز کرنا کا آرٹ، آف یعنی پرسنلائز کرنے کا آرٹ۔ لوگ اسی بات کو جانتے ہیں جو ان کو انہیں ملا۔</w:t>
      </w:r>
    </w:p>
    <w:p>
      <w:r>
        <w:rPr>
          <w:b/>
        </w:rPr>
        <w:t xml:space="preserve">[12:32] </w:t>
      </w:r>
      <w:r>
        <w:t>farz ki jiye aap ko ek car mili, aur pade is mein kisi ke paas do car hain, kisi ke paas teen car hain,</w:t>
      </w:r>
    </w:p>
    <w:p>
      <w:pPr>
        <w:jc w:val="right"/>
      </w:pPr>
      <w:r>
        <w:t>فرض کیجیے آپ کو ایک کار ملی، اور پڑے اس میں کسی کے پاس دو کار ہیں، کسی کے پاس تین کار ہیں،</w:t>
      </w:r>
    </w:p>
    <w:p>
      <w:r>
        <w:rPr>
          <w:b/>
        </w:rPr>
        <w:t xml:space="preserve">[12:38] </w:t>
      </w:r>
      <w:r>
        <w:t>to aap ko lagta hai ki mujhe kya mila? mila to unko hai, mila to unko hai. main morocco gaya to badshah ke haan maloom hua ki 500 cars hain.</w:t>
      </w:r>
    </w:p>
    <w:p>
      <w:pPr>
        <w:jc w:val="right"/>
      </w:pPr>
      <w:r>
        <w:t>تو آپ کو لگتا ہے کہ مجھے کیا ملا؟ ملا تو ان کو ہے، ملا تو ان کو ہے۔ میں مراکش گیا تو بادشاہ کے ہاں معلوم ہوا کہ 500 کارز ہیں۔</w:t>
      </w:r>
    </w:p>
    <w:p>
      <w:r>
        <w:rPr>
          <w:b/>
        </w:rPr>
        <w:t xml:space="preserve">[12:50] </w:t>
      </w:r>
      <w:r>
        <w:t>ek poora unke paas department hai, 500 cars hain badshah ke</w:t>
      </w:r>
    </w:p>
    <w:p>
      <w:pPr>
        <w:jc w:val="right"/>
      </w:pPr>
      <w:r>
        <w:t>ایک پورا ان کے پاس ڈیپارٹمنٹ ہے، 500 کارز ہیں بادشاہ کے</w:t>
      </w:r>
    </w:p>
    <w:p>
      <w:r>
        <w:rPr>
          <w:b/>
        </w:rPr>
        <w:t xml:space="preserve">[12:56] </w:t>
      </w:r>
      <w:r>
        <w:t>istemal ke liye. logon logon ko jo mehman aate hain, jo guest aate hain, unke liye. to aap kahein ki bhai mere paas ek car hai, iske paas 500 car hain, kisi aur ke paas thousand car hogi, kisi ke paas car ki ek factory hogi.</w:t>
      </w:r>
    </w:p>
    <w:p>
      <w:pPr>
        <w:jc w:val="right"/>
      </w:pPr>
      <w:r>
        <w:t>استعمال کے لیے۔ لوگوں لوگوں کو جو مہمان آتے ہیں، جو گیسٹ آتے ہیں، ان کے لیے۔ تو آپ کہیں کہ بھئی میرے پاس ایک کار ہے، اس کے پاس 500 کار ہیں، کسی اور کے پاس تھاؤزنڈ کار ہوگی، کسی کے پاس کار کی ایک فیکٹری ہوگی۔</w:t>
      </w:r>
    </w:p>
    <w:p>
      <w:r>
        <w:rPr>
          <w:b/>
        </w:rPr>
        <w:t xml:space="preserve">[13:10] </w:t>
      </w:r>
      <w:r>
        <w:t>to aap ko apna jo mila hai, woh bahut kam dikhai dega.</w:t>
      </w:r>
    </w:p>
    <w:p>
      <w:pPr>
        <w:jc w:val="right"/>
      </w:pPr>
      <w:r>
        <w:t>تو آپ کو اپنا جو ملا ہے، وہ بہت کم دکھائی دے گا۔</w:t>
      </w:r>
    </w:p>
    <w:p>
      <w:r>
        <w:rPr>
          <w:b/>
        </w:rPr>
        <w:t xml:space="preserve">[13:17] </w:t>
      </w:r>
      <w:r>
        <w:t>is liye Allah taala ne mujhe yeh tofeeq di ki main personalize kar sakun Khuda ki nematon ko.</w:t>
      </w:r>
    </w:p>
    <w:p>
      <w:pPr>
        <w:jc w:val="right"/>
      </w:pPr>
      <w:r>
        <w:t>اس لیے اللہ تعالی نے مجھے یہ توفیق دی کہ میں پرسنلائز کر سکوں خدا کی نعمتوں کو۔</w:t>
      </w:r>
    </w:p>
    <w:p>
      <w:r>
        <w:rPr>
          <w:b/>
        </w:rPr>
        <w:t xml:space="preserve">[13:26] </w:t>
      </w:r>
      <w:r>
        <w:t>to mere zehen mein jo shukr aata hai, woh oshanic shukr aata hai, global shukr aata hai, kainati shukr aata hai. aur tabhi to shukr aur nashukra kiya?</w:t>
      </w:r>
    </w:p>
    <w:p>
      <w:pPr>
        <w:jc w:val="right"/>
      </w:pPr>
      <w:r>
        <w:t>تو میرے ذہن میں جو شکر آتا ہے، وہ اوشانک شکر آتا ہے، گلوبل شکر آتا ہے، کائناتی شکر آتا ہے۔ اور تبھی تو شکر اور ناشکر کیا؟</w:t>
      </w:r>
    </w:p>
    <w:p>
      <w:r>
        <w:rPr>
          <w:b/>
        </w:rPr>
        <w:t xml:space="preserve">[13:36] </w:t>
      </w:r>
      <w:r>
        <w:t>aap ek ek ek ek shukr ka ek ek particle agar aap ke mind mein hai to aap shukr kahan kis karenge?</w:t>
      </w:r>
    </w:p>
    <w:p>
      <w:pPr>
        <w:jc w:val="right"/>
      </w:pPr>
      <w:r>
        <w:t>آپ ایک ایک ایک ایک شکر کا ایک ایک پارٹیکل اگر آپ کے مائنڈ میں ہے تو آپ شکر کہاں کس کریں گے؟</w:t>
      </w:r>
    </w:p>
    <w:p>
      <w:r>
        <w:rPr>
          <w:b/>
        </w:rPr>
        <w:t xml:space="preserve">[13:44] </w:t>
      </w:r>
      <w:r>
        <w:t>bada shukr kaise karenge aap? to ek aur ek aspect yeh hua. iske baad jab main utra dubai airport par to dubai airport bahut hi shandaar hai,</w:t>
      </w:r>
    </w:p>
    <w:p>
      <w:pPr>
        <w:jc w:val="right"/>
      </w:pPr>
      <w:r>
        <w:t>بڑا شکر کیسے کریں گے آپ؟ تو ایک اور ایک اسپیکٹ یہ ہوا۔ اس کے بعد جب میں اترا دبئی ایئرپورٹ پر تو دبئی ایئرپورٹ بہت ہی شاندار ہے،</w:t>
      </w:r>
    </w:p>
    <w:p>
      <w:r>
        <w:rPr>
          <w:b/>
        </w:rPr>
        <w:t xml:space="preserve">[13:59] </w:t>
      </w:r>
      <w:r>
        <w:t>bahut shandaar.</w:t>
      </w:r>
    </w:p>
    <w:p>
      <w:pPr>
        <w:jc w:val="right"/>
      </w:pPr>
      <w:r>
        <w:t>بہت شاندار۔</w:t>
      </w:r>
    </w:p>
    <w:p>
      <w:r>
        <w:rPr>
          <w:b/>
        </w:rPr>
        <w:t xml:space="preserve">[14:02] </w:t>
      </w:r>
      <w:r>
        <w:t>to wahan par dekha maine ki main is jahaz se nikla to mere liye wheelchair, bahut hi achhi wheelchair maujood thi. phir jahaz ke andar mere liye bahut achha intezaam tha.</w:t>
      </w:r>
    </w:p>
    <w:p>
      <w:pPr>
        <w:jc w:val="right"/>
      </w:pPr>
      <w:r>
        <w:t>تو وہاں پر دیکھا میں نے کہ میں اس جہاز سے نکلا تو میرے لیے ویل چیئر، بہت ہی اچھی ویل چیئر موجود تھی۔ پھر جہاز کے اندر میرے لیے بہت اچھا انتظام تھا۔</w:t>
      </w:r>
    </w:p>
    <w:p>
      <w:r>
        <w:rPr>
          <w:b/>
        </w:rPr>
        <w:t xml:space="preserve">[14:20] </w:t>
      </w:r>
      <w:r>
        <w:t>phir bahar nikla to</w:t>
      </w:r>
    </w:p>
    <w:p>
      <w:pPr>
        <w:jc w:val="right"/>
      </w:pPr>
      <w:r>
        <w:t>پھر باہر نکلا تو</w:t>
      </w:r>
    </w:p>
    <w:p>
      <w:r>
        <w:rPr>
          <w:b/>
        </w:rPr>
        <w:t xml:space="preserve">[14:25] </w:t>
      </w:r>
      <w:r>
        <w:t>airline ki car, bahut hi umda qism ki car maujood thi. phir woh gayi, mujhe ek ek shandaar hotel mein thahraya isne, waghera waghera.</w:t>
      </w:r>
    </w:p>
    <w:p>
      <w:pPr>
        <w:jc w:val="right"/>
      </w:pPr>
      <w:r>
        <w:t>ایئر لائن کی کار، بہت ہی عمدہ قسم کی کار موجود تھی۔ پھر وہ گئی، مجھے ایک ایک شاندار ہوٹل میں ٹھہرایا اس نے، وغیرہ وغیرہ۔</w:t>
      </w:r>
    </w:p>
    <w:p>
      <w:r>
        <w:rPr>
          <w:b/>
        </w:rPr>
        <w:t xml:space="preserve">[14:34] </w:t>
      </w:r>
      <w:r>
        <w:t>yeh bhi mere liye ek point of reference ban gaya ki Khudaaya, main zindagi ka safar jab khatm ho,</w:t>
      </w:r>
    </w:p>
    <w:p>
      <w:pPr>
        <w:jc w:val="right"/>
      </w:pPr>
      <w:r>
        <w:t>یہ بھی میرے لیے ایک پوائنٹ آف ریفرنس بن گیا کہ خدایا، میں زندگی کا سفر جب ختم ہو،</w:t>
      </w:r>
    </w:p>
    <w:p>
      <w:r>
        <w:rPr>
          <w:b/>
        </w:rPr>
        <w:t xml:space="preserve">[14:44] </w:t>
      </w:r>
      <w:r>
        <w:t>maut ke is paar main pahunchun to wahan to mujhe isi tareeqe se saari cheezein de de. wahan mujhe mehsoos hua ki main delhi mein jo chhoda tha, main ne us se bahut zyada mujhe dubai mil gaya.</w:t>
      </w:r>
    </w:p>
    <w:p>
      <w:pPr>
        <w:jc w:val="right"/>
      </w:pPr>
      <w:r>
        <w:t>موت کے اس پار میں پہنچوں تو وہاں تو مجھے اسی طریقے سے ساری چیزیں دے دے۔ وہاں مجھے محسوس ہوا کہ میں دلی میں جو چھوڑا تھا، میں نے اس سے بہت زیادہ مجھے دبئی مل گیا۔</w:t>
      </w:r>
    </w:p>
    <w:p>
      <w:r>
        <w:rPr>
          <w:b/>
        </w:rPr>
        <w:t xml:space="preserve">[15:01] </w:t>
      </w:r>
      <w:r>
        <w:t>to ajeeb, ek ajeeb ghareeb cheez, point of reference, point of reference ban gayi yeh tajurba</w:t>
      </w:r>
    </w:p>
    <w:p>
      <w:pPr>
        <w:jc w:val="right"/>
      </w:pPr>
      <w:r>
        <w:t>تو عجیب، ایک عجیب غریب چیز، پوائنٹ آف ریفرنس، پوائنٹ آف ریفرنس بن گئی یہ تجربہ</w:t>
      </w:r>
    </w:p>
    <w:p>
      <w:r>
        <w:rPr>
          <w:b/>
        </w:rPr>
        <w:t xml:space="preserve">[15:11] </w:t>
      </w:r>
      <w:r>
        <w:t>ki airport se pehle ki zindagi mere liye poori death period ko symbolize kar rahi thi. airport ke baad ki zindagi mujhe post death period ko symbolize kar rahi thi.</w:t>
      </w:r>
    </w:p>
    <w:p>
      <w:pPr>
        <w:jc w:val="right"/>
      </w:pPr>
      <w:r>
        <w:t>کہ ایئرپورٹ سے پہلے کی زندگی میرے لیے پوری ڈیتھ پیریڈ کو سمبولائز کر رہی تھی۔ ایئرپورٹ کے بعد کی زندگی مجھے پوسٹ ڈیتھ پیریڈ کو سمبولائز کر رہی تھی۔</w:t>
      </w:r>
    </w:p>
    <w:p>
      <w:r>
        <w:rPr>
          <w:b/>
        </w:rPr>
        <w:t xml:space="preserve">[15:26] </w:t>
      </w:r>
      <w:r>
        <w:t>phir dil se duaon ka ek ek ek samandar nikla ki Khudaaya, maut ke baad jab main ek aur duniya mein pahunchun to wahan isi tarah to mujh ko aur zyada behtar de de jo duniya mein, aaj ki duniya mein, mujhe to ne de diya hai.</w:t>
      </w:r>
    </w:p>
    <w:p>
      <w:pPr>
        <w:jc w:val="right"/>
      </w:pPr>
      <w:r>
        <w:t>پھر دل سے دعاؤں کا ایک ایک ایک سمندر نکلا کہ خدایا، موت کے بعد جب میں ایک اور دنیا میں پہنچوں تو وہاں اسی طرح تو مجھ کو اور زیادہ بہتر دے دے جو دنیا میں، آج کی دنیا میں، مجھے تو نے دے دیا ہے۔</w:t>
      </w:r>
    </w:p>
    <w:p>
      <w:r>
        <w:rPr>
          <w:b/>
        </w:rPr>
        <w:t xml:space="preserve">[15:49] </w:t>
      </w:r>
      <w:r>
        <w:t>phir woh dua meri samajh mein aayi ki Rabbana aatina fid dunya hasanah, wa fil akhirati hasanah, wa qina azabannar. yeh dua ka matlab kya hai? ka matlab kya?</w:t>
      </w:r>
    </w:p>
    <w:p>
      <w:pPr>
        <w:jc w:val="right"/>
      </w:pPr>
      <w:r>
        <w:t>پھر وہ دعا میری سمجھ میں آئی کہ ربنا آتنا فی الدنیا حسنہ، وفی الآخرة حسنہ، وقنا من النار۔ یہ دعا کا مطلب کیا ہے؟ کا مطلب کیا؟</w:t>
      </w:r>
    </w:p>
    <w:p>
      <w:r>
        <w:rPr>
          <w:b/>
        </w:rPr>
        <w:t xml:space="preserve">[15:59] </w:t>
      </w:r>
      <w:r>
        <w:t>aap Khuda se keh rahe hote hain, Khudaaya, is duniya ka jo hasanah tha, is duniya ki jo achhi cheezein thin, woh aap ne de din mujhe.</w:t>
      </w:r>
    </w:p>
    <w:p>
      <w:pPr>
        <w:jc w:val="right"/>
      </w:pPr>
      <w:r>
        <w:t>آپ خدا سے کہہ رہے ہوتے ہیں، خدایا، اس دنیا کا جو حسنہ تھا، اس دنیا کی جو اچھی چیزیں تھیں، وہ آپ نے دے دیں مجھے۔</w:t>
      </w:r>
    </w:p>
    <w:p>
      <w:r>
        <w:rPr>
          <w:b/>
        </w:rPr>
        <w:t xml:space="preserve">[16:08] </w:t>
      </w:r>
      <w:r>
        <w:t>ab akhirat ki jo achhi cheezein hain, jo us se bahut zyada hongi, woh bhi mujhe de di.</w:t>
      </w:r>
    </w:p>
    <w:p>
      <w:pPr>
        <w:jc w:val="right"/>
      </w:pPr>
      <w:r>
        <w:t>اب آخرت کی جو اچھی چیزیں ہیں، جو اس سے بہت زیادہ ہوں گی، وہ بھی مجھے دے دی۔</w:t>
      </w:r>
    </w:p>
    <w:p>
      <w:r>
        <w:rPr>
          <w:b/>
        </w:rPr>
        <w:t xml:space="preserve">[16:14] </w:t>
      </w:r>
      <w:r>
        <w:t>to aik aik blessing ko refer karte hue doosri blessing ko mangna yeh hai point of reference ka break.</w:t>
      </w:r>
    </w:p>
    <w:p>
      <w:pPr>
        <w:jc w:val="right"/>
      </w:pPr>
      <w:r>
        <w:t>تو ایک ایک بلیسنگ کو ریفر کرتے ہوئے دوسری بلیسنگ کو مانگنا یہ ہے پوائنٹ آف ریفرنس کا بریک۔</w:t>
      </w:r>
    </w:p>
    <w:p>
      <w:r>
        <w:rPr>
          <w:b/>
        </w:rPr>
        <w:t xml:space="preserve">[16:27] </w:t>
      </w:r>
      <w:r>
        <w:t>ke aaj ki duniya mein jo aap ko blessing mili hui hai,</w:t>
      </w:r>
    </w:p>
    <w:p>
      <w:pPr>
        <w:jc w:val="right"/>
      </w:pPr>
      <w:r>
        <w:t>کہ آج کی دنیا میں جو آپ کو بلیسنگ ملی ہوئی ہے،</w:t>
      </w:r>
    </w:p>
    <w:p>
      <w:r>
        <w:rPr>
          <w:b/>
        </w:rPr>
        <w:t xml:space="preserve">[16:30] </w:t>
      </w:r>
      <w:r>
        <w:t>jab aap us ko realize karen, us ko discover karen to aap us position mein ho jate hain ke aap us ko, us ke hawale se, us ke reference se aap yeh keh saken ge, khudaya, is ke baad phir aik aur duniya mein dakhil hona hai mujhe.</w:t>
      </w:r>
    </w:p>
    <w:p>
      <w:pPr>
        <w:jc w:val="right"/>
      </w:pPr>
      <w:r>
        <w:t>جب آپ اس کو ریلائز کریں، اس کو ڈسکور کریں تو آپ اس پوزیشن میں ہو جاتے ہیں کہ آپ اس کو، اس کے حوالے سے، اس کے ریفرنس سے آپ یہ کہہ سکیں گے، خدایا، اس کے بعد پھر ایک اور دنیا میں داخل ہونا ہے مجھے۔</w:t>
      </w:r>
    </w:p>
    <w:p>
      <w:r>
        <w:rPr>
          <w:b/>
        </w:rPr>
        <w:t xml:space="preserve">[16:47] </w:t>
      </w:r>
      <w:r>
        <w:t>to aap ne is is nemat ka ahtamam kar, duniya mein jis tarah to ne hasna diya hai, wahan bhi mujhe bartar hasna de de.</w:t>
      </w:r>
    </w:p>
    <w:p>
      <w:pPr>
        <w:jc w:val="right"/>
      </w:pPr>
      <w:r>
        <w:t>تو آپ نے اس اس نعمت کا اہتمام کر، دنیا میں جس طرح تو نے حسنہ دیا ہے، وہاں بھی مجھے برتر حسنہ دے دے۔</w:t>
      </w:r>
    </w:p>
    <w:p>
      <w:r>
        <w:rPr>
          <w:b/>
        </w:rPr>
        <w:t xml:space="preserve">[16:59] </w:t>
      </w:r>
      <w:r>
        <w:t>yeh kab hota hai? yeh jab aap ne koi distraction mein na jaen. sara sari burai distraction hai.</w:t>
      </w:r>
    </w:p>
    <w:p>
      <w:pPr>
        <w:jc w:val="right"/>
      </w:pPr>
      <w:r>
        <w:t>یہ کب ہوتا ہے؟ یہ جب آپ نے کوئی ڈسٹریکشن میں نہ جائیں۔ سارا ساری برائی ڈسٹریکشن ہے۔</w:t>
      </w:r>
    </w:p>
    <w:p>
      <w:r>
        <w:rPr>
          <w:b/>
        </w:rPr>
        <w:t xml:space="preserve">[17:06] </w:t>
      </w:r>
      <w:r>
        <w:t>jaise maine arz kiya na ke jahaz mein hain to wahan TV dekh rahe hain, jahan se bahar aaye hain to shopping kar rahe hain, kisi hotel mein ja ke hawa kar ke khana kha rahe hain.</w:t>
      </w:r>
    </w:p>
    <w:p>
      <w:pPr>
        <w:jc w:val="right"/>
      </w:pPr>
      <w:r>
        <w:t>جیسے میں نے عرض کیا نا کہ جہاز میں ہیں تو وہاں ٹی وی دیکھ رہے ہیں، جہاں سے باہر آئے ہیں تو شاپنگ کر رہے ہیں، کسی ہوٹل میں جا کے ہوا کر کے کھانا کھا رہے ہیں۔</w:t>
      </w:r>
    </w:p>
    <w:p>
      <w:r>
        <w:rPr>
          <w:b/>
        </w:rPr>
        <w:t xml:space="preserve">[17:20] </w:t>
      </w:r>
      <w:r>
        <w:t>yani har cheez aap ke liye ban jati hai</w:t>
      </w:r>
    </w:p>
    <w:p>
      <w:pPr>
        <w:jc w:val="right"/>
      </w:pPr>
      <w:r>
        <w:t>یعنی ہر چیز آپ کے لیے بن جاتی ہے</w:t>
      </w:r>
    </w:p>
    <w:p>
      <w:r>
        <w:rPr>
          <w:b/>
        </w:rPr>
        <w:t xml:space="preserve">[17:24] </w:t>
      </w:r>
      <w:r>
        <w:t>distraction. har cheez, har cheez, bajaye is ke ke aap sochen. yani koi bhi cheez jo ke banne wali thi aap ke point of reference dua ke liye, woh ban jati hai point of entertainment.</w:t>
      </w:r>
    </w:p>
    <w:p>
      <w:pPr>
        <w:jc w:val="right"/>
      </w:pPr>
      <w:r>
        <w:t>ڈسٹریکشن۔ ہر چیز، ہر چیز، بجائے اس کے کہ آپ سوچیں۔ یعنی کوئی بھی چیز جو کہ بننے والی تھی آپ کے پوائنٹ آف ریفرنس دعا کے لیے، وہ بن جاتی ہے پوائنٹ آف انٹرٹینمنٹ۔</w:t>
      </w:r>
    </w:p>
    <w:p>
      <w:r>
        <w:rPr>
          <w:b/>
        </w:rPr>
        <w:t xml:space="preserve">[17:41] </w:t>
      </w:r>
      <w:r>
        <w:t>yeh sab se bari mahroomi hai jis mein insan mubtala hai.</w:t>
      </w:r>
    </w:p>
    <w:p>
      <w:pPr>
        <w:jc w:val="right"/>
      </w:pPr>
      <w:r>
        <w:t>یہ سب سے بڑی محرومی ہے جس میں انسان مبتلا ہے۔</w:t>
      </w:r>
    </w:p>
    <w:p>
      <w:r>
        <w:rPr>
          <w:b/>
        </w:rPr>
        <w:t xml:space="preserve">[17:48] </w:t>
      </w:r>
      <w:r>
        <w:t>sab se bari mahroomi hai. inhi duaon ke zariye to ibadat hoti hai. ibadat aap samajhte hain ke koi aik form ka naam hai.</w:t>
      </w:r>
    </w:p>
    <w:p>
      <w:pPr>
        <w:jc w:val="right"/>
      </w:pPr>
      <w:r>
        <w:t>سب سے بڑی محرومی ہے۔ انہی دعاؤں کے ذریعے تو عبادت ہوتی ہے۔ عبادت آپ سمجھتے ہیں کہ کوئی ایک فارم کا نام ہے۔</w:t>
      </w:r>
    </w:p>
    <w:p>
      <w:r>
        <w:rPr>
          <w:b/>
        </w:rPr>
        <w:t xml:space="preserve">[17:58] </w:t>
      </w:r>
      <w:r>
        <w:t>log samajhte hain ibadat yeh hai ke ja kar ke aik aik form ko dohra liya. yeh</w:t>
      </w:r>
    </w:p>
    <w:p>
      <w:pPr>
        <w:jc w:val="right"/>
      </w:pPr>
      <w:r>
        <w:t>لوگ سمجھتے ہیں عبادت یہ ہے کہ جا کر کے ایک ایک فارم کو دہرا لیا۔ یہ</w:t>
      </w:r>
    </w:p>
    <w:p>
      <w:r>
        <w:rPr>
          <w:b/>
        </w:rPr>
        <w:t xml:space="preserve">[18:06] </w:t>
      </w:r>
      <w:r>
        <w:t>woh woh ibadat ka bohat hi reduced ka concept hai. ibadat ko underestimate karna hai.</w:t>
      </w:r>
    </w:p>
    <w:p>
      <w:pPr>
        <w:jc w:val="right"/>
      </w:pPr>
      <w:r>
        <w:t>وہ وہ عبادت کا بہت ہی ریڈیوسڈ کا کانسیپٹ ہے۔ عبادت کو انٹرسٹیمیٹ کرنا ہے۔</w:t>
      </w:r>
    </w:p>
    <w:p>
      <w:r>
        <w:rPr>
          <w:b/>
        </w:rPr>
        <w:t xml:space="preserve">[18:17] </w:t>
      </w:r>
      <w:r>
        <w:t>ibadat yahi hai ke aap Quran mein hai ke akam us salat liz zikri, namaz qaim karo meri yaad ke liye.</w:t>
      </w:r>
    </w:p>
    <w:p>
      <w:pPr>
        <w:jc w:val="right"/>
      </w:pPr>
      <w:r>
        <w:t>عبادت یہی ہے کہ آپ قرآن میں ہے کہ اکم الصلوۃ الذکری، نماز قائم کرو میری یاد کے لیے۔</w:t>
      </w:r>
    </w:p>
    <w:p>
      <w:r>
        <w:rPr>
          <w:b/>
        </w:rPr>
        <w:t xml:space="preserve">[18:28] </w:t>
      </w:r>
      <w:r>
        <w:t>isi tarah Quran mein hai ke azkurullaha zikran kathira, bohat ziyada Allah ki yaad karo. yahi to yaad karna hai.</w:t>
      </w:r>
    </w:p>
    <w:p>
      <w:pPr>
        <w:jc w:val="right"/>
      </w:pPr>
      <w:r>
        <w:t>اسی طرح قرآن میں ہے کہ اذکر اللہ ذکرا کثیرا، بہت زیادہ اللہ کی یاد کرو۔ یہی تو یاد کرنا ہے۔</w:t>
      </w:r>
    </w:p>
    <w:p>
      <w:r>
        <w:rPr>
          <w:b/>
        </w:rPr>
        <w:t xml:space="preserve">[18:38] </w:t>
      </w:r>
      <w:r>
        <w:t>yaad karne ka matlab nahi ke Allah Allah Allah Allah Allah Allah karte rahen. aik jhooti practice kar ke aap dil ki dharkan dharkanen, aap ko Allah Allah kehte sunai den.</w:t>
      </w:r>
    </w:p>
    <w:p>
      <w:pPr>
        <w:jc w:val="right"/>
      </w:pPr>
      <w:r>
        <w:t>یاد کرنے کا معنی نہیں کہ اللہ اللہ اللہ اللہ اللہ اللہ کرتے رہیں۔ ایک جھوٹی پریکٹس کر کے آپ دل کی دھڑکن دھڑکنیں، آپ کو اللہ اللہ کہتے سنائی دیں۔</w:t>
      </w:r>
    </w:p>
    <w:p>
      <w:r>
        <w:rPr>
          <w:b/>
        </w:rPr>
        <w:t xml:space="preserve">[18:46] </w:t>
      </w:r>
      <w:r>
        <w:t>yeh sab bilkul false</w:t>
      </w:r>
    </w:p>
    <w:p>
      <w:pPr>
        <w:jc w:val="right"/>
      </w:pPr>
      <w:r>
        <w:t>یہ سب بالکل فالس</w:t>
      </w:r>
    </w:p>
    <w:p>
      <w:r>
        <w:rPr>
          <w:b/>
        </w:rPr>
        <w:t xml:space="preserve">[18:49] </w:t>
      </w:r>
      <w:r>
        <w:t>zikr hai. false. kuch log mashq karte hain, mashq karte hain ke dil ka jo beat karta hai, dil aap jante hain, to woh har beating jo hai, Allah Allah Allah Allah, yeh bilkul lagoo hai, absurd hai,</w:t>
      </w:r>
    </w:p>
    <w:p>
      <w:pPr>
        <w:jc w:val="right"/>
      </w:pPr>
      <w:r>
        <w:t>ذکر ہے۔ فالس۔ کچھ لوگ مشق کرتے ہیں، مشق کرتے ہیں کہ دل کا جو وہ بیٹ کرتا ہے، دل آپ جانتے ہیں، تو وہ ہر بیٹنگ جو ہے، اللہ اللہ اللہ اللہ، یہ بالکل لغو ہے، ایبسرڈ ہے،</w:t>
      </w:r>
    </w:p>
    <w:p>
      <w:r>
        <w:rPr>
          <w:b/>
        </w:rPr>
        <w:t xml:space="preserve">[19:06] </w:t>
      </w:r>
      <w:r>
        <w:t>false concept of zikr hai.</w:t>
      </w:r>
    </w:p>
    <w:p>
      <w:pPr>
        <w:jc w:val="right"/>
      </w:pPr>
      <w:r>
        <w:t>فالس کانسیپٹ آف ذکر ہے۔</w:t>
      </w:r>
    </w:p>
    <w:p>
      <w:r>
        <w:rPr>
          <w:b/>
        </w:rPr>
        <w:t xml:space="preserve">[19:11] </w:t>
      </w:r>
      <w:r>
        <w:t>zikr aik intellectual phenomena hai, physical phenomena nahi hai. woh to aik physical phenomena hai, dil ki beating.</w:t>
      </w:r>
    </w:p>
    <w:p>
      <w:pPr>
        <w:jc w:val="right"/>
      </w:pPr>
      <w:r>
        <w:t>ذکر ایک انٹلیکچول فیناومینا ہے، فزیکل فیناومینا نہیں ہے۔ وہ تو ایک فزیکل فیناومینا ہے، دل کی بیٹنگ۔</w:t>
      </w:r>
    </w:p>
    <w:p>
      <w:r>
        <w:rPr>
          <w:b/>
        </w:rPr>
        <w:t xml:space="preserve">[19:23] </w:t>
      </w:r>
      <w:r>
        <w:t>yani zikr to aik bohat hi high qism ka, bohat oonchi qism ka, yani tafakkur se milta hai, soch se milta hai,</w:t>
      </w:r>
    </w:p>
    <w:p>
      <w:pPr>
        <w:jc w:val="right"/>
      </w:pPr>
      <w:r>
        <w:t>یعنی ذکر تو ایک بہت ہی ہائی قسم کا، بہت اونچی قسم کا، یعنی تفکیر سے ملتا ہے، سوچ سے ملتا ہے،</w:t>
      </w:r>
    </w:p>
    <w:p>
      <w:r>
        <w:rPr>
          <w:b/>
        </w:rPr>
        <w:t xml:space="preserve">[19:30] </w:t>
      </w:r>
      <w:r>
        <w:t>thinking se milta hai. bohat bari aik intellectual aik level pe aik exercise hoti hai, tab zikr aap ko milta hai.</w:t>
      </w:r>
    </w:p>
    <w:p>
      <w:pPr>
        <w:jc w:val="right"/>
      </w:pPr>
      <w:r>
        <w:t>تھنکنگ سے ملتا ہے۔ بہت بڑی ایک انٹلیکچول ایک لیول پہ ایک ایکسرسائز ہوتی ہے، تب ذکر آپ کو ملتا ہے۔</w:t>
      </w:r>
    </w:p>
    <w:p>
      <w:r>
        <w:rPr>
          <w:b/>
        </w:rPr>
        <w:t xml:space="preserve">[19:42] </w:t>
      </w:r>
      <w:r>
        <w:t>to aap ko sab se ziyada jo cheez karna hai, woh hai apne ko distraction se batana. wahan mein aik majlis mein mein ne kaha ke dekhen hota kya hai.</w:t>
      </w:r>
    </w:p>
    <w:p>
      <w:pPr>
        <w:jc w:val="right"/>
      </w:pPr>
      <w:r>
        <w:t>تو آپ کو سب سے زیادہ جو چیز کرنا ہے، وہ ہے اپنے کو ڈسٹریکشن سے بتانا۔ وہاں میں ایک مجلس میں میں نے کہا کہ دیکھیں ہوتا کیا ہے۔</w:t>
      </w:r>
    </w:p>
    <w:p>
      <w:r>
        <w:rPr>
          <w:b/>
        </w:rPr>
        <w:t xml:space="preserve">[19:55] </w:t>
      </w:r>
      <w:r>
        <w:t>Adam ka qissa maine bataya.</w:t>
      </w:r>
    </w:p>
    <w:p>
      <w:pPr>
        <w:jc w:val="right"/>
      </w:pPr>
      <w:r>
        <w:t>آدم کا قصہ میں نے بتایا۔</w:t>
      </w:r>
    </w:p>
    <w:p>
      <w:r>
        <w:rPr>
          <w:b/>
        </w:rPr>
        <w:t xml:space="preserve">[19:59] </w:t>
      </w:r>
      <w:r>
        <w:t>Hazrat Adam ko Allah taala ne paida kiya to jannat de di aur kaha ke jannat mein khoob jaise chaho waise raho.</w:t>
      </w:r>
    </w:p>
    <w:p>
      <w:pPr>
        <w:jc w:val="right"/>
      </w:pPr>
      <w:r>
        <w:t>حضرت آدم کو اللہ تعالی نے پیدا کیا تو جنت دے دی اور کہا کہ جنت میں خوب جیسے چاہو ویسے رہو۔</w:t>
      </w:r>
    </w:p>
    <w:p>
      <w:r>
        <w:rPr>
          <w:b/>
        </w:rPr>
        <w:t xml:space="preserve">[20:08] </w:t>
      </w:r>
      <w:r>
        <w:t>pura jannat tumhare liye khuli hui hai. lekin wahan par aik darakht tha, shajar mamnooa, yani forbidden tree.</w:t>
      </w:r>
    </w:p>
    <w:p>
      <w:pPr>
        <w:jc w:val="right"/>
      </w:pPr>
      <w:r>
        <w:t>پورا جنت تمہارے لیے کھلی ہوئی ہے۔ لیکن وہاں پر ایک درخت تھا، شجر ممنوعہ، یعنی فاربیڈن ٹری۔</w:t>
      </w:r>
    </w:p>
    <w:p>
      <w:r>
        <w:rPr>
          <w:b/>
        </w:rPr>
        <w:t xml:space="preserve">[20:19] </w:t>
      </w:r>
      <w:r>
        <w:t>is se is se bachao apne aap ko. don't approach this tree.</w:t>
      </w:r>
    </w:p>
    <w:p>
      <w:pPr>
        <w:jc w:val="right"/>
      </w:pPr>
      <w:r>
        <w:t>اس سے اس سے بچاؤ اپنے آپ کو۔ ڈونٹ اپروچ دس ٹری۔</w:t>
      </w:r>
    </w:p>
    <w:p>
      <w:r>
        <w:rPr>
          <w:b/>
        </w:rPr>
        <w:t xml:space="preserve">[20:25] </w:t>
      </w:r>
      <w:r>
        <w:t>to goya ke 99 percent se zyada cheezein mili hui theen adam ko. ek percent se kam ek cheez thi, woh ek darakht.</w:t>
      </w:r>
    </w:p>
    <w:p>
      <w:pPr>
        <w:jc w:val="right"/>
      </w:pPr>
      <w:r>
        <w:t>تو گویا کہ 99 پرسنٹ سے زیادہ چیزیں ملی ہوئی تھیں آدم کو۔ ایک پرسنٹ سے کم ایک چیز تھی، وہ ایک درخت۔</w:t>
      </w:r>
    </w:p>
    <w:p>
      <w:r>
        <w:rPr>
          <w:b/>
        </w:rPr>
        <w:t xml:space="preserve">[20:37] </w:t>
      </w:r>
      <w:r>
        <w:t>woh ek darakht jo hai, jannat ki nematon mein one percent se bhi kam tha.</w:t>
      </w:r>
    </w:p>
    <w:p>
      <w:pPr>
        <w:jc w:val="right"/>
      </w:pPr>
      <w:r>
        <w:t>وہ ایک درخت جو ہے، جنت کی نعمتوں میں ون پرسنٹ سے بھی کم تھا۔</w:t>
      </w:r>
    </w:p>
    <w:p>
      <w:r>
        <w:rPr>
          <w:b/>
        </w:rPr>
        <w:t xml:space="preserve">[20:42] </w:t>
      </w:r>
      <w:r>
        <w:t>aur baqi jo mili hui thi, woh more than 99 percent tha. to un ka temptation jo hai, woh jaaga aur un ka shaitan ne un ko pakaya.</w:t>
      </w:r>
    </w:p>
    <w:p>
      <w:pPr>
        <w:jc w:val="right"/>
      </w:pPr>
      <w:r>
        <w:t>اور باقی جو ملی ہوئی تھی، وہ مور دین 99 پرسنٹ تھا۔ تو ان کا ٹیمپریشن جو ہے، وہ جاگا اور ان کا شیطان نے ان کو پکایا۔</w:t>
      </w:r>
    </w:p>
    <w:p>
      <w:r>
        <w:rPr>
          <w:b/>
        </w:rPr>
        <w:t xml:space="preserve">[20:55] </w:t>
      </w:r>
      <w:r>
        <w:t>yeh quran majeed mein hai ke bhai asal cheez to yahi hai jis se un ko roka gaya hai.</w:t>
      </w:r>
    </w:p>
    <w:p>
      <w:pPr>
        <w:jc w:val="right"/>
      </w:pPr>
      <w:r>
        <w:t>یہ قرآن مجید میں ہے کہ بھئی اصل چیز تو یہی ہے جس سے ان کو روکا گیا ہے۔</w:t>
      </w:r>
    </w:p>
    <w:p>
      <w:r>
        <w:rPr>
          <w:b/>
        </w:rPr>
        <w:t xml:space="preserve">[21:01] </w:t>
      </w:r>
      <w:r>
        <w:t>is is is is yaani is forbidden tree ko itna barhaya, itna barhaya, itna barhaya hai ke bas sab kuch isi mein hai. to woh jo 99 percent mila hua tha, woh bhool gaya un ko aur ja kar unhon ne kha liya aur jannat se nikal diye gaye.</w:t>
      </w:r>
    </w:p>
    <w:p>
      <w:pPr>
        <w:jc w:val="right"/>
      </w:pPr>
      <w:r>
        <w:t>اس اس اس اس یعنی اس فاربیڈن ٹری کو اتنا بڑھایا، اتنا بڑھایا، اتنا بڑھایا ہے کہ بس سب کچھ اسی میں ہے۔ تو وہ جو 99 پرسنٹ ملا ہوا تھا، وہ بھول گیا ان کو اور جا کر انہوں نے کھا لیا اور جنت سے نکال دیے گئے۔</w:t>
      </w:r>
    </w:p>
    <w:p>
      <w:r>
        <w:rPr>
          <w:b/>
        </w:rPr>
        <w:t xml:space="preserve">[21:20] </w:t>
      </w:r>
      <w:r>
        <w:t>to maine kaha ke dekhein is mein kya sabak hai? sabak yeh hai ke har aadmi, har aadmi, har aadmi ko 99 item mile hue hain.</w:t>
      </w:r>
    </w:p>
    <w:p>
      <w:pPr>
        <w:jc w:val="right"/>
      </w:pPr>
      <w:r>
        <w:t>تو میں نے کہا کہ دیکھیں اس میں کیا سبق ہے؟ سبق یہ ہے کہ ہر آدمی، ہر آدمی، ہر آدمی کو 99 آئٹم ملے ہوئے ہیں۔</w:t>
      </w:r>
    </w:p>
    <w:p>
      <w:r>
        <w:rPr>
          <w:b/>
        </w:rPr>
        <w:t xml:space="preserve">[21:33] </w:t>
      </w:r>
      <w:r>
        <w:t>koi bhi aisa nahi hai jis ke jis ko</w:t>
      </w:r>
    </w:p>
    <w:p>
      <w:pPr>
        <w:jc w:val="right"/>
      </w:pPr>
      <w:r>
        <w:t>کوئی بھی ایسا نہیں ہے جس کے جس کو</w:t>
      </w:r>
    </w:p>
    <w:p>
      <w:r>
        <w:rPr>
          <w:b/>
        </w:rPr>
        <w:t xml:space="preserve">[21:39] </w:t>
      </w:r>
      <w:r>
        <w:t>99 item blessing ke na mile hue hon. lekin kis koi na koi ek item us ko nahi mila hua hota hai. woh har ek ko, chahe woh president ho, chahe king ho, chahe koi baldi aadmi ho, ek item to miss karega.</w:t>
      </w:r>
    </w:p>
    <w:p>
      <w:pPr>
        <w:jc w:val="right"/>
      </w:pPr>
      <w:r>
        <w:t>99 آئٹم بلیسنگ کے نہ ملے ہوئے ہوں۔ لیکن کس کوئی نہ کوئی ایک آئٹم اس کو نہیں ملا ہوا ہوتا ہے۔ وہ ہر ایک کو، چاہے وہ پریزیڈنٹ ہو، چاہے کنگ ہو، چاہے کوئی بلدی آدمی ہو، ایک آئٹم تو مس کرے گا۔</w:t>
      </w:r>
    </w:p>
    <w:p>
      <w:r>
        <w:rPr>
          <w:b/>
        </w:rPr>
        <w:t xml:space="preserve">[21:53] </w:t>
      </w:r>
      <w:r>
        <w:t>har ek ko</w:t>
      </w:r>
    </w:p>
    <w:p>
      <w:pPr>
        <w:jc w:val="right"/>
      </w:pPr>
      <w:r>
        <w:t>ہر ایک کو</w:t>
      </w:r>
    </w:p>
    <w:p>
      <w:r>
        <w:rPr>
          <w:b/>
        </w:rPr>
        <w:t xml:space="preserve">[21:55] </w:t>
      </w:r>
      <w:r>
        <w:t>phir bhi jannat mili thi un ko, yaani adam ko, phir bhi ek item, ek item miss kar raha tha.</w:t>
      </w:r>
    </w:p>
    <w:p>
      <w:pPr>
        <w:jc w:val="right"/>
      </w:pPr>
      <w:r>
        <w:t>پھر بھی جنت ملی تھی ان کو، یعنی آدم کو، پھر بھی ایک آئٹم، ایک آئٹم مس کر رہا تھا۔</w:t>
      </w:r>
    </w:p>
    <w:p>
      <w:r>
        <w:rPr>
          <w:b/>
        </w:rPr>
        <w:t xml:space="preserve">[22:04] </w:t>
      </w:r>
      <w:r>
        <w:t>yaani poore poore jannat un ko de di gayi thi jo hazaron empire se bari thi woh.</w:t>
      </w:r>
    </w:p>
    <w:p>
      <w:pPr>
        <w:jc w:val="right"/>
      </w:pPr>
      <w:r>
        <w:t>یعنی پورے پورے جنت ان کو دے دی گئی تھی جو ہزاروں ایمپائر سے بڑی تھی وہ۔</w:t>
      </w:r>
    </w:p>
    <w:p>
      <w:r>
        <w:rPr>
          <w:b/>
        </w:rPr>
        <w:t xml:space="preserve">[22:13] </w:t>
      </w:r>
      <w:r>
        <w:t>lekin ek item nahi tha. bas isi par unhon ne concentrate kar diya. bas yahin par sab kuch hai. yeh hai yeh hai yaani test aadmi ka ke to apna dhyan 99 percent par lagao,</w:t>
      </w:r>
    </w:p>
    <w:p>
      <w:pPr>
        <w:jc w:val="right"/>
      </w:pPr>
      <w:r>
        <w:t>لیکن ایک آئٹم نہیں تھا۔ بس اسی پر انہوں نے کنسنٹریٹ کر دیا۔ بس یہیں پر سب کچھ ہے۔ یہ ہے یہ ہے یعنی ٹیسٹ آدمی کا کہ تو اپنا دھیان 99 پرسنٹ پر لگاؤ،</w:t>
      </w:r>
    </w:p>
    <w:p>
      <w:r>
        <w:rPr>
          <w:b/>
        </w:rPr>
        <w:t xml:space="preserve">[22:28] </w:t>
      </w:r>
      <w:r>
        <w:t>one percent ko bhula do,</w:t>
      </w:r>
    </w:p>
    <w:p>
      <w:pPr>
        <w:jc w:val="right"/>
      </w:pPr>
      <w:r>
        <w:t>ون پرسنٹ کو بھلا دو،</w:t>
      </w:r>
    </w:p>
    <w:p>
      <w:r>
        <w:rPr>
          <w:b/>
        </w:rPr>
        <w:t xml:space="preserve">[22:31] </w:t>
      </w:r>
      <w:r>
        <w:t>tab tum distraction se bacho ge. distraction jo hai, woh isi liye hota hai ke aadmi us ek cheez jo aap ko nahi mili, isi par aap ka focus ho jata hai.</w:t>
      </w:r>
    </w:p>
    <w:p>
      <w:pPr>
        <w:jc w:val="right"/>
      </w:pPr>
      <w:r>
        <w:t>تب تم ڈسٹریکشن سے بچو گے۔ ڈسٹریکشن جو ہے، وہ اسی لیے ہوتا ہے کہ آدمی اس ایک چیز جو آپ کو نہیں ملی، اسی پر آپ کا فوکس ہو جاتا ہے۔</w:t>
      </w:r>
    </w:p>
    <w:p>
      <w:r>
        <w:rPr>
          <w:b/>
        </w:rPr>
        <w:t xml:space="preserve">[22:43] </w:t>
      </w:r>
      <w:r>
        <w:t>aur woh bohat hi disastrous hai.</w:t>
      </w:r>
    </w:p>
    <w:p>
      <w:pPr>
        <w:jc w:val="right"/>
      </w:pPr>
      <w:r>
        <w:t>اور وہ بہت ہی ڈساسٹرس ہے۔</w:t>
      </w:r>
    </w:p>
    <w:p>
      <w:r>
        <w:rPr>
          <w:b/>
        </w:rPr>
        <w:t xml:space="preserve">[22:48] </w:t>
      </w:r>
      <w:r>
        <w:t>and that leads to explosion from paradise. kitna disastrous hai?</w:t>
      </w:r>
    </w:p>
    <w:p>
      <w:pPr>
        <w:jc w:val="right"/>
      </w:pPr>
      <w:r>
        <w:t>اینڈ دیٹ لیڈز ٹو ایکسپلژن فرام پیراڈائز۔ کتنا ڈساسٹرس ہے؟</w:t>
      </w:r>
    </w:p>
    <w:p>
      <w:r>
        <w:rPr>
          <w:b/>
        </w:rPr>
        <w:t xml:space="preserve">[22:57] </w:t>
      </w:r>
      <w:r>
        <w:t>to yeh hai jis mein saare log phanse hue hain. is wajah se cheezein se sabak nahi le paate, cheezon ko point of reference bana kar ke dua nahi kar paate, cheezon mein jo spiritual food hai, us ko hasil nahi kar paate.</w:t>
      </w:r>
    </w:p>
    <w:p>
      <w:pPr>
        <w:jc w:val="right"/>
      </w:pPr>
      <w:r>
        <w:t>تو یہ ہے جس میں سارے لوگ پھنسے ہوئے ہیں۔ اس وجہ سے چیزیں سے سبق نہیں لے پاتے، چیزوں کو پوائنٹ آف ریفرنس بنا کر کے دعا نہیں کر پاتے، چیزوں میں جو اسپریچول فوڈ ہے، اس کو حاصل نہیں کر پاتے۔</w:t>
      </w:r>
    </w:p>
    <w:p>
      <w:r>
        <w:rPr>
          <w:b/>
        </w:rPr>
        <w:t xml:space="preserve">[23:12] </w:t>
      </w:r>
      <w:r>
        <w:t>spiritual food</w:t>
      </w:r>
    </w:p>
    <w:p>
      <w:pPr>
        <w:jc w:val="right"/>
      </w:pPr>
      <w:r>
        <w:t>اسپریچول فوڈ</w:t>
      </w:r>
    </w:p>
    <w:p>
      <w:r>
        <w:rPr>
          <w:b/>
        </w:rPr>
        <w:t xml:space="preserve">[23:14] </w:t>
      </w:r>
      <w:r>
        <w:t>har cheez mein spiritual food hai, har tajrube mein. lekin aadmi is se mehroom rehta hai kyunke wahi distraction idhar dimagh idhar lagata hai, idhar lagata hai, idhar bhagta hai, idhar bhagta hai.</w:t>
      </w:r>
    </w:p>
    <w:p>
      <w:pPr>
        <w:jc w:val="right"/>
      </w:pPr>
      <w:r>
        <w:t>ہر چیز میں اسپریچول فوڈ ہے، ہر تجربے میں۔ لیکن آدمی اس سے محروم رہتا ہے کیونکہ وہی ڈسٹریکشن ادھر دماغ ادھر ادھر لگاتا ہے، ادھر لگاتا ہے، ادھر بھاگتا ہے، ادھر بھاگتا ہے۔</w:t>
      </w:r>
    </w:p>
    <w:p>
      <w:r>
        <w:rPr>
          <w:b/>
        </w:rPr>
        <w:t xml:space="preserve">[23:33] </w:t>
      </w:r>
      <w:r>
        <w:t>to spiritual food lene ke liye zaroori hai ke aap ne koi distraction se bachaen. aur jab bacha paen ge, jab aap ne mind ko bohat active rakha hai,</w:t>
      </w:r>
    </w:p>
    <w:p>
      <w:pPr>
        <w:jc w:val="right"/>
      </w:pPr>
      <w:r>
        <w:t>تو اسپریچول فوڈ لینے کے لیے ضروری ہے کہ آپ نے کوئی ڈسٹریکشن سے بچائیں۔ اور جب بچا پائیں گے، جب آپ نے مائنڈ کو بہت ایکٹیو رکھا ہے،</w:t>
      </w:r>
    </w:p>
    <w:p>
      <w:r>
        <w:rPr>
          <w:b/>
        </w:rPr>
        <w:t xml:space="preserve">[23:48] </w:t>
      </w:r>
      <w:r>
        <w:t>mind ko active rakh kar ke parh sakte hain. aap is ka koi technical formula nahi hai.</w:t>
      </w:r>
    </w:p>
    <w:p>
      <w:pPr>
        <w:jc w:val="right"/>
      </w:pPr>
      <w:r>
        <w:t>مائنڈ کو ایکٹیو رکھ کر کے پڑھ سکتے ہیں۔ آپ اس کا کوئی ٹیکنیکل فارمولا نہیں ہے۔</w:t>
      </w:r>
    </w:p>
    <w:p>
      <w:r>
        <w:rPr>
          <w:b/>
        </w:rPr>
        <w:t xml:space="preserve">[23:55] </w:t>
      </w:r>
      <w:r>
        <w:t>yaad rakhiye, distraction se apne ko bachane ka koi bhi technical formula nahi hai. woh to sirf yeh hai ke aap ne mind ko bohat zyada active rakhna hai.</w:t>
      </w:r>
    </w:p>
    <w:p>
      <w:pPr>
        <w:jc w:val="right"/>
      </w:pPr>
      <w:r>
        <w:t>یاد رکھیے، ڈسٹریکشن سے اپنے کو بچانے کا کوئی بھی ٹیکنیکل فارمولا نہیں ہے۔ وہ تو صرف یہ ہے کہ آپ نے مائنڈ کو بہت زیادہ ایکٹیو رکھنا ہے۔</w:t>
      </w:r>
    </w:p>
    <w:p>
      <w:r>
        <w:rPr>
          <w:b/>
        </w:rPr>
        <w:t xml:space="preserve">[24:05] </w:t>
      </w:r>
      <w:r>
        <w:t>sochte rahen, sochte rahen, sochte rahen, tab aisa hoga,</w:t>
      </w:r>
    </w:p>
    <w:p>
      <w:pPr>
        <w:jc w:val="right"/>
      </w:pPr>
      <w:r>
        <w:t>سوچتے رہیں، سوچتے رہیں، سوچتے رہیں، تب ایسا ہوگا،</w:t>
      </w:r>
    </w:p>
    <w:p>
      <w:r>
        <w:rPr>
          <w:b/>
        </w:rPr>
        <w:t xml:space="preserve">[24:13] </w:t>
      </w:r>
      <w:r>
        <w:t>tab aisa hoga. dubai mein mujhe kai aise log mile jo andar se itna sad the ke baaz auqat ro parhte the. mislan ek sahib ne kaha ke mujhe main sar par hath rakh diye, hath rakha to un ke aansu nikal aaye.</w:t>
      </w:r>
    </w:p>
    <w:p>
      <w:pPr>
        <w:jc w:val="right"/>
      </w:pPr>
      <w:r>
        <w:t>تب ایسا ہوگا۔ دبئی میں مجھے کئی ایسے لوگ ملے جو اندر سے اتنا سائیڈ تھے کہ بعض اوقات رو پڑتے تھے۔ مثلاً ایک صاحب نے کہا کہ مجھے میں سر پر ہاتھ رکھ دیے، ہاتھ رکھا تو ان کے آنسو نکل آئے۔</w:t>
      </w:r>
    </w:p>
    <w:p>
      <w:r>
        <w:rPr>
          <w:b/>
        </w:rPr>
        <w:t xml:space="preserve">[24:29] </w:t>
      </w:r>
      <w:r>
        <w:t>achchhe achchhe gharon mein rehte the log, achchhe achchhe gharon mein,</w:t>
      </w:r>
    </w:p>
    <w:p>
      <w:pPr>
        <w:jc w:val="right"/>
      </w:pPr>
      <w:r>
        <w:t>اچھے اچھے گھروں میں رہتے تھے لوگ، اچھے اچھے گھروں میں،</w:t>
      </w:r>
    </w:p>
    <w:p>
      <w:r>
        <w:rPr>
          <w:b/>
        </w:rPr>
        <w:t xml:space="preserve">[24:32] </w:t>
      </w:r>
      <w:r>
        <w:t>lekin andar se said. bahut se tajrube mujhe aise hue ke un ke paas car hai, un ke paas ghar hai, un ke paas family hai, andar se said hain, chehre par khushi nahin,</w:t>
      </w:r>
    </w:p>
    <w:p>
      <w:pPr>
        <w:jc w:val="right"/>
      </w:pPr>
      <w:r>
        <w:t>لیکن اندر سے سیڈ۔ بہت سے تجربے مجھے ایسے ہوئے کہ ان کے پاس کار ہے، ان کے پاس گھر ہے، ان کے پاس فیملی ہے، اندر سے سیڈ ہیں، چہرے پر خوشی نہیں،</w:t>
      </w:r>
    </w:p>
    <w:p>
      <w:r>
        <w:rPr>
          <w:b/>
        </w:rPr>
        <w:t xml:space="preserve">[24:47] </w:t>
      </w:r>
      <w:r>
        <w:t>chehra bilkul</w:t>
      </w:r>
    </w:p>
    <w:p>
      <w:pPr>
        <w:jc w:val="right"/>
      </w:pPr>
      <w:r>
        <w:t>چہرہ بالکل</w:t>
      </w:r>
    </w:p>
    <w:p>
      <w:r>
        <w:rPr>
          <w:b/>
        </w:rPr>
        <w:t xml:space="preserve">[24:48] </w:t>
      </w:r>
      <w:r>
        <w:t>tension ko reflect kar raha hai.</w:t>
      </w:r>
    </w:p>
    <w:p>
      <w:pPr>
        <w:jc w:val="right"/>
      </w:pPr>
      <w:r>
        <w:t>ٹینشن کو ریفلیکٹ کر رہا ہے۔</w:t>
      </w:r>
    </w:p>
    <w:p>
      <w:r>
        <w:rPr>
          <w:b/>
        </w:rPr>
        <w:t xml:space="preserve">[24:54] </w:t>
      </w:r>
      <w:r>
        <w:t>aksar log mujh se kehte the, hamare liye dua kijiye, hamare sar par haath rakh dijiye.</w:t>
      </w:r>
    </w:p>
    <w:p>
      <w:pPr>
        <w:jc w:val="right"/>
      </w:pPr>
      <w:r>
        <w:t>اکثر لوگ مجھ سے کہتے تھے، ہمارے لیے دعا کیجئے، ہمارے سر پر ہاتھ رکھ دیجئے۔</w:t>
      </w:r>
    </w:p>
    <w:p>
      <w:r>
        <w:rPr>
          <w:b/>
        </w:rPr>
        <w:t xml:space="preserve">[25:01] </w:t>
      </w:r>
      <w:r>
        <w:t>to bas bas samajhta tha ke andar se said hain. said kyon hain? is liye nahin ke un ko kuch mila hua nahin hai. said is ek ko le kar ke hain.</w:t>
      </w:r>
    </w:p>
    <w:p>
      <w:pPr>
        <w:jc w:val="right"/>
      </w:pPr>
      <w:r>
        <w:t>تو بس بس سمجھتا تھا کہ اندر سے سیڈ ہیں۔ سیڈ کیوں ہیں؟ اس لیے نہیں کہ ان کو کچھ ملا ہوا نہیں ہے۔ سیڈ اس ایک کو لے کر کے ہیں۔</w:t>
      </w:r>
    </w:p>
    <w:p>
      <w:r>
        <w:rPr>
          <w:b/>
        </w:rPr>
        <w:t xml:space="preserve">[25:10] </w:t>
      </w:r>
      <w:r>
        <w:t>99 mila hua un ko. yeh jitne log bhi the, sab ke sab ko 99 cheezen mili hui hain.</w:t>
      </w:r>
    </w:p>
    <w:p>
      <w:pPr>
        <w:jc w:val="right"/>
      </w:pPr>
      <w:r>
        <w:t>99 ملا ہوا ان کو۔ یہ جتنے لوگ بھی تھے، سب کے سب کو 99 چیزیں ملی ہوئی ہیں۔</w:t>
      </w:r>
    </w:p>
    <w:p>
      <w:r>
        <w:rPr>
          <w:b/>
        </w:rPr>
        <w:t xml:space="preserve">[25:19] </w:t>
      </w:r>
      <w:r>
        <w:t>ab ek cheez nahin hai, woh usi ke liye said ho gaye. kisi ko bete ka problem, kisi ko husband ka problem, kisi ko wife ka problem, kisi ko yahan ke koi bimar hai, uska problem, kisi ko koi company se koi control chal rahi hai, uska problem,</w:t>
      </w:r>
    </w:p>
    <w:p>
      <w:pPr>
        <w:jc w:val="right"/>
      </w:pPr>
      <w:r>
        <w:t>اب ایک چیز نہیں ہے، وہ اسی کے لیے سیڈ ہو گئے۔ کسی کو بیٹے کا پرابلم، کسی کو ہسبینڈ کا پرابلم، کسی کو وائف کا پرابلم، کسی کو یہاں کے کوئی بیمار ہے، اس کا پرابلم، کسی کو کوئی کمپنی سے کوئی کنٹرول چل رہی ہے، اس کا پرابلم،</w:t>
      </w:r>
    </w:p>
    <w:p>
      <w:r>
        <w:rPr>
          <w:b/>
        </w:rPr>
        <w:t xml:space="preserve">[25:37] </w:t>
      </w:r>
      <w:r>
        <w:t>kisi ne paisa zyada kharch kar diya hai, ab loan is ke upar ho gaya hai, uska problem. yaani ek na ek baat ko le kar ke</w:t>
      </w:r>
    </w:p>
    <w:p>
      <w:pPr>
        <w:jc w:val="right"/>
      </w:pPr>
      <w:r>
        <w:t>کسی نے پیسہ زیادہ خرچ کر دیا ہے، اب لون اس کے اوپر ہو گیا ہے، اس کا پرابلم۔ یعنی ایک نہ ایک بات کو لے کر کے</w:t>
      </w:r>
    </w:p>
    <w:p>
      <w:r>
        <w:rPr>
          <w:b/>
        </w:rPr>
        <w:t xml:space="preserve">[25:48] </w:t>
      </w:r>
      <w:r>
        <w:t>ke us ki biwi is qabze mein nahin, us ke shohar ke qabze mein nahin hai, uska problem.</w:t>
      </w:r>
    </w:p>
    <w:p>
      <w:pPr>
        <w:jc w:val="right"/>
      </w:pPr>
      <w:r>
        <w:t>کہ اس کی بیوی اس قبضے میں نہیں، اس کے شوہر کے قبضے میں نہیں ہے، اس کا پرابلم۔</w:t>
      </w:r>
    </w:p>
    <w:p>
      <w:r>
        <w:rPr>
          <w:b/>
        </w:rPr>
        <w:t xml:space="preserve">[25:57] </w:t>
      </w:r>
      <w:r>
        <w:t>to wahi woh kya hai? woh wahi ek item hai. jis tarah Adam ko ek item nahin mila hua tha, baqi sab mile hue the, 99 mili hui theen, woh sab ka haal hai.</w:t>
      </w:r>
    </w:p>
    <w:p>
      <w:pPr>
        <w:jc w:val="right"/>
      </w:pPr>
      <w:r>
        <w:t>تو وہی وہ کیا ہے؟ وہ وہی ایک آئٹم ہے۔ جس طرح آدم کو ایک آئٹم نہیں ملا ہوا تھا، باقی سب ملے ہوئے تھے، 99 ملی ہوئی تھیں، وہ سب کا حال ہے۔</w:t>
      </w:r>
    </w:p>
    <w:p>
      <w:r>
        <w:rPr>
          <w:b/>
        </w:rPr>
        <w:t xml:space="preserve">[26:09] </w:t>
      </w:r>
      <w:r>
        <w:t>yaani sab log tension mein jeete hain, sab log tension mein jeete hain.</w:t>
      </w:r>
    </w:p>
    <w:p>
      <w:pPr>
        <w:jc w:val="right"/>
      </w:pPr>
      <w:r>
        <w:t>یعنی سب لوگ ٹینشن میں جیتے ہیں، سب لوگ ٹینشن میں جیتے ہیں۔</w:t>
      </w:r>
    </w:p>
    <w:p>
      <w:r>
        <w:rPr>
          <w:b/>
        </w:rPr>
        <w:t xml:space="preserve">[26:14] </w:t>
      </w:r>
      <w:r>
        <w:t>mujhe Dubai mein koi ek aadmi aisa nahin mila. bahut se saat din hum rahe wahan par, bahut se log mulaqaten hu'een. sab ka chehra refer kar raha tha ke said andar se said hai yeh aadmi.</w:t>
      </w:r>
    </w:p>
    <w:p>
      <w:pPr>
        <w:jc w:val="right"/>
      </w:pPr>
      <w:r>
        <w:t>مجھے دبئی میں کوئی ایک آدمی ایسا نہیں ملا۔ بہت سے سات دن ہم رہے وہاں پر، بہت سے لوگ ملاقاتیں ہوئیں۔ سب کا چہرہ ریفر کر رہا تھا کہ سیڈ اندر سے سیڈ ہے یہ آدمی۔</w:t>
      </w:r>
    </w:p>
    <w:p>
      <w:r>
        <w:rPr>
          <w:b/>
        </w:rPr>
        <w:t xml:space="preserve">[26:28] </w:t>
      </w:r>
      <w:r>
        <w:t>hata ke koi hansta bhi tha to woh likhta tha, "banawati hansi aa raha hai"</w:t>
      </w:r>
    </w:p>
    <w:p>
      <w:pPr>
        <w:jc w:val="right"/>
      </w:pPr>
      <w:r>
        <w:t>حتیٰ کہ کوئی ہنستا بھی تھا تو وہ لکھتا تھا، "بناؤٹی ہنسی آ رہا ہے"</w:t>
      </w:r>
    </w:p>
    <w:p>
      <w:r>
        <w:rPr>
          <w:b/>
        </w:rPr>
        <w:t xml:space="preserve">[26:32] </w:t>
      </w:r>
      <w:r>
        <w:t>kyon ke jab us ko hum scrutiny karte the, scrutiny to woh andar se ubal padta tha. scrutiny karte hi andar se ubal padta tha ke ek ek ek andar jo rooh hai,</w:t>
      </w:r>
    </w:p>
    <w:p>
      <w:pPr>
        <w:jc w:val="right"/>
      </w:pPr>
      <w:r>
        <w:t>کیونکہ جب اس کو ہم اسکروٹنی کرتے تھے، اسکروٹنی تو وہ اندر سے ابل پڑتا تھا۔ اسکروٹنی کرتے ہی اندر سے ابل پڑتا تھا کہ ایک ایک ایک اندر جو روح ہے،</w:t>
      </w:r>
    </w:p>
    <w:p>
      <w:r>
        <w:rPr>
          <w:b/>
        </w:rPr>
        <w:t xml:space="preserve">[26:47] </w:t>
      </w:r>
      <w:r>
        <w:t>us ko sukoon nahin,</w:t>
      </w:r>
    </w:p>
    <w:p>
      <w:pPr>
        <w:jc w:val="right"/>
      </w:pPr>
      <w:r>
        <w:t>اس کو سکون نہیں،</w:t>
      </w:r>
    </w:p>
    <w:p>
      <w:r>
        <w:rPr>
          <w:b/>
        </w:rPr>
        <w:t xml:space="preserve">[26:50] </w:t>
      </w:r>
      <w:r>
        <w:t>despair mein jeeti hai. lekin aisa ek bhi nahin tha jis ke paas khane ko na ho, ghar na ho, sawari na ho, aisa koi bhi nahin.</w:t>
      </w:r>
    </w:p>
    <w:p>
      <w:pPr>
        <w:jc w:val="right"/>
      </w:pPr>
      <w:r>
        <w:t>ڈسپیئر میں جیتی ہے۔ لیکن ایسا ایک بھی نہیں تھا جس کے پاس کھانے کو نہ ہو، گھر نہ ہو، سواری نہ ہو، ایسا کوئی بھی نہیں۔</w:t>
      </w:r>
    </w:p>
    <w:p>
      <w:r>
        <w:rPr>
          <w:b/>
        </w:rPr>
        <w:t xml:space="preserve">[26:59] </w:t>
      </w:r>
      <w:r>
        <w:t>bas wahi ek item. to sab log Hazrat Adam wala ek case ban gaye hain ke 99 item mile hue hain, us par dhyan hat gaya, par focus hat gaya.</w:t>
      </w:r>
    </w:p>
    <w:p>
      <w:pPr>
        <w:jc w:val="right"/>
      </w:pPr>
      <w:r>
        <w:t>بس وہی ایک آئٹم۔ تو سب لوگ حضرت آدم والا ایک کیس بن گئے ہیں کہ 99 آئٹم ملے ہوئے ہیں، اس پر دھیان ہٹ گیا، پر فوکس ہٹ گیا۔</w:t>
      </w:r>
    </w:p>
    <w:p>
      <w:r>
        <w:rPr>
          <w:b/>
        </w:rPr>
        <w:t xml:space="preserve">[27:12] </w:t>
      </w:r>
      <w:r>
        <w:t>bas ek item jo nahin mila hua hai, usi usi par sara focus hai.</w:t>
      </w:r>
    </w:p>
    <w:p>
      <w:pPr>
        <w:jc w:val="right"/>
      </w:pPr>
      <w:r>
        <w:t>بس ایک آئٹم جو نہیں ملا ہوا ہے، اسی اسی پر سارا فوکس ہے۔</w:t>
      </w:r>
    </w:p>
    <w:p>
      <w:r>
        <w:rPr>
          <w:b/>
        </w:rPr>
        <w:t xml:space="preserve">[27:16] </w:t>
      </w:r>
      <w:r>
        <w:t>kitni bari dekhen mahroomi hai yeh, kitni bari mahroomi hai.</w:t>
      </w:r>
    </w:p>
    <w:p>
      <w:pPr>
        <w:jc w:val="right"/>
      </w:pPr>
      <w:r>
        <w:t>کتنی بڑی دیکھیں محرومی ہے یہ، کتنی بڑی محرومی ہے۔</w:t>
      </w:r>
    </w:p>
    <w:p>
      <w:r>
        <w:rPr>
          <w:b/>
        </w:rPr>
        <w:t xml:space="preserve">[27:25] </w:t>
      </w:r>
      <w:r>
        <w:t>dusri baat jo main kehna chahta hoon, jo is is safar mein mujhe ek bahut bara experience hua, dekhen yeh jis ko UAE kehte hain, United Arab Emirates,</w:t>
      </w:r>
    </w:p>
    <w:p>
      <w:pPr>
        <w:jc w:val="right"/>
      </w:pPr>
      <w:r>
        <w:t>دوسری بات جو میں کہنا چاہتا ہوں، جو اس اس سفر میں مجھے ایک بہت بڑا ایکسپیرینس ہوا، دیکھیں یہ جس کو یو اے ای کہتے ہیں، یونائٹڈ عرب ایمریٹس،</w:t>
      </w:r>
    </w:p>
    <w:p>
      <w:r>
        <w:rPr>
          <w:b/>
        </w:rPr>
        <w:t xml:space="preserve">[27:40] </w:t>
      </w:r>
      <w:r>
        <w:t>to jis ko kehte hain Arabi mein Arab Emarat.</w:t>
      </w:r>
    </w:p>
    <w:p>
      <w:pPr>
        <w:jc w:val="right"/>
      </w:pPr>
      <w:r>
        <w:t>تو جس کو کہتے ہیں عربی میں عرب امارات۔</w:t>
      </w:r>
    </w:p>
    <w:p>
      <w:r>
        <w:rPr>
          <w:b/>
        </w:rPr>
        <w:t xml:space="preserve">[27:44] </w:t>
      </w:r>
      <w:r>
        <w:t>to wahan maine kai safar mere hue hain. ab jo safar hua hai is bar, yaani April 2011 mein, sirf 2011 ki taraf se hi hai, 2011</w:t>
      </w:r>
    </w:p>
    <w:p>
      <w:pPr>
        <w:jc w:val="right"/>
      </w:pPr>
      <w:r>
        <w:t>تو وہاں میں نے کئی سفر میرے ہوئے ہیں۔ اب جو سفر ہوا ہے اس بار، یعنی اپریل 2011 میں، صرف 2011 کی طرف سے ہی ہے، 2011</w:t>
      </w:r>
    </w:p>
    <w:p>
      <w:r>
        <w:rPr>
          <w:b/>
        </w:rPr>
        <w:t xml:space="preserve">[28:01] </w:t>
      </w:r>
      <w:r>
        <w:t>April 2011 mein ke aakhri hafte mein, is se bohat mukhtalif tha is se pichhle safaron ka. mislan ab se 30 saal pehle main gaya tha Arab Emarat mein,</w:t>
      </w:r>
    </w:p>
    <w:p>
      <w:pPr>
        <w:jc w:val="right"/>
      </w:pPr>
      <w:r>
        <w:t>اپریل 2011 میں کے آخری ہفتے میں، اس سے بہت مختلف تھا اس سے پچھلے سفروں کا۔ مثلاً اب سے 30 سال پہلے میں گیا تھا عرب امارات میں،</w:t>
      </w:r>
    </w:p>
    <w:p>
      <w:r>
        <w:rPr>
          <w:b/>
        </w:rPr>
        <w:t xml:space="preserve">[28:15] </w:t>
      </w:r>
      <w:r>
        <w:t>thirty years pehle.</w:t>
      </w:r>
    </w:p>
    <w:p>
      <w:pPr>
        <w:jc w:val="right"/>
      </w:pPr>
      <w:r>
        <w:t>تھرٹی ایئرز پہلے۔</w:t>
      </w:r>
    </w:p>
    <w:p>
      <w:r>
        <w:rPr>
          <w:b/>
        </w:rPr>
        <w:t xml:space="preserve">[28:19] </w:t>
      </w:r>
      <w:r>
        <w:t>wahan par aik aik meeting hui, aik jalsah hua, is mein arab bhi thay, nan arab bhi thay, aur kafi bara ijtima hua tha parhay likhay logon ka.</w:t>
      </w:r>
    </w:p>
    <w:p>
      <w:pPr>
        <w:jc w:val="right"/>
      </w:pPr>
      <w:r>
        <w:t>وہاں پر ایک ایک میٹنگ ہوئی، ایک جلسہ ہوا، اس میں عرب بھی تھے، نان عرب بھی تھے، اور کافی بڑا اجتماع ہوا تھا پڑھے لکھے لوگوں کا۔</w:t>
      </w:r>
    </w:p>
    <w:p>
      <w:r>
        <w:rPr>
          <w:b/>
        </w:rPr>
        <w:t xml:space="preserve">[28:34] </w:t>
      </w:r>
      <w:r>
        <w:t>wo sab parhay likhay log thay.</w:t>
      </w:r>
    </w:p>
    <w:p>
      <w:pPr>
        <w:jc w:val="right"/>
      </w:pPr>
      <w:r>
        <w:t>وہ سب پڑھے لکھے لوگ تھے۔</w:t>
      </w:r>
    </w:p>
    <w:p>
      <w:r>
        <w:rPr>
          <w:b/>
        </w:rPr>
        <w:t xml:space="preserve">[28:37] </w:t>
      </w:r>
      <w:r>
        <w:t>to wahan par mein ne yeh baat kahi thi ke musalman jo hain, jihad ke naam par jo laraai bhadaai kar rahay hain, wohi sab se bara masla un ka hai.</w:t>
      </w:r>
    </w:p>
    <w:p>
      <w:pPr>
        <w:jc w:val="right"/>
      </w:pPr>
      <w:r>
        <w:t>تو وہاں پر میں نے یہ بات کہی تھی کہ مسلمان جو ہیں، جہاد کے نام پر جو لڑائی بھڑائی کر رہے ہیں، وہی سب سے بڑا مسئلہ ان کا ہے۔</w:t>
      </w:r>
    </w:p>
    <w:p>
      <w:r>
        <w:rPr>
          <w:b/>
        </w:rPr>
        <w:t xml:space="preserve">[28:49] </w:t>
      </w:r>
      <w:r>
        <w:t>jab tak is ko band nahi karengay, tab tak un ka koi problem solve nahi honay wala hai.</w:t>
      </w:r>
    </w:p>
    <w:p>
      <w:pPr>
        <w:jc w:val="right"/>
      </w:pPr>
      <w:r>
        <w:t>جب تک اس کو بند نہیں کریں گے، تب تک ان کا کوئی پرابلم سالو نہیں ہونے والا ہے۔</w:t>
      </w:r>
    </w:p>
    <w:p>
      <w:r>
        <w:rPr>
          <w:b/>
        </w:rPr>
        <w:t xml:space="preserve">[28:56] </w:t>
      </w:r>
      <w:r>
        <w:t>aur yeh distraction hai, yeh jo jihad samajhtay hain, is ko "the great soul of distraction" yaani dawat se hata diya.</w:t>
      </w:r>
    </w:p>
    <w:p>
      <w:pPr>
        <w:jc w:val="right"/>
      </w:pPr>
      <w:r>
        <w:t>اور یہ ڈسٹریکشن ہے، یہ جو جہاد سمجھتے ہیں، اس کو "دس گریٹ سول آف ڈسٹریکشن" یعنی دعوت سے ہٹا دیا۔</w:t>
      </w:r>
    </w:p>
    <w:p>
      <w:r>
        <w:rPr>
          <w:b/>
        </w:rPr>
        <w:t xml:space="preserve">[29:06] </w:t>
      </w:r>
      <w:r>
        <w:t>jihad nahi hai, yeh to distraction hai. aaj jo kaam karna tha, dawat ka kaam karna tha.</w:t>
      </w:r>
    </w:p>
    <w:p>
      <w:pPr>
        <w:jc w:val="right"/>
      </w:pPr>
      <w:r>
        <w:t>جہاد نہیں ہے، یہ تو ڈسٹریکشن ہے۔ آج جو کام کرنا تھا، دعوت کا کام کرنا تھا۔</w:t>
      </w:r>
    </w:p>
    <w:p>
      <w:r>
        <w:rPr>
          <w:b/>
        </w:rPr>
        <w:t xml:space="preserve">[29:13] </w:t>
      </w:r>
      <w:r>
        <w:t>saari opportunities khuli hain dawat ke liye,</w:t>
      </w:r>
    </w:p>
    <w:p>
      <w:pPr>
        <w:jc w:val="right"/>
      </w:pPr>
      <w:r>
        <w:t>ساری اپرچونیٹیز کھلی ہیں دعوت کے لیے،</w:t>
      </w:r>
    </w:p>
    <w:p>
      <w:r>
        <w:rPr>
          <w:b/>
        </w:rPr>
        <w:t xml:space="preserve">[29:18] </w:t>
      </w:r>
      <w:r>
        <w:t>saari opportunity, opportunity explosion hai. yeh yeh zamanah jo hai, opportunity explosion ka zamanah hai. ab musalman kahan lagay hue hain?</w:t>
      </w:r>
    </w:p>
    <w:p>
      <w:pPr>
        <w:jc w:val="right"/>
      </w:pPr>
      <w:r>
        <w:t>ساری اپرچونیٹی، اپرچونیٹی ایکسپلوژن ہے۔ یہ یہ زمانہ جو ہے، اپرچونیٹی ایکسپلوژن کا زمانہ ہے۔ اب مسلمان کہاں لگے ہوئے ہیں؟</w:t>
      </w:r>
    </w:p>
    <w:p>
      <w:r>
        <w:rPr>
          <w:b/>
        </w:rPr>
        <w:t xml:space="preserve">[29:28] </w:t>
      </w:r>
      <w:r>
        <w:t>jihad ke naam par laraai bhadaai, yeh kya hai? yeh distraction hai.</w:t>
      </w:r>
    </w:p>
    <w:p>
      <w:pPr>
        <w:jc w:val="right"/>
      </w:pPr>
      <w:r>
        <w:t>جہاد کے نام پر لڑائی بھڑائی، یہ کیا ہے؟ یہ ڈسٹریکشن ہے۔</w:t>
      </w:r>
    </w:p>
    <w:p>
      <w:r>
        <w:rPr>
          <w:b/>
        </w:rPr>
        <w:t xml:space="preserve">[29:36] </w:t>
      </w:r>
      <w:r>
        <w:t>is waqt jab mein ne kaha tha 30 saal pehle yeh baat, to aisa lagta tha log mujhe kha jayengay. itna ziyada log is se mein agay aur itna ziyada yaani negative ho gaye ke bas</w:t>
      </w:r>
    </w:p>
    <w:p>
      <w:pPr>
        <w:jc w:val="right"/>
      </w:pPr>
      <w:r>
        <w:t>اس وقت جب میں نے کہا تھا 30 سال پہلے یہ بات، تو ایسا لگتا تھا لوگ مجھے کھا جائیں گے۔ اتنا زیادہ لوگ اس سے میں آگئے اور اتنا زیادہ یعنی نیگیٹیو ہو گئے کہ بس</w:t>
      </w:r>
    </w:p>
    <w:p>
      <w:r>
        <w:rPr>
          <w:b/>
        </w:rPr>
        <w:t xml:space="preserve">[29:52] </w:t>
      </w:r>
      <w:r>
        <w:t>ajeeb haal tha. is baar mein ne wohi baat kahi isi arab amarat mein, to koi kisi ne negative response nahi diya.</w:t>
      </w:r>
    </w:p>
    <w:p>
      <w:pPr>
        <w:jc w:val="right"/>
      </w:pPr>
      <w:r>
        <w:t>عجیب حال تھا۔ اس بار میں نے وہی بات کہی اسی عرب امارات میں، تو کوئی کسی نے نیگیٹیو رسپانس نہیں دیا۔</w:t>
      </w:r>
    </w:p>
    <w:p>
      <w:r>
        <w:rPr>
          <w:b/>
        </w:rPr>
        <w:t xml:space="preserve">[30:03] </w:t>
      </w:r>
      <w:r>
        <w:t>har aik ka positive response tha. aur log yeh poochne lagay ke yeh bataiye ke hum dawat kaise karein?</w:t>
      </w:r>
    </w:p>
    <w:p>
      <w:pPr>
        <w:jc w:val="right"/>
      </w:pPr>
      <w:r>
        <w:t>ہر ایک کا پازیٹیو رسپانس تھا۔ اور لوگ یہ پوچھنے لگے کہ یہ بتائیے کہ ہم دعوت کیسے کریں؟</w:t>
      </w:r>
    </w:p>
    <w:p>
      <w:r>
        <w:rPr>
          <w:b/>
        </w:rPr>
        <w:t xml:space="preserve">[30:13] </w:t>
      </w:r>
      <w:r>
        <w:t>koi isi ko le kar log poochne lagay. mislan aik aik lady ne poocha kaha ke sahib, kaha jata hai ke aurat ka awaz bhi parda hai,</w:t>
      </w:r>
    </w:p>
    <w:p>
      <w:pPr>
        <w:jc w:val="right"/>
      </w:pPr>
      <w:r>
        <w:t>کوئی اسی کو لے کر لوگ پوچھنے لگے۔ مثلاً ایک ایک لیڈی نے پوچھا کہا کہ صاحب، کہا جاتا ہے کہ عورت کا آواز بھی پردہ ہے،</w:t>
      </w:r>
    </w:p>
    <w:p>
      <w:r>
        <w:rPr>
          <w:b/>
        </w:rPr>
        <w:t xml:space="preserve">[30:26] </w:t>
      </w:r>
      <w:r>
        <w:t>to hum jab mardon se awaz bhi nahi nikaal saktay, mardon ke sath to hum kaise dawat dengay? aap</w:t>
      </w:r>
    </w:p>
    <w:p>
      <w:pPr>
        <w:jc w:val="right"/>
      </w:pPr>
      <w:r>
        <w:t>تو ہم جب مردوں سے آواز بھی نہیں نکال سکتے، مردوں کے ساتھ تو ہم کیسے دعوت دیں گے؟ آپ</w:t>
      </w:r>
    </w:p>
    <w:p>
      <w:r>
        <w:rPr>
          <w:b/>
        </w:rPr>
        <w:t xml:space="preserve">[30:33] </w:t>
      </w:r>
      <w:r>
        <w:t>ne kaha yeh masla hi galat hai, yeh Islam mein hai hi nahi awaz ka parda. yeh to bilkul masla hi, bilkul base less hai.</w:t>
      </w:r>
    </w:p>
    <w:p>
      <w:pPr>
        <w:jc w:val="right"/>
      </w:pPr>
      <w:r>
        <w:t>نے کہا یہ مسئلہ ہی غلط ہے، یہ اسلام میں ہے ہی نہیں آواز کا پردہ۔ یہ تو بالکل مسئلہ ہی، بالکل بیس لیس ہے۔</w:t>
      </w:r>
    </w:p>
    <w:p>
      <w:r>
        <w:rPr>
          <w:b/>
        </w:rPr>
        <w:t xml:space="preserve">[30:44] </w:t>
      </w:r>
      <w:r>
        <w:t>yaani Hazrat Hajra bolein mardon se, Musa ke zamanay mein woh khawateen jo aayin theen, woh bolein mardon se, Hazrat Khadija bolein mardon se, Aisha bolein mardon se.</w:t>
      </w:r>
    </w:p>
    <w:p>
      <w:pPr>
        <w:jc w:val="right"/>
      </w:pPr>
      <w:r>
        <w:t>یعنی حضرت ہاجرہ بولیں مردوں سے، موسیٰ کے زمانے میں وہ خواتین جو آئیں تھیں، وہ بولیں مردوں سے، حضرت خدیجہ بولیں مردوں سے، عائشہ بولیں مردوں سے۔</w:t>
      </w:r>
    </w:p>
    <w:p>
      <w:r>
        <w:rPr>
          <w:b/>
        </w:rPr>
        <w:t xml:space="preserve">[30:55] </w:t>
      </w:r>
      <w:r>
        <w:t>to kahan se yeh nikal aaya ke awaz parda hai? yeh to base less hai bilkul.</w:t>
      </w:r>
    </w:p>
    <w:p>
      <w:pPr>
        <w:jc w:val="right"/>
      </w:pPr>
      <w:r>
        <w:t>تو کہاں سے یہ نکل آیا کہ آواز پردہ ہے؟ یہ تو بیس لیس ہے بالکل۔</w:t>
      </w:r>
    </w:p>
    <w:p>
      <w:r>
        <w:rPr>
          <w:b/>
        </w:rPr>
        <w:t xml:space="preserve">[31:00] </w:t>
      </w:r>
      <w:r>
        <w:t>aap khoob boliye, na bol sakein to literature pesh kijiye.</w:t>
      </w:r>
    </w:p>
    <w:p>
      <w:pPr>
        <w:jc w:val="right"/>
      </w:pPr>
      <w:r>
        <w:t>آپ خوب بولیے، نہ بول سکیں تو لٹریچر پیش کیجئے۔</w:t>
      </w:r>
    </w:p>
    <w:p>
      <w:r>
        <w:rPr>
          <w:b/>
        </w:rPr>
        <w:t xml:space="preserve">[31:09] </w:t>
      </w:r>
      <w:r>
        <w:t>aik sahib ne kaha ke sahib, hamaray paros mein bohat se nan muslim hain, to hum un se jab interact karte hain to apnay haan khanay ke liye kehtay hain, to hum kya karein?</w:t>
      </w:r>
    </w:p>
    <w:p>
      <w:pPr>
        <w:jc w:val="right"/>
      </w:pPr>
      <w:r>
        <w:t>ایک صاحب نے کہا کہ صاحب، ہمارے پڑوس میں بہت سے نان مسلم ہیں، تو ہم ان سے جب انٹریکٹ کرتے ہیں تو اپنے ہاں کھانے کے لیے کہتے ہیں، تو ہم کیا کریں؟</w:t>
      </w:r>
    </w:p>
    <w:p>
      <w:r>
        <w:rPr>
          <w:b/>
        </w:rPr>
        <w:t xml:space="preserve">[31:20] </w:t>
      </w:r>
      <w:r>
        <w:t>wo samajhtay hain wahan khana khaya to Islam hi chala jayega. mein ne kaha yeh to bilkul jhoota Islam hai,</w:t>
      </w:r>
    </w:p>
    <w:p>
      <w:pPr>
        <w:jc w:val="right"/>
      </w:pPr>
      <w:r>
        <w:t>وہ سمجھتے ہیں وہاں کھانا کھایا تو اسلام ہی چلا جائے گا۔ میں نے کہا یہ تو بالکل جھوٹا اسلام ہے،</w:t>
      </w:r>
    </w:p>
    <w:p>
      <w:r>
        <w:rPr>
          <w:b/>
        </w:rPr>
        <w:t xml:space="preserve">[31:27] </w:t>
      </w:r>
      <w:r>
        <w:t>wahan khaiye, aap un ke sath baithiye, un ko aap apnay haan, un ko aap apnay haan bulaiye, aap un ke haan jaiye. yahan tak ke aik sahib ne kaha ke rozay ke zamanay mein hum ko bulaya kisi ghair muslim ne apnay haan, to jeeb mein unhon ne namak rakh liya</w:t>
      </w:r>
    </w:p>
    <w:p>
      <w:pPr>
        <w:jc w:val="right"/>
      </w:pPr>
      <w:r>
        <w:t>وہاں کھائیے، آپ ان کے ساتھ بیٹھیے، ان کو آپ اپنے ہاں، ان کو آپ اپنے ہاں بلائیے، آپ ان کے ہاں جائیے۔ یہاں تک کہ ایک صاحب نے کہا کہ روزے کے زمانے میں ہم کو بلایا کسی غیر مسلم نے اپنے ہاں، تو جیب میں انہوں نے نمک رکھ لیا</w:t>
      </w:r>
    </w:p>
    <w:p>
      <w:r>
        <w:rPr>
          <w:b/>
        </w:rPr>
        <w:t xml:space="preserve">[31:45] </w:t>
      </w:r>
      <w:r>
        <w:t>aur us namak se iftar kiya, phir un ka khana khaya. kyunke agar wahan khana kha letay to roza hi chala jata. mein ne kaha astaghfirullah, yeh Islam hai, yeh Islam nahi hai.</w:t>
      </w:r>
    </w:p>
    <w:p>
      <w:pPr>
        <w:jc w:val="right"/>
      </w:pPr>
      <w:r>
        <w:t>اور اس نمک سے افطار کیا، پھر ان کا کھانا کھایا۔ کیونکہ اگر وہاں کھانا کھا لیتے تو روزہ ہی چلا جاتا۔ میں نے کہا استغفراللہ، یہ اسلام ہے، یہ اسلام نہیں ہے۔</w:t>
      </w:r>
    </w:p>
    <w:p>
      <w:r>
        <w:rPr>
          <w:b/>
        </w:rPr>
        <w:t xml:space="preserve">[31:56] </w:t>
      </w:r>
      <w:r>
        <w:t>to bilkul yaani absurd cheezein yeh sab hain. aap khoob khaiye, wahan roza ikhtiyar kijiye.</w:t>
      </w:r>
    </w:p>
    <w:p>
      <w:pPr>
        <w:jc w:val="right"/>
      </w:pPr>
      <w:r>
        <w:t>تو بالکل یعنی ایبسرڈ چیزیں یہ سب ہیں۔ آپ خوب کھائیے، وہاں روزہ اختیار کیجئے۔</w:t>
      </w:r>
    </w:p>
    <w:p>
      <w:r>
        <w:rPr>
          <w:b/>
        </w:rPr>
        <w:t xml:space="preserve">[32:05] </w:t>
      </w:r>
      <w:r>
        <w:t>to gharaaz hai ke ab jo tha mamla, woh yeh pooch rahay thay ke hum dawat ka daawti kaam kaise karein? tab to dawat ko bilkul unhon ne sunnay ka inkaar kar diya tha ke dawat kya hai?</w:t>
      </w:r>
    </w:p>
    <w:p>
      <w:pPr>
        <w:jc w:val="right"/>
      </w:pPr>
      <w:r>
        <w:t>تو غرض ہے کہ اب جو تھا معاملہ، وہ یہ پوچھ رہے تھے کہ ہم دعوت کا دعوتی کام کیسے کریں؟ تب تو دعوت کو بالکل انہوں نے سننے کا انکار کر دیا تھا کہ دعوت کیا ہے؟</w:t>
      </w:r>
    </w:p>
    <w:p>
      <w:r>
        <w:rPr>
          <w:b/>
        </w:rPr>
        <w:t xml:space="preserve">[32:17] </w:t>
      </w:r>
      <w:r>
        <w:t>abhi to humein jihad karna hai, dawat ka koi sawal hi nahi hai. yeh to dushman hain hamaray, un ko humein qatl karna hai, dushmanon ko.</w:t>
      </w:r>
    </w:p>
    <w:p>
      <w:pPr>
        <w:jc w:val="right"/>
      </w:pPr>
      <w:r>
        <w:t>ابھی تو ہمیں جہاد کرنا ہے، دعوت کا کوئی سوال ہی نہیں ہے۔ یہ تو دشمن ہیں ہمارے، ان کو ہمیں کل کرنا ہے، دشمنوں کو۔</w:t>
      </w:r>
    </w:p>
    <w:p>
      <w:r>
        <w:rPr>
          <w:b/>
        </w:rPr>
        <w:t xml:space="preserve">[32:26] </w:t>
      </w:r>
      <w:r>
        <w:t>tab yeh mood tha. ab mood doosra hai ke theek hai, hum dawati kaam karna chahte hain, hamein bataiye kaise dawati kaam karein?</w:t>
      </w:r>
    </w:p>
    <w:p>
      <w:pPr>
        <w:jc w:val="right"/>
      </w:pPr>
      <w:r>
        <w:t>تب یہ موڈ تھا۔ اب موڈ دوسرا ہے کہ ٹھیک ہے، ہم دعوتی کام کرنا چاہتے ہیں، ہمیں بتائیے کیسے دعوتی کام کریں؟</w:t>
      </w:r>
    </w:p>
    <w:p>
      <w:r>
        <w:rPr>
          <w:b/>
        </w:rPr>
        <w:t xml:space="preserve">[32:37] </w:t>
      </w:r>
      <w:r>
        <w:t>to is se maine yeh samjha, aur yeh india mein bhi hum is ko dekhte hain, yeh yeh phenomenon india mein bhi hai ke jo dunya ke halaat hain, yaani so called jihad se jis tarah tabahi hui, barbadi hui,</w:t>
      </w:r>
    </w:p>
    <w:p>
      <w:pPr>
        <w:jc w:val="right"/>
      </w:pPr>
      <w:r>
        <w:t>تو اس سے میں نے یہ سمجھا، اور یہ انڈیا میں بھی ہم اس کو دیکھتے ہیں، یہ یہ فیناومینا انڈیا میں بھی ہے کہ جو دنیا کے حالات ہیں، یعنی سو کالڈ جہاد سے جس طرح تباہی ہوئی، بربادی ہوئی،</w:t>
      </w:r>
    </w:p>
    <w:p>
      <w:r>
        <w:rPr>
          <w:b/>
        </w:rPr>
        <w:t xml:space="preserve">[32:53] </w:t>
      </w:r>
      <w:r>
        <w:t>ab har aadmi dekh raha hai is ko. kashmir mein, falasteen mein, bosnia mein, chechnya mein, har jagah tabahi, tabahi. sinkang mein</w:t>
      </w:r>
    </w:p>
    <w:p>
      <w:pPr>
        <w:jc w:val="right"/>
      </w:pPr>
      <w:r>
        <w:t>اب ہر آدمی دیکھ رہا ہے اس کو۔ کشمیر میں، فلسطین میں، بوسنیا میں، چیچنیا میں، ہر جگہ تباہی، تباہی۔ سنکانگ میں</w:t>
      </w:r>
    </w:p>
    <w:p>
      <w:r>
        <w:rPr>
          <w:b/>
        </w:rPr>
        <w:t xml:space="preserve">[33:02] </w:t>
      </w:r>
      <w:r>
        <w:t>har jagah tabahi, tabahi, tabahi, tabahi. to aadmi kab tak is ko tolerate kare? ab logon ke andar second thought aa gaya, yaani 30 saal pehle second thought nahi aaya tha.</w:t>
      </w:r>
    </w:p>
    <w:p>
      <w:pPr>
        <w:jc w:val="right"/>
      </w:pPr>
      <w:r>
        <w:t>ہر جگہ تباہی، تباہی، تباہی، تباہی۔ تو آدمی کب تک اس کو ٹولریٹ کرے؟ اب لوگوں کے اندر سیکنڈ تھاٹ آ گیا، یعنی 30 سال پہلے سیکنڈ تھاٹ نہیں آیا تھا۔</w:t>
      </w:r>
    </w:p>
    <w:p>
      <w:r>
        <w:rPr>
          <w:b/>
        </w:rPr>
        <w:t xml:space="preserve">[33:18] </w:t>
      </w:r>
      <w:r>
        <w:t>us waqt to josh o kharosh mein thay ke hamein dushmano ko khatam karna hai,</w:t>
      </w:r>
    </w:p>
    <w:p>
      <w:pPr>
        <w:jc w:val="right"/>
      </w:pPr>
      <w:r>
        <w:t>اس وقت تو جوش و خروش میں تھے کہ ہمیں دشمنوں کو ختم کرنا ہے،</w:t>
      </w:r>
    </w:p>
    <w:p>
      <w:r>
        <w:rPr>
          <w:b/>
        </w:rPr>
        <w:t xml:space="preserve">[33:22] </w:t>
      </w:r>
      <w:r>
        <w:t>ab second thought aa gaya is had tak ke ab poochne lage ke ab kaise dawat dawati kaam karein? yeh batao.</w:t>
      </w:r>
    </w:p>
    <w:p>
      <w:pPr>
        <w:jc w:val="right"/>
      </w:pPr>
      <w:r>
        <w:t>اب سیکنڈ تھاٹ آ گیا اس حد تک کہ اب پوچھنے لگے کہ اب کیسے دعوت دعوتی کام کریں؟ یہ بتاؤ۔</w:t>
      </w:r>
    </w:p>
    <w:p>
      <w:r>
        <w:rPr>
          <w:b/>
        </w:rPr>
        <w:t xml:space="preserve">[33:33] </w:t>
      </w:r>
      <w:r>
        <w:t>to it was a good sign. is se main ek hope le ke lauta</w:t>
      </w:r>
    </w:p>
    <w:p>
      <w:pPr>
        <w:jc w:val="right"/>
      </w:pPr>
      <w:r>
        <w:t>تو اٹ واز ا گڈ سائن۔ اس سے میں ایک ہوپ لے کے لوٹا</w:t>
      </w:r>
    </w:p>
    <w:p>
      <w:r>
        <w:rPr>
          <w:b/>
        </w:rPr>
        <w:t xml:space="preserve">[33:41] </w:t>
      </w:r>
      <w:r>
        <w:t>ke ab dunya ka stage hai hamare liye, yaani dawati kaam ke liye, dawat e ilaah ke liye.</w:t>
      </w:r>
    </w:p>
    <w:p>
      <w:pPr>
        <w:jc w:val="right"/>
      </w:pPr>
      <w:r>
        <w:t>کہ اب دنیا کا اسٹیج ہے ہمارے لیے، یعنی دعوتی کام کے لیے، دعوت اللہ کے لیے۔</w:t>
      </w:r>
    </w:p>
    <w:p>
      <w:r>
        <w:rPr>
          <w:b/>
        </w:rPr>
        <w:t xml:space="preserve">[33:52] </w:t>
      </w:r>
      <w:r>
        <w:t>yaani pehle bhi mujhe is ka andaza tha, lekin wahan yeh andaza aur zyada khul kar saamne aa gaya.</w:t>
      </w:r>
    </w:p>
    <w:p>
      <w:pPr>
        <w:jc w:val="right"/>
      </w:pPr>
      <w:r>
        <w:t>یعنی پہلے بھی مجھے اس کا اندازہ تھا، لیکن وہاں یہ اندازہ اور زیادہ کھل کر سامنے آ گیا۔</w:t>
      </w:r>
    </w:p>
    <w:p>
      <w:r>
        <w:rPr>
          <w:b/>
        </w:rPr>
        <w:t xml:space="preserve">[34:06] </w:t>
      </w:r>
      <w:r>
        <w:t>aur dubai ke bare mein mera tajruba yeh hua ke dubai kya hai? dubai jo hai, east west ka junction hai, mashriq o maghrib ka sangam hai.</w:t>
      </w:r>
    </w:p>
    <w:p>
      <w:pPr>
        <w:jc w:val="right"/>
      </w:pPr>
      <w:r>
        <w:t>اور دبئی کے بارے میں میرا تجربہ یہ ہوا کہ دبئی کیا ہے؟ دبئی جو ہے، ایسٹ ویسٹ کا جنکشن ہے، مشرق و مغرب کا سنگم ہے۔</w:t>
      </w:r>
    </w:p>
    <w:p>
      <w:r>
        <w:rPr>
          <w:b/>
        </w:rPr>
        <w:t xml:space="preserve">[34:20] </w:t>
      </w:r>
      <w:r>
        <w:t>itna zyada log aate hain wahan.</w:t>
      </w:r>
    </w:p>
    <w:p>
      <w:pPr>
        <w:jc w:val="right"/>
      </w:pPr>
      <w:r>
        <w:t>اتنا زیادہ لوگ آتے ہیں وہاں۔</w:t>
      </w:r>
    </w:p>
    <w:p>
      <w:r>
        <w:rPr>
          <w:b/>
        </w:rPr>
        <w:t xml:space="preserve">[34:25] </w:t>
      </w:r>
      <w:r>
        <w:t>abhi tv par aaya tha, aap aap ne shayad dekha ho ke in dubai every day is an opportunity ke dubai ka har din opportunity hai.</w:t>
      </w:r>
    </w:p>
    <w:p>
      <w:pPr>
        <w:jc w:val="right"/>
      </w:pPr>
      <w:r>
        <w:t>ابھی ٹی وی پر آیا تھا، آپ آپ نے شاید دیکھا ہو کہ ان دبئی ایوری ڈے از این اپرچونیٹی کہ دبئی کا ہر دن اپرچونیٹی ہے۔</w:t>
      </w:r>
    </w:p>
    <w:p>
      <w:r>
        <w:rPr>
          <w:b/>
        </w:rPr>
        <w:t xml:space="preserve">[34:41] </w:t>
      </w:r>
      <w:r>
        <w:t>to is ka ek tajruba hum ko mislan yeh hua</w:t>
      </w:r>
    </w:p>
    <w:p>
      <w:pPr>
        <w:jc w:val="right"/>
      </w:pPr>
      <w:r>
        <w:t>تو اس کا ایک تجربہ ہم کو مثلاً یہ ہوا</w:t>
      </w:r>
    </w:p>
    <w:p>
      <w:r>
        <w:rPr>
          <w:b/>
        </w:rPr>
        <w:t xml:space="preserve">[34:44] </w:t>
      </w:r>
      <w:r>
        <w:t>ke jis hotel mein hum thehre thay, seven history ka hotel tha woh. to is ka jo manager tha, us se hamare sathiyon ne baat ki to woh raazi ho gaya quran wahan rakhne ke liye</w:t>
      </w:r>
    </w:p>
    <w:p>
      <w:pPr>
        <w:jc w:val="right"/>
      </w:pPr>
      <w:r>
        <w:t>کہ جس ہوٹل میں ہم ٹھہرے تھے، سیون ہسٹوری کا ہوٹل تھا وہ۔ تو اس کا جو مینیجر تھا، اس سے ہمارے ساتھیوں نے بات کی تو وہ راضی ہو گیا قرآن وہاں رکھنے کے لیے</w:t>
      </w:r>
    </w:p>
    <w:p>
      <w:r>
        <w:rPr>
          <w:b/>
        </w:rPr>
        <w:t xml:space="preserve">[35:01] </w:t>
      </w:r>
      <w:r>
        <w:t>ke hamara chupa hai quran chota size ka, woh rakh diya gaya ek ek table par. to ek hi din mein pata chala ke bahut se countries ke logon ne is ko liya, koi denmark ka aur aur pata nahi kahan kahan ka, bahut sari countries ke log kyunke wahan aate thay, har har mulk ke log aate thay,</w:t>
      </w:r>
    </w:p>
    <w:p>
      <w:pPr>
        <w:jc w:val="right"/>
      </w:pPr>
      <w:r>
        <w:t>کہ ہمارا چھپا ہے قرآن چھوٹا سائز کا، وہ رکھ دیا گیا ایک ایک ٹیبل پر۔ تو ایک ہی دن میں پتہ چلا کہ بہت سے کنٹریز کے لوگوں نے اس کو لیا، کوئی ڈنمارک کا اور اور پتہ نہیں کہاں کہاں کا، بہت ساری کنٹریز کے لوگ کیونکہ وہاں آتے تھے، ہر ہر ملک کے لوگ آتے تھے،</w:t>
      </w:r>
    </w:p>
    <w:p>
      <w:r>
        <w:rPr>
          <w:b/>
        </w:rPr>
        <w:t xml:space="preserve">[35:20] </w:t>
      </w:r>
      <w:r>
        <w:t>har mulk, har country ke log. aur denmark ka khaas taur par kai logon ne maang maang kar liya, hamein do, hamein do, hamein do, profit of peace aur quran ka translation.</w:t>
      </w:r>
    </w:p>
    <w:p>
      <w:pPr>
        <w:jc w:val="right"/>
      </w:pPr>
      <w:r>
        <w:t>ہر ملک، ہر کنٹری کے لوگ۔ اور ڈنمارک کا خاص طور پر کئی لوگوں نے مانگ مانگ کر لیا، ہمیں دو، ہمیں دو، ہمیں دو، پرافٹ آف پیس اور قرآن کا ٹرانسیشن۔</w:t>
      </w:r>
    </w:p>
    <w:p>
      <w:r>
        <w:rPr>
          <w:b/>
        </w:rPr>
        <w:t xml:space="preserve">[35:31] </w:t>
      </w:r>
      <w:r>
        <w:t>ab dekhiye ke musalmanon mein kya image hai denmark ki?</w:t>
      </w:r>
    </w:p>
    <w:p>
      <w:pPr>
        <w:jc w:val="right"/>
      </w:pPr>
      <w:r>
        <w:t>اب دیکھیے کہ مسلمانوں میں کیا امیج ہے ڈنمارک کی؟</w:t>
      </w:r>
    </w:p>
    <w:p>
      <w:r>
        <w:rPr>
          <w:b/>
        </w:rPr>
        <w:t xml:space="preserve">[35:37] </w:t>
      </w:r>
      <w:r>
        <w:t>woh samajhte hain ke denmark ek muslim dushman country hai aur woh hamare paighambar ke khilaf sazish kar raha hai, hamare paighambar ko defame kar raha hai, waghera.</w:t>
      </w:r>
    </w:p>
    <w:p>
      <w:pPr>
        <w:jc w:val="right"/>
      </w:pPr>
      <w:r>
        <w:t>وہ سمجھتے ہیں کہ ڈنمارک ایک مسلم دشمن کنٹری ہے اور وہ ہمارے پیغمبر کے خلاف سازش کر رہا ہے، ہمارے پیغمبر کو ڈی فیم کر کر رہا ہے، وغیرہ۔</w:t>
      </w:r>
    </w:p>
    <w:p>
      <w:r>
        <w:rPr>
          <w:b/>
        </w:rPr>
        <w:t xml:space="preserve">[35:48] </w:t>
      </w:r>
      <w:r>
        <w:t>yeh bilkul ek hi nahi, yeh bilkul yeh sab baseless baatein hain, baseless.</w:t>
      </w:r>
    </w:p>
    <w:p>
      <w:pPr>
        <w:jc w:val="right"/>
      </w:pPr>
      <w:r>
        <w:t>یہ بالکل ایک ہی نہیں، یہ بالکل یہ سب بیس لیس باتیں ہیں، بیس لیس۔</w:t>
      </w:r>
    </w:p>
    <w:p>
      <w:r>
        <w:rPr>
          <w:b/>
        </w:rPr>
        <w:t xml:space="preserve">[35:56] </w:t>
      </w:r>
      <w:r>
        <w:t>woh to jo chupa tha cartoon, woh to un ke liye ek ek har modern journalism ka ek ek item hota hai, kuch ek light mood mein ek cheez bana dete hain.</w:t>
      </w:r>
    </w:p>
    <w:p>
      <w:pPr>
        <w:jc w:val="right"/>
      </w:pPr>
      <w:r>
        <w:t>وہ تو جو چھپا تھا کارٹون، وہ تو ان کے لیے ایک ایک ہر ماڈرن جرنلزم کا ایک ایک آئٹم ہوتا ہے، کچھ ایک لائٹ موڈ میں ایک چیز بنا دیتے ہیں۔</w:t>
      </w:r>
    </w:p>
    <w:p>
      <w:r>
        <w:rPr>
          <w:b/>
        </w:rPr>
        <w:t xml:space="preserve">[36:10] </w:t>
      </w:r>
      <w:r>
        <w:t>log dekhein, is ko thoda sa, un ko kuch</w:t>
      </w:r>
    </w:p>
    <w:p>
      <w:pPr>
        <w:jc w:val="right"/>
      </w:pPr>
      <w:r>
        <w:t>لوگ دیکھیں، اس کو تھوڑا سا، ان کو کچھ</w:t>
      </w:r>
    </w:p>
    <w:p>
      <w:r>
        <w:rPr>
          <w:b/>
        </w:rPr>
        <w:t xml:space="preserve">[36:14] </w:t>
      </w:r>
      <w:r>
        <w:t>dekh kar hasein aur bas itna hi. is ka matlab kuch nahi hota ke woh kisi ko defame karna hai, kisi ko badnaam karna hai, aisa kuch bhi nahi hota.</w:t>
      </w:r>
    </w:p>
    <w:p>
      <w:pPr>
        <w:jc w:val="right"/>
      </w:pPr>
      <w:r>
        <w:t>دیکھ کر ہنسیں اور بس اتنا ہی۔ اس کا مطلب کچھ نہیں ہوتا کہ وہ کسی کو ڈی فیم کرنا ہے، کسی کو بدنام کرنا ہے، ایسا کچھ بھی نہیں ہوتا۔</w:t>
      </w:r>
    </w:p>
    <w:p>
      <w:r>
        <w:rPr>
          <w:b/>
        </w:rPr>
        <w:t xml:space="preserve">[36:24] </w:t>
      </w:r>
      <w:r>
        <w:t>woh woh to ek entertainment ke liye hota hai. to denmark ke kai log wahan thay, sab ne balkeh ek shakhs ne kaha ke mujhe ek ek diya gaya, us ko hamare sathiyon ne diya to kaha ke bhai char aur do, mujhe apne char friend ko dena hai wahan par denmark mein.</w:t>
      </w:r>
    </w:p>
    <w:p>
      <w:pPr>
        <w:jc w:val="right"/>
      </w:pPr>
      <w:r>
        <w:t>وہ وہ تو ایک انٹرٹینمنٹ کے لیے ہوتا ہے۔ تو ڈنمارک کے کئی لوگ وہاں تھے، سب نے بلکہ ایک شخص نے کہا کہ مجھے ایک ایک دیا گیا، اس کو ہمارے ساتھیوں نے دیا تو کہا کہ بھئی چار اور دو، مجھے اپنے چار فرینڈ کو دینا ہے وہاں پر ڈنمارک میں۔</w:t>
      </w:r>
    </w:p>
    <w:p>
      <w:r>
        <w:rPr>
          <w:b/>
        </w:rPr>
        <w:t xml:space="preserve">[36:46] </w:t>
      </w:r>
      <w:r>
        <w:t>ab dekhiye ke itna zyada dawat darwaze khule hue hain,</w:t>
      </w:r>
    </w:p>
    <w:p>
      <w:pPr>
        <w:jc w:val="right"/>
      </w:pPr>
      <w:r>
        <w:t>اب دیکھیے کہ اتنا زیادہ دعوت دروازے کھلے ہوئے ہیں،</w:t>
      </w:r>
    </w:p>
    <w:p>
      <w:r>
        <w:rPr>
          <w:b/>
        </w:rPr>
        <w:t xml:space="preserve">[36:55] </w:t>
      </w:r>
      <w:r>
        <w:t>dawat darwaze khule hue hain lekin logon ko dikhaya nahi tha kyunke yahan bhi distraction hai.</w:t>
      </w:r>
    </w:p>
    <w:p>
      <w:pPr>
        <w:jc w:val="right"/>
      </w:pPr>
      <w:r>
        <w:t>دعوت دروازے کھلے ہوئے ہیں لیکن لوگوں کو دکھایا نہیں تھا کیونکہ یہاں بھی ڈسٹریکشن ہے۔</w:t>
      </w:r>
    </w:p>
    <w:p>
      <w:r>
        <w:rPr>
          <w:b/>
        </w:rPr>
        <w:t xml:space="preserve">[37:02] </w:t>
      </w:r>
      <w:r>
        <w:t>distraction jo hai, aik aik bala hai, har aadmi barsai hui hai, har aadmi distraction mein apne ko tabah kar raha hai aur distraction hi ki wajah se logon ko dawat ke opportunity dikhai nahi padti,</w:t>
      </w:r>
    </w:p>
    <w:p>
      <w:pPr>
        <w:jc w:val="right"/>
      </w:pPr>
      <w:r>
        <w:t>ڈسٹریکشن جو ہے، ایک ایک بلا ہے، ہر آدمی برسائی ہوئی ہے، ہر آدمی ڈسٹریکشن میں اپنے کو تباہ کر رہا ہے اور ڈسٹریکشن ہی کی وجہ سے لوگوں کو دعوت کے اپرچونیٹی دکھائی نہیں پڑتی،</w:t>
      </w:r>
    </w:p>
    <w:p>
      <w:r>
        <w:rPr>
          <w:b/>
        </w:rPr>
        <w:t xml:space="preserve">[37:18] </w:t>
      </w:r>
      <w:r>
        <w:t>wo dikhai nahi padti. un ko</w:t>
      </w:r>
    </w:p>
    <w:p>
      <w:pPr>
        <w:jc w:val="right"/>
      </w:pPr>
      <w:r>
        <w:t>وہ دکھائی نہیں پڑتی۔ ان کو</w:t>
      </w:r>
    </w:p>
    <w:p>
      <w:r>
        <w:rPr>
          <w:b/>
        </w:rPr>
        <w:t xml:space="preserve">[37:27] </w:t>
      </w:r>
      <w:r>
        <w:t>phir kuch musalmanon se baat hui jo aik jo parhe likhe musalman hain,</w:t>
      </w:r>
    </w:p>
    <w:p>
      <w:pPr>
        <w:jc w:val="right"/>
      </w:pPr>
      <w:r>
        <w:t>پھر کچھ مسلمانوں سے بات ہوئی جو ایک جو پڑھے لکھے مسلمان ہیں،</w:t>
      </w:r>
    </w:p>
    <w:p>
      <w:r>
        <w:rPr>
          <w:b/>
        </w:rPr>
        <w:t xml:space="preserve">[37:39] </w:t>
      </w:r>
      <w:r>
        <w:t>to unhon ne kaha ke aap jo baat kehte hain, wo baat samajh mein to aati hai lekin sawal yeh hai ke hamare jo aslaf hain aur hamare pichhle jo bade bade scholars hain, un ke hath yeh baat nahi milti.</w:t>
      </w:r>
    </w:p>
    <w:p>
      <w:pPr>
        <w:jc w:val="right"/>
      </w:pPr>
      <w:r>
        <w:t>تو انہوں نے کہا کہ آپ جو بات کہتے ہیں، وہ بات سمجھ میں تو آتی ہے لیکن سوال یہ ہے کہ ہمارے جو اسلاف ہیں اور ہمارے پچھلے جو بڑے بڑے سکالرز ہیں، ان کے ہاتھ یہ بات نہیں ملتی۔</w:t>
      </w:r>
    </w:p>
    <w:p>
      <w:r>
        <w:rPr>
          <w:b/>
        </w:rPr>
        <w:t xml:space="preserve">[37:55] </w:t>
      </w:r>
      <w:r>
        <w:t>to maine kaha ke hamari baat Quran se Hadees se hoti hai ke nahi hoti? to unhon ne mana ke hum jo baat karte hain, wo Quran o Hadees se hoti hai. to phir maine kaha ke dekhiye, aik bohat hi badi baat thi, us ko maan liya unhon ne.</w:t>
      </w:r>
    </w:p>
    <w:p>
      <w:pPr>
        <w:jc w:val="right"/>
      </w:pPr>
      <w:r>
        <w:t>تو میں نے کہا کہ ہماری بات قرآن سے حدیث سے ہوتی ہے کہ نہیں ہوتی؟ تو انہوں نے مانا کہ ہم جو بات کرتے ہیں، وہ قرآن و حدیث سے ہوتی ہے۔ تو پھر میں نے کہا کہ دیکھیے، ایک بہت ہی بڑی بات تھی، اس کو مان لیا انہوں نے۔</w:t>
      </w:r>
    </w:p>
    <w:p>
      <w:r>
        <w:rPr>
          <w:b/>
        </w:rPr>
        <w:t xml:space="preserve">[38:10] </w:t>
      </w:r>
      <w:r>
        <w:t>itna zyada farq aa chuka hai.</w:t>
      </w:r>
    </w:p>
    <w:p>
      <w:pPr>
        <w:jc w:val="right"/>
      </w:pPr>
      <w:r>
        <w:t>اتنا زیادہ فرق آ چکا ہے۔</w:t>
      </w:r>
    </w:p>
    <w:p>
      <w:r>
        <w:rPr>
          <w:b/>
        </w:rPr>
        <w:t xml:space="preserve">[38:15] </w:t>
      </w:r>
      <w:r>
        <w:t>maine kaha ke dekhiye, aik Hadees hai ke</w:t>
      </w:r>
    </w:p>
    <w:p>
      <w:pPr>
        <w:jc w:val="right"/>
      </w:pPr>
      <w:r>
        <w:t>میں نے کہا کہ دیکھیے، ایک حدیث ہے کہ</w:t>
      </w:r>
    </w:p>
    <w:p>
      <w:r>
        <w:rPr>
          <w:b/>
        </w:rPr>
        <w:t xml:space="preserve">[38:23] </w:t>
      </w:r>
      <w:r>
        <w:t>khair ul quroon qarni. subb al ladheena alawhum thumma al ladheena alawhum. is ke bunyad is Hadees ko le kar ke yeh mana jata hai ke teen quroon aise hain jo quroon mashhood bil khair kehelate hain.</w:t>
      </w:r>
    </w:p>
    <w:p>
      <w:pPr>
        <w:jc w:val="right"/>
      </w:pPr>
      <w:r>
        <w:t>خیر القرون کرنی۔ سب الذین علونہم ثم الذین علونہم۔ اس کے بنیاد اس حدیث کو لے کر کے یہ مانا جاتا ہے کہ تین قرن ایسے ہیں جو قرون مشہود بالخیر کہلاتے ہیں۔</w:t>
      </w:r>
    </w:p>
    <w:p>
      <w:r>
        <w:rPr>
          <w:b/>
        </w:rPr>
        <w:t xml:space="preserve">[38:39] </w:t>
      </w:r>
      <w:r>
        <w:t>quroon mashhood bil khair teen quroon hain, teen ages, teen periods. wo kaun hain?</w:t>
      </w:r>
    </w:p>
    <w:p>
      <w:pPr>
        <w:jc w:val="right"/>
      </w:pPr>
      <w:r>
        <w:t>قرون مشہود بالخیر تین قرن ہیں، تین ایجز، تین پیریڈ۔ وہ کون ہیں؟</w:t>
      </w:r>
    </w:p>
    <w:p>
      <w:r>
        <w:rPr>
          <w:b/>
        </w:rPr>
        <w:t xml:space="preserve">[38:49] </w:t>
      </w:r>
      <w:r>
        <w:t>Rasool Allah ka period, Sahaba ka period aur Tabi'een ka period. bas teen. to unhi teen ko Hadees mein authentic bataya gaya hai.</w:t>
      </w:r>
    </w:p>
    <w:p>
      <w:pPr>
        <w:jc w:val="right"/>
      </w:pPr>
      <w:r>
        <w:t>رسول اللہ کا پیریڈ، صحابہ کا پیریڈ اور تابعین کا پیریڈ۔ بس تین۔ تو انہی تین کو حدیث میں اتھینٹک بتایا گیا ہے۔</w:t>
      </w:r>
    </w:p>
    <w:p>
      <w:r>
        <w:rPr>
          <w:b/>
        </w:rPr>
        <w:t xml:space="preserve">[39:02] </w:t>
      </w:r>
      <w:r>
        <w:t>Hadees mein unhi teen ko authentic bataya gaya. is ke baad kisi ki authenticity establish nahi hai Hadees ke mutabiq.</w:t>
      </w:r>
    </w:p>
    <w:p>
      <w:pPr>
        <w:jc w:val="right"/>
      </w:pPr>
      <w:r>
        <w:t>حدیث میں انہی تین کو اتھینٹک بتایا گیا۔ اس کے بعد کسی کی اتھنٹیسٹی اسٹیبلش نہیں ہے حدیث کے مطابق۔</w:t>
      </w:r>
    </w:p>
    <w:p>
      <w:r>
        <w:rPr>
          <w:b/>
        </w:rPr>
        <w:t xml:space="preserve">[39:12] </w:t>
      </w:r>
      <w:r>
        <w:t>ab maine poocha ke jin ko aap aslaf kehte hain, jin ko aap akabir kehte hain, jin ke deen ko aap liye hue hain,</w:t>
      </w:r>
    </w:p>
    <w:p>
      <w:pPr>
        <w:jc w:val="right"/>
      </w:pPr>
      <w:r>
        <w:t>اب میں نے پوچھا کہ جن کو آپ اسلاف کہتے ہیں، جن کو آپ اکابر کہتے ہیں، جن کے دین کو آپ لیے ہوئے ہیں،</w:t>
      </w:r>
    </w:p>
    <w:p>
      <w:r>
        <w:rPr>
          <w:b/>
        </w:rPr>
        <w:t xml:space="preserve">[39:21] </w:t>
      </w:r>
      <w:r>
        <w:t>wo kab paida hue? wo sab is ke baad paida hue, yani quroon mashhood bil khair ke baad ke log hain. yeh sara literature jo bana, hamara literature, wo sab baad ko bana logon ne banaya hai.</w:t>
      </w:r>
    </w:p>
    <w:p>
      <w:pPr>
        <w:jc w:val="right"/>
      </w:pPr>
      <w:r>
        <w:t>وہ کب پیدا ہوئے؟ وہ سب اس کے بعد پیدا ہوئے، یعنی قرون مشہود بالخیر کے بعد کے لوگ ہیں۔ یہ سارا لٹریچر جو بنا، ہمارا لٹریچر، وہ سب بعد کو بنا لوگوں نے بنایا ہے۔</w:t>
      </w:r>
    </w:p>
    <w:p>
      <w:r>
        <w:rPr>
          <w:b/>
        </w:rPr>
        <w:t xml:space="preserve">[39:34] </w:t>
      </w:r>
      <w:r>
        <w:t>sara literature baad ko banaya gaya hai. to un ki authenticity kahan?</w:t>
      </w:r>
    </w:p>
    <w:p>
      <w:pPr>
        <w:jc w:val="right"/>
      </w:pPr>
      <w:r>
        <w:t>سارا لٹریچر بعد کو بنایا گیا ہے۔ تو ان کی اتھنٹیسٹی کہاں؟</w:t>
      </w:r>
    </w:p>
    <w:p>
      <w:r>
        <w:rPr>
          <w:b/>
        </w:rPr>
        <w:t xml:space="preserve">[39:41] </w:t>
      </w:r>
      <w:r>
        <w:t>un ki authenticity yeh mujtba hai. agar wo Quran ke mutabiq hai to theek hai, nahi to radd kar diye un ko. teen zamanon mein jo baat mile aap ko, wo pakki hai.</w:t>
      </w:r>
    </w:p>
    <w:p>
      <w:pPr>
        <w:jc w:val="right"/>
      </w:pPr>
      <w:r>
        <w:t>ان کی اتھنٹیسٹی یہ مجتبیٰ ہے۔ اگر وہ قرآن کے مطابق ہے تو ٹھیک ہے، نہیں تو رد کر دیے ان کو۔ تین زمانوں میں جو بات ملے آپ کو، وہ پکی ہے۔</w:t>
      </w:r>
    </w:p>
    <w:p>
      <w:r>
        <w:rPr>
          <w:b/>
        </w:rPr>
        <w:t xml:space="preserve">[39:54] </w:t>
      </w:r>
      <w:r>
        <w:t>Rasool Allah ke zamane mein, Sahaba ke zamane mein, Tabi'een ke zamane mein, wo pakki hai.</w:t>
      </w:r>
    </w:p>
    <w:p>
      <w:pPr>
        <w:jc w:val="right"/>
      </w:pPr>
      <w:r>
        <w:t>رسول اللہ کے زمانے میں، صحابہ کے زمانے میں، تابعین کے زمانے میں، وہ پکی ہے۔</w:t>
      </w:r>
    </w:p>
    <w:p>
      <w:r>
        <w:rPr>
          <w:b/>
        </w:rPr>
        <w:t xml:space="preserve">[40:01] </w:t>
      </w:r>
      <w:r>
        <w:t>is ke baad jo log hain, wo jo baatein kahein, us ko aap judge kijiye Quran o Hadees par, nahi to radd kar dijiye us ko. yeh itni badi baat hai yeh aur wahan us ko maan liya logon ne kyunke aap jante hain ke jo literature jo hai</w:t>
      </w:r>
    </w:p>
    <w:p>
      <w:pPr>
        <w:jc w:val="right"/>
      </w:pPr>
      <w:r>
        <w:t>اس کے بعد جو لوگ ہیں، وہ جو باتیں کہیں، اس کو آپ جج کیجئے قرآن و حدیث پر، نہیں تو رد کر دیجئے اس کو۔ یہ اتنی بڑی بات ہے یہ اور وہاں اس کو مان لیا لوگوں نے کیونکہ آپ جانتے ہیں کہ جو لٹریچر جو ہے</w:t>
      </w:r>
    </w:p>
    <w:p>
      <w:r>
        <w:rPr>
          <w:b/>
        </w:rPr>
        <w:t xml:space="preserve">[40:19] </w:t>
      </w:r>
      <w:r>
        <w:t>Islam ka jo baad ko banaya hai, wo sab ka sab is ke baad banaya gaya hai. jitne akabir, jitne aslaf jin ko hum kehte hain mutaqaddimeen, mutaqaddimeen kaun hain?</w:t>
      </w:r>
    </w:p>
    <w:p>
      <w:pPr>
        <w:jc w:val="right"/>
      </w:pPr>
      <w:r>
        <w:t>اسلام کا جو بعد کو بنایا ہے، وہ سب کا سب اس کے بعد بنایا گیا ہے۔ جتنے اکابر، جتنے اسلاف جن کو ہم کہتے ہیں متقدمین، متقدمین کون ہیں؟</w:t>
      </w:r>
    </w:p>
    <w:p>
      <w:r>
        <w:rPr>
          <w:b/>
        </w:rPr>
        <w:t xml:space="preserve">[40:31] </w:t>
      </w:r>
      <w:r>
        <w:t>sab mutaqaddimeen quroon mashhood bil khair ke baad ke log hain.</w:t>
      </w:r>
    </w:p>
    <w:p>
      <w:pPr>
        <w:jc w:val="right"/>
      </w:pPr>
      <w:r>
        <w:t>سب متقدمین قرون مشہود بالخیر کے بعد کے لوگ ہیں۔</w:t>
      </w:r>
    </w:p>
    <w:p>
      <w:r>
        <w:rPr>
          <w:b/>
        </w:rPr>
        <w:t xml:space="preserve">[40:37] </w:t>
      </w:r>
      <w:r>
        <w:t>bohat hi ajeeb baat hai yeh ke jitne mutaqaddimeen jin ko kaha jata hai ke wo source hain Islam ka, wo sab ke sab quroon mashhood bil khair ke baad ke hain.</w:t>
      </w:r>
    </w:p>
    <w:p>
      <w:pPr>
        <w:jc w:val="right"/>
      </w:pPr>
      <w:r>
        <w:t>بہت ہی عجیب بات ہے یہ کہ جتنے متقدمین جن کو کہا جاتا ہے کہ وہ سورس ہیں اسلام کا، وہ سب کے سب قرون مشہود بالخیر کے بعد کے ہیں۔</w:t>
      </w:r>
    </w:p>
    <w:p>
      <w:r>
        <w:rPr>
          <w:b/>
        </w:rPr>
        <w:t xml:space="preserve">[40:48] </w:t>
      </w:r>
      <w:r>
        <w:t>yeh itni badi baat hai ke jis ki taraf hamare paas patak diya jaye, lekin unhon ne maan liya, us hi ko maan liya</w:t>
      </w:r>
    </w:p>
    <w:p>
      <w:pPr>
        <w:jc w:val="right"/>
      </w:pPr>
      <w:r>
        <w:t>یہ اتنی بڑی بات ہے کہ جس کی طرف ہمارے پاس پٹک دیا جائے، لیکن انہوں نے مان لیا، اس کو ہی مان لیا</w:t>
      </w:r>
    </w:p>
    <w:p>
      <w:r>
        <w:rPr>
          <w:b/>
        </w:rPr>
        <w:t xml:space="preserve">[40:56] </w:t>
      </w:r>
      <w:r>
        <w:t>kyunke zamana badal chuka hai. musalman sainkdo saal se unhi logon pe to jee rahe hain, unhi mutaqaddimeen par jin ko aslaf kaha jata hai, jin ko akabir kaha jata hai, aur isi ko le kar ke hamare khilaf</w:t>
      </w:r>
    </w:p>
    <w:p>
      <w:pPr>
        <w:jc w:val="right"/>
      </w:pPr>
      <w:r>
        <w:t>کیونکہ زمانہ بدل چکا ہے۔ مسلمان سینکڑوں سال سے انہی لوگوں پہ تو جی رہے ہیں، انہی متقدمین پر جن کو اسلاف کہا جاتا ہے، جن کو اکابر کہا جاتا ہے، اور اسی کو لے کر کے ہمارے خلاف</w:t>
      </w:r>
    </w:p>
    <w:p>
      <w:r>
        <w:rPr>
          <w:b/>
        </w:rPr>
        <w:t xml:space="preserve">[41:14] </w:t>
      </w:r>
      <w:r>
        <w:t>the yeh log ke filani yeh kaha, filani yeh kaha, filani yeh kaha. to maine kaha jin ko aap reference dete hain, jo falan falan, wo kaun log hain?</w:t>
      </w:r>
    </w:p>
    <w:p>
      <w:pPr>
        <w:jc w:val="right"/>
      </w:pPr>
      <w:r>
        <w:t>تھے یہ لوگ کہ فلانی یہ کہا، فلانی یہ کہا، فلانی یہ کہا۔ تو میں نے کہا جن کو آپ ریفرنس دیتے ہیں، جو فلاں فلاں، وہ کون لوگ ہیں؟</w:t>
      </w:r>
    </w:p>
    <w:p>
      <w:r>
        <w:rPr>
          <w:b/>
        </w:rPr>
        <w:t xml:space="preserve">[41:22] </w:t>
      </w:r>
      <w:r>
        <w:t>wo sab quroon mashhood bil khair ke baad ke log hain. yeh teen jo authentic period hai, us ke baad kahenge</w:t>
      </w:r>
    </w:p>
    <w:p>
      <w:pPr>
        <w:jc w:val="right"/>
      </w:pPr>
      <w:r>
        <w:t>وہ سب قرون مشہود بالخیر کے بعد کے لوگ ہیں۔ یہ تین جو اتھینٹک پیریڈ ہے، اس کے بعد کہیں گے</w:t>
      </w:r>
    </w:p>
    <w:p>
      <w:r>
        <w:rPr>
          <w:b/>
        </w:rPr>
        <w:t xml:space="preserve">[41:32] </w:t>
      </w:r>
      <w:r>
        <w:t>to un ka un ki authenticity kya hai? unhon ne kuch bhi kaha ho, kuch bhi kaha ho, us ko Quran Hadees se judge kijiye. misaal ke taur par dekhiye, yeh aata hai ke shuk mein Rasool ki saza qatl hai.</w:t>
      </w:r>
    </w:p>
    <w:p>
      <w:pPr>
        <w:jc w:val="right"/>
      </w:pPr>
      <w:r>
        <w:t>تو ان کا ان کی اتھنٹیسٹی کیا ہے؟ انہوں نے کچھ بھی کہا ہو، کچھ بھی کہا ہو، اس کو قرآن حدیث سے جج کیجئے۔ مثال کے طور پر دیکھیے، یہ آتا ہے کہ شک میں رسول کی سزا قتل ہے۔</w:t>
      </w:r>
    </w:p>
    <w:p>
      <w:r>
        <w:rPr>
          <w:b/>
        </w:rPr>
        <w:t xml:space="preserve">[41:48] </w:t>
      </w:r>
      <w:r>
        <w:t>jo aadmi shatm kare, rasool Allah ki gustakhi kare,</w:t>
      </w:r>
    </w:p>
    <w:p>
      <w:pPr>
        <w:jc w:val="right"/>
      </w:pPr>
      <w:r>
        <w:t>جو آدمی شتم کرے، رسول اللہ کی گستاخی کرے،</w:t>
      </w:r>
    </w:p>
    <w:p>
      <w:r>
        <w:rPr>
          <w:b/>
        </w:rPr>
        <w:t xml:space="preserve">[41:51] </w:t>
      </w:r>
      <w:r>
        <w:t>us ko qatl kar do. fiqh mein yeh bataya jata hai ke yقتل hadd, yقتل hadd, yani is ke liye capital punishment hai.</w:t>
      </w:r>
    </w:p>
    <w:p>
      <w:pPr>
        <w:jc w:val="right"/>
      </w:pPr>
      <w:r>
        <w:t>اس کو قتل کر دو۔ فقہ میں یہ بتایا جاتا ہے کہ یقتل حداً، یقتل حداً، یعنی اس کے لیے کیپیٹل پنشمنٹ ہے۔</w:t>
      </w:r>
    </w:p>
    <w:p>
      <w:r>
        <w:rPr>
          <w:b/>
        </w:rPr>
        <w:t xml:space="preserve">[42:04] </w:t>
      </w:r>
      <w:r>
        <w:t>to main ne kaha yeh yeh fiqh kab bani hai? jis fiqh mein yahi log hawala reference dete thay,</w:t>
      </w:r>
    </w:p>
    <w:p>
      <w:pPr>
        <w:jc w:val="right"/>
      </w:pPr>
      <w:r>
        <w:t>تو میں نے کہا یہ یہ فقہ کب بنی ہے؟ جس فقہ میں یہی لوگ حوالہ ریفرنس دیتے تھے،</w:t>
      </w:r>
    </w:p>
    <w:p>
      <w:r>
        <w:rPr>
          <w:b/>
        </w:rPr>
        <w:t xml:space="preserve">[42:11] </w:t>
      </w:r>
      <w:r>
        <w:t>yقتل hadd, yقتل hadd. main ne kaha yقتل hadd jo hai, yeh kab bana hai? yeh usool yeh qurun mashhood bil khair ke baad bana hai. to authentic hi nahi, authenticity is ki mujtaba hai.</w:t>
      </w:r>
    </w:p>
    <w:p>
      <w:pPr>
        <w:jc w:val="right"/>
      </w:pPr>
      <w:r>
        <w:t>یقتل حداً، یقتل حداً۔ میں نے کہا یقتل حداً جو ہے، یہ کب بنا ہے؟ یہ اصول یہ قرون مشہود بالخیر کے بعد بنا ہے۔ تو اتھنٹک ہی نہیں، اتھنٹیسٹی اس کی مجتبیٰ ہے۔</w:t>
      </w:r>
    </w:p>
    <w:p>
      <w:r>
        <w:rPr>
          <w:b/>
        </w:rPr>
        <w:t xml:space="preserve">[42:25] </w:t>
      </w:r>
      <w:r>
        <w:t>itni bari baat hai, is ko bhi maan liya logon ne.</w:t>
      </w:r>
    </w:p>
    <w:p>
      <w:pPr>
        <w:jc w:val="right"/>
      </w:pPr>
      <w:r>
        <w:t>اتنی بڑی بات ہے، اس کو بھی مان لیا لوگوں نے۔</w:t>
      </w:r>
    </w:p>
    <w:p>
      <w:r>
        <w:rPr>
          <w:b/>
        </w:rPr>
        <w:t xml:space="preserve">[42:32] </w:t>
      </w:r>
      <w:r>
        <w:t>pichhle lambe muddat se log yahi kehte thay ke sahib, yقتل hadd hai, yani badr al hadd ke qatl kiya jaye ga is ko.</w:t>
      </w:r>
    </w:p>
    <w:p>
      <w:pPr>
        <w:jc w:val="right"/>
      </w:pPr>
      <w:r>
        <w:t>پچھلے لمبے مدت سے لوگ یہی کہتے تھے کہ صاحب، یقتل حداً ہے، یعنی بدر الحد کے قتل کیا جائے گا اس کو۔</w:t>
      </w:r>
    </w:p>
    <w:p>
      <w:r>
        <w:rPr>
          <w:b/>
        </w:rPr>
        <w:t xml:space="preserve">[42:43] </w:t>
      </w:r>
      <w:r>
        <w:t>bro, jise qatil ko badr al hadd ke qatl kaha jata hai, aise shaatib ko badr al hadd ke qatl kiya jaye ga kyunke fuqaha ne likha hai ke yقتل hadd hai.</w:t>
      </w:r>
    </w:p>
    <w:p>
      <w:pPr>
        <w:jc w:val="right"/>
      </w:pPr>
      <w:r>
        <w:t>برو، جسے قاتل کو بدر الحد کے قتل کہا جاتا ہے، ایسے شاطب کو بدر الحد کے قتل کیا جائے گا کیونکہ فقہاء نے لکھا ہے کہ یقتل الحد ہے۔</w:t>
      </w:r>
    </w:p>
    <w:p>
      <w:r>
        <w:rPr>
          <w:b/>
        </w:rPr>
        <w:t xml:space="preserve">[42:52] </w:t>
      </w:r>
      <w:r>
        <w:t>main ne kaha yeh fuqaha kaun log hain?</w:t>
      </w:r>
    </w:p>
    <w:p>
      <w:pPr>
        <w:jc w:val="right"/>
      </w:pPr>
      <w:r>
        <w:t>میں نے کہا یہ فقہاء کون لوگ ہیں؟</w:t>
      </w:r>
    </w:p>
    <w:p>
      <w:r>
        <w:rPr>
          <w:b/>
        </w:rPr>
        <w:t xml:space="preserve">[42:54] </w:t>
      </w:r>
      <w:r>
        <w:t>yeh kaun hai? yeh fuqaha hain, yeh sab qurun mashhood bil khair ke baad ke zamane ke log hain. in ki authenticity establish nahi hai.</w:t>
      </w:r>
    </w:p>
    <w:p>
      <w:pPr>
        <w:jc w:val="right"/>
      </w:pPr>
      <w:r>
        <w:t>یہ کون ہے؟ یہ فقہاء ہیں، یہ سب قرون مشہود بالخیر کے بعد کے زمانے کے لوگ ہیں۔ ان کی اتھنٹیسٹی اسٹیبلش نہیں ہے۔</w:t>
      </w:r>
    </w:p>
    <w:p>
      <w:r>
        <w:rPr>
          <w:b/>
        </w:rPr>
        <w:t xml:space="preserve">[43:06] </w:t>
      </w:r>
      <w:r>
        <w:t>in ki koi kisi baat ko judge karein ge aap Quran Hadees ko le kar ke, aur Quran Hadees mein kahin hai hi nahi.</w:t>
      </w:r>
    </w:p>
    <w:p>
      <w:pPr>
        <w:jc w:val="right"/>
      </w:pPr>
      <w:r>
        <w:t>ان کی کوئی کسی بات کو جج کریں گے آپ قرآن حدیث کو لے کر کے، اور قرآن حدیث میں کہیں ہے ہی نہیں۔</w:t>
      </w:r>
    </w:p>
    <w:p>
      <w:r>
        <w:rPr>
          <w:b/>
        </w:rPr>
        <w:t xml:space="preserve">[43:13] </w:t>
      </w:r>
      <w:r>
        <w:t>saare Quran mein kahin bhi yeh nahi hai ke jo shatm kare, us ko maar dalo. kahin bhi nahi, bilkul sary se is ka wajood hi nahi hai.</w:t>
      </w:r>
    </w:p>
    <w:p>
      <w:pPr>
        <w:jc w:val="right"/>
      </w:pPr>
      <w:r>
        <w:t>سارے قرآن میں کہیں بھی یہ نہیں ہے کہ جو شتم کرے، اس کو مار ڈالو۔ کہیں بھی نہیں، بالکل سرے سے اس کا وجود ہی نہیں ہے۔</w:t>
      </w:r>
    </w:p>
    <w:p>
      <w:r>
        <w:rPr>
          <w:b/>
        </w:rPr>
        <w:t xml:space="preserve">[43:23] </w:t>
      </w:r>
      <w:r>
        <w:t>to hum kahein ge fuqaha ke galat, kahin kahin fuqaha ne jo masla banaya, woh galat masla tha</w:t>
      </w:r>
    </w:p>
    <w:p>
      <w:pPr>
        <w:jc w:val="right"/>
      </w:pPr>
      <w:r>
        <w:t>تو ہم کہیں گے فقہاء کے غلط، کہیں کہیں فقہاء نے جو مسئلہ بنایا، وہ غلط مسئلہ تھا</w:t>
      </w:r>
    </w:p>
    <w:p>
      <w:r>
        <w:rPr>
          <w:b/>
        </w:rPr>
        <w:t xml:space="preserve">[43:30] </w:t>
      </w:r>
      <w:r>
        <w:t>kyunke Quran se woh sabit nahi hota, to galat masla hai.</w:t>
      </w:r>
    </w:p>
    <w:p>
      <w:pPr>
        <w:jc w:val="right"/>
      </w:pPr>
      <w:r>
        <w:t>کیونکہ قرآن سے وہ ثابت نہیں ہوتا، تو غلط مسئلہ ہے۔</w:t>
      </w:r>
    </w:p>
    <w:p>
      <w:r>
        <w:rPr>
          <w:b/>
        </w:rPr>
        <w:t xml:space="preserve">[43:37] </w:t>
      </w:r>
      <w:r>
        <w:t>to yeh bohat hi, yani hamare paas jaise patak diya kisi ko, aur woh baat thi, lekin woh us ko bhi maan liya logon ne. to yeh main samajhta hoon ke hum ek naye daur mein dakhil ho gaye hain.</w:t>
      </w:r>
    </w:p>
    <w:p>
      <w:pPr>
        <w:jc w:val="right"/>
      </w:pPr>
      <w:r>
        <w:t>تو یہ بہت ہی، یعنی ہمارے پاس جیسے پٹک دیا کسی کو، اور وہ بات تھی، لیکن وہ اس کو بھی مان لیا لوگوں نے۔ تو یہ میں سمجھتا ہوں کہ ہم ایک نئے دور میں داخل ہو گئے ہیں۔</w:t>
      </w:r>
    </w:p>
    <w:p>
      <w:r>
        <w:rPr>
          <w:b/>
        </w:rPr>
        <w:t xml:space="preserve">[43:52] </w:t>
      </w:r>
      <w:r>
        <w:t>yeh daawati tehreek</w:t>
      </w:r>
    </w:p>
    <w:p>
      <w:pPr>
        <w:jc w:val="right"/>
      </w:pPr>
      <w:r>
        <w:t>یہ دعوتی تحریک</w:t>
      </w:r>
    </w:p>
    <w:p>
      <w:r>
        <w:rPr>
          <w:b/>
        </w:rPr>
        <w:t xml:space="preserve">[43:55] </w:t>
      </w:r>
      <w:r>
        <w:t>jo hai, ab ek naye daur mein dakhil ho gayi hai. woh sab khatm, ab is se hamein ek naya hausla milta hai, naya hausla ke pichhle zamane mein</w:t>
      </w:r>
    </w:p>
    <w:p>
      <w:pPr>
        <w:jc w:val="right"/>
      </w:pPr>
      <w:r>
        <w:t>جو ہے، اب ایک نئے دور میں داخل ہو گئی ہے۔ وہ سب ختم، اب اس سے ہمیں ایک نیا حوصلہ ملتا ہے، نیا حوصلہ کہ پچھلے زمانے میں</w:t>
      </w:r>
    </w:p>
    <w:p>
      <w:r>
        <w:rPr>
          <w:b/>
        </w:rPr>
        <w:t xml:space="preserve">[44:11] </w:t>
      </w:r>
      <w:r>
        <w:t>jo waqt lagta tha logon ke negative reaction ka muqabla karne mein, logon ke aitrazat ka jawab dene mein, logon se argument karne mein, is ki ab zaroorat hi nahi hai.</w:t>
      </w:r>
    </w:p>
    <w:p>
      <w:pPr>
        <w:jc w:val="right"/>
      </w:pPr>
      <w:r>
        <w:t>جو وقت لگتا تھا لوگوں کے نیگیٹیو ری ایکشن کا مقابلہ کرنے میں، لوگوں کے اعتراضات کا جواب دینے میں، لوگوں سے ارگیومنٹ کرنے میں، اس کی اب ضرورت ہی نہیں ہے۔</w:t>
      </w:r>
    </w:p>
    <w:p>
      <w:r>
        <w:rPr>
          <w:b/>
        </w:rPr>
        <w:t xml:space="preserve">[44:27] </w:t>
      </w:r>
      <w:r>
        <w:t>ab to</w:t>
      </w:r>
    </w:p>
    <w:p>
      <w:pPr>
        <w:jc w:val="right"/>
      </w:pPr>
      <w:r>
        <w:t>اب تو</w:t>
      </w:r>
    </w:p>
    <w:p>
      <w:r>
        <w:rPr>
          <w:b/>
        </w:rPr>
        <w:t xml:space="preserve">[44:28] </w:t>
      </w:r>
      <w:r>
        <w:t>mentally they are prepared to accept this ideology.</w:t>
      </w:r>
    </w:p>
    <w:p>
      <w:pPr>
        <w:jc w:val="right"/>
      </w:pPr>
      <w:r>
        <w:t>مینٹلی دے آر پریپیئر ٹو ایکسیپٹ دس آئیڈیالوجی۔</w:t>
      </w:r>
    </w:p>
    <w:p>
      <w:r>
        <w:rPr>
          <w:b/>
        </w:rPr>
        <w:t xml:space="preserve">[44:35] </w:t>
      </w:r>
      <w:r>
        <w:t>to main ne logon se kaha ke ab sab se zyada kaam zaroori yeh hai ke aap woh literature phailayein, literature phailayein.</w:t>
      </w:r>
    </w:p>
    <w:p>
      <w:pPr>
        <w:jc w:val="right"/>
      </w:pPr>
      <w:r>
        <w:t>تو میں نے لوگوں سے کہا کہ اب سب سے زیادہ کام ضروری یہ ہے کہ آپ وہ لٹریچر پھیلائیں، لٹریچر پھیلائیں۔</w:t>
      </w:r>
    </w:p>
    <w:p>
      <w:r>
        <w:rPr>
          <w:b/>
        </w:rPr>
        <w:t xml:space="preserve">[44:44] </w:t>
      </w:r>
      <w:r>
        <w:t>acha, is ka bhi bohat ajeeb tajurba hua. already literature bohat tezi se phail raha hai. mujhe mujhe andaza nahi tha ke ke Dubai mein</w:t>
      </w:r>
    </w:p>
    <w:p>
      <w:pPr>
        <w:jc w:val="right"/>
      </w:pPr>
      <w:r>
        <w:t>اچھا، اس کا بھی بہت عجیب تجربہ ہوا۔ الریڈی لٹریچر بہت تیزی سے پھیل رہا ہے۔ مجھے مجھے اندازہ نہیں تھا کہ کہ دبئی میں</w:t>
      </w:r>
    </w:p>
    <w:p>
      <w:r>
        <w:rPr>
          <w:b/>
        </w:rPr>
        <w:t xml:space="preserve">[44:54] </w:t>
      </w:r>
      <w:r>
        <w:t>itne saare log hamare literature ko parh chuke hon ge. is mein hua yeh ke awqaf jo hai, wahan ka bohat bara department hai awqaf ka, is ka bohat zabardast building ek hai, bohat shandar, is ke andar hall hai.</w:t>
      </w:r>
    </w:p>
    <w:p>
      <w:pPr>
        <w:jc w:val="right"/>
      </w:pPr>
      <w:r>
        <w:t>اتنے سارے لوگ ہمارے لٹریچر کو پڑھ چکے ہوں گے۔ اس میں ہوا یہ کہ اوقاف جو ہے، وہاں کا بہت بڑا ڈیپارٹمنٹ ہے اوقاف کا، اس کا بہت زبردست بلڈنگ ایک ہے، بہت شاندار، اس کے اندر ہال ہے۔</w:t>
      </w:r>
    </w:p>
    <w:p>
      <w:r>
        <w:rPr>
          <w:b/>
        </w:rPr>
        <w:t xml:space="preserve">[45:09] </w:t>
      </w:r>
      <w:r>
        <w:t>to wahan program rakha gaya tha.</w:t>
      </w:r>
    </w:p>
    <w:p>
      <w:pPr>
        <w:jc w:val="right"/>
      </w:pPr>
      <w:r>
        <w:t>تو وہاں پروگرام رکھا گیا تھا۔</w:t>
      </w:r>
    </w:p>
    <w:p>
      <w:r>
        <w:rPr>
          <w:b/>
        </w:rPr>
        <w:t xml:space="preserve">[45:12] </w:t>
      </w:r>
      <w:r>
        <w:t>acha, program ka jo din tha, woh bohat hi zyada wahan ke lehaz se theek nahi tha, yani jumma ki shaam wahan par jo hai, jumma ko chutti hoti hai, yani wahan itwar ko chutti nahi hoti, jumma ko chutti hoti hai.</w:t>
      </w:r>
    </w:p>
    <w:p>
      <w:pPr>
        <w:jc w:val="right"/>
      </w:pPr>
      <w:r>
        <w:t>اچھا، پروگرام کا جو دن تھا، وہ بہت ہی زیادہ وہاں کے لحاظ سے ٹھیک نہیں تھا، یعنی جمعہ کی شام وہاں پر جو ہے، جمعہ کو چھٹی ہوتی ہے، یعنی وہاں اتوار کو چھٹی نہیں ہوتی، جمعہ کو چھٹی ہوتی ہے۔</w:t>
      </w:r>
    </w:p>
    <w:p>
      <w:r>
        <w:rPr>
          <w:b/>
        </w:rPr>
        <w:t xml:space="preserve">[45:27] </w:t>
      </w:r>
      <w:r>
        <w:t>to hafte mein ek hi din milta hai logon ko jab ke woh apna kaam karein, apni family ka kaam aur doosre jo kaam hain.</w:t>
      </w:r>
    </w:p>
    <w:p>
      <w:pPr>
        <w:jc w:val="right"/>
      </w:pPr>
      <w:r>
        <w:t>تو ہفتے میں ایک ہی دن ملتا ہے لوگوں کو جب کہ وہ اپنا کام کریں، اپنی فیملی کا کام اور دوسرے جو کام ہیں۔</w:t>
      </w:r>
    </w:p>
    <w:p>
      <w:r>
        <w:rPr>
          <w:b/>
        </w:rPr>
        <w:t xml:space="preserve">[45:35] </w:t>
      </w:r>
      <w:r>
        <w:t>to juma ki shaam ko rakha gaya tha jo bohat hi zyada, yaani ghair mozu tha wahan ke logon ke liye, aur phir bhi haal bhara hua tha ek sirf ek shakhs ki taqreer sunne ke liye,</w:t>
      </w:r>
    </w:p>
    <w:p>
      <w:pPr>
        <w:jc w:val="right"/>
      </w:pPr>
      <w:r>
        <w:t>تو جمعہ کی شام کو رکھا گیا تھا جو بہت ہی زیادہ، یعنی غیر موضوع تھا وہاں کے لوگوں کے لیے، اور پھر بھی حال بھرا ہوا تھا ایک صرف ایک شخص کی تقریر سننے کے لیے،</w:t>
      </w:r>
    </w:p>
    <w:p>
      <w:r>
        <w:rPr>
          <w:b/>
        </w:rPr>
        <w:t xml:space="preserve">[45:51] </w:t>
      </w:r>
      <w:r>
        <w:t>sirf ek shakhs ki taqreer sunne ke liye haal bhara hua tha.</w:t>
      </w:r>
    </w:p>
    <w:p>
      <w:pPr>
        <w:jc w:val="right"/>
      </w:pPr>
      <w:r>
        <w:t>صرف ایک شخص کی تقریر سننے کے لیے حال بھرا ہوا تھا۔</w:t>
      </w:r>
    </w:p>
    <w:p>
      <w:r>
        <w:rPr>
          <w:b/>
        </w:rPr>
        <w:t xml:space="preserve">[45:55] </w:t>
      </w:r>
      <w:r>
        <w:t>bohat ajeeb baat yeh hui</w:t>
      </w:r>
    </w:p>
    <w:p>
      <w:pPr>
        <w:jc w:val="right"/>
      </w:pPr>
      <w:r>
        <w:t>بہت عجیب بات یہ ہوئی</w:t>
      </w:r>
    </w:p>
    <w:p>
      <w:r>
        <w:rPr>
          <w:b/>
        </w:rPr>
        <w:t xml:space="preserve">[46:00] </w:t>
      </w:r>
      <w:r>
        <w:t>ke jo aage hazir thay, unhon ne ek naya item rakha wahan, quiz ka item, quiz. hamein kuch pata nahi tha, hamein kuch bhi is ke bare mein jankari nahi thi.</w:t>
      </w:r>
    </w:p>
    <w:p>
      <w:pPr>
        <w:jc w:val="right"/>
      </w:pPr>
      <w:r>
        <w:t>کہ جو اگے حاضر تھے، انہوں نے ایک نیا آئٹم رکھا وہاں، کوئز کا آئٹم، کوئز۔ ہمیں کچھ پتہ نہیں تھا، ہمیں کچھ بھی اس کے بارے میں جانکاری نہیں تھی۔</w:t>
      </w:r>
    </w:p>
    <w:p>
      <w:r>
        <w:rPr>
          <w:b/>
        </w:rPr>
        <w:t xml:space="preserve">[46:15] </w:t>
      </w:r>
      <w:r>
        <w:t>achanak samne aaya ke unhon ne kuch quiz tayar kiye thay</w:t>
      </w:r>
    </w:p>
    <w:p>
      <w:pPr>
        <w:jc w:val="right"/>
      </w:pPr>
      <w:r>
        <w:t>اچانک سامنے آیا کہ انہوں نے کچھ کوئز تیار کیے تھے</w:t>
      </w:r>
    </w:p>
    <w:p>
      <w:r>
        <w:rPr>
          <w:b/>
        </w:rPr>
        <w:t xml:space="preserve">[46:19] </w:t>
      </w:r>
      <w:r>
        <w:t>meri kitabon ko, mere literature ko le kar ke ke falan baat kis kitab mein hai, falan kitab ke kitne transition hue hain, is tarah ke sawalat hamare literature ke bare mein, aur logon ne baghair sahi se jawab diya,</w:t>
      </w:r>
    </w:p>
    <w:p>
      <w:pPr>
        <w:jc w:val="right"/>
      </w:pPr>
      <w:r>
        <w:t>میری کتابوں کو، میرے لٹریچر کو لے کر کے کہ فلاں بات کس کتاب میں ہے، فلاں کتاب کے کتنے ٹرانسیشن ہوئے ہیں، اس طرح کے سوالات ہمارے لٹریچر کے بارے میں، اور لوگوں نے بغیر صحیح سے جواب دیا،</w:t>
      </w:r>
    </w:p>
    <w:p>
      <w:r>
        <w:rPr>
          <w:b/>
        </w:rPr>
        <w:t xml:space="preserve">[46:35] </w:t>
      </w:r>
      <w:r>
        <w:t>aur phir un ko</w:t>
      </w:r>
    </w:p>
    <w:p>
      <w:pPr>
        <w:jc w:val="right"/>
      </w:pPr>
      <w:r>
        <w:t>اور پھر ان کو</w:t>
      </w:r>
    </w:p>
    <w:p>
      <w:r>
        <w:rPr>
          <w:b/>
        </w:rPr>
        <w:t xml:space="preserve">[46:37] </w:t>
      </w:r>
      <w:r>
        <w:t>prize diye gaye. main hairaan tha ke itne sare log jo hain, kaise parhe hue hain is ko. to maloom hua ke literature ke ilawa log is se bohat zyada parh rahe hain.</w:t>
      </w:r>
    </w:p>
    <w:p>
      <w:pPr>
        <w:jc w:val="right"/>
      </w:pPr>
      <w:r>
        <w:t>پرائز دیے گئے۔ میں حیران تھا کہ اتنے سارے لوگ جو ہیں، کیسے پڑھے ہوئے ہیں اس کو۔ تو معلوم ہوا کہ لٹریچر کے علاوہ لوگ اس سے بہت زیادہ پڑھ رہے ہیں۔</w:t>
      </w:r>
    </w:p>
    <w:p>
      <w:r>
        <w:rPr>
          <w:b/>
        </w:rPr>
        <w:t xml:space="preserve">[46:50] </w:t>
      </w:r>
      <w:r>
        <w:t>internet se, mislan Pakistan se ek aalim aaye thay to unhon ne bataya ke main</w:t>
      </w:r>
    </w:p>
    <w:p>
      <w:pPr>
        <w:jc w:val="right"/>
      </w:pPr>
      <w:r>
        <w:t>انٹرنیٹ سے، مثلاً پاکستان سے ایک عالم آئے تھے تو انہوں نے بتایا کہ میں</w:t>
      </w:r>
    </w:p>
    <w:p>
      <w:r>
        <w:rPr>
          <w:b/>
        </w:rPr>
        <w:t xml:space="preserve">[47:00] </w:t>
      </w:r>
      <w:r>
        <w:t>May ka rasala internet parh chuka hoon, main jabke May ka rasala abhi chapa hua logon pe pohncha nahi tha. aaj May ki first tareekh hai.</w:t>
      </w:r>
    </w:p>
    <w:p>
      <w:pPr>
        <w:jc w:val="right"/>
      </w:pPr>
      <w:r>
        <w:t>مئی کا رسالہ انٹرنیٹ پڑھ چکا ہوں، میں جبکہ مئی کا رسالہ ابھی چھپا ہوا لوگوں پہ پہنچا نہیں تھا۔ آج مئی کی فرسٹ تاریخ ہے۔</w:t>
      </w:r>
    </w:p>
    <w:p>
      <w:r>
        <w:rPr>
          <w:b/>
        </w:rPr>
        <w:t xml:space="preserve">[47:11] </w:t>
      </w:r>
      <w:r>
        <w:t>unhon ne kaha ke main internet par May ka rasala parh kar aaya hoon. to internet jo hai, Allah ke fazl se bohat zyada</w:t>
      </w:r>
    </w:p>
    <w:p>
      <w:pPr>
        <w:jc w:val="right"/>
      </w:pPr>
      <w:r>
        <w:t>انہوں نے کہا کہ میں انٹرنیٹ پر مئی کا رسالہ پڑھ کر آیا ہوں۔ تو انٹرنیٹ جو ہے، اللہ کے فضل سے بہت زیادہ</w:t>
      </w:r>
    </w:p>
    <w:p>
      <w:r>
        <w:rPr>
          <w:b/>
        </w:rPr>
        <w:t xml:space="preserve">[47:19] </w:t>
      </w:r>
      <w:r>
        <w:t>phailane mein madadgar ban raha hai. pehle zamane mein kitab ko chhapiye, phir by post bhejiye, aur pohnchte pohnchte kitna time lagta tha.</w:t>
      </w:r>
    </w:p>
    <w:p>
      <w:pPr>
        <w:jc w:val="right"/>
      </w:pPr>
      <w:r>
        <w:t>پھیلانے میں مددگار بن رہا ہے۔ پہلے زمانے میں کتاب کو چھاپیے، پھر بائی پوسٹ بھیجیے، اور پہنچتے پہنچتے کتنا ٹائم لگتا تھا۔</w:t>
      </w:r>
    </w:p>
    <w:p>
      <w:r>
        <w:rPr>
          <w:b/>
        </w:rPr>
        <w:t xml:space="preserve">[47:31] </w:t>
      </w:r>
      <w:r>
        <w:t>ab to yahan ke aap download kar dijiye, aur sari duniya mein har jagah log is ko parh rahe hain,</w:t>
      </w:r>
    </w:p>
    <w:p>
      <w:pPr>
        <w:jc w:val="right"/>
      </w:pPr>
      <w:r>
        <w:t>اب تو یہاں کہ آپ ڈاؤن لوڈ کر دیجئے، اور ساری دنیا میں ہر جگہ لوگ اس کو پڑھ رہے ہیں،</w:t>
      </w:r>
    </w:p>
    <w:p>
      <w:r>
        <w:rPr>
          <w:b/>
        </w:rPr>
        <w:t xml:space="preserve">[47:38] </w:t>
      </w:r>
      <w:r>
        <w:t>yaani koi without any delay. idhar tayar hua, idhar aap download kar diya, aap ne idhar sare log parh rahe hain.</w:t>
      </w:r>
    </w:p>
    <w:p>
      <w:pPr>
        <w:jc w:val="right"/>
      </w:pPr>
      <w:r>
        <w:t>یعنی کوئی ودا آؤٹ اینی ڈیلے۔ ادھر تیار ہوا، ادھر آپ ڈاؤن لوڈ کر دیا، آپ نے ادھر سارے لوگ پڑھ رہے ہیں۔</w:t>
      </w:r>
    </w:p>
    <w:p>
      <w:r>
        <w:rPr>
          <w:b/>
        </w:rPr>
        <w:t xml:space="preserve">[47:50] </w:t>
      </w:r>
      <w:r>
        <w:t>to yeh yeh Allah ke fazl se yeh yeh jo opportunity hai, yeh poori tarah hamare mission ke back par aa gayi hai, ke backing par aa gayi hai, aur bari tadad mein log parh rahe hain.</w:t>
      </w:r>
    </w:p>
    <w:p>
      <w:pPr>
        <w:jc w:val="right"/>
      </w:pPr>
      <w:r>
        <w:t>تو یہ یہ اللہ کے فضل سے یہ یہ جو اپرچونیٹی ہے، یہ پوری طرح ہمارے مشن کے بیک پر آ گئی ہے، کہ بیکنگ پر آ گئی ہے، اور بڑی تعداد میں لوگ پڑھ رہے ہیں۔</w:t>
      </w:r>
    </w:p>
    <w:p>
      <w:r>
        <w:rPr>
          <w:b/>
        </w:rPr>
        <w:t xml:space="preserve">[48:06] </w:t>
      </w:r>
      <w:r>
        <w:t>ek</w:t>
      </w:r>
    </w:p>
    <w:p>
      <w:pPr>
        <w:jc w:val="right"/>
      </w:pPr>
      <w:r>
        <w:t>ایک</w:t>
      </w:r>
    </w:p>
    <w:p>
      <w:r>
        <w:rPr>
          <w:b/>
        </w:rPr>
        <w:t xml:space="preserve">[48:07] </w:t>
      </w:r>
      <w:r>
        <w:t>Pakistan ke ek scholar aaye thay, jo mashhoor scholar wahan ke hain, bohat hi well known scholar. to ek interview tha, Pakistan ke TV aaya tha wahan par, to us ne hum dono ka woh liya, do kursi bithaya unhon ne, aur</w:t>
      </w:r>
    </w:p>
    <w:p>
      <w:pPr>
        <w:jc w:val="right"/>
      </w:pPr>
      <w:r>
        <w:t>پاکستان کے ایک اسکالر آئے تھے، جو مشہور اسکالر وہاں کے ہیں، بہت ہی ویل نون اسکالر۔ تو ایک انٹرویو تھا، پاکستان کے ٹی وی آیا تھا وہاں پر، تو اس نے ہم دونوں کا وہ لیا، دو کرسی بٹھایا انہوں نے، اور</w:t>
      </w:r>
    </w:p>
    <w:p>
      <w:r>
        <w:rPr>
          <w:b/>
        </w:rPr>
        <w:t xml:space="preserve">[48:24] </w:t>
      </w:r>
      <w:r>
        <w:t>eksaah question karte thay, woh similar question mujh se bhi aur un se bhi. bohat hi taajub mujhe hua ke unhon ne jo baatein kahin, woh bilkul wahi rasala wali baatein theen.</w:t>
      </w:r>
    </w:p>
    <w:p>
      <w:pPr>
        <w:jc w:val="right"/>
      </w:pPr>
      <w:r>
        <w:t>ایکساہ کوئسچن کرتے تھے، وہ سمیلر کوئسچن مجھ سے بھی اور ان سے بھی۔ بہت ہی تعجب مجھے ہوا کہ انہوں نے جو باتیں کہیں، وہ بالکل وہی ارسالہ والی باتیں تھیں۔</w:t>
      </w:r>
    </w:p>
    <w:p>
      <w:r>
        <w:rPr>
          <w:b/>
        </w:rPr>
        <w:t xml:space="preserve">[48:38] </w:t>
      </w:r>
      <w:r>
        <w:t>hamare sab saathi jo wahan gaye thay, woh is ke liye witness hain</w:t>
      </w:r>
    </w:p>
    <w:p>
      <w:pPr>
        <w:jc w:val="right"/>
      </w:pPr>
      <w:r>
        <w:t>ہمارے سب ساتھی جو وہاں گئے تھے، وہ اس کے لیے وٹنس ہیں</w:t>
      </w:r>
    </w:p>
    <w:p>
      <w:r>
        <w:rPr>
          <w:b/>
        </w:rPr>
        <w:t xml:space="preserve">[48:42] </w:t>
      </w:r>
      <w:r>
        <w:t>ke jo baatein rasala mein chapti hain, jo baatein hum yahan Sunday ko kehte hain, jo baatein hamari kitabon mein chhapi hui hain, isi ko woh dohra rahe thay.</w:t>
      </w:r>
    </w:p>
    <w:p>
      <w:pPr>
        <w:jc w:val="right"/>
      </w:pPr>
      <w:r>
        <w:t>کہ جو باتیں ارسالہ میں چھپتی ہیں، جو باتیں ہم یہاں سنڈے کو کہتے ہیں، جو باتیں ہماری کتابوں میں چھپی ہوئی ہیں، اسی کو وہ دہرا رہے تھے۔</w:t>
      </w:r>
    </w:p>
    <w:p>
      <w:r>
        <w:rPr>
          <w:b/>
        </w:rPr>
        <w:t xml:space="preserve">[48:53] </w:t>
      </w:r>
      <w:r>
        <w:t>main samajhta tha, dara hua tha main ke kahin hamare un ke darmiyan clash na ho jaye.</w:t>
      </w:r>
    </w:p>
    <w:p>
      <w:pPr>
        <w:jc w:val="right"/>
      </w:pPr>
      <w:r>
        <w:t>میں سمجھتا تھا، ڈرا ہوا تھا میں کہ کہیں ہمارے ان کے درمیان کلیش نہ ہو جائے۔</w:t>
      </w:r>
    </w:p>
    <w:p>
      <w:r>
        <w:rPr>
          <w:b/>
        </w:rPr>
        <w:t xml:space="preserve">[49:01] </w:t>
      </w:r>
      <w:r>
        <w:t>yeh ek well known scholar thay Pakistan ke, to main dara hua tha is tarah ka jo unhon ne kiya tha ke dono ko bithakar ke interview discussion.</w:t>
      </w:r>
    </w:p>
    <w:p>
      <w:pPr>
        <w:jc w:val="right"/>
      </w:pPr>
      <w:r>
        <w:t>یہ ایک ویل نون اسکالر تھے پاکستان کے، تو میں ڈرا ہوا تھا اس طرح کا جو انہوں نے کیا تھا کہ دونوں کو بٹھا کر کے انٹرویو ڈسکشن۔</w:t>
      </w:r>
    </w:p>
    <w:p>
      <w:r>
        <w:rPr>
          <w:b/>
        </w:rPr>
        <w:t xml:space="preserve">[49:10] </w:t>
      </w:r>
      <w:r>
        <w:t>to mujhe dar tha, mujhe hai ke clash na ho jaye aapas mein hamara un ka, kyunke un ki soch kuch hogi, meri soch kuch hogi.</w:t>
      </w:r>
    </w:p>
    <w:p>
      <w:pPr>
        <w:jc w:val="right"/>
      </w:pPr>
      <w:r>
        <w:t>تو مجھے ڈر تھا، مجھے ہے کہ کلیش نہ ہو جائے آپس میں ہمارا ان کا، کیونکہ ان کی سوچ کچھ ہوگی، میری سوچ کچھ ہوگی۔</w:t>
      </w:r>
    </w:p>
    <w:p>
      <w:r>
        <w:rPr>
          <w:b/>
        </w:rPr>
        <w:t xml:space="preserve">[49:19] </w:t>
      </w:r>
      <w:r>
        <w:t>to maloom hua ke sara literature parhe hue hain, woh internet se bhi, aur book ki shakal mein bhi, woh aur aur main samajhta hoon ke kam az kam 99 percent woh ittefaq kar rahe thay, woh hamari baaton se.</w:t>
      </w:r>
    </w:p>
    <w:p>
      <w:pPr>
        <w:jc w:val="right"/>
      </w:pPr>
      <w:r>
        <w:t>تو معلوم ہوا کہ سارا لٹریچر پڑے ہوئے ہیں، وہ انٹرنیٹ سے بھی، اور بک کی شکل میں بھی، وہ اور اور میں سمجھتا ہوں کہ کم از کم 99 پرسنٹ وہ اتفاق کر رہے تھے، وہ ہماری باتوں سے۔</w:t>
      </w:r>
    </w:p>
    <w:p>
      <w:r>
        <w:rPr>
          <w:b/>
        </w:rPr>
        <w:t xml:space="preserve">[49:35] </w:t>
      </w:r>
      <w:r>
        <w:t>yeh hai change. Allah taala ne halaat ko badalkar ke bilkul is tehreek ki muwafiqat kar diya hai.</w:t>
      </w:r>
    </w:p>
    <w:p>
      <w:pPr>
        <w:jc w:val="right"/>
      </w:pPr>
      <w:r>
        <w:t>یہ ہے چینج۔ اللہ تعالی نے حالات کو بدل کر کے بالکل اس تحریک کی موافقت کر دیا ہے۔</w:t>
      </w:r>
    </w:p>
    <w:p>
      <w:r>
        <w:rPr>
          <w:b/>
        </w:rPr>
        <w:t xml:space="preserve">[49:49] </w:t>
      </w:r>
      <w:r>
        <w:t>is se hamein aik naya hausla milta hai, is se hamein aik naya, yaani</w:t>
      </w:r>
    </w:p>
    <w:p>
      <w:pPr>
        <w:jc w:val="right"/>
      </w:pPr>
      <w:r>
        <w:t>اس سے ہمیں ایک نیا حوصلہ ملتا ہے، اس سے ہمیں ایک نیا، یعنی</w:t>
      </w:r>
    </w:p>
    <w:p>
      <w:r>
        <w:rPr>
          <w:b/>
        </w:rPr>
        <w:t xml:space="preserve">[50:00] </w:t>
      </w:r>
      <w:r>
        <w:t>aik naya naya umeed paida hoti hai, nai umeed. Aisa lagta hai ke Allah taala bilkul, yaani kyunke aap jante hain ke ab saare asaar batate hain qayamat qareeb hai.</w:t>
      </w:r>
    </w:p>
    <w:p>
      <w:pPr>
        <w:jc w:val="right"/>
      </w:pPr>
      <w:r>
        <w:t>ایک نیا نیا امید پیدا ہوتی ہے، نئی امید۔ ایسا لگتا ہے کہ اللہ تعالی بالکل، یعنی کیونکہ آپ جانتے ہیں کہ اب سارے آثار بتاتے ہیں قیامت قریب ہے۔</w:t>
      </w:r>
    </w:p>
    <w:p>
      <w:r>
        <w:rPr>
          <w:b/>
        </w:rPr>
        <w:t xml:space="preserve">[50:14] </w:t>
      </w:r>
      <w:r>
        <w:t>Ab jo yeh na jaane ke qayamat qareeb hai, woh mein kehta hoon ke woh blind hai, blind hai.</w:t>
      </w:r>
    </w:p>
    <w:p>
      <w:pPr>
        <w:jc w:val="right"/>
      </w:pPr>
      <w:r>
        <w:t>اب جو یہ نہ جانے کہ قیامت قریب ہے، وہ میں کہتا ہوں کہ وہ بلائنڈ ہے، بلائنڈ ہے۔</w:t>
      </w:r>
    </w:p>
    <w:p>
      <w:r>
        <w:rPr>
          <w:b/>
        </w:rPr>
        <w:t xml:space="preserve">[50:22] </w:t>
      </w:r>
      <w:r>
        <w:t>Is mein shakk nahi ke qayamat qareeb hai. Quran mein aap parhiye, dekhiye, Quran ke jo baar baar is ki warning di gayi hai, insaat aqqaad fiha,</w:t>
      </w:r>
    </w:p>
    <w:p>
      <w:pPr>
        <w:jc w:val="right"/>
      </w:pPr>
      <w:r>
        <w:t>اس میں شک نہیں کہ قیامت قریب ہے۔ قرآن میں آپ پڑھیے، دیکھیے، قرآن کے جو بار بار اس کی وارننگ دی گئی ہے، انسات عقاد فیہا،</w:t>
      </w:r>
    </w:p>
    <w:p>
      <w:r>
        <w:rPr>
          <w:b/>
        </w:rPr>
        <w:t xml:space="preserve">[50:36] </w:t>
      </w:r>
      <w:r>
        <w:t>qayamat aanay wali hai, qayamat aanay wali hai, qayamat aanay wali hai,</w:t>
      </w:r>
    </w:p>
    <w:p>
      <w:pPr>
        <w:jc w:val="right"/>
      </w:pPr>
      <w:r>
        <w:t>قیامت آنے والی ہے، قیامت آنے والی ہے، قیامت آنے والی ہے،</w:t>
      </w:r>
    </w:p>
    <w:p>
      <w:r>
        <w:rPr>
          <w:b/>
        </w:rPr>
        <w:t xml:space="preserve">[50:40] </w:t>
      </w:r>
      <w:r>
        <w:t>logon ka hisab kitab hoga. To woh jo alamatain hain, jo signs hain, woh batate hain ke qayamat bilkul qareeb aa chuki hai.</w:t>
      </w:r>
    </w:p>
    <w:p>
      <w:pPr>
        <w:jc w:val="right"/>
      </w:pPr>
      <w:r>
        <w:t>لوگوں کا حساب کتاب ہوگا۔ تو وہ جو علامتیں ہیں، جو سائنز ہیں، وہ بتاتے ہیں کہ قیامت بالکل قریب آ چکی ہے۔</w:t>
      </w:r>
    </w:p>
    <w:p>
      <w:r>
        <w:rPr>
          <w:b/>
        </w:rPr>
        <w:t xml:space="preserve">[50:56] </w:t>
      </w:r>
      <w:r>
        <w:t>To qayamat se pehle Allah taala ko matloob hai ke deen jo hai, Allah ka jo deen hai, jo message hai, jo creation plan of God jo hai, us ke baray mein log ba-khabar ho jayen.</w:t>
      </w:r>
    </w:p>
    <w:p>
      <w:pPr>
        <w:jc w:val="right"/>
      </w:pPr>
      <w:r>
        <w:t>تو قیامت سے پہلے اللہ تعالی کو مطلوب ہے کہ دین جو ہے، اللہ کا جو دین ہے، جو میسج ہے، جو کشن پلان آف گاڈ جو ہے، اس کے بارے میں لوگ باخبر ہو جائیں۔</w:t>
      </w:r>
    </w:p>
    <w:p>
      <w:r>
        <w:rPr>
          <w:b/>
        </w:rPr>
        <w:t xml:space="preserve">[51:11] </w:t>
      </w:r>
      <w:r>
        <w:t>Is liye Allah taala ne aisa lagta hai ke tez kar diya hai</w:t>
      </w:r>
    </w:p>
    <w:p>
      <w:pPr>
        <w:jc w:val="right"/>
      </w:pPr>
      <w:r>
        <w:t>اس لیے اللہ تعالی نے ایسا لگتا ہے کہ تیز کر دیا ہے</w:t>
      </w:r>
    </w:p>
    <w:p>
      <w:r>
        <w:rPr>
          <w:b/>
        </w:rPr>
        <w:t xml:space="preserve">[51:15] </w:t>
      </w:r>
      <w:r>
        <w:t>is da'wati safar ko, bohat hi is ki speed barha diya hai,</w:t>
      </w:r>
    </w:p>
    <w:p>
      <w:pPr>
        <w:jc w:val="right"/>
      </w:pPr>
      <w:r>
        <w:t>اس دعوتی سفر کو، بہت ہی اس کی سپیڈ بڑھا دیا ہے،</w:t>
      </w:r>
    </w:p>
    <w:p>
      <w:r>
        <w:rPr>
          <w:b/>
        </w:rPr>
        <w:t xml:space="preserve">[51:24] </w:t>
      </w:r>
      <w:r>
        <w:t>da'wat safar ki speed barha diya hai taake tezi se woh waqt aa jaye jab logon ki be-khabari logon ki toot jaye, log jaan lein ke what is the creation plan of God.</w:t>
      </w:r>
    </w:p>
    <w:p>
      <w:pPr>
        <w:jc w:val="right"/>
      </w:pPr>
      <w:r>
        <w:t>دعوت سفر کی سپیڈ بڑھا دیا ہے تاکہ تیزی سے وہ وقت آ جائے جب لوگ کی بے خبری لوگوں کی ٹوٹ جائے، لوگ جان لیں کہ واٹ از دا کریشن پلان آف گاڈ۔</w:t>
      </w:r>
    </w:p>
    <w:p>
      <w:r>
        <w:rPr>
          <w:b/>
        </w:rPr>
        <w:t xml:space="preserve">[51:46] </w:t>
      </w:r>
      <w:r>
        <w:t>To hamein halaat chalayenge nahi, halaat aisa nahi ke halaat loud speaker se aelan karein. Hamein halaat ko pehchanna hoga, hamein halaat ko samajhna hoga aur us ko avail karna hoga.</w:t>
      </w:r>
    </w:p>
    <w:p>
      <w:pPr>
        <w:jc w:val="right"/>
      </w:pPr>
      <w:r>
        <w:t>تو ہمیں حالات چلائیں گے نہیں، حالات ایسا نہیں کہ حالات لاؤڈ سپیکر سے اعلان کریں۔ ہمیں حالات کو پہچاننا ہوگا، ہمیں حالات کو سمجھنا ہوگا اور اس کو اویل کرنا ہوگا۔</w:t>
      </w:r>
    </w:p>
    <w:p>
      <w:r>
        <w:rPr>
          <w:b/>
        </w:rPr>
        <w:t xml:space="preserve">[52:04] </w:t>
      </w:r>
      <w:r>
        <w:t>Halaat ko samajh kar planning karein, us ko avail karein, yeh hamari zimmedari hai. Kabhi aisa nahi hoga ke halaat loud speaker ki zuban mein aelan karein ke dekho yeh mauqa aa gaya hai, us ko avail karo, yeh hamara kaam hai,</w:t>
      </w:r>
    </w:p>
    <w:p>
      <w:pPr>
        <w:jc w:val="right"/>
      </w:pPr>
      <w:r>
        <w:t>حالات کو سمجھ کر پلاننگ کریں، اس کو اویل کریں، یہ ہماری ذمہ داری ہے۔ کبھی ایسا نہیں ہوگا کہ حالات لاؤڈ سپیکر کی زبان میں اعلان کریں کہ دیکھو یہ موقع آ گیا ہے، اس کو اویل کرو، یہ ہمارا کام ہے،</w:t>
      </w:r>
    </w:p>
    <w:p>
      <w:r>
        <w:rPr>
          <w:b/>
        </w:rPr>
        <w:t xml:space="preserve">[52:22] </w:t>
      </w:r>
      <w:r>
        <w:t>yeh hamara apna kaam hai.</w:t>
      </w:r>
    </w:p>
    <w:p>
      <w:pPr>
        <w:jc w:val="right"/>
      </w:pPr>
      <w:r>
        <w:t>یہ ہمارا اپنا کام ہے۔</w:t>
      </w:r>
    </w:p>
    <w:p>
      <w:r>
        <w:rPr>
          <w:b/>
        </w:rPr>
        <w:t xml:space="preserve">[52:28] </w:t>
      </w:r>
      <w:r>
        <w:t>Aur wahan par yeh mehsoos hua, yahan Delhi India mein bhi mehsoos hota hai ke jisko bhi diya jata tha, maslan Quran ka translation, aisa lagta tha ke woh pehle se intezar mein tha ke koi mujhe de Quran ka tarjuma,</w:t>
      </w:r>
    </w:p>
    <w:p>
      <w:pPr>
        <w:jc w:val="right"/>
      </w:pPr>
      <w:r>
        <w:t>اور وہاں پر یہ محسوس ہوا، یہاں دلی انڈیا میں بھی محسوس ہوتا ہے کہ جس کو بھی دیا جاتا تھا، مثلاً قرآن کا ٹرانسلیشن، ایسا لگتا تھا کہ وہ پہلے سے انتظار میں تھا کہ کوئی مجھے دے قرآن کا ترجمہ،</w:t>
      </w:r>
    </w:p>
    <w:p>
      <w:r>
        <w:rPr>
          <w:b/>
        </w:rPr>
        <w:t xml:space="preserve">[52:47] </w:t>
      </w:r>
      <w:r>
        <w:t>yaani pehle jaise kisi intezar mein thay. Aik Farsi ka sher hai ke "hama awan sahra sar khod nahad bar qab ba umeed aan ke rozay ba shikar khwah yamat" ka matlab hai ke janglat ke jo hiran hain,</w:t>
      </w:r>
    </w:p>
    <w:p>
      <w:pPr>
        <w:jc w:val="right"/>
      </w:pPr>
      <w:r>
        <w:t>یعنی پہلے جیسے کسی انتظار میں تھے۔ ایک فارسی کا شعر ہے کہ "ہما اوان سہرہ سر خود نہاد برقب با امید آنکھ کے روزے بشکار خواہ یامت" کا مطلب ہے کہ جنگل کے جو ہرن ہیں،</w:t>
      </w:r>
    </w:p>
    <w:p>
      <w:r>
        <w:rPr>
          <w:b/>
        </w:rPr>
        <w:t xml:space="preserve">[53:06] </w:t>
      </w:r>
      <w:r>
        <w:t>woh apna sar hath pe liye hue ghoom rahe hain ke kaun hai jo un ko shikar kare.</w:t>
      </w:r>
    </w:p>
    <w:p>
      <w:pPr>
        <w:jc w:val="right"/>
      </w:pPr>
      <w:r>
        <w:t>وہ اپنا سر ہاتھ پہ لیے ہوئے گھوم رہے ہیں کہ کون ہے جو ان کو شکار کرے۔</w:t>
      </w:r>
    </w:p>
    <w:p>
      <w:r>
        <w:rPr>
          <w:b/>
        </w:rPr>
        <w:t xml:space="preserve">[53:18] </w:t>
      </w:r>
      <w:r>
        <w:t>To aisa lagta hai ke saare insaan yeh keh rahe hain ke "ao batao hum ko, hum Khuda ke parast, Khuda ke bande banna chahte hain, batao hum ko".</w:t>
      </w:r>
    </w:p>
    <w:p>
      <w:pPr>
        <w:jc w:val="right"/>
      </w:pPr>
      <w:r>
        <w:t>تو ایسا لگتا ہے کہ سارے انسان یہ کہہ رہے ہیں کہ "اؤ بتاؤ ہم کو، ہم خدا کے پرست، خدا کے بندے بننا چاہتے ہیں، بتاؤ ہم کو"۔</w:t>
      </w:r>
    </w:p>
    <w:p>
      <w:r>
        <w:rPr>
          <w:b/>
        </w:rPr>
        <w:t xml:space="preserve">[53:32] </w:t>
      </w:r>
      <w:r>
        <w:t>Jaisay Rasool Allah jab aaye thay Makkah Arab mein to wahan kuch log hua karte thay, to seeker thay, seeker.</w:t>
      </w:r>
    </w:p>
    <w:p>
      <w:pPr>
        <w:jc w:val="right"/>
      </w:pPr>
      <w:r>
        <w:t>جیسے رسول اللہ جب آئے تھے مکہ عرب میں تو وہاں کچھ لوگ ہوا کرتے تھے، تو سیکھر تھے، سیکھر۔</w:t>
      </w:r>
    </w:p>
    <w:p>
      <w:r>
        <w:rPr>
          <w:b/>
        </w:rPr>
        <w:t xml:space="preserve">[53:47] </w:t>
      </w:r>
      <w:r>
        <w:t>To nubuwwat se pehle</w:t>
      </w:r>
    </w:p>
    <w:p>
      <w:pPr>
        <w:jc w:val="right"/>
      </w:pPr>
      <w:r>
        <w:t>تو نبوت سے پہلے</w:t>
      </w:r>
    </w:p>
    <w:p>
      <w:r>
        <w:rPr>
          <w:b/>
        </w:rPr>
        <w:t xml:space="preserve">[53:50] </w:t>
      </w:r>
      <w:r>
        <w:t>woh paida hue aur woh Ka'aba ke paas aa kar kehte thay ke "Khudaya hum ko nahi maloom ke hum kaise teri ibadat karein, agar hum jante to hum waise hi teri ibadat karte".</w:t>
      </w:r>
    </w:p>
    <w:p>
      <w:pPr>
        <w:jc w:val="right"/>
      </w:pPr>
      <w:r>
        <w:t>وہ پیدا ہوئے اور وہ کعبہ کے پاس آ کر کہتے تھے کہ "خدایا ہم کو نہیں معلوم کہ ہم کیسے تیری عبادت کریں، اگر ہم جانتے تو ہم ویسے ہی تیری عبادت کرتے"۔</w:t>
      </w:r>
    </w:p>
    <w:p>
      <w:r>
        <w:rPr>
          <w:b/>
        </w:rPr>
        <w:t xml:space="preserve">[54:02] </w:t>
      </w:r>
      <w:r>
        <w:t>In ko kitab hanifa kaha jata hai. Hanifa ab saari duniya hanifa ban gayi hai,</w:t>
      </w:r>
    </w:p>
    <w:p>
      <w:pPr>
        <w:jc w:val="right"/>
      </w:pPr>
      <w:r>
        <w:t>ان کو کتاب حنفہ کہا جاتا ہے۔ حنفہ اب ساری دنیا حنفہ بن گئی ہے،</w:t>
      </w:r>
    </w:p>
    <w:p>
      <w:r>
        <w:rPr>
          <w:b/>
        </w:rPr>
        <w:t xml:space="preserve">[54:08] </w:t>
      </w:r>
      <w:r>
        <w:t>wahan to kuch hanifa thay, kuch saari duniya hanifa ban gayi hai, yaani seeker ban gayi hai, potential seeker. Kuch log active seeker hain, kuch potential seeker hain.</w:t>
      </w:r>
    </w:p>
    <w:p>
      <w:pPr>
        <w:jc w:val="right"/>
      </w:pPr>
      <w:r>
        <w:t>وہاں تو کچھ حنفہ تھے، کچھ ساری دنیا حنفہ بن گئی ہے، یعنی سیکھر بن گئی ہے، پوٹینشل سیکھر۔ کچھ لوگ ایکٹیو سیکھر ہیں، کچھ پوٹینشل سیکھر ہیں۔</w:t>
      </w:r>
    </w:p>
    <w:p>
      <w:r>
        <w:rPr>
          <w:b/>
        </w:rPr>
        <w:t xml:space="preserve">[54:21] </w:t>
      </w:r>
      <w:r>
        <w:t>Aap kisi se baat kijiye, kisi se baat kijiye</w:t>
      </w:r>
    </w:p>
    <w:p>
      <w:pPr>
        <w:jc w:val="right"/>
      </w:pPr>
      <w:r>
        <w:t>آپ کسی سے بات کیجئے، کسی سے بات کیجئے</w:t>
      </w:r>
    </w:p>
    <w:p>
      <w:r>
        <w:rPr>
          <w:b/>
        </w:rPr>
        <w:t xml:space="preserve">[54:26] </w:t>
      </w:r>
      <w:r>
        <w:t>to laga ke andar se woh kisi cheez ki talash mein hai. Kyunke dekhiye, yeh zamana tha, yeh zamana aisa tha ke aadmi ne har cheez ka tajruba kar liya, madi rahat ka tajruba kiya, rahat nahi mili,</w:t>
      </w:r>
    </w:p>
    <w:p>
      <w:pPr>
        <w:jc w:val="right"/>
      </w:pPr>
      <w:r>
        <w:t>تو لگا کہ اندر سے وہ کسی چیز کی تلاش میں ہے۔ کیونکہ دیکھیے، یہ زمانہ تھا، یہ زمانہ ایسا تھا کہ آدمی نے ہر چیز کا تجربہ کر لیا، مادی راحت کا تجربہ کیا، راحت نہیں ملی،</w:t>
      </w:r>
    </w:p>
    <w:p>
      <w:r>
        <w:rPr>
          <w:b/>
        </w:rPr>
        <w:t xml:space="preserve">[54:42] </w:t>
      </w:r>
      <w:r>
        <w:t>machineon ka tajruba kiya, machineon se un ke problem solve nahi hue, baray baray system ka tajruba kiya, aur koi system ne un ko behtar samajh nahi di, koi tohfa nahi diya.</w:t>
      </w:r>
    </w:p>
    <w:p>
      <w:pPr>
        <w:jc w:val="right"/>
      </w:pPr>
      <w:r>
        <w:t>مشینوں کا تجربہ کیا، مشینوں سے ان کے پرابلم سالو نہیں ہوئے، بڑے بڑے سسٹم کا تجربہ کیا، اور کوئی سسٹم نے ان کو بہتر سمجھ نہیں دی، کوئی تحفہ نہیں دیا۔</w:t>
      </w:r>
    </w:p>
    <w:p>
      <w:r>
        <w:rPr>
          <w:b/>
        </w:rPr>
        <w:t xml:space="preserve">[54:53] </w:t>
      </w:r>
      <w:r>
        <w:t>har cheez ka tajruba kar chuka hai insaan is zamane mein,</w:t>
      </w:r>
    </w:p>
    <w:p>
      <w:pPr>
        <w:jc w:val="right"/>
      </w:pPr>
      <w:r>
        <w:t>ہر چیز کا تجربہ کر چکا ہے انسان اس زمانے میں،</w:t>
      </w:r>
    </w:p>
    <w:p>
      <w:r>
        <w:rPr>
          <w:b/>
        </w:rPr>
        <w:t xml:space="preserve">[55:00] </w:t>
      </w:r>
      <w:r>
        <w:t>lekin is ka jo is ke dil mein jo basa hua tha, woh use nahi mila. To har aadmi is talash mein hai ke kya sachai koi aur hai,</w:t>
      </w:r>
    </w:p>
    <w:p>
      <w:pPr>
        <w:jc w:val="right"/>
      </w:pPr>
      <w:r>
        <w:t>لیکن اس کا جو اس کے دل میں جو بسا ہوا تھا، وہ اسے نہیں ملا۔ تو ہر آدمی اس تلاش میں ہے کہ کیا سچائی کوئی اور ہے،</w:t>
      </w:r>
    </w:p>
    <w:p>
      <w:r>
        <w:rPr>
          <w:b/>
        </w:rPr>
        <w:t xml:space="preserve">[55:15] </w:t>
      </w:r>
      <w:r>
        <w:t>koi aur version hai sachai ka,</w:t>
      </w:r>
    </w:p>
    <w:p>
      <w:pPr>
        <w:jc w:val="right"/>
      </w:pPr>
      <w:r>
        <w:t>کوئی اور ورژن ہے سچائی کا،</w:t>
      </w:r>
    </w:p>
    <w:p>
      <w:r>
        <w:rPr>
          <w:b/>
        </w:rPr>
        <w:t xml:space="preserve">[55:20] </w:t>
      </w:r>
      <w:r>
        <w:t>chahe woh kanconsciously janta ho ya na janta ho.</w:t>
      </w:r>
    </w:p>
    <w:p>
      <w:pPr>
        <w:jc w:val="right"/>
      </w:pPr>
      <w:r>
        <w:t>چاہے وہ کانشیسلی جانتا ہو یا نہ جانتا ہو۔</w:t>
      </w:r>
    </w:p>
    <w:p>
      <w:r>
        <w:rPr>
          <w:b/>
        </w:rPr>
        <w:t xml:space="preserve">[55:26] </w:t>
      </w:r>
      <w:r>
        <w:t>Agar kanconsciously janta ho to woh us ko kaho ga "active seeker hai", woh na janta ho to main kahoon "potential seeker hai". Woh</w:t>
      </w:r>
    </w:p>
    <w:p>
      <w:pPr>
        <w:jc w:val="right"/>
      </w:pPr>
      <w:r>
        <w:t>اگر کانشیسلی جانتا ہو تو وہ اس کو کہو گا "ایکٹیو سیکھر ہے"، وہ نہ جانتا ہو تو میں کہوں "پوٹینشل سیکھر ہے"۔ وہ</w:t>
      </w:r>
    </w:p>
    <w:p>
      <w:r>
        <w:rPr>
          <w:b/>
        </w:rPr>
        <w:t xml:space="preserve">[55:36] </w:t>
      </w:r>
      <w:r>
        <w:t>ab sirf zaroorat hai ke aap aage barh kar is ko pohncha dein. To literature ke zariye se, kitabon ke zariye se ek to hai pohnchana, aur doosra tareeqa hai ke aap har cheez internet mein bhar dein,</w:t>
      </w:r>
    </w:p>
    <w:p>
      <w:pPr>
        <w:jc w:val="right"/>
      </w:pPr>
      <w:r>
        <w:t>اب صرف ضرورت ہے کہ آپ آگے بڑھ کر اس کو پہنچا دیں۔ تو لٹریچر کے ذریعے سے، کتابوں کے ذریعے سے ایک تو ہے پہنچانا، اور دوسرا طریقہ ہے کہ آپ ہر چیز انٹرنیٹ میں بھر دیں،</w:t>
      </w:r>
    </w:p>
    <w:p>
      <w:r>
        <w:rPr>
          <w:b/>
        </w:rPr>
        <w:t xml:space="preserve">[55:52] </w:t>
      </w:r>
      <w:r>
        <w:t>har cheez website pe bhar dein, har cheez computer mein bhar dein, aur jahan jahan aadmi hai, jahan jahan insaan hai,</w:t>
      </w:r>
    </w:p>
    <w:p>
      <w:pPr>
        <w:jc w:val="right"/>
      </w:pPr>
      <w:r>
        <w:t>ہر چیز ویب سائٹ پہ بھر دیں، ہر چیز کمپیوٹر میں بھر دیں، اور جہاں جہاں آدمی ہے، جہاں جہاں انسان ہے،</w:t>
      </w:r>
    </w:p>
    <w:p>
      <w:r>
        <w:rPr>
          <w:b/>
        </w:rPr>
        <w:t xml:space="preserve">[55:59] </w:t>
      </w:r>
      <w:r>
        <w:t>wahan khud hi khud download kar ke us ko parhta rahe aur janta rahe.</w:t>
      </w:r>
    </w:p>
    <w:p>
      <w:pPr>
        <w:jc w:val="right"/>
      </w:pPr>
      <w:r>
        <w:t>وہاں خود ہی خود ڈاؤن لوڈ کر کے اس کو پڑھتا رہے اور جانتا رہے۔</w:t>
      </w:r>
    </w:p>
    <w:p>
      <w:r>
        <w:rPr>
          <w:b/>
        </w:rPr>
        <w:t xml:space="preserve">[56:08] </w:t>
      </w:r>
      <w:r>
        <w:t>Yeh waqt aa gaya hai. Kaisa ajeeb hua hai zamana! Delhi mein bhi hum ko is ka ehsas hota tha, lekin Dubai mein jo ke sangam hai East West ka, wahan bohat ziyada ehsas is ka ho gaya.</w:t>
      </w:r>
    </w:p>
    <w:p>
      <w:pPr>
        <w:jc w:val="right"/>
      </w:pPr>
      <w:r>
        <w:t>یہ وقت آ گیا ہے۔ کیسا عجیب ہوا ہے زمانہ! دلی میں بھی ہم کو اس کا احساس ہوتا تھا، لیکن دبئی میں جو کہ سنگم ہے ایسٹ ویسٹ کا، وہاں بہت زیادہ احساس اس کا ہو گیا۔</w:t>
      </w:r>
    </w:p>
    <w:p>
      <w:r>
        <w:rPr>
          <w:b/>
        </w:rPr>
        <w:t xml:space="preserve">[56:25] </w:t>
      </w:r>
      <w:r>
        <w:t>Bataur to Dubai ek bohat hi developed country hai,</w:t>
      </w:r>
    </w:p>
    <w:p>
      <w:pPr>
        <w:jc w:val="right"/>
      </w:pPr>
      <w:r>
        <w:t>بظاہر تو دبئی ایک بہت ہی ڈیولپڈ کنٹری ہے،</w:t>
      </w:r>
    </w:p>
    <w:p>
      <w:r>
        <w:rPr>
          <w:b/>
        </w:rPr>
        <w:t xml:space="preserve">[56:31] </w:t>
      </w:r>
      <w:r>
        <w:t>sab se oonchi building wahan par hai,</w:t>
      </w:r>
    </w:p>
    <w:p>
      <w:pPr>
        <w:jc w:val="right"/>
      </w:pPr>
      <w:r>
        <w:t>سب سے اونچی بلڈنگ وہاں پر ہے،</w:t>
      </w:r>
    </w:p>
    <w:p>
      <w:r>
        <w:rPr>
          <w:b/>
        </w:rPr>
        <w:t xml:space="preserve">[56:37] </w:t>
      </w:r>
      <w:r>
        <w:t>wahan ek burj hai, burj jo bohat hi ooncha hai, is ko main ne dekha to kaha jata hai ke dunya mein sab se oonchi imarat, sab se oonchi building yahi hai.</w:t>
      </w:r>
    </w:p>
    <w:p>
      <w:pPr>
        <w:jc w:val="right"/>
      </w:pPr>
      <w:r>
        <w:t>وہاں ایک برج ہے، برج جو بہت ہی اونچا ہے، اس کو میں نے دیکھا تو کہا جاتا ہے کہ دنیا میں سب سے اونچی عمارت، سب سے اونچی بلڈنگ یہی ہے۔</w:t>
      </w:r>
    </w:p>
    <w:p>
      <w:r>
        <w:rPr>
          <w:b/>
        </w:rPr>
        <w:t xml:space="preserve">[56:52] </w:t>
      </w:r>
      <w:r>
        <w:t>Har taraf bohat hi acha infrastructure, behtareen sarkein,</w:t>
      </w:r>
    </w:p>
    <w:p>
      <w:pPr>
        <w:jc w:val="right"/>
      </w:pPr>
      <w:r>
        <w:t>ہر طرف بہت ہی اچھا انفراسٹرکچر، بہترین سڑکیں،</w:t>
      </w:r>
    </w:p>
    <w:p>
      <w:r>
        <w:rPr>
          <w:b/>
        </w:rPr>
        <w:t xml:space="preserve">[56:56] </w:t>
      </w:r>
      <w:r>
        <w:t>bohat acha infrastructure, kamai ke mawaqe, lekin andar se sab log side, andar se ghair mutma'in, andar se dissatisfied.</w:t>
      </w:r>
    </w:p>
    <w:p>
      <w:pPr>
        <w:jc w:val="right"/>
      </w:pPr>
      <w:r>
        <w:t>بہت اچھا انفراسٹرکچر، کمائی کے مواقع، لیکن اندر سے سب لوگ سائیڈ، اندر سے غیر مطمئن، اندر سے ڈس سیٹسفائیڈ۔</w:t>
      </w:r>
    </w:p>
    <w:p>
      <w:r>
        <w:rPr>
          <w:b/>
        </w:rPr>
        <w:t xml:space="preserve">[57:12] </w:t>
      </w:r>
      <w:r>
        <w:t>Jab main wapas aa raha tha to main hotel se bahar nikla, gate ke bahar to hotel ke jo manager the, wahan par car aayi thi mere liye, woh yaani</w:t>
      </w:r>
    </w:p>
    <w:p>
      <w:pPr>
        <w:jc w:val="right"/>
      </w:pPr>
      <w:r>
        <w:t>جب میں واپس آ رہا تھا تو میں ہوٹل سے باہر نکلا، گیٹ کے باہر تو ہوٹل کے جو مینیجر تھے، وہاں پر کار آئی تھی میرے لیے، وہ یعنی</w:t>
      </w:r>
    </w:p>
    <w:p>
      <w:r>
        <w:rPr>
          <w:b/>
        </w:rPr>
        <w:t xml:space="preserve">[57:28] </w:t>
      </w:r>
      <w:r>
        <w:t>UAE ke jo airline hai, airline ki car, us par ek bohat hi, woh wahan ke driver hote hain, un ke jo bohat hi parhe likhe, sab English bolte hain, parhe likhe driver, bohat hi well dressed.</w:t>
      </w:r>
    </w:p>
    <w:p>
      <w:pPr>
        <w:jc w:val="right"/>
      </w:pPr>
      <w:r>
        <w:t>یو اے ای کے جو ایئر لائن ہے، ایئر لائن کی کار، اس پر ایک بہت ہی، وہ وہاں کے ڈرائیور ہوتے ہیں، ان کے جو بہت ہی پڑھے لکھے، سب انگلش بولتے ہیں، پڑھے لکھے ڈرائیور، بہت ہی ویل ڈریسڈ۔</w:t>
      </w:r>
    </w:p>
    <w:p>
      <w:r>
        <w:rPr>
          <w:b/>
        </w:rPr>
        <w:t xml:space="preserve">[57:44] </w:t>
      </w:r>
      <w:r>
        <w:t>To</w:t>
      </w:r>
    </w:p>
    <w:p>
      <w:pPr>
        <w:jc w:val="right"/>
      </w:pPr>
      <w:r>
        <w:t>تو</w:t>
      </w:r>
    </w:p>
    <w:p>
      <w:r>
        <w:rPr>
          <w:b/>
        </w:rPr>
        <w:t xml:space="preserve">[57:45] </w:t>
      </w:r>
      <w:r>
        <w:t>main is ke sar par hath rakhne laga, manager ke sar par hath. Manager ne aise sar jhukaya to main ne is ke sar par hath rakha.</w:t>
      </w:r>
    </w:p>
    <w:p>
      <w:pPr>
        <w:jc w:val="right"/>
      </w:pPr>
      <w:r>
        <w:t>میں اس کے سر پر ہاتھ رکھنے لگا، مینیجر کے سر پر ہاتھ۔ مینیجر نے ایسے سر جھکایا تو میں نے اس کے سر پر ہاتھ رکھا۔</w:t>
      </w:r>
    </w:p>
    <w:p>
      <w:r>
        <w:rPr>
          <w:b/>
        </w:rPr>
        <w:t xml:space="preserve">[57:54] </w:t>
      </w:r>
      <w:r>
        <w:t>To woh jo driver tha, yaani woh airline ke company ka driver jo tha, woh nikal kar aaya, woh bhi is ne bhi sar jhuka diya kyunke meri taraf hath rakhi.</w:t>
      </w:r>
    </w:p>
    <w:p>
      <w:pPr>
        <w:jc w:val="right"/>
      </w:pPr>
      <w:r>
        <w:t>تو وہ جو ڈرائیور تھا، یعنی وہ ایئر لائن کے کمپنی کا ڈرائیور جو تھا، وہ نکل کر آیا، وہ بھی اس نے بھی سر جھکا دیا کیونکہ میری طرف ہاتھ رکھی۔</w:t>
      </w:r>
    </w:p>
    <w:p>
      <w:r>
        <w:rPr>
          <w:b/>
        </w:rPr>
        <w:t xml:space="preserve">[58:11] </w:t>
      </w:r>
      <w:r>
        <w:t>To yeh yeh ek ek ek single waqia nahi tha, yeh har insaan chahta hai ke mujhe koi blessing dene wala ho, har insaan yeh chahta hai ke mujhe koi koi main sachai dene wala hoon, har insaan, har insaan, har insaan.</w:t>
      </w:r>
    </w:p>
    <w:p>
      <w:pPr>
        <w:jc w:val="right"/>
      </w:pPr>
      <w:r>
        <w:t>تو یہ یہ ایک ایک ایک سنگل واقعہ نہیں تھا، یہ ہر انسان چاہتا ہے کہ مجھے کوئی بلیسنگ دینے والا ہو، ہر انسان یہ چاہتا ہے کہ مجھے کوئی کوئی میں سچائی دینے والا ہوں، ہر انسان، ہر انسان، ہر انسان۔</w:t>
      </w:r>
    </w:p>
    <w:p>
      <w:r>
        <w:rPr>
          <w:b/>
        </w:rPr>
        <w:t xml:space="preserve">[58:29] </w:t>
      </w:r>
      <w:r>
        <w:t>Yaani is ne dekha ke manager ke sar par hath rakh raha hai, ek ek senior aadmi, to woh khud nikal kar aaya ke mere sar par hath, na jaan, na pehchan, kuch bhi nahi, woh mera naam bhi nahi janta, woh woh to company ka driver hai bas.</w:t>
      </w:r>
    </w:p>
    <w:p>
      <w:pPr>
        <w:jc w:val="right"/>
      </w:pPr>
      <w:r>
        <w:t>یعنی اس نے دیکھا کہ مینیجر کے سر پر ہاتھ رکھ رہا ہے، ایک ایک سینئر آدمی، تو وہ خود نکل کر آیا کہ میرے سر پر ہاتھ، نہ جان، نہ پہچان، کچھ بھی نہیں، وہ میرا نام بھی نہیں جانتا، وہ وہ تو کمپنی کا ڈرائیور ہے بس۔</w:t>
      </w:r>
    </w:p>
    <w:p>
      <w:r>
        <w:rPr>
          <w:b/>
        </w:rPr>
        <w:t xml:space="preserve">[58:47] </w:t>
      </w:r>
      <w:r>
        <w:t>To is tarah ke bohat se tajrubaat hue, India mein bhi tajrubaat hote rehte hain, hum ko wahan bhi hue hain. To lagta hai ke sara insaan, sara insaan ya to active seeker hai ya potential seeker hai.</w:t>
      </w:r>
    </w:p>
    <w:p>
      <w:pPr>
        <w:jc w:val="right"/>
      </w:pPr>
      <w:r>
        <w:t>تو اس طرح کے بہت سے تجربات ہوئے، انڈیا میں بھی تجربات ہوتے رہتے ہیں، ہم کو وہاں بھی ہوئے ہیں۔ تو لگتا ہے کہ سارا انسان، سارا انسان یا تو ایکٹیو سیکھر ہے یا پوٹینشل سیکھر ہے۔</w:t>
      </w:r>
    </w:p>
    <w:p>
      <w:r>
        <w:rPr>
          <w:b/>
        </w:rPr>
        <w:t xml:space="preserve">[59:05] </w:t>
      </w:r>
      <w:r>
        <w:t>Sara insaan jo hai, isi isi shair ka mazaaq hai ke "hama awan saharah sar khod nahad bar qaf ba umeed ankh ke rozeh bishkar khwah yamat".</w:t>
      </w:r>
    </w:p>
    <w:p>
      <w:pPr>
        <w:jc w:val="right"/>
      </w:pPr>
      <w:r>
        <w:t>سارا انسان جو ہے، اسی اسی شعر کا مذاق ہے کہ "ہما اوان سحرہ سر خود نہاد برقف با امید آنکھ کے روزے بشکار خواہ یامت"۔</w:t>
      </w:r>
    </w:p>
    <w:p>
      <w:r>
        <w:rPr>
          <w:b/>
        </w:rPr>
        <w:t xml:space="preserve">[59:25] </w:t>
      </w:r>
      <w:r>
        <w:t>Ek Arab milne ke liye aaye, woh wohin ke ek hain, Dubai ke Arab sheikh, to woh English bhi jante hain, un ka bohat bara business hai, un ka kafi bara business hai, un ka.</w:t>
      </w:r>
    </w:p>
    <w:p>
      <w:pPr>
        <w:jc w:val="right"/>
      </w:pPr>
      <w:r>
        <w:t>ایک عرب ملنے کے لیے آئے، وہ وہیں کے ایک ہیں، دبئی کے عرب شیخ، تو وہ انگریزی بھی جانتے ہیں، ان کا بہت بڑا بزنس ہے، ان کا کافی بڑا بزنس ہے، ان کا۔</w:t>
      </w:r>
    </w:p>
    <w:p>
      <w:r>
        <w:rPr>
          <w:b/>
        </w:rPr>
        <w:t xml:space="preserve">[59:42] </w:t>
      </w:r>
      <w:r>
        <w:t>To</w:t>
      </w:r>
    </w:p>
    <w:p>
      <w:pPr>
        <w:jc w:val="right"/>
      </w:pPr>
      <w:r>
        <w:t>تو</w:t>
      </w:r>
    </w:p>
    <w:p>
      <w:r>
        <w:rPr>
          <w:b/>
        </w:rPr>
        <w:t xml:space="preserve">[59:44] </w:t>
      </w:r>
      <w:r>
        <w:t>baaton se andaaza hota tha ke bara business hai, lekin andar se side aisi baatein poochhte the, aise sawaalaat karte the, woh jaise ke kuch aur unhein chahiye jo unhein mila hua nahi hai,</w:t>
      </w:r>
    </w:p>
    <w:p>
      <w:pPr>
        <w:jc w:val="right"/>
      </w:pPr>
      <w:r>
        <w:t>باتوں سے اندازہ ہوتا تھا کہ بڑا بزنس ہے، لیکن اندر سے سائیڈ ایسی باتیں پوچھتے تھے، ایسے سوالات کرتے تھے، وہ جیسے کہ کچھ اور انہیں چاہیے جو انہیں ملا ہوا نہیں ہے،</w:t>
      </w:r>
    </w:p>
    <w:p>
      <w:r>
        <w:rPr>
          <w:b/>
        </w:rPr>
        <w:t xml:space="preserve">[1:00:00] </w:t>
      </w:r>
      <w:r>
        <w:t>is ke siwa kuch aur chahiye jo unhein mila hua nahi hai. toh woh kya hai? woh sachai hai, woh Khuda hai, Khuda ki blessing hai, woh jannat hai.</w:t>
      </w:r>
    </w:p>
    <w:p>
      <w:pPr>
        <w:jc w:val="right"/>
      </w:pPr>
      <w:r>
        <w:t>اس کے سوا کچھ اور چاہیے جو انہیں ملا ہوا نہیں ہے۔ تو وہ کیا ہے؟ وہ سچائی ہے، وہ خدا ہے، خدا کی بلیسنگ ہے، وہ جنت ہے۔</w:t>
      </w:r>
    </w:p>
    <w:p>
      <w:r>
        <w:rPr>
          <w:b/>
        </w:rPr>
        <w:t xml:space="preserve">[1:00:11] </w:t>
      </w:r>
      <w:r>
        <w:t>toh yeh soorat-e-haal hum ko, hamari team ko yeh mauqa de rahi hai ke</w:t>
      </w:r>
    </w:p>
    <w:p>
      <w:pPr>
        <w:jc w:val="right"/>
      </w:pPr>
      <w:r>
        <w:t>تو یہ صورتحال ہم کو، ہماری ٹیم کو یہ موقع دے رہی ہے کہ</w:t>
      </w:r>
    </w:p>
    <w:p>
      <w:r>
        <w:rPr>
          <w:b/>
        </w:rPr>
        <w:t xml:space="preserve">[1:00:17] </w:t>
      </w:r>
      <w:r>
        <w:t>poore yaqeen ke saath ghusein. mujhe wahan par dekh kar bohat khushi hui ke mere saath aath aadmi the wahan par, aur meri koi instruction nahi, meri taraf se kuch bhi nahi, khud hi khud wahan active the woh log.</w:t>
      </w:r>
    </w:p>
    <w:p>
      <w:pPr>
        <w:jc w:val="right"/>
      </w:pPr>
      <w:r>
        <w:t>پورے یقین کے ساتھ گھسیں۔ مجھے وہاں پر دیکھ کر بہت خوشی ہوئی کہ میرے ساتھ آٹھ آدمی تھے وہاں پر، اور میری کوئی انسٹرکشن نہیں، میری طرف سے کچھ بھی نہیں، خود ہی خود وہاں ایکٹیو تھے وہ لوگ۔</w:t>
      </w:r>
    </w:p>
    <w:p>
      <w:r>
        <w:rPr>
          <w:b/>
        </w:rPr>
        <w:t xml:space="preserve">[1:00:33] </w:t>
      </w:r>
      <w:r>
        <w:t>toh main keh raha tha ke main toh kursi par baitha hua hoon, Dilli mein bhi baitha tha, yahan bhi baitha hoon kursi par, aur mere saathi sab log hain, woh andha dhund kaam kar rahe hain,</w:t>
      </w:r>
    </w:p>
    <w:p>
      <w:pPr>
        <w:jc w:val="right"/>
      </w:pPr>
      <w:r>
        <w:t>تو میں کہہ رہا تھا کہ میں تو کرسی پر بیٹھا ہوا ہوں، دلی میں بھی بیٹھا تھا، یہاں بھی بیٹھا ہوں کرسی پر، اور میرے ساتھی سب لوگ ہیں، وہ اندھا دھند کام کر رہے ہیں،</w:t>
      </w:r>
    </w:p>
    <w:p>
      <w:r>
        <w:rPr>
          <w:b/>
        </w:rPr>
        <w:t xml:space="preserve">[1:00:44] </w:t>
      </w:r>
      <w:r>
        <w:t>koi maine un ko bataya nahi ke yeh kar raha hai, kuch bhi nahi. toh aath aadmi jo mere saath the, woh andha dhund da'wati kaam mein raat din mashgool rehte the.</w:t>
      </w:r>
    </w:p>
    <w:p>
      <w:pPr>
        <w:jc w:val="right"/>
      </w:pPr>
      <w:r>
        <w:t>کوئی میں نے ان کو بتایا نہیں کہ یہ کر رہا ہے، کچھ بھی نہیں۔ تو آٹھ آدمی جو میرے ساتھ تھے، وہ اندھا دھند دعوتی کام میں رات دن مشغول رہتے تھے۔</w:t>
      </w:r>
    </w:p>
    <w:p>
      <w:r>
        <w:rPr>
          <w:b/>
        </w:rPr>
        <w:t xml:space="preserve">[1:00:57] </w:t>
      </w:r>
      <w:r>
        <w:t>yeh ajeeb Allah taala ka fazl hai ke is mashware mein jo log jure hue hain, un ko is ke woh aisa intezaar nahi karte, koi un se kahe karne ke liye,</w:t>
      </w:r>
    </w:p>
    <w:p>
      <w:pPr>
        <w:jc w:val="right"/>
      </w:pPr>
      <w:r>
        <w:t>یہ عجیب اللہ تعالی کا فضل ہے کہ اس مشورے میں جو لوگ جڑے ہوئے ہیں، ان کو اس کے وہ ایسا انتظار نہیں کرتے، کوئی ان سے کہے کرنے کے لیے،</w:t>
      </w:r>
    </w:p>
    <w:p>
      <w:r>
        <w:rPr>
          <w:b/>
        </w:rPr>
        <w:t xml:space="preserve">[1:01:08] </w:t>
      </w:r>
      <w:r>
        <w:t>is ka intezaar nahi karte. woh khud hi khud apne jazbe ke tehat hain, kyun? is liye ke woh samajhte hain ke hum ko jannat chahiye, hum ko Khuda ki blessing chahiye.</w:t>
      </w:r>
    </w:p>
    <w:p>
      <w:pPr>
        <w:jc w:val="right"/>
      </w:pPr>
      <w:r>
        <w:t>اس کا انتظار نہیں کرتے۔ وہ خود ہی خود اپنے جذبے کے تحت ہیں، کیوں؟ اس لیے کہ وہ سمجھتے ہیں کہ ہم کو جنت چاہیے، ہم کو خدا کی بلیسنگ چاہیے۔</w:t>
      </w:r>
    </w:p>
    <w:p>
      <w:r>
        <w:rPr>
          <w:b/>
        </w:rPr>
        <w:t xml:space="preserve">[1:01:19] </w:t>
      </w:r>
      <w:r>
        <w:t>un ko yaqeen hai ke aakhirat mein ek din pesh hona hai, unhein is din</w:t>
      </w:r>
    </w:p>
    <w:p>
      <w:pPr>
        <w:jc w:val="right"/>
      </w:pPr>
      <w:r>
        <w:t>ان کو یقین ہے کہ آخرت میں ایک دن پیش ہونا ہے، انہیں اس دن</w:t>
      </w:r>
    </w:p>
    <w:p>
      <w:r>
        <w:rPr>
          <w:b/>
        </w:rPr>
        <w:t xml:space="preserve">[1:01:24] </w:t>
      </w:r>
      <w:r>
        <w:t>chahte hain ke Allah ailaan kare ke yeh woh bande hain mere jinho ne mere deen ko phailaya. is ke saath kya incentive ho sakta hai?</w:t>
      </w:r>
    </w:p>
    <w:p>
      <w:pPr>
        <w:jc w:val="right"/>
      </w:pPr>
      <w:r>
        <w:t>چاہتے ہیں کہ اللہ اعلان کرے کہ یہ وہ بندے ہیں میرے جنہوں نے میرے دین کو پھیلایا۔ اس کے ساتھ کیا انسنٹیو ہو سکتا ہے؟</w:t>
      </w:r>
    </w:p>
    <w:p>
      <w:r>
        <w:rPr>
          <w:b/>
        </w:rPr>
        <w:t xml:space="preserve">[1:01:37] </w:t>
      </w:r>
      <w:r>
        <w:t>meri dua hai ke Allah taala mujh ko aur aap ko isi tarah se</w:t>
      </w:r>
    </w:p>
    <w:p>
      <w:pPr>
        <w:jc w:val="right"/>
      </w:pPr>
      <w:r>
        <w:t>میری دعا ہے کہ اللہ تعالی مجھ کو اور آپ کو اسی طرح سے</w:t>
      </w:r>
    </w:p>
    <w:p>
      <w:r>
        <w:rPr>
          <w:b/>
        </w:rPr>
        <w:t xml:space="preserve">[1:01:41] </w:t>
      </w:r>
      <w:r>
        <w:t>is kaam mein sar-garam rakha hai, aur hum ko aakhirat mein apni sab se bari blessing ata farmaye, yaani jannat.</w:t>
      </w:r>
    </w:p>
    <w:p>
      <w:pPr>
        <w:jc w:val="right"/>
      </w:pPr>
      <w:r>
        <w:t>اس کام میں سرگرم رکھا ہے، اور ہم کو آخرت میں اپنی سب سے بڑی بلیسنگ عطا فرمائے، یعنی جنت۔</w:t>
      </w:r>
    </w:p>
    <w:p>
      <w:r>
        <w:rPr>
          <w:b/>
        </w:rPr>
        <w:t xml:space="preserve">[1:01:50] </w:t>
      </w:r>
      <w:r>
        <w:t>aqool qawli haza wastaghfirullaha lakum ajmaeen.</w:t>
      </w:r>
    </w:p>
    <w:p>
      <w:pPr>
        <w:jc w:val="right"/>
      </w:pPr>
      <w:r>
        <w:t>أقول قولي هذا واستغفراللہ لعلكم اجمعین.</w:t>
      </w:r>
    </w:p>
    <w:p>
      <w:r>
        <w:rPr>
          <w:b/>
        </w:rPr>
        <w:t xml:space="preserve">[1:02:07] </w:t>
      </w:r>
      <w:r>
        <w:t>Mr. Aamir bin Yusuf ka Pakistan se. unho ne likha hai: "maine aap se ek saal mein bohat kuch seekha hai.</w:t>
      </w:r>
    </w:p>
    <w:p>
      <w:pPr>
        <w:jc w:val="right"/>
      </w:pPr>
      <w:r>
        <w:t>مسٹر عامر بن یوسف کا پاکستان سے۔ انہوں نے لکھا ہے: "میں نے آپ سے ایک سال میں بہت کچھ سیکھا ہے۔</w:t>
      </w:r>
    </w:p>
    <w:p>
      <w:r>
        <w:rPr>
          <w:b/>
        </w:rPr>
        <w:t xml:space="preserve">[1:02:18] </w:t>
      </w:r>
      <w:r>
        <w:t>Pakistan mein rehte hue yahan par bhi Farooq Ahmed Khan, Javed Gandhi jaise log aap ke qareeb ki language bolte hain,</w:t>
      </w:r>
    </w:p>
    <w:p>
      <w:pPr>
        <w:jc w:val="right"/>
      </w:pPr>
      <w:r>
        <w:t>پاکستان میں رہتے ہوئے یہاں پر بھی فاروق احمد خان، جاوید گاندھی جیسے لوگ آپ کے قریب کی language بولتے ہیں،</w:t>
      </w:r>
    </w:p>
    <w:p>
      <w:r>
        <w:rPr>
          <w:b/>
        </w:rPr>
        <w:t xml:space="preserve">[1:02:27] </w:t>
      </w:r>
      <w:r>
        <w:t>magar aap ki thinking aur strategy sab se different hain. Maulana sahib, aap ka teacher kaun hai?</w:t>
      </w:r>
    </w:p>
    <w:p>
      <w:pPr>
        <w:jc w:val="right"/>
      </w:pPr>
      <w:r>
        <w:t>مگر آپ کی thinking اور strategy سب سے different ہیں۔ مولانا صاحب، آپ کا teacher کون ہے؟</w:t>
      </w:r>
    </w:p>
    <w:p>
      <w:r>
        <w:rPr>
          <w:b/>
        </w:rPr>
        <w:t xml:space="preserve">[1:02:38] </w:t>
      </w:r>
      <w:r>
        <w:t>mera teacher khud Allah taala hai. koi doosra teacher nahi.</w:t>
      </w:r>
    </w:p>
    <w:p>
      <w:pPr>
        <w:jc w:val="right"/>
      </w:pPr>
      <w:r>
        <w:t>میرا teacher خود اللہ تعالی ہے۔ کوئی دوسرا teacher نہیں۔</w:t>
      </w:r>
    </w:p>
    <w:p>
      <w:r>
        <w:rPr>
          <w:b/>
        </w:rPr>
        <w:t xml:space="preserve">[1:02:47] </w:t>
      </w:r>
      <w:r>
        <w:t>main raat din dua karta hoon. Ibn Taymiyyah ne jo dua ki thi 'Ya Mu'allim Ibrahim 'allimni'.</w:t>
      </w:r>
    </w:p>
    <w:p>
      <w:pPr>
        <w:jc w:val="right"/>
      </w:pPr>
      <w:r>
        <w:t>میں رات دن دعا کرتا ہوں۔ ابن تیمیہ نے جو دعا کی تھی "يا معلم ابراهيم علمني" ۔</w:t>
      </w:r>
    </w:p>
    <w:p>
      <w:r>
        <w:rPr>
          <w:b/>
        </w:rPr>
        <w:t xml:space="preserve">[1:02:57] </w:t>
      </w:r>
      <w:r>
        <w:t>toh main toh raat din wahi dua karta hoon. Allah mera Mu'allim hai, Allah mera teacher hai.</w:t>
      </w:r>
    </w:p>
    <w:p>
      <w:pPr>
        <w:jc w:val="right"/>
      </w:pPr>
      <w:r>
        <w:t>تو میں تو رات دن وہی دعا کرتا ہوں۔ اللہ میرا معلم ہے، اللہ میرا teacher ہے۔</w:t>
      </w:r>
    </w:p>
    <w:p>
      <w:r>
        <w:rPr>
          <w:b/>
        </w:rPr>
        <w:t xml:space="preserve">[1:03:06] </w:t>
      </w:r>
      <w:r>
        <w:t>Allah hi mujhe inspire karta hai. main Allah ki inspiration se bolta hoon.</w:t>
      </w:r>
    </w:p>
    <w:p>
      <w:pPr>
        <w:jc w:val="right"/>
      </w:pPr>
      <w:r>
        <w:t>اللہ ہی مجھے inspire کرتا ہے۔ میں اللہ کی inspiration سے بولتا ہوں۔</w:t>
      </w:r>
    </w:p>
    <w:p>
      <w:r>
        <w:rPr>
          <w:b/>
        </w:rPr>
        <w:t xml:space="preserve">[1:03:16] </w:t>
      </w:r>
      <w:r>
        <w:t>mere liye kitabein jo hain, woh secondary source hain. secondary source hain. primary source mera jo hai, woh khud divine inspiration hai.</w:t>
      </w:r>
    </w:p>
    <w:p>
      <w:pPr>
        <w:jc w:val="right"/>
      </w:pPr>
      <w:r>
        <w:t>میرے لیے کتابیں جو ہیں، وہ سیکنڈری source ہیں۔ سیکنڈری source ہیں۔ پرائمری source میرا جو ہے، وہ خود divine inspiration ہے۔</w:t>
      </w:r>
    </w:p>
    <w:p>
      <w:r>
        <w:rPr>
          <w:b/>
        </w:rPr>
        <w:t xml:space="preserve">[1:03:29] </w:t>
      </w:r>
      <w:r>
        <w:t>jo dua ke zariye kisi bhi shakhs ko milta hai,</w:t>
      </w:r>
    </w:p>
    <w:p>
      <w:pPr>
        <w:jc w:val="right"/>
      </w:pPr>
      <w:r>
        <w:t>جو دعا کے ذریعے کسی بھی شخص کو ملتا ہے،</w:t>
      </w:r>
    </w:p>
    <w:p>
      <w:r>
        <w:rPr>
          <w:b/>
        </w:rPr>
        <w:t xml:space="preserve">[1:03:34] </w:t>
      </w:r>
      <w:r>
        <w:t>jo bhi shakhs dua mein mashgool hoga, us ko zaroor divine inspiration milega. behtar yeh hai ke woh apne aap ko distraction se bachaye.</w:t>
      </w:r>
    </w:p>
    <w:p>
      <w:pPr>
        <w:jc w:val="right"/>
      </w:pPr>
      <w:r>
        <w:t>جو بھی شخص دعا میں مشغول ہوگا، اس کو ضرور divine inspiration ملے گا۔ بہتر یہ ہے کہ وہ اپنے آپ کو distraction سے بچائے۔</w:t>
      </w:r>
    </w:p>
    <w:p>
      <w:r>
        <w:rPr>
          <w:b/>
        </w:rPr>
        <w:t xml:space="preserve">[1:03:46] </w:t>
      </w:r>
      <w:r>
        <w:t>dua yeh yeh two points formula hai.</w:t>
      </w:r>
    </w:p>
    <w:p>
      <w:pPr>
        <w:jc w:val="right"/>
      </w:pPr>
      <w:r>
        <w:t>دعا یہ یہ two points فارمولا ہے۔</w:t>
      </w:r>
    </w:p>
    <w:p>
      <w:r>
        <w:rPr>
          <w:b/>
        </w:rPr>
        <w:t xml:space="preserve">[1:03:53] </w:t>
      </w:r>
      <w:r>
        <w:t>sach much dua karna aur distraction se apne aap ko bachana. is ke baad aap ko ilm ka khazana mil jata hai.</w:t>
      </w:r>
    </w:p>
    <w:p>
      <w:pPr>
        <w:jc w:val="right"/>
      </w:pPr>
      <w:r>
        <w:t>سچ مچ دعا کرنا اور distraction سے اپنے آپ کو بچانا۔ اس کے بعد آپ کو علم کا خزانہ مل جاتا ہے۔</w:t>
      </w:r>
    </w:p>
    <w:p>
      <w:r>
        <w:rPr>
          <w:b/>
        </w:rPr>
        <w:t xml:space="preserve">[1:04:07] </w:t>
      </w:r>
      <w:r>
        <w:t>ilm ka khazana jo kabhi khatm nahi hota, unending khazana. mushkil mushkil mein na to log dua karte, na apne ko distraction se bachatay.</w:t>
      </w:r>
    </w:p>
    <w:p>
      <w:pPr>
        <w:jc w:val="right"/>
      </w:pPr>
      <w:r>
        <w:t>علم کا خزانہ جو کبھی ختم نہیں ہوتا، unending خزانہ۔ مشکل مشکل میں نہ تو لوگ دعا کرتے، نہ اپنے کو distraction سے بچاتے۔</w:t>
      </w:r>
    </w:p>
    <w:p>
      <w:r>
        <w:rPr>
          <w:b/>
        </w:rPr>
        <w:t xml:space="preserve">[1:04:17] </w:t>
      </w:r>
      <w:r>
        <w:t>dua ka matlab log samajhte hain ke lip service. alfaaz rat liye, ratay huay alfaaz ko dehra diya. yeh dua nahi hai.</w:t>
      </w:r>
    </w:p>
    <w:p>
      <w:pPr>
        <w:jc w:val="right"/>
      </w:pPr>
      <w:r>
        <w:t>دعا کا مطلب لوگ سمجھتے ہیں کہ lip service۔ الفاظ رٹ لیے، رٹے ہوئے الفاظ کو دہرا دیا۔ یہ دعا نہیں ہے۔</w:t>
      </w:r>
    </w:p>
    <w:p>
      <w:r>
        <w:rPr>
          <w:b/>
        </w:rPr>
        <w:t xml:space="preserve">[1:04:28] </w:t>
      </w:r>
      <w:r>
        <w:t>dua to aadmi ke seenay se ubalti hai, jaisay chashma ubalta hai.</w:t>
      </w:r>
    </w:p>
    <w:p>
      <w:pPr>
        <w:jc w:val="right"/>
      </w:pPr>
      <w:r>
        <w:t>دعا تو آدمی کے سینے سے ابلتی ہے، جیسے چشمہ ابلتا ہے۔</w:t>
      </w:r>
    </w:p>
    <w:p>
      <w:r>
        <w:rPr>
          <w:b/>
        </w:rPr>
        <w:t xml:space="preserve">[1:04:36] </w:t>
      </w:r>
      <w:r>
        <w:t>aur distraction se bachana yeh yeh bohat hi lazmi tor par zaroori hai. koi bhi shakhs tajurba kar ke dekhe, is par ilm ka ke barish hogi, barish.</w:t>
      </w:r>
    </w:p>
    <w:p>
      <w:pPr>
        <w:jc w:val="right"/>
      </w:pPr>
      <w:r>
        <w:t>اور distraction سے بچانا یہ یہ بہت ہی لازمی طور پر ضروری ہے۔ کوئی بھی شخص تجربہ کر کے دیکھے، اس پر علم کا کہ بارش ہوگی، بارش۔</w:t>
      </w:r>
    </w:p>
    <w:p>
      <w:r>
        <w:rPr>
          <w:b/>
        </w:rPr>
        <w:t xml:space="preserve">[1:04:52] </w:t>
      </w:r>
      <w:r>
        <w:t>koi bhi shakhs, koi bhi xyz, agar woh sach much khuda</w:t>
      </w:r>
    </w:p>
    <w:p>
      <w:pPr>
        <w:jc w:val="right"/>
      </w:pPr>
      <w:r>
        <w:t>کوئی بھی شخص، کوئی بھی ایکس وائی زیڈ، اگر وہ سچ مچ خدا</w:t>
      </w:r>
    </w:p>
    <w:p>
      <w:r>
        <w:rPr>
          <w:b/>
        </w:rPr>
        <w:t xml:space="preserve">[1:04:57] </w:t>
      </w:r>
      <w:r>
        <w:t>se mangnay wala ban jaye aur sach much woh distraction se apne aap ko bachaye, to bilashuba is par ilm ki barish hogi.</w:t>
      </w:r>
    </w:p>
    <w:p>
      <w:pPr>
        <w:jc w:val="right"/>
      </w:pPr>
      <w:r>
        <w:t>سے مانگنے والا بن جائے اور سچ مچ وہ distraction سے اپنے آپ کو بچائے، تو بلاشبہ اس پر علم کی بارش ہوگی۔</w:t>
      </w:r>
    </w:p>
    <w:p>
      <w:r>
        <w:rPr>
          <w:b/>
        </w:rPr>
        <w:t xml:space="preserve">[1:05:09] </w:t>
      </w:r>
      <w:r>
        <w:t>magar log jantay nahi is raaz ko.</w:t>
      </w:r>
    </w:p>
    <w:p>
      <w:pPr>
        <w:jc w:val="right"/>
      </w:pPr>
      <w:r>
        <w:t>مگر لوگ جانتے نہیں اس راز کو۔</w:t>
      </w:r>
    </w:p>
    <w:p>
      <w:r>
        <w:rPr>
          <w:b/>
        </w:rPr>
        <w:t xml:space="preserve">[1:05:16] </w:t>
      </w:r>
      <w:r>
        <w:t>maulana dilli se mr arshad jamal ne sawal kiya hai. unhon ne poocha hai "What is distraction?</w:t>
      </w:r>
    </w:p>
    <w:p>
      <w:pPr>
        <w:jc w:val="right"/>
      </w:pPr>
      <w:r>
        <w:t>مولانا دلی سے مسٹر ارشد جمال نے سوال کیا ہے۔ انہوں نے پوچھا ہے "What is distraction?</w:t>
      </w:r>
    </w:p>
    <w:p>
      <w:r>
        <w:rPr>
          <w:b/>
        </w:rPr>
        <w:t xml:space="preserve">[1:05:25] </w:t>
      </w:r>
      <w:r>
        <w:t>Please explain it." yeh distraction koi koi mathematical language mein batai nahi ja sakti.</w:t>
      </w:r>
    </w:p>
    <w:p>
      <w:pPr>
        <w:jc w:val="right"/>
      </w:pPr>
      <w:r>
        <w:t>Please explain it." یہ distraction کوئی کوئی mathematical language میں بتائی نہیں جا سکتی۔</w:t>
      </w:r>
    </w:p>
    <w:p>
      <w:r>
        <w:rPr>
          <w:b/>
        </w:rPr>
        <w:t xml:space="preserve">[1:05:40] </w:t>
      </w:r>
      <w:r>
        <w:t>aisa mumkin nahi hai. Distraction yeh hai ke aap sab se pehle study kar ke jannay ke sachai kya hai.</w:t>
      </w:r>
    </w:p>
    <w:p>
      <w:pPr>
        <w:jc w:val="right"/>
      </w:pPr>
      <w:r>
        <w:t>ایسا ممکن نہیں ہے۔ Distraction یہ ہے کہ آپ سب سے پہلے study کر کے جانیں کہ سچائی کیا ہے۔</w:t>
      </w:r>
    </w:p>
    <w:p>
      <w:r>
        <w:rPr>
          <w:b/>
        </w:rPr>
        <w:t xml:space="preserve">[1:05:53] </w:t>
      </w:r>
      <w:r>
        <w:t>aur phir jo cheez record banay,</w:t>
      </w:r>
    </w:p>
    <w:p>
      <w:pPr>
        <w:jc w:val="right"/>
      </w:pPr>
      <w:r>
        <w:t>اور پھر جو چیز ریکارڈ بنے،</w:t>
      </w:r>
    </w:p>
    <w:p>
      <w:r>
        <w:rPr>
          <w:b/>
        </w:rPr>
        <w:t xml:space="preserve">[1:05:58] </w:t>
      </w:r>
      <w:r>
        <w:t>us ko apne mind se nikal dein. misaal ke tor par yeh aap ne daryaft kiya, hazrat aisha ne kaha hai ke rasool allah sallallahu alaihi wasallam ke baray mein "كان يذكر الله على كل أحيانه" ۔</w:t>
      </w:r>
    </w:p>
    <w:p>
      <w:pPr>
        <w:jc w:val="right"/>
      </w:pPr>
      <w:r>
        <w:t>اس کو اپنے مائنڈ سے نکال دیں۔ مثال کے طور پر یہ آپ نے دریافت کیا، حضرت عائشہ نے کہا ہے کہ رسول اللہ صلی اللہ علیہ وسلم کے بارے میں "كان يذكر الله على كل أحيانه" ۔</w:t>
      </w:r>
    </w:p>
    <w:p>
      <w:r>
        <w:rPr>
          <w:b/>
        </w:rPr>
        <w:t xml:space="preserve">[1:06:11] </w:t>
      </w:r>
      <w:r>
        <w:t>ab dekhen, quran majeed mein hai ke "اذكروا الله ذكراً كثيراً" ۔ allah ko bohat ziyada yaad karo. yaad ka matlab yeh nahi ke ungliyon par allah allah allah allah karo, yeh matlab nahi.</w:t>
      </w:r>
    </w:p>
    <w:p>
      <w:pPr>
        <w:jc w:val="right"/>
      </w:pPr>
      <w:r>
        <w:t>اب دیکھیں، قرآن مجید میں ہے کہ "اذكروا الله ذكراً كثيراً" ۔ اللہ کو بہت زیادہ یاد کرو۔ یاد کا مطلب یہ نہیں کہ انگلیوں پر اللہ اللہ اللہ اللہ کرو، یہ مطلب نہیں۔</w:t>
      </w:r>
    </w:p>
    <w:p>
      <w:r>
        <w:rPr>
          <w:b/>
        </w:rPr>
        <w:t xml:space="preserve">[1:06:24] </w:t>
      </w:r>
      <w:r>
        <w:t>yaad to woh aik spiritual experience hai, aik intellectual experience hai.</w:t>
      </w:r>
    </w:p>
    <w:p>
      <w:pPr>
        <w:jc w:val="right"/>
      </w:pPr>
      <w:r>
        <w:t>یاد تو وہ ایک spiritual experience ہے، ایک intellectual experience ہے۔</w:t>
      </w:r>
    </w:p>
    <w:p>
      <w:r>
        <w:rPr>
          <w:b/>
        </w:rPr>
        <w:t xml:space="preserve">[1:06:30] </w:t>
      </w:r>
      <w:r>
        <w:t>to unhon ne farmaya ke quran mein yeh hai ke allah ko bohat ziyada yaad karo. ab kaise yaad karo, yeh hazrat aisha batati hain. "كان يذكر الله على كل أحيانه" ۔</w:t>
      </w:r>
    </w:p>
    <w:p>
      <w:pPr>
        <w:jc w:val="right"/>
      </w:pPr>
      <w:r>
        <w:t>تو انہوں نے فرمایا کہ قرآن میں یہ ہے کہ اللہ کو بہت زیادہ یاد کرو۔ اب کیسے یاد کرو، یہ حضرت عائشہ بتاتی ہیں۔ "كان يذكر الله على كل أحيانه" ۔</w:t>
      </w:r>
    </w:p>
    <w:p>
      <w:r>
        <w:rPr>
          <w:b/>
        </w:rPr>
        <w:t xml:space="preserve">[1:06:43] </w:t>
      </w:r>
      <w:r>
        <w:t>har moqay par, har occasion par woh allah ko yaad karte thay. yaani har occasion ko point of reference bana kar ke allah ko yaad karna, aisa karte thay woh.</w:t>
      </w:r>
    </w:p>
    <w:p>
      <w:pPr>
        <w:jc w:val="right"/>
      </w:pPr>
      <w:r>
        <w:t>ہر موقع پر، ہر occasion پر وہ اللہ کو یاد کرتے تھے۔ یعنی ہر occasion کو point of reference بنا کر کے اللہ کو یاد کرنا، ایسا کرتے تھے وہ۔</w:t>
      </w:r>
    </w:p>
    <w:p>
      <w:r>
        <w:rPr>
          <w:b/>
        </w:rPr>
        <w:t xml:space="preserve">[1:06:54] </w:t>
      </w:r>
      <w:r>
        <w:t>ab yeh aap karen.</w:t>
      </w:r>
    </w:p>
    <w:p>
      <w:pPr>
        <w:jc w:val="right"/>
      </w:pPr>
      <w:r>
        <w:t>اب یہ آپ کریں۔</w:t>
      </w:r>
    </w:p>
    <w:p>
      <w:r>
        <w:rPr>
          <w:b/>
        </w:rPr>
        <w:t xml:space="preserve">[1:06:59] </w:t>
      </w:r>
      <w:r>
        <w:t>yeh aap karen, apne apne mind ko itna ziyada activate karen, itna ziyada awaken karen, itna ziyada bashaoor banayen ke jab bhi koi samnay baat aaye to foran woh dhal jaye aap ke mind mein point of reference ke roop mein.</w:t>
      </w:r>
    </w:p>
    <w:p>
      <w:pPr>
        <w:jc w:val="right"/>
      </w:pPr>
      <w:r>
        <w:t>یہ آپ کریں، اپنے اپنے mind کو اتنا زیادہ activate کریں، اتنا زیادہ awaken کریں، اتنا زیادہ باشعور بنائیں کہ جب بھی کوئی سامنے بات آئے تو فوراً وہ ڈھل جائے آپ کے mind میں point of reference کے روپ میں۔</w:t>
      </w:r>
    </w:p>
    <w:p>
      <w:r>
        <w:rPr>
          <w:b/>
        </w:rPr>
        <w:t xml:space="preserve">[1:07:18] </w:t>
      </w:r>
      <w:r>
        <w:t>yeh apne aap hota hai.</w:t>
      </w:r>
    </w:p>
    <w:p>
      <w:pPr>
        <w:jc w:val="right"/>
      </w:pPr>
      <w:r>
        <w:t>یہ اپنے آپ ہوتا ہے۔</w:t>
      </w:r>
    </w:p>
    <w:p>
      <w:r>
        <w:rPr>
          <w:b/>
        </w:rPr>
        <w:t xml:space="preserve">[1:07:21] </w:t>
      </w:r>
      <w:r>
        <w:t>yaani aik awakened mind, aik bashaoor zehn,</w:t>
      </w:r>
    </w:p>
    <w:p>
      <w:pPr>
        <w:jc w:val="right"/>
      </w:pPr>
      <w:r>
        <w:t>یعنی ایک awakened mind، ایک باشعور ذہن،</w:t>
      </w:r>
    </w:p>
    <w:p>
      <w:r>
        <w:rPr>
          <w:b/>
        </w:rPr>
        <w:t xml:space="preserve">[1:07:30] </w:t>
      </w:r>
      <w:r>
        <w:t>apne aap cheezon ko dhalta rehta hai dua mein.</w:t>
      </w:r>
    </w:p>
    <w:p>
      <w:pPr>
        <w:jc w:val="right"/>
      </w:pPr>
      <w:r>
        <w:t>اپنے آپ چیزوں کو ڈھالتا رہتا ہے دعا میں۔</w:t>
      </w:r>
    </w:p>
    <w:p>
      <w:r>
        <w:rPr>
          <w:b/>
        </w:rPr>
        <w:t xml:space="preserve">[1:07:38] </w:t>
      </w:r>
      <w:r>
        <w:t>to khoob sochiye, sincerity laiye apne andar.</w:t>
      </w:r>
    </w:p>
    <w:p>
      <w:pPr>
        <w:jc w:val="right"/>
      </w:pPr>
      <w:r>
        <w:t>تو خوب سوچیے، sincerity لائیے اپنے اندر۔</w:t>
      </w:r>
    </w:p>
    <w:p>
      <w:r>
        <w:rPr>
          <w:b/>
        </w:rPr>
        <w:t xml:space="preserve">[1:07:46] </w:t>
      </w:r>
      <w:r>
        <w:t>aur apne shaoor ko jagaiye.</w:t>
      </w:r>
    </w:p>
    <w:p>
      <w:pPr>
        <w:jc w:val="right"/>
      </w:pPr>
      <w:r>
        <w:t>اور اپنے شعور کو جگائیے۔</w:t>
      </w:r>
    </w:p>
    <w:p>
      <w:r>
        <w:rPr>
          <w:b/>
        </w:rPr>
        <w:t xml:space="preserve">[1:07:53] </w:t>
      </w:r>
      <w:r>
        <w:t>aur jo sachai aap ne jani hai, us sachai se jo bhi hataya aap ko, mislan aap ne sachai jani hai ke shukr.</w:t>
      </w:r>
    </w:p>
    <w:p>
      <w:pPr>
        <w:jc w:val="right"/>
      </w:pPr>
      <w:r>
        <w:t>اور جو سچائی آپ نے جانی ہے، اس سچائی سے جو بھی ہٹایا آپ کو، مثلاً آپ نے سچائی جانی ہے کہ شکر۔</w:t>
      </w:r>
    </w:p>
    <w:p>
      <w:r>
        <w:rPr>
          <w:b/>
        </w:rPr>
        <w:t xml:space="preserve">[1:08:05] </w:t>
      </w:r>
      <w:r>
        <w:t>ke shukr jo hai, sab se bari ibadat hai. yeh daryaft kiya aap ne.</w:t>
      </w:r>
    </w:p>
    <w:p>
      <w:pPr>
        <w:jc w:val="right"/>
      </w:pPr>
      <w:r>
        <w:t>کہ شکر جو ہے، سب سے بڑی عبادت ہے۔ یہ دریافت کیا آپ نے۔</w:t>
      </w:r>
    </w:p>
    <w:p>
      <w:r>
        <w:rPr>
          <w:b/>
        </w:rPr>
        <w:t xml:space="preserve">[1:08:10] </w:t>
      </w:r>
      <w:r>
        <w:t>ab jahan bhi koi aisi baat aaye jo aap ko nashukri ka dose de rahi ho, jaldi se nikaliye us ko.</w:t>
      </w:r>
    </w:p>
    <w:p>
      <w:pPr>
        <w:jc w:val="right"/>
      </w:pPr>
      <w:r>
        <w:t>اب جہاں بھی کوئی ایسی بات آئے جو آپ کو ناشکری کا ڈوز دے رہی ہو، جلدی سے نکالیے اس کو۔</w:t>
      </w:r>
    </w:p>
    <w:p>
      <w:r>
        <w:rPr>
          <w:b/>
        </w:rPr>
        <w:t xml:space="preserve">[1:08:18] </w:t>
      </w:r>
      <w:r>
        <w:t>yani is ek ek ek ek principle aap ne daryaft kiya. ek basic principle hai. ke sab se bari ibadat Allah ka shukr hai.</w:t>
      </w:r>
    </w:p>
    <w:p>
      <w:pPr>
        <w:jc w:val="right"/>
      </w:pPr>
      <w:r>
        <w:t>یعنی اس ایک ایک ایک ایک principle آپ نے دریافت کیا۔ ایک basic principle ہے۔ کہ سب سے بڑی عبادت اللہ کا شکر ہے۔</w:t>
      </w:r>
    </w:p>
    <w:p>
      <w:r>
        <w:rPr>
          <w:b/>
        </w:rPr>
        <w:t xml:space="preserve">[1:08:28] </w:t>
      </w:r>
      <w:r>
        <w:t>Allah ko acknowledge karna hai.</w:t>
      </w:r>
    </w:p>
    <w:p>
      <w:pPr>
        <w:jc w:val="right"/>
      </w:pPr>
      <w:r>
        <w:t>اللہ کو acknowledge کرنا ہے۔</w:t>
      </w:r>
    </w:p>
    <w:p>
      <w:r>
        <w:rPr>
          <w:b/>
        </w:rPr>
        <w:t xml:space="preserve">[1:08:31] </w:t>
      </w:r>
      <w:r>
        <w:t>Allah ki blessing ko yaad karna hai. sab se bari ibadat yeh hai.</w:t>
      </w:r>
    </w:p>
    <w:p>
      <w:pPr>
        <w:jc w:val="right"/>
      </w:pPr>
      <w:r>
        <w:t>اللہ کی بلیسنگ کو یاد کرنا ہے۔ سب سے بڑی عبادت یہ ہے۔</w:t>
      </w:r>
    </w:p>
    <w:p>
      <w:r>
        <w:rPr>
          <w:b/>
        </w:rPr>
        <w:t xml:space="preserve">[1:08:40] </w:t>
      </w:r>
      <w:r>
        <w:t>ab aap ko ek item aisa aaya jo aap ko nashukri paida kar raha hai. shikayat paida kar raha hai, protest paida kar raha hai, hate paida kar raha hai. kisi ke bare mein complaint aa rahi hai, falan aadmi jo hai, hum par zulm kar raha hai, yeh aaya.</w:t>
      </w:r>
    </w:p>
    <w:p>
      <w:pPr>
        <w:jc w:val="right"/>
      </w:pPr>
      <w:r>
        <w:t>اب آپ کو ایک آئٹم ایسا آیا جو آپ کو ناشکری پیدا کر رہا ہے۔ شکایت پیدا کر رہا ہے، protest پیدا کر رہا ہے، hate پیدا کر رہا ہے۔ کسی کے بارے میں complaint آ رہی ہے، فلاں آدمی جو ہے، ہم پر ظلم کر رہا ہے، یہ آیا۔</w:t>
      </w:r>
    </w:p>
    <w:p>
      <w:r>
        <w:rPr>
          <w:b/>
        </w:rPr>
        <w:t xml:space="preserve">[1:08:55] </w:t>
      </w:r>
      <w:r>
        <w:t>isi waqt us ko kill kar dijiye. baghair soche hue ke</w:t>
      </w:r>
    </w:p>
    <w:p>
      <w:pPr>
        <w:jc w:val="right"/>
      </w:pPr>
      <w:r>
        <w:t>اسی وقت اس کو kill کر دیجیے۔ بغیر سوچے ہوئے کہ</w:t>
      </w:r>
    </w:p>
    <w:p>
      <w:r>
        <w:rPr>
          <w:b/>
        </w:rPr>
        <w:t xml:space="preserve">[1:09:00] </w:t>
      </w:r>
      <w:r>
        <w:t>is ka aisa karna sahi hai ya galat.</w:t>
      </w:r>
    </w:p>
    <w:p>
      <w:pPr>
        <w:jc w:val="right"/>
      </w:pPr>
      <w:r>
        <w:t>اس کا ایسا کرنا صحیح ہے یا غلط۔</w:t>
      </w:r>
    </w:p>
    <w:p>
      <w:r>
        <w:rPr>
          <w:b/>
        </w:rPr>
        <w:t xml:space="preserve">[1:09:06] </w:t>
      </w:r>
      <w:r>
        <w:t>koi soche hi mat ke yeh aisa karna sahi hai ya galat. bas woh negative hai to us ko khatam karna hai.</w:t>
      </w:r>
    </w:p>
    <w:p>
      <w:pPr>
        <w:jc w:val="right"/>
      </w:pPr>
      <w:r>
        <w:t>کوئی سوچے ہی مت کہ یہ ایسا کرنا صحیح ہے یا غلط۔ بس وہ negative ہے تو اس کو ختم کرنا ہے۔</w:t>
      </w:r>
    </w:p>
    <w:p>
      <w:r>
        <w:rPr>
          <w:b/>
        </w:rPr>
        <w:t xml:space="preserve">[1:09:19] </w:t>
      </w:r>
      <w:r>
        <w:t>yahi hai aur koi doosra principle nahi hai.</w:t>
      </w:r>
    </w:p>
    <w:p>
      <w:pPr>
        <w:jc w:val="right"/>
      </w:pPr>
      <w:r>
        <w:t>یہی ہے اور کوئی دوسرا principle نہیں ہے۔</w:t>
      </w:r>
    </w:p>
    <w:p>
      <w:r>
        <w:rPr>
          <w:b/>
        </w:rPr>
        <w:t xml:space="preserve">[1:09:24] </w:t>
      </w:r>
      <w:r>
        <w:t>aur koi doosra principle hai nahi.</w:t>
      </w:r>
    </w:p>
    <w:p>
      <w:pPr>
        <w:jc w:val="right"/>
      </w:pPr>
      <w:r>
        <w:t>اور کوئی دوسرا principle ہے نہیں۔</w:t>
      </w:r>
    </w:p>
    <w:p>
      <w:r>
        <w:rPr>
          <w:b/>
        </w:rPr>
        <w:t xml:space="preserve">[1:09:30] </w:t>
      </w:r>
      <w:r>
        <w:t>hum koi jaise is safar mein baaz aise waqiat pesh aaye jo hamare hamari unpleasant the, woh isi waqt hum ne bhula diya.</w:t>
      </w:r>
    </w:p>
    <w:p>
      <w:pPr>
        <w:jc w:val="right"/>
      </w:pPr>
      <w:r>
        <w:t>ہم کوئی جیسے اس سفر میں بعض ایسے واقعات پیش آئے جو ہمارے ہماری unpleasant تھے، وہ اسی وقت ہم نے بھلا دیا۔</w:t>
      </w:r>
    </w:p>
    <w:p>
      <w:r>
        <w:rPr>
          <w:b/>
        </w:rPr>
        <w:t xml:space="preserve">[1:09:38] </w:t>
      </w:r>
      <w:r>
        <w:t>ab ab ab bas socho to yaad bhi nahi aata ke woh kon sa waqia tha. itna faint idea hai ke kuch waqiat aise guzre the jis se humein ek jhatka laga tha.</w:t>
      </w:r>
    </w:p>
    <w:p>
      <w:pPr>
        <w:jc w:val="right"/>
      </w:pPr>
      <w:r>
        <w:t>اب اب اب بس سوچو تو یاد بھی نہیں آتا کہ وہ کون سا واقعہ تھا۔ اتنا faint idea ہے کہ کچھ واقعات ایسے گزرے تھے جس سے ہمیں ایک جھٹکا لگا تھا۔</w:t>
      </w:r>
    </w:p>
    <w:p>
      <w:r>
        <w:rPr>
          <w:b/>
        </w:rPr>
        <w:t xml:space="preserve">[1:09:48] </w:t>
      </w:r>
      <w:r>
        <w:t>ab bas socho pe to yaad nahi aayega shayad ke woh kya waqia tha kyunke isi bhula diya mein ne us ko. kyunke hazaron hazar item jo the woh shukr wale the to mein us ko kyun yaad rakhun?</w:t>
      </w:r>
    </w:p>
    <w:p>
      <w:pPr>
        <w:jc w:val="right"/>
      </w:pPr>
      <w:r>
        <w:t>اب بس سوچو پہ تو یاد نہیں آئے گا شاید کہ وہ کیا واقعہ تھا کیونکہ اسی بھلا دیا میں نے اس کو۔ کیونکہ ہزاروں ہزار آئٹم جو تھے وہ شکر والے تھے تو میں اس کو کیوں یاد رکھوں؟</w:t>
      </w:r>
    </w:p>
    <w:p>
      <w:r>
        <w:rPr>
          <w:b/>
        </w:rPr>
        <w:t xml:space="preserve">[1:10:00] </w:t>
      </w:r>
      <w:r>
        <w:t>kyun yaad rakhun us ko? misaal ke taur par dekhen, hamare</w:t>
      </w:r>
    </w:p>
    <w:p>
      <w:pPr>
        <w:jc w:val="right"/>
      </w:pPr>
      <w:r>
        <w:t>کیوں یاد رکھوں اس کو؟ مثال کے طور پر دیکھیں، ہمارے</w:t>
      </w:r>
    </w:p>
    <w:p>
      <w:r>
        <w:rPr>
          <w:b/>
        </w:rPr>
        <w:t xml:space="preserve">[1:10:06] </w:t>
      </w:r>
      <w:r>
        <w:t>dilli mein pani jo aata hai woh daryaon se ya chashmon se aata hai. wahan pani jo aata hai woh se aata hai, samandar se aata hai.</w:t>
      </w:r>
    </w:p>
    <w:p>
      <w:pPr>
        <w:jc w:val="right"/>
      </w:pPr>
      <w:r>
        <w:t>دلی میں پانی جو آتا ہے وہ دریاؤں سے یا چشموں سے آتا ہے۔ وہاں پانی جو آتا ہے وہ سی سے آتا ہے، سمندر سے آتا ہے۔</w:t>
      </w:r>
    </w:p>
    <w:p>
      <w:r>
        <w:rPr>
          <w:b/>
        </w:rPr>
        <w:t xml:space="preserve">[1:10:16] </w:t>
      </w:r>
      <w:r>
        <w:t>ab jab mein jata tha bathroom mein aur tap kholta tha to pani nikal raha hai, meetha pani nikal raha hai. to ajeeb ehsas hota hai</w:t>
      </w:r>
    </w:p>
    <w:p>
      <w:pPr>
        <w:jc w:val="right"/>
      </w:pPr>
      <w:r>
        <w:t>اب جب میں جاتا تھا باتھ روم میں اور ٹیپ کھولتا تھا تو پانی نکل رہا ہے، میٹھا پانی نکل رہا ہے۔ تو عجیب احساس ہوتا ہے</w:t>
      </w:r>
    </w:p>
    <w:p>
      <w:r>
        <w:rPr>
          <w:b/>
        </w:rPr>
        <w:t xml:space="preserve">[1:10:24] </w:t>
      </w:r>
      <w:r>
        <w:t>ke khudaaya to ne woh technique di insan ko jis ko kehte hain desalination. ke pani se water, pani se salt content ko alag karna.</w:t>
      </w:r>
    </w:p>
    <w:p>
      <w:pPr>
        <w:jc w:val="right"/>
      </w:pPr>
      <w:r>
        <w:t>کہ خدایا تو نے وہ ٹیکنیک دی انسان کو جس کو کہتے ہیں desalination۔ کہ پانی سے water، پانی سے salt content کو الگ کرنا۔</w:t>
      </w:r>
    </w:p>
    <w:p>
      <w:r>
        <w:rPr>
          <w:b/>
        </w:rPr>
        <w:t xml:space="preserve">[1:10:37] </w:t>
      </w:r>
      <w:r>
        <w:t>pehlay zamanay mein insan ke paas technique nahi thi. insan janta bhi nahi tha</w:t>
      </w:r>
    </w:p>
    <w:p>
      <w:pPr>
        <w:jc w:val="right"/>
      </w:pPr>
      <w:r>
        <w:t>پہلے زمانے میں انسان کے پاس ٹیکنیک نہیں تھی۔ انسان جانتا بھی نہیں تھا</w:t>
      </w:r>
    </w:p>
    <w:p>
      <w:r>
        <w:rPr>
          <w:b/>
        </w:rPr>
        <w:t xml:space="preserve">[1:10:42] </w:t>
      </w:r>
      <w:r>
        <w:t>ke desalination ka lafz bhi nahi tha pehlay zamanay ki dictionary mein.</w:t>
      </w:r>
    </w:p>
    <w:p>
      <w:pPr>
        <w:jc w:val="right"/>
      </w:pPr>
      <w:r>
        <w:t>کہ desalination کا لفظ بھی نہیں تھا پہلے زمانے کی ڈکشنری میں۔</w:t>
      </w:r>
    </w:p>
    <w:p>
      <w:r>
        <w:rPr>
          <w:b/>
        </w:rPr>
        <w:t xml:space="preserve">[1:10:49] </w:t>
      </w:r>
      <w:r>
        <w:t>ab shukr hi shukr, shukr hi shukr, shukr hi shukr. doosri taraf wahan par nahane ke liye wahan par tub hota tha. ab mein tub mein nahane ka aadi nahi hoon.</w:t>
      </w:r>
    </w:p>
    <w:p>
      <w:pPr>
        <w:jc w:val="right"/>
      </w:pPr>
      <w:r>
        <w:t>اب شکر ہی شکر، شکر ہی شکر، شکر ہی شکر۔ دوسری طرف وہاں پر نہانے کے لیے وہاں پر ٹب ہوتا تھا۔ اب میں ٹب میں نہانے کا عادی نہیں ہوں۔</w:t>
      </w:r>
    </w:p>
    <w:p>
      <w:r>
        <w:rPr>
          <w:b/>
        </w:rPr>
        <w:t xml:space="preserve">[1:11:00] </w:t>
      </w:r>
      <w:r>
        <w:t>ab mein socha ke haan, agar balti hoti aur mug hota to mein nahata.</w:t>
      </w:r>
    </w:p>
    <w:p>
      <w:pPr>
        <w:jc w:val="right"/>
      </w:pPr>
      <w:r>
        <w:t>اب میں سوچا کہ ہاں، اگر بالٹی ہوتی اور مگ ہوتا تو میں نہاتا۔</w:t>
      </w:r>
    </w:p>
    <w:p>
      <w:r>
        <w:rPr>
          <w:b/>
        </w:rPr>
        <w:t xml:space="preserve">[1:11:06] </w:t>
      </w:r>
      <w:r>
        <w:t>to ek hafta mein ne nahaya hi nahi. yeh nashukri ka item tha. dekho kaisa,</w:t>
      </w:r>
    </w:p>
    <w:p>
      <w:pPr>
        <w:jc w:val="right"/>
      </w:pPr>
      <w:r>
        <w:t>تو ایک ہفتہ میں نے نہایا ہی نہیں۔ یہ ناشکری کا آئٹم تھا۔ دیکھو کیسا،</w:t>
      </w:r>
    </w:p>
    <w:p>
      <w:r>
        <w:rPr>
          <w:b/>
        </w:rPr>
        <w:t xml:space="preserve">[1:11:12] </w:t>
      </w:r>
      <w:r>
        <w:t>ab mein sochta hoon kaisa hotel hai ke itna itna sa intezam hai is ke andar aur balti nahi is ke andar. to mein nashukri le kar lot ta hoon wahan se.</w:t>
      </w:r>
    </w:p>
    <w:p>
      <w:pPr>
        <w:jc w:val="right"/>
      </w:pPr>
      <w:r>
        <w:t>اب میں سوچتا ہوں کیسا ہوٹل ہے کہ اتنا اتنا سا انتظام ہے اس کے اندر اور بالٹی نہیں اس کے اندر۔ تو میں ناشکری لے کر لوٹتا ہوں وہاں سے۔</w:t>
      </w:r>
    </w:p>
    <w:p>
      <w:r>
        <w:rPr>
          <w:b/>
        </w:rPr>
        <w:t xml:space="preserve">[1:11:21] </w:t>
      </w:r>
      <w:r>
        <w:t>kyunke mein tub mein nahana mujhe, mein us ka, us se mein familiar nahi hoon. to us ko le kar ke mein ne aisa nahi kaha ke mein</w:t>
      </w:r>
    </w:p>
    <w:p>
      <w:pPr>
        <w:jc w:val="right"/>
      </w:pPr>
      <w:r>
        <w:t>کیونکہ میں ٹب میں نہانا مجھے، میں اس کا، اس سے میں familiar نہیں ہوں۔ تو اس کو لے کر کے میں نے ایسا نہیں کہا کہ میں</w:t>
      </w:r>
    </w:p>
    <w:p>
      <w:r>
        <w:rPr>
          <w:b/>
        </w:rPr>
        <w:t xml:space="preserve">[1:11:31] </w:t>
      </w:r>
      <w:r>
        <w:t>na woh ho jaon, negative ho jaon ke kaisa kharab hotel hai yeh. kyunke woh hotel mujh ko aur hazaron baatein de raha tha.</w:t>
      </w:r>
    </w:p>
    <w:p>
      <w:pPr>
        <w:jc w:val="right"/>
      </w:pPr>
      <w:r>
        <w:t>نا وہ ہو جاؤں، negative ہو جاؤں کہ کیسا خراب ہوٹل ہے یہ۔ کیونکہ وہ ہوٹل مجھ کو اور ہزاروں باتیں دے رہا تھا۔</w:t>
      </w:r>
    </w:p>
    <w:p>
      <w:r>
        <w:rPr>
          <w:b/>
        </w:rPr>
        <w:t xml:space="preserve">[1:11:41] </w:t>
      </w:r>
      <w:r>
        <w:t>yeh yeh mujhe aik aik yaad dila raha tha Allah ki nemat ko ke kaisi ajeeb hai Khuda ki</w:t>
      </w:r>
    </w:p>
    <w:p>
      <w:pPr>
        <w:jc w:val="right"/>
      </w:pPr>
      <w:r>
        <w:t>یہ یہ مجھے ایک ایک یاد دلا رہا تھا اللہ کی نعمت کو کہ کیسی عجیب ہے خدا کی</w:t>
      </w:r>
    </w:p>
    <w:p>
      <w:r>
        <w:rPr>
          <w:b/>
        </w:rPr>
        <w:t xml:space="preserve">[1:11:48] </w:t>
      </w:r>
      <w:r>
        <w:t>ka yeh mind diya hua jis ne samandar ke karwe ke khare pani ko aik technique ko apply kar ke aisa kiya ke namak ka content alag kar diya, pani ka alag kar diya.</w:t>
      </w:r>
    </w:p>
    <w:p>
      <w:pPr>
        <w:jc w:val="right"/>
      </w:pPr>
      <w:r>
        <w:t>کا یہ mind دیا ہوا۔ جس نے سمندر کے کڑوے کے کھارے پانی کو ایک ٹیکنیک کو اپلائی کر کے ایسا کیا کہ نمک کا content الگ کر دیا، پانی کا الگ کر دیا۔</w:t>
      </w:r>
    </w:p>
    <w:p>
      <w:r>
        <w:rPr>
          <w:b/>
        </w:rPr>
        <w:t xml:space="preserve">[1:12:02] </w:t>
      </w:r>
      <w:r>
        <w:t>ab kitna bara yeh shaoor ka tha</w:t>
      </w:r>
    </w:p>
    <w:p>
      <w:pPr>
        <w:jc w:val="right"/>
      </w:pPr>
      <w:r>
        <w:t>اب کتنا بڑا یہ شعور کا تھا</w:t>
      </w:r>
    </w:p>
    <w:p>
      <w:r>
        <w:rPr>
          <w:b/>
        </w:rPr>
        <w:t xml:space="preserve">[1:12:05] </w:t>
      </w:r>
      <w:r>
        <w:t>ke Khuda ne jo mind diya aap ko, jo technique di hai, woh kitni bari shukr ki baat hai. Woh mere liye itni bari thi, itni bari thi ke woh mujhe, woh woh kuch lage hi nahi ke main us ko sochun ke balti kyun nahi yahan par hai.</w:t>
      </w:r>
    </w:p>
    <w:p>
      <w:pPr>
        <w:jc w:val="right"/>
      </w:pPr>
      <w:r>
        <w:t>کہ خدا نے جو mind دیا آپ کو، جو ٹیکنیک دی ہے، وہ کتنی بڑی شکر کی بات ہے۔ وہ میرے لیے اتنی بڑی تھی، اتنی بڑی تھی کہ وہ مجھے، وہ وہ کچھ لگے ہی نہیں کہ میں اس کو سوچوں کہ بالٹی کیوں نہیں یہاں پر ہے۔</w:t>
      </w:r>
    </w:p>
    <w:p>
      <w:r>
        <w:rPr>
          <w:b/>
        </w:rPr>
        <w:t xml:space="preserve">[1:12:20] </w:t>
      </w:r>
      <w:r>
        <w:t>to yeh main misaal di hai aise samajhne ke liye ke har din aap ko aisa guzre ga ke aik aik cheez jo aap ne soch rakhi ke aisa hona chahiye, Allah ke liye shukr karna chahiye.</w:t>
      </w:r>
    </w:p>
    <w:p>
      <w:pPr>
        <w:jc w:val="right"/>
      </w:pPr>
      <w:r>
        <w:t>تو یہ میں مثال دی ہے ایسے سمجھنے کے لیے کہ ہر دن آپ کو ایسا گزرے گا کہ ایک ایک چیز جو آپ نے سوچ رکھی کہ ایسا ہونا چاہیے، اللہ کے لیے شکر کرنا چاہیے۔</w:t>
      </w:r>
    </w:p>
    <w:p>
      <w:r>
        <w:rPr>
          <w:b/>
        </w:rPr>
        <w:t xml:space="preserve">[1:12:31] </w:t>
      </w:r>
      <w:r>
        <w:t>aur koi aisi baat aye gi jo aap ko nashukri ka zehan banane wali ho.</w:t>
      </w:r>
    </w:p>
    <w:p>
      <w:pPr>
        <w:jc w:val="right"/>
      </w:pPr>
      <w:r>
        <w:t>اور کوئی ایسی بات آئے گی جو آپ کو ناشکری کا ذہن بنانے والی ہو۔</w:t>
      </w:r>
    </w:p>
    <w:p>
      <w:r>
        <w:rPr>
          <w:b/>
        </w:rPr>
        <w:t xml:space="preserve">[1:12:36] </w:t>
      </w:r>
      <w:r>
        <w:t>to us ko kill kar dijiye, us ko nikal dijiye. Aik process chalaiye apne mind mein. Bas aur us ki koi mysterious technique nahi hai.</w:t>
      </w:r>
    </w:p>
    <w:p>
      <w:pPr>
        <w:jc w:val="right"/>
      </w:pPr>
      <w:r>
        <w:t>تو اس کو kill کر دیجیے، اس کو نکال دیجیے۔ ایک process چلائیے اپنے mind میں۔ بس اور اس کی کوئی mysterious ٹیکنیک نہیں ہے۔</w:t>
      </w:r>
    </w:p>
    <w:p>
      <w:r>
        <w:rPr>
          <w:b/>
        </w:rPr>
        <w:t xml:space="preserve">[1:12:46] </w:t>
      </w:r>
      <w:r>
        <w:t>aisa nahi, koi koi aap jadoo mantar hai ke woh bolen aur us ke baad yeh baat ho jaye.</w:t>
      </w:r>
    </w:p>
    <w:p>
      <w:pPr>
        <w:jc w:val="right"/>
      </w:pPr>
      <w:r>
        <w:t>ایسا نہیں، کوئی کوئی آپ جادو منتر ہے کہ وہ بولیں اور اس کے بعد یہ بات ہو جائے۔</w:t>
      </w:r>
    </w:p>
    <w:p>
      <w:r>
        <w:rPr>
          <w:b/>
        </w:rPr>
        <w:t xml:space="preserve">[1:12:53] </w:t>
      </w:r>
      <w:r>
        <w:t>koi mantar nahi, mantar nahi, koi jadoo nahi, koi mysterious technique nahi hai. Apne mind ke andar sochne ka mada laiye aap, bas aur kuch nahi.</w:t>
      </w:r>
    </w:p>
    <w:p>
      <w:pPr>
        <w:jc w:val="right"/>
      </w:pPr>
      <w:r>
        <w:t>کوئی منتر نہیں، منتر نہیں، کوئی جادو نہیں، کوئی mysterious ٹیکنیک نہیں ہے۔ اپنے mind کے اندر سوچنے کا مادہ لائیے آپ، بس اور کچھ نہیں۔</w:t>
      </w:r>
    </w:p>
    <w:p>
      <w:r>
        <w:rPr>
          <w:b/>
        </w:rPr>
        <w:t xml:space="preserve">[1:13:03] </w:t>
      </w:r>
      <w:r>
        <w:t>Art of thinking ko develop kijiye. Miss Bushra Amir ne sawal kiya hai Pakistan se. Unhon ne likha hai:</w:t>
      </w:r>
    </w:p>
    <w:p>
      <w:pPr>
        <w:jc w:val="right"/>
      </w:pPr>
      <w:r>
        <w:t>Art of thinking کو develop کیجیے۔ مس بشریٰ عامر نے سوال کیا ہے پاکستان سے۔ انہوں نے لکھا ہے:</w:t>
      </w:r>
    </w:p>
    <w:p>
      <w:r>
        <w:rPr>
          <w:b/>
        </w:rPr>
        <w:t xml:space="preserve">[1:13:12] </w:t>
      </w:r>
      <w:r>
        <w:t>"Aap ki speeches mein hamesha aik hi central idea milta hai ke aadmi apne aap ko nafrat, complain aur ta'assub se pak ho kar apne mental level ko kaise buland kare,</w:t>
      </w:r>
    </w:p>
    <w:p>
      <w:pPr>
        <w:jc w:val="right"/>
      </w:pPr>
      <w:r>
        <w:t>"آپ کی speeches میں ہمیشہ ایک ہی central idea ملتا ہے کہ آدمی اپنے آپ کو نفرت، complain اور تعصب سے پاک ہو کر اپنے mental level کو کیسے بلند کرے،</w:t>
      </w:r>
    </w:p>
    <w:p>
      <w:r>
        <w:rPr>
          <w:b/>
        </w:rPr>
        <w:t xml:space="preserve">[1:13:28] </w:t>
      </w:r>
      <w:r>
        <w:t>aur high thinking ko kaise adopt kare.</w:t>
      </w:r>
    </w:p>
    <w:p>
      <w:pPr>
        <w:jc w:val="right"/>
      </w:pPr>
      <w:r>
        <w:t>اور high thinking کو کیسے adopt کرے۔</w:t>
      </w:r>
    </w:p>
    <w:p>
      <w:r>
        <w:rPr>
          <w:b/>
        </w:rPr>
        <w:t xml:space="preserve">[1:13:32] </w:t>
      </w:r>
      <w:r>
        <w:t>Sare molvi sirf ibadat ke form ki baat karte hain, aap sirf spirit se start lene ko kehte hain. Aakhir yeh baat logon ko kyun nazar nahi ati?</w:t>
      </w:r>
    </w:p>
    <w:p>
      <w:pPr>
        <w:jc w:val="right"/>
      </w:pPr>
      <w:r>
        <w:t>سارے مولوی صرف عبادت کے form کی بات کرتے ہیں، آپ صرف spirit سے start لینے کو کہتے ہیں۔ آخر یہ بات لوگوں کو کیوں نظر نہیں آتی؟</w:t>
      </w:r>
    </w:p>
    <w:p>
      <w:r>
        <w:rPr>
          <w:b/>
        </w:rPr>
        <w:t xml:space="preserve">[1:13:43] </w:t>
      </w:r>
      <w:r>
        <w:t>Is ke bare mein bataein." Dekhein, main apna aik experience batata hoon aap ko.</w:t>
      </w:r>
    </w:p>
    <w:p>
      <w:pPr>
        <w:jc w:val="right"/>
      </w:pPr>
      <w:r>
        <w:t>اس کے بارے میں بتائیں۔" دیکھیں، میں اپنا ایک experience بتاتا ہوں آپ کو۔</w:t>
      </w:r>
    </w:p>
    <w:p>
      <w:r>
        <w:rPr>
          <w:b/>
        </w:rPr>
        <w:t xml:space="preserve">[1:13:51] </w:t>
      </w:r>
      <w:r>
        <w:t>Barson tak main yeh soch bhooj mein tha ke Quran ka central idea kya hai? Quran ka khulasa kya hai?</w:t>
      </w:r>
    </w:p>
    <w:p>
      <w:pPr>
        <w:jc w:val="right"/>
      </w:pPr>
      <w:r>
        <w:t>برسوں تک میں یہ سوچ بکھوج میں تھا کہ قرآن کا central idea کیا ہے؟ قرآن کا خلاصہ کیا ہے؟</w:t>
      </w:r>
    </w:p>
    <w:p>
      <w:r>
        <w:rPr>
          <w:b/>
        </w:rPr>
        <w:t xml:space="preserve">[1:14:01] </w:t>
      </w:r>
      <w:r>
        <w:t>Kyunke Quran agar aap parhein yun to aap ko lagta hai ke fragmentary type ka lagta hai aap ko. Mukhtalif qism ki baatein aik ke baad aik ati rehti hain.</w:t>
      </w:r>
    </w:p>
    <w:p>
      <w:pPr>
        <w:jc w:val="right"/>
      </w:pPr>
      <w:r>
        <w:t>کیونکہ قرآن اگر آپ پڑھیں یوں تو آپ کو لگتا ہے کہ fragmentary type کا لگتا ہے آپ کو۔ مختلف قسم کی باتیں ایک کے بعد ایک آتی رہتی ہیں۔</w:t>
      </w:r>
    </w:p>
    <w:p>
      <w:r>
        <w:rPr>
          <w:b/>
        </w:rPr>
        <w:t xml:space="preserve">[1:14:10] </w:t>
      </w:r>
      <w:r>
        <w:t>To is ka khulasa, is ka central theme kya hai? Bohat dinon ke baad mujhe yeh samajh mein aya ke Quran ki jo pehli ayat hai, wohi is ka central theme hai.</w:t>
      </w:r>
    </w:p>
    <w:p>
      <w:pPr>
        <w:jc w:val="right"/>
      </w:pPr>
      <w:r>
        <w:t>تو اس کا خلاصہ، اس کا central theme کیا ہے؟ بہت دنوں کے بعد مجھے یہ سمجھ میں آیا کہ قرآن کی جو پہلی آیت ہے، وہی اس کا central theme ہے۔</w:t>
      </w:r>
    </w:p>
    <w:p>
      <w:r>
        <w:rPr>
          <w:b/>
        </w:rPr>
        <w:t xml:space="preserve">[1:14:21] </w:t>
      </w:r>
      <w:r>
        <w:t>Khulasa hai is ka. Yani Alhamdulillah Rabbil Alameen. Allah ka shukr. Khudaaya tera shukr hai.</w:t>
      </w:r>
    </w:p>
    <w:p>
      <w:pPr>
        <w:jc w:val="right"/>
      </w:pPr>
      <w:r>
        <w:t>خلاصہ ہے اس کا۔ یعنی الحمد لله رب العالمین ۔ اللہ کا شکر۔ خدایا تیرا شکر ہے۔</w:t>
      </w:r>
    </w:p>
    <w:p>
      <w:r>
        <w:rPr>
          <w:b/>
        </w:rPr>
        <w:t xml:space="preserve">[1:14:31] </w:t>
      </w:r>
      <w:r>
        <w:t>Khudaaya main teri hamd karta hoon. Khudaaya main teri tareef karta hoon. Jaise ke main ne abhi arz kiya ke itni zyada blessing jab main sochta hoon to main sochta hoon ke panch zubanon, jis ko ke main thora bohat janta hoon, us ke sare alfaaz mujhe yaad hoon.</w:t>
      </w:r>
    </w:p>
    <w:p>
      <w:pPr>
        <w:jc w:val="right"/>
      </w:pPr>
      <w:r>
        <w:t>خدایا میں تیری حمد کرتا ہوں۔ خدایا میں تیری تعریف کرتا ہوں۔ جیسے کہ میں نے ابھی عرض کیا کہ اتنی زیادہ بلیسنگ جب میں سوچتا ہوں تو میں سوچتا ہوں کہ پانچ زبانوں، جس کو کہ میں تھوڑا بہت جانتا ہوں، اس کے سارے الفاظ مجھے یاد ہوں۔</w:t>
      </w:r>
    </w:p>
    <w:p>
      <w:r>
        <w:rPr>
          <w:b/>
        </w:rPr>
        <w:t xml:space="preserve">[1:14:50] </w:t>
      </w:r>
      <w:r>
        <w:t>Aur sare alfaaz mein istemal karun Khuda ki hamd bayan karne ke liye to nakafi ho jayen ge.</w:t>
      </w:r>
    </w:p>
    <w:p>
      <w:pPr>
        <w:jc w:val="right"/>
      </w:pPr>
      <w:r>
        <w:t>اور سارے الفاظ میں استعمال کروں خدا کی حمد بیان کرنے کے لیے تو ناکافی ہو جائیں گے۔</w:t>
      </w:r>
    </w:p>
    <w:p>
      <w:r>
        <w:rPr>
          <w:b/>
        </w:rPr>
        <w:t xml:space="preserve">[1:14:58] </w:t>
      </w:r>
      <w:r>
        <w:t>Yeh hai hamd. Ab main ne socha ke Allah Ta'ala ke nazdeek sab se bari cheez hamd hai. Yani Allah ke glory ko bayan karna.</w:t>
      </w:r>
    </w:p>
    <w:p>
      <w:pPr>
        <w:jc w:val="right"/>
      </w:pPr>
      <w:r>
        <w:t>یہ ہے حمد۔ اب میں نے سوچا کہ اللہ تعالیٰ کے نزدیک سب سے بڑی چیز حمد ہے۔ یعنی اللہ کے گلوری کو بیان کرنا۔</w:t>
      </w:r>
    </w:p>
    <w:p>
      <w:r>
        <w:rPr>
          <w:b/>
        </w:rPr>
        <w:t xml:space="preserve">[1:15:08] </w:t>
      </w:r>
      <w:r>
        <w:t>Allah ki blessing ko bayan karna. Allah ke Allah ke bare mein itna zyada</w:t>
      </w:r>
    </w:p>
    <w:p>
      <w:pPr>
        <w:jc w:val="right"/>
      </w:pPr>
      <w:r>
        <w:t>اللہ کی بلیسنگ کو بیان کرنا۔ اللہ کے اللہ کے بارے میں اتنا زیادہ</w:t>
      </w:r>
    </w:p>
    <w:p>
      <w:r>
        <w:rPr>
          <w:b/>
        </w:rPr>
        <w:t xml:space="preserve">[1:15:18] </w:t>
      </w:r>
      <w:r>
        <w:t>yani blessing ka ehsas ke Allah se mohabbat hone lage aap ko. To yeh kaise hoga? Ke hum to jeete hain different qism ke unpleasant situation mein.</w:t>
      </w:r>
    </w:p>
    <w:p>
      <w:pPr>
        <w:jc w:val="right"/>
      </w:pPr>
      <w:r>
        <w:t>یعنی بلیسنگ کا احساس کہ اللہ سے محبت ہونے لگے آپ کو۔ تو یہ کیسے ہوگا؟ کہ ہم تو جیتے ہیں different قسم کے unpleasant situation میں۔</w:t>
      </w:r>
    </w:p>
    <w:p>
      <w:r>
        <w:rPr>
          <w:b/>
        </w:rPr>
        <w:t xml:space="preserve">[1:15:31] </w:t>
      </w:r>
      <w:r>
        <w:t>Har waqt koi hum ko satata hai, koi gaali deta hai,</w:t>
      </w:r>
    </w:p>
    <w:p>
      <w:pPr>
        <w:jc w:val="right"/>
      </w:pPr>
      <w:r>
        <w:t>ہر وقت کوئی ہم کو ستاتا ہے، کوئی گالی دیتا ہے،</w:t>
      </w:r>
    </w:p>
    <w:p>
      <w:r>
        <w:rPr>
          <w:b/>
        </w:rPr>
        <w:t xml:space="preserve">[1:15:35] </w:t>
      </w:r>
      <w:r>
        <w:t>koi takleef pohanchata hai. Is tarah tarah ke waqiyat jo hamare paas zaati taur par na ho rahe hon to abhi aqwam chupaye hue hum dekhte hain.</w:t>
      </w:r>
    </w:p>
    <w:p>
      <w:pPr>
        <w:jc w:val="right"/>
      </w:pPr>
      <w:r>
        <w:t>کوئی تکلیف پہنچاتا ہے۔ اس طرح طرح کے واقعات جو ہمارے پاس ذاتی طور پر نہ ہو رہے ہوں تو ابھی اقوام چھپے ہوئے ہم دیکھتے ہیں۔</w:t>
      </w:r>
    </w:p>
    <w:p>
      <w:r>
        <w:rPr>
          <w:b/>
        </w:rPr>
        <w:t xml:space="preserve">[1:15:44] </w:t>
      </w:r>
      <w:r>
        <w:t>agar hamare paas koi bomb nahi mara, farz kijiye hum parhte hain ke falan mulk mein bomb mar diya, falan mulk mein gun chala diya, itne musalman mar gaye, itne musalman tabah ho gaye.</w:t>
      </w:r>
    </w:p>
    <w:p>
      <w:pPr>
        <w:jc w:val="right"/>
      </w:pPr>
      <w:r>
        <w:t>اگر ہمارے پاس کوئی بم نہیں مارا، فرض کیجیے ہم پڑھتے ہیں کہ فلاں ملک میں بم مار دیا، فلاں ملک میں گن چلا دیا، اتنے مسلمان مر گئے، اتنے مسلمان تباہ ہو گئے۔</w:t>
      </w:r>
    </w:p>
    <w:p>
      <w:r>
        <w:rPr>
          <w:b/>
        </w:rPr>
        <w:t xml:space="preserve">[1:15:54] </w:t>
      </w:r>
      <w:r>
        <w:t>to har waqt hamare paas aise item aate hain.</w:t>
      </w:r>
    </w:p>
    <w:p>
      <w:pPr>
        <w:jc w:val="right"/>
      </w:pPr>
      <w:r>
        <w:t>تو ہر وقت ہمارے پاس ایسے آئٹم آتے ہیں۔</w:t>
      </w:r>
    </w:p>
    <w:p>
      <w:r>
        <w:rPr>
          <w:b/>
        </w:rPr>
        <w:t xml:space="preserve">[1:15:58] </w:t>
      </w:r>
      <w:r>
        <w:t>aise hamd hum kaise hogi? dekhen, hamd jo hai ek bohat hi positive response ka naam hai.</w:t>
      </w:r>
    </w:p>
    <w:p>
      <w:pPr>
        <w:jc w:val="right"/>
      </w:pPr>
      <w:r>
        <w:t>ایسے حمد ہم کیسے ہوگی؟ دیکھیں، حمد جو ہے ایک بہت ہی positive response کا نام ہے۔</w:t>
      </w:r>
    </w:p>
    <w:p>
      <w:r>
        <w:rPr>
          <w:b/>
        </w:rPr>
        <w:t xml:space="preserve">[1:16:06] </w:t>
      </w:r>
      <w:r>
        <w:t>Totally positive response ka naam hamd hai. aur jab hum jee rahe hain ek negative world mein to kaise aap karenge is ko? kya Khuda ne kaha ke aap to double shirt bano?</w:t>
      </w:r>
    </w:p>
    <w:p>
      <w:pPr>
        <w:jc w:val="right"/>
      </w:pPr>
      <w:r>
        <w:t>Totally positive response کا نام حمد ہے۔ اور جب ہم جی رہے ہیں ایک negative world میں تو کیسے آپ کریں گے اس کو؟ کیا خدا نے کہا کہ آپ تو double shirt بنو؟</w:t>
      </w:r>
    </w:p>
    <w:p>
      <w:r>
        <w:rPr>
          <w:b/>
        </w:rPr>
        <w:t xml:space="preserve">[1:16:18] </w:t>
      </w:r>
      <w:r>
        <w:t>Lip service ke taur par alhamdulillah kaho, baqi dil mein tumhari nafratein hon.</w:t>
      </w:r>
    </w:p>
    <w:p>
      <w:pPr>
        <w:jc w:val="right"/>
      </w:pPr>
      <w:r>
        <w:t>Lip service کے طور پر الحمد کہو، باقی دل میں تمہاری نفرتیں ہوں۔</w:t>
      </w:r>
    </w:p>
    <w:p>
      <w:r>
        <w:rPr>
          <w:b/>
        </w:rPr>
        <w:t xml:space="preserve">[1:16:25] </w:t>
      </w:r>
      <w:r>
        <w:t>Dil mein negative thought hon, nafrat ho. aur zuban se lip service ke taur par alhamdulillah alhamdulillah karte raho. Zahir hai ke aisa Allah nahi kar sakta.</w:t>
      </w:r>
    </w:p>
    <w:p>
      <w:pPr>
        <w:jc w:val="right"/>
      </w:pPr>
      <w:r>
        <w:t>دل میں negative thought ہوں، نفرت ہو۔ اور زبان سے lip service کے طور پر الحمد الحمد کرتے رہو۔ ظاہر ہے کہ ایسا اللہ نہیں کر سکتا۔</w:t>
      </w:r>
    </w:p>
    <w:p>
      <w:r>
        <w:rPr>
          <w:b/>
        </w:rPr>
        <w:t xml:space="preserve">[1:16:36] </w:t>
      </w:r>
      <w:r>
        <w:t>to phir meri samajh mein aaya doosri aayaton ko le kar ke, hadithon ko le kar ke. is ka matlab yeh hai ke</w:t>
      </w:r>
    </w:p>
    <w:p>
      <w:pPr>
        <w:jc w:val="right"/>
      </w:pPr>
      <w:r>
        <w:t>تو پھر میری سمجھ میں آیا دوسری آیتوں کو لے کر کے، حدیثوں کو لے کر کے۔ اس کا مطلب یہ ہے کہ</w:t>
      </w:r>
    </w:p>
    <w:p>
      <w:r>
        <w:rPr>
          <w:b/>
        </w:rPr>
        <w:t xml:space="preserve">[1:16:43] </w:t>
      </w:r>
      <w:r>
        <w:t>alhamdulillah kehne ka matlab yeh hai ke you have to learn the art of negativity management . Negative experience ko manage karo is tarike se ke woh shukr mein dhal jaye.</w:t>
      </w:r>
    </w:p>
    <w:p>
      <w:pPr>
        <w:jc w:val="right"/>
      </w:pPr>
      <w:r>
        <w:t>الحمد کہنے کا مطلب یہ ہے کہ you have to learn the art of negativity management ۔ Negative experience کو manage کرو اس طریقے سے کہ وہ شکر میں ڈھل جائے۔</w:t>
      </w:r>
    </w:p>
    <w:p>
      <w:r>
        <w:rPr>
          <w:b/>
        </w:rPr>
        <w:t xml:space="preserve">[1:16:53] </w:t>
      </w:r>
      <w:r>
        <w:t>woh</w:t>
      </w:r>
    </w:p>
    <w:p>
      <w:pPr>
        <w:jc w:val="right"/>
      </w:pPr>
      <w:r>
        <w:t>وہ</w:t>
      </w:r>
    </w:p>
    <w:p>
      <w:r>
        <w:rPr>
          <w:b/>
        </w:rPr>
        <w:t xml:space="preserve">[1:16:57] </w:t>
      </w:r>
      <w:r>
        <w:t>woh alhamdulillah mein, alhamdulillah, alhamdulillah, bilal mein wahi keh payega jis ka dil negativity se pak ho.</w:t>
      </w:r>
    </w:p>
    <w:p>
      <w:pPr>
        <w:jc w:val="right"/>
      </w:pPr>
      <w:r>
        <w:t>یہ الحمد میں، الحمدللہ، الحمدللہ، بلال میں وہی کہہ پائے گا جس کا دل negativity سے پاک ہو۔</w:t>
      </w:r>
    </w:p>
    <w:p>
      <w:r>
        <w:rPr>
          <w:b/>
        </w:rPr>
        <w:t xml:space="preserve">[1:17:06] </w:t>
      </w:r>
      <w:r>
        <w:t>jis ke dil mein ghussa na ho, nafrat na ho, inteqam na ho, complain na ho, shikayatein na hon. tab to kaise kahega woh? aye Khuda, aye Rab al-alameen,</w:t>
      </w:r>
    </w:p>
    <w:p>
      <w:pPr>
        <w:jc w:val="right"/>
      </w:pPr>
      <w:r>
        <w:t>جس کے دل میں غصہ نہ ہو، نفرت نہ ہو، انتقام نہ ہو، complain نہ ہو، شکایتیں نہ ہوں۔ تب تو کیسے کہے گا وہ؟ اے خدا، اے رب العالمین،</w:t>
      </w:r>
    </w:p>
    <w:p>
      <w:r>
        <w:rPr>
          <w:b/>
        </w:rPr>
        <w:t xml:space="preserve">[1:17:15] </w:t>
      </w:r>
      <w:r>
        <w:t>hamd hai tere liye.</w:t>
      </w:r>
    </w:p>
    <w:p>
      <w:pPr>
        <w:jc w:val="right"/>
      </w:pPr>
      <w:r>
        <w:t>حمد ہے تیرے لیے۔</w:t>
      </w:r>
    </w:p>
    <w:p>
      <w:r>
        <w:rPr>
          <w:b/>
        </w:rPr>
        <w:t xml:space="preserve">[1:17:19] </w:t>
      </w:r>
      <w:r>
        <w:t>kaise kahega? nahi to lip service karega, munafiq ban kar bolega. kaha Allah taala munafiqat boli chahta hai.</w:t>
      </w:r>
    </w:p>
    <w:p>
      <w:pPr>
        <w:jc w:val="right"/>
      </w:pPr>
      <w:r>
        <w:t>کیسے کہے گا؟ نہیں تو lip service کرے گا، منافق بن کر بولے گا۔ کہا اللہ تعالیٰ منافقت بولی چاہتا ہے۔</w:t>
      </w:r>
    </w:p>
    <w:p>
      <w:r>
        <w:rPr>
          <w:b/>
        </w:rPr>
        <w:t xml:space="preserve">[1:17:30] </w:t>
      </w:r>
      <w:r>
        <w:t>to alhamdulillah rabb al-alameen mein yeh cheez implicit hai ke agar tum chahte ho sachcha alhamdulillah kehna to bhulao negative baaton ko, bhulao unpleasant cheezon ko.</w:t>
      </w:r>
    </w:p>
    <w:p>
      <w:pPr>
        <w:jc w:val="right"/>
      </w:pPr>
      <w:r>
        <w:t>تو الحمدللہ رب العالمین میں یہ چیز implicit ہے کہ اگر تم چاہتے ہو سچا الحمد کہنا تو بھلاؤ negative باتوں کو، بھلاؤ unpleasant چیزوں کو۔</w:t>
      </w:r>
    </w:p>
    <w:p>
      <w:r>
        <w:rPr>
          <w:b/>
        </w:rPr>
        <w:t xml:space="preserve">[1:17:48] </w:t>
      </w:r>
      <w:r>
        <w:t>Manage karo saare negative experience ko taake tum is qabil raho ke tum positive response de sako. yeh sab isi implicit hai, isi mein.</w:t>
      </w:r>
    </w:p>
    <w:p>
      <w:pPr>
        <w:jc w:val="right"/>
      </w:pPr>
      <w:r>
        <w:t>Manage کرو سارے negative experience کو تاکہ تم اس قابل رہو کہ تم positive response دے سکو۔ یہ سب اسی implicit ہے، اسی میں۔</w:t>
      </w:r>
    </w:p>
    <w:p>
      <w:r>
        <w:rPr>
          <w:b/>
        </w:rPr>
        <w:t xml:space="preserve">[1:18:01] </w:t>
      </w:r>
      <w:r>
        <w:t>is ka qulub mujhe mukhtalif tareeqe se mila. misaal ke taur par ek shakhs aata hai Rasool Allah ke paas, woh kehta hai ke mujhe bataiye koi master formula zindagi ka.</w:t>
      </w:r>
    </w:p>
    <w:p>
      <w:pPr>
        <w:jc w:val="right"/>
      </w:pPr>
      <w:r>
        <w:t>اس کا قلوب مجھے مختلف طریقے سے ملا۔ مثال کے طور پر ایک شخص آتا ہے رسول اللہ کے پاس، وہ کہتا ہے کہ مجھے بتائیے کوئی ماسٹر فارمولا زندگی کا۔</w:t>
      </w:r>
    </w:p>
    <w:p>
      <w:r>
        <w:rPr>
          <w:b/>
        </w:rPr>
        <w:t xml:space="preserve">[1:18:12] </w:t>
      </w:r>
      <w:r>
        <w:t>koi master formula</w:t>
      </w:r>
    </w:p>
    <w:p>
      <w:pPr>
        <w:jc w:val="right"/>
      </w:pPr>
      <w:r>
        <w:t>کوئی ماسٹر فارمولا</w:t>
      </w:r>
    </w:p>
    <w:p>
      <w:r>
        <w:rPr>
          <w:b/>
        </w:rPr>
        <w:t xml:space="preserve">[1:18:14] </w:t>
      </w:r>
      <w:r>
        <w:t>zindagi ka dijiye? to aap kya kehte hain? la taghzab . ghussa na karo. phir main is par ghussa na karoon? kya ghussa apne bas mein hota hai?</w:t>
      </w:r>
    </w:p>
    <w:p>
      <w:pPr>
        <w:jc w:val="right"/>
      </w:pPr>
      <w:r>
        <w:t>زندگی کا دیجیے۔ تو آپ کیا کہتے ہیں؟ لا تغضب ۔ غصہ نہ کرو۔ پھر میں اس پر غصہ نہ کروں؟ کیا غصہ اپنے بس میں ہوتا ہے؟</w:t>
      </w:r>
    </w:p>
    <w:p>
      <w:r>
        <w:rPr>
          <w:b/>
        </w:rPr>
        <w:t xml:space="preserve">[1:18:25] </w:t>
      </w:r>
      <w:r>
        <w:t>kya bas mein hai ke ghussa na karo? ghussa Rasool Allah ko bhi aata tha. ashadd ghazab . is ka matlab hai ghusse ko le kar ke manfi na bano, ghusse ko le kar ke negative na bano, ghusse ko le kar nafrat na paalo apne seene mein.</w:t>
      </w:r>
    </w:p>
    <w:p>
      <w:pPr>
        <w:jc w:val="right"/>
      </w:pPr>
      <w:r>
        <w:t>کیا بس میں ہے کہ غصہ نہ کرو؟ غصہ رسول اللہ کو بھی آتا تھا۔ اشد غضب ۔ اس کا مطلب ہے غصے کو لے کر کے منفی نہ بنو، غصے کو لے کر کے negative نہ بنو، غصے کو لے کر نفرت نہ پالو اپنے سینے میں۔</w:t>
      </w:r>
    </w:p>
    <w:p>
      <w:r>
        <w:rPr>
          <w:b/>
        </w:rPr>
        <w:t xml:space="preserve">[1:18:41] </w:t>
      </w:r>
      <w:r>
        <w:t>ghusse ko le kar shikayat tak</w:t>
      </w:r>
    </w:p>
    <w:p>
      <w:pPr>
        <w:jc w:val="right"/>
      </w:pPr>
      <w:r>
        <w:t>غصہ کو لے کر شکایت تک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