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Moral Values in Islam (Sai Centre)</w:t>
      </w:r>
    </w:p>
    <w:p>
      <w:r>
        <w:t>https://www.youtube.com/watch?v=pZRY3RwmdXg</w:t>
      </w:r>
    </w:p>
    <w:p>
      <w:r>
        <w:rPr>
          <w:b/>
        </w:rPr>
        <w:t xml:space="preserve">[00:14] </w:t>
      </w:r>
      <w:r>
        <w:t>wa sallallahu alaihi wa sallam.</w:t>
      </w:r>
    </w:p>
    <w:p>
      <w:pPr>
        <w:jc w:val="right"/>
      </w:pPr>
      <w:r>
        <w:t>والصلی اللہ علیہ وسلم۔</w:t>
      </w:r>
    </w:p>
    <w:p>
      <w:r>
        <w:rPr>
          <w:b/>
        </w:rPr>
        <w:t xml:space="preserve">[00:20] </w:t>
      </w:r>
      <w:r>
        <w:t>aaj ke topic ke baray mein kafi socha maine,</w:t>
      </w:r>
    </w:p>
    <w:p>
      <w:pPr>
        <w:jc w:val="right"/>
      </w:pPr>
      <w:r>
        <w:t>آج کے ٹاپک کے بارے میں کافی سوچا میں نے،</w:t>
      </w:r>
    </w:p>
    <w:p>
      <w:r>
        <w:rPr>
          <w:b/>
        </w:rPr>
        <w:t xml:space="preserve">[00:26] </w:t>
      </w:r>
      <w:r>
        <w:t>to pehli baat mere sir yeh aai</w:t>
      </w:r>
    </w:p>
    <w:p>
      <w:pPr>
        <w:jc w:val="right"/>
      </w:pPr>
      <w:r>
        <w:t>تو پہلی بات میرے سر یہ آئی</w:t>
      </w:r>
    </w:p>
    <w:p>
      <w:r>
        <w:rPr>
          <w:b/>
        </w:rPr>
        <w:t xml:space="preserve">[00:30] </w:t>
      </w:r>
      <w:r>
        <w:t>ke human values ya god values ka concept har religion mein</w:t>
      </w:r>
    </w:p>
    <w:p>
      <w:pPr>
        <w:jc w:val="right"/>
      </w:pPr>
      <w:r>
        <w:t>کہ ہیومن ویلوز یا گاڈ ویلوز کا کانسیپٹ ہر ریلیجن میں</w:t>
      </w:r>
    </w:p>
    <w:p>
      <w:r>
        <w:rPr>
          <w:b/>
        </w:rPr>
        <w:t xml:space="preserve">[00:39] </w:t>
      </w:r>
      <w:r>
        <w:t>qareeb qareeb same hai.</w:t>
      </w:r>
    </w:p>
    <w:p>
      <w:pPr>
        <w:jc w:val="right"/>
      </w:pPr>
      <w:r>
        <w:t>قریب قریب سیم ہے۔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