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Belief in Prophethood</w:t>
      </w:r>
    </w:p>
    <w:p>
      <w:r>
        <w:t>https://www.youtube.com/watch?v=DiBlQpAKJVc</w:t>
      </w:r>
    </w:p>
    <w:p>
      <w:r>
        <w:rPr>
          <w:b/>
        </w:rPr>
        <w:t xml:space="preserve">[00:01] </w:t>
      </w:r>
      <w:r>
        <w:t>assalam-o-alaikum, greetings of peace to everyone. bismillah-ir-rahman-ir-rahim, in the name of god, the</w:t>
      </w:r>
    </w:p>
    <w:p>
      <w:pPr>
        <w:jc w:val="right"/>
      </w:pPr>
      <w:r>
        <w:t>السلام علیکم، گریٹنگز آف پیس ٹو ایوری ون۔ بسم اللہ الرحمن الرحیم، ان دا نیم آف گاڈ، دا</w:t>
      </w:r>
    </w:p>
    <w:p>
      <w:r>
        <w:rPr>
          <w:b/>
        </w:rPr>
        <w:t xml:space="preserve">[00:10] </w:t>
      </w:r>
      <w:r>
        <w:t>most beneficent, the most merciful.</w:t>
      </w:r>
    </w:p>
    <w:p>
      <w:pPr>
        <w:jc w:val="right"/>
      </w:pPr>
      <w:r>
        <w:t>موسٹ بینیفیشینٹ، دا موسٹ مرسی فل۔</w:t>
      </w:r>
    </w:p>
    <w:p>
      <w:r>
        <w:rPr>
          <w:b/>
        </w:rPr>
        <w:t xml:space="preserve">[00:14] </w:t>
      </w:r>
      <w:r>
        <w:t>i am a member of cps international, founded by maulana wahiduddin khan.</w:t>
      </w:r>
    </w:p>
    <w:p>
      <w:pPr>
        <w:jc w:val="right"/>
      </w:pPr>
      <w:r>
        <w:t>آئی ایم اے ممبر آف سی پی ایس انٹرنیشنل، فاؤنڈڈ بائے مولانا وحید الدین خان۔</w:t>
      </w:r>
    </w:p>
    <w:p>
      <w:r>
        <w:rPr>
          <w:b/>
        </w:rPr>
        <w:t xml:space="preserve">[00:21] </w:t>
      </w:r>
      <w:r>
        <w:t>sunday talks are aimed at presenting islam as it is.</w:t>
      </w:r>
    </w:p>
    <w:p>
      <w:pPr>
        <w:jc w:val="right"/>
      </w:pPr>
      <w:r>
        <w:t>سنڈے ٹاکس آر ایمڈ ایٹ پریزنٹنگ اسلام ایز اٹ از۔</w:t>
      </w:r>
    </w:p>
    <w:p>
      <w:r>
        <w:rPr>
          <w:b/>
        </w:rPr>
        <w:t xml:space="preserve">[00:26] </w:t>
      </w:r>
      <w:r>
        <w:t>We strive to glean the teachings of Islam from the original scri</w:t>
      </w:r>
    </w:p>
    <w:p>
      <w:pPr>
        <w:jc w:val="right"/>
      </w:pPr>
      <w:r>
        <w:t>وی سٹریو ٹو گلین دا ٹیچنگز آف اسلام فرام دی اوریجنل سکر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