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Role of Muslim Ummah in Present Age 11 Feb, 2014 - Maulana Wahiduddin Khan</w:t>
      </w:r>
    </w:p>
    <w:p>
      <w:r>
        <w:t>https://www.youtube.com/watch?v=0NE8NvR67ZI</w:t>
      </w:r>
    </w:p>
    <w:p>
      <w:r>
        <w:rPr>
          <w:b/>
        </w:rPr>
        <w:t xml:space="preserve">[00:14] </w:t>
      </w:r>
      <w:r>
        <w:t>bismillah-ir-rahman-ir-rahim.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[00:19] </w:t>
      </w:r>
      <w:r>
        <w:t>11 farwari 2014.</w:t>
      </w:r>
    </w:p>
    <w:p>
      <w:pPr>
        <w:jc w:val="right"/>
      </w:pPr>
      <w:r>
        <w:t>11 فروری 2014۔</w:t>
      </w:r>
    </w:p>
    <w:p>
      <w:r>
        <w:rPr>
          <w:b/>
        </w:rPr>
        <w:t xml:space="preserve">[00:26] </w:t>
      </w:r>
      <w:r>
        <w:t>aaj main quran ki teen ayaton ke baray mein</w:t>
      </w:r>
    </w:p>
    <w:p>
      <w:pPr>
        <w:jc w:val="right"/>
      </w:pPr>
      <w:r>
        <w:t>آج میں قرآن کی تین آیتوں کے بارے میں</w:t>
      </w:r>
    </w:p>
    <w:p>
      <w:r>
        <w:rPr>
          <w:b/>
        </w:rPr>
        <w:t xml:space="preserve">[00:33] </w:t>
      </w:r>
      <w:r>
        <w:t>kuch kehna chahta hoon.</w:t>
      </w:r>
    </w:p>
    <w:p>
      <w:pPr>
        <w:jc w:val="right"/>
      </w:pPr>
      <w:r>
        <w:t>کچھ کہنا چاہتا ہوں۔</w:t>
      </w:r>
    </w:p>
    <w:p>
      <w:r>
        <w:rPr>
          <w:b/>
        </w:rPr>
        <w:t xml:space="preserve">[00:36] </w:t>
      </w:r>
      <w:r>
        <w:t>yeh teenon ayaten</w:t>
      </w:r>
    </w:p>
    <w:p>
      <w:pPr>
        <w:jc w:val="right"/>
      </w:pPr>
      <w:r>
        <w:t>یہ تینوں آیتیں</w:t>
      </w:r>
    </w:p>
    <w:p>
      <w:r>
        <w:rPr>
          <w:b/>
        </w:rPr>
        <w:t xml:space="preserve">[00:39] </w:t>
      </w:r>
      <w:r>
        <w:t>ummat-e-muslima ke baray mein hain.</w:t>
      </w:r>
    </w:p>
    <w:p>
      <w:pPr>
        <w:jc w:val="right"/>
      </w:pPr>
      <w:r>
        <w:t>امت مسلمہ کے بارے میں ہیں۔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