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Right Thinking February 3, 2014 Maulana Wahiduddin Khan</w:t>
      </w:r>
    </w:p>
    <w:p>
      <w:r>
        <w:t>https://www.youtube.com/watch?v=RU4GUAVEOdw</w:t>
      </w:r>
    </w:p>
    <w:p>
      <w:r>
        <w:rPr>
          <w:b/>
        </w:rPr>
        <w:t xml:space="preserve">[00:13] </w:t>
      </w:r>
      <w:r>
        <w:t>an abi zarrin raziallahu anhu qal: qal rasulullah saliallahu alaihi wasallam: "tafakkaru fi khalqillah wa la tafakkaru fillah fa tahluku".</w:t>
      </w:r>
    </w:p>
    <w:p>
      <w:pPr>
        <w:jc w:val="right"/>
      </w:pPr>
      <w:r>
        <w:t>عن ابی زرّن رضی اللہ عنہ قال: قال رسول اللہ صلی اللہ علیہ وسلم: "تفکرو فی خلق اللہ ولا تفکرو فی اللہ فتهلكوا"۔</w:t>
      </w:r>
    </w:p>
    <w:p>
      <w:r>
        <w:rPr>
          <w:b/>
        </w:rPr>
        <w:t xml:space="preserve">[00:27] </w:t>
      </w:r>
      <w:r>
        <w:t>kitab ka naam hai "al-uzma li shaikh al-asbahani", hadith number 4. is hadith ka tarjuma hai: abu zarr raziallahu anhu riwayat karte hain: rasulullah saliallahu alaihi wasallam ne farmaya:</w:t>
      </w:r>
    </w:p>
    <w:p>
      <w:pPr>
        <w:jc w:val="right"/>
      </w:pPr>
      <w:r>
        <w:t>کتاب کا نام ہے "العظمیٰ لاب شیخ الاصبحانی"، حدیث نمبر 4۔ اس حدیث کا ترجمہ ہے: ابوذر رضی اللہ عنہ روایت کرتے ہیں: رسول اللہ صلی اللہ علیہ وسلم نے فرمایا:</w:t>
      </w:r>
    </w:p>
    <w:p>
      <w:r>
        <w:rPr>
          <w:b/>
        </w:rPr>
        <w:t xml:space="preserve">[00:41] </w:t>
      </w:r>
      <w:r>
        <w:t>"allah ki makhlooq mein ghawr o fikr karo, allah mein ghawr o fikr na karo, warna tum halak ho jaoge".</w:t>
      </w:r>
    </w:p>
    <w:p>
      <w:pPr>
        <w:jc w:val="right"/>
      </w:pPr>
      <w:r>
        <w:t>"اللہ کی مخلوق میں غور و فکر کرو، اللہ میں غور و فکر نہ کرو، ورنہ تم ہلاک ہو جاؤ گے"۔</w:t>
      </w:r>
    </w:p>
    <w:p>
      <w:r>
        <w:rPr>
          <w:b/>
        </w:rPr>
        <w:t xml:space="preserve">[00:52] </w:t>
      </w:r>
      <w:r>
        <w:t>maulana is ayat, maulana is hadith ki wazahat farmayen.</w:t>
      </w:r>
    </w:p>
    <w:p>
      <w:pPr>
        <w:jc w:val="right"/>
      </w:pPr>
      <w:r>
        <w:t>مولانا اس آیت، مولانا اس حدیث کی وضاحت فرمائیں۔</w:t>
      </w:r>
    </w:p>
    <w:p>
      <w:r>
        <w:rPr>
          <w:b/>
        </w:rPr>
        <w:t xml:space="preserve">[00:56] </w:t>
      </w:r>
      <w:r>
        <w:t>bismillah rahman rahim.</w:t>
      </w:r>
    </w:p>
    <w:p>
      <w:pPr>
        <w:jc w:val="right"/>
      </w:pPr>
      <w:r>
        <w:t>بسم اللہ الرحمن الرحیم۔</w:t>
      </w:r>
    </w:p>
    <w:p>
      <w:r>
        <w:rPr>
          <w:b/>
        </w:rPr>
        <w:t xml:space="preserve">[01:04] </w:t>
      </w:r>
      <w:r>
        <w:t>is hadith rasul mein ek bahut bada principal bataya gaya hai, jiska taluq art of thinking se hai.</w:t>
      </w:r>
    </w:p>
    <w:p>
      <w:pPr>
        <w:jc w:val="right"/>
      </w:pPr>
      <w:r>
        <w:t>اس حدیث رسول میں ایک بہت بڑا پرنسپل بتایا گیا ہے، جس کا تعلق آرٹ آف تھنکنگ سے ہے۔</w:t>
      </w:r>
    </w:p>
    <w:p>
      <w:r>
        <w:rPr>
          <w:b/>
        </w:rPr>
        <w:t xml:space="preserve">[01:20] </w:t>
      </w:r>
      <w:r>
        <w:t>hum jo dunya mein hain is mein ek hai khaliq aur doosra hai makhlooq. to jo makhlooqat hain ya jo takhleeq hai, usko hum dekhte hain, jante hain,</w:t>
      </w:r>
    </w:p>
    <w:p>
      <w:pPr>
        <w:jc w:val="right"/>
      </w:pPr>
      <w:r>
        <w:t>ہم جو دنیا میں ہیں اس میں ایک ہے خالق اور دوسرا ہے مخلوق۔ تو جو مخلوقات ہیں یا جو تخلیق ہے، اس کو ہم دیکھتے ہیں، جانتے ہیں،</w:t>
      </w:r>
    </w:p>
    <w:p>
      <w:r>
        <w:rPr>
          <w:b/>
        </w:rPr>
        <w:t xml:space="preserve">[01:36] </w:t>
      </w:r>
      <w:r>
        <w:t>tajruba karte hain, mushahida karte hain. lekin khaliq to in seen hai, khaliq ghayb mein hai,</w:t>
      </w:r>
    </w:p>
    <w:p>
      <w:pPr>
        <w:jc w:val="right"/>
      </w:pPr>
      <w:r>
        <w:t>تجربہ کرتے ہیں، مشاہدہ کرتے ہیں۔ لیکن خالق تو ان سین ہے، خالق غیب میں ہے،</w:t>
      </w:r>
    </w:p>
    <w:p>
      <w:r>
        <w:rPr>
          <w:b/>
        </w:rPr>
        <w:t xml:space="preserve">[01:45] </w:t>
      </w:r>
      <w:r>
        <w:t>wo beyond space and time hai.</w:t>
      </w:r>
    </w:p>
    <w:p>
      <w:pPr>
        <w:jc w:val="right"/>
      </w:pPr>
      <w:r>
        <w:t>وہ بیانڈ اسپیس اینڈ ٹائم ہے۔</w:t>
      </w:r>
    </w:p>
    <w:p>
      <w:r>
        <w:rPr>
          <w:b/>
        </w:rPr>
        <w:t xml:space="preserve">[01:52] </w:t>
      </w:r>
      <w:r>
        <w:t>to isi liye khaliq par iman bilghayb ka taqaza kiya gaya hai.</w:t>
      </w:r>
    </w:p>
    <w:p>
      <w:pPr>
        <w:jc w:val="right"/>
      </w:pPr>
      <w:r>
        <w:t>تو اسی لیے خالق پر ایمان بالغیب کا تقاضا کیا گیا ہے۔</w:t>
      </w:r>
    </w:p>
    <w:p>
      <w:r>
        <w:rPr>
          <w:b/>
        </w:rPr>
        <w:t xml:space="preserve">[02:02] </w:t>
      </w:r>
      <w:r>
        <w:t>to yeh jo farmaya ke tum</w:t>
      </w:r>
    </w:p>
    <w:p>
      <w:pPr>
        <w:jc w:val="right"/>
      </w:pPr>
      <w:r>
        <w:t>تو یہ جو فرمایا کہ تم</w:t>
      </w:r>
    </w:p>
    <w:p>
      <w:r>
        <w:rPr>
          <w:b/>
        </w:rPr>
        <w:t xml:space="preserve">[02:07] </w:t>
      </w:r>
      <w:r>
        <w:t>takhleeqat par ghawr karo, khaliq par mat ghawr karo.</w:t>
      </w:r>
    </w:p>
    <w:p>
      <w:pPr>
        <w:jc w:val="right"/>
      </w:pPr>
      <w:r>
        <w:t>تخلیقات پر غور کرو، خالق پر مت غور کرو۔</w:t>
      </w:r>
    </w:p>
    <w:p>
      <w:r>
        <w:rPr>
          <w:b/>
        </w:rPr>
        <w:t xml:space="preserve">[02:15] </w:t>
      </w:r>
      <w:r>
        <w:t>aisa kyun farmaya? iska sabab yeh hai ke insan ghawr o fikr karta hai kisi framework ki roshni mein ya kisi known model ki roshni mein.</w:t>
      </w:r>
    </w:p>
    <w:p>
      <w:pPr>
        <w:jc w:val="right"/>
      </w:pPr>
      <w:r>
        <w:t>ایسا کیوں فرمایا؟ اس کا سبب یہ ہے کہ انسان غور و فکر کرتا ہے کسی فریم ورک کی روشنی میں یا کسی نون ماڈل کی روشنی میں۔</w:t>
      </w:r>
    </w:p>
    <w:p>
      <w:r>
        <w:rPr>
          <w:b/>
        </w:rPr>
        <w:t xml:space="preserve">[02:35] </w:t>
      </w:r>
      <w:r>
        <w:t>jaise hum sochte hain hawai jahaz ke bare mein to hawai jahaz ko</w:t>
      </w:r>
    </w:p>
    <w:p>
      <w:pPr>
        <w:jc w:val="right"/>
      </w:pPr>
      <w:r>
        <w:t>جیسے ہم سوچتے ہیں ہوائی جہاز کے بارے میں تو ہوائی جہاز کو</w:t>
      </w:r>
    </w:p>
    <w:p>
      <w:r>
        <w:rPr>
          <w:b/>
        </w:rPr>
        <w:t xml:space="preserve">[02:42] </w:t>
      </w:r>
      <w:r>
        <w:t>hum ne dekha hai, uska ek model hamare samne hai, ek framework hamare zehn mein hai, is liye hum soch paate hain hawai jahaz ke bare mein.</w:t>
      </w:r>
    </w:p>
    <w:p>
      <w:pPr>
        <w:jc w:val="right"/>
      </w:pPr>
      <w:r>
        <w:t>ہم نے دیکھا ہے، اس کا ایک ماڈل ہمارے سامنے ہے، ایک فریم ورک ہمارے ذہن میں ہے، اس لیے ہم سوچ پاتے ہیں ہوائی جہاز کے بارے میں۔</w:t>
      </w:r>
    </w:p>
    <w:p>
      <w:r>
        <w:rPr>
          <w:b/>
        </w:rPr>
        <w:t xml:space="preserve">[02:53] </w:t>
      </w:r>
      <w:r>
        <w:t>lekin jis cheez ko hum ne dekha nahi, jiska koi framework hamein maloom nahi, jiska koi known model nahi, to uske bare mein kya sochenge?</w:t>
      </w:r>
    </w:p>
    <w:p>
      <w:pPr>
        <w:jc w:val="right"/>
      </w:pPr>
      <w:r>
        <w:t>لیکن جس چیز کو ہم نے دیکھا نہیں، جس کا کوئی فریم ورک ہمیں معلوم نہیں، جس کا کوئی نون ماڈل نہیں، تو اس کے بارے میں کیا سوچیں گے؟</w:t>
      </w:r>
    </w:p>
    <w:p>
      <w:r>
        <w:rPr>
          <w:b/>
        </w:rPr>
        <w:t xml:space="preserve">[03:05] </w:t>
      </w:r>
      <w:r>
        <w:t>guess karenge. aur guess jo hai is tarah ke mamle mein, itne serious mamle mein, sirf confusion tak pahunchata hai.</w:t>
      </w:r>
    </w:p>
    <w:p>
      <w:pPr>
        <w:jc w:val="right"/>
      </w:pPr>
      <w:r>
        <w:t>گیس کریں گے۔ اور گیس جو ہے اس طرح کے معاملے میں، اتنے سیریس معاملے میں، صرف کنفیوژن تک پہنچاتا ہے۔</w:t>
      </w:r>
    </w:p>
    <w:p>
      <w:r>
        <w:rPr>
          <w:b/>
        </w:rPr>
        <w:t xml:space="preserve">[03:16] </w:t>
      </w:r>
      <w:r>
        <w:t>chunanche dekhiye, jin logon ne socha allah ki zaat ke bare mein, ajib ajib rai qaim ki unhone. maslan kisi ne kaha ke: "raaytu rabbi kashad bin amrat".</w:t>
      </w:r>
    </w:p>
    <w:p>
      <w:pPr>
        <w:jc w:val="right"/>
      </w:pPr>
      <w:r>
        <w:t>چنانچہ دیکھیے، جن لوگوں نے سوچا اللہ کی ذات کے بارے میں، عجیب عجیب رائے قائم کی انہوں نے۔ مثلاً کسی نے کہا کہ: "رایت ربی کشاد بن امرت"۔</w:t>
      </w:r>
    </w:p>
    <w:p>
      <w:r>
        <w:rPr>
          <w:b/>
        </w:rPr>
        <w:t xml:space="preserve">[03:32] </w:t>
      </w:r>
      <w:r>
        <w:t>main ne apne rab ko dekha ek naujawan ki surat mein. zahir hai ke bilkul bilkul be asal baat hai.</w:t>
      </w:r>
    </w:p>
    <w:p>
      <w:pPr>
        <w:jc w:val="right"/>
      </w:pPr>
      <w:r>
        <w:t>میں نے اپنے رب کو دیکھا ایک نوجوان کی صورت میں۔ ظاہر ہے کہ بالکل بالکل بے اصل بات ہے۔</w:t>
      </w:r>
    </w:p>
    <w:p>
      <w:r>
        <w:rPr>
          <w:b/>
        </w:rPr>
        <w:t xml:space="preserve">[03:44] </w:t>
      </w:r>
      <w:r>
        <w:t>kisi ne kaha ke: "god jo hai ek world spirit hai".</w:t>
      </w:r>
    </w:p>
    <w:p>
      <w:pPr>
        <w:jc w:val="right"/>
      </w:pPr>
      <w:r>
        <w:t>کسی نے کہا کہ: "گاڈ جو ہے ایک ورلڈ اسپرٹ ہے"۔</w:t>
      </w:r>
    </w:p>
    <w:p>
      <w:r>
        <w:rPr>
          <w:b/>
        </w:rPr>
        <w:t xml:space="preserve">[03:50] </w:t>
      </w:r>
      <w:r>
        <w:t>yeh bhi ek be asal baat hai kyunke iska koi koi saboot nahi.</w:t>
      </w:r>
    </w:p>
    <w:p>
      <w:pPr>
        <w:jc w:val="right"/>
      </w:pPr>
      <w:r>
        <w:t>یہ بھی ایک بے اصل بات ہے کیونکہ اس کا کوئی کوئی ثبوت نہیں۔</w:t>
      </w:r>
    </w:p>
    <w:p>
      <w:r>
        <w:rPr>
          <w:b/>
        </w:rPr>
        <w:t xml:space="preserve">[03:59] </w:t>
      </w:r>
      <w:r>
        <w:t>kisi ne kaha ke: "god jo hai wo pure universe mein samaya hua hai, har cheez god ka part hai".</w:t>
      </w:r>
    </w:p>
    <w:p>
      <w:pPr>
        <w:jc w:val="right"/>
      </w:pPr>
      <w:r>
        <w:t>کسی نے کہا کہ: "گاڈ جو ہے وہ پورے یونیورس میں سمایا ہوا ہے، ہر چیز گاڈ کا پارٹ ہے"۔</w:t>
      </w:r>
    </w:p>
    <w:p>
      <w:r>
        <w:rPr>
          <w:b/>
        </w:rPr>
        <w:t xml:space="preserve">[04:10] </w:t>
      </w:r>
      <w:r>
        <w:t>yeh bhi be asal baat hai kyunke yeh sab ka sab guess par qaim hai. to khuda ke bare mein ya khaliq ke bare mein agar aap uski zaat ko le kar sochenge ke uski surat kaisi hai, uska form kaisa hai,</w:t>
      </w:r>
    </w:p>
    <w:p>
      <w:pPr>
        <w:jc w:val="right"/>
      </w:pPr>
      <w:r>
        <w:t>یہ بھی بے اصل بات ہے کیونکہ یہ سب کا سب گیس پر قائم ہے۔ تو خدا کے بارے میں یا خالق کے بارے میں اگر آپ اس کی ذات کو لے کر سوچیں گے کہ اس کی صورت کیسی ہے، اس کا فارم کیسا ہے،</w:t>
      </w:r>
    </w:p>
    <w:p>
      <w:r>
        <w:rPr>
          <w:b/>
        </w:rPr>
        <w:t xml:space="preserve">[04:29] </w:t>
      </w:r>
      <w:r>
        <w:t>wo kaise dekhta hai, kaise chalta hai, to aap ke paas koi framework nahi hoga jiski roshni mein aap koi rai qaim karen.</w:t>
      </w:r>
    </w:p>
    <w:p>
      <w:pPr>
        <w:jc w:val="right"/>
      </w:pPr>
      <w:r>
        <w:t>وہ کیسے دیکھتا ہے، کیسے چلتا ہے، تو آپ کے پاس کوئی فریم ورک نہیں ہوگا جس کی روشنی میں آپ کوئی رائے قائم کریں۔</w:t>
      </w:r>
    </w:p>
    <w:p>
      <w:r>
        <w:rPr>
          <w:b/>
        </w:rPr>
        <w:t xml:space="preserve">[04:40] </w:t>
      </w:r>
      <w:r>
        <w:t>koi known model nahi hoga jiski roshni mein aap tasawwur qaim karen khuda ka.</w:t>
      </w:r>
    </w:p>
    <w:p>
      <w:pPr>
        <w:jc w:val="right"/>
      </w:pPr>
      <w:r>
        <w:t>کوئی نون ماڈل نہیں ہوگا جس کی روشنی میں آپ تصور قائم کریں خدا کا۔</w:t>
      </w:r>
    </w:p>
    <w:p>
      <w:r>
        <w:rPr>
          <w:b/>
        </w:rPr>
        <w:t xml:space="preserve">[04:50] </w:t>
      </w:r>
      <w:r>
        <w:t>is liye aap tarah tarah ke be asal rai banayen ge aur be asal rai ki haqeeqat kya hogi? kuch bhi nahi hogi, woh confusion hi hoga.</w:t>
      </w:r>
    </w:p>
    <w:p>
      <w:pPr>
        <w:jc w:val="right"/>
      </w:pPr>
      <w:r>
        <w:t>اس لیے آپ طرح طرح کے بے اصل رائے بنائیں گے اور بے اصل رائے کی حقیقت کیا ہوگی؟ کچھ بھی نہیں ہوگی، وہ کنفیوژن ہی ہوگا۔</w:t>
      </w:r>
    </w:p>
    <w:p>
      <w:r>
        <w:rPr>
          <w:b/>
        </w:rPr>
        <w:t xml:space="preserve">[05:01] </w:t>
      </w:r>
      <w:r>
        <w:t>jo baat, jis baat ki koi rational base na ho, jis baat ko aap logically sabit na kar saken, to woh hai confusion.</w:t>
      </w:r>
    </w:p>
    <w:p>
      <w:pPr>
        <w:jc w:val="right"/>
      </w:pPr>
      <w:r>
        <w:t>جو بات، جس بات کی کوئی ریشنل بیس نہ ہو، جس بات کو آپ لاجیکلی ثابت نہ کر سکیں، تو وہ ہے کنفیوژن۔</w:t>
      </w:r>
    </w:p>
    <w:p>
      <w:r>
        <w:rPr>
          <w:b/>
        </w:rPr>
        <w:t xml:space="preserve">[05:17] </w:t>
      </w:r>
      <w:r>
        <w:t>to yeh jo farmaya is ka matlab yeh hai ke chounke khaliq ke baray mein tumhare paas koi framework nahi hai, koi known model nahi hai, is liye khaliq ki zaat ko le kar mat socho balkeh iman bilghaib par iktafa karo.</w:t>
      </w:r>
    </w:p>
    <w:p>
      <w:pPr>
        <w:jc w:val="right"/>
      </w:pPr>
      <w:r>
        <w:t>تو یہ جو فرمایا اس کا مطلب یہ ہے کہ چونکہ خالق کے بارے میں تمہارے پاس کوئی فریم ورک نہیں ہے، کوئی نون ماڈل نہیں ہے، اس لیے خالق کی ذات کو لے کر مت سوچو بلکہ ایمان بالغیب پر اکتفا کرو۔</w:t>
      </w:r>
    </w:p>
    <w:p>
      <w:r>
        <w:rPr>
          <w:b/>
        </w:rPr>
        <w:t xml:space="preserve">[05:43] </w:t>
      </w:r>
      <w:r>
        <w:t>kyunke agar tum zaat ko le kar sochna shuru karoge to chounke tum bayan space and time dekh nahi sakte aur khuda bayan space and time hai, to be asal rai banao ge.</w:t>
      </w:r>
    </w:p>
    <w:p>
      <w:pPr>
        <w:jc w:val="right"/>
      </w:pPr>
      <w:r>
        <w:t>کیونکہ اگر تم ذات کو لے کر سوچنا شروع کرو گے تو چونکہ تم بیان اسپیس اینڈ ٹائم دیکھ نہیں سکتے اور خدا بیان اسپیس اینڈ ٹائم ہے، تو بے اصل رائے بناؤ گے۔</w:t>
      </w:r>
    </w:p>
    <w:p>
      <w:r>
        <w:rPr>
          <w:b/>
        </w:rPr>
        <w:t xml:space="preserve">[05:59] </w:t>
      </w:r>
      <w:r>
        <w:t>is ka kya faida? sochne ka faida yeh hoga ke aadmi ko yaqeen hasil ho. jis soch se aadmi yaqeen tak na ponche, woh to confusion hai aur woh confusion jo hai ek be faida cheez hai.</w:t>
      </w:r>
    </w:p>
    <w:p>
      <w:pPr>
        <w:jc w:val="right"/>
      </w:pPr>
      <w:r>
        <w:t>اس کا کیا فائدہ؟ سوچنے کا فائدہ یہ ہوگا کہ آدمی کو یقین حاصل ہو۔ جس سوچ سے آدمی یقین تک نہ پہنچے، وہ تو کنفیوژن ہے اور وہ کنفیوژن جو ہے ایک بے فائدہ چیز ہے۔</w:t>
      </w:r>
    </w:p>
    <w:p>
      <w:r>
        <w:rPr>
          <w:b/>
        </w:rPr>
        <w:t xml:space="preserve">[06:19] </w:t>
      </w:r>
      <w:r>
        <w:t>is ke bar aks jo takhleeq hai Allah ki, jo creation hai, jo makhlooqat hain, woh hamare liye maloom cheezen hain.</w:t>
      </w:r>
    </w:p>
    <w:p>
      <w:pPr>
        <w:jc w:val="right"/>
      </w:pPr>
      <w:r>
        <w:t>اس کے برعکس جو تخلیق ہے اللہ کی، جو کریشن ہے، جو مخلوقات ہیں، وہ ہمارے لیے معلوم چیزیں ہیں۔</w:t>
      </w:r>
    </w:p>
    <w:p>
      <w:r>
        <w:rPr>
          <w:b/>
        </w:rPr>
        <w:t xml:space="preserve">[06:30] </w:t>
      </w:r>
      <w:r>
        <w:t>hum kuch cheezen ko apni naked eye se dekhte hain, kuch cheezen ko hum microscope se dekhte hain yaani khurdbeen se, kuch logon ko hum</w:t>
      </w:r>
    </w:p>
    <w:p>
      <w:pPr>
        <w:jc w:val="right"/>
      </w:pPr>
      <w:r>
        <w:t>ہم کچھ چیزوں کو اپنی نیکٹ آئی سے دیکھتے ہیں، کچھ چیزوں کو ہم مائیکروسکوپ سے دیکھتے ہیں یعنی خردبین سے، کچھ لوگوں کو ہم</w:t>
      </w:r>
    </w:p>
    <w:p>
      <w:r>
        <w:rPr>
          <w:b/>
        </w:rPr>
        <w:t xml:space="preserve">[06:45] </w:t>
      </w:r>
      <w:r>
        <w:t>doorbeen se dekhte hain.</w:t>
      </w:r>
    </w:p>
    <w:p>
      <w:pPr>
        <w:jc w:val="right"/>
      </w:pPr>
      <w:r>
        <w:t>دوربین سے دیکھتے ہیں۔</w:t>
      </w:r>
    </w:p>
    <w:p>
      <w:r>
        <w:rPr>
          <w:b/>
        </w:rPr>
        <w:t xml:space="preserve">[06:51] </w:t>
      </w:r>
      <w:r>
        <w:t>to kuch logon ko doorbeen se, kuch logon ko khurdbeen se, kuch logon ko naked eye se dekhte hain. to woh hamare liye known model ban jatay hain.</w:t>
      </w:r>
    </w:p>
    <w:p>
      <w:pPr>
        <w:jc w:val="right"/>
      </w:pPr>
      <w:r>
        <w:t>تو کچھ لوگوں کو دوربین سے، کچھ لوگوں کو خردبین سے، کچھ لوگوں کو نیکٹ آئی سے دیکھتے ہیں۔ تو وہ ہمارے لیے نون ماڈل بن جاتے ہیں۔</w:t>
      </w:r>
    </w:p>
    <w:p>
      <w:r>
        <w:rPr>
          <w:b/>
        </w:rPr>
        <w:t xml:space="preserve">[07:04] </w:t>
      </w:r>
      <w:r>
        <w:t>known model. to is ka hamein is ka framework hamein pata ho jata hai. is liye hum soch paate hain aur hum yaqeen tak ponchte hain.</w:t>
      </w:r>
    </w:p>
    <w:p>
      <w:pPr>
        <w:jc w:val="right"/>
      </w:pPr>
      <w:r>
        <w:t>نون ماڈل۔ تو اس کا ہمیں اس کا فریم ورک ہمیں پتہ ہو جاتا ہے۔ اس لیے ہم سوچ پاتے ہیں اور ہم یقین تک پہنچتے ہیں۔</w:t>
      </w:r>
    </w:p>
    <w:p>
      <w:r>
        <w:rPr>
          <w:b/>
        </w:rPr>
        <w:t xml:space="preserve">[07:17] </w:t>
      </w:r>
      <w:r>
        <w:t>yeh hai is ka khulasa. ab dekhiye ke</w:t>
      </w:r>
    </w:p>
    <w:p>
      <w:pPr>
        <w:jc w:val="right"/>
      </w:pPr>
      <w:r>
        <w:t>یہ ہے اس کا خلاصہ۔ اب دیکھیے کہ</w:t>
      </w:r>
    </w:p>
    <w:p>
      <w:r>
        <w:rPr>
          <w:b/>
        </w:rPr>
        <w:t xml:space="preserve">[07:29] </w:t>
      </w:r>
      <w:r>
        <w:t>jo cheezen hamein maloom hain, jo takhleeq ke jo waqiat hain, jo makhlooqat hain, un par sochne se kya hota hai?</w:t>
      </w:r>
    </w:p>
    <w:p>
      <w:pPr>
        <w:jc w:val="right"/>
      </w:pPr>
      <w:r>
        <w:t>جو چیزیں ہمیں معلوم ہیں، جو تخلیق کے جو واقعات ہیں، جو مخلوقات ہیں، ان پر سوچنے سے کیا ہوتا ہے؟</w:t>
      </w:r>
    </w:p>
    <w:p>
      <w:r>
        <w:rPr>
          <w:b/>
        </w:rPr>
        <w:t xml:space="preserve">[07:39] </w:t>
      </w:r>
      <w:r>
        <w:t>hamein Khuda ki glory daryaft hoti hai. khaliq ki glory, khaliq ki azmat, khaliq ki planning, khaliq ka naqsha kitna zyada meaningful hai, yeh sab baaten hum jante hain.</w:t>
      </w:r>
    </w:p>
    <w:p>
      <w:pPr>
        <w:jc w:val="right"/>
      </w:pPr>
      <w:r>
        <w:t>ہمیں خدا کی گلوری دریافت ہوتی ہے۔ خالق کی گلوری، خالق کی عظمت، خالق کی پلاننگ، خالق کا نقشہ کتنا زیادہ میننگ فل ہے، یہ سب باتیں ہم جانتے ہیں۔</w:t>
      </w:r>
    </w:p>
    <w:p>
      <w:r>
        <w:rPr>
          <w:b/>
        </w:rPr>
        <w:t xml:space="preserve">[08:00] </w:t>
      </w:r>
      <w:r>
        <w:t>inhain science danon ne daryaft karne ke baad bataya ke nature mein intelligent design hai. nature ka matlab hai ke woh duniya jo hamein hamare observation mein aati hai, jo hamare tajrube mein aati hai,</w:t>
      </w:r>
    </w:p>
    <w:p>
      <w:pPr>
        <w:jc w:val="right"/>
      </w:pPr>
      <w:r>
        <w:t>انہیں سائنس دانوں نے دریافت کرنے کے بعد بتایا کہ نیچر میں انٹیلیجنٹ ڈیزائن ہے۔ نیچر کا مطلب ہے کہ وہ دنیا جو ہمیں ہمارے آبزرویشن میں آتی ہے، جو ہمارے تجربے میں آتی ہے،</w:t>
      </w:r>
    </w:p>
    <w:p>
      <w:r>
        <w:rPr>
          <w:b/>
        </w:rPr>
        <w:t xml:space="preserve">[08:20] </w:t>
      </w:r>
      <w:r>
        <w:t>jis ko hum khurdbeen aur doorbeen se dekh sakte hain, jis ko hum analysis kar sakte hain laboratory mein, to is duniya ke baray mein science dan ne yeh report di ke nature mein ek bohat hi intelligent design hai.</w:t>
      </w:r>
    </w:p>
    <w:p>
      <w:pPr>
        <w:jc w:val="right"/>
      </w:pPr>
      <w:r>
        <w:t>جس کو ہم خردبین اور دوربین سے دیکھ سکتے ہیں، جس کو ہم انالیسز کر سکتے ہیں لیبارٹری میں، تو اس دنیا کے بارے میں سائنس دان نے یہ رپورٹ دی کہ نیچر میں ایک بہت ہی انٹیلیجنٹ ڈیزائن ہے۔</w:t>
      </w:r>
    </w:p>
    <w:p>
      <w:r>
        <w:rPr>
          <w:b/>
        </w:rPr>
        <w:t xml:space="preserve">[08:41] </w:t>
      </w:r>
      <w:r>
        <w:t>to yeh is se kitna zabardast aap ko ek iman mein izafa hota hai. is liye ke jab nature mein intelligent design hai to zaroor is ka jo is ke peechay jo taqat kaam kar rahi hai,</w:t>
      </w:r>
    </w:p>
    <w:p>
      <w:pPr>
        <w:jc w:val="right"/>
      </w:pPr>
      <w:r>
        <w:t>تو یہ اس سے کتنا زبردست آپ کو ایک ایمان میں اضافہ ہوتا ہے۔ اس لیے کہ جب نیچر میں انٹیلیجنٹ ڈیزائن ہے تو ضرور اس کا جو اس کے پیچھے جو طاقت کام کر رہی ہے،</w:t>
      </w:r>
    </w:p>
    <w:p>
      <w:r>
        <w:rPr>
          <w:b/>
        </w:rPr>
        <w:t xml:space="preserve">[08:59] </w:t>
      </w:r>
      <w:r>
        <w:t>jo creator is ke peechay hai, woh bilashuba ek intelligent designer hai. yaani "where there is intelligent design, there is an intelligent designer".</w:t>
      </w:r>
    </w:p>
    <w:p>
      <w:pPr>
        <w:jc w:val="right"/>
      </w:pPr>
      <w:r>
        <w:t>جو کریٹر اس کے پیچھے ہے، وہ بلاشبہ ایک انٹیلیجنٹ ڈیزائنر ہے۔ یعنی "Where there is intelligent design, there is an intelligent designer"۔</w:t>
      </w:r>
    </w:p>
    <w:p>
      <w:r>
        <w:rPr>
          <w:b/>
        </w:rPr>
        <w:t xml:space="preserve">[09:14] </w:t>
      </w:r>
      <w:r>
        <w:t>to kitna bara faida hua. yaani makhlooqat mein ghore o fikr karne se hamein yeh daryaft jab hui ke nature mein to bohat zabardast design hai,</w:t>
      </w:r>
    </w:p>
    <w:p>
      <w:pPr>
        <w:jc w:val="right"/>
      </w:pPr>
      <w:r>
        <w:t>تو کتنا بڑا فائدہ ہوا۔ یعنی مخلوقات میں غور و فکر کرنے سے ہمیں یہ دریافت جب ہوئی کہ نیچر میں تو بہت زبردست ڈیزائن ہے،</w:t>
      </w:r>
    </w:p>
    <w:p>
      <w:r>
        <w:rPr>
          <w:b/>
        </w:rPr>
        <w:t xml:space="preserve">[09:31] </w:t>
      </w:r>
      <w:r>
        <w:t>to hum ne daryaft kar liya is ke zariye se is baat ko ke jo khaliq hai woh ek be had hi zyada intelligent designer hai, bohat bara mind hai.</w:t>
      </w:r>
    </w:p>
    <w:p>
      <w:pPr>
        <w:jc w:val="right"/>
      </w:pPr>
      <w:r>
        <w:t>تو ہم نے دریافت کر لیا اس کے ذریعے سے اس بات کو کہ جو خالق ہے وہ ایک بے حد ہی زیادہ انٹیلیجنٹ ڈیزائنر ہے، بہت بڑا مائنڈ ہے۔</w:t>
      </w:r>
    </w:p>
    <w:p>
      <w:r>
        <w:rPr>
          <w:b/>
        </w:rPr>
        <w:t xml:space="preserve">[09:46] </w:t>
      </w:r>
      <w:r>
        <w:t>to yahi hamare liye kafi hai. is ki shakal kya hai, is ki zaat kya hai, is ke hath hain ke paon hain, yeh hamara masla nahi hai.</w:t>
      </w:r>
    </w:p>
    <w:p>
      <w:pPr>
        <w:jc w:val="right"/>
      </w:pPr>
      <w:r>
        <w:t>تو یہی ہمارے لیے کافی ہے۔ اس کی شکل کیا ہے، اس کی ذات کیا ہے، اس کے ہاتھ ہیں کہ پاؤں ہیں، یہ ہمارا مسئلہ نہیں ہے۔</w:t>
      </w:r>
    </w:p>
    <w:p>
      <w:r>
        <w:rPr>
          <w:b/>
        </w:rPr>
        <w:t xml:space="preserve">[09:56] </w:t>
      </w:r>
      <w:r>
        <w:t>aur na hum is kahin ponch sakte hain in cheezen ko soch kar ke.</w:t>
      </w:r>
    </w:p>
    <w:p>
      <w:pPr>
        <w:jc w:val="right"/>
      </w:pPr>
      <w:r>
        <w:t>اور نہ ہم اس کہیں پہنچ سکتے ہیں ان چیزوں کو سوچ کر کے۔</w:t>
      </w:r>
    </w:p>
    <w:p>
      <w:r>
        <w:rPr>
          <w:b/>
        </w:rPr>
        <w:t xml:space="preserve">[10:03] </w:t>
      </w:r>
      <w:r>
        <w:t>to isi tarah se mislan hamare body mein cells hotay hain jin ko living cells kaha jata hai.</w:t>
      </w:r>
    </w:p>
    <w:p>
      <w:pPr>
        <w:jc w:val="right"/>
      </w:pPr>
      <w:r>
        <w:t>تو اسی طریقے سے مثلاً ہمارے باڈی میں سیلز ہوتے ہیں جن کو لیونگ سیلز کہا جاتا ہے۔</w:t>
      </w:r>
    </w:p>
    <w:p>
      <w:r>
        <w:rPr>
          <w:b/>
        </w:rPr>
        <w:t xml:space="preserve">[10:16] </w:t>
      </w:r>
      <w:r>
        <w:t>to cells jo hotay hain woh bohat hi chote hotay hain. yaani naked eye se aap un ko dekh nahi sakte. is ko bohat zyada barhaya jata hai tab woh</w:t>
      </w:r>
    </w:p>
    <w:p>
      <w:pPr>
        <w:jc w:val="right"/>
      </w:pPr>
      <w:r>
        <w:t>تو سیلز جو ہوتے ہیں وہ بہت ہی چھوٹے ہوتے ہیں۔ یعنی نیکٹ آئی سے آپ ان کو دیکھ نہیں سکتے۔ اس کو بہت زیادہ بڑھایا جاتا ہے تب وہ</w:t>
      </w:r>
    </w:p>
    <w:p>
      <w:r>
        <w:rPr>
          <w:b/>
        </w:rPr>
        <w:t xml:space="preserve">[10:28] </w:t>
      </w:r>
      <w:r>
        <w:t>microscope se dikhai detay hain. bohat zyada barhaya jata hai. yaani sainkaron hazaron guna barhaya jata hai un ko. to is tarah jab mutala kiya gaya to maloom hua ke yeh to bohat zabardast ek complex system hai.</w:t>
      </w:r>
    </w:p>
    <w:p>
      <w:pPr>
        <w:jc w:val="right"/>
      </w:pPr>
      <w:r>
        <w:t>مائیکروسکوپ سے دکھائی دیتے ہیں۔ بہت زیادہ بڑھایا جاتا ہے۔ یعنی سینکڑوں ہزاروں گنا بڑھایا جاتا ہے ان کو۔ تو اس طرح جب مطالعہ کیا گیا تو معلوم ہوا کہ یہ تو بہت زبردست ایک کمپلیکس سسٹم ہے۔</w:t>
      </w:r>
    </w:p>
    <w:p>
      <w:r>
        <w:rPr>
          <w:b/>
        </w:rPr>
        <w:t xml:space="preserve">[10:48] </w:t>
      </w:r>
      <w:r>
        <w:t>ek science dan ne kaha ke</w:t>
      </w:r>
    </w:p>
    <w:p>
      <w:pPr>
        <w:jc w:val="right"/>
      </w:pPr>
      <w:r>
        <w:t>ایک سائنس دان نے کہا کہ</w:t>
      </w:r>
    </w:p>
    <w:p>
      <w:r>
        <w:rPr>
          <w:b/>
        </w:rPr>
        <w:t xml:space="preserve">[10:51] </w:t>
      </w:r>
      <w:r>
        <w:t>har har cell jo body mein hai, har cell ek itni zabardast factory hai, us ke andar itni</w:t>
      </w:r>
    </w:p>
    <w:p>
      <w:pPr>
        <w:jc w:val="right"/>
      </w:pPr>
      <w:r>
        <w:t>ہر ہر سیل جو باڈی میں ہے، ہر سیل ایک اتنی زبردست فیکٹری ہے، اس کے اندر اتنی</w:t>
      </w:r>
    </w:p>
    <w:p>
      <w:r>
        <w:rPr>
          <w:b/>
        </w:rPr>
        <w:t xml:space="preserve">[10:58] </w:t>
      </w:r>
      <w:r>
        <w:t>zabardast industry hai, jo sari dunya ke jo insanon ki jo technology hai, insanon ki jo factory hai,</w:t>
      </w:r>
    </w:p>
    <w:p>
      <w:pPr>
        <w:jc w:val="right"/>
      </w:pPr>
      <w:r>
        <w:t>زبردست انڈسٹری ہے، جو ساری دنیا کے جو انسانوں کی جو ٹیکنالوجی ہے، انسانوں کی جو فیکٹری ہے،</w:t>
      </w:r>
    </w:p>
    <w:p>
      <w:r>
        <w:rPr>
          <w:b/>
        </w:rPr>
        <w:t xml:space="preserve">[11:06] </w:t>
      </w:r>
      <w:r>
        <w:t>insanon ki jo industry hai, in sab</w:t>
      </w:r>
    </w:p>
    <w:p>
      <w:pPr>
        <w:jc w:val="right"/>
      </w:pPr>
      <w:r>
        <w:t>انسانوں کی جو انڈسٹری ہے، ان سب</w:t>
      </w:r>
    </w:p>
    <w:p>
      <w:r>
        <w:rPr>
          <w:b/>
        </w:rPr>
        <w:t xml:space="preserve">[11:10] </w:t>
      </w:r>
      <w:r>
        <w:t>se be hisab gina zyada perfect, zyada complex</w:t>
      </w:r>
    </w:p>
    <w:p>
      <w:pPr>
        <w:jc w:val="right"/>
      </w:pPr>
      <w:r>
        <w:t>سے بے حساب گنا زیادہ پرفیکٹ، زیادہ کمپلیکس</w:t>
      </w:r>
    </w:p>
    <w:p>
      <w:r>
        <w:rPr>
          <w:b/>
        </w:rPr>
        <w:t xml:space="preserve">[11:18] </w:t>
      </w:r>
      <w:r>
        <w:t>aur zyada aala hai.</w:t>
      </w:r>
    </w:p>
    <w:p>
      <w:pPr>
        <w:jc w:val="right"/>
      </w:pPr>
      <w:r>
        <w:t>اور زیادہ اعلیٰ ہے۔</w:t>
      </w:r>
    </w:p>
    <w:p>
      <w:r>
        <w:rPr>
          <w:b/>
        </w:rPr>
        <w:t xml:space="preserve">[11:22] </w:t>
      </w:r>
      <w:r>
        <w:t>ab is ko aap ne jab jaana, yaani takhleeq ke ek hissay ko, to is mein aap ko quran ki is aayat ki tasdeeq mil gayi ke:</w:t>
      </w:r>
    </w:p>
    <w:p>
      <w:pPr>
        <w:jc w:val="right"/>
      </w:pPr>
      <w:r>
        <w:t>اب اس کو آپ نے جب جانا، یعنی تخلیق کے ایک حصے کو، تو اس میں آپ کو قرآن کی اس آیت کی تصدیق مل گئی کہ:</w:t>
      </w:r>
    </w:p>
    <w:p>
      <w:r>
        <w:rPr>
          <w:b/>
        </w:rPr>
        <w:t xml:space="preserve">[11:37] </w:t>
      </w:r>
      <w:r>
        <w:t>"qul kaan al mutahar midad lakalmat rabbi lil fazl al barr qabl tanf kalmat rabbi walaw jeena bibasri baddad".</w:t>
      </w:r>
    </w:p>
    <w:p>
      <w:pPr>
        <w:jc w:val="right"/>
      </w:pPr>
      <w:r>
        <w:t>"قل کان المطہر مداد لکلمات ربی للفضل البر قبل تنف کلمات ربی ولو جینا ببصری بددا"۔</w:t>
      </w:r>
    </w:p>
    <w:p>
      <w:r>
        <w:rPr>
          <w:b/>
        </w:rPr>
        <w:t xml:space="preserve">[11:49] </w:t>
      </w:r>
      <w:r>
        <w:t>yaani itne zyada kamalat hain allah ta'ala ke, itne zyada aala hain ke is ko likha jaaye, likha jaaye to saare saare samundaron ka ink khatam ho jaaye aur saare darakhton ka qalam khatam ho jaaye, lekin woh phir bhi baqi rahenge.</w:t>
      </w:r>
    </w:p>
    <w:p>
      <w:pPr>
        <w:jc w:val="right"/>
      </w:pPr>
      <w:r>
        <w:t>یعنی اتنے زیادہ کمالات ہیں اللہ تعالیٰ کے، اتنے زیادہ اعلیٰ ہیں کہ اس کو لکھا جائے، لکھا جائے تو سارے سارے سمندروں کا اینک ختم ہو جائے اور سارے درختوں کا قلم ختم ہو جائے، لیکن وہ پھر بھی باقی رہیں گے۔</w:t>
      </w:r>
    </w:p>
    <w:p>
      <w:r>
        <w:rPr>
          <w:b/>
        </w:rPr>
        <w:t xml:space="preserve">[12:10] </w:t>
      </w:r>
      <w:r>
        <w:t>to jab is tarah aap sochte hain, yaani takhleeqat mein jab sochte hain aap, to aap ka yaqeen badhta hai, aap ko ek roshni milti hai, aap ko zyada baseerat ke saath duniya mein rehne ke qabil ho jaate hain aap.</w:t>
      </w:r>
    </w:p>
    <w:p>
      <w:pPr>
        <w:jc w:val="right"/>
      </w:pPr>
      <w:r>
        <w:t>تو جب اس طرح آپ سوچتے ہیں، یعنی تخلیقات میں جب سوچتے ہیں آپ، تو آپ کا یقین بڑھتا ہے، آپ کو ایک روشنی ملتی ہے، آپ کو زیادہ بصیرت کے ساتھ دنیا میں رہنے کے قابل ہو جاتے ہیں آپ۔</w:t>
      </w:r>
    </w:p>
    <w:p>
      <w:r>
        <w:rPr>
          <w:b/>
        </w:rPr>
        <w:t xml:space="preserve">[12:29] </w:t>
      </w:r>
      <w:r>
        <w:t>yeh sab faida hota hai. jabke zaat ko le kar sochen to sirf confusion mein pahunchenge aap. kyunke jo kuch aap kahenge us ka saboot kya hoga?</w:t>
      </w:r>
    </w:p>
    <w:p>
      <w:pPr>
        <w:jc w:val="right"/>
      </w:pPr>
      <w:r>
        <w:t>یہ سب فائدہ ہوتا ہے۔ جبکہ ذات کو لے کر سوچیں تو صرف کنفیوژن میں پہنچیں گے آپ۔ کیونکہ جو کچھ آپ کہیں گے اس کا ثبوت کیا ہوگا؟</w:t>
      </w:r>
    </w:p>
    <w:p>
      <w:r>
        <w:rPr>
          <w:b/>
        </w:rPr>
        <w:t xml:space="preserve">[12:42] </w:t>
      </w:r>
      <w:r>
        <w:t>jab ek shakhs kehta hai ke cell jo hai, cell mein ek bahut hi complex system hai. to aap agar kahen ke kaise main jaanoon?</w:t>
      </w:r>
    </w:p>
    <w:p>
      <w:pPr>
        <w:jc w:val="right"/>
      </w:pPr>
      <w:r>
        <w:t>جب ایک شخص کہتا ہے کہ سیل جو ہے، سیل میں ایک بہت ہی کمپلیکس سسٹم ہے۔ تو آپ اگر کہیں کہ کیسے میں جانوں؟</w:t>
      </w:r>
    </w:p>
    <w:p>
      <w:r>
        <w:rPr>
          <w:b/>
        </w:rPr>
        <w:t xml:space="preserve">[12:54] </w:t>
      </w:r>
      <w:r>
        <w:t>to kahega ke chalo khurdbeen ke neeche woh ek cell rakhega aur aap ko kahega ke dekho is ke andar aur is ko hazaron guna bada bada kar dega.</w:t>
      </w:r>
    </w:p>
    <w:p>
      <w:pPr>
        <w:jc w:val="right"/>
      </w:pPr>
      <w:r>
        <w:t>تو کہے گا کہ چلو خردبین کے نیچے وہ ایک سیل رکھے گا اور آپ کو کہے گا کہ دیکھو اس کے اندر اور اس کو ہزاروں گنا بڑا بڑا کر دے گا۔</w:t>
      </w:r>
    </w:p>
    <w:p>
      <w:r>
        <w:rPr>
          <w:b/>
        </w:rPr>
        <w:t xml:space="preserve">[13:06] </w:t>
      </w:r>
      <w:r>
        <w:t>aap dekhenge ke sach much wahan ek bahut hi complex system hai. lekin jab aap yeh kehte hain ke khuda jo hai woh</w:t>
      </w:r>
    </w:p>
    <w:p>
      <w:pPr>
        <w:jc w:val="right"/>
      </w:pPr>
      <w:r>
        <w:t>آپ دیکھیں گے کہ سچ مچ وہاں ایک بہت ہی کمپلیکس سسٹم ہے۔ لیکن جب آپ یہ کہتے ہیں کہ خدا جو ہے وہ</w:t>
      </w:r>
    </w:p>
    <w:p>
      <w:r>
        <w:rPr>
          <w:b/>
        </w:rPr>
        <w:t xml:space="preserve">[13:18] </w:t>
      </w:r>
      <w:r>
        <w:t>ek naujawan insaan ki tarah hai jise kisi ne kaha ke: "rad rabbi kashab bin amrat" . to kaise dikhayenge aap?</w:t>
      </w:r>
    </w:p>
    <w:p>
      <w:pPr>
        <w:jc w:val="right"/>
      </w:pPr>
      <w:r>
        <w:t>ایک نوجوان انسان کی طرح ہے جسے کسی نے کہا کہ: "راد ربی کشاب بن امرت"۔ تو کیسے دکھائیں گے آپ؟</w:t>
      </w:r>
    </w:p>
    <w:p>
      <w:r>
        <w:rPr>
          <w:b/>
        </w:rPr>
        <w:t xml:space="preserve">[13:27] </w:t>
      </w:r>
      <w:r>
        <w:t>kaun si khurdbeen ya kaun si دوربین</w:t>
      </w:r>
    </w:p>
    <w:p>
      <w:pPr>
        <w:jc w:val="right"/>
      </w:pPr>
      <w:r>
        <w:t>کون سی خردبین یا کون سی دوربین</w:t>
      </w:r>
    </w:p>
    <w:p>
      <w:r>
        <w:rPr>
          <w:b/>
        </w:rPr>
        <w:t xml:space="preserve">[13:32] </w:t>
      </w:r>
      <w:r>
        <w:t>hogi jis se aap dikha saken?</w:t>
      </w:r>
    </w:p>
    <w:p>
      <w:pPr>
        <w:jc w:val="right"/>
      </w:pPr>
      <w:r>
        <w:t>ہوگی جس سے آپ دکھا سکیں؟</w:t>
      </w:r>
    </w:p>
    <w:p>
      <w:r>
        <w:rPr>
          <w:b/>
        </w:rPr>
        <w:t xml:space="preserve">[13:37] </w:t>
      </w:r>
      <w:r>
        <w:t>kaise dikhayenge aap? na koi telescope dikha sakti hai na koi microscope dikha sakta hai.</w:t>
      </w:r>
    </w:p>
    <w:p>
      <w:pPr>
        <w:jc w:val="right"/>
      </w:pPr>
      <w:r>
        <w:t>کیسے دکھائیں گے آپ؟ نہ کوئی ٹیلیسکوپ دکھا سکتی ہے نہ کوئی مائیکروسکوپ دکھا سکتا ہے۔</w:t>
      </w:r>
    </w:p>
    <w:p>
      <w:r>
        <w:rPr>
          <w:b/>
        </w:rPr>
        <w:t xml:space="preserve">[13:48] </w:t>
      </w:r>
      <w:r>
        <w:t>to yeh sirf ek guess hoga aur itni badi baat ke bare mein guess karna bilashuba ek mujrimana amal hai.</w:t>
      </w:r>
    </w:p>
    <w:p>
      <w:pPr>
        <w:jc w:val="right"/>
      </w:pPr>
      <w:r>
        <w:t>تو یہ صرف ایک گیس ہوگا اور اتنی بڑی بات کے بارے میں گیس کرنا بلاشبہ ایک مجرمانہ فعل ہے۔</w:t>
      </w:r>
    </w:p>
    <w:p>
      <w:r>
        <w:rPr>
          <w:b/>
        </w:rPr>
        <w:t xml:space="preserve">[14:01] </w:t>
      </w:r>
      <w:r>
        <w:t>koi chhoti moti baat ho aap guess karen to woh chhoti si ghalti hai. lekin woh hasti jo is kainat ki khaliq hai, jis ne itne bade karkhane kainat ko banaya hai,</w:t>
      </w:r>
    </w:p>
    <w:p>
      <w:pPr>
        <w:jc w:val="right"/>
      </w:pPr>
      <w:r>
        <w:t>کوئی چھوٹی موٹی بات ہو آپ گیس کریں تو وہ چھوٹی سی غلطی ہے۔ لیکن وہ ہستی جو اس کائنات کی خالق ہے، جس نے اتنے بڑے کارخانے کائنات کو بنایا ہے،</w:t>
      </w:r>
    </w:p>
    <w:p>
      <w:r>
        <w:rPr>
          <w:b/>
        </w:rPr>
        <w:t xml:space="preserve">[14:16] </w:t>
      </w:r>
      <w:r>
        <w:t>jis ke koi had o hisab nahi, yaani aaj tak koi bhi taqatwar se taqatwar telescope yeh daryaft nahi kar saki ke kainat ki lambai chaudai kitni hai.</w:t>
      </w:r>
    </w:p>
    <w:p>
      <w:pPr>
        <w:jc w:val="right"/>
      </w:pPr>
      <w:r>
        <w:t>جس کے کوئی حد و حساب نہیں، یعنی آج تک کوئی بھی طاقتور سے طاقتور ٹیلیسکوپ یہ دریافت نہیں کر سکی کہ کائنات کی لمبائی چوڑائی کتنی ہے۔</w:t>
      </w:r>
    </w:p>
    <w:p>
      <w:r>
        <w:rPr>
          <w:b/>
        </w:rPr>
        <w:t xml:space="preserve">[14:35] </w:t>
      </w:r>
      <w:r>
        <w:t>aap ghor kijiye ke aisi itni badi kainat ka jo khaliq hai, us ki zaat ke bare mein aap rai qaim karen to yeh bahut hi mujrimana baat hai.</w:t>
      </w:r>
    </w:p>
    <w:p>
      <w:pPr>
        <w:jc w:val="right"/>
      </w:pPr>
      <w:r>
        <w:t>آپ غور کیجیے کہ ایسی اتنی بڑی کائنات کا جو خالق ہے، اس کی ذات کے بارے میں آپ رائے قائم کریں تو یہ بہت ہی مجرمانہ بات ہے۔</w:t>
      </w:r>
    </w:p>
    <w:p>
      <w:r>
        <w:rPr>
          <w:b/>
        </w:rPr>
        <w:t xml:space="preserve">[14:46] </w:t>
      </w:r>
      <w:r>
        <w:t>bahut zyada mujrimana baat hai. to dekhiye ghor o fikr ka koi maqsad hota hai. yaani thinking for the sake of thinking koi cheez nahi hoti.</w:t>
      </w:r>
    </w:p>
    <w:p>
      <w:pPr>
        <w:jc w:val="right"/>
      </w:pPr>
      <w:r>
        <w:t>بہت زیادہ مجرمانہ بات ہے۔ تو دیکھیے غور و فکر کا کوئی مقصد ہوتا ہے۔ یعنی thinking for the sake of thinking کوئی چیز نہیں ہوتی۔</w:t>
      </w:r>
    </w:p>
    <w:p>
      <w:r>
        <w:rPr>
          <w:b/>
        </w:rPr>
        <w:t xml:space="preserve">[14:59] </w:t>
      </w:r>
      <w:r>
        <w:t>maqsad kya hai? yaqeen tak pahunchna.</w:t>
      </w:r>
    </w:p>
    <w:p>
      <w:pPr>
        <w:jc w:val="right"/>
      </w:pPr>
      <w:r>
        <w:t>مقصد کیا ہے؟ یقین تک پہنچنا۔</w:t>
      </w:r>
    </w:p>
    <w:p>
      <w:r>
        <w:rPr>
          <w:b/>
        </w:rPr>
        <w:t xml:space="preserve">[15:06] </w:t>
      </w:r>
      <w:r>
        <w:t>maqsad kya hai? yaqeen tak pahunchna. jaise kuch logon ne meter par ghor kiya, ghor kiya, ghor kiya to unhone car bana li. phir ghor kiya, ghor kiya to unhone hawa jahaz bana liya.</w:t>
      </w:r>
    </w:p>
    <w:p>
      <w:pPr>
        <w:jc w:val="right"/>
      </w:pPr>
      <w:r>
        <w:t>مقصد کیا ہے؟ یقین تک پہنچنا۔ جیسے کچھ لوگوں نے میٹر پر غور کیا، غور کیا، غور کیا تو انہوں نے کار بنا لی۔ پھر غور کیا، غور کیا تو انہوں نے ہوا جہاز بنا لیا۔</w:t>
      </w:r>
    </w:p>
    <w:p>
      <w:r>
        <w:rPr>
          <w:b/>
        </w:rPr>
        <w:t xml:space="preserve">[15:18] </w:t>
      </w:r>
      <w:r>
        <w:t>phir ghor kiya, ghor kiya to unhone unhone communication ki tamam cheezein bana lin. to is se kitna bada faida hua?</w:t>
      </w:r>
    </w:p>
    <w:p>
      <w:pPr>
        <w:jc w:val="right"/>
      </w:pPr>
      <w:r>
        <w:t>پھر غور کیا، غور کیا تو انہوں نے انہوں نے کمیونیکیشن کی تمام چیزیں بنا لیں۔ تو اس سے کتنا بڑا فائدہ ہوا؟</w:t>
      </w:r>
    </w:p>
    <w:p>
      <w:r>
        <w:rPr>
          <w:b/>
        </w:rPr>
        <w:t xml:space="preserve">[15:29] </w:t>
      </w:r>
      <w:r>
        <w:t>kitna bada faida hua? to socha jaata hai ya ghor o fikr kiya jaata hai kisi faide ke liye, kisi maqsad ke liye.</w:t>
      </w:r>
    </w:p>
    <w:p>
      <w:pPr>
        <w:jc w:val="right"/>
      </w:pPr>
      <w:r>
        <w:t>کتنا بڑا فائدہ ہوا؟ تو سوچا جاتا ہے یا غور و فکر کیا جاتا ہے کسی فائدے کے لیے، کسی مقصد کے لیے۔</w:t>
      </w:r>
    </w:p>
    <w:p>
      <w:r>
        <w:rPr>
          <w:b/>
        </w:rPr>
        <w:t xml:space="preserve">[15:39] </w:t>
      </w:r>
      <w:r>
        <w:t>to is lihaz se aap dekhiye yaani in terms of result to khaliq ki zaat ke bare mein sochna ek bilkul hi ek mujrimana amal hai.</w:t>
      </w:r>
    </w:p>
    <w:p>
      <w:pPr>
        <w:jc w:val="right"/>
      </w:pPr>
      <w:r>
        <w:t>تو اس لحاظ سے آپ دیکھیے یعنی in terms of result تو خالق کی ذات کے بارے میں سوچنا ایک بالکل ہی ایک مجرمانہ فعل ہے۔</w:t>
      </w:r>
    </w:p>
    <w:p>
      <w:r>
        <w:rPr>
          <w:b/>
        </w:rPr>
        <w:t xml:space="preserve">[15:52] </w:t>
      </w:r>
      <w:r>
        <w:t>ek befayda amal hai. jis se na to yaqeen milega na ilm badhega. ilm ka bhi izafa nahi hoga. ilm naam hai kisi aisi cheez ko janne ka jis ki koi haqeeqat ho,</w:t>
      </w:r>
    </w:p>
    <w:p>
      <w:pPr>
        <w:jc w:val="right"/>
      </w:pPr>
      <w:r>
        <w:t>ایک بے فائدہ فعل ہے۔ جس سے نہ تو یقین ملے گا نہ علم بڑھے گا۔ علم کا بھی اضافہ نہیں ہوگا۔ علم نام ہے کسی ایسی چیز کو جاننے کا جس کی کوئی حقیقت ہو،</w:t>
      </w:r>
    </w:p>
    <w:p>
      <w:r>
        <w:rPr>
          <w:b/>
        </w:rPr>
        <w:t xml:space="preserve">[16:06] </w:t>
      </w:r>
      <w:r>
        <w:t>jis ka koi wajood ho, jis ko aap sabit kar saken. to allah ki zaat ke bare mein aap kaise sabit karenge?</w:t>
      </w:r>
    </w:p>
    <w:p>
      <w:pPr>
        <w:jc w:val="right"/>
      </w:pPr>
      <w:r>
        <w:t>جس کا کوئی وجود ہو، جس کو آپ ثابت کر سکیں۔ تو اللہ کی ذات کے بارے میں آپ کیسے ثابت کریں گے؟</w:t>
      </w:r>
    </w:p>
    <w:p>
      <w:r>
        <w:rPr>
          <w:b/>
        </w:rPr>
        <w:t xml:space="preserve">[16:16] </w:t>
      </w:r>
      <w:r>
        <w:t>allah ka wajood jo hai woh bayan space and time hai. to allah ke wajood ko hum dekh nahi sakte, naap nahi sakte.</w:t>
      </w:r>
    </w:p>
    <w:p>
      <w:pPr>
        <w:jc w:val="right"/>
      </w:pPr>
      <w:r>
        <w:t>اللہ کا وجود جو ہے وہ بیان اسپیس اینڈ ٹائم ہے۔ تو اللہ کے وجود کو ہم دیکھ نہیں سکتے، ناپ نہیں سکتے۔</w:t>
      </w:r>
    </w:p>
    <w:p>
      <w:r>
        <w:rPr>
          <w:b/>
        </w:rPr>
        <w:t xml:space="preserve">[16:27] </w:t>
      </w:r>
      <w:r>
        <w:t>to allah ke wajood ke bare mein hamein ilm e ghaib par, iman bil ghaib par iktafa karna hai. is se hamein yaqeen hasil rahega, is se hamein allah par tawakkul aayega,</w:t>
      </w:r>
    </w:p>
    <w:p>
      <w:pPr>
        <w:jc w:val="right"/>
      </w:pPr>
      <w:r>
        <w:t>تو اللہ کے وجود کے بارے میں ہمیں علم غیب پر، ایمان بالغیب پر اکتفا کرنا ہے۔ اس سے ہمیں یقین حاصل رہے گا، اس سے ہمیں اللہ پر توکل آئے گا،</w:t>
      </w:r>
    </w:p>
    <w:p>
      <w:r>
        <w:rPr>
          <w:b/>
        </w:rPr>
        <w:t xml:space="preserve">[16:41] </w:t>
      </w:r>
      <w:r>
        <w:t>allah par bharosa karna aayega aur hum confusion se bache rahenge. to yahi farq hai allah ki zaat mein aur allah ki sifat mein.</w:t>
      </w:r>
    </w:p>
    <w:p>
      <w:pPr>
        <w:jc w:val="right"/>
      </w:pPr>
      <w:r>
        <w:t>اللہ پر بھروسہ کرنا آئے گا اور ہم کنفیوژن سے بچے رہیں گے۔ تو یہی فرق ہے اللہ کی ذات میں اور اللہ کی صفات میں۔</w:t>
      </w:r>
    </w:p>
    <w:p>
      <w:r>
        <w:rPr>
          <w:b/>
        </w:rPr>
        <w:t xml:space="preserve">[16:54] </w:t>
      </w:r>
      <w:r>
        <w:t>jis ki bana par hadith mein yeh aaya ke allah ki sifat par ghaur karo, allah ki zaat par mat ghaur karo. to yeh goya is hisse mein art of thinking ko bataya gaya.</w:t>
      </w:r>
    </w:p>
    <w:p>
      <w:pPr>
        <w:jc w:val="right"/>
      </w:pPr>
      <w:r>
        <w:t>جس کی بنا پر حدیث میں یہ آیا کہ اللہ کی صفات پر غور کرو، اللہ کی ذات پر مت غور کرو۔ تو یہ گویا اس حصے میں آرٹ آف تھنکنگ کو بتایا گیا۔</w:t>
      </w:r>
    </w:p>
    <w:p>
      <w:r>
        <w:rPr>
          <w:b/>
        </w:rPr>
        <w:t xml:space="preserve">[17:09] </w:t>
      </w:r>
      <w:r>
        <w:t>yaani tum art of thinking ko yahan apply kar karo khuda ke mamle mein to sahi is ka principle kya hona chahiye? sahi principle hona chahiye ke tum zaat ke bare mein iman bil ghaib par iktafa karo aur sifat ke bare mein khoob ghaur karo.</w:t>
      </w:r>
    </w:p>
    <w:p>
      <w:pPr>
        <w:jc w:val="right"/>
      </w:pPr>
      <w:r>
        <w:t>یعنی تم آرٹ آف تھنکنگ کو یہاں اپلائی کر کرو خدا کے معاملے میں تو صحیح اس کا پرنسپل کیا ہونا چاہیے؟ صحیح پرنسپل ہونا چاہیے کہ تم ذات کے بارے میں ایمان بالغیب پر اکتفا کرو اور صفات کے بارے میں خوب غور کرو۔</w:t>
      </w:r>
    </w:p>
    <w:p>
      <w:r>
        <w:rPr>
          <w:b/>
        </w:rPr>
        <w:t xml:space="preserve">[17:30] </w:t>
      </w:r>
      <w:r>
        <w:t>durbin se dekho, khurdbeen se dekho, har tareeqe se tajruba karo. to is se tum ko ilm hasil hoga, yaqeen hasil hoga, tumhare knowledge mein izafa hoga.</w:t>
      </w:r>
    </w:p>
    <w:p>
      <w:pPr>
        <w:jc w:val="right"/>
      </w:pPr>
      <w:r>
        <w:t>دوربین سے دیکھو، خردبین سے دیکھو، ہر طریقے سے تجربہ کرو۔ تو اس سے تم کو علم حاصل ہوگا، یقین حاصل ہوگا، تمہارے نالج میں اضافہ ہوگا۔</w:t>
      </w:r>
    </w:p>
    <w:p>
      <w:r>
        <w:rPr>
          <w:b/>
        </w:rPr>
        <w:t xml:space="preserve">[17:46] </w:t>
      </w:r>
      <w:r>
        <w:t>sab faida hi faida hai.</w:t>
      </w:r>
    </w:p>
    <w:p>
      <w:pPr>
        <w:jc w:val="right"/>
      </w:pPr>
      <w:r>
        <w:t>سب فائدہ ہی فائدہ ہے۔</w:t>
      </w:r>
    </w:p>
    <w:p>
      <w:r>
        <w:rPr>
          <w:b/>
        </w:rPr>
        <w:t xml:space="preserve">[17:50] </w:t>
      </w:r>
      <w:r>
        <w:t>to yeh hai sach poochien to wahi cheez jis ko kehte hain art of thinking. yaani sahi tarz e fikr. yaani is mamle mein, khuda ke mamle mein sahi tarz e fikr kya hai?</w:t>
      </w:r>
    </w:p>
    <w:p>
      <w:pPr>
        <w:jc w:val="right"/>
      </w:pPr>
      <w:r>
        <w:t>تو یہ ہے سچ پوچھیں تو وہی چیز جس کو کہتے ہیں آرٹ آف تھنکنگ۔ یعنی صحیح طرز فکر۔ یعنی اس معاملے میں، خدا کے معاملے میں صحیح طرز فکر کیا ہے؟</w:t>
      </w:r>
    </w:p>
    <w:p>
      <w:r>
        <w:rPr>
          <w:b/>
        </w:rPr>
        <w:t xml:space="preserve">[18:07] </w:t>
      </w:r>
      <w:r>
        <w:t>is ko bataya gaya hai.</w:t>
      </w:r>
    </w:p>
    <w:p>
      <w:pPr>
        <w:jc w:val="right"/>
      </w:pPr>
      <w:r>
        <w:t>اس کو بتایا گیا ہے۔</w:t>
      </w:r>
    </w:p>
    <w:p>
      <w:r>
        <w:rPr>
          <w:b/>
        </w:rPr>
        <w:t xml:space="preserve">[18:13] </w:t>
      </w:r>
      <w:r>
        <w:t>sahi tarz e fikr jo hai is ko jaane baghair aap sahi andaaz mein tafakkur ka process nahi chala sakte.</w:t>
      </w:r>
    </w:p>
    <w:p>
      <w:pPr>
        <w:jc w:val="right"/>
      </w:pPr>
      <w:r>
        <w:t>صحیح طرز فکر جو ہے اس کو جانے بغیر آپ صحیح انداز میں تفکیر کا پراسیس نہیں چلا سکتے۔</w:t>
      </w:r>
    </w:p>
    <w:p>
      <w:r>
        <w:rPr>
          <w:b/>
        </w:rPr>
        <w:t xml:space="preserve">[18:24] </w:t>
      </w:r>
      <w:r>
        <w:t>aap ki jo thinking process hai us ke liye zaroori hai ke aap ke paas sahi line ho, sahi usool hon.</w:t>
      </w:r>
    </w:p>
    <w:p>
      <w:pPr>
        <w:jc w:val="right"/>
      </w:pPr>
      <w:r>
        <w:t>آپ کی جو تھنکنگ پراسیس ہے اس کے لیے ضروری ہے کہ آپ کے پاس صحیح لائن ہو، صحیح اصول ہوں۔</w:t>
      </w:r>
    </w:p>
    <w:p>
      <w:r>
        <w:rPr>
          <w:b/>
        </w:rPr>
        <w:t xml:space="preserve">[18:36] </w:t>
      </w:r>
      <w:r>
        <w:t>warna aap kya karenge? aap bhatkenge idhar udhar. to rasool allah sallallahu alaihi wasallam ne is hadith mein yeh bataya ke art of thinking ka jo sahi usool kya hai tumhare liye jo khaliq aur makhlooq ke bare mein tum ko istemal karna chahiye.</w:t>
      </w:r>
    </w:p>
    <w:p>
      <w:pPr>
        <w:jc w:val="right"/>
      </w:pPr>
      <w:r>
        <w:t>ورنہ آپ کیا کریں گے؟ آپ بھٹکیں گے ادھر ادھر۔ تو رسول اللہ صلی اللہ علیہ وسلم نے اس حدیث میں یہ بتایا کہ آرٹ آف تھنکنگ کا جو صحیح اصول کیا ہے تمہارے لیے جو خالق اور مخلوق کے بارے میں تم کو استعمال کرنا چاہیے۔</w:t>
      </w:r>
    </w:p>
    <w:p>
      <w:r>
        <w:rPr>
          <w:b/>
        </w:rPr>
        <w:t xml:space="preserve">[19:00] </w:t>
      </w:r>
      <w:r>
        <w:t>ke tum farq karo. yaani you have to differentiate between creation and creator.</w:t>
      </w:r>
    </w:p>
    <w:p>
      <w:pPr>
        <w:jc w:val="right"/>
      </w:pPr>
      <w:r>
        <w:t>کہ تم فرق کرو۔ یعنی you have to differentiate between creation and creator۔</w:t>
      </w:r>
    </w:p>
    <w:p>
      <w:r>
        <w:rPr>
          <w:b/>
        </w:rPr>
        <w:t xml:space="preserve">[19:09] </w:t>
      </w:r>
      <w:r>
        <w:t>you have to differentiate between creation and creator. creator chunke</w:t>
      </w:r>
    </w:p>
    <w:p>
      <w:pPr>
        <w:jc w:val="right"/>
      </w:pPr>
      <w:r>
        <w:t>you have to differentiate between creation and creator۔ creator چونکہ</w:t>
      </w:r>
    </w:p>
    <w:p>
      <w:r>
        <w:rPr>
          <w:b/>
        </w:rPr>
        <w:t xml:space="preserve">[19:21] </w:t>
      </w:r>
      <w:r>
        <w:t>space and time se mawra hai aur insan apni limitations ki wajah se, apni mahdoodiyat ki wajah se space and time ke mawra dekh nahi sakta, jaan nahi sakta, apne ilm ko wahan tak pohncha nahi sakta.</w:t>
      </w:r>
    </w:p>
    <w:p>
      <w:pPr>
        <w:jc w:val="right"/>
      </w:pPr>
      <w:r>
        <w:t>اسپیس اینڈ ٹائم سے ماورا ہے اور انسان اپنی limitations کی وجہ سے، اپنی محدودیت کی وجہ سے اسپیس اینڈ ٹائم کے ماورا دیکھ نہیں سکتا، جان نہیں سکتا، اپنے علم کو وہاں تک پہنچا نہیں سکتا۔</w:t>
      </w:r>
    </w:p>
    <w:p>
      <w:r>
        <w:rPr>
          <w:b/>
        </w:rPr>
        <w:t xml:space="preserve">[19:40] </w:t>
      </w:r>
      <w:r>
        <w:t>to you have to accept your limitations.</w:t>
      </w:r>
    </w:p>
    <w:p>
      <w:pPr>
        <w:jc w:val="right"/>
      </w:pPr>
      <w:r>
        <w:t>تو you have to accept your limitations۔</w:t>
      </w:r>
    </w:p>
    <w:p>
      <w:r>
        <w:rPr>
          <w:b/>
        </w:rPr>
        <w:t xml:space="preserve">[19:47] </w:t>
      </w:r>
      <w:r>
        <w:t>is hadith ka matlab yeh hua ke you have to accept your limitations. apni mahdoodiyat ka etraf karo. jaise aap dekhiye aag ka ek angara hai.</w:t>
      </w:r>
    </w:p>
    <w:p>
      <w:pPr>
        <w:jc w:val="right"/>
      </w:pPr>
      <w:r>
        <w:t>اس حدیث کا مطلب یہ ہوا کہ you have to accept your limitations۔ اپنی محدودیت کا اعتراف کرو۔ جیسے آپ دیکھیے آگ کا ایک انگارہ ہے۔</w:t>
      </w:r>
    </w:p>
    <w:p>
      <w:r>
        <w:rPr>
          <w:b/>
        </w:rPr>
        <w:t xml:space="preserve">[20:00] </w:t>
      </w:r>
      <w:r>
        <w:t>to aap yeh nahi kahenge ke mein to chho kar jal jaunga, baghair chhooe mein nahi jalunga angara yeh. kyunke aap jante hain ke wahan mein meri mahdoodiyat hai, meri limitations hain.</w:t>
      </w:r>
    </w:p>
    <w:p>
      <w:pPr>
        <w:jc w:val="right"/>
      </w:pPr>
      <w:r>
        <w:t>تو آپ یہ نہیں کہیں گے کہ میں تو چھو کر جالوں گا، بغیر چھوئے میں نہیں جالوں گا انگارہ یہ۔ کیونکہ آپ جانتے ہیں کہ وہاں میں میری محدودیت ہے، میری limitations ہیں۔</w:t>
      </w:r>
    </w:p>
    <w:p>
      <w:r>
        <w:rPr>
          <w:b/>
        </w:rPr>
        <w:t xml:space="preserve">[20:11] </w:t>
      </w:r>
      <w:r>
        <w:t>agar chhoa to mera haath jal jayega.</w:t>
      </w:r>
    </w:p>
    <w:p>
      <w:pPr>
        <w:jc w:val="right"/>
      </w:pPr>
      <w:r>
        <w:t>اگر چھوا تو میرا ہاتھ جل جائے گا۔</w:t>
      </w:r>
    </w:p>
    <w:p>
      <w:r>
        <w:rPr>
          <w:b/>
        </w:rPr>
        <w:t xml:space="preserve">[20:17] </w:t>
      </w:r>
      <w:r>
        <w:t>to insan hum har doosre tamam mamlaat mein aisa karta hai ke apni mahdoodiyat ko woh janta hai woh.</w:t>
      </w:r>
    </w:p>
    <w:p>
      <w:pPr>
        <w:jc w:val="right"/>
      </w:pPr>
      <w:r>
        <w:t>تو انسان ہم ہر دوسرے تمام معاملات میں ایسا کرتا ہے کہ اپنی محدودیت کو وہ جانتا ہے وہ۔</w:t>
      </w:r>
    </w:p>
    <w:p>
      <w:r>
        <w:rPr>
          <w:b/>
        </w:rPr>
        <w:t xml:space="preserve">[20:27] </w:t>
      </w:r>
      <w:r>
        <w:t>har mamle mein. to wahi apni mahdoodiyat ko yahan bhi is ko apply karna chahiye.</w:t>
      </w:r>
    </w:p>
    <w:p>
      <w:pPr>
        <w:jc w:val="right"/>
      </w:pPr>
      <w:r>
        <w:t>ہر معاملے میں۔ تو وہی اپنی محدودیت کو یہاں بھی اس کو اپلائی کرنا چاہیے۔</w:t>
      </w:r>
    </w:p>
    <w:p>
      <w:r>
        <w:rPr>
          <w:b/>
        </w:rPr>
        <w:t xml:space="preserve">[20:38] </w:t>
      </w:r>
      <w:r>
        <w:t>misalan aap ko agar pahaad se utarna hai to aap chhalang nahi lagayenge. aap is ke qadam ba qadam utarte hue neeche pohnch jayenge.</w:t>
      </w:r>
    </w:p>
    <w:p>
      <w:pPr>
        <w:jc w:val="right"/>
      </w:pPr>
      <w:r>
        <w:t>مثلاً آپ کو اگر پہاڑ سے اترنا ہے تو آپ چھلانگ نہیں لگائیں گے۔ آپ اس کے قدم بقدم اترتے ہوئے نیچے پہنچ جائیں گے۔</w:t>
      </w:r>
    </w:p>
    <w:p>
      <w:r>
        <w:rPr>
          <w:b/>
        </w:rPr>
        <w:t xml:space="preserve">[20:49] </w:t>
      </w:r>
      <w:r>
        <w:t>ek multi storey building hai to aap wahan se jump nahi karenge balkeh lift ko istemal karte hue neeche utrenge. to goya har mamle mein insan apni limitations ka etraf karta hai.</w:t>
      </w:r>
    </w:p>
    <w:p>
      <w:pPr>
        <w:jc w:val="right"/>
      </w:pPr>
      <w:r>
        <w:t>ایک ملٹی سٹوری بلڈنگ ہے تو آپ وہاں سے جمپ نہیں کریں گے بلکہ لفٹ کو استعمال کرتے ہوئے نیچے اتریں گے۔ تو گویا ہر معاملے میں انسان اپنی limitations کا اعتراف کرتا ہے۔</w:t>
      </w:r>
    </w:p>
    <w:p>
      <w:r>
        <w:rPr>
          <w:b/>
        </w:rPr>
        <w:t xml:space="preserve">[21:04] </w:t>
      </w:r>
      <w:r>
        <w:t>apni mahdoodiyat ka ka etraf kar raha hai. to wahi etraf insan ko khaliq aur makhlooq ke bare mein karna chahiye.</w:t>
      </w:r>
    </w:p>
    <w:p>
      <w:pPr>
        <w:jc w:val="right"/>
      </w:pPr>
      <w:r>
        <w:t>اپنی محدودیت کا کا اعتراف کر رہا ہے۔ تو وہی اعتراف انسان کو خالق اور مخلوق کے بارے میں کرنا چاہیے۔</w:t>
      </w:r>
    </w:p>
    <w:p>
      <w:r>
        <w:rPr>
          <w:b/>
        </w:rPr>
        <w:t xml:space="preserve">[21:15] </w:t>
      </w:r>
      <w:r>
        <w:t>yeh bilkul ek fitri baat hai. aur yeh koi alag baat nahi hai. jab doosre tamam mamlaat mein aap apni mahdoodiyat ka etraf karte hain to yahan bhi etraf kijiye.</w:t>
      </w:r>
    </w:p>
    <w:p>
      <w:pPr>
        <w:jc w:val="right"/>
      </w:pPr>
      <w:r>
        <w:t>یہ بالکل ایک فطری بات ہے۔ اور یہ کوئی الگ بات نہیں ہے۔ جب دوسرے تمام معاملات میں آپ اپنی محدودیت کا اعتراف کرتے ہیں تو یہاں بھی اعتراف کیجیے۔</w:t>
      </w:r>
    </w:p>
    <w:p>
      <w:r>
        <w:rPr>
          <w:b/>
        </w:rPr>
        <w:t xml:space="preserve">[21:32] </w:t>
      </w:r>
      <w:r>
        <w:t>to yeh yeh jo hadith jo hai bohat hi zyada scientific mein kahunga bohat hi scientific hai, bohat hi logical hai aur bohat hi natural hai.</w:t>
      </w:r>
    </w:p>
    <w:p>
      <w:pPr>
        <w:jc w:val="right"/>
      </w:pPr>
      <w:r>
        <w:t>تو یہ یہ جو حدیث جو ہے بہت ہی زیادہ سائنٹیفک میں کہوں گا بہت ہی سائنٹیفک ہے، بہت ہی لاجیکل ہے اور بہت ہی نیچرل ہے۔</w:t>
      </w:r>
    </w:p>
    <w:p>
      <w:r>
        <w:rPr>
          <w:b/>
        </w:rPr>
        <w:t xml:space="preserve">[21:43] </w:t>
      </w:r>
      <w:r>
        <w:t>fitri hai. yani isi usool ko jis ko already insan apnaye hue hai doosre mamlaat mein isi ko yahan par apply kiya gaya.</w:t>
      </w:r>
    </w:p>
    <w:p>
      <w:pPr>
        <w:jc w:val="right"/>
      </w:pPr>
      <w:r>
        <w:t>فطری ہے۔ یعنی اسی اصول کو جس کو already انسان اپنائے ہوئے ہے دوسرے معاملات میں اسی کو یہاں پر اپلائی کیا گیا۔</w:t>
      </w:r>
    </w:p>
    <w:p>
      <w:r>
        <w:rPr>
          <w:b/>
        </w:rPr>
        <w:t xml:space="preserve">[21:59] </w:t>
      </w:r>
      <w:r>
        <w:t>isi ko yahan apply kiya gaya. bijli ke taar ko koi apne haath se directly chhooe ga</w:t>
      </w:r>
    </w:p>
    <w:p>
      <w:pPr>
        <w:jc w:val="right"/>
      </w:pPr>
      <w:r>
        <w:t>اسی کو یہاں اپلائی کیا گیا۔ بجلی کے تار کو کوئی اپنے ہاتھ سے directly چھوئے گا</w:t>
      </w:r>
    </w:p>
    <w:p>
      <w:r>
        <w:rPr>
          <w:b/>
        </w:rPr>
        <w:t xml:space="preserve">[22:08] </w:t>
      </w:r>
      <w:r>
        <w:t>wahan yeh ghalti nahi karega ke bijli ke taar ko ek alive taar ko haath se chhoone lage kyunke is ke mani hote hain maut.</w:t>
      </w:r>
    </w:p>
    <w:p>
      <w:pPr>
        <w:jc w:val="right"/>
      </w:pPr>
      <w:r>
        <w:t>وہاں یہ غلطی نہیں کرے گا کہ بجلی کے تار کو ایک alive تار کو ہاتھ سے چھونے لگے کیونکہ اس کے معنی ہوتے ہیں موت۔</w:t>
      </w:r>
    </w:p>
    <w:p>
      <w:r>
        <w:rPr>
          <w:b/>
        </w:rPr>
        <w:t xml:space="preserve">[22:21] </w:t>
      </w:r>
      <w:r>
        <w:t>to har jagah aadmi apni mahdoodiyat ka etraf kar raha hai. woh samandar mein koodna hi parega aisa hi hai.</w:t>
      </w:r>
    </w:p>
    <w:p>
      <w:pPr>
        <w:jc w:val="right"/>
      </w:pPr>
      <w:r>
        <w:t>تو ہر جگہ آدمی اپنی محدودیت کا اعتراف کر رہا ہے۔ وہ سمندر میں کودنا ہی پڑے گا ایسا ہی ہے۔</w:t>
      </w:r>
    </w:p>
    <w:p>
      <w:r>
        <w:rPr>
          <w:b/>
        </w:rPr>
        <w:t xml:space="preserve">[22:32] </w:t>
      </w:r>
      <w:r>
        <w:t>wahan woh ship istemal karega.</w:t>
      </w:r>
    </w:p>
    <w:p>
      <w:pPr>
        <w:jc w:val="right"/>
      </w:pPr>
      <w:r>
        <w:t>وہاں وہ ship استعمال کرے گا۔</w:t>
      </w:r>
    </w:p>
    <w:p>
      <w:r>
        <w:rPr>
          <w:b/>
        </w:rPr>
        <w:t xml:space="preserve">[22:39] </w:t>
      </w:r>
      <w:r>
        <w:t>to yeh yeh kya hai? apni mahdoodiyat ka etraf. to yeh jo hadith mein bataya gaya hai woh darasal is ka matlab yahi hai ke</w:t>
      </w:r>
    </w:p>
    <w:p>
      <w:pPr>
        <w:jc w:val="right"/>
      </w:pPr>
      <w:r>
        <w:t>تو یہ یہ کیا ہے؟ اپنی محدودیت کا اعتراف۔ تو یہ جو حدیث میں بتایا گیا ہے وہ دراصل اس کا مطلب یہی ہے کہ</w:t>
      </w:r>
    </w:p>
    <w:p>
      <w:r>
        <w:rPr>
          <w:b/>
        </w:rPr>
        <w:t xml:space="preserve">[22:54] </w:t>
      </w:r>
      <w:r>
        <w:t>wohi usool jo tum already doosre mamlaat mein ikhtiyar kiye hue ho apne hudood se bahar nahi jaate.</w:t>
      </w:r>
    </w:p>
    <w:p>
      <w:pPr>
        <w:jc w:val="right"/>
      </w:pPr>
      <w:r>
        <w:t>وہی اصول جو تم already دوسرے معاملات میں اختیار کیے ہوئے ہو اپنے حدود سے باہر نہیں جاتے۔</w:t>
      </w:r>
    </w:p>
    <w:p>
      <w:r>
        <w:rPr>
          <w:b/>
        </w:rPr>
        <w:t xml:space="preserve">[23:06] </w:t>
      </w:r>
      <w:r>
        <w:t>yahan bhi aap wahi wahi karo. hudood se bahar jaane ka doosre mamlaat mein tum ghalt samajhte ho to yahan bhi hudood se bahar jaane ko ghalt samjho.</w:t>
      </w:r>
    </w:p>
    <w:p>
      <w:pPr>
        <w:jc w:val="right"/>
      </w:pPr>
      <w:r>
        <w:t>یہاں بھی آپ وہی وہی کرو۔ حدود سے باہر جانے کا دوسرے معاملات میں تم غلط سمجھتے ہو تو یہاں بھی حدود سے باہر جانے کو غلط سمجھو۔</w:t>
      </w:r>
    </w:p>
    <w:p>
      <w:r>
        <w:rPr>
          <w:b/>
        </w:rPr>
        <w:t xml:space="preserve">[23:26] </w:t>
      </w:r>
      <w:r>
        <w:t>to yeh yeh yeh jo hadith hai yeh koi anokhi baat nahi is mein kahi gayi. insan is baat ko jaanta hai aur is ko istemal karta hai doosre tamam mamlaat mein.</w:t>
      </w:r>
    </w:p>
    <w:p>
      <w:pPr>
        <w:jc w:val="right"/>
      </w:pPr>
      <w:r>
        <w:t>تو یہ یہ یہ جو حدیث ہے یہ کوئی انوکھی بات نہیں اس میں کہی گئی۔ انسان اس بات کو جانتا ہے اور اس کو استعمال کرتا ہے دوسرے تمام معاملات میں۔</w:t>
      </w:r>
    </w:p>
    <w:p>
      <w:r>
        <w:rPr>
          <w:b/>
        </w:rPr>
        <w:t xml:space="preserve">[23:43] </w:t>
      </w:r>
      <w:r>
        <w:t>to wohi yahan bhi karna chahiye. insan barf mein aur aag mein farq karta hai. insan saada taar mein aur bijli ke taar mein farq karta hai.</w:t>
      </w:r>
    </w:p>
    <w:p>
      <w:pPr>
        <w:jc w:val="right"/>
      </w:pPr>
      <w:r>
        <w:t>تو وہی یہاں بھی کرنا چاہیے۔ انسان برف میں اور آگ میں فرق کرتا ہے۔ انسان سادہ تار میں اور بجلی کے تار میں فرق کرتا ہے۔</w:t>
      </w:r>
    </w:p>
    <w:p>
      <w:r>
        <w:rPr>
          <w:b/>
        </w:rPr>
        <w:t xml:space="preserve">[23:59] </w:t>
      </w:r>
      <w:r>
        <w:t>insan naked eye se suraj ko nahi dekhta.</w:t>
      </w:r>
    </w:p>
    <w:p>
      <w:pPr>
        <w:jc w:val="right"/>
      </w:pPr>
      <w:r>
        <w:t>انسان naked eye سے سورج کو نہیں دیکھتا۔</w:t>
      </w:r>
    </w:p>
    <w:p>
      <w:r>
        <w:rPr>
          <w:b/>
        </w:rPr>
        <w:t xml:space="preserve">[24:07] </w:t>
      </w:r>
      <w:r>
        <w:t>to insan farq karta hai ke kya mere bas mein hai kya mere bas mein nahi hai.</w:t>
      </w:r>
    </w:p>
    <w:p>
      <w:pPr>
        <w:jc w:val="right"/>
      </w:pPr>
      <w:r>
        <w:t>تو انسان فرق کرتا ہے کہ کیا میرے بس میں ہے کیا میرے بس میں نہیں ہے۔</w:t>
      </w:r>
    </w:p>
    <w:p>
      <w:r>
        <w:rPr>
          <w:b/>
        </w:rPr>
        <w:t xml:space="preserve">[24:16] </w:t>
      </w:r>
      <w:r>
        <w:t>kya cheez hai jo meri capacity ke andar hai aur kya cheez hai meri capacity ke bahar.</w:t>
      </w:r>
    </w:p>
    <w:p>
      <w:pPr>
        <w:jc w:val="right"/>
      </w:pPr>
      <w:r>
        <w:t>کیا چیز ہے جو میری capacity کے اندر ہے اور کیا چیز ہے میری capacity کے باہر۔</w:t>
      </w:r>
    </w:p>
    <w:p>
      <w:r>
        <w:rPr>
          <w:b/>
        </w:rPr>
        <w:t xml:space="preserve">[24:27] </w:t>
      </w:r>
      <w:r>
        <w:t>to insan yani principle of differentiation ko already istemal kiye hue hain.</w:t>
      </w:r>
    </w:p>
    <w:p>
      <w:pPr>
        <w:jc w:val="right"/>
      </w:pPr>
      <w:r>
        <w:t>تو انسان یعنی principle of differentiation کو already استعمال کیے ہوئے ہیں۔</w:t>
      </w:r>
    </w:p>
    <w:p>
      <w:r>
        <w:rPr>
          <w:b/>
        </w:rPr>
        <w:t xml:space="preserve">[24:36] </w:t>
      </w:r>
      <w:r>
        <w:t>yani is ko kahenge principle of differentiation. yani farq karne ka usool. to yahi farq karne ka usool jo hai hamein khalq aur makhlooq ke bare mein sochte hue istemal karna chahiye.</w:t>
      </w:r>
    </w:p>
    <w:p>
      <w:pPr>
        <w:jc w:val="right"/>
      </w:pPr>
      <w:r>
        <w:t>یعنی اس کو کہیں گے principle of differentiation۔ یعنی فرق کرنے کا اصول۔ تو یہی فرق کرنے کا اصول جو ہے ہمیں خالق اور مخلوق کے بارے میں سوچتے ہوئے استعمال کرنا چاہیے۔</w:t>
      </w:r>
    </w:p>
    <w:p>
      <w:r>
        <w:rPr>
          <w:b/>
        </w:rPr>
        <w:t xml:space="preserve">[24:55] </w:t>
      </w:r>
      <w:r>
        <w:t>to phir hamari soch jo hai mufeed hogi. hamari soch ka positive result niklega. hamari soch se hum ko yaqeen hasil hoga.</w:t>
      </w:r>
    </w:p>
    <w:p>
      <w:pPr>
        <w:jc w:val="right"/>
      </w:pPr>
      <w:r>
        <w:t>تو پھر ہماری سوچ جو ہے مفید ہوگی۔ ہماری سوچ کا positive result نکلے گا۔ ہماری سوچ سے ہم کو یقین حاصل ہوگا۔</w:t>
      </w:r>
    </w:p>
    <w:p>
      <w:r>
        <w:rPr>
          <w:b/>
        </w:rPr>
        <w:t xml:space="preserve">[25:07] </w:t>
      </w:r>
      <w:r>
        <w:t>hamari soch se hum ko spiritual light milegi. is hamari soch se intellectual development hoga.</w:t>
      </w:r>
    </w:p>
    <w:p>
      <w:pPr>
        <w:jc w:val="right"/>
      </w:pPr>
      <w:r>
        <w:t>ہماری سوچ سے ہم کو spiritual light ملے گی۔ اس ہماری سوچ سے intellectual development ہوگا۔</w:t>
      </w:r>
    </w:p>
    <w:p>
      <w:r>
        <w:rPr>
          <w:b/>
        </w:rPr>
        <w:t xml:space="preserve">[25:17] </w:t>
      </w:r>
      <w:r>
        <w:t>aur agar hum is usool ko nazar andaaz karein is usool ko khalq aur makhlooq ke bare mein sochte hue hum ikhtiyar na karein to ulta natija niklega.</w:t>
      </w:r>
    </w:p>
    <w:p>
      <w:pPr>
        <w:jc w:val="right"/>
      </w:pPr>
      <w:r>
        <w:t>اور اگر ہم اس اصول کو نظر انداز کریں اس اصول کو خالق اور مخلوق کے بارے میں سوچتے ہوئے ہم اختیار نہ کریں تو الٹا نتیجہ نکلے گا۔</w:t>
      </w:r>
    </w:p>
    <w:p>
      <w:r>
        <w:rPr>
          <w:b/>
        </w:rPr>
        <w:t xml:space="preserve">[25:33] </w:t>
      </w:r>
      <w:r>
        <w:t>phir confusion hoga. koi zehni irtaqa nahi hoga. koi spiritual roshni nahi aayegi hamare andar.</w:t>
      </w:r>
    </w:p>
    <w:p>
      <w:pPr>
        <w:jc w:val="right"/>
      </w:pPr>
      <w:r>
        <w:t>پھر confusion ہوگا۔ کوئی ذہنی ارتقاء نہیں ہوگا۔ کوئی spiritual روشنی نہیں آئے گی ہمارے اندر۔</w:t>
      </w:r>
    </w:p>
    <w:p>
      <w:r>
        <w:rPr>
          <w:b/>
        </w:rPr>
        <w:t xml:space="preserve">[25:43] </w:t>
      </w:r>
      <w:r>
        <w:t>koi yaqeen hum ko hasil nahi hoga.</w:t>
      </w:r>
    </w:p>
    <w:p>
      <w:pPr>
        <w:jc w:val="right"/>
      </w:pPr>
      <w:r>
        <w:t>کوئی یقین ہم کو حاصل نہیں ہوگا۔</w:t>
      </w:r>
    </w:p>
    <w:p>
      <w:r>
        <w:rPr>
          <w:b/>
        </w:rPr>
        <w:t xml:space="preserve">[25:48] </w:t>
      </w:r>
      <w:r>
        <w:t>to yeh main samajhta hoon ke bohat hi ahem taleem hai jo is hadith mein hamein milti hai. bohat ahem taleem hai.</w:t>
      </w:r>
    </w:p>
    <w:p>
      <w:pPr>
        <w:jc w:val="right"/>
      </w:pPr>
      <w:r>
        <w:t>تو یہ میں سمجھتا ہوں کہ بہت ہی اہم تعلیم ہے جو اس حدیث میں ہمیں ملتی ہے۔ بہت اہم تعلیم ہے۔</w:t>
      </w:r>
    </w:p>
    <w:p>
      <w:r>
        <w:rPr>
          <w:b/>
        </w:rPr>
        <w:t xml:space="preserve">[26:02] </w:t>
      </w:r>
      <w:r>
        <w:t>aur amalan aap dekhiye nateeja.</w:t>
      </w:r>
    </w:p>
    <w:p>
      <w:pPr>
        <w:jc w:val="right"/>
      </w:pPr>
      <w:r>
        <w:t>اور عملاً آپ دیکھیے نتیجہ۔</w:t>
      </w:r>
    </w:p>
    <w:p>
      <w:r>
        <w:rPr>
          <w:b/>
        </w:rPr>
        <w:t xml:space="preserve">[26:04] </w:t>
      </w:r>
      <w:r>
        <w:t>jin logon ne is usool ko nazar andaz kiya maslan mutakallimeen ne aur philosophers ne</w:t>
      </w:r>
    </w:p>
    <w:p>
      <w:pPr>
        <w:jc w:val="right"/>
      </w:pPr>
      <w:r>
        <w:t>جن لوگوں نے اس اصول کو نظر انداز کیا مثلاً متکلمین نے اور philosophers نے</w:t>
      </w:r>
    </w:p>
    <w:p>
      <w:r>
        <w:rPr>
          <w:b/>
        </w:rPr>
        <w:t xml:space="preserve">[26:14] </w:t>
      </w:r>
      <w:r>
        <w:t>yani maloom tareekh ke aitbar se mutakallimeen ne aur philosophers ne aur sufiyya ne bhi is mein</w:t>
      </w:r>
    </w:p>
    <w:p>
      <w:pPr>
        <w:jc w:val="right"/>
      </w:pPr>
      <w:r>
        <w:t>یعنی معلوم تاریخ کے اعتبار سے متکلمین نے اور philosophers نے اور صوفیاء نے بھی اس میں</w:t>
      </w:r>
    </w:p>
    <w:p>
      <w:r>
        <w:rPr>
          <w:b/>
        </w:rPr>
        <w:t xml:space="preserve">[26:24] </w:t>
      </w:r>
      <w:r>
        <w:t>is usool ko</w:t>
      </w:r>
    </w:p>
    <w:p>
      <w:pPr>
        <w:jc w:val="right"/>
      </w:pPr>
      <w:r>
        <w:t>اس اصول کو</w:t>
      </w:r>
    </w:p>
    <w:p>
      <w:r>
        <w:rPr>
          <w:b/>
        </w:rPr>
        <w:t xml:space="preserve">[26:28] </w:t>
      </w:r>
      <w:r>
        <w:t>se inhiraf kiya to sab bah ke</w:t>
      </w:r>
    </w:p>
    <w:p>
      <w:pPr>
        <w:jc w:val="right"/>
      </w:pPr>
      <w:r>
        <w:t>سے انحراف کیا تو سب بہ کے</w:t>
      </w:r>
    </w:p>
    <w:p>
      <w:r>
        <w:rPr>
          <w:b/>
        </w:rPr>
        <w:t xml:space="preserve">[26:32] </w:t>
      </w:r>
      <w:r>
        <w:t>sab bah ke ghalat raaye qaim ki</w:t>
      </w:r>
    </w:p>
    <w:p>
      <w:pPr>
        <w:jc w:val="right"/>
      </w:pPr>
      <w:r>
        <w:t>سب بہ کے غلط رائے قائم کی</w:t>
      </w:r>
    </w:p>
    <w:p>
      <w:r>
        <w:rPr>
          <w:b/>
        </w:rPr>
        <w:t xml:space="preserve">[26:38] </w:t>
      </w:r>
      <w:r>
        <w:t>aur ajeeb o ghareeb qism ke zehni</w:t>
      </w:r>
    </w:p>
    <w:p>
      <w:pPr>
        <w:jc w:val="right"/>
      </w:pPr>
      <w:r>
        <w:t>اور عجیب و غریب قسم کے ذہنی</w:t>
      </w:r>
    </w:p>
    <w:p>
      <w:r>
        <w:rPr>
          <w:b/>
        </w:rPr>
        <w:t xml:space="preserve">[26:44] </w:t>
      </w:r>
      <w:r>
        <w:t>inhiraf mein pad gaye.</w:t>
      </w:r>
    </w:p>
    <w:p>
      <w:pPr>
        <w:jc w:val="right"/>
      </w:pPr>
      <w:r>
        <w:t>انحراف میں پڑ گئے۔</w:t>
      </w:r>
    </w:p>
    <w:p>
      <w:r>
        <w:rPr>
          <w:b/>
        </w:rPr>
        <w:t xml:space="preserve">[26:48] </w:t>
      </w:r>
      <w:r>
        <w:t>aur aakhir mein is baat confusion ke unhein kuch bhi nahi mila. aap mutakallimi kitabon ko padhein to confusion. philosophers ki kitabon ko padhein to confusion.</w:t>
      </w:r>
    </w:p>
    <w:p>
      <w:pPr>
        <w:jc w:val="right"/>
      </w:pPr>
      <w:r>
        <w:t>اور آخر میں اس بات confusion کہ انہیں کچھ بھی نہیں ملا۔ آپ متکلمی کتابوں کو پڑھیں تو confusion۔ philosophers کی کتابوں کو پڑھیں تو confusion۔</w:t>
      </w:r>
    </w:p>
    <w:p>
      <w:r>
        <w:rPr>
          <w:b/>
        </w:rPr>
        <w:t xml:space="preserve">[27:01] </w:t>
      </w:r>
      <w:r>
        <w:t>to kiya faida aise aise aisi rosh se jo aakhir mein aap ko sirf confusion tak pahunchaye?</w:t>
      </w:r>
    </w:p>
    <w:p>
      <w:pPr>
        <w:jc w:val="right"/>
      </w:pPr>
      <w:r>
        <w:t>تو کیا فائدہ ایسے ایسے ایسی روش سے جو آخر میں آپ کو صرف confusion تک پہنچائے؟</w:t>
      </w:r>
    </w:p>
    <w:p>
      <w:r>
        <w:rPr>
          <w:b/>
        </w:rPr>
        <w:t xml:space="preserve">[27:10] </w:t>
      </w:r>
      <w:r>
        <w:t>aisi rosh ka kiya faida?</w:t>
      </w:r>
    </w:p>
    <w:p>
      <w:pPr>
        <w:jc w:val="right"/>
      </w:pPr>
      <w:r>
        <w:t>ایسی روش کا کیا فائدہ؟</w:t>
      </w:r>
    </w:p>
    <w:p>
      <w:r>
        <w:rPr>
          <w:b/>
        </w:rPr>
        <w:t xml:space="preserve">[27:15] </w:t>
      </w:r>
      <w:r>
        <w:t>to yeh bohat hi ziyada aham baat hai aur har aadmi jo sahib-e-aql hai, sahib-e-danish hai us ko isay ikhtiyar karna chahiye.</w:t>
      </w:r>
    </w:p>
    <w:p>
      <w:pPr>
        <w:jc w:val="right"/>
      </w:pPr>
      <w:r>
        <w:t>تو یہ بہت ہی زیادہ اہم بات ہے اور ہر آدمی جو صاحب عقل ہے، صاحب دانش ہے اس کو اسے اختیار کرنا چاہیے۔</w:t>
      </w:r>
    </w:p>
    <w:p>
      <w:r>
        <w:rPr>
          <w:b/>
        </w:rPr>
        <w:t xml:space="preserve">[27:28] </w:t>
      </w:r>
      <w:r>
        <w:t>aur yeh apne aqli ghaur-o-fikr ko natija khez banane ke liye bohat zaroori hai. aap ke soch ko, apne aqli ghaur-o-fikr ko, apne tadabbur aur tafakkur ko natija khez banane ke liye yeh usool bohat ziyada important hai.</w:t>
      </w:r>
    </w:p>
    <w:p>
      <w:pPr>
        <w:jc w:val="right"/>
      </w:pPr>
      <w:r>
        <w:t>اور یہ اپنے عقلی غور و فکر کو نتیجہ خیز بنانے کے لیے بہت ضروری ہے۔ آپ کے سوچ کو، اپنے عقلی غور و فکر کو، اپنے تدبر اور تفکر کو نتیجہ خیز بنانے کے لیے یہ اصول بہت زیادہ important ہے۔</w:t>
      </w:r>
    </w:p>
    <w:p>
      <w:r>
        <w:rPr>
          <w:b/>
        </w:rPr>
        <w:t xml:space="preserve">[27:54] </w:t>
      </w:r>
      <w:r>
        <w:t>masail ki is se ziyada important koi usool nahi ho sakta hai.</w:t>
      </w:r>
    </w:p>
    <w:p>
      <w:pPr>
        <w:jc w:val="right"/>
      </w:pPr>
      <w:r>
        <w:t>مسئلوں کی اس سے زیادہ important کوئی اصول نہیں ہو سکتا ہے۔</w:t>
      </w:r>
    </w:p>
    <w:p>
      <w:r>
        <w:rPr>
          <w:b/>
        </w:rPr>
        <w:t xml:space="preserve">[28:01] </w:t>
      </w:r>
      <w:r>
        <w:t>aur philosophers ne aur mutakallimeen ne is ko malhooz nahi rakha to kiya hua? woh siwaye zehni inhiraaf, siwaye confusion ke aur kuch koi mila nahi.</w:t>
      </w:r>
    </w:p>
    <w:p>
      <w:pPr>
        <w:jc w:val="right"/>
      </w:pPr>
      <w:r>
        <w:t>اور philosophers نے اور متکلمین نے اس کو ملحوظ نہیں رکھا تو کیا ہوا؟ وہ سوائے ذہنی انحراف، سوائے confusion کے اور کچھ کوئی ملا نہیں۔</w:t>
      </w:r>
    </w:p>
    <w:p>
      <w:r>
        <w:rPr>
          <w:b/>
        </w:rPr>
        <w:t xml:space="preserve">[28:21] </w:t>
      </w:r>
      <w:r>
        <w:t>to mein dua karta hoon ke Allah taala mujh ko aur aap ko tofeeq de ke hum is zehni inhiraaf se bachein. hum sahi</w:t>
      </w:r>
    </w:p>
    <w:p>
      <w:pPr>
        <w:jc w:val="right"/>
      </w:pPr>
      <w:r>
        <w:t>تو میں دعا کرتا ہوں کہ اللہ تعالیٰ مجھ کو اور آپ کو توفیق دے کہ ہم اس ذہنی انحراف سے بچیں۔ ہم صحیح</w:t>
      </w:r>
    </w:p>
    <w:p>
      <w:r>
        <w:rPr>
          <w:b/>
        </w:rPr>
        <w:t xml:space="preserve">[28:35] </w:t>
      </w:r>
      <w:r>
        <w:t>usool-e-tafakkir ko ikhtiyar karein.</w:t>
      </w:r>
    </w:p>
    <w:p>
      <w:pPr>
        <w:jc w:val="right"/>
      </w:pPr>
      <w:r>
        <w:t>اصول تفکیر کو اختیار کریں۔</w:t>
      </w:r>
    </w:p>
    <w:p>
      <w:r>
        <w:rPr>
          <w:b/>
        </w:rPr>
        <w:t xml:space="preserve">[28:42] </w:t>
      </w:r>
      <w:r>
        <w:t>sahi art of thinking ko is maamle mein apply karein. kyunke yeh bohat hi nazuk kaam hai.</w:t>
      </w:r>
    </w:p>
    <w:p>
      <w:pPr>
        <w:jc w:val="right"/>
      </w:pPr>
      <w:r>
        <w:t>صحیح آرٹ آف تھنکنگ کو اس معاملے میں اپلائی کریں۔ کیونکہ یہ بہت ہی نازک کام ہے۔</w:t>
      </w:r>
    </w:p>
    <w:p>
      <w:r>
        <w:rPr>
          <w:b/>
        </w:rPr>
        <w:t xml:space="preserve">[28:52] </w:t>
      </w:r>
      <w:r>
        <w:t>jab hum sahi faisla lenge to phir Allah ki madad bhi hamein milegi. yaani har kaam Allah ki tofeeq hi se hota hai lekin insaan ka kaam hai ke woh sahi faisla le.</w:t>
      </w:r>
    </w:p>
    <w:p>
      <w:pPr>
        <w:jc w:val="right"/>
      </w:pPr>
      <w:r>
        <w:t>جب ہم صحیح فیصلہ لیں گے تو پھر اللہ کی مدد بھی ہمیں ملے گی۔ یعنی ہر کام اللہ کی توفیق ہی سے ہوتا ہے لیکن انسان کا کام ہے کہ وہ صحیح فیصلہ لے۔</w:t>
      </w:r>
    </w:p>
    <w:p>
      <w:r>
        <w:rPr>
          <w:b/>
        </w:rPr>
        <w:t xml:space="preserve">[29:08] </w:t>
      </w:r>
      <w:r>
        <w:t>sahi faisle se Allah ki madad aati hai aur ghalat faisle se Allah ki madad haasil nahi hoti.</w:t>
      </w:r>
    </w:p>
    <w:p>
      <w:pPr>
        <w:jc w:val="right"/>
      </w:pPr>
      <w:r>
        <w:t>صحیح فیصلے سے اللہ کی مدد آتی ہے اور غلط فیصلے سے اللہ کی مدد حاصل نہیں ہوتی۔</w:t>
      </w:r>
    </w:p>
    <w:p>
      <w:r>
        <w:rPr>
          <w:b/>
        </w:rPr>
        <w:t xml:space="preserve">[29:19] </w:t>
      </w:r>
      <w:r>
        <w:t>to is maamle mein insaan ki taraf se yeh matloob hai ke woh sahi art of thinking ko ikhtiyar kare aur phir Allah ki taraf se yeh hoga inshallah ke insaan ko</w:t>
      </w:r>
    </w:p>
    <w:p>
      <w:pPr>
        <w:jc w:val="right"/>
      </w:pPr>
      <w:r>
        <w:t>تو اس معاملے میں انسان کی طرف سے یہ مطلوب ہے کہ وہ صحیح آرٹ آف تھنکنگ کو اختیار کرے اور پھر اللہ کی طرف سے یہ ہوگا انشاءاللہ کہ انسان کو</w:t>
      </w:r>
    </w:p>
    <w:p>
      <w:r>
        <w:rPr>
          <w:b/>
        </w:rPr>
        <w:t xml:space="preserve">[29:38] </w:t>
      </w:r>
      <w:r>
        <w:t>madad milegi aur woh sahi nateeje tak pahunchega. to mein dua karta hoon ke Allah taala mujh ko aur aap ko tofeeq de ke is maamle mein hum apne aap ko bhatakne se bachein.</w:t>
      </w:r>
    </w:p>
    <w:p>
      <w:pPr>
        <w:jc w:val="right"/>
      </w:pPr>
      <w:r>
        <w:t>مدد ملے گی اور وہ صحیح نتیجے تک پہنچے گا۔ تو میں دعا کرتا ہوں کہ اللہ تعالیٰ مجھ کو اور آپ کو توفیق دے کہ اس معاملے میں ہم اپنے آپ کو بھٹکنے سے بچائیں۔</w:t>
      </w:r>
    </w:p>
    <w:p>
      <w:r>
        <w:rPr>
          <w:b/>
        </w:rPr>
        <w:t xml:space="preserve">[29:57] </w:t>
      </w:r>
      <w:r>
        <w:t>bhatakne se bachayein aur is maamle mein hum sirat-e-mustaqeem par qaim rahein. sahi tarz-e-fikr ka matlab hai sirat-e-mustaqeem par qaim hona aur ghalat tarz-e-fikr ka matlab hai sirat-e-mustaqeem se bhatak jaana.</w:t>
      </w:r>
    </w:p>
    <w:p>
      <w:pPr>
        <w:jc w:val="right"/>
      </w:pPr>
      <w:r>
        <w:t>بھٹکنے سے بچائیں اور اس معاملے میں ہم صراط مستقیم پر قائم رہیں۔ صحیح طرز فکر کا مطلب ہے صراط مستقیم پر قائم ہونا اور غلط طرز فکر کا مطلب ہے صراط مستقیم سے بھٹک جانا۔</w:t>
      </w:r>
    </w:p>
    <w:p>
      <w:r>
        <w:rPr>
          <w:b/>
        </w:rPr>
        <w:t xml:space="preserve">[30:21] </w:t>
      </w:r>
      <w:r>
        <w:t>mein samajhta hoon ke yeh bohat hi ziyada aham hai is insaan ke liye jo khaliq aur makhlooq ke maamle mein samajhna chahta hai.</w:t>
      </w:r>
    </w:p>
    <w:p>
      <w:pPr>
        <w:jc w:val="right"/>
      </w:pPr>
      <w:r>
        <w:t>میں سمجھتا ہوں کہ یہ بہت ہی زیادہ اہم ہے اس انسان کے لیے جو خالق اور مخلوق کے معاملے میں سمجھنا چاہتا ہے۔</w:t>
      </w:r>
    </w:p>
    <w:p>
      <w:r>
        <w:rPr>
          <w:b/>
        </w:rPr>
        <w:t xml:space="preserve">[30:35] </w:t>
      </w:r>
      <w:r>
        <w:t>khaliq aur makhlooq ke maamle par ghaur-o-fikr karna chahta hai. to is ke liye bohat hi ziyada aham usool hai. isi usool mein kaha gaya ke usool isi liye hadith mein aaya hai ke halak ho jaoge.</w:t>
      </w:r>
    </w:p>
    <w:p>
      <w:pPr>
        <w:jc w:val="right"/>
      </w:pPr>
      <w:r>
        <w:t>خالق اور مخلوق کے معاملے پر غور و فکر کرنا چاہتا ہے۔ تو اس کے لیے بہت ہی زیادہ اہم اصول ہے۔ اسی اصول میں کہا گیا کہ اصول اسی لیے حدیث میں آیا ہے کہ ہلاک ہو جاؤ گے۔</w:t>
      </w:r>
    </w:p>
    <w:p>
      <w:r>
        <w:rPr>
          <w:b/>
        </w:rPr>
        <w:t xml:space="preserve">[30:52] </w:t>
      </w:r>
      <w:r>
        <w:t>yaani is hadith ko follow kiya gaya. agar is hadith pe chaloge to falah paoge. is hadith mein jo tareeqa bataya gaya hai us se hatega to halak ho jaoge.</w:t>
      </w:r>
    </w:p>
    <w:p>
      <w:pPr>
        <w:jc w:val="right"/>
      </w:pPr>
      <w:r>
        <w:t>یعنی اس حدیث کو follow کیا گیا۔ اگر اس حدیث پہ چلو گے تو فلاح پاؤ گے۔ اس حدیث میں جو طریقہ بتایا گیا ہے اس سے ہٹو گے تو ہلاک ہو جاؤ گے۔</w:t>
      </w:r>
    </w:p>
    <w:p>
      <w:r>
        <w:rPr>
          <w:b/>
        </w:rPr>
        <w:t xml:space="preserve">[31:07] </w:t>
      </w:r>
      <w:r>
        <w:t>to bilashuba jo is se hatega woh halakat hi mein padega. to kaisi ajeeb baat hai ke insaan ke liye is hadith mein bataya gaya ke halakat se kis tarah woh apne aap ko bachaye.</w:t>
      </w:r>
    </w:p>
    <w:p>
      <w:pPr>
        <w:jc w:val="right"/>
      </w:pPr>
      <w:r>
        <w:t>تو بلاشبہ جو اس سے ہٹے گا وہ ہلاکت ہی میں پڑے گا۔ تو کیسی عجیب بات ہے کہ انسان کے لیے اس حدیث میں بتایا گیا کہ ہلاکت سے کس طرح وہ اپنے آپ کو بچائے۔</w:t>
      </w:r>
    </w:p>
    <w:p>
      <w:r>
        <w:rPr>
          <w:b/>
        </w:rPr>
        <w:t xml:space="preserve">[31:29] </w:t>
      </w:r>
      <w:r>
        <w:t>mein samajhta hoon ke bohat hi ziyada ahmiyat ke sath is hadith ko hamein lena chahiye.</w:t>
      </w:r>
    </w:p>
    <w:p>
      <w:pPr>
        <w:jc w:val="right"/>
      </w:pPr>
      <w:r>
        <w:t>میں سمجھتا ہوں کہ بہت ہی زیادہ اہمیت کے ساتھ اس حدیث کو ہمیں لینا چاہیے۔</w:t>
      </w:r>
    </w:p>
    <w:p>
      <w:r>
        <w:rPr>
          <w:b/>
        </w:rPr>
        <w:t xml:space="preserve">[31:38] </w:t>
      </w:r>
      <w:r>
        <w:t>ek bohat hi buniyadi usool-e-tafakkir ke taur par hamein is ko ikhtiyar karna chahiye.</w:t>
      </w:r>
    </w:p>
    <w:p>
      <w:pPr>
        <w:jc w:val="right"/>
      </w:pPr>
      <w:r>
        <w:t>ایک بہت ہی بنیادی اصول تفکیر کے طور پر ہمیں اس کو اختیار کرنا چاہیے۔</w:t>
      </w:r>
    </w:p>
    <w:p>
      <w:r>
        <w:rPr>
          <w:b/>
        </w:rPr>
        <w:t xml:space="preserve">[31:49] </w:t>
      </w:r>
      <w:r>
        <w:t>phir marifat haasil hogi. phir Allah ki discovery hogi. Allah ka realization hoga.</w:t>
      </w:r>
    </w:p>
    <w:p>
      <w:pPr>
        <w:jc w:val="right"/>
      </w:pPr>
      <w:r>
        <w:t>پھر معرفت حاصل ہوگی۔ پھر اللہ کی discovery ہوگی۔ اللہ کا realization ہوگا۔</w:t>
      </w:r>
    </w:p>
    <w:p>
      <w:r>
        <w:rPr>
          <w:b/>
        </w:rPr>
        <w:t xml:space="preserve">[32:02] </w:t>
      </w:r>
      <w:r>
        <w:t>Allah ki daryaft hogi. aur phir insaan</w:t>
      </w:r>
    </w:p>
    <w:p>
      <w:pPr>
        <w:jc w:val="right"/>
      </w:pPr>
      <w:r>
        <w:t>اللہ کی دریافت ہوگی۔ اور پھر انسان</w:t>
      </w:r>
    </w:p>
    <w:p>
      <w:r>
        <w:rPr>
          <w:b/>
        </w:rPr>
        <w:t xml:space="preserve">[32:09] </w:t>
      </w:r>
      <w:r>
        <w:t>ke andar woh personality develop karegi jis ko aarif billah kaha gaya hai. aarif billah yaani Allah ki marifat wali shakhsiyat.</w:t>
      </w:r>
    </w:p>
    <w:p>
      <w:pPr>
        <w:jc w:val="right"/>
      </w:pPr>
      <w:r>
        <w:t>کے اندر وہ personality develop کرے گی جس کو عارف باللہ کہا گیا ہے۔ عارف باللہ یعنی اللہ کی معرفت والی شخصیت۔</w:t>
      </w:r>
    </w:p>
    <w:p>
      <w:r>
        <w:rPr>
          <w:b/>
        </w:rPr>
        <w:t xml:space="preserve">[32:23] </w:t>
      </w:r>
      <w:r>
        <w:t>to kaisi ajeeb baat hai.</w:t>
      </w:r>
    </w:p>
    <w:p>
      <w:pPr>
        <w:jc w:val="right"/>
      </w:pPr>
      <w:r>
        <w:t>تو کیسی عجیب بات ہے۔</w:t>
      </w:r>
    </w:p>
    <w:p>
      <w:r>
        <w:rPr>
          <w:b/>
        </w:rPr>
        <w:t xml:space="preserve">[32:26] </w:t>
      </w:r>
      <w:r>
        <w:t>sahi tarz-e-fikr se hamare andar aur marifat wali shakhsiyat develop karegi. aur ghalat tarz-e-fikr se hum bhatak jayenge aur kuch bhi nahi milega.</w:t>
      </w:r>
    </w:p>
    <w:p>
      <w:pPr>
        <w:jc w:val="right"/>
      </w:pPr>
      <w:r>
        <w:t>صحیح طرز فکر سے ہمارے اندر اور معرفت والی شخصیت develop کرے گی۔ اور غلط طرز فکر سے ہم بھٹک جائیں گے اور کچھ بھی نہیں ملے گا۔</w:t>
      </w:r>
    </w:p>
    <w:p>
      <w:r>
        <w:rPr>
          <w:b/>
        </w:rPr>
        <w:t xml:space="preserve">[32:41] </w:t>
      </w:r>
      <w:r>
        <w:t>siwaye tabahi ke aur siwaye halakat ke. to meri dua hai ke Allah taala mujh ko aur aap ko tofeeq de ke hum is mamle mein sirat-e-mustaqeem par qaim rahen.</w:t>
      </w:r>
    </w:p>
    <w:p>
      <w:pPr>
        <w:jc w:val="right"/>
      </w:pPr>
      <w:r>
        <w:t>سوائے تباہی کے اور سوائے ہلاکت کے۔ تو میری دعا ہے کہ اللہ تعالیٰ مجھ کو اور آپ کو توفیق دے کہ ہم اس معاملے میں صراط مستقیم پر قائم رہیں۔</w:t>
      </w:r>
    </w:p>
    <w:p>
      <w:r>
        <w:rPr>
          <w:b/>
        </w:rPr>
        <w:t xml:space="preserve">[32:52] </w:t>
      </w:r>
      <w:r>
        <w:t>assalam o alaikum warahmatullah. is ko nikaliye</w:t>
      </w:r>
    </w:p>
    <w:p>
      <w:pPr>
        <w:jc w:val="right"/>
      </w:pPr>
      <w:r>
        <w:t>السلام علیکم ورحمۃ اللہ۔ اس کو نکالیے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