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 Secular History of Mankind July 9, 2006</w:t>
      </w:r>
    </w:p>
    <w:p>
      <w:r>
        <w:t>https://youtu.be/gyk_g1h-w34</w:t>
      </w:r>
    </w:p>
    <w:p>
      <w:r>
        <w:rPr>
          <w:b/>
        </w:rPr>
        <w:t xml:space="preserve">[00:41] </w:t>
      </w:r>
      <w:r>
        <w:t>aaj ka jo topic hai woh kuch naye qism ka hai,</w:t>
      </w:r>
    </w:p>
    <w:p>
      <w:pPr>
        <w:jc w:val="right"/>
      </w:pPr>
      <w:r>
        <w:t>آج کا جو ٹاپک ہے وہ کچھ نئے قسم کا ہے،</w:t>
      </w:r>
    </w:p>
    <w:p>
      <w:r>
        <w:rPr>
          <w:b/>
        </w:rPr>
        <w:t xml:space="preserve">[00:50] </w:t>
      </w:r>
      <w:r>
        <w:t>woh yeh hai:</w:t>
      </w:r>
    </w:p>
    <w:p>
      <w:pPr>
        <w:jc w:val="right"/>
      </w:pPr>
      <w:r>
        <w:t>وہ یہ ہے:</w:t>
      </w:r>
    </w:p>
    <w:p>
      <w:r>
        <w:rPr>
          <w:b/>
        </w:rPr>
        <w:t xml:space="preserve">[00:54] </w:t>
      </w:r>
      <w:r>
        <w:t>religio secular</w:t>
      </w:r>
    </w:p>
    <w:p>
      <w:pPr>
        <w:jc w:val="right"/>
      </w:pPr>
      <w:r>
        <w:t>ریلیجیو سیکولر</w:t>
      </w:r>
    </w:p>
    <w:p>
      <w:r>
        <w:rPr>
          <w:b/>
        </w:rPr>
        <w:t xml:space="preserve">[01:00] </w:t>
      </w:r>
      <w:r>
        <w:t>history of mankind. dekhiye, history ek bahut hi controversial subject hai,</w:t>
      </w:r>
    </w:p>
    <w:p>
      <w:pPr>
        <w:jc w:val="right"/>
      </w:pPr>
      <w:r>
        <w:t>ہسٹری آف مین کائنڈ۔ دیکھیں، ہسٹری ایک بہت ہی کنٹروورشل سبجیکٹ ہے،</w:t>
      </w:r>
    </w:p>
    <w:p>
      <w:r>
        <w:rPr>
          <w:b/>
        </w:rPr>
        <w:t xml:space="preserve">[01:10] </w:t>
      </w:r>
      <w:r>
        <w:t>yeh exact sciences ki tarah nahi hai.</w:t>
      </w:r>
    </w:p>
    <w:p>
      <w:pPr>
        <w:jc w:val="right"/>
      </w:pPr>
      <w:r>
        <w:t>یہ ایگزیکٹ سائنسز کی طرح نہیں ہے۔</w:t>
      </w:r>
    </w:p>
    <w:p>
      <w:r>
        <w:rPr>
          <w:b/>
        </w:rPr>
        <w:t xml:space="preserve">[01:15] </w:t>
      </w:r>
      <w:r>
        <w:t>mein samajhta hoon ke shayad koi bhi do student bilkul ek rai ke nahi hote, to</w:t>
      </w:r>
    </w:p>
    <w:p>
      <w:pPr>
        <w:jc w:val="right"/>
      </w:pPr>
      <w:r>
        <w:t>میں سمجھتا ہوں کہ شاید کوئی بھی دو ہی سٹوڈنٹ بالکل ایک رائے کے نہیں ہوتے، تو</w:t>
      </w:r>
    </w:p>
    <w:p>
      <w:r>
        <w:rPr>
          <w:b/>
        </w:rPr>
        <w:t xml:space="preserve">[01:25] </w:t>
      </w:r>
      <w:r>
        <w:t>is baat ko aap dhyan mein zaroor rakhein. Doosri baat yeh hai ke pehla sawal yeh hai ke what is history</w:t>
      </w:r>
    </w:p>
    <w:p>
      <w:pPr>
        <w:jc w:val="right"/>
      </w:pPr>
      <w:r>
        <w:t>اس بات کو آپ دھیان میں ضرور رکھیں۔ دوسری بات یہ ہے کہ پہلا سوال یہ ہے کہ واٹ از ہسٹری</w:t>
      </w:r>
    </w:p>
    <w:p>
      <w:r>
        <w:rPr>
          <w:b/>
        </w:rPr>
        <w:t xml:space="preserve">[01:34] </w:t>
      </w:r>
      <w:r>
        <w:t>? history ka definition jo diya jata hai,</w:t>
      </w:r>
    </w:p>
    <w:p>
      <w:pPr>
        <w:jc w:val="right"/>
      </w:pPr>
      <w:r>
        <w:t>؟ ہسٹری کا ڈیفینیشن جو دیا جاتا ہے،</w:t>
      </w:r>
    </w:p>
    <w:p>
      <w:r>
        <w:rPr>
          <w:b/>
        </w:rPr>
        <w:t xml:space="preserve">[01:39] </w:t>
      </w:r>
      <w:r>
        <w:t>generally usko mein apne word mein agar kahoon to woh yeh hai ke "a journey from man to civilization".</w:t>
      </w:r>
    </w:p>
    <w:p>
      <w:pPr>
        <w:jc w:val="right"/>
      </w:pPr>
      <w:r>
        <w:t>جنرلی اس کو میں اپنے ورڈ میں اگر کہوں تو وہ یہ ہے کہ "ا جرنی فرام مین ٹو سولائزیشن"۔</w:t>
      </w:r>
    </w:p>
    <w:p>
      <w:r>
        <w:rPr>
          <w:b/>
        </w:rPr>
        <w:t xml:space="preserve">[01:49] </w:t>
      </w:r>
      <w:r>
        <w:t>matlab yeh scholars ke wording nahi hai, lekin jo bhi definition di jati hai, usko maine sum up kiya to yahi banta hai ke history is a journey from man to civilization.</w:t>
      </w:r>
    </w:p>
    <w:p>
      <w:pPr>
        <w:jc w:val="right"/>
      </w:pPr>
      <w:r>
        <w:t>مطلب یہ سکالرز کے ورڈنگ نہیں ہے، لیکن جو بھی ڈیفینیشن دی جاتی ہے، اس کو میں نے سم اپ کیا تو یہی بنتا ہے کہ ہسٹری از ا جرنی فرام مین ٹو سولائزیشن۔</w:t>
      </w:r>
    </w:p>
    <w:p>
      <w:r>
        <w:rPr>
          <w:b/>
        </w:rPr>
        <w:t xml:space="preserve">[02:05] </w:t>
      </w:r>
      <w:r>
        <w:t>lekin mein samajhta hoon ke yeh ek superficial definition hai, yeh poori yeh definition poori baat ko cover nahi karta.</w:t>
      </w:r>
    </w:p>
    <w:p>
      <w:pPr>
        <w:jc w:val="right"/>
      </w:pPr>
      <w:r>
        <w:t>لیکن میں سمجھتا ہوں کہ یہ ایک سپر فلش ڈیفینیشن ہے، یہ پوری یہ ڈیفینیشن پوری بات کو کور نہیں کرتا۔</w:t>
      </w:r>
    </w:p>
    <w:p>
      <w:r>
        <w:rPr>
          <w:b/>
        </w:rPr>
        <w:t xml:space="preserve">[02:16] </w:t>
      </w:r>
      <w:r>
        <w:t>meri apni samajh se zyada sahi definition ya zyada comprehensive definition yeh hai ke history is a journey from man to God.</w:t>
      </w:r>
    </w:p>
    <w:p>
      <w:pPr>
        <w:jc w:val="right"/>
      </w:pPr>
      <w:r>
        <w:t>میری اپنی سمجھ سے زیادہ صحیح ڈیفینیشن یا زیادہ کمپرہنسیو ڈیفینیشن یہ ہے کہ ہسٹری از ا جرنی فرام مین ٹو گاڈ۔</w:t>
      </w:r>
    </w:p>
    <w:p>
      <w:r>
        <w:rPr>
          <w:b/>
        </w:rPr>
        <w:t xml:space="preserve">[02:32] </w:t>
      </w:r>
      <w:r>
        <w:t>history is a journey from man to ga</w:t>
      </w:r>
    </w:p>
    <w:p>
      <w:pPr>
        <w:jc w:val="right"/>
      </w:pPr>
      <w:r>
        <w:t>ہسٹری از ا جرنی فرام مین ٹو گا</w:t>
      </w:r>
    </w:p>
    <w:p>
      <w:r>
        <w:rPr>
          <w:b/>
        </w:rPr>
        <w:t xml:space="preserve">[02:34] </w:t>
      </w:r>
      <w:r>
        <w:t>d, kam az kam mein history ko isi sense mein leta hoon. To aaj maine yeh socha hai ke isi soch ke tehat mein history ke bare mein kuch kahoon,</w:t>
      </w:r>
    </w:p>
    <w:p>
      <w:pPr>
        <w:jc w:val="right"/>
      </w:pPr>
      <w:r>
        <w:t>ڈ، کم از کم میں ہسٹری کو اسی سینس میں لیتا ہوں۔ تو آج میں نے یہ سوچا ہے کہ اسی سوچ کے تحت میں ہسٹری کے بارے میں کچھ کہوں،</w:t>
      </w:r>
    </w:p>
    <w:p>
      <w:r>
        <w:rPr>
          <w:b/>
        </w:rPr>
        <w:t xml:space="preserve">[02:51] </w:t>
      </w:r>
      <w:r>
        <w:t>lekin zahir zahir hai ke mein jo kuch kahoon ga woh selective way mein hoga ke history to bohat hi bara subject hai.</w:t>
      </w:r>
    </w:p>
    <w:p>
      <w:pPr>
        <w:jc w:val="right"/>
      </w:pPr>
      <w:r>
        <w:t>لیکن ظاہر ظاہر ہے کہ میں جو کچھ کہوں گا وہ سلیکٹیو وے میں ہوگا کہ ہسٹری تو بہت ہی بڑا سبجیکٹ ہے۔</w:t>
      </w:r>
    </w:p>
    <w:p>
      <w:r>
        <w:rPr>
          <w:b/>
        </w:rPr>
        <w:t xml:space="preserve">[03:01] </w:t>
      </w:r>
      <w:r>
        <w:t>UNESCO ke under mein ek book tayyar ki gayi hai "History of Mankind", Arabic language mein iska translation hua hai "Tareekh al-Bashariya",</w:t>
      </w:r>
    </w:p>
    <w:p>
      <w:pPr>
        <w:jc w:val="right"/>
      </w:pPr>
      <w:r>
        <w:t>یونیسکو کے انڈر میں ایک بک تیار کی گئی ہے "ہسٹری آف مین کائنڈ"، عربک لینگویج میں اس کا ٹرانسیشن ہوا ہے "تاریخ البشریہ"،</w:t>
      </w:r>
    </w:p>
    <w:p>
      <w:r>
        <w:rPr>
          <w:b/>
        </w:rPr>
        <w:t xml:space="preserve">[03:15] </w:t>
      </w:r>
      <w:r>
        <w:t>woh 20 volume mein hai. To itna bara subject hai yeh,</w:t>
      </w:r>
    </w:p>
    <w:p>
      <w:pPr>
        <w:jc w:val="right"/>
      </w:pPr>
      <w:r>
        <w:t>وہ 20 والیوم میں ہے۔ تو اتنا بڑا سبجیکٹ ہے یہ،</w:t>
      </w:r>
    </w:p>
    <w:p>
      <w:r>
        <w:rPr>
          <w:b/>
        </w:rPr>
        <w:t xml:space="preserve">[03:22] </w:t>
      </w:r>
      <w:r>
        <w:t>to mein apne scheme ke mutabiq maine history ke 14 personalities ko select kiya hai.</w:t>
      </w:r>
    </w:p>
    <w:p>
      <w:pPr>
        <w:jc w:val="right"/>
      </w:pPr>
      <w:r>
        <w:t>تو میں اپنے اسکیم کے مطابق میں نے ہسٹری کے 14 پرسنیلٹیز کو سلیکٹ کیا ہے۔</w:t>
      </w:r>
    </w:p>
    <w:p>
      <w:r>
        <w:rPr>
          <w:b/>
        </w:rPr>
        <w:t xml:space="preserve">[03:33] </w:t>
      </w:r>
      <w:r>
        <w:t>maine 14, one four. To yeh yeh jo 14 personalities ko maine select kiya hai,</w:t>
      </w:r>
    </w:p>
    <w:p>
      <w:pPr>
        <w:jc w:val="right"/>
      </w:pPr>
      <w:r>
        <w:t>میں نے 14، ون فور۔ تو یہ یہ جو 14 پرسنیلٹیز کو میں نے سلیکٹ کیا ہے،</w:t>
      </w:r>
    </w:p>
    <w:p>
      <w:r>
        <w:rPr>
          <w:b/>
        </w:rPr>
        <w:t xml:space="preserve">[03:47] </w:t>
      </w:r>
      <w:r>
        <w:t>yeh yahi asal yahi kal nahi hai,</w:t>
      </w:r>
    </w:p>
    <w:p>
      <w:pPr>
        <w:jc w:val="right"/>
      </w:pPr>
      <w:r>
        <w:t>یہ یہی اصل یہی کل نہیں ہے،</w:t>
      </w:r>
    </w:p>
    <w:p>
      <w:r>
        <w:rPr>
          <w:b/>
        </w:rPr>
        <w:t xml:space="preserve">[03:50] </w:t>
      </w:r>
      <w:r>
        <w:t>yani inka jo role hai, iska matlab yeh nahi hai ke jo role mein inki taraf attribute karoon ga, akele unhone aisa kiya hai. Nahi, yeh hai symbolic tor par.</w:t>
      </w:r>
    </w:p>
    <w:p>
      <w:pPr>
        <w:jc w:val="right"/>
      </w:pPr>
      <w:r>
        <w:t>یعنی ان کا جو رول ہے، اس کا مطلب یہ نہیں ہے کہ جو رول میں ان کی طرف ایٹریبیوٹ کروں گا، اکیلے انہوں نے ایسا کیا ہے۔ نہیں، یہ ہے سمبالک طور پر۔</w:t>
      </w:r>
    </w:p>
    <w:p>
      <w:r>
        <w:rPr>
          <w:b/>
        </w:rPr>
        <w:t xml:space="preserve">[04:01] </w:t>
      </w:r>
      <w:r>
        <w:t>yeh naam symbolic naam hain, yani alamaati naam hain. Jo bhi naam is mein se mein loon ga, woh alamaati naam hoga. Iska matlab yeh nahi hoga ke wahi ek aadmi ne sara woh role kiya jo mein is ki taraf</w:t>
      </w:r>
    </w:p>
    <w:p>
      <w:pPr>
        <w:jc w:val="right"/>
      </w:pPr>
      <w:r>
        <w:t>یہ نام سمبالک نام ہیں، یعنی علامتی نام ہیں۔ جو بھی نام اس میں سے میں لوں گا، وہ علامتی نام ہوگا۔ اس کا مطلب یہ نہیں ہوگا کہ وہی ایک آدمی نے سارا وہ رول کیا جو میں اس کی طرف</w:t>
      </w:r>
    </w:p>
    <w:p>
      <w:r>
        <w:rPr>
          <w:b/>
        </w:rPr>
        <w:t xml:space="preserve">[04:18] </w:t>
      </w:r>
      <w:r>
        <w:t>mansoob kar raha hoon.</w:t>
      </w:r>
    </w:p>
    <w:p>
      <w:pPr>
        <w:jc w:val="right"/>
      </w:pPr>
      <w:r>
        <w:t>منسوب کر رہا ہوں۔</w:t>
      </w:r>
    </w:p>
    <w:p>
      <w:r>
        <w:rPr>
          <w:b/>
        </w:rPr>
        <w:t xml:space="preserve">[04:22] </w:t>
      </w:r>
      <w:r>
        <w:t>to</w:t>
      </w:r>
    </w:p>
    <w:p>
      <w:pPr>
        <w:jc w:val="right"/>
      </w:pPr>
      <w:r>
        <w:t>تو</w:t>
      </w:r>
    </w:p>
    <w:p>
      <w:r>
        <w:rPr>
          <w:b/>
        </w:rPr>
        <w:t xml:space="preserve">[04:27] </w:t>
      </w:r>
      <w:r>
        <w:t>sab se pehla insan jo sab log mante hain, woh tha Adam, Adam. Yeh Adam ya Adam kab paida hue, kab zameen par settle hue,</w:t>
      </w:r>
    </w:p>
    <w:p>
      <w:pPr>
        <w:jc w:val="right"/>
      </w:pPr>
      <w:r>
        <w:t>سب سے پہلا انسان جو سب لوگ مانتے ہیں، وہ تھا آدم، ایڈم۔ یہ ایڈم یا آدم کب پیدا ہوئے، کب زمین پر سیٹل ہوئے،</w:t>
      </w:r>
    </w:p>
    <w:p>
      <w:r>
        <w:rPr>
          <w:b/>
        </w:rPr>
        <w:t xml:space="preserve">[04:41] </w:t>
      </w:r>
      <w:r>
        <w:t>is ke bare mein koi bhi history kisi ko nahi maloom.</w:t>
      </w:r>
    </w:p>
    <w:p>
      <w:pPr>
        <w:jc w:val="right"/>
      </w:pPr>
      <w:r>
        <w:t>اس کے بارے میں کوئی بھی ہسٹری کسی کو نہیں معلوم۔</w:t>
      </w:r>
    </w:p>
    <w:p>
      <w:r>
        <w:rPr>
          <w:b/>
        </w:rPr>
        <w:t xml:space="preserve">[04:46] </w:t>
      </w:r>
      <w:r>
        <w:t>jo scriptures hain, Quran aur Bible, un mein Adam ki story maujood hai, lekin un mein koi history is ki nahi batayi gayi hai.</w:t>
      </w:r>
    </w:p>
    <w:p>
      <w:pPr>
        <w:jc w:val="right"/>
      </w:pPr>
      <w:r>
        <w:t>جو اسکرپچرز ہیں، قرآن اور بائبل، ان میں آدم کی سٹوری موجود ہے، لیکن ان میں کوئی ہسٹری اس کی نہیں بتائی گئی ہے۔</w:t>
      </w:r>
    </w:p>
    <w:p>
      <w:r>
        <w:rPr>
          <w:b/>
        </w:rPr>
        <w:t xml:space="preserve">[04:59] </w:t>
      </w:r>
      <w:r>
        <w:t>evolution theory ke mutabiq insan lakhon saal pehle zameen par bana, lekin mein evolution theory ko nahi manta.</w:t>
      </w:r>
    </w:p>
    <w:p>
      <w:pPr>
        <w:jc w:val="right"/>
      </w:pPr>
      <w:r>
        <w:t>ایولوشن تھیوری کے مطابق انسان لاکھوں سال پہلے زمین پر بنا، لیکن میں ایولوشن تھیوری کو نہیں مانتا۔</w:t>
      </w:r>
    </w:p>
    <w:p>
      <w:r>
        <w:rPr>
          <w:b/>
        </w:rPr>
        <w:t xml:space="preserve">[05:13] </w:t>
      </w:r>
      <w:r>
        <w:t>dekhein, evolution theory jo jo baat yani jo aag jis ko kehte hain organic revolution ya biological revolution, woh to mere nazdeek bilkul yani ek woh hai, ek supposition hai.</w:t>
      </w:r>
    </w:p>
    <w:p>
      <w:pPr>
        <w:jc w:val="right"/>
      </w:pPr>
      <w:r>
        <w:t>دیکھیں، ایولوشن تھیوری جو جو بات یعنی جو آگ جس کو کہتے ہیں ارگینک ریولوشن یا بائیولوجیکل ریولوشن، وہ تو میرے نزدیک بالکل یعنی ایک وہ ہے، ایک سپوزیشن ہے۔</w:t>
      </w:r>
    </w:p>
    <w:p>
      <w:r>
        <w:rPr>
          <w:b/>
        </w:rPr>
        <w:t xml:space="preserve">[05:32] </w:t>
      </w:r>
      <w:r>
        <w:t>is ka koi proof, scientific proof nahi hai. lekin aik aur dhang ka evolution mein is ko manta hoon, woh hai gradual evolution.</w:t>
      </w:r>
    </w:p>
    <w:p>
      <w:pPr>
        <w:jc w:val="right"/>
      </w:pPr>
      <w:r>
        <w:t>اس کا کوئی پروف، سائنٹیفک پروف نہیں ہے۔ لیکن ایک اور ڈھنگ کا ایولوشن میں اس کو مانتا ہوں، وہ ہے گریجول ایولوشن۔</w:t>
      </w:r>
    </w:p>
    <w:p>
      <w:r>
        <w:rPr>
          <w:b/>
        </w:rPr>
        <w:t xml:space="preserve">[05:42] </w:t>
      </w:r>
      <w:r>
        <w:t>yani yeh zameen jo hamari hai, pehle yeh bilkul hot planet thi, phir yahan par</w:t>
      </w:r>
    </w:p>
    <w:p>
      <w:pPr>
        <w:jc w:val="right"/>
      </w:pPr>
      <w:r>
        <w:t>یعنی یہ زمین جو ہماری ہے، پہلے یہ بالکل ہاٹ پلینٹ تھی، پھر یہاں پر</w:t>
      </w:r>
    </w:p>
    <w:p>
      <w:r>
        <w:rPr>
          <w:b/>
        </w:rPr>
        <w:t xml:space="preserve">[05:54] </w:t>
      </w:r>
      <w:r>
        <w:t>pani aya, phir yahan par plant ho gaye, phir yahan par animal aye, aur last mein yahan par insan aya.</w:t>
      </w:r>
    </w:p>
    <w:p>
      <w:pPr>
        <w:jc w:val="right"/>
      </w:pPr>
      <w:r>
        <w:t>پانی آیا، پھر یہاں پر پلانٹ ہو گئے، پھر یہاں پر اینیمل آئے، اور لاسٹ میں یہاں پر انسان آیا۔</w:t>
      </w:r>
    </w:p>
    <w:p>
      <w:r>
        <w:rPr>
          <w:b/>
        </w:rPr>
        <w:t xml:space="preserve">[06:08] </w:t>
      </w:r>
      <w:r>
        <w:t>to yeh hai</w:t>
      </w:r>
    </w:p>
    <w:p>
      <w:pPr>
        <w:jc w:val="right"/>
      </w:pPr>
      <w:r>
        <w:t>تو یہ ہے</w:t>
      </w:r>
    </w:p>
    <w:p>
      <w:r>
        <w:rPr>
          <w:b/>
        </w:rPr>
        <w:t xml:space="preserve">[06:14] </w:t>
      </w:r>
      <w:r>
        <w:t>gradual process, yani aik ke baad doosra. is ka matlab nahi ke aik mein se doosra nikla, nahi, aik ke baad aik. yani yeh yeh periodical evolution tha, yeh to is ko main manta hoon.</w:t>
      </w:r>
    </w:p>
    <w:p>
      <w:pPr>
        <w:jc w:val="right"/>
      </w:pPr>
      <w:r>
        <w:t>گریجول پراسیس، یعنی ایک کے بعد دوسرا۔ اس کا مطلب نہیں کہ ایک میں سے دوسرا نکلا، نہیں، ایک کے بعد ایک۔ یعنی یہ یہ پیریڈیکل ایولوشن تھا، یہ تو اس کو میں مانتا ہوں۔</w:t>
      </w:r>
    </w:p>
    <w:p>
      <w:r>
        <w:rPr>
          <w:b/>
        </w:rPr>
        <w:t xml:space="preserve">[06:29] </w:t>
      </w:r>
      <w:r>
        <w:t>to Adam jo hai, hamari history jo hai, woh bohat se bohat 25 thousand saal peechay tak jati hai.</w:t>
      </w:r>
    </w:p>
    <w:p>
      <w:pPr>
        <w:jc w:val="right"/>
      </w:pPr>
      <w:r>
        <w:t>تو آدم جو ہے، ہماری ہسٹری جو ہے، وہ بہت سے بہت 25 تھا پیچھے تک جاتی ہے۔</w:t>
      </w:r>
    </w:p>
    <w:p>
      <w:r>
        <w:rPr>
          <w:b/>
        </w:rPr>
        <w:t xml:space="preserve">[06:38] </w:t>
      </w:r>
      <w:r>
        <w:t>is ke baad koi record hamare paas nahi hai history ka. to agar hum yeh manen, aik suppose karen, to shayad Adam zameen par 25 thousand years peechay aaye hon, lekin certainty ke sath hum kuch nahi kar sakte.</w:t>
      </w:r>
    </w:p>
    <w:p>
      <w:pPr>
        <w:jc w:val="right"/>
      </w:pPr>
      <w:r>
        <w:t>اس کے بعد کوئی ریکارڈ ہمارے پاس نہیں ہے ہسٹری کا۔ تو اگر ہم یہ مانیں، ایک سپوز کریں، تو شاید آدم زمین پر 25 ایئرز پہلے آئے ہوں، لیکن سرٹینٹی کے ساتھ ہم کچھ نہیں کر سکتے۔</w:t>
      </w:r>
    </w:p>
    <w:p>
      <w:r>
        <w:rPr>
          <w:b/>
        </w:rPr>
        <w:t xml:space="preserve">[06:56] </w:t>
      </w:r>
      <w:r>
        <w:t>Adam ka jo qissa aya hai bible mein aur quran mein, do hi source hain is ke Adam ke qissay ke: bible aur quran.</w:t>
      </w:r>
    </w:p>
    <w:p>
      <w:pPr>
        <w:jc w:val="right"/>
      </w:pPr>
      <w:r>
        <w:t>آدم کا جو قصہ آیا ہے بائبل میں اور قرآن میں، دو ہی سورس ہیں اس کے آدم کے قصے کے: بائبل اور قرآن۔</w:t>
      </w:r>
    </w:p>
    <w:p>
      <w:r>
        <w:rPr>
          <w:b/>
        </w:rPr>
        <w:t xml:space="preserve">[07:05] </w:t>
      </w:r>
      <w:r>
        <w:t>to</w:t>
      </w:r>
    </w:p>
    <w:p>
      <w:pPr>
        <w:jc w:val="right"/>
      </w:pPr>
      <w:r>
        <w:t>تو</w:t>
      </w:r>
    </w:p>
    <w:p>
      <w:r>
        <w:rPr>
          <w:b/>
        </w:rPr>
        <w:t xml:space="preserve">[07:06] </w:t>
      </w:r>
      <w:r>
        <w:t>aap jante hain ke is mein kai baatein hain, kai aspects hain. is waqt mein sirf aik cheez loon ga, woh yeh hai ke quran aur bible dono mein yeh bataya gaya hai ke Khuda ne jab Adam ko zameen par basaya to yeh kaha ke "la taqrabu al-shajar", yani is peed ke paas tum na jana, is ka phal na khana.</w:t>
      </w:r>
    </w:p>
    <w:p>
      <w:pPr>
        <w:jc w:val="right"/>
      </w:pPr>
      <w:r>
        <w:t>آپ جانتے ہیں کہ اس میں کئی باتیں ہیں، کئی اسپیکٹ ہیں۔ اس وقت میں صرف ایک چیز لوں گا، وہ یہ ہے کہ قرآن اور بائبل دونوں میں یہ بتایا گیا ہے کہ خدا نے جب آدم کو زمین پر بسایا تو یہ کہا کہ "لا تقرب الشجر"، یعنی اس پیڑ کے پاس تم نہ جانا، اس کا پھل نہ کھانا۔</w:t>
      </w:r>
    </w:p>
    <w:p>
      <w:r>
        <w:rPr>
          <w:b/>
        </w:rPr>
        <w:t xml:space="preserve">[07:33] </w:t>
      </w:r>
      <w:r>
        <w:t>is ko kehte hain "forbidden tree". forbidden tree to jahan unhein basaya gaya tha, wahan garden thay, phal walay peed thay,</w:t>
      </w:r>
    </w:p>
    <w:p>
      <w:pPr>
        <w:jc w:val="right"/>
      </w:pPr>
      <w:r>
        <w:t>اس کو کہتے ہیں "فاربیڈن ٹری"۔ فاربیڈن ٹری تو جہاں انہیں بسایا گیا تھا، وہاں گارڈن تھے، پھل والے پیڑ تھے،</w:t>
      </w:r>
    </w:p>
    <w:p>
      <w:r>
        <w:rPr>
          <w:b/>
        </w:rPr>
        <w:t xml:space="preserve">[07:48] </w:t>
      </w:r>
      <w:r>
        <w:t>bohat kuch tha khane peene ke liye, lekin aik forbidden tree tha. is ke liye keh diya gaya ke yahan par is ko touch mat karna, forbidden tree ko touch mat karna.</w:t>
      </w:r>
    </w:p>
    <w:p>
      <w:pPr>
        <w:jc w:val="right"/>
      </w:pPr>
      <w:r>
        <w:t>بہت کچھ تھا کھانے پینے کے لیے، لیکن ایک فاربیڈن ٹری تھا۔ اس کے لیے کہہ دیا گیا کہ یہاں پر اس کو ٹچ مت کرنا، فاربیڈن ٹری کو ٹچ مت کرنا۔</w:t>
      </w:r>
    </w:p>
    <w:p>
      <w:r>
        <w:rPr>
          <w:b/>
        </w:rPr>
        <w:t xml:space="preserve">[07:59] </w:t>
      </w:r>
      <w:r>
        <w:t>agar touch karoge to tumhara sara mamla bigar jayega.</w:t>
      </w:r>
    </w:p>
    <w:p>
      <w:pPr>
        <w:jc w:val="right"/>
      </w:pPr>
      <w:r>
        <w:t>اگر ٹچ کرو گے تو تمہارا سارا معاملہ بگڑ جائے گا۔</w:t>
      </w:r>
    </w:p>
    <w:p>
      <w:r>
        <w:rPr>
          <w:b/>
        </w:rPr>
        <w:t xml:space="preserve">[08:05] </w:t>
      </w:r>
      <w:r>
        <w:t>to main samajhta hoon ke yeh Khuda ne bataya ke insan ko zameen par jo settle kiya gaya hai, to is ke success ka daromadar kis cheez par hoga,</w:t>
      </w:r>
    </w:p>
    <w:p>
      <w:pPr>
        <w:jc w:val="right"/>
      </w:pPr>
      <w:r>
        <w:t>تو میں سمجھتا ہوں کہ یہ خدا نے بتایا کہ انسان کو زمین پر جو سیٹل کیا گیا ہے، تو اس کے سکسیس کا دارومدار کس چیز پر ہوگا،</w:t>
      </w:r>
    </w:p>
    <w:p>
      <w:r>
        <w:rPr>
          <w:b/>
        </w:rPr>
        <w:t xml:space="preserve">[08:21] </w:t>
      </w:r>
      <w:r>
        <w:t>kis cheez pe is ki success depend karegi. to main samajhta hoon ke is ka matlab yeh hai ke kuch limitations Khuda ne bana di hain, is limit ko cross na karna.</w:t>
      </w:r>
    </w:p>
    <w:p>
      <w:pPr>
        <w:jc w:val="right"/>
      </w:pPr>
      <w:r>
        <w:t>کس چیز پہ اس کی سکسیس ڈیپینڈ کرے گی۔ تو میں سمجھتا ہوں کہ اس کا مطلب یہ ہے کہ کچھ لیمیٹیشنز خدا نے بنا دی ہیں، اس لیمٹ کو کراس نہ کرنا۔</w:t>
      </w:r>
    </w:p>
    <w:p>
      <w:r>
        <w:rPr>
          <w:b/>
        </w:rPr>
        <w:t xml:space="preserve">[08:35] </w:t>
      </w:r>
      <w:r>
        <w:t>to forbidden tree jo tha, yani symbolic sense mein, woh aik had ko bata raha tha, limit ko bata raha tha. yeh baat hadith mein in in alfaz mein ayi hai ke "wa hadda hududan fala ta'taduha", yani God has set some limitations,</w:t>
      </w:r>
    </w:p>
    <w:p>
      <w:pPr>
        <w:jc w:val="right"/>
      </w:pPr>
      <w:r>
        <w:t>تو فاربیڈن ٹری جو تھا، یعنی سمبالک سینس میں، وہ ایک حد کو بتا رہا تھا، لیمٹ کو بتا رہا تھا۔ یہ بات حدیث میں ان ان शब्दوں میں آئی ہے کہ "وحد حدودا فلا تعتدوہا"، یعنی گاڈ ہیز سیٹ سم لیمیٹیشنز،</w:t>
      </w:r>
    </w:p>
    <w:p>
      <w:r>
        <w:rPr>
          <w:b/>
        </w:rPr>
        <w:t xml:space="preserve">[08:57] </w:t>
      </w:r>
      <w:r>
        <w:t>so don't cross these limitations.</w:t>
      </w:r>
    </w:p>
    <w:p>
      <w:pPr>
        <w:jc w:val="right"/>
      </w:pPr>
      <w:r>
        <w:t>سو ڈونٹ کراس دیز لیمیٹیشنز۔</w:t>
      </w:r>
    </w:p>
    <w:p>
      <w:r>
        <w:rPr>
          <w:b/>
        </w:rPr>
        <w:t xml:space="preserve">[09:02] </w:t>
      </w:r>
      <w:r>
        <w:t>Khuda ne kuch limit bana di hai, kuch had bana di hai, is had ko tumhein cross nahi karna hai. woh had kya hai? har mamle mein hamesha dekhiye,</w:t>
      </w:r>
    </w:p>
    <w:p>
      <w:pPr>
        <w:jc w:val="right"/>
      </w:pPr>
      <w:r>
        <w:t>خدا نے کچھ لیمٹ بنا دی ہے، کچھ حد بنا دی ہے، اس حد کو تمہیں کراس نہیں کرنا ہے۔ وہ حد کیا ہے؟ ہر معاملے میں ہمیشہ دیکھیے،</w:t>
      </w:r>
    </w:p>
    <w:p>
      <w:r>
        <w:rPr>
          <w:b/>
        </w:rPr>
        <w:t xml:space="preserve">[09:14] </w:t>
      </w:r>
      <w:r>
        <w:t>do option hotay hain hamesha. maslan aurat mard kaise rahen?</w:t>
      </w:r>
    </w:p>
    <w:p>
      <w:pPr>
        <w:jc w:val="right"/>
      </w:pPr>
      <w:r>
        <w:t>دو آپشن ہوتے ہیں ہمیشہ۔ مثلاً عورت مرد کیسے رہیں؟</w:t>
      </w:r>
    </w:p>
    <w:p>
      <w:r>
        <w:rPr>
          <w:b/>
        </w:rPr>
        <w:t xml:space="preserve">[09:24] </w:t>
      </w:r>
      <w:r>
        <w:t>to aik hai married life aur aik hai permissive life.</w:t>
      </w:r>
    </w:p>
    <w:p>
      <w:pPr>
        <w:jc w:val="right"/>
      </w:pPr>
      <w:r>
        <w:t>تو ایک ہے میریڈ لائف اور ایک ہے پرمیسیو لائف۔</w:t>
      </w:r>
    </w:p>
    <w:p>
      <w:r>
        <w:rPr>
          <w:b/>
        </w:rPr>
        <w:t xml:space="preserve">[09:30] </w:t>
      </w:r>
      <w:r>
        <w:t>to married life jo hai, woh Khuda ki scheme ke mutabiq hai, aur without marriage agar saat log rehne lagen to woh Khuda ki scheme ke khilaf khilaf ho jayega.</w:t>
      </w:r>
    </w:p>
    <w:p>
      <w:pPr>
        <w:jc w:val="right"/>
      </w:pPr>
      <w:r>
        <w:t>تو میریڈ لائف جو ہے، وہ خدا کی اسکیم کے مطابق ہے، اور ودا آؤٹ میرج اگر سات لوگ رہنے لگیں تو وہ خدا کی اسکیم کے خلاف خلاف ہو جائے گا۔</w:t>
      </w:r>
    </w:p>
    <w:p>
      <w:r>
        <w:rPr>
          <w:b/>
        </w:rPr>
        <w:t xml:space="preserve">[09:40] </w:t>
      </w:r>
      <w:r>
        <w:t>to woh limit ko cross karenge aisay log. isi tarah se aap kisi insan ko</w:t>
      </w:r>
    </w:p>
    <w:p>
      <w:pPr>
        <w:jc w:val="right"/>
      </w:pPr>
      <w:r>
        <w:t>تو وہ لیمٹ کو کراس کریں گے ایسے لوگ۔ اسی طرح سے آپ کسی انسان کو</w:t>
      </w:r>
    </w:p>
    <w:p>
      <w:r>
        <w:rPr>
          <w:b/>
        </w:rPr>
        <w:t xml:space="preserve">[09:51] </w:t>
      </w:r>
      <w:r>
        <w:t>zindagi to de sakte hain, magar us ko maut nahi de sakte.</w:t>
      </w:r>
    </w:p>
    <w:p>
      <w:pPr>
        <w:jc w:val="right"/>
      </w:pPr>
      <w:r>
        <w:t>زندگی تو دے سکتے ہیں، مگر اس کو موت نہیں دے سکتے۔</w:t>
      </w:r>
    </w:p>
    <w:p>
      <w:r>
        <w:rPr>
          <w:b/>
        </w:rPr>
        <w:t xml:space="preserve">[09:55] </w:t>
      </w:r>
      <w:r>
        <w:t>jaise ke Adam ke bete Habil aur Qabil ne controversy hui, aik ne doosre ko maar dala, yani jaan se maar dala.</w:t>
      </w:r>
    </w:p>
    <w:p>
      <w:pPr>
        <w:jc w:val="right"/>
      </w:pPr>
      <w:r>
        <w:t>جیسے کہ آدم کے بیٹے ہابیل اور قابیل نے کنٹروورسی ہوئی، ایک نے دوسرے کو مار ڈالا، یعنی جان سے مار ڈالا۔</w:t>
      </w:r>
    </w:p>
    <w:p>
      <w:r>
        <w:rPr>
          <w:b/>
        </w:rPr>
        <w:t xml:space="preserve">[10:07] </w:t>
      </w:r>
      <w:r>
        <w:t>to is ke baad Khuda ne yeh principle utara ke</w:t>
      </w:r>
    </w:p>
    <w:p>
      <w:pPr>
        <w:jc w:val="right"/>
      </w:pPr>
      <w:r>
        <w:t>تو اس کے بعد خدا نے یہ پرنسپل اتارا کہ</w:t>
      </w:r>
    </w:p>
    <w:p>
      <w:r>
        <w:rPr>
          <w:b/>
        </w:rPr>
        <w:t xml:space="preserve">[10:17] </w:t>
      </w:r>
      <w:r>
        <w:t>من قتل نفس بغیر نفس وفساد فکانما قتل الناس جمیعا</w:t>
      </w:r>
    </w:p>
    <w:p>
      <w:pPr>
        <w:jc w:val="right"/>
      </w:pPr>
      <w:r>
        <w:t>من قتل نفس بغیر نفس وفساد فکانما قتل الناس جمیعا</w:t>
      </w:r>
    </w:p>
    <w:p>
      <w:r>
        <w:rPr>
          <w:b/>
        </w:rPr>
        <w:t xml:space="preserve">[10:25] </w:t>
      </w:r>
      <w:r>
        <w:t>koi aadmi agar ek aadmi ko maar dale to goya ke us ne sare hi insano ko maar dala.</w:t>
      </w:r>
    </w:p>
    <w:p>
      <w:pPr>
        <w:jc w:val="right"/>
      </w:pPr>
      <w:r>
        <w:t>کوئی آدمی اگر ایک آدمی کو مار ڈالے تو گویا کہ اس نے سارے ہی انسانوں کو مار ڈالا۔</w:t>
      </w:r>
    </w:p>
    <w:p>
      <w:r>
        <w:rPr>
          <w:b/>
        </w:rPr>
        <w:t xml:space="preserve">[10:35] </w:t>
      </w:r>
      <w:r>
        <w:t>yeh bataya khuda ne. to is ka matlab yeh bhi aap le sakte hain ke insaan is dunya mein peace ke sath reh sakta hai, lekin violence ke sath nahi reh sakta.</w:t>
      </w:r>
    </w:p>
    <w:p>
      <w:pPr>
        <w:jc w:val="right"/>
      </w:pPr>
      <w:r>
        <w:t>یہ بتایا خدا نے۔ تو اس کا مطلب یہ بھی آپ لے سکتے ہیں کہ انسان اس دنیا میں پیس کے ساتھ رہ سکتا ہے، لیکن وائیلنس کے ساتھ نہیں رہ سکتا۔</w:t>
      </w:r>
    </w:p>
    <w:p>
      <w:r>
        <w:rPr>
          <w:b/>
        </w:rPr>
        <w:t xml:space="preserve">[10:48] </w:t>
      </w:r>
      <w:r>
        <w:t>agar is ne violence ke sath rehna chaha to woh khuda ki limit ko cross kare ga, aur khuda ki qarz use hogi, khuda ki punishment us ko mile gi.</w:t>
      </w:r>
    </w:p>
    <w:p>
      <w:pPr>
        <w:jc w:val="right"/>
      </w:pPr>
      <w:r>
        <w:t>اگر اس نے وائیلنس کے ساتھ رہنا چاہا تو وہ خدا کی لیمٹ کو کراس کرے گا، اور خدا کی قرض اسے ہوگی، خدا کی پنشمنٹ اس کو ملے گی۔</w:t>
      </w:r>
    </w:p>
    <w:p>
      <w:r>
        <w:rPr>
          <w:b/>
        </w:rPr>
        <w:t xml:space="preserve">[10:59] </w:t>
      </w:r>
      <w:r>
        <w:t>to hamara option peace ho sakta hai, hamara option violence nahi ho sakta, hamara option sach ho sakta hai, hamara option jhoot nahi ho sakta, hamara option honesty ho sakta hai, hamara option dishonesty nahi ho sakta hai.</w:t>
      </w:r>
    </w:p>
    <w:p>
      <w:pPr>
        <w:jc w:val="right"/>
      </w:pPr>
      <w:r>
        <w:t>تو ہمارا آپشن پیس ہو سکتا ہے، ہمارا آپشن وائیلنس نہیں ہو سکتا، ہمارا آپشن سچ ہو سکتا ہے، ہمارا آپشن جھوٹ نہیں ہو سکتا، ہمارا آپشن اونسٹی ہو سکتا ہے، ہمارا آپشن ڈس اونسٹی نہیں ہو سکتا ہے۔</w:t>
      </w:r>
    </w:p>
    <w:p>
      <w:r>
        <w:rPr>
          <w:b/>
        </w:rPr>
        <w:t xml:space="preserve">[11:16] </w:t>
      </w:r>
      <w:r>
        <w:t>to hamesha aadmi do options ke beech mein rehta hai. to ek hai forbidden tree, ek woh tree jo forbid nahi kiya gaya hai.</w:t>
      </w:r>
    </w:p>
    <w:p>
      <w:pPr>
        <w:jc w:val="right"/>
      </w:pPr>
      <w:r>
        <w:t>تو ہمیشہ آدمی دو آپشنز کے بیچ میں رہتا ہے۔ تو ایک ہے فاربیڈن ٹری، ایک وہ ٹری جو فاربیڈ نہیں کیا گیا ہے۔</w:t>
      </w:r>
    </w:p>
    <w:p>
      <w:r>
        <w:rPr>
          <w:b/>
        </w:rPr>
        <w:t xml:space="preserve">[11:27] </w:t>
      </w:r>
      <w:r>
        <w:t>yeh do option hamesha hain. to aap is pear ka phal kha sakte hain jo forbid nahi kiya gaya hai, lekin forbidden tree ka phal nahi kha sakte.</w:t>
      </w:r>
    </w:p>
    <w:p>
      <w:pPr>
        <w:jc w:val="right"/>
      </w:pPr>
      <w:r>
        <w:t>یہ دو آپشن ہمیشہ ہیں۔ تو آپ اس پیڑ کا پھل کھا سکتے ہیں جو فاربیڈ نہیں کیا گیا ہے، لیکن فاربیڈن ٹری کا پھل نہیں کھا سکتے۔</w:t>
      </w:r>
    </w:p>
    <w:p>
      <w:r>
        <w:rPr>
          <w:b/>
        </w:rPr>
        <w:t xml:space="preserve">[11:36] </w:t>
      </w:r>
      <w:r>
        <w:t>aap yeh zindagi ke sare hi mamlat mein aisa hota hai, koi bhi aisi cheez nahi hai ke jahan yeh cheez junti na ho.</w:t>
      </w:r>
    </w:p>
    <w:p>
      <w:pPr>
        <w:jc w:val="right"/>
      </w:pPr>
      <w:r>
        <w:t>آپ یہ زندگی کے سارے ہی معاملات میں ایسا ہوتا ہے، کوئی بھی ایسی چیز نہیں ہے کہ جہاں یہ چیز جڑتی نہ ہو۔</w:t>
      </w:r>
    </w:p>
    <w:p>
      <w:r>
        <w:rPr>
          <w:b/>
        </w:rPr>
        <w:t xml:space="preserve">[11:48] </w:t>
      </w:r>
      <w:r>
        <w:t>misalan aap ke paros mein koi hai to aap apne parosi ke liye problem creator nahi ban sakte. aap ko do option hain: ek to no problem parosi ban kar rehna,</w:t>
      </w:r>
    </w:p>
    <w:p>
      <w:pPr>
        <w:jc w:val="right"/>
      </w:pPr>
      <w:r>
        <w:t>مثلاً آپ کے پڑوس میں کوئی ہے تو آپ اپنے پڑوسی کے لیے پرابلم کریٹر نہیں بن سکتے۔ آپ کو دو آپشن ہیں: ایک تو نو پرابلم پڑوسی بن کر رہنا،</w:t>
      </w:r>
    </w:p>
    <w:p>
      <w:r>
        <w:rPr>
          <w:b/>
        </w:rPr>
        <w:t xml:space="preserve">[12:03] </w:t>
      </w:r>
      <w:r>
        <w:t>ek hai problem create kar ke rehna. to aap ko yeh option nahi hai ke aap problem create karen. jaise hamare dilli ki sadkon par log gari daudate hain, har waqt horn bajate rehte hain.</w:t>
      </w:r>
    </w:p>
    <w:p>
      <w:pPr>
        <w:jc w:val="right"/>
      </w:pPr>
      <w:r>
        <w:t>ایک ہے پرابلم کریٹ کر کے رہنا۔ تو آپ کو یہ آپشن نہیں ہے کہ آپ پرابلم کریٹ کریں۔ جیسے ہمارے دلی کی سڑکوں پر لوگ گاڑی دوڑاتے ہیں، ہر وقت ہار بجاتے رہتے ہیں۔</w:t>
      </w:r>
    </w:p>
    <w:p>
      <w:r>
        <w:rPr>
          <w:b/>
        </w:rPr>
        <w:t xml:space="preserve">[12:18] </w:t>
      </w:r>
      <w:r>
        <w:t>to bina horn bajaye option hai aap ko ke aap road par apni car chalayen, lekin option yeh nahi hai aap ko ke noise pollution paida kar ke phir aap apni car sadak par daudayen.</w:t>
      </w:r>
    </w:p>
    <w:p>
      <w:pPr>
        <w:jc w:val="right"/>
      </w:pPr>
      <w:r>
        <w:t>تو بنا ہار بجائے ہوئے آپشن ہے آپ کو کہ آپ روڈ پر اپنی کار چلائیں، لیکن آپشن یہ نہیں ہے آپ کو کہ نوائز پولیوشن پیدا کر کے پھر آپ اپنی کار سڑک پر دوڑائیں۔</w:t>
      </w:r>
    </w:p>
    <w:p>
      <w:r>
        <w:rPr>
          <w:b/>
        </w:rPr>
        <w:t xml:space="preserve">[12:35] </w:t>
      </w:r>
      <w:r>
        <w:t>to koi bhi cheez aap dijiye, har mamle mein do option rehta hai hamesha. to forbidden tree ek ek symbol symbol tha</w:t>
      </w:r>
    </w:p>
    <w:p>
      <w:pPr>
        <w:jc w:val="right"/>
      </w:pPr>
      <w:r>
        <w:t>تو کوئی بھی چیز آپ دیجیے، ہر معاملے میں دو آپشن رہتا ہے ہمیشہ۔ تو فاربیڈن ٹری ایک ایک سمبال سمبل تھا</w:t>
      </w:r>
    </w:p>
    <w:p>
      <w:r>
        <w:rPr>
          <w:b/>
        </w:rPr>
        <w:t xml:space="preserve">[12:45] </w:t>
      </w:r>
      <w:r>
        <w:t>is baat ka ke do qism ke tree is dunya mein rahen ge: ek hai jis ko jise rok diya gaya hai, ek woh jise nahi roka gaya hai.</w:t>
      </w:r>
    </w:p>
    <w:p>
      <w:pPr>
        <w:jc w:val="right"/>
      </w:pPr>
      <w:r>
        <w:t>اس بات کا کہ دو قسم کے ٹری اس دنیا میں رہیں گے: ایک ہے جس کو جسے روک دیا گیا ہے، ایک وہ جسے نہیں روکا گیا ہے۔</w:t>
      </w:r>
    </w:p>
    <w:p>
      <w:r>
        <w:rPr>
          <w:b/>
        </w:rPr>
        <w:t xml:space="preserve">[12:55] </w:t>
      </w:r>
      <w:r>
        <w:t>to jo log forbidden tree ko touch karen ge, un ke liye hell hai, un ke liye punishment hai, aur jo log forbidden tree se door reh kar apni zindagi ko manage karen ge, un ke liye paradise hai.</w:t>
      </w:r>
    </w:p>
    <w:p>
      <w:pPr>
        <w:jc w:val="right"/>
      </w:pPr>
      <w:r>
        <w:t>تو جو لوگ فاربیڈن ٹری کو ٹچ کریں گے، ان کے لیے ہیل ہے، ان کے لیے پنشمنٹ ہے، اور جو لوگ فاربیڈن ٹری سے دور رہ کر اپنی زندگی کو مینج کریں گے، ان کے لیے پیراڈائز ہے۔</w:t>
      </w:r>
    </w:p>
    <w:p>
      <w:r>
        <w:rPr>
          <w:b/>
        </w:rPr>
        <w:t xml:space="preserve">[13:14] </w:t>
      </w:r>
      <w:r>
        <w:t>yeh khuda ne pehle insaan hi ke zamane mein set kar diya. yeh principle poori history isi par naapi jayegi, har insaan isi par naapa jayega</w:t>
      </w:r>
    </w:p>
    <w:p>
      <w:pPr>
        <w:jc w:val="right"/>
      </w:pPr>
      <w:r>
        <w:t>یہ خدا نے پہلے انسان ہی کے زمانے میں سیٹ کر دیا۔ یہ پرنسپل پوری ہسٹری اسی پر ناپی جائے گی، ہر انسان اسی پر ناپا جائے گا</w:t>
      </w:r>
    </w:p>
    <w:p>
      <w:r>
        <w:rPr>
          <w:b/>
        </w:rPr>
        <w:t xml:space="preserve">[13:29] </w:t>
      </w:r>
      <w:r>
        <w:t>ke kis ne forbidden option ko liya aur kis ne us option ko liya jo us ke liye open tha.</w:t>
      </w:r>
    </w:p>
    <w:p>
      <w:pPr>
        <w:jc w:val="right"/>
      </w:pPr>
      <w:r>
        <w:t>کہ کس نے فاربیڈن آپشن کو لیا اور کس نے اس آپشن کو لیا جو اس کے لیے اوپن تھا۔</w:t>
      </w:r>
    </w:p>
    <w:p>
      <w:r>
        <w:rPr>
          <w:b/>
        </w:rPr>
        <w:t xml:space="preserve">[13:37] </w:t>
      </w:r>
      <w:r>
        <w:t>aur is ka taluq, jaisa ke maine arz kiya, kisi ek mamle se nahi hai, har mamle se hai, har mamle se hai.</w:t>
      </w:r>
    </w:p>
    <w:p>
      <w:pPr>
        <w:jc w:val="right"/>
      </w:pPr>
      <w:r>
        <w:t>اور اس کا تعلق، جیسا کہ میں نے عرض کیا، کسی ایک معاملے سے نہیں ہے، ہر معاملے سے ہے، ہر معاملے سے ہے۔</w:t>
      </w:r>
    </w:p>
    <w:p>
      <w:r>
        <w:rPr>
          <w:b/>
        </w:rPr>
        <w:t xml:space="preserve">[13:49] </w:t>
      </w:r>
      <w:r>
        <w:t>misalan aap yahan tashreef laye to yeh ek meeting hai, ek class hai. is class ka ke ek discipline banaya gaya hai.</w:t>
      </w:r>
    </w:p>
    <w:p>
      <w:pPr>
        <w:jc w:val="right"/>
      </w:pPr>
      <w:r>
        <w:t>مثلاً آپ یہاں تشریف لائے تو یہ ایک میٹنگ ہے، ایک کلاس ہے۔ اس کلاس کا کہ ایک ڈسپلن بنایا گیا ہے۔</w:t>
      </w:r>
    </w:p>
    <w:p>
      <w:r>
        <w:rPr>
          <w:b/>
        </w:rPr>
        <w:t xml:space="preserve">[13:59] </w:t>
      </w:r>
      <w:r>
        <w:t>misalan yeh discipline ke koi yahan par jo aata hai, woh apne mobile ko use na kare.</w:t>
      </w:r>
    </w:p>
    <w:p>
      <w:pPr>
        <w:jc w:val="right"/>
      </w:pPr>
      <w:r>
        <w:t>مثلاً یہ ڈسپلن کہ کوئی یہاں پر جو آتا ہے، وہ اپنے موبائل کو یوز نہ کرے۔</w:t>
      </w:r>
    </w:p>
    <w:p>
      <w:r>
        <w:rPr>
          <w:b/>
        </w:rPr>
        <w:t xml:space="preserve">[14:06] </w:t>
      </w:r>
      <w:r>
        <w:t>to aap ko is discipline ko follow karna hai, ek hi option aap ke paas hai, doosra option nahi hai. agar aap na ayen to na ayen, woh aap ko ikhtiyar hai.</w:t>
      </w:r>
    </w:p>
    <w:p>
      <w:pPr>
        <w:jc w:val="right"/>
      </w:pPr>
      <w:r>
        <w:t>تو آپ کو اس ڈسپلن کو فالو کرنا ہے، ایک ہی آپشن آپ کے پاس ہے، دوسرا آپشن نہیں ہے۔ اگر آپ نہ آئیں تو نہ آئیں، وہ آپ کو اختیار ہے۔</w:t>
      </w:r>
    </w:p>
    <w:p>
      <w:r>
        <w:rPr>
          <w:b/>
        </w:rPr>
        <w:t xml:space="preserve">[14:17] </w:t>
      </w:r>
      <w:r>
        <w:t>is ka aanay ke baad aap ko discipline ko follow karna hai. to yahan bhi do option hain ke discipline ko follow kar ke rehna ya discipline ko tod kar ke rehna.</w:t>
      </w:r>
    </w:p>
    <w:p>
      <w:pPr>
        <w:jc w:val="right"/>
      </w:pPr>
      <w:r>
        <w:t>اس کا آنے کے بعد آپ کو ڈسپلن کو فالو کرنا ہے۔ تو یہاں بھی دو آپشن ہیں کہ ڈسپلن کو فالو کر کے رہنا یا ڈسپلن کو توڑ کر کے رہنا۔</w:t>
      </w:r>
    </w:p>
    <w:p>
      <w:r>
        <w:rPr>
          <w:b/>
        </w:rPr>
        <w:t xml:space="preserve">[14:31] </w:t>
      </w:r>
      <w:r>
        <w:t>to ghar ho, bahar ho, society ho, national life ho, international life ho, har jagah. misal ke taur par aaj kal dekhiye, jo developed countries hain, un ke haan sab se zyada forest business business kya hai?</w:t>
      </w:r>
    </w:p>
    <w:p>
      <w:pPr>
        <w:jc w:val="right"/>
      </w:pPr>
      <w:r>
        <w:t>تو گھر ہو، باہر ہو، سوسائٹی ہو، نیشنل لائف ہو، انٹرنیشنل لائف ہو، ہر جگہ۔ مثال کے طور پر آج کل دیکھیے، جو ڈیولپ کنٹریز ہیں، ان کے ہاں سب سے زیادہ فورسٹ بزنس بزنس کیا ہے؟</w:t>
      </w:r>
    </w:p>
    <w:p>
      <w:r>
        <w:rPr>
          <w:b/>
        </w:rPr>
        <w:t xml:space="preserve">[14:45] </w:t>
      </w:r>
      <w:r>
        <w:t>armament industry. to arm banana agar apni defense ke liye hai to woh aap ke liye jaiz hai, lawful hai.</w:t>
      </w:r>
    </w:p>
    <w:p>
      <w:pPr>
        <w:jc w:val="right"/>
      </w:pPr>
      <w:r>
        <w:t>آرممنٹ انڈسٹری۔ تو آرم بنانا اگر اپنی ڈیفنس کے لیے ہے تو وہ آپ کے لیے جائز ہے، لافل ہے۔</w:t>
      </w:r>
    </w:p>
    <w:p>
      <w:r>
        <w:rPr>
          <w:b/>
        </w:rPr>
        <w:t xml:space="preserve">[14:57] </w:t>
      </w:r>
      <w:r>
        <w:t>lekin agar arm banate hain aap business ke liye to aap ne cross kar diya apne apne had ko, cross kar diya aap ne.</w:t>
      </w:r>
    </w:p>
    <w:p>
      <w:pPr>
        <w:jc w:val="right"/>
      </w:pPr>
      <w:r>
        <w:t>لیکن اگر آرم بناتے ہیں آپ اب بزنس کے لیے تو آپ نے کراس کر دیا اپنے اپنے حد کو، کراس کر دیا آپ نے۔</w:t>
      </w:r>
    </w:p>
    <w:p>
      <w:r>
        <w:rPr>
          <w:b/>
        </w:rPr>
        <w:t xml:space="preserve">[15:09] </w:t>
      </w:r>
      <w:r>
        <w:t>hathiyar banana apne defense ke liye lawful hai, hathiyar banana business ke liye, paisa kamane ke liye, exploit karne ke liye.</w:t>
      </w:r>
    </w:p>
    <w:p>
      <w:pPr>
        <w:jc w:val="right"/>
      </w:pPr>
      <w:r>
        <w:t>ہتھیار بنانا اپنے ڈیفنس کے لیے لافل ہے، ہتھیار بنانا بزنس کے لیے، پیسہ کمانے کے لیے، ایکسپلائٹ کرنے کے لیے۔</w:t>
      </w:r>
    </w:p>
    <w:p>
      <w:r>
        <w:rPr>
          <w:b/>
        </w:rPr>
        <w:t xml:space="preserve">[15:19] </w:t>
      </w:r>
      <w:r>
        <w:t>yeh aap ne forbidden tree ko touch kar diya, wahan apni apni limit ko cross kar gaye aap.</w:t>
      </w:r>
    </w:p>
    <w:p>
      <w:pPr>
        <w:jc w:val="right"/>
      </w:pPr>
      <w:r>
        <w:t>یہ آپ نے فاربیڈن ٹری کو ٹچ کر دیا، وہاں اپنی اپنی لیمٹ کو کراس کر گئے آپ۔</w:t>
      </w:r>
    </w:p>
    <w:p>
      <w:r>
        <w:rPr>
          <w:b/>
        </w:rPr>
        <w:t xml:space="preserve">[15:26] </w:t>
      </w:r>
      <w:r>
        <w:t>to khuda aise logon ko maaf nahi karega jo paisa kamane ke liye sari duniya ko hathiyaron se bhar dein. Khuda aise logon ko maaf nahi karega.</w:t>
      </w:r>
    </w:p>
    <w:p>
      <w:pPr>
        <w:jc w:val="right"/>
      </w:pPr>
      <w:r>
        <w:t>تو خدا ایسے لوگوں کو معاف نہیں کرے گا جو پیسہ کمانے کے لیے ساری دنیا کو ہتھیاروں سے بھر دیں۔ خدا ایسے لوگوں کو معاف نہیں کرے گا۔</w:t>
      </w:r>
    </w:p>
    <w:p>
      <w:r>
        <w:rPr>
          <w:b/>
        </w:rPr>
        <w:t xml:space="preserve">[15:39] </w:t>
      </w:r>
      <w:r>
        <w:t>quran mein yeh usool is tarike se bataya gaya hai ke interest aur business, interest aur business.</w:t>
      </w:r>
    </w:p>
    <w:p>
      <w:pPr>
        <w:jc w:val="right"/>
      </w:pPr>
      <w:r>
        <w:t>قرآن میں یہ اصول اس طریقے سے بتایا گیا ہے کہ انٹرسٹ اور بزنس، انٹرسٹ اور بزنس۔</w:t>
      </w:r>
    </w:p>
    <w:p>
      <w:r>
        <w:rPr>
          <w:b/>
        </w:rPr>
        <w:t xml:space="preserve">[15:52] </w:t>
      </w:r>
      <w:r>
        <w:t>to quran mein yeh kaha gaya hai ke kuch logon ne kaha ke bhai dono ek sa hain. To quran ne kaha ke nahi, interest ko khuda ne unlawful qarar diya hai aur business ko khuda ne lawful qarar diya hai.</w:t>
      </w:r>
    </w:p>
    <w:p>
      <w:pPr>
        <w:jc w:val="right"/>
      </w:pPr>
      <w:r>
        <w:t>تو قرآن میں یہ کہا گیا ہے کہ کچھ لوگوں نے کہا کہ بھئی دونوں ایک سا ہیں۔ تو قرآن نے کہا کہ نہیں، انٹرسٹ کو خدا نے ان لافل قرار دیا ہے اور بزنس کو خدا نے لافل قرار دیا ہے۔</w:t>
      </w:r>
    </w:p>
    <w:p>
      <w:r>
        <w:rPr>
          <w:b/>
        </w:rPr>
        <w:t xml:space="preserve">[16:06] </w:t>
      </w:r>
      <w:r>
        <w:t>to yahan bhi do option hain: ya to aap business karein ya interest par apna chalayein, apna exploit karein logon ko.</w:t>
      </w:r>
    </w:p>
    <w:p>
      <w:pPr>
        <w:jc w:val="right"/>
      </w:pPr>
      <w:r>
        <w:t>تو یہاں بھی دو آپشن ہیں: یا تو آپ بزنس کریں یا انٹرسٹ پر اپنا چلائیں، اپنا ایکسپلائٹ کریں لوگوں کو۔</w:t>
      </w:r>
    </w:p>
    <w:p>
      <w:r>
        <w:rPr>
          <w:b/>
        </w:rPr>
        <w:t xml:space="preserve">[16:17] </w:t>
      </w:r>
      <w:r>
        <w:t>to exploit karna yeh khuda ki scheme mein nahi hai, lekin jaiz taur par business. Business ke maane kya hote hain?</w:t>
      </w:r>
    </w:p>
    <w:p>
      <w:pPr>
        <w:jc w:val="right"/>
      </w:pPr>
      <w:r>
        <w:t>تو ایکسپلائٹ کرنا یہ خدا کی اسکیم میں نہیں ہے، لیکن جائز طور پر بزنس۔ بزنس کے معنی کیا ہوتے ہیں؟</w:t>
      </w:r>
    </w:p>
    <w:p>
      <w:r>
        <w:rPr>
          <w:b/>
        </w:rPr>
        <w:t xml:space="preserve">[16:27] </w:t>
      </w:r>
      <w:r>
        <w:t>aap ne ek aisa product banaya jis ki insaan ko zaroorat hai. Misal ke taur par aap ne kapda banaya to kapde ki insaan ko zaroorat hai.</w:t>
      </w:r>
    </w:p>
    <w:p>
      <w:pPr>
        <w:jc w:val="right"/>
      </w:pPr>
      <w:r>
        <w:t>آپ نے ایک ایسا پروڈکٹ بنایا جس کی انسان کو ضرورت ہے۔ مثال کے طور پر آپ نے کپڑا بنایا تو کپڑے کی انسان کو ضرورت ہے۔</w:t>
      </w:r>
    </w:p>
    <w:p>
      <w:r>
        <w:rPr>
          <w:b/>
        </w:rPr>
        <w:t xml:space="preserve">[16:39] </w:t>
      </w:r>
      <w:r>
        <w:t>kapda banakar ke aap market pe laye, aap bech kar ke aap ne is se faida uthaya. Lekin jab aap hathiyar banakar bechte hain bazaar mein lakar ke to aap kya karte hain?</w:t>
      </w:r>
    </w:p>
    <w:p>
      <w:pPr>
        <w:jc w:val="right"/>
      </w:pPr>
      <w:r>
        <w:t>کپڑا بنا کر کے آپ مارکیٹ پہ لائے، آپ بیچ کر کے آپ نے اس سے فائدہ اٹھایا۔ لیکن جب آپ ہتھیار بنا کر بیچتے ہیں بازار میں لا کر کے تو آپ کیا کرتے ہیں؟</w:t>
      </w:r>
    </w:p>
    <w:p>
      <w:r>
        <w:rPr>
          <w:b/>
        </w:rPr>
        <w:t xml:space="preserve">[16:49] </w:t>
      </w:r>
      <w:r>
        <w:t>aap violence bech rahe hain, aap tashaddud bech rahe hain, aap qatl bech rahe hain. To kapda bechna zahir hai ke jaiz hai, lekin arm bechna, hathiyar bechna yeh jaiz nahi hai.</w:t>
      </w:r>
    </w:p>
    <w:p>
      <w:pPr>
        <w:jc w:val="right"/>
      </w:pPr>
      <w:r>
        <w:t>آپ وائیلنس بیچ رہے ہیں، آپ تشدد بیچ رہے ہیں، آپ قتل بیچ رہے ہیں۔ تو کپڑا بیچنا ظاہر ہے کہ جائز ہے، لیکن آرم بیچنا، ہتھیار بیچنا یہ جائز نہیں ہے۔</w:t>
      </w:r>
    </w:p>
    <w:p>
      <w:r>
        <w:rPr>
          <w:b/>
        </w:rPr>
        <w:t xml:space="preserve">[17:03] </w:t>
      </w:r>
      <w:r>
        <w:t>exception sirf yeh hai ke aap apni apni defense ke liye arm banayein. To</w:t>
      </w:r>
    </w:p>
    <w:p>
      <w:pPr>
        <w:jc w:val="right"/>
      </w:pPr>
      <w:r>
        <w:t>ایکسیپشن صرف یہ ہے کہ آپ اپنی اپنی ڈیفنس کے لیے آرم بنائیں۔ تو</w:t>
      </w:r>
    </w:p>
    <w:p>
      <w:r>
        <w:rPr>
          <w:b/>
        </w:rPr>
        <w:t xml:space="preserve">[17:10] </w:t>
      </w:r>
      <w:r>
        <w:t>yeh sabak mila diya gaya hum ko Hazrat Adam yani pehle insaan ke zamane mein. Is ke baad maine doosra jo liya hai woh Nuh.</w:t>
      </w:r>
    </w:p>
    <w:p>
      <w:pPr>
        <w:jc w:val="right"/>
      </w:pPr>
      <w:r>
        <w:t>یہ سبق ملا دیا گیا ہم کو حضرت آدم یعنی پہلے انسان کے زمانے میں۔ اس کے بعد میں نے دوسرا جو لیا ہے وہ نوح۔</w:t>
      </w:r>
    </w:p>
    <w:p>
      <w:r>
        <w:rPr>
          <w:b/>
        </w:rPr>
        <w:t xml:space="preserve">[17:23] </w:t>
      </w:r>
      <w:r>
        <w:t>Hazrat Nuh, Hazrat Nuh ke bare mein bible mein bhi hai aur quran mein bhi hai ke filbith al-fasra ila khamsina 'aman</w:t>
      </w:r>
    </w:p>
    <w:p>
      <w:pPr>
        <w:jc w:val="right"/>
      </w:pPr>
      <w:r>
        <w:t>حضرت نوح، حضرت نوح کے بارے میں بائبل میں بھی ہے اور قرآن میں بھی ہے کہ فلبس الفسرة الا خمسین عاما</w:t>
      </w:r>
    </w:p>
    <w:p>
      <w:r>
        <w:rPr>
          <w:b/>
        </w:rPr>
        <w:t xml:space="preserve">[17:37] </w:t>
      </w:r>
      <w:r>
        <w:t>yani saade nau so saal tak woh apni qaum ke beech mein rahe. To saade nau so saal tak woh apni qaum mein rahe aur un ko preach karte rahe ke khuda ko mano, khuda ki ibadat karo,</w:t>
      </w:r>
    </w:p>
    <w:p>
      <w:pPr>
        <w:jc w:val="right"/>
      </w:pPr>
      <w:r>
        <w:t>یعنی ساڑھے نو سو سال تک وہ اپنی قوم کے بیچ میں رہے۔ تو ساڑھے نو سو سال تک وہ اپنی قوم میں رہے اور ان کو پریز کرتے رہے کہ خدا کو مانو، خدا کی عبادت کرو،</w:t>
      </w:r>
    </w:p>
    <w:p>
      <w:r>
        <w:rPr>
          <w:b/>
        </w:rPr>
        <w:t xml:space="preserve">[17:55] </w:t>
      </w:r>
      <w:r>
        <w:t>khuda ke hukumon ko follow karo.</w:t>
      </w:r>
    </w:p>
    <w:p>
      <w:pPr>
        <w:jc w:val="right"/>
      </w:pPr>
      <w:r>
        <w:t>خدا کے حکموں کو فالو کرو۔</w:t>
      </w:r>
    </w:p>
    <w:p>
      <w:r>
        <w:rPr>
          <w:b/>
        </w:rPr>
        <w:t xml:space="preserve">[17:58] </w:t>
      </w:r>
      <w:r>
        <w:t>yani doosre lafzon mein yeh hai ke khuda ne jo limit bana di hai zindagi ke liye, jo forbidden tree bana diya hai, to forbidden tree ko touch na karo, baqi tum azaad ho.</w:t>
      </w:r>
    </w:p>
    <w:p>
      <w:pPr>
        <w:jc w:val="right"/>
      </w:pPr>
      <w:r>
        <w:t>یعنی دوسرے لفظوں میں یہ ہے کہ خدا نے جو لیمٹ بنا دی ہے زندگی کے لیے، جو فاربیڈن ٹری بنا دیا ہے، تو فاربیڈن ٹری کو ٹچ نہ کرو، باقی تم آزاد ہو۔</w:t>
      </w:r>
    </w:p>
    <w:p>
      <w:r>
        <w:rPr>
          <w:b/>
        </w:rPr>
        <w:t xml:space="preserve">[18:11] </w:t>
      </w:r>
      <w:r>
        <w:t>yeh batate rahe woh. Lekin jaisa ke bible aur quran mein aaya hai, un ki qaum aap ki baat ko nahi maan saki.</w:t>
      </w:r>
    </w:p>
    <w:p>
      <w:pPr>
        <w:jc w:val="right"/>
      </w:pPr>
      <w:r>
        <w:t>یہ بتاتے رہے وہ۔ لیکن جیسا کہ بائبل اور قرآن میں آیا ہے، ان کی قوم آپ کی بات کو نہیں مان سکی۔</w:t>
      </w:r>
    </w:p>
    <w:p>
      <w:r>
        <w:rPr>
          <w:b/>
        </w:rPr>
        <w:t xml:space="preserve">[18:20] </w:t>
      </w:r>
      <w:r>
        <w:t>bahut hi thode se log aise the jinhon ne aap ki baat ko mana aur aap ko saath diya. Baqi jo badi majority thi, woh aap ke mukhalif bani rahi.</w:t>
      </w:r>
    </w:p>
    <w:p>
      <w:pPr>
        <w:jc w:val="right"/>
      </w:pPr>
      <w:r>
        <w:t>بہت ہی تھوڑے سے لوگ ایسے تھے جنہوں نے آپ کی بات کو مانا اور آپ کو ساتھ دیا۔ باقی جو بڑی میجورٹی تھی، وہ آپ کے مخالف بنی رہی۔</w:t>
      </w:r>
    </w:p>
    <w:p>
      <w:r>
        <w:rPr>
          <w:b/>
        </w:rPr>
        <w:t xml:space="preserve">[18:33] </w:t>
      </w:r>
      <w:r>
        <w:t>is ke baad ek bahut hi extraordinary waqea hua. Ek bahut bada toofan aaya, sab pani bhar gaya.</w:t>
      </w:r>
    </w:p>
    <w:p>
      <w:pPr>
        <w:jc w:val="right"/>
      </w:pPr>
      <w:r>
        <w:t>اس کے بعد ایک بہت ہی ایکسٹرا آرڈنری واقعہ ہوا۔ ایک بہت بڑا طوفان آیا، سب پانی بھر گیا۔</w:t>
      </w:r>
    </w:p>
    <w:p>
      <w:r>
        <w:rPr>
          <w:b/>
        </w:rPr>
        <w:t xml:space="preserve">[18:42] </w:t>
      </w:r>
      <w:r>
        <w:t>lekin jahan tak maine jana hai kitabon ke mutale se ke sari duniya mein toofan nahi aaya tha, yeh toofan aaya tha Iraq ke is area mein jahan yeh log base hue the, yani Dijla aur Furat ke beech mein,</w:t>
      </w:r>
    </w:p>
    <w:p>
      <w:pPr>
        <w:jc w:val="right"/>
      </w:pPr>
      <w:r>
        <w:t>لیکن جہاں تک میں نے جانا ہے کتابوں کے مطالعے سے کہ ساری دنیا میں طوفان نہیں آیا تھا، یہ طوفان آیا تھا عراق کے اس ایریا میں جہاں یہ لوگ بسے ہوئے تھے، یعنی دجلہ اور فرات کے بیچ میں،</w:t>
      </w:r>
    </w:p>
    <w:p>
      <w:r>
        <w:rPr>
          <w:b/>
        </w:rPr>
        <w:t xml:space="preserve">[18:57] </w:t>
      </w:r>
      <w:r>
        <w:t>Tigris aur Euphrates ke beech mein. Yahi base the woh log, pehli pehli generation jo insaan ki thi. Woh to yeh log Iraq mein the, ek khaas area</w:t>
      </w:r>
    </w:p>
    <w:p>
      <w:pPr>
        <w:jc w:val="right"/>
      </w:pPr>
      <w:r>
        <w:t>ٹگری اور یوفریٹ کے بیچ میں۔ یہی بسے تھے وہ لوگ، پہلی پہلی جنریشن جو انسان کی تھی۔ وہ تو یہ لوگ عراق میں تھے، ایک خاص ایریا</w:t>
      </w:r>
    </w:p>
    <w:p>
      <w:r>
        <w:rPr>
          <w:b/>
        </w:rPr>
        <w:t xml:space="preserve">[19:11] </w:t>
      </w:r>
      <w:r>
        <w:t>mein, wahan par aaya tha yeh sailab, yeh pani. To sari log is mein doob kar khatm ho gaye, sirf thode se woh bache.</w:t>
      </w:r>
    </w:p>
    <w:p>
      <w:pPr>
        <w:jc w:val="right"/>
      </w:pPr>
      <w:r>
        <w:t>میں، وہاں پر آیا تھا یہ سیلاب، یہ پانی۔ تو سارے لوگ اس میں ڈوب کر ختم ہوگئے، صرف تھوڑے سے وہ بچے۔</w:t>
      </w:r>
    </w:p>
    <w:p>
      <w:r>
        <w:rPr>
          <w:b/>
        </w:rPr>
        <w:t xml:space="preserve">[19:25] </w:t>
      </w:r>
      <w:r>
        <w:t>to Hazrat Nuh ko khuda ne hukum diya tha ke ek kashti banao, ek boat banao, bahut badi boat.</w:t>
      </w:r>
    </w:p>
    <w:p>
      <w:pPr>
        <w:jc w:val="right"/>
      </w:pPr>
      <w:r>
        <w:t>تو حضرت نوح کو خدا نے حکم دیا تھا کہ ایک کشتی بناؤ، ایک بوٹ بناؤ، بہت بڑی بوٹ۔</w:t>
      </w:r>
    </w:p>
    <w:p>
      <w:r>
        <w:rPr>
          <w:b/>
        </w:rPr>
        <w:t xml:space="preserve">[19:36] </w:t>
      </w:r>
      <w:r>
        <w:t>to us zamane mein boat kaise bani? Is ko main soch raha tha to</w:t>
      </w:r>
    </w:p>
    <w:p>
      <w:pPr>
        <w:jc w:val="right"/>
      </w:pPr>
      <w:r>
        <w:t>تو اس زمانے میں بوٹ کیسے بنی؟ اس کو میں سوچ رہا تھا تو</w:t>
      </w:r>
    </w:p>
    <w:p>
      <w:r>
        <w:rPr>
          <w:b/>
        </w:rPr>
        <w:t xml:space="preserve">[19:41] </w:t>
      </w:r>
      <w:r>
        <w:t>quran mein aaya hai ke fasna al-fulka yuna</w:t>
      </w:r>
    </w:p>
    <w:p>
      <w:pPr>
        <w:jc w:val="right"/>
      </w:pPr>
      <w:r>
        <w:t>قرآن میں آیا ہے کہ فسنا الفلک یوننا</w:t>
      </w:r>
    </w:p>
    <w:p>
      <w:r>
        <w:rPr>
          <w:b/>
        </w:rPr>
        <w:t xml:space="preserve">[19:48] </w:t>
      </w:r>
      <w:r>
        <w:t>boat banao hamari nazron ke samne. Main samajhta hoon ke yahan is yeh ek hint di gayi hai ke yeh boat banai thi angels ne,</w:t>
      </w:r>
    </w:p>
    <w:p>
      <w:pPr>
        <w:jc w:val="right"/>
      </w:pPr>
      <w:r>
        <w:t>بوٹ بناؤ ہماری نظروں کے سامنے۔ میں سمجھتا ہوں کہ یہاں اس یہ ایک ہنٹ دی گئی ہے کہ یہ بوٹ بنائی تھی اینجلز نے،</w:t>
      </w:r>
    </w:p>
    <w:p>
      <w:r>
        <w:rPr>
          <w:b/>
        </w:rPr>
        <w:t xml:space="preserve">[19:59] </w:t>
      </w:r>
      <w:r>
        <w:t>yani angels ki madad se, angels ki help se Hazrat Nuh ne yeh boat banai thi. Kyunke is waqt tak dekhiye, woh technique daryaft nahi hui thi ke itni bari boat bane jis mein ek riwayat ke mutabiq 80 aadmi sawar thay,</w:t>
      </w:r>
    </w:p>
    <w:p>
      <w:pPr>
        <w:jc w:val="right"/>
      </w:pPr>
      <w:r>
        <w:t>یعنی اینجلز کی مدد سے، اینجلز کی ہیلپ سے حضرت نوح نے یہ بوٹ بنائی تھی۔ کیونکہ اس وقت تک دیکھیے، وہ ٹیکنیک دریافت نہیں ہوئی تھی کہ اتنی بڑی بوٹ بنے جس میں ایک روایت کے مطابق 80 آدمی سوار تھے،</w:t>
      </w:r>
    </w:p>
    <w:p>
      <w:r>
        <w:rPr>
          <w:b/>
        </w:rPr>
        <w:t xml:space="preserve">[20:18] </w:t>
      </w:r>
      <w:r>
        <w:t>Hazrat Nuh ke ghar wale, kuch aisay log jo un par iman laye thay, aur janwar.</w:t>
      </w:r>
    </w:p>
    <w:p>
      <w:pPr>
        <w:jc w:val="right"/>
      </w:pPr>
      <w:r>
        <w:t>حضرت نوح کے گھر والے، کچھ ایسے لوگ جو ان پر ایمان لائے تھے، اور جانور۔</w:t>
      </w:r>
    </w:p>
    <w:p>
      <w:r>
        <w:rPr>
          <w:b/>
        </w:rPr>
        <w:t xml:space="preserve">[20:27] </w:t>
      </w:r>
      <w:r>
        <w:t>is mein janwar bhi sairab kiye thay aur jo janwar ke maweshi jo kaam atay hain insan ke, ek ek jora, ek ek jora, ek ek jora. Kyunke saare is mein khatam ho janay walay thay is is sailab mein.</w:t>
      </w:r>
    </w:p>
    <w:p>
      <w:pPr>
        <w:jc w:val="right"/>
      </w:pPr>
      <w:r>
        <w:t>اس میں جانور بھی سیراب کیے تھے اور جو جانور کے مویشی جو کام آتے ہیں انسان کے، ایک ایک جوڑا، ایک ایک جوڑا، ایک ایک جوڑا۔ کیونکہ سارے اس میں ختم ہو جانے والے تھے اس اس سیلاب میں۔</w:t>
      </w:r>
    </w:p>
    <w:p>
      <w:r>
        <w:rPr>
          <w:b/>
        </w:rPr>
        <w:t xml:space="preserve">[20:37] </w:t>
      </w:r>
      <w:r>
        <w:t>to itnay sab insan, itnay sab animal ke liye bohat bari boat chahiye, ek ship chahiye.</w:t>
      </w:r>
    </w:p>
    <w:p>
      <w:pPr>
        <w:jc w:val="right"/>
      </w:pPr>
      <w:r>
        <w:t>تو اتنے سب انسان، اتنے سب اینیمل کے لیے بہت بڑی بوٹ چاہیے، ایک شپ چاہیے۔</w:t>
      </w:r>
    </w:p>
    <w:p>
      <w:r>
        <w:rPr>
          <w:b/>
        </w:rPr>
        <w:t xml:space="preserve">[20:46] </w:t>
      </w:r>
      <w:r>
        <w:t>is waqt insan, mein nahi samajhta ke is waqt insan ki, yani itni taraqqi ho chuki thi ke woh itna bara ship bana sakay. To fisna al-fulki yunna jo hai Quran mein ke banao kashti hamari nazron ke samnay.</w:t>
      </w:r>
    </w:p>
    <w:p>
      <w:pPr>
        <w:jc w:val="right"/>
      </w:pPr>
      <w:r>
        <w:t>اس وقت انسان، میں نہیں سمجھتا کہ اس وقت انسان کی، یعنی اتنی ترقی ہو چکی تھی کہ وہ اتنا بڑا شپ بنا سکے۔ تو فسنا الفلک یوننا جو ہے قرآن میں کہ بناؤ کشتی ہماری نظروں کے سامنے۔</w:t>
      </w:r>
    </w:p>
    <w:p>
      <w:r>
        <w:rPr>
          <w:b/>
        </w:rPr>
        <w:t xml:space="preserve">[21:03] </w:t>
      </w:r>
      <w:r>
        <w:t>to mein samajhta hoon ke is mein ek ishara hai, ek hint hai ke woh kashti banai thi Hazrat Nuh ne angels ki madad se, angels ki madad se banai thi.</w:t>
      </w:r>
    </w:p>
    <w:p>
      <w:pPr>
        <w:jc w:val="right"/>
      </w:pPr>
      <w:r>
        <w:t>تو میں سمجھتا ہوں کہ اس میں ایک اشارہ ہے، ایک ہنٹ ہے کہ وہ کشتی بنائی تھی حضرت نوح نے اینجلز کی مدد سے، اینجلز کی مدد سے بنائی تھی۔</w:t>
      </w:r>
    </w:p>
    <w:p>
      <w:r>
        <w:rPr>
          <w:b/>
        </w:rPr>
        <w:t xml:space="preserve">[21:15] </w:t>
      </w:r>
      <w:r>
        <w:t>to jab toofan aaya to yeh log, yani yeh 80 aadmi aur jo animal unhon ne liye thay, woh sab usay bitha diye gaye. Yahi log bache.</w:t>
      </w:r>
    </w:p>
    <w:p>
      <w:pPr>
        <w:jc w:val="right"/>
      </w:pPr>
      <w:r>
        <w:t>تو جب طوفان آیا تو یہ لوگ، یعنی یہ 80 آدمی اور جو اینیمل انہوں نے لیے تھے، وہ سب اسے بٹھا دیے گئے۔ یہی لوگ بچے۔</w:t>
      </w:r>
    </w:p>
    <w:p>
      <w:r>
        <w:rPr>
          <w:b/>
        </w:rPr>
        <w:t xml:space="preserve">[21:27] </w:t>
      </w:r>
      <w:r>
        <w:t>Hazrat Nuh ka ek beta, jo ke aap ka saath, jis ne nahi diya tha, to aap ne kaha ke tum bhi aao, kashti mein baith jao.</w:t>
      </w:r>
    </w:p>
    <w:p>
      <w:pPr>
        <w:jc w:val="right"/>
      </w:pPr>
      <w:r>
        <w:t>حضرت نوح کا ایک بیٹا، جو کہ آپ کا ساتھ، جس نے نہیں دیا تھا، تو آپ نے کہا کہ تم بھی آؤ، کشتی میں بیٹھ جاؤ۔</w:t>
      </w:r>
    </w:p>
    <w:p>
      <w:r>
        <w:rPr>
          <w:b/>
        </w:rPr>
        <w:t xml:space="preserve">[21:37] </w:t>
      </w:r>
      <w:r>
        <w:t>to unhon ne kaha nahi, mein kashti mein nahi baithoon ga, mein to kisi mountain par charh jaoon ga, kisi pahaar par, aur wahan bach jaoon ga.</w:t>
      </w:r>
    </w:p>
    <w:p>
      <w:pPr>
        <w:jc w:val="right"/>
      </w:pPr>
      <w:r>
        <w:t>تو انہوں نے کہا نہیں، میں کشتی میں نہیں بیٹھوں گا، میں تو کسی ماؤنٹین پر چڑھ جاؤں گا، کسی پہاڑ پر، اور وہاں بچ جاؤں گا۔</w:t>
      </w:r>
    </w:p>
    <w:p>
      <w:r>
        <w:rPr>
          <w:b/>
        </w:rPr>
        <w:t xml:space="preserve">[21:44] </w:t>
      </w:r>
      <w:r>
        <w:t>to Hazrat Nuh ne kaha ke nahi, aaj koi cheez tumhein bachane wali nahi hai. To pani ka, jaisa ke aaya hai kitabon mein ke pani bohat ziyada pani aaya, pani oopar hotay honay laga, oopar honay laga, yahan tak ke woh pohanch gaya wahan tak,</w:t>
      </w:r>
    </w:p>
    <w:p>
      <w:pPr>
        <w:jc w:val="right"/>
      </w:pPr>
      <w:r>
        <w:t>تو حضرت نوح نے کہا کہ نہیں، آج کوئی چیز تمہیں بچانے والی نہیں ہے۔ تو پانی کا، جیسا کہ آیا ہے کتابوں میں کہ پانی بہت زیادہ پانی آیا، پانی اوپر ہوتے ہونے لگا، اوپر ہونے لگا، یہاں تک کہ وہ پہنچ گیا وہاں تک،</w:t>
      </w:r>
    </w:p>
    <w:p>
      <w:r>
        <w:rPr>
          <w:b/>
        </w:rPr>
        <w:t xml:space="preserve">[22:00] </w:t>
      </w:r>
      <w:r>
        <w:t>pahaar ki choti tak pohanch gaya, aur woh un ka beta isi mein gharaq ho gaya.</w:t>
      </w:r>
    </w:p>
    <w:p>
      <w:pPr>
        <w:jc w:val="right"/>
      </w:pPr>
      <w:r>
        <w:t>پہاڑ کی چوٹی تک پہنچ گیا، اور وہ ان کا بیٹا اسی میں غرق ہو گیا۔</w:t>
      </w:r>
    </w:p>
    <w:p>
      <w:r>
        <w:rPr>
          <w:b/>
        </w:rPr>
        <w:t xml:space="preserve">[22:06] </w:t>
      </w:r>
      <w:r>
        <w:t>to yeh jo waqia hua, Hazrat Nuh ke baray mein aata hai ke yeh Hazrat Adam ki wafat ki death ke baad 146 years ke baad paida hue thay.</w:t>
      </w:r>
    </w:p>
    <w:p>
      <w:pPr>
        <w:jc w:val="right"/>
      </w:pPr>
      <w:r>
        <w:t>تو یہ جو واقعہ ہوا، حضرت نوح کے بارے میں آتا ہے کہ یہ حضرت آدم کی وفات کی ڈیتھ کے بعد 146 ایئرز کے بعد پیدا ہوئے تھے۔</w:t>
      </w:r>
    </w:p>
    <w:p>
      <w:r>
        <w:rPr>
          <w:b/>
        </w:rPr>
        <w:t xml:space="preserve">[22:20] </w:t>
      </w:r>
      <w:r>
        <w:t>Bible mein hai ke un ki tenth generation mein thay. Yeh</w:t>
      </w:r>
    </w:p>
    <w:p>
      <w:pPr>
        <w:jc w:val="right"/>
      </w:pPr>
      <w:r>
        <w:t>بائبل میں ہے کہ ان کی ٹینتھ جنریشن میں تھے۔ یہ</w:t>
      </w:r>
    </w:p>
    <w:p>
      <w:r>
        <w:rPr>
          <w:b/>
        </w:rPr>
        <w:t xml:space="preserve">[22:26] </w:t>
      </w:r>
      <w:r>
        <w:t>to beharhal hum certainty ke sath nahi kar sakte ke Hazrat Adam aur Nuh ke beech mein kitna fasla tha, lekin yeh aisa beharhal aaya hai ke Hazrat Adam ki wafat ke 146 years ke baad woh paida hui hai.</w:t>
      </w:r>
    </w:p>
    <w:p>
      <w:pPr>
        <w:jc w:val="right"/>
      </w:pPr>
      <w:r>
        <w:t>تو بہرحال ہم سرٹینٹی کے ساتھ نہیں کر سکتے کہ حضرت آدم اور نوح کے بیچ میں کتنا فاصلہ تھا، لیکن یہ ایسا بہرحال آیا ہے کہ حضرت آدم کی وفات کے 146 ایئرز کے بعد وہ پیدا ہوئی ہے۔</w:t>
      </w:r>
    </w:p>
    <w:p>
      <w:r>
        <w:rPr>
          <w:b/>
        </w:rPr>
        <w:t xml:space="preserve">[22:41] </w:t>
      </w:r>
      <w:r>
        <w:t>aur doosra statement yeh hai ke dasveen pusht mein, tenth generation mein woh paida hui hai. To is se kya sabak milta hai Hazrat Nuh se</w:t>
      </w:r>
    </w:p>
    <w:p>
      <w:pPr>
        <w:jc w:val="right"/>
      </w:pPr>
      <w:r>
        <w:t>اور دوسرا اسٹیٹمنٹ یہ ہے کہ دسویں پشت میں، ٹینتھ جنریشن میں وہ پیدا ہوئی ہے۔ تو اس سے کیا سبق ملتا ہے حضرت نوح سے</w:t>
      </w:r>
    </w:p>
    <w:p>
      <w:r>
        <w:rPr>
          <w:b/>
        </w:rPr>
        <w:t xml:space="preserve">[22:54] </w:t>
      </w:r>
      <w:r>
        <w:t>? Mein samajhta hoon ke is se yeh sabak milta hai ke Khuda ne insan ko bataya ke tum is duniya ke lord nahi ho, tum is duniya ke trustee ho.</w:t>
      </w:r>
    </w:p>
    <w:p>
      <w:pPr>
        <w:jc w:val="right"/>
      </w:pPr>
      <w:r>
        <w:t>؟ میں سمجھتا ہوں کہ اس سے یہ سبق ملتا ہے کہ خدا نے انسان کو بتایا کہ تم اس دنیا کے لارڈ نہیں ہو، تم اس دنیا کے ٹرسٹی ہو۔</w:t>
      </w:r>
    </w:p>
    <w:p>
      <w:r>
        <w:rPr>
          <w:b/>
        </w:rPr>
        <w:t xml:space="preserve">[23:09] </w:t>
      </w:r>
      <w:r>
        <w:t>yeh area jahan basaye gaye thay, un ko bohat hi, yani green area tha, bohat acha soil tha. Wahan par idhar Tigris, idhar Euphrates, do daryaaon ke beech mein woh jagah thi</w:t>
      </w:r>
    </w:p>
    <w:p>
      <w:pPr>
        <w:jc w:val="right"/>
      </w:pPr>
      <w:r>
        <w:t>یہ ایریا جہاں بسائے گئے تھے، ان کو بہت ہی، یعنی گرین ایریا تھا، بہت اچھا سوائل تھا۔ وہاں پر ادھر ٹگری، ادھر یوفریٹ، دو دریاؤں کے بیچ میں وہ جگہ تھ</w:t>
      </w:r>
    </w:p>
    <w:p>
      <w:r>
        <w:rPr>
          <w:b/>
        </w:rPr>
        <w:t xml:space="preserve">[23:21] </w:t>
      </w:r>
      <w:r>
        <w:t>aur bohat hi achi wahan agriculture thi, bohat acha wahan horticulture tha, aur bohat hi khushhali thi har aitbar se. Bohat acha wahan ka weather tha, bohat acha mausam tha, har cheez wahan ki bohat achi thi.</w:t>
      </w:r>
    </w:p>
    <w:p>
      <w:pPr>
        <w:jc w:val="right"/>
      </w:pPr>
      <w:r>
        <w:t>ی، اور بہت ہی اچھی وہاں ایگریکلچر تھی، بہت اچھا وہاں ہارٹیکلچر تھا، اور بہت ہی خوشحالی تھی ہر اعتبار سے۔ بہت اچھا وہاں کا ویدر تھا، بہت اچھا موسم تھا، ہر چیز وہاں کی بہت اچھی تھی۔</w:t>
      </w:r>
    </w:p>
    <w:p>
      <w:r>
        <w:rPr>
          <w:b/>
        </w:rPr>
        <w:t xml:space="preserve">[23:36] </w:t>
      </w:r>
      <w:r>
        <w:t>lekin woh log kya hua? Woh log arrogant ban gaye, sarkashi karne lage, limit ko cross kiya, unhon ne jo limit hai, us ko cross kiya.</w:t>
      </w:r>
    </w:p>
    <w:p>
      <w:pPr>
        <w:jc w:val="right"/>
      </w:pPr>
      <w:r>
        <w:t>لیکن وہ لوگ کیا ہوا؟ وہ لوگ ارگن بن گئے، سرکشی کرنے لگے، لیمٹ کو کراس کیا، انہوں نے جو لیمٹ ہے، اس کو کراس کیا۔</w:t>
      </w:r>
    </w:p>
    <w:p>
      <w:r>
        <w:rPr>
          <w:b/>
        </w:rPr>
        <w:t xml:space="preserve">[23:47] </w:t>
      </w:r>
      <w:r>
        <w:t>unhon ne</w:t>
      </w:r>
    </w:p>
    <w:p>
      <w:pPr>
        <w:jc w:val="right"/>
      </w:pPr>
      <w:r>
        <w:t>انہوں نے</w:t>
      </w:r>
    </w:p>
    <w:p>
      <w:r>
        <w:rPr>
          <w:b/>
        </w:rPr>
        <w:t xml:space="preserve">[23:49] </w:t>
      </w:r>
      <w:r>
        <w:t>to is waqt Khuda ne un ko bilkul mita diya, in thore se logon ko chhod kar jo Hazrat Nuh ke sath thay. Yeh waqia jo history mein hua, yeh ab aap ko yeh maloom hoga ke yeh waqia itna aam hua ke har jagah kuch na kuch is ka zikr maujood hai.</w:t>
      </w:r>
    </w:p>
    <w:p>
      <w:pPr>
        <w:jc w:val="right"/>
      </w:pPr>
      <w:r>
        <w:t>تو اس وقت خدا نے ان کو بالکل مٹا دیا، ان تھوڑے سے لوگوں کو چھوڑ کر جو حضرت نوح کے ساتھ تھے۔ یہ واقعہ جو ہسٹری میں ہوا، یہ اب آپ کو یہ معلوم ہوگا کہ یہ واقعہ اتنا عام ہوا کہ ہر جگہ کچھ نہ کچھ اس کا ذکر موجود ہے۔</w:t>
      </w:r>
    </w:p>
    <w:p>
      <w:r>
        <w:rPr>
          <w:b/>
        </w:rPr>
        <w:t xml:space="preserve">[24:09] </w:t>
      </w:r>
      <w:r>
        <w:t>India ke jo scriptures hain, India ke jo books hain mazhabi, is mein yeh maujood hai, yeh aur doosray novels aur afsanon mein bhi maujood hai. Yeh cheezein</w:t>
      </w:r>
    </w:p>
    <w:p>
      <w:pPr>
        <w:jc w:val="right"/>
      </w:pPr>
      <w:r>
        <w:t>انڈیا کے جو سکرپچرز ہیں، انڈیا کے جو بکس ہیں مذہبی، اس میں یہ موجود ہے، یہ اور دوسرے ناولوں اور افسانوں میں بھی موجود ہے۔ یہ چیزیں</w:t>
      </w:r>
    </w:p>
    <w:p>
      <w:r>
        <w:rPr>
          <w:b/>
        </w:rPr>
        <w:t xml:space="preserve">[24:17] </w:t>
      </w:r>
      <w:r>
        <w:t>kyunke itna bara waqia tha ke jo log bache, woh ja ke base idhar udhar. Zahir hai ke woh batatay rahay ke aisa hua, aisa hua. To is se kahaniyan bani, story bani, is se novel bane.</w:t>
      </w:r>
    </w:p>
    <w:p>
      <w:pPr>
        <w:jc w:val="right"/>
      </w:pPr>
      <w:r>
        <w:t>کیونکہ اتنا بڑا واقعہ تھا کہ جو لوگ بچے، وہ جا کے بسے ادھر ادھر۔ ظاہر ہے کہ وہ بتاتے رہے کہ ایسا ہوا، ایسا ہوا۔ تو اس سے کہانیاں بنی، اسٹوری بنی، اس سے ناول بنے۔</w:t>
      </w:r>
    </w:p>
    <w:p>
      <w:r>
        <w:rPr>
          <w:b/>
        </w:rPr>
        <w:t xml:space="preserve">[24:30] </w:t>
      </w:r>
      <w:r>
        <w:t>to gharaaz hai ke yeh logon ke liye ek well known waqia ban gaya ke aisa hua hai. To aisa kyun hua?</w:t>
      </w:r>
    </w:p>
    <w:p>
      <w:pPr>
        <w:jc w:val="right"/>
      </w:pPr>
      <w:r>
        <w:t>تو غرض ہے کہ یہ لوگوں کے لیے ایک ویل نون واقعہ بن گیا کہ ایسا ہوا ہے۔ تو ایسا کیوں ہوا؟</w:t>
      </w:r>
    </w:p>
    <w:p>
      <w:r>
        <w:rPr>
          <w:b/>
        </w:rPr>
        <w:t xml:space="preserve">[24:39] </w:t>
      </w:r>
      <w:r>
        <w:t>to mein yahi samjhaoon ke Khuda ne is duniya ko, insan is duniya mein, insan ko jo basaya hai, bator trustee ke basaya hai.</w:t>
      </w:r>
    </w:p>
    <w:p>
      <w:pPr>
        <w:jc w:val="right"/>
      </w:pPr>
      <w:r>
        <w:t>تو میں یہی سمجھاؤں کہ خدا نے اس دنیا کو، انسان اس دنیا میں، انسان کو جو بسایا ہے، بطور ٹرسٹی کے بسایا ہے۔</w:t>
      </w:r>
    </w:p>
    <w:p>
      <w:r>
        <w:rPr>
          <w:b/>
        </w:rPr>
        <w:t xml:space="preserve">[24:49] </w:t>
      </w:r>
      <w:r>
        <w:t>insan is is dunya ka owner nahi hai, is ka lord nahi hai, is ka malik nahi hai. woh log is tarah rehne lage thay jaise ke hum hi malik ho, jo chahein karein, hum kisi ke under mein nahi hain, kisi kisi ki baat hamein nahi sunna hai.</w:t>
      </w:r>
    </w:p>
    <w:p>
      <w:pPr>
        <w:jc w:val="right"/>
      </w:pPr>
      <w:r>
        <w:t>انسان اس اس دنیا کا اونر نہیں ہے، اس کا لارڈ نہیں ہے، اس کا مالک نہیں ہے۔ وہ لوگ اس طرح رہنے لگے تھے جیسے کہ ہم ہی مالک ہو، جو چاہیں کریں، ہم کسی کے انڈر میں نہیں ہیں، کسی کسی کی بات ہمیں نہیں سننا ہے۔</w:t>
      </w:r>
    </w:p>
    <w:p>
      <w:r>
        <w:rPr>
          <w:b/>
        </w:rPr>
        <w:t xml:space="preserve">[25:04] </w:t>
      </w:r>
      <w:r>
        <w:t>yani khuda ka jo peghambar tha, woh kya tha?</w:t>
      </w:r>
    </w:p>
    <w:p>
      <w:pPr>
        <w:jc w:val="right"/>
      </w:pPr>
      <w:r>
        <w:t>یعنی خدا کا جو پیغمبر تھا، وہ کیا تھا؟</w:t>
      </w:r>
    </w:p>
    <w:p>
      <w:r>
        <w:rPr>
          <w:b/>
        </w:rPr>
        <w:t xml:space="preserve">[25:09] </w:t>
      </w:r>
      <w:r>
        <w:t>woh khuda ka representative tha, yani numainda. toh unhein khud khuda ke peghambar ki baat manni thi, khuda ke peghambar ko unhein follow karna tha kyunke woh khuda ko represent kar raha tha.</w:t>
      </w:r>
    </w:p>
    <w:p>
      <w:pPr>
        <w:jc w:val="right"/>
      </w:pPr>
      <w:r>
        <w:t>وہ خدا کا ریپریزنٹیٹیو تھا، یعنی نمائندہ۔ تو انہیں خود خدا کے پیغمبر کی بات ماننی تھی، خدا کے پیغمبر کو انہیں فالو کرنا تھا کیونکہ وہ خدا کو ریپریزنٹ کر رہا تھا۔</w:t>
      </w:r>
    </w:p>
    <w:p>
      <w:r>
        <w:rPr>
          <w:b/>
        </w:rPr>
        <w:t xml:space="preserve">[25:28] </w:t>
      </w:r>
      <w:r>
        <w:t>lekin unhone nahi mana, is ke khilaf ho gaye.</w:t>
      </w:r>
    </w:p>
    <w:p>
      <w:pPr>
        <w:jc w:val="right"/>
      </w:pPr>
      <w:r>
        <w:t>لیکن انہوں نے نہیں مانا، اس کے خلاف ہو گئے۔</w:t>
      </w:r>
    </w:p>
    <w:p>
      <w:r>
        <w:rPr>
          <w:b/>
        </w:rPr>
        <w:t xml:space="preserve">[25:34] </w:t>
      </w:r>
      <w:r>
        <w:t>toh khuda ne yeh Nuh ke zamane mein jo yeh toofan aaya, is ke zariye hamesha ke liye insan ko yeh bata diya ke tum is dunya ke malik nahi ho, tum is dunya ke, yeh dunya tum ko sirf is liye di gayi hai ke tum yahan raho, kuch din apna test do, aur is ke baad tumhein khuda ke haan jana hai.</w:t>
      </w:r>
    </w:p>
    <w:p>
      <w:pPr>
        <w:jc w:val="right"/>
      </w:pPr>
      <w:r>
        <w:t>تو خدا نے یہ نوح کے زمانے میں جو یہ طوفان آیا، اس کے ذریعے ہمیشہ کے لیے انسان کو یہ بتا دیا کہ تم اس دنیا کے مالک نہیں ہو، تم اس دنیا کے، یہ دنیا تم کو صرف اس لیے دی گئی ہے کہ تم یہاں رہو، کچھ دن اپنا ٹیسٹ دو، اور اس کے بعد تمہیں خدا کے ہاں جانا ہے۔</w:t>
      </w:r>
    </w:p>
    <w:p>
      <w:r>
        <w:rPr>
          <w:b/>
        </w:rPr>
        <w:t xml:space="preserve">[25:56] </w:t>
      </w:r>
      <w:r>
        <w:t>aur jaisa tumhara kaam hoga, waisa tum ko wahan par, yani ya punishment ya reward milega.</w:t>
      </w:r>
    </w:p>
    <w:p>
      <w:pPr>
        <w:jc w:val="right"/>
      </w:pPr>
      <w:r>
        <w:t>اور جیسا تمہارا کام ہوگا، ویسا تم کو وہاں پر، یعنی یا پنشمنٹ یا ریوارڈ ملے گا۔</w:t>
      </w:r>
    </w:p>
    <w:p>
      <w:r>
        <w:rPr>
          <w:b/>
        </w:rPr>
        <w:t xml:space="preserve">[26:06] </w:t>
      </w:r>
      <w:r>
        <w:t>isi ko mein keh raha hoon ke trustee, insan yeh dunya ka owner nahi hai, yahan ka lord nahi hai, woh yahan ka trustee hai. toh khuda ne is ko hamesha ke liye dikha diya ke agar tum ne limit ko cross kiya ke ho toh tum trustee aur samajh lo ke ab mein lord hoon, mein is ka owner hoon, toh khuda tum ko tahs nahs kar dega, tumhein destroy kar dega.</w:t>
      </w:r>
    </w:p>
    <w:p>
      <w:pPr>
        <w:jc w:val="right"/>
      </w:pPr>
      <w:r>
        <w:t>اسی کو میں کہہ رہا ہوں کہ ٹرسٹی، انسان یہ دنیا کا اونر نہیں ہے، یہاں کا لارڈ نہیں ہے، وہ یہاں کا ٹرسٹی ہے۔ تو خدا نے اس کو ہمیشہ کے لیے دکھا دیا کہ اگر تم نے لیمٹ کو کراس کیا کہ ہو تو تم ٹرسٹی اور سمجھ لو کہ اب میں لارڈ ہوں، میں اس کا اونر ہوں، تو خدا تم کو تحس نحس کر دے گا، تمہیں ڈسٹرائے کر دے گا۔</w:t>
      </w:r>
    </w:p>
    <w:p>
      <w:r>
        <w:rPr>
          <w:b/>
        </w:rPr>
        <w:t xml:space="preserve">[26:30] </w:t>
      </w:r>
      <w:r>
        <w:t>yeh khuda ne dikhaya.</w:t>
      </w:r>
    </w:p>
    <w:p>
      <w:pPr>
        <w:jc w:val="right"/>
      </w:pPr>
      <w:r>
        <w:t>یہ خدا نے دکھایا۔</w:t>
      </w:r>
    </w:p>
    <w:p>
      <w:r>
        <w:rPr>
          <w:b/>
        </w:rPr>
        <w:t xml:space="preserve">[26:34] </w:t>
      </w:r>
      <w:r>
        <w:t>is ke baad chhote chhote waqiyat aap jante hain hote rehte hain. mein samajhta hoon ke yeh tsunami jo hai, isi qism ka waqia hai, yeh storm aate hain, isi qism ka waqia hai, earthquake jo aate hain, yeh sab chhote chhote toofan Nuh hain, insan ko warn karne ke liye, insan ko yaad dilane ke liye, insan ko remind karne ke liye.</w:t>
      </w:r>
    </w:p>
    <w:p>
      <w:pPr>
        <w:jc w:val="right"/>
      </w:pPr>
      <w:r>
        <w:t>اس کے بعد چھوٹے چھوٹے واقعات آپ جانتے ہیں ہوتے رہتے ہیں۔ میں سمجھتا ہوں کہ یہ سونامی جو ہے، اسی قسم کا واقعہ ہے، یہ سٹارم آتے ہیں، اسی قسم کا واقعہ ہے، ارتھ کویک جو آتے ہیں، یہ سب چھوٹے چھوٹے طوفان نوح ہیں، انسان کو وارن کرنے کے لیے، انسان کو یاد دلانے کے لیے، انسان کو ریمائنڈ کرنے کے لیے۔</w:t>
      </w:r>
    </w:p>
    <w:p>
      <w:r>
        <w:rPr>
          <w:b/>
        </w:rPr>
        <w:t xml:space="preserve">[26:54] </w:t>
      </w:r>
      <w:r>
        <w:t>is waqt jo aaya tha, woh toh bohat hi decisive qism ka aaya tha, ab sirf reminder type ka aata hai.</w:t>
      </w:r>
    </w:p>
    <w:p>
      <w:pPr>
        <w:jc w:val="right"/>
      </w:pPr>
      <w:r>
        <w:t>اس وقت جو آیا تھا، وہ تو بہت ہی ڈیسائیسو قسم کا آیا تھا، اب صرف ریمائنڈر ٹائپ کا آتا ہے۔</w:t>
      </w:r>
    </w:p>
    <w:p>
      <w:r>
        <w:rPr>
          <w:b/>
        </w:rPr>
        <w:t xml:space="preserve">[27:01] </w:t>
      </w:r>
      <w:r>
        <w:t>hazrat Nuh ke zamane mein jo aaya tha toofan, woh tha bohat hi decisive type ka. beech mein jo aa raha hai, chhote chhote earthquake ya ya is mukhtalif qism ke jo natural disaster hote hain,</w:t>
      </w:r>
    </w:p>
    <w:p>
      <w:pPr>
        <w:jc w:val="right"/>
      </w:pPr>
      <w:r>
        <w:t>حضرت نوح کے زمانے میں جو آیا تھا طوفان، وہ تھا بہت ہی ڈیسائیسو ٹائپ کا۔ بیچ میں جو آ رہا ہے، چھوٹا چھوٹا ارتھ کویک یا یا اس مختلف قسم کے جو نیچرل ڈساسٹر ہوتے ہیں،</w:t>
      </w:r>
    </w:p>
    <w:p>
      <w:r>
        <w:rPr>
          <w:b/>
        </w:rPr>
        <w:t xml:space="preserve">[27:16] </w:t>
      </w:r>
      <w:r>
        <w:t>woh hote hain reminder. lekin aakhir mein jab dunya apne end par pahunch jayegi toh phir woh doomsday hoga, phir woh bada toofan Nuh aayega, phir sare log bata diye jayenge, aur is ke baad woh dunya shuru ho jayegi jahan hell aur paradise hai. toh mein samajhta hoon ke Hazrat Nuh ka jo waqia hua, is ke zariye poori history mein khuda ne yeh lesson likh diya hamesha ke liye.</w:t>
      </w:r>
    </w:p>
    <w:p>
      <w:pPr>
        <w:jc w:val="right"/>
      </w:pPr>
      <w:r>
        <w:t>وہ ہوتے ہیں ریمائنڈر۔ لیکن آخر میں جب دنیا اپنے اینڈ پر پہنچ جائے گی تو پھر وہ ڈومز ڈے ہوگا، پھر وہ بڑا طوفان نوح آئے گ</w:t>
      </w:r>
    </w:p>
    <w:p>
      <w:r>
        <w:rPr>
          <w:b/>
        </w:rPr>
        <w:t xml:space="preserve">[27:26] </w:t>
      </w:r>
      <w:r>
        <w:t>yahi aur bhi bohat se pehlu hain Hazrat Nuh ki zindagi ke, lekin mein samajhta hoon ke sab se ahem pehlu shayad yahi hai, yani history ko samajhne ke liye.</w:t>
      </w:r>
    </w:p>
    <w:p>
      <w:pPr>
        <w:jc w:val="right"/>
      </w:pPr>
      <w:r>
        <w:t>ا، پھر سارے لوگ بٹا دیے جائیں گے، اور اس کے بعد وہ دنیا شروع ہو جائے گی جہاں ہیل اور پیراڈائز ہے۔ تو میں سمجھتا ہوں کہ حضرت نوح کا جو واقعہ ہوا، اس کے ذریعے پوری ہسٹری میں خدا نے یہ لیسن لکھ دیا ہمیشہ کے لیے۔</w:t>
      </w:r>
    </w:p>
    <w:p>
      <w:r>
        <w:rPr>
          <w:b/>
        </w:rPr>
        <w:t xml:space="preserve">[27:46] </w:t>
      </w:r>
      <w:r>
        <w:t>ab mein Hazrat Hazrat Nuh ke baad leta hoon Hazrat Ibrahim ko. Hazrat Ibrahim bhi isi ilaqe mein paida hue, yani Iraq mein. waise woh kai mulkon mein gaye, Falasteen gaye, Misr gaye,</w:t>
      </w:r>
    </w:p>
    <w:p>
      <w:pPr>
        <w:jc w:val="right"/>
      </w:pPr>
      <w:r>
        <w:t>یہی اور بھی بہت سے پہلو ہیں حضرت نوح کی زندگی کے، لیکن میں سمجھتا ہوں کہ سب سے اہم پہلو شاید یہی ہے، یعنی ہسٹری کو سمجھنے کے لیے۔</w:t>
      </w:r>
    </w:p>
    <w:p>
      <w:r>
        <w:rPr>
          <w:b/>
        </w:rPr>
        <w:t xml:space="preserve">[27:56] </w:t>
      </w:r>
      <w:r>
        <w:t>Arab aaye. toh woh bohat bade prophet thay. un ke zariye un ki zindagi mein bohat sare pehlu hain.</w:t>
      </w:r>
    </w:p>
    <w:p>
      <w:pPr>
        <w:jc w:val="right"/>
      </w:pPr>
      <w:r>
        <w:t>اب میں حضرت حضرت نوح کے بعد لیتا ہوں حضرت ابراہیم کو۔ حضرت ابراہیم بھی اسی علاقے میں پیدا ہوئے، یعنی عراق میں۔ ویسے وہ کئی ملکوں میں گئے، فلسطین گئے، مصر گئے،</w:t>
      </w:r>
    </w:p>
    <w:p>
      <w:r>
        <w:rPr>
          <w:b/>
        </w:rPr>
        <w:t xml:space="preserve">[28:11] </w:t>
      </w:r>
      <w:r>
        <w:t>ek pehlu jo mein le raha hoon yahan par, woh yeh hai ke unhone apni biwi ko aur apne chhote bachche ko le kar desert mein basa diya, Mecca ke desert mein, jahan koi nahi tha.</w:t>
      </w:r>
    </w:p>
    <w:p>
      <w:pPr>
        <w:jc w:val="right"/>
      </w:pPr>
      <w:r>
        <w:t>عرب آئے۔ تو وہ بہت بڑے پرافٹ تھے۔ ان کے ذریعے ان کی زندگی میں بہت سارے پہلو ہیں۔</w:t>
      </w:r>
    </w:p>
    <w:p>
      <w:r>
        <w:rPr>
          <w:b/>
        </w:rPr>
        <w:t xml:space="preserve">[28:23] </w:t>
      </w:r>
      <w:r>
        <w:t>yeh kyun hua? is waqt jo dunya mein halat thi, woh yeh thi ke log shirk mein conditioned ho gaye thay.</w:t>
      </w:r>
    </w:p>
    <w:p>
      <w:pPr>
        <w:jc w:val="right"/>
      </w:pPr>
      <w:r>
        <w:t>ایک پہلو جو میں لے رہا ہوں یہاں پر، وہ یہ ہے کہ انہوں نے اپنی بیوی کو اور اپنے چھوٹے بچے کو لے کر ڈیزرٹ میں بسا دیا، مکہ کے ڈیزرٹ میں، جہاں کوئی نہیں تھا۔</w:t>
      </w:r>
    </w:p>
    <w:p>
      <w:r>
        <w:rPr>
          <w:b/>
        </w:rPr>
        <w:t xml:space="preserve">[28:35] </w:t>
      </w:r>
      <w:r>
        <w:t>shirk ka matlab kya hai? worshipping other than God,</w:t>
      </w:r>
    </w:p>
    <w:p>
      <w:pPr>
        <w:jc w:val="right"/>
      </w:pPr>
      <w:r>
        <w:t>یہ کیوں ہوا؟ اس وقت جو دنیا میں حالت تھی، وہ یہ تھی کہ لوگ شرک میں کنڈیشنڈ ہو گئے تھے۔</w:t>
      </w:r>
    </w:p>
    <w:p>
      <w:r>
        <w:rPr>
          <w:b/>
        </w:rPr>
        <w:t xml:space="preserve">[28:47] </w:t>
      </w:r>
      <w:r>
        <w:t>khuda ke siwa kisi aur ko poojna, khuda ke siwa kisi aur ko worship karna. toh woh log sun ki pooja karte thay, moon ki pooja karte thay, stars ki karte thay, nature ki karte thay, mountain aur ocean ki pooja karte thay.</w:t>
      </w:r>
    </w:p>
    <w:p>
      <w:pPr>
        <w:jc w:val="right"/>
      </w:pPr>
      <w:r>
        <w:t>شرک کا مطلب کیا ہے؟ ورشپنگ ادر دین گاڈ،</w:t>
      </w:r>
    </w:p>
    <w:p>
      <w:r>
        <w:rPr>
          <w:b/>
        </w:rPr>
        <w:t xml:space="preserve">[28:52] </w:t>
      </w:r>
      <w:r>
        <w:t>isi mein woh conditioned ho gaye thay</w:t>
      </w:r>
    </w:p>
    <w:p>
      <w:pPr>
        <w:jc w:val="right"/>
      </w:pPr>
      <w:r>
        <w:t>خدا کے سوا کسی اور کو پوجنا، خدا کے سوا کسی اور کو ورشپ کرنا۔ تو وہ لوگ سن کی پوجا کرتے تھے، مون کی پوجا کرتے تھے، سٹارز کی کرتے تھے، نیچر کی کرتے تھے، ماؤنٹین اور اوشن کی پوجا کرتے تھے۔</w:t>
      </w:r>
    </w:p>
    <w:p>
      <w:r>
        <w:rPr>
          <w:b/>
        </w:rPr>
        <w:t xml:space="preserve">[29:08] </w:t>
      </w:r>
      <w:r>
        <w:t>ke un ka mind jo tha, shirk mein conditioned ho gaya tha. aur jab yeh batate thay Hazrat Ibrahim, toh kisi ki samajh mein kuch nahi aata tha.</w:t>
      </w:r>
    </w:p>
    <w:p>
      <w:pPr>
        <w:jc w:val="right"/>
      </w:pPr>
      <w:r>
        <w:t>اسی میں وہ کنڈیشنڈ ہو گئے تھے</w:t>
      </w:r>
    </w:p>
    <w:p>
      <w:r>
        <w:rPr>
          <w:b/>
        </w:rPr>
        <w:t xml:space="preserve">[29:13] </w:t>
      </w:r>
      <w:r>
        <w:t>aap jante hain ke jab aadmi kisi cheez mein conditioned ho jaye toh us ki koi aur baat samajh mein nahi aati, jab tak ke us ko deconditioning na ki jaye. toh Hazrat Ibrahim ne jo scheme banayi, woh yeh thi ke desert mein ek aisi generation banayi jaye jo is conditioning se pak ho.</w:t>
      </w:r>
    </w:p>
    <w:p>
      <w:pPr>
        <w:jc w:val="right"/>
      </w:pPr>
      <w:r>
        <w:t>کہ ان کا مائنڈ جو تھا، شرک میں کنڈیشنڈ ہو گیا تھا۔ اور جب یہ بتاتے تھے حضرت ابراہیم، تو کسی کی سمجھ میں کچھ نہیں آتا تھا۔</w:t>
      </w:r>
    </w:p>
    <w:p>
      <w:r>
        <w:rPr>
          <w:b/>
        </w:rPr>
        <w:t xml:space="preserve">[29:22] </w:t>
      </w:r>
      <w:r>
        <w:t>kyunke aap jante hain, conditioning shuru hoti hai pet se nahi, pet se bahar aane ke baad. jab aap ek society mein paida hote hain, ek city mein paida hote hain, ek culture mein paida hote hain, toh woh wahan par aap ki conditioning hoti hai.</w:t>
      </w:r>
    </w:p>
    <w:p>
      <w:pPr>
        <w:jc w:val="right"/>
      </w:pPr>
      <w:r>
        <w:t>آپ جانتے ہیں کہ جب آدمی کسی چیز میں کنڈیشنڈ ہو جائے تو اس کی کوئی اور بات سمجھ میں نہیں آتی، جب تک کہ اس کو ڈی کنڈیشننگ نہ کی جائے۔ تو حضرت ابراہیم نے جو اسکیم بنائی، وہ یہ تھی کہ ڈیزرٹ میں ایک ایسی جنریشن بنائی جائے جو اس کنڈیشننگ سے پاک ہو۔</w:t>
      </w:r>
    </w:p>
    <w:p>
      <w:r>
        <w:rPr>
          <w:b/>
        </w:rPr>
        <w:t xml:space="preserve">[29:43] </w:t>
      </w:r>
      <w:r>
        <w:t>toh Hazrat Ibrahim ne ja ke basa diya aap ko desert mein, jahan koi aisa mahol tha hi nahi jo conditioning kar sake. un ki wahan na city tha, na koi culture tha, na koi society thi, kuch bhi nahi.</w:t>
      </w:r>
    </w:p>
    <w:p>
      <w:pPr>
        <w:jc w:val="right"/>
      </w:pPr>
      <w:r>
        <w:t>کیونکہ آپ جانتے ہیں، کنڈیشننگ شروع ہوتی ہے پیٹ سے نہیں، پیٹ سے باہر آنے کے بعد۔ جب آپ ایک سوسائٹی میں پیدا ہوتے ہیں، ایک سٹی میں پیدا ہوتے ہیں، ایک کلچر میں پیدا ہوتے ہیں، تو وہ وہاں پر آپ کی کنڈیشننگ ہوتی ہے۔</w:t>
      </w:r>
    </w:p>
    <w:p>
      <w:r>
        <w:rPr>
          <w:b/>
        </w:rPr>
        <w:t xml:space="preserve">[30:00] </w:t>
      </w:r>
      <w:r>
        <w:t>to hazrat ibrahim ne ja ke basa diya aap ko desert mein, jahan koi aisa mahol tha hi nahin jo conditioning karay. un ki wahan na city tha, na koi culture tha, na koi society thi, kuch bhi nahin.</w:t>
      </w:r>
    </w:p>
    <w:p>
      <w:pPr>
        <w:jc w:val="right"/>
      </w:pPr>
      <w:r>
        <w:t>تو حضرت ابراہیم نے جا کے بسا دیا آپ کو ڈیزرٹ میں، جہاں کوئی ایسا ماحول تھا ہی نہیں جو کنڈیشننگ کرے۔ ان کی وہاں نہ سٹی تھا، نہ کوئی کلچر تھا، نہ کوئی سوسائٹی تھی، کچھ بھی نہیں۔</w:t>
      </w:r>
    </w:p>
    <w:p>
      <w:r>
        <w:rPr>
          <w:b/>
        </w:rPr>
        <w:t xml:space="preserve">[30:14] </w:t>
      </w:r>
      <w:r>
        <w:t>to desert tha, bas mountain oopar, aasman neeche, zameen. to wahan par yeh possible tha ke aadmi paida ho wahan par, to conditioning se bacha rahe, woh conditioning se bacha rahe.</w:t>
      </w:r>
    </w:p>
    <w:p>
      <w:pPr>
        <w:jc w:val="right"/>
      </w:pPr>
      <w:r>
        <w:t>تو ڈیزرٹ تھا، بس ماؤنٹن اوپر، آسمان نیچے، زمین۔ تو وہاں پر یہ پوسیبل تھا کہ آدمی پیدا ہو وہاں پر، تو کنڈیشننگ سے بچا رہے، وہ کنڈیشننگ سے بچا رہے۔</w:t>
      </w:r>
    </w:p>
    <w:p>
      <w:r>
        <w:rPr>
          <w:b/>
        </w:rPr>
        <w:t xml:space="preserve">[30:31] </w:t>
      </w:r>
      <w:r>
        <w:t>woh to jab condition bacha hoga to kya hoga? woh hoga mister nature, woh nature par hoga. conditioning ka matlab hai nature dhak</w:t>
      </w:r>
    </w:p>
    <w:p>
      <w:pPr>
        <w:jc w:val="right"/>
      </w:pPr>
      <w:r>
        <w:t>وہ تو جب کنڈیشن بچا ہوگا تو کیا ہوگا؟ وہ ہوگا مسٹر نیچر، وہ نیچر پر ہوگا۔ کنڈیشننگ کا مطلب ہے نیچر ڈھک</w:t>
      </w:r>
    </w:p>
    <w:p>
      <w:r>
        <w:rPr>
          <w:b/>
        </w:rPr>
        <w:t xml:space="preserve">[30:42] </w:t>
      </w:r>
      <w:r>
        <w:t>jaye aadmi ki, jis tarah se aain mein hota hai. aain mein aap jante hain ke beech mein ek cover hota hai, uska uske oopar layer hote hain. to yahi mamla insaan ka hai.</w:t>
      </w:r>
    </w:p>
    <w:p>
      <w:pPr>
        <w:jc w:val="right"/>
      </w:pPr>
      <w:r>
        <w:t>جائے آدمی کی، جس طرح سے آنین میں ہوتا ہے۔ آنین میں آپ جانتے ہیں کہ بیچ میں ایک کور ہوتا ہے، اس کا اس کے اوپر لیئر ہوتے ہیں۔ تو یہی معاملہ انسان کا ہے۔</w:t>
      </w:r>
    </w:p>
    <w:p>
      <w:r>
        <w:rPr>
          <w:b/>
        </w:rPr>
        <w:t xml:space="preserve">[30:53] </w:t>
      </w:r>
      <w:r>
        <w:t>insaan ka jo nature hai, woh woh bilkul wahan par insaan mister right hota hai, apne nature ke satah par har insaan mister right hota hai.</w:t>
      </w:r>
    </w:p>
    <w:p>
      <w:pPr>
        <w:jc w:val="right"/>
      </w:pPr>
      <w:r>
        <w:t>انسان کا جو نیچر ہے، وہ وہ بالکل وہاں پر انسان مسٹر رائٹ ہوتا ہے، اپنے نیچر کے سطح پر ہر انسان مسٹر رائٹ ہوتا ہے۔</w:t>
      </w:r>
    </w:p>
    <w:p>
      <w:r>
        <w:rPr>
          <w:b/>
        </w:rPr>
        <w:t xml:space="preserve">[31:05] </w:t>
      </w:r>
      <w:r>
        <w:t>phir society is par layer par layer charhati rehti hai, isi ko hum conditioning kehte hain.</w:t>
      </w:r>
    </w:p>
    <w:p>
      <w:pPr>
        <w:jc w:val="right"/>
      </w:pPr>
      <w:r>
        <w:t>پھر سوسائٹی اس پر لیئر پر لیئر چڑھاتی رہتی ہے، اسی کو ہم کنڈیشننگ کہتے ہیں۔</w:t>
      </w:r>
    </w:p>
    <w:p>
      <w:r>
        <w:rPr>
          <w:b/>
        </w:rPr>
        <w:t xml:space="preserve">[31:10] </w:t>
      </w:r>
      <w:r>
        <w:t>to wahan par woh le gaye is desert mein, to wahan koi society thi nahi jo conditioning kare, kyunke har aadmi jo wahan utha, woh conditioning se bacha hua tha.</w:t>
      </w:r>
    </w:p>
    <w:p>
      <w:pPr>
        <w:jc w:val="right"/>
      </w:pPr>
      <w:r>
        <w:t>تو وہاں پر وہ لے گئے اس ڈیزرٹ میں، تو وہاں کوئی سوسائٹی تھی نہیں جو کنڈیشننگ کرے، کیونکہ ہر آدمی جو وہاں اٹھا، وہ کنڈیشننگ سے بچا ہوا تھا۔</w:t>
      </w:r>
    </w:p>
    <w:p>
      <w:r>
        <w:rPr>
          <w:b/>
        </w:rPr>
        <w:t xml:space="preserve">[31:24] </w:t>
      </w:r>
      <w:r>
        <w:t>un mein se har ek mister nature tha, mister nature tha. misaal ke taur par dekhiye, wahan koi aadmi jhoot nahi bolta tha.</w:t>
      </w:r>
    </w:p>
    <w:p>
      <w:pPr>
        <w:jc w:val="right"/>
      </w:pPr>
      <w:r>
        <w:t>ان میں سے ہر ایک مسٹر نیچر تھا، مسٹر نیچر تھا۔ مثال کے طور پر دیکھیے، وہاں کوئی آدمی جھوٹ نہیں بولتا تھا۔</w:t>
      </w:r>
    </w:p>
    <w:p>
      <w:r>
        <w:rPr>
          <w:b/>
        </w:rPr>
        <w:t xml:space="preserve">[31:36] </w:t>
      </w:r>
      <w:r>
        <w:t>arab mein yeh jo paida hue the, jo log jo Hazrat Isa Hazrat Ibrahim ne basaya tha desert mein, to jo woh jo jo generation bani thi wahan par, woh generation woh ek ek aadmi jo tha, mister nature tha.</w:t>
      </w:r>
    </w:p>
    <w:p>
      <w:pPr>
        <w:jc w:val="right"/>
      </w:pPr>
      <w:r>
        <w:t>عرب میں یہ جو پیدا ہوئے تھے، جو لوگ جو حضرت عیسائی حضرت ابراہیم نے بسایا تھا ڈیزرٹ میں، تو جو وہ جو جو جنریشن بنی تھی وہاں پر، وہ جنریشن وہ ایک ایک آدمی جو تھا، مسٹر نیچر تھا۔</w:t>
      </w:r>
    </w:p>
    <w:p>
      <w:r>
        <w:rPr>
          <w:b/>
        </w:rPr>
        <w:t xml:space="preserve">[31:53] </w:t>
      </w:r>
      <w:r>
        <w:t>woh</w:t>
      </w:r>
    </w:p>
    <w:p>
      <w:pPr>
        <w:jc w:val="right"/>
      </w:pPr>
      <w:r>
        <w:t>وہ</w:t>
      </w:r>
    </w:p>
    <w:p>
      <w:r>
        <w:rPr>
          <w:b/>
        </w:rPr>
        <w:t xml:space="preserve">[31:58] </w:t>
      </w:r>
      <w:r>
        <w:t>to misaal ke taur par woh woh jante hi nahi the jhoot bolna, woh jante the jhoot bhi bola jata hai.</w:t>
      </w:r>
    </w:p>
    <w:p>
      <w:pPr>
        <w:jc w:val="right"/>
      </w:pPr>
      <w:r>
        <w:t>تو مثال کے طور پر وہ وہ جانتے ہی نہیں تھے جھوٹ بولنا، وہ جانتے تھے جھوٹ بھی بولا جاتا ہے۔</w:t>
      </w:r>
    </w:p>
    <w:p>
      <w:r>
        <w:rPr>
          <w:b/>
        </w:rPr>
        <w:t xml:space="preserve">[32:06] </w:t>
      </w:r>
      <w:r>
        <w:t>woh aise the ke jo yani jo unke dil mein hai, woh unki zuban par hai. bas jo unke dil mein hai, wahi unki zuban par hai.</w:t>
      </w:r>
    </w:p>
    <w:p>
      <w:pPr>
        <w:jc w:val="right"/>
      </w:pPr>
      <w:r>
        <w:t>وہ ایسے تھے کہ جو یعنی جو ان کے دل میں ہے، وہ ان کی زبان پر ہے۔ بس جو ان کے دل میں ہے، وہی ان کی زبان پر ہے۔</w:t>
      </w:r>
    </w:p>
    <w:p>
      <w:r>
        <w:rPr>
          <w:b/>
        </w:rPr>
        <w:t xml:space="preserve">[32:17] </w:t>
      </w:r>
      <w:r>
        <w:t>misalan ek dafa is zamane mein ek waqia hua ke do qabeelon mein ladai ho gayi. is zamane mein chuki sources bohat hi kam the, misalan woh apni maweshi ko pani pilana hai to bohat kam pani hai.</w:t>
      </w:r>
    </w:p>
    <w:p>
      <w:pPr>
        <w:jc w:val="right"/>
      </w:pPr>
      <w:r>
        <w:t>مثلاً ایک دفعہ اس زمانے میں ایک واقعہ ہوا کہ دو قبیلوں میں لڑائی ہو گئی۔ اس زمانے میں چونکہ سورسز بہت ہی کم تھے، مثلاً وہ اپنی مویشی کو پانی پلانا ہے تو بہت کم پانی ہے۔</w:t>
      </w:r>
    </w:p>
    <w:p>
      <w:r>
        <w:rPr>
          <w:b/>
        </w:rPr>
        <w:t xml:space="preserve">[32:29] </w:t>
      </w:r>
      <w:r>
        <w:t>ab isi mein lad jaate the, kehte hain main apni pilaunga, woh kehta hai main pilaunga.</w:t>
      </w:r>
    </w:p>
    <w:p>
      <w:pPr>
        <w:jc w:val="right"/>
      </w:pPr>
      <w:r>
        <w:t>اب اسی میں لڑ جاتے تھے، کہتے ہیں میں اپنی پلاؤں گا، وہ کہتا ہے میں پلاؤں گا۔</w:t>
      </w:r>
    </w:p>
    <w:p>
      <w:r>
        <w:rPr>
          <w:b/>
        </w:rPr>
        <w:t xml:space="preserve">[32:36] </w:t>
      </w:r>
      <w:r>
        <w:t>to isi ko Hali ne kaha hai kahin pani peene pilane par jhagda. to sources kam hone ki wajah se wahan ladai ho jaati thi. to ek baar do qabeelon mein ladai ho gayi,</w:t>
      </w:r>
    </w:p>
    <w:p>
      <w:pPr>
        <w:jc w:val="right"/>
      </w:pPr>
      <w:r>
        <w:t>تو اسی کو حالی نے کہا ہے کہیں پانی پینے پلانے پر جھگڑا۔ تو سورسز کم ہونے کی وجہ سے وہاں لڑائی ہو جاتی تھی۔ تو ایک بار دو قبیلے میں لڑائی ہو گئی،</w:t>
      </w:r>
    </w:p>
    <w:p>
      <w:r>
        <w:rPr>
          <w:b/>
        </w:rPr>
        <w:t xml:space="preserve">[32:49] </w:t>
      </w:r>
      <w:r>
        <w:t>to ek qabeelay ke kuch log mare gaye. ab unke andar revenge aaya ke hum is ke badle unhein mareinge. to ek buzurg aadmi wahan aaye, ek senior aadmi.</w:t>
      </w:r>
    </w:p>
    <w:p>
      <w:pPr>
        <w:jc w:val="right"/>
      </w:pPr>
      <w:r>
        <w:t>تو ایک قبیلے کے کچھ لوگ مارے گئے۔ اب ان کے اندر رینج آیا کہ ہم اس کے بدلے انہیں ماریں گے۔ تو ایک بزرگ آدمی وہاں آئے، ایک سینئر آدمی۔</w:t>
      </w:r>
    </w:p>
    <w:p>
      <w:r>
        <w:rPr>
          <w:b/>
        </w:rPr>
        <w:t xml:space="preserve">[33:01] </w:t>
      </w:r>
      <w:r>
        <w:t>unhone kaha ke tum log ladai karne ke liye tule hue ho revenge lene par,</w:t>
      </w:r>
    </w:p>
    <w:p>
      <w:pPr>
        <w:jc w:val="right"/>
      </w:pPr>
      <w:r>
        <w:t>انہوں نے کہا کہ تم لوگ لڑائی کرنے کے لیے تلے ہوئے ہو رینج لینے پر،</w:t>
      </w:r>
    </w:p>
    <w:p>
      <w:r>
        <w:rPr>
          <w:b/>
        </w:rPr>
        <w:t xml:space="preserve">[33:06] </w:t>
      </w:r>
      <w:r>
        <w:t>kya main tum ko is se behtar ek baat na bataun?</w:t>
      </w:r>
    </w:p>
    <w:p>
      <w:pPr>
        <w:jc w:val="right"/>
      </w:pPr>
      <w:r>
        <w:t>کیا میں تم کو اس سے بہتر ایک بات نہ بتاؤں؟</w:t>
      </w:r>
    </w:p>
    <w:p>
      <w:r>
        <w:rPr>
          <w:b/>
        </w:rPr>
        <w:t xml:space="preserve">[33:13] </w:t>
      </w:r>
      <w:r>
        <w:t>to unhone kaha ke woh kya behtar baat hai? unhone kaha ke sulah kar lo, sulah kar lo. to aata hai ke faqaam al qawm wa tasahab, wa tasalahu ke log uthe aur aapas mein gale mil kar ke sulah kar liya.</w:t>
      </w:r>
    </w:p>
    <w:p>
      <w:pPr>
        <w:jc w:val="right"/>
      </w:pPr>
      <w:r>
        <w:t>تو انہوں نے کہا کہ وہ کیا بہتر بات ہے؟ انہوں نے کہا کہ صلح کر لو، صلح کر لو۔ تو آتا ہے کہ فقام القوم وتصاحب، وتصالحو کہ لوگ اٹھے اور آپس میں گلے مل کر کے صلح کر لیا۔</w:t>
      </w:r>
    </w:p>
    <w:p>
      <w:r>
        <w:rPr>
          <w:b/>
        </w:rPr>
        <w:t xml:space="preserve">[33:29] </w:t>
      </w:r>
      <w:r>
        <w:t>itne simple log hote the. woh</w:t>
      </w:r>
    </w:p>
    <w:p>
      <w:pPr>
        <w:jc w:val="right"/>
      </w:pPr>
      <w:r>
        <w:t>اتنے سمپل لوگ ہوتے تھے۔ وہ</w:t>
      </w:r>
    </w:p>
    <w:p>
      <w:r>
        <w:rPr>
          <w:b/>
        </w:rPr>
        <w:t xml:space="preserve">[33:33] </w:t>
      </w:r>
      <w:r>
        <w:t>ek ek aadmi jo ke daco ban gaya tha, apne halaat mein ne kaha na ke wahan par sources kam hote the. to ek baar woh pahuncha, ek tent laga hua tha kisi desert mein, us mein ek aurat thi.</w:t>
      </w:r>
    </w:p>
    <w:p>
      <w:pPr>
        <w:jc w:val="right"/>
      </w:pPr>
      <w:r>
        <w:t>ایک ایک آدمی جو کہ ڈاکو بن گیا تھا، اپنے حالات میں نے کہا نا کہ وہاں پر سورسز کم ہوتے تھے۔ تو ایک بار وہ پہنچا، ایک ٹینٹ لگا ہوا تھا کسی ڈیزرٹ میں، اس میں ایک عورت تھی۔</w:t>
      </w:r>
    </w:p>
    <w:p>
      <w:r>
        <w:rPr>
          <w:b/>
        </w:rPr>
        <w:t xml:space="preserve">[33:46] </w:t>
      </w:r>
      <w:r>
        <w:t>to usne kaha ke tum apni jewelry jo hai, mujhe utar kar do, kuch haar, kuch pehne hue the, kuch bhi, koi jewelry type ki cheez utar kar do.</w:t>
      </w:r>
    </w:p>
    <w:p>
      <w:pPr>
        <w:jc w:val="right"/>
      </w:pPr>
      <w:r>
        <w:t>تو اس نے کہا کہ تم اپنی جیولری جو ہے، مجھے اتار کر دو، کچھ ہار، کچھ پہنے ہوئے تھے، کچھ بھی، کوئی جیولری ٹائپ کی چیز اتار کر دو۔</w:t>
      </w:r>
    </w:p>
    <w:p>
      <w:r>
        <w:rPr>
          <w:b/>
        </w:rPr>
        <w:t xml:space="preserve">[33:57] </w:t>
      </w:r>
      <w:r>
        <w:t>aur nahi utaro ge to to marunga.</w:t>
      </w:r>
    </w:p>
    <w:p>
      <w:pPr>
        <w:jc w:val="right"/>
      </w:pPr>
      <w:r>
        <w:t>اور نہیں اتارو گے تو تو ماروں گا۔</w:t>
      </w:r>
    </w:p>
    <w:p>
      <w:r>
        <w:rPr>
          <w:b/>
        </w:rPr>
        <w:t xml:space="preserve">[34:00] </w:t>
      </w:r>
      <w:r>
        <w:t>to is mein aata hai kitabon mein ke jab aurat jo hai, ab woh aurat ke liye koi option nahi tha siwaye is ke ke utar ke de de. uska aadmi nahi tha ke us ko kuch roke, to koi option nahi tha.</w:t>
      </w:r>
    </w:p>
    <w:p>
      <w:pPr>
        <w:jc w:val="right"/>
      </w:pPr>
      <w:r>
        <w:t>تو اس میں آتا ہے کتابوں میں کہ جب عورت جو ہے، اب وہ عورت کے لیے کوئی آپشن نہیں تھا سوائے اس کے کہ اتار کے دے دے۔ اس کا آدمی نہیں تھا کہ اس کو کچھ روکے، تو کوئی آپشن نہیں تھا۔</w:t>
      </w:r>
    </w:p>
    <w:p>
      <w:r>
        <w:rPr>
          <w:b/>
        </w:rPr>
        <w:t xml:space="preserve">[34:11] </w:t>
      </w:r>
      <w:r>
        <w:t>to jab woh utarne lagi to woh woh daco jaisa tha, ulti taraf apna munh kar ke khada ho gaya. yani uski peeth jo thi, woh us aurat ki taraf thi</w:t>
      </w:r>
    </w:p>
    <w:p>
      <w:pPr>
        <w:jc w:val="right"/>
      </w:pPr>
      <w:r>
        <w:t>تو جب وہ اتارنے لگی تو وہ وہ ڈاکو جیسا تھا، الٹی طرف اپنا منہ کر کے کھڑا ہو گیا۔ یعنی اس کی پیٹھ جو تھی، وہ اس عورت کی طرف تھی</w:t>
      </w:r>
    </w:p>
    <w:p>
      <w:r>
        <w:rPr>
          <w:b/>
        </w:rPr>
        <w:t xml:space="preserve">[34:21] </w:t>
      </w:r>
      <w:r>
        <w:t>ke utarte hue, yani utare to kuch kapra utare gi, kuch ka dopata utare gi, kuch to utare gi, uska body khule ga. to jab woh aurat utar rahi thi apne haan zevar, to woh daco jo tha, woh apna munh ulti taraf kar ke khada ho gaya.</w:t>
      </w:r>
    </w:p>
    <w:p>
      <w:pPr>
        <w:jc w:val="right"/>
      </w:pPr>
      <w:r>
        <w:t>کہ اتارتے ہوئے، یعنی اتارے تو کچھ کپڑا اتارے گی، کچھ کا دوپٹہ اتارے گی، کچھ تو اتارے گی، اس کا باڈی کھلے گا۔ تو جب وہ عورت اتار رہی تھی اپنے ہاں زیور، تو وہ ڈاکو جو تھا، وہ اپنا منہ الٹی طرف کر کے کھڑا ہو گیا۔</w:t>
      </w:r>
    </w:p>
    <w:p>
      <w:r>
        <w:rPr>
          <w:b/>
        </w:rPr>
        <w:t xml:space="preserve">[34:39] </w:t>
      </w:r>
      <w:r>
        <w:t>yani peeth us aurat ki taraf thi ke main us ko na dekhun. to yeh baray aisay log thay jo nature par thay, woh conditioning se pak thay.</w:t>
      </w:r>
    </w:p>
    <w:p>
      <w:pPr>
        <w:jc w:val="right"/>
      </w:pPr>
      <w:r>
        <w:t>یعنی پیٹھ اس عورت کی طرف تھی کہ میں اس کو نہ دیکھوں۔ تو یہ بڑے ایسے لوگ تھے جو نیچر پر تھے، وہ کنڈیشننگ سے پاک تھے۔</w:t>
      </w:r>
    </w:p>
    <w:p>
      <w:r>
        <w:rPr>
          <w:b/>
        </w:rPr>
        <w:t xml:space="preserve">[34:52] </w:t>
      </w:r>
      <w:r>
        <w:t>to is mein aik paighambar ke zariye yeh misaal qaim ki gayi ke agar tum chahte ho ke log sahi rastay par chalain to unhein conditioning se bachao.</w:t>
      </w:r>
    </w:p>
    <w:p>
      <w:pPr>
        <w:jc w:val="right"/>
      </w:pPr>
      <w:r>
        <w:t>تو اس میں ایک پیغمبر کے ذریعے یہ مثال قائم کی گئی کہ اگر تم چاہتے ہو کہ لوگ صحیح راستے پر چلیں تو انہیں کنڈیشننگ سے بچاؤ۔</w:t>
      </w:r>
    </w:p>
    <w:p>
      <w:r>
        <w:rPr>
          <w:b/>
        </w:rPr>
        <w:t xml:space="preserve">[35:07] </w:t>
      </w:r>
      <w:r>
        <w:t>yahan par main add karun ga ke is zamanay mein hum is tarah se conditioning se nahin bacha saktay kisi ko, kisi desert par la ke basa dain.</w:t>
      </w:r>
    </w:p>
    <w:p>
      <w:pPr>
        <w:jc w:val="right"/>
      </w:pPr>
      <w:r>
        <w:t>یہاں پر میں ایڈ کروں گا کہ اس زمانے میں ہم اس طرح سے کنڈیشننگ سے نہیں بچا سکتے کسی کو، کسی ڈیزرٹ پر لا کے بسائیں۔</w:t>
      </w:r>
    </w:p>
    <w:p>
      <w:r>
        <w:rPr>
          <w:b/>
        </w:rPr>
        <w:t xml:space="preserve">[35:15] </w:t>
      </w:r>
      <w:r>
        <w:t>un ko ab aisay desert nahin hai,</w:t>
      </w:r>
    </w:p>
    <w:p>
      <w:pPr>
        <w:jc w:val="right"/>
      </w:pPr>
      <w:r>
        <w:t>ان کو اب ایسے ڈیزرٹ نہیں ہے،</w:t>
      </w:r>
    </w:p>
    <w:p>
      <w:r>
        <w:rPr>
          <w:b/>
        </w:rPr>
        <w:t xml:space="preserve">[35:19] </w:t>
      </w:r>
      <w:r>
        <w:t>ab har desert kisi nation ki milkiyat hai, koi ja kar reh nahin sakta wahan par. is zamanay mein to desert jo thay, woh kisi ki, is koi is ka owner nahin tha jo jahan ja kar reh jaye.</w:t>
      </w:r>
    </w:p>
    <w:p>
      <w:pPr>
        <w:jc w:val="right"/>
      </w:pPr>
      <w:r>
        <w:t>اب ہر ڈیزرٹ کسی نیشن کی ملکیت ہے، کوئی جا کر رہ نہیں سکتا وہاں پر۔ اس زمانے میں تو ڈیزرٹ جو تھے، وہ کسی کی، اس کوئی اس کا اونر نہیں تھا جو جہاں جا کے رہ جائے۔</w:t>
      </w:r>
    </w:p>
    <w:p>
      <w:r>
        <w:rPr>
          <w:b/>
        </w:rPr>
        <w:t xml:space="preserve">[35:30] </w:t>
      </w:r>
      <w:r>
        <w:t>tab na passport tha, na visa tha, na yeh sab kuch bhi nahin tha is zamanay mein.</w:t>
      </w:r>
    </w:p>
    <w:p>
      <w:pPr>
        <w:jc w:val="right"/>
      </w:pPr>
      <w:r>
        <w:t>تب نہ پاسپورٹ تھا، نہ ویزا تھا، نہ یہ سب کچھ بھی نہیں تھا اس زمانے میں۔</w:t>
      </w:r>
    </w:p>
    <w:p>
      <w:r>
        <w:rPr>
          <w:b/>
        </w:rPr>
        <w:t xml:space="preserve">[35:37] </w:t>
      </w:r>
      <w:r>
        <w:t>to tab yeh possible tha ke aik aadmi jo iraq mein paida hua, phir woh falasteen gaya, aur wahan us ne shadi ki, wahan us ke bachay huay,</w:t>
      </w:r>
    </w:p>
    <w:p>
      <w:pPr>
        <w:jc w:val="right"/>
      </w:pPr>
      <w:r>
        <w:t>تو تب یہ پوسیبل تھا کہ ایک آدمی جو عراق میں پیدا ہوا، پھر وہ فلسطین گیا، اور وہاں اس نے شادی کی، وہاں اس کے بچے ہوئے،</w:t>
      </w:r>
    </w:p>
    <w:p>
      <w:r>
        <w:rPr>
          <w:b/>
        </w:rPr>
        <w:t xml:space="preserve">[35:51] </w:t>
      </w:r>
      <w:r>
        <w:t>aur wahan se woh aaye aur ummi makkah ke desert mein apni biwi ko aur bachay ko basa de. tab yeh possible tha,</w:t>
      </w:r>
    </w:p>
    <w:p>
      <w:pPr>
        <w:jc w:val="right"/>
      </w:pPr>
      <w:r>
        <w:t>اور وہاں سے وہ آئے اور امی مکہ کے ڈیزرٹ میں اپنی بیوی کو اور بچے کو بسا دے۔ تب یہ پوسیبل تھا،</w:t>
      </w:r>
    </w:p>
    <w:p>
      <w:r>
        <w:rPr>
          <w:b/>
        </w:rPr>
        <w:t xml:space="preserve">[36:01] </w:t>
      </w:r>
      <w:r>
        <w:t>na us ko aanay janay ke liye koi passport chahiye tha, na visa chahiye tha, na is desert mein basnay ke liye kisi se us ko permission lena tha, kuch nahin.</w:t>
      </w:r>
    </w:p>
    <w:p>
      <w:pPr>
        <w:jc w:val="right"/>
      </w:pPr>
      <w:r>
        <w:t>نہ اس کو آنے جانے کے لیے کوئی پاسپورٹ چاہیے تھا، نہ ویزا چاہیے تھا، نہ اس ڈیزرٹ میں بسنے کے لیے کسی سے اس کو وہ پرمیشن لینا تھا، کچھ نہیں۔</w:t>
      </w:r>
    </w:p>
    <w:p>
      <w:r>
        <w:rPr>
          <w:b/>
        </w:rPr>
        <w:t xml:space="preserve">[36:12] </w:t>
      </w:r>
      <w:r>
        <w:t>to aaj hum aisa nahin kar saktay, lekin woh zaroorat aaj bhi baqi hai, aaj bhi logon ki conditioning ho rahi hai.</w:t>
      </w:r>
    </w:p>
    <w:p>
      <w:pPr>
        <w:jc w:val="right"/>
      </w:pPr>
      <w:r>
        <w:t>تو آج ہم ایسا نہیں کر سکتے، لیکن وہ ضرورت آج بھی باقی ہے، آج بھی لوگوں کی کنڈیشننگ ہو رہی ہے۔</w:t>
      </w:r>
    </w:p>
    <w:p>
      <w:r>
        <w:rPr>
          <w:b/>
        </w:rPr>
        <w:t xml:space="preserve">[36:22] </w:t>
      </w:r>
      <w:r>
        <w:t>ab hamein sochna hai ke ibrahim sunnat ko aaj hum kaise kiya karain.</w:t>
      </w:r>
    </w:p>
    <w:p>
      <w:pPr>
        <w:jc w:val="right"/>
      </w:pPr>
      <w:r>
        <w:t>اب ہمیں سوچنا ہے کہ ابراہیم سنت کو آج ہم کیسے کیا کریں۔</w:t>
      </w:r>
    </w:p>
    <w:p>
      <w:r>
        <w:rPr>
          <w:b/>
        </w:rPr>
        <w:t xml:space="preserve">[36:27] </w:t>
      </w:r>
      <w:r>
        <w:t>to main samajhta hoon ke aaj jo hai, hamein khush qismati se, fortunately yeh hua hai ke science of mind bohat taraqqi kar chuki hai.</w:t>
      </w:r>
    </w:p>
    <w:p>
      <w:pPr>
        <w:jc w:val="right"/>
      </w:pPr>
      <w:r>
        <w:t>تو میں سمجھتا ہوں کہ آج جو ہے، ہمیں خوش قسمتی سے، فورچونیٹلی یہ ہوا ہے کہ سائنس آف مائنڈ بہت ترقی کر چکی ہے۔</w:t>
      </w:r>
    </w:p>
    <w:p>
      <w:r>
        <w:rPr>
          <w:b/>
        </w:rPr>
        <w:t xml:space="preserve">[36:40] </w:t>
      </w:r>
      <w:r>
        <w:t>ab hum jantay hain ke mind kya hai, insaan ka conditioning kaise hoti hai, is ko decondition kaise kiya jata hai. pehlay yeh pata nahin tha, yeh pehlay insaan itna hi janta tha ke ja ke desert mein basa dain to us ki conditioning nahin hogi.</w:t>
      </w:r>
    </w:p>
    <w:p>
      <w:pPr>
        <w:jc w:val="right"/>
      </w:pPr>
      <w:r>
        <w:t>اب ہم جانتے ہیں کہ مائنڈ کیا ہے، انسان کا کنڈیشننگ کیسے ہوتی ہے، اس کو ڈی کنڈیشن کیسے کیا جاتا ہے۔ پہلے یہ پتہ نہیں تھا، یہ پہلے انسان اتنا ہی جانتا تھا کہ جا کے ڈیزرٹ میں بسا دیں تو اس کی کنڈیشننگ نہیں ہوگی۔</w:t>
      </w:r>
    </w:p>
    <w:p>
      <w:r>
        <w:rPr>
          <w:b/>
        </w:rPr>
        <w:t xml:space="preserve">[36:56] </w:t>
      </w:r>
      <w:r>
        <w:t>aaj hum jantay hain psychological studies ke zariye ke science of mind ke zariye ke conditioning kaise hoti hai aur is ko hum decondition kaise kar saktay hain.</w:t>
      </w:r>
    </w:p>
    <w:p>
      <w:pPr>
        <w:jc w:val="right"/>
      </w:pPr>
      <w:r>
        <w:t>آج ہم جانتے ہیں سائیکلوجیکل اسٹڈیز کے ذریعے کہ سائنس آف مائنڈ کے ذریعے کہ کنڈیشننگ کیسے ہوتی ہے اور اس کو ہم ڈی کنڈیشن کیسے کر سکتے ہیں۔</w:t>
      </w:r>
    </w:p>
    <w:p>
      <w:r>
        <w:rPr>
          <w:b/>
        </w:rPr>
        <w:t xml:space="preserve">[37:08] </w:t>
      </w:r>
      <w:r>
        <w:t>is ke baray mein main pichli class mein kafi bata chuka hoon. to main samajhta hoon ke hum jo formal education dete hain, us ke sath hamein yeh bhi karna hoga.</w:t>
      </w:r>
    </w:p>
    <w:p>
      <w:pPr>
        <w:jc w:val="right"/>
      </w:pPr>
      <w:r>
        <w:t>اس کے بارے میں میں پچھلی کلاس میں کافی بتا چکا ہوں۔ تو میں سمجھتا ہوں کہ ہم جو فارمول ایجوکیشن دیتے ہیں، اس کے ساتھ ہمیں یہ بھی کرنا ہوگا۔</w:t>
      </w:r>
    </w:p>
    <w:p>
      <w:r>
        <w:rPr>
          <w:b/>
        </w:rPr>
        <w:t xml:space="preserve">[37:20] </w:t>
      </w:r>
      <w:r>
        <w:t>aaj kal aap jantay hain ke aik bohat charcha hai modern education ka</w:t>
      </w:r>
    </w:p>
    <w:p>
      <w:pPr>
        <w:jc w:val="right"/>
      </w:pPr>
      <w:r>
        <w:t>آج کل آپ جانتے ہیں کہ ایک بہت چرچا ہے ماڈرن ایجوکیشن کا</w:t>
      </w:r>
    </w:p>
    <w:p>
      <w:r>
        <w:rPr>
          <w:b/>
        </w:rPr>
        <w:t xml:space="preserve">[37:25] </w:t>
      </w:r>
      <w:r>
        <w:t>ke schoolon mein aisi books parhai jayen jis mein model teachings hon. main is ko bilkul be faida samajhta hoon. koi book jis mein aap ne model values likh di hon, us se kisi ka kuch nahin hoga,</w:t>
      </w:r>
    </w:p>
    <w:p>
      <w:pPr>
        <w:jc w:val="right"/>
      </w:pPr>
      <w:r>
        <w:t>کہ اسکولوں میں ایسی بکس پڑھائی جائیں جس میں ماڈل ٹیچنگز ہوں۔ میں اس کو بالکل بے فائدہ سمجھتا ہوں۔ کوئی بک جس میں آپ نے ماڈل ویلیوز لکھ دی ہوں، اس سے کسی کا کچھ نہیں ہوگا،</w:t>
      </w:r>
    </w:p>
    <w:p>
      <w:r>
        <w:rPr>
          <w:b/>
        </w:rPr>
        <w:t xml:space="preserve">[37:41] </w:t>
      </w:r>
      <w:r>
        <w:t>kuch bhi nahin honay wala hai. is se asal cheez jo hai, woh hai deconditioning, re engineering.</w:t>
      </w:r>
    </w:p>
    <w:p>
      <w:pPr>
        <w:jc w:val="right"/>
      </w:pPr>
      <w:r>
        <w:t>کچھ بھی نہیں ہونے والا ہے۔ اس سے اصل چیز جو ہے، وہ ہے ڈی کنڈیشننگ، ری انجینئرنگ۔</w:t>
      </w:r>
    </w:p>
    <w:p>
      <w:r>
        <w:rPr>
          <w:b/>
        </w:rPr>
        <w:t xml:space="preserve">[37:49] </w:t>
      </w:r>
      <w:r>
        <w:t>kyun ke asal baat kya hoti hai? woh bachcha jo hai, ghar mein, mahol mein, school mein aanay janay mein, uska mind jo hai, woh condition ho jata hai.</w:t>
      </w:r>
    </w:p>
    <w:p>
      <w:pPr>
        <w:jc w:val="right"/>
      </w:pPr>
      <w:r>
        <w:t>کیونکہ اصل بات کیا ہوتی ہے؟ وہ بچہ جو ہے، گھر میں، ماحول میں، اسکول میں آنے جانے میں، اس کا مائنڈ جو ہے، وہ کنڈیشن ہو جاتا ہے۔</w:t>
      </w:r>
    </w:p>
    <w:p>
      <w:r>
        <w:rPr>
          <w:b/>
        </w:rPr>
        <w:t xml:space="preserve">[38:02] </w:t>
      </w:r>
      <w:r>
        <w:t>aur yeh hota hai formative period mein. to ab jo hai, hamein yeh karna hoga ke is ki, is ke mind ki re engineering karain.</w:t>
      </w:r>
    </w:p>
    <w:p>
      <w:pPr>
        <w:jc w:val="right"/>
      </w:pPr>
      <w:r>
        <w:t>اور یہ ہوتا ہے فارمیٹی پیریڈ میں۔ تو اب جو ہے، ہمیں یہ کرنا ہوگا کہ اس کی، اس کے مائنڈ کی ری انجینئرنگ کریں۔</w:t>
      </w:r>
    </w:p>
    <w:p>
      <w:r>
        <w:rPr>
          <w:b/>
        </w:rPr>
        <w:t xml:space="preserve">[38:14] </w:t>
      </w:r>
      <w:r>
        <w:t>aik aur course darkar hai, yani jis ko aaj kal counseling kaha jata hai.</w:t>
      </w:r>
    </w:p>
    <w:p>
      <w:pPr>
        <w:jc w:val="right"/>
      </w:pPr>
      <w:r>
        <w:t>ایک اور کورس درکار ہے، یعنی جس کو آج کل کاؤنسلنگ کہا جاتا ہے۔</w:t>
      </w:r>
    </w:p>
    <w:p>
      <w:r>
        <w:rPr>
          <w:b/>
        </w:rPr>
        <w:t xml:space="preserve">[38:18] </w:t>
      </w:r>
      <w:r>
        <w:t>main samajhta hoon ke counseling ka aaj kal jo professionals hotay hain, woh to kuch bhi nahin bata paatay. main aksar sunta hoon radio par counselor logon ke, to ajeeb o ghareeb batain kartay hain.</w:t>
      </w:r>
    </w:p>
    <w:p>
      <w:pPr>
        <w:jc w:val="right"/>
      </w:pPr>
      <w:r>
        <w:t>میں سمجھتا ہوں کہ کاؤنسلنگ کا آج کل جو پروفیشنلز ہوتے ہیں، وہ تو کچھ بھی نہیں بتا پاتے۔ میں اکثر سنتا ہوں ریڈیو پر کاؤنسلر لوگوں کے، تو عجیب و غریب باتیں کرتے ہیں۔</w:t>
      </w:r>
    </w:p>
    <w:p>
      <w:r>
        <w:rPr>
          <w:b/>
        </w:rPr>
        <w:t xml:space="preserve">[38:28] </w:t>
      </w:r>
      <w:r>
        <w:t>woh to un ki counseling se to kuch honay wala nahin hai, lekin sahi maanon mein jo counsel ki jaye, agar jaise ke hum khud yahan par counseling hi kartay hain.</w:t>
      </w:r>
    </w:p>
    <w:p>
      <w:pPr>
        <w:jc w:val="right"/>
      </w:pPr>
      <w:r>
        <w:t>وہ تو ان کی کاؤنسلنگ سے تو کچھ ہونے والا نہیں ہے، لیکن صحیح معنوں میں جو کاؤنسل کی جائے، اگر جیسے کہ ہم خود یہاں پر کاؤنسلنگ ہی کرتے ہیں۔</w:t>
      </w:r>
    </w:p>
    <w:p>
      <w:r>
        <w:rPr>
          <w:b/>
        </w:rPr>
        <w:t xml:space="preserve">[38:37] </w:t>
      </w:r>
      <w:r>
        <w:t>yeh hamari class jo hai, counseling ka class hai. hum mind ki re engineering kartay hain, mind ki deconditioning kartay hain.</w:t>
      </w:r>
    </w:p>
    <w:p>
      <w:pPr>
        <w:jc w:val="right"/>
      </w:pPr>
      <w:r>
        <w:t>یہ ہماری کلاس جو ہے، کاؤنسلنگ کا کلاس ہے۔ ہم مائنڈ کی ری انجینئرنگ کرتے ہیں، مائنڈ کی ڈی کنڈیشننگ کرتے ہیں۔</w:t>
      </w:r>
    </w:p>
    <w:p>
      <w:r>
        <w:rPr>
          <w:b/>
        </w:rPr>
        <w:t xml:space="preserve">[38:46] </w:t>
      </w:r>
      <w:r>
        <w:t>to mashallah, hum jo yahan par kar rahe hain, is ke nataij aap dekh sakte hain in logon mein jo yahan barabar aate hain. ab main samajhta hoon ke yeh koi nayi baat nahi hai.</w:t>
      </w:r>
    </w:p>
    <w:p>
      <w:pPr>
        <w:jc w:val="right"/>
      </w:pPr>
      <w:r>
        <w:t>تو ماشاءاللہ، ہم جو یہاں پر کر رہے ہیں، اس کے نتائج آپ دیکھ سکتے ہیں ان لوگوں میں جو یہاں برابر آتے ہیں۔ اب میں سمجھتا ہوں کہ یہ کوئی نئی بات نہیں ہے۔</w:t>
      </w:r>
    </w:p>
    <w:p>
      <w:r>
        <w:rPr>
          <w:b/>
        </w:rPr>
        <w:t xml:space="preserve">[38:57] </w:t>
      </w:r>
      <w:r>
        <w:t>pichhle zamanon mein, isi isi des mein, isi India mein, do institution the: ek sofi ka, ek guru ka.</w:t>
      </w:r>
    </w:p>
    <w:p>
      <w:pPr>
        <w:jc w:val="right"/>
      </w:pPr>
      <w:r>
        <w:t>پچھلے زمانوں میں، اسی اسی دیش میں، اسی انڈیا میں، دو انسٹیٹیوشن تھے: ایک صوفی کا، ایک گرو کا۔</w:t>
      </w:r>
    </w:p>
    <w:p>
      <w:r>
        <w:rPr>
          <w:b/>
        </w:rPr>
        <w:t xml:space="preserve">[39:06] </w:t>
      </w:r>
      <w:r>
        <w:t>hinduon mein guru ka institution, musalmanon mein sofi ka institution.</w:t>
      </w:r>
    </w:p>
    <w:p>
      <w:pPr>
        <w:jc w:val="right"/>
      </w:pPr>
      <w:r>
        <w:t>ہندوؤں میں گرو کا انسٹیٹیوشن، مسلمانوں میں صوفی کا انسٹیٹیوشن۔</w:t>
      </w:r>
    </w:p>
    <w:p>
      <w:r>
        <w:rPr>
          <w:b/>
        </w:rPr>
        <w:t xml:space="preserve">[39:12] </w:t>
      </w:r>
      <w:r>
        <w:t>to main samajhta hoon ke in ka khaas kaam yahi tha ke guru log, jin se log ja ke milte the, person to person un se baat karte the, person to person un se basic lete the, un se seekhte the.</w:t>
      </w:r>
    </w:p>
    <w:p>
      <w:pPr>
        <w:jc w:val="right"/>
      </w:pPr>
      <w:r>
        <w:t>تو میں سمجھتا ہوں کہ ان کا خاص کام یہی تھا کہ گرو لوگ، جن سے لوگ جا کے ملتے تھے، پرسن ٹو پرسن ان سے بات کرتے تھے، پرسن ٹو پرسن ان سے بیسک لیتے تھے، ان سے سیکھتے تھے۔</w:t>
      </w:r>
    </w:p>
    <w:p>
      <w:r>
        <w:rPr>
          <w:b/>
        </w:rPr>
        <w:t xml:space="preserve">[39:26] </w:t>
      </w:r>
      <w:r>
        <w:t>to guru log hindu society mein logon ki deconditioning karte the, aur sofi log muslim society mein logon ki deconditioning karte the.</w:t>
      </w:r>
    </w:p>
    <w:p>
      <w:pPr>
        <w:jc w:val="right"/>
      </w:pPr>
      <w:r>
        <w:t>تو گرو لوگ ہندو سوسائٹی میں لوگوں کی ڈی کنڈیشننگ کرتے تھے، اور صوفی لوگ مسلم سوسائٹی میں لوگوں کی ڈی کنڈیشننگ کرتے تھے۔</w:t>
      </w:r>
    </w:p>
    <w:p>
      <w:r>
        <w:rPr>
          <w:b/>
        </w:rPr>
        <w:t xml:space="preserve">[39:37] </w:t>
      </w:r>
      <w:r>
        <w:t>isi liye aap kehte hain qisse sunte hain, pichhle har aadmi kehta hai ke purla zamana kitna acha tha. acha kis liye tha? ke un ki deconditioning ke liye do bohat hi active institution maujood the: hinduon mein guru log, musalmanon mein sofi log.</w:t>
      </w:r>
    </w:p>
    <w:p>
      <w:pPr>
        <w:jc w:val="right"/>
      </w:pPr>
      <w:r>
        <w:t>اسی لیے آپ کہتے ہیں قصے سنتے ہیں، پچھلے ہر آدمی کہتا ہے کہ پرلا زمانہ کتنا اچھا تھا۔ اچھا کس لیے تھا؟ کہ ان کی ڈی کنڈیشننگ کے لیے دو بہت ہی ایکٹیو انسٹیٹیوشن موجود تھے: ہندوؤں میں گرو لوگ، مسلمانوں میں صوفی لوگ۔</w:t>
      </w:r>
    </w:p>
    <w:p>
      <w:r>
        <w:rPr>
          <w:b/>
        </w:rPr>
        <w:t xml:space="preserve">[39:54] </w:t>
      </w:r>
      <w:r>
        <w:t>jaise misaal ke taur par dekhiye, yeh Nizamuddin Auliya yahan par hain, un ki jin ki qabr hai. to un ka ek murid aata hai,</w:t>
      </w:r>
    </w:p>
    <w:p>
      <w:pPr>
        <w:jc w:val="right"/>
      </w:pPr>
      <w:r>
        <w:t>جیسے مثال کے طور پر دیکھیے، یہ نظام الدین اولیاء یہاں پر ہیں، ان کی جن کی قبر ہے۔ تو ان کا ایک مرید آتا ہے،</w:t>
      </w:r>
    </w:p>
    <w:p>
      <w:r>
        <w:rPr>
          <w:b/>
        </w:rPr>
        <w:t xml:space="preserve">[40:04] </w:t>
      </w:r>
      <w:r>
        <w:t>ghaliban woh Meerut ka hoga, jahan Karachi banti hai. to us ne apne peer ko, yani Nizamuddin Auliya ko, ek kanchee pesh ki.</w:t>
      </w:r>
    </w:p>
    <w:p>
      <w:pPr>
        <w:jc w:val="right"/>
      </w:pPr>
      <w:r>
        <w:t>غالباً وہ میرٹھ کا ہوگا، جہاں کراچی بنتی ہے۔ تو اس نے اپنے پیر کو، یعنی نظام الدین اولیاء کو، ایک کینچی پیش کی۔</w:t>
      </w:r>
    </w:p>
    <w:p>
      <w:r>
        <w:rPr>
          <w:b/>
        </w:rPr>
        <w:t xml:space="preserve">[40:18] </w:t>
      </w:r>
      <w:r>
        <w:t>to unhon ne us ko le kar kaha ke tum kanchee laye ho hamare liye. kanchee ka kaam to kaatna hai, aur hamara kaam hai jodna.</w:t>
      </w:r>
    </w:p>
    <w:p>
      <w:pPr>
        <w:jc w:val="right"/>
      </w:pPr>
      <w:r>
        <w:t>تو انہوں نے اس کو لے کر کہا کہ تم کینچی لائے ہو ہمارے لیے۔ کینچی کا کام تو کاٹنا ہے، اور ہمارا کام ہے جوڑنا۔</w:t>
      </w:r>
    </w:p>
    <w:p>
      <w:r>
        <w:rPr>
          <w:b/>
        </w:rPr>
        <w:t xml:space="preserve">[40:30] </w:t>
      </w:r>
      <w:r>
        <w:t>to tum kaatne wali cheez hamare liye gift laye ho</w:t>
      </w:r>
    </w:p>
    <w:p>
      <w:pPr>
        <w:jc w:val="right"/>
      </w:pPr>
      <w:r>
        <w:t>تو تم کاٹنے والی چیز ہمارے لیے گفٹ لائے ہو</w:t>
      </w:r>
    </w:p>
    <w:p>
      <w:r>
        <w:rPr>
          <w:b/>
        </w:rPr>
        <w:t xml:space="preserve">[40:33] </w:t>
      </w:r>
      <w:r>
        <w:t>, tum ko lana tha to sui tanga laatay. to yeh thi deconditioning, us ki soch ko badalna, us ke mind ko phir se right sahi direction dena.</w:t>
      </w:r>
    </w:p>
    <w:p>
      <w:pPr>
        <w:jc w:val="right"/>
      </w:pPr>
      <w:r>
        <w:t>، تم کو لانا تھا تو سوئی تانگا لاتے۔ تو یہ تھی ڈی کنڈیشننگ، اس کی سوچ کو بدلنا، اس کے مائنڈ کو پھر سے رائٹ صحیح ڈائریکشن دینا۔</w:t>
      </w:r>
    </w:p>
    <w:p>
      <w:r>
        <w:rPr>
          <w:b/>
        </w:rPr>
        <w:t xml:space="preserve">[40:48] </w:t>
      </w:r>
      <w:r>
        <w:t>yeh rozana karte the yeh log, yeh log rozana karte the. hinduon mein guru log, musalmanon mein sofi log.</w:t>
      </w:r>
    </w:p>
    <w:p>
      <w:pPr>
        <w:jc w:val="right"/>
      </w:pPr>
      <w:r>
        <w:t>یہ روزانہ کرتے تھے یہ لوگ، یہ لوگ روزانہ کرتے تھے۔ ہندوؤں میں گرو لوگ، مسلمانوں میں صوفی لوگ۔</w:t>
      </w:r>
    </w:p>
    <w:p>
      <w:r>
        <w:rPr>
          <w:b/>
        </w:rPr>
        <w:t xml:space="preserve">[40:57] </w:t>
      </w:r>
      <w:r>
        <w:t>to main samajhta hoon ke yeh jo kaam tha, isi ko aaj bhi zinda karne ki zaroorat hai. schoolon mein ya collegeon mein jo hum education lete hain, woh to job ke liye hota hai, profession ke liye hota hai.</w:t>
      </w:r>
    </w:p>
    <w:p>
      <w:pPr>
        <w:jc w:val="right"/>
      </w:pPr>
      <w:r>
        <w:t>تو میں سمجھتا ہوں کہ یہ جو کام تھا، اسی کو آج بھی زندہ کرنے کی ضرورت ہے۔ اسکولوں میں یا کالجوں میں جو ہم ایجوکیشن لیتے ہیں، وہ تو جاب کے لیے ہوتا ہے، پروفیشن کے لیے ہوتا ہے۔</w:t>
      </w:r>
    </w:p>
    <w:p>
      <w:r>
        <w:rPr>
          <w:b/>
        </w:rPr>
        <w:t xml:space="preserve">[41:10] </w:t>
      </w:r>
      <w:r>
        <w:t>is se aap ek maqsad hasil nahi kar sakte. is ke liye alag se ek ek informal education ka silsila hona chahiye, ek aur silsila hona chahiye, jaisa ke pehle tha.</w:t>
      </w:r>
    </w:p>
    <w:p>
      <w:pPr>
        <w:jc w:val="right"/>
      </w:pPr>
      <w:r>
        <w:t>اس سے آپ ایک مقصد حاصل نہیں کر سکتے۔ اس کے لیے الگ سے ایک ایک ان فارمل ایجوکیشن کا سلسلہ ہونا چاہیے، ایک اور سلسلہ ہونا چاہیے، جیسا کہ پہلے تھا۔</w:t>
      </w:r>
    </w:p>
    <w:p>
      <w:r>
        <w:rPr>
          <w:b/>
        </w:rPr>
        <w:t xml:space="preserve">[41:24] </w:t>
      </w:r>
      <w:r>
        <w:t>to mera manna yeh hai ke ek taraf to hamari yeh formal education ho, aur doosri taraf is mein informal education ka intezam ho.</w:t>
      </w:r>
    </w:p>
    <w:p>
      <w:pPr>
        <w:jc w:val="right"/>
      </w:pPr>
      <w:r>
        <w:t>تو میرا ماننا یہ ہے کہ ایک طرف تو ہماری یہ فارمل ایجوکیشن ہو، اور دوسری طرف اس میں ان فارمل ایجوکیشن کا انتظام ہو۔</w:t>
      </w:r>
    </w:p>
    <w:p>
      <w:r>
        <w:rPr>
          <w:b/>
        </w:rPr>
        <w:t xml:space="preserve">[41:35] </w:t>
      </w:r>
      <w:r>
        <w:t>jaise hamara yeh abhi informal education hai, yeh</w:t>
      </w:r>
    </w:p>
    <w:p>
      <w:pPr>
        <w:jc w:val="right"/>
      </w:pPr>
      <w:r>
        <w:t>جیسے ہمارا یہ ابھی ان فارمل ایجوکیشن ہے، یہ</w:t>
      </w:r>
    </w:p>
    <w:p>
      <w:r>
        <w:rPr>
          <w:b/>
        </w:rPr>
        <w:t xml:space="preserve">[41:40] </w:t>
      </w:r>
      <w:r>
        <w:t>to hum ka pichhle zamane mein jo tha, isi ko hum revive kar rahe hain.</w:t>
      </w:r>
    </w:p>
    <w:p>
      <w:pPr>
        <w:jc w:val="right"/>
      </w:pPr>
      <w:r>
        <w:t>تو ہم کا پچھلے زمانے میں جو تھا، اسی کو ہم ریوائیو کر رہے ہیں۔</w:t>
      </w:r>
    </w:p>
    <w:p>
      <w:r>
        <w:rPr>
          <w:b/>
        </w:rPr>
        <w:t xml:space="preserve">[41:45] </w:t>
      </w:r>
      <w:r>
        <w:t>to yeh Hazrat Hazrat Ibrahim ne jo kiya tha, desert mein basa kar ke, us ko naye zamane mein hum nayi naye scientific tareeqay se is tarah karenge ke us ki deconditioning karenge informal education ke zariye.</w:t>
      </w:r>
    </w:p>
    <w:p>
      <w:pPr>
        <w:jc w:val="right"/>
      </w:pPr>
      <w:r>
        <w:t>تو یہ حضرت حضرت ابراہیم نے جو کیا تھا، ڈیزرٹ میں بسا کر کے، اس کو نئے زمانے میں ہم نئی نئے سائنٹیفک طریقے سے اس طرح کریں گے کہ اس کی ڈی کنڈیشننگ کریں گے ان فارمل ایجوکیشن کے ذریعے۔</w:t>
      </w:r>
    </w:p>
    <w:p>
      <w:r>
        <w:rPr>
          <w:b/>
        </w:rPr>
        <w:t xml:space="preserve">[42:05] </w:t>
      </w:r>
      <w:r>
        <w:t>yeh hogi Sunnat-e-Ibrahimi ki follow karna. is ke baad main loonga Hazrat Yusuf</w:t>
      </w:r>
    </w:p>
    <w:p>
      <w:pPr>
        <w:jc w:val="right"/>
      </w:pPr>
      <w:r>
        <w:t>یہ ہوگی سنت ابراہیمی کی کو فالو کرنا۔ اس کے بعد میں لوں گا حضرت یوسف</w:t>
      </w:r>
    </w:p>
    <w:p>
      <w:r>
        <w:rPr>
          <w:b/>
        </w:rPr>
        <w:t xml:space="preserve">[42:13] </w:t>
      </w:r>
      <w:r>
        <w:t>ko. Hazrat Yusuf jo the,</w:t>
      </w:r>
    </w:p>
    <w:p>
      <w:pPr>
        <w:jc w:val="right"/>
      </w:pPr>
      <w:r>
        <w:t>کو۔ حضرت یوسف جو تھے،</w:t>
      </w:r>
    </w:p>
    <w:p>
      <w:r>
        <w:rPr>
          <w:b/>
        </w:rPr>
        <w:t xml:space="preserve">[42:18] </w:t>
      </w:r>
      <w:r>
        <w:t>dekhiye, Hazrat Ibrahim ke baray mein bata doon ke un ki paidaish hui thi</w:t>
      </w:r>
    </w:p>
    <w:p>
      <w:pPr>
        <w:jc w:val="right"/>
      </w:pPr>
      <w:r>
        <w:t>دیکھیے، حضرت ابراہیم کے بارے میں بتا دوں کہ ان کی پیدائش ہوئی تھی</w:t>
      </w:r>
    </w:p>
    <w:p>
      <w:r>
        <w:rPr>
          <w:b/>
        </w:rPr>
        <w:t xml:space="preserve">[42:25] </w:t>
      </w:r>
      <w:r>
        <w:t>2160 BC mein, yani Hazrat Masih se 2160 saal pehle Hazrat Ibrahim ki.</w:t>
      </w:r>
    </w:p>
    <w:p>
      <w:pPr>
        <w:jc w:val="right"/>
      </w:pPr>
      <w:r>
        <w:t>2160 بی سی میں، یعنی حضرت مسیح سے 2160 سال پہلے حضرت ابراہیم کی۔</w:t>
      </w:r>
    </w:p>
    <w:p>
      <w:r>
        <w:rPr>
          <w:b/>
        </w:rPr>
        <w:t xml:space="preserve">[42:36] </w:t>
      </w:r>
      <w:r>
        <w:t>is ke baad main Yusuf ko le raha hoon. Hazrat Yusuf jo the, woh Hazrat Masih se 1906 saal pehle paida hue the, 1906 years BC.</w:t>
      </w:r>
    </w:p>
    <w:p>
      <w:pPr>
        <w:jc w:val="right"/>
      </w:pPr>
      <w:r>
        <w:t>اس کے بعد میں یوسف کو لے رہا ہوں۔ حضرت یوسف جو تھے، وہ حضرت مسیح سے 1906 سال پہلے پیدا ہوئے تھے، 1906 ایئرز بی سی۔</w:t>
      </w:r>
    </w:p>
    <w:p>
      <w:r>
        <w:rPr>
          <w:b/>
        </w:rPr>
        <w:t xml:space="preserve">[42:52] </w:t>
      </w:r>
      <w:r>
        <w:t>Hazrat Yusuf ke baray mein Bible mein aur Quran mein kafi detail hai, aur kai baatein is mein aayi hain Quran mein, Bible dono mein.</w:t>
      </w:r>
    </w:p>
    <w:p>
      <w:pPr>
        <w:jc w:val="right"/>
      </w:pPr>
      <w:r>
        <w:t>حضرت یوسف کے بارے میں بائبل میں اور قرآن میں کافی ڈیٹیل ہے، اور کئی باتیں اس میں آئیں ہیں قرآن میں، بائبل دونوں میں۔</w:t>
      </w:r>
    </w:p>
    <w:p>
      <w:r>
        <w:rPr>
          <w:b/>
        </w:rPr>
        <w:t xml:space="preserve">[43:03] </w:t>
      </w:r>
      <w:r>
        <w:t>is waqt main ek khaas pehlu ko le raha hoon jo mere dekh bohat zyada, bohat bara lesson hai hamare liye hamesha ke liye. main samajhta hoon ke poori history ne yahan debate kiya hai Hazrat Yusuf ki jo misaal thi.</w:t>
      </w:r>
    </w:p>
    <w:p>
      <w:pPr>
        <w:jc w:val="right"/>
      </w:pPr>
      <w:r>
        <w:t>اس وقت میں ایک خاص پہلو کو لے رہا ہوں جو میرے دیکھ بہت زیادہ، بہت بڑا لیسن ہے ہمارے لیے ہمیشہ کے لیے۔ میں سمجھتا ہوں کہ پوری ہسٹری نے یہاں ڈیبیٹ کیا ہے حضرت یوسف کی جو مثال تھی۔</w:t>
      </w:r>
    </w:p>
    <w:p>
      <w:r>
        <w:rPr>
          <w:b/>
        </w:rPr>
        <w:t xml:space="preserve">[43:17] </w:t>
      </w:r>
      <w:r>
        <w:t>mein samajhta hoon ke poori history mein shayad is ko poori tarah follow nahin kiya gaya. woh kya hai misaal? hazrat hazrat yusuf ke zamane mein ek badshah tha wahan misr mein,</w:t>
      </w:r>
    </w:p>
    <w:p>
      <w:pPr>
        <w:jc w:val="right"/>
      </w:pPr>
      <w:r>
        <w:t>میں سمجھتا ہوں کہ پوری ہسٹری میں شاید اس کو پوری طرح فالو نہیں کیا گیا۔ وہ کیا ہے مثال؟ حضرت حضرت یوسف کے زمانے میں ایک بادشاہ تھا وہاں مصر میں،</w:t>
      </w:r>
    </w:p>
    <w:p>
      <w:r>
        <w:rPr>
          <w:b/>
        </w:rPr>
        <w:t xml:space="preserve">[43:30] </w:t>
      </w:r>
      <w:r>
        <w:t>yeh misr mein thay, yaani egypt mein. to egypt ka yeh king jo tha, us ko kehte hain history mein hyksos king.</w:t>
      </w:r>
    </w:p>
    <w:p>
      <w:pPr>
        <w:jc w:val="right"/>
      </w:pPr>
      <w:r>
        <w:t>یہ مصر میں تھے، یعنی ایجپٹ میں۔ تو ایجپٹ کا یہ کنگ جو تھا، اس کو کہتے ہیں ہسٹری میں ہکساس کنگ۔</w:t>
      </w:r>
    </w:p>
    <w:p>
      <w:r>
        <w:rPr>
          <w:b/>
        </w:rPr>
        <w:t xml:space="preserve">[43:40] </w:t>
      </w:r>
      <w:r>
        <w:t>hyksos king to woh tha mushrik, yaani idol worshipper tha. woh but poojta tha, aur hazrat yusuf jo thay, woh zahir hai ke tauheed, ek khuda ko ek mante thay.</w:t>
      </w:r>
    </w:p>
    <w:p>
      <w:pPr>
        <w:jc w:val="right"/>
      </w:pPr>
      <w:r>
        <w:t>ہکساس کنگ تو وہ تھا مشرک، یعنی آئیڈول ورشپر تھا۔ وہ بت پوجتا تھا، اور حضرت یوسف جو تھے، وہ ظاہر ہے کہ توحید، ایک خدا کو ایک مانتے تھے۔</w:t>
      </w:r>
    </w:p>
    <w:p>
      <w:r>
        <w:rPr>
          <w:b/>
        </w:rPr>
        <w:t xml:space="preserve">[43:53] </w:t>
      </w:r>
      <w:r>
        <w:t>un ka mazhab tauheed tha.</w:t>
      </w:r>
    </w:p>
    <w:p>
      <w:pPr>
        <w:jc w:val="right"/>
      </w:pPr>
      <w:r>
        <w:t>ان کا مذہب توحید تھا۔</w:t>
      </w:r>
    </w:p>
    <w:p>
      <w:r>
        <w:rPr>
          <w:b/>
        </w:rPr>
        <w:t xml:space="preserve">[43:56] </w:t>
      </w:r>
      <w:r>
        <w:t>to is ki lambi kahani hai jo aap parh sakte hain kitabon mein. to is ka khulasa yeh hai ke ek mauqa aisa aaya ke badshah king jo tha, woh badshah us ne offer diya hazrat yusuf ko aaj kal ki zaban mein,</w:t>
      </w:r>
    </w:p>
    <w:p>
      <w:pPr>
        <w:jc w:val="right"/>
      </w:pPr>
      <w:r>
        <w:t>تو اس کی لمبی کہانی ہے جو آپ پڑھ سکتے ہیں کتابوں میں۔ تو اس کا خلاصہ یہ ہے کہ ایک موقع ایسا آیا کہ بادشاہ کنگ جو تھا، وہ بادشاہ اس نے آفر دیا حضرت یوسف کو آج کل کی زبان میں،</w:t>
      </w:r>
    </w:p>
    <w:p>
      <w:r>
        <w:rPr>
          <w:b/>
        </w:rPr>
        <w:t xml:space="preserve">[44:14] </w:t>
      </w:r>
      <w:r>
        <w:t>yaani food minister ka, yaani food department ka charge dena chaha un ko ke aap le lijiye.</w:t>
      </w:r>
    </w:p>
    <w:p>
      <w:pPr>
        <w:jc w:val="right"/>
      </w:pPr>
      <w:r>
        <w:t>یعنی فوڈ منسٹر کا، یعنی فوڈ ڈیپارٹمنٹ کا چارج دینا چاہا ان کو کہ آپ لے لیجئے۔</w:t>
      </w:r>
    </w:p>
    <w:p>
      <w:r>
        <w:rPr>
          <w:b/>
        </w:rPr>
        <w:t xml:space="preserve">[44:24] </w:t>
      </w:r>
      <w:r>
        <w:t>to aap dekhiye ke yeh ek mushrik badshah ke under mein ek service lena tha, mushrik badshah ke administration mein ek us ke us ke tehat ek uhda lena tha.</w:t>
      </w:r>
    </w:p>
    <w:p>
      <w:pPr>
        <w:jc w:val="right"/>
      </w:pPr>
      <w:r>
        <w:t>تو آپ دیکھیے کہ یہ ایک مشرک بادشاہ کے انڈر میں ایک سروس لینا تھا، مشرک بادشاہ کے ایڈمنسٹریشن میں ایک اس کے اس کے تحت ایک عہدہ لینا تھا۔</w:t>
      </w:r>
    </w:p>
    <w:p>
      <w:r>
        <w:rPr>
          <w:b/>
        </w:rPr>
        <w:t xml:space="preserve">[44:41] </w:t>
      </w:r>
      <w:r>
        <w:t>to zahir hai ke yeh yeh theek nahin tha kyunke mushrik badshah ki matahati karni thi hazrat yusuf ko, lekin unhon ne qabool kar liya, us ko accept kar liya</w:t>
      </w:r>
    </w:p>
    <w:p>
      <w:pPr>
        <w:jc w:val="right"/>
      </w:pPr>
      <w:r>
        <w:t>تو ظاہر ہے کہ یہ یہ ٹھیک نہیں تھا کیونکہ مشرک بادشاہ کی ماتحتی کرنی تھی حضرت یوسف کو، لیکن انہوں نے قبول کر لیا، اس کو ایکسیپٹ کر لیا</w:t>
      </w:r>
    </w:p>
    <w:p>
      <w:r>
        <w:rPr>
          <w:b/>
        </w:rPr>
        <w:t xml:space="preserve">[44:52] </w:t>
      </w:r>
      <w:r>
        <w:t>. is se ek principle nikalta hai. woh principle yeh hai ke ek hai idealism, ek hai pragmatism.</w:t>
      </w:r>
    </w:p>
    <w:p>
      <w:pPr>
        <w:jc w:val="right"/>
      </w:pPr>
      <w:r>
        <w:t>۔ اس سے ایک پرنسپل نکلتا ہے۔ وہ پرنسپل یہ ہے کہ ایک ہے آئیڈیلزم، ایک ہے پریگمیٹزم۔</w:t>
      </w:r>
    </w:p>
    <w:p>
      <w:r>
        <w:rPr>
          <w:b/>
        </w:rPr>
        <w:t xml:space="preserve">[45:03] </w:t>
      </w:r>
      <w:r>
        <w:t>to idealism jo hai, bohat achi cheez hai. aap ko ideal hi ko samne rakh kar sochna chahiye,</w:t>
      </w:r>
    </w:p>
    <w:p>
      <w:pPr>
        <w:jc w:val="right"/>
      </w:pPr>
      <w:r>
        <w:t>تو آئیڈیلزم جو ہے، بہت اچھی چیز ہے۔ آپ کو آئیڈیل ہی کو سامنے رکھ کر سوچنا چاہیے،</w:t>
      </w:r>
    </w:p>
    <w:p>
      <w:r>
        <w:rPr>
          <w:b/>
        </w:rPr>
        <w:t xml:space="preserve">[45:12] </w:t>
      </w:r>
      <w:r>
        <w:t>lekin jo aksar aisi conditions hoti hain society mein ke aap ko pragmatic banna parta hai, yaani practical solution ko lena parta hai.</w:t>
      </w:r>
    </w:p>
    <w:p>
      <w:pPr>
        <w:jc w:val="right"/>
      </w:pPr>
      <w:r>
        <w:t>لیکن جو اکثر ایسی کنڈیشنز ہوتی ہیں سوسائٹی میں کہ آپ کو پریگمیٹک بننا پڑتا ہے، یعنی پریکٹیکل سولیوشن کو لینا پڑتا ہے۔</w:t>
      </w:r>
    </w:p>
    <w:p>
      <w:r>
        <w:rPr>
          <w:b/>
        </w:rPr>
        <w:t xml:space="preserve">[45:25] </w:t>
      </w:r>
      <w:r>
        <w:t>is se mein samajhta hoon ke yeh misaal milti hai ke kabhi aisa hota hai ke aap ideal solution ko chhoden aur practical solution ko le lain.</w:t>
      </w:r>
    </w:p>
    <w:p>
      <w:pPr>
        <w:jc w:val="right"/>
      </w:pPr>
      <w:r>
        <w:t>اس سے میں سمجھتا ہوں کہ یہ مثال ملتی ہے کہ کبھی ایسا ہوتا ہے کہ آپ آئیڈیل سولیوشن کو چھوڑیں اور پریکٹیکل سولیوشن کو لے لیں۔</w:t>
      </w:r>
    </w:p>
    <w:p>
      <w:r>
        <w:rPr>
          <w:b/>
        </w:rPr>
        <w:t xml:space="preserve">[45:38] </w:t>
      </w:r>
      <w:r>
        <w:t>balke ziyada tar aisa hi hota hai social life mein.</w:t>
      </w:r>
    </w:p>
    <w:p>
      <w:pPr>
        <w:jc w:val="right"/>
      </w:pPr>
      <w:r>
        <w:t>بلکہ زیادہ تر ایسا ہی ہوتا ہے سوشل لائف میں۔</w:t>
      </w:r>
    </w:p>
    <w:p>
      <w:r>
        <w:rPr>
          <w:b/>
        </w:rPr>
        <w:t xml:space="preserve">[45:42] </w:t>
      </w:r>
      <w:r>
        <w:t>social life mein aisa bohat kam hota hai ke aap ideal solution possible ho aap ke liye. aksar yahi hota hai ke aap ko sirf practical solution hi possible hota hai.</w:t>
      </w:r>
    </w:p>
    <w:p>
      <w:pPr>
        <w:jc w:val="right"/>
      </w:pPr>
      <w:r>
        <w:t>سوشل لائف میں ایسا بہت کم ہوتا ہے کہ آپ آئیڈیل سولیوشن پاسیبل ہو آپ کے لیے۔ اکثر یہی ہوتا ہے کہ آپ کو صرف پریکٹیکل سولیوشن ہی پاسیبل ہوتا ہے۔</w:t>
      </w:r>
    </w:p>
    <w:p>
      <w:r>
        <w:rPr>
          <w:b/>
        </w:rPr>
        <w:t xml:space="preserve">[45:53] </w:t>
      </w:r>
      <w:r>
        <w:t>to you have to be pragmatic. mein samajhta hoon ke yeh bohat hi bara lesson hai jis ko poori history mein logon ne ignore kiya hai aur aaj bhi ignore kar rahe hain.</w:t>
      </w:r>
    </w:p>
    <w:p>
      <w:pPr>
        <w:jc w:val="right"/>
      </w:pPr>
      <w:r>
        <w:t>تو یو ہیو ٹو بی پریگمیٹک۔ میں سمجھتا ہوں کہ یہ بہت ہی بڑا لیسن ہے جس کو پوری ہسٹری میں لوگوں نے اگنور کیا ہے اور آج بھی اگنور کر رہے ہیں۔</w:t>
      </w:r>
    </w:p>
    <w:p>
      <w:r>
        <w:rPr>
          <w:b/>
        </w:rPr>
        <w:t xml:space="preserve">[46:02] </w:t>
      </w:r>
      <w:r>
        <w:t>lekin yahi mein samajhta hoon ke rabbani tareeqa hai, yeh khuda ka tareeqa</w:t>
      </w:r>
    </w:p>
    <w:p>
      <w:pPr>
        <w:jc w:val="right"/>
      </w:pPr>
      <w:r>
        <w:t>لیکن یہی میں سمجھتا ہوں کہ ربانی طریقہ ہے، یہ خدا کا طریقہ</w:t>
      </w:r>
    </w:p>
    <w:p>
      <w:r>
        <w:rPr>
          <w:b/>
        </w:rPr>
        <w:t xml:space="preserve">[46:06] </w:t>
      </w:r>
      <w:r>
        <w:t>hai. kyunke hazrat yusuf khuda ke prophet thay, to prophet ne jab aisa kiya to woh hamare liye ek example ban gaya, example ban gaya.</w:t>
      </w:r>
    </w:p>
    <w:p>
      <w:pPr>
        <w:jc w:val="right"/>
      </w:pPr>
      <w:r>
        <w:t>ہے۔ کیونکہ حضرت یوسف خدا کے پرافٹ تھے، تو پرافٹ نے جب ایسا کیا تو وہ ہمارے لیے ایک ایگزامپل بن گیا، ایگزامپل بن گیا۔</w:t>
      </w:r>
    </w:p>
    <w:p>
      <w:r>
        <w:rPr>
          <w:b/>
        </w:rPr>
        <w:t xml:space="preserve">[46:16] </w:t>
      </w:r>
      <w:r>
        <w:t>to hazrat musa to hazrat yusuf ke zariye jo example set kiya gaya, jo Allah taala ne hukum ke mutabiq set kiya gaya, woh yeh tha ke tum apni personal life mein idealist ban sakte ho, personal</w:t>
      </w:r>
    </w:p>
    <w:p>
      <w:pPr>
        <w:jc w:val="right"/>
      </w:pPr>
      <w:r>
        <w:t>تو حضرت موسیٰ تو حضرت یوسف کے ذریعے جو ایگزامپل سیٹ کیا گیا، جو اللہ تعالیٰ نے حکم کے مطابق سیٹ کیا گیا، وہ یہ تھا کہ تم اپنی پرسنل لائف میں آئیڈیلسٹ بن سکتے ہو، پرسنل</w:t>
      </w:r>
    </w:p>
    <w:p>
      <w:r>
        <w:rPr>
          <w:b/>
        </w:rPr>
        <w:t xml:space="preserve">[46:34] </w:t>
      </w:r>
      <w:r>
        <w:t>life mein, lekin social life mein aisa nahin ho sakta. wahan par aap ko pragmatic banna parega, practical banna parega taake zindagi smooth tor par chalti rahe.</w:t>
      </w:r>
    </w:p>
    <w:p>
      <w:pPr>
        <w:jc w:val="right"/>
      </w:pPr>
      <w:r>
        <w:t>لائف میں، لیکن سوشل لائف میں ایسا نہیں ہو سکتا۔ وہاں پر آپ کو پریگمیٹک بننا پڑے گا، پریکٹیکل بننا پڑے گا تاکہ زندگی اسموتھ طور پر چلتی رہے۔</w:t>
      </w:r>
    </w:p>
    <w:p>
      <w:r>
        <w:rPr>
          <w:b/>
        </w:rPr>
        <w:t xml:space="preserve">[46:46] </w:t>
      </w:r>
      <w:r>
        <w:t>agar aap aisa na karen to kya hoga? zindagi mein ladai hogi, jhagda hoga, violence hoga.</w:t>
      </w:r>
    </w:p>
    <w:p>
      <w:pPr>
        <w:jc w:val="right"/>
      </w:pPr>
      <w:r>
        <w:t>اگر آپ ایسا نہ کریں تو کیا ہوگا؟ زندگی میں لڑائی ہوگی، جھگڑا ہوگا، وائلنس ہوگا۔</w:t>
      </w:r>
    </w:p>
    <w:p>
      <w:r>
        <w:rPr>
          <w:b/>
        </w:rPr>
        <w:t xml:space="preserve">[46:54] </w:t>
      </w:r>
      <w:r>
        <w:t>doosre lafzon mein yeh mein keh sakta hoon ke har zamaney mein jo status quo hota hai, political status quo har zamaney mein, yaani badshah ka jo system tha, jo nizam tha, woh kya?</w:t>
      </w:r>
    </w:p>
    <w:p>
      <w:pPr>
        <w:jc w:val="right"/>
      </w:pPr>
      <w:r>
        <w:t>دوسرے لفظوں میں یہ میں کہہ سکتا ہوں کہ ہر زمانے میں جو اسٹیٹس کو ہوتا ہے، پولیٹیکل اسٹیٹس کو ہر زمانے میں، یعنی بادشاہ کا جو سسٹم تھا، جو نظام تھا، وہ کیا؟</w:t>
      </w:r>
    </w:p>
    <w:p>
      <w:r>
        <w:rPr>
          <w:b/>
        </w:rPr>
        <w:t xml:space="preserve">[47:09] </w:t>
      </w:r>
      <w:r>
        <w:t>ek political status quo jo qaim tha wahan par, us ko na chhed kar ke, us se na takra kar ke aap ne ek uhda le liya, ek office le liya us ke under mein.</w:t>
      </w:r>
    </w:p>
    <w:p>
      <w:pPr>
        <w:jc w:val="right"/>
      </w:pPr>
      <w:r>
        <w:t>ایک پولیٹیکل اسٹیٹس کو جو قائم تھا وہاں پر، اس کو نہ چھیڑ کر کے، اس سے نہ ٹکرا کر کے آپ نے ایک عہدہ لے لیا، ایک افس لے لیا اس کے انڈر میں۔</w:t>
      </w:r>
    </w:p>
    <w:p>
      <w:r>
        <w:rPr>
          <w:b/>
        </w:rPr>
        <w:t xml:space="preserve">[47:20] </w:t>
      </w:r>
      <w:r>
        <w:t>is se yeh principle nikalta hai mere nazdeek ke political status quo jo ban gaya ho, us se na takrao aur political status quo ko se na takrate hue jo wahan opportunities hain, us ko avail karo,</w:t>
      </w:r>
    </w:p>
    <w:p>
      <w:pPr>
        <w:jc w:val="right"/>
      </w:pPr>
      <w:r>
        <w:t>اس سے یہ پرنسپل نکلتا ہے میرے نزدیک کہ پولیٹیکل اسٹیٹس کو جو بن گیا ہو، اس سے نہ ٹکراؤ اور پولیٹیکل اسٹیٹس کو کو سے نہ ٹکراتے ہوئے جو وہاں اپرچونیٹیز ہیں، اس کو اویل کرو،</w:t>
      </w:r>
    </w:p>
    <w:p>
      <w:r>
        <w:rPr>
          <w:b/>
        </w:rPr>
        <w:t xml:space="preserve">[47:37] </w:t>
      </w:r>
      <w:r>
        <w:t>chahe woh ideal ke khilaf ho, tab bhi.</w:t>
      </w:r>
    </w:p>
    <w:p>
      <w:pPr>
        <w:jc w:val="right"/>
      </w:pPr>
      <w:r>
        <w:t>چاہے وہ آئیڈیل کے خلاف ہو، تب بھی۔</w:t>
      </w:r>
    </w:p>
    <w:p>
      <w:r>
        <w:rPr>
          <w:b/>
        </w:rPr>
        <w:t xml:space="preserve">[47:41] </w:t>
      </w:r>
      <w:r>
        <w:t>mein samajhta hoon ke bohat hi bara principle hai yeh aur mein samajhta hoon ke bohat hi kam misalein milengi history mein, bohat hi kam, jabke is par sach much achhe tareeqe se is par amal kiya gaya ho.</w:t>
      </w:r>
    </w:p>
    <w:p>
      <w:pPr>
        <w:jc w:val="right"/>
      </w:pPr>
      <w:r>
        <w:t>میں سمجھتا ہوں کہ بہت ہی بڑا پرنسپل ہے یہ اور میں سمجھتا ہوں کہ بہت ہی کم مثالیں ملیں گی ہسٹری میں، بہت ہی کم، جبکہ اس پر سچ مچ اچھے طریقے سے اس پر عمل کیا گیا ہو۔</w:t>
      </w:r>
    </w:p>
    <w:p>
      <w:r>
        <w:rPr>
          <w:b/>
        </w:rPr>
        <w:t xml:space="preserve">[47:55] </w:t>
      </w:r>
      <w:r>
        <w:t>hamesha log kya karte hain? jahan bhi dekhiye, political states ko takra jaate hain.</w:t>
      </w:r>
    </w:p>
    <w:p>
      <w:pPr>
        <w:jc w:val="right"/>
      </w:pPr>
      <w:r>
        <w:t>ہمیشہ لوگ کیا کرتے ہیں؟ جہاں بھی دیکھیے، پولیٹیکل اسٹیٹس کو ٹکرا جاتے ہیں۔</w:t>
      </w:r>
    </w:p>
    <w:p>
      <w:r>
        <w:rPr>
          <w:b/>
        </w:rPr>
        <w:t xml:space="preserve">[48:01] </w:t>
      </w:r>
      <w:r>
        <w:t>har jagah yeh hua hai aur aaj bhi ho raha hai ke jo bhi political states ko kahin dekhte hain, woh samajhte hain ke jab is ko badlen nahin, is ko is ko toden nahin, tab tak koi aur kaam nahin ho sakta hai.</w:t>
      </w:r>
    </w:p>
    <w:p>
      <w:pPr>
        <w:jc w:val="right"/>
      </w:pPr>
      <w:r>
        <w:t>ہر جگہ یہ ہوا ہے اور آج بھی ہو رہا ہے کہ جو بھی پولیٹیکل اسٹیٹس کو کہیں دیکھتے ہیں، وہ سمجھتے ہیں کہ جب اس کو بدلیں نہیں، اس کو اس کو توڑیں نہیں، تب تک کوئی اور کام نہیں ہو سکتا ہے۔</w:t>
      </w:r>
    </w:p>
    <w:p>
      <w:r>
        <w:rPr>
          <w:b/>
        </w:rPr>
        <w:t xml:space="preserve">[48:14] </w:t>
      </w:r>
      <w:r>
        <w:t>to is se ladne lagte hain woh.</w:t>
      </w:r>
    </w:p>
    <w:p>
      <w:pPr>
        <w:jc w:val="right"/>
      </w:pPr>
      <w:r>
        <w:t>تو اس سے لڑنے لگتے ہیں وہ۔</w:t>
      </w:r>
    </w:p>
    <w:p>
      <w:r>
        <w:rPr>
          <w:b/>
        </w:rPr>
        <w:t xml:space="preserve">[48:17] </w:t>
      </w:r>
      <w:r>
        <w:t>lekin Hazrat Yusuf ki jo misaal hai, woh batati hai ke political states ko ko accept karo aur accept karne ke baad jo opportunities hain tumhare liye, is ko avail karo.</w:t>
      </w:r>
    </w:p>
    <w:p>
      <w:pPr>
        <w:jc w:val="right"/>
      </w:pPr>
      <w:r>
        <w:t>لیکن حضرت یوسف کی جو مثال ہے، وہ بتاتی ہے کہ پولیٹیکل اسٹیٹس کو کو ایکسیپٹ کرو اور ایکسیپٹ کرنے کے بعد جو اپرچونیٹیز ہیں تمہارے لیے، اس کو اویل کرو۔</w:t>
      </w:r>
    </w:p>
    <w:p>
      <w:r>
        <w:rPr>
          <w:b/>
        </w:rPr>
        <w:t xml:space="preserve">[48:32] </w:t>
      </w:r>
      <w:r>
        <w:t>ek kitna bada example set kiya gaya Hazrat Yusuf ke zariye se, lekin</w:t>
      </w:r>
    </w:p>
    <w:p>
      <w:pPr>
        <w:jc w:val="right"/>
      </w:pPr>
      <w:r>
        <w:t>ایک کتنا بڑا ایگزیمپل سیٹ کیا گیا حضرت یوسف کے ذریعے سے، لیکن</w:t>
      </w:r>
    </w:p>
    <w:p>
      <w:r>
        <w:rPr>
          <w:b/>
        </w:rPr>
        <w:t xml:space="preserve">[48:38] </w:t>
      </w:r>
      <w:r>
        <w:t>main jahan tak jaanta hoon apne mutale mein, bahut hi kam aisa hua history mein ke is is ko samjha gaya, is ki importance ko aur is par is ko follow kiya gaya.</w:t>
      </w:r>
    </w:p>
    <w:p>
      <w:pPr>
        <w:jc w:val="right"/>
      </w:pPr>
      <w:r>
        <w:t>میں جہاں تک جانتا ہوں اپنے مطالعے میں، بہت ہی کم ایسا ہوا ہسٹری میں کہ اس اس کو سمجھا گیا، اس کی امپورٹنس کو اور اس پر اس کو فالو کیا گیا۔</w:t>
      </w:r>
    </w:p>
    <w:p>
      <w:r>
        <w:rPr>
          <w:b/>
        </w:rPr>
        <w:t xml:space="preserve">[48:49] </w:t>
      </w:r>
      <w:r>
        <w:t>aur aaj bhi log is ko follow nahin, follow nahin kar rahe. aaj bhi yahi obsession logon ka hai, obsession ke jab tak political states ko toda na jaaye, tab tak koi aur kaam nahin ho sakta.</w:t>
      </w:r>
    </w:p>
    <w:p>
      <w:pPr>
        <w:jc w:val="right"/>
      </w:pPr>
      <w:r>
        <w:t>اور آج بھی لوگ اس کو فالو نہیں، فالو نہیں کر رہے۔ آج بھی یہی ابسیشن لوگوں کا ہے، ابسیشن کہ جب تک پولیٹیکل اسٹیٹس کو توڑا نہ جائے، تب تک کوئی اور کام نہیں ہو سکتا۔</w:t>
      </w:r>
    </w:p>
    <w:p>
      <w:r>
        <w:rPr>
          <w:b/>
        </w:rPr>
        <w:t xml:space="preserve">[49:01] </w:t>
      </w:r>
      <w:r>
        <w:t>to Hazrat Yusuf ne toda nahin,</w:t>
      </w:r>
    </w:p>
    <w:p>
      <w:pPr>
        <w:jc w:val="right"/>
      </w:pPr>
      <w:r>
        <w:t>تو حضرت یوسف نے توڑا نہیں،</w:t>
      </w:r>
    </w:p>
    <w:p>
      <w:r>
        <w:rPr>
          <w:b/>
        </w:rPr>
        <w:t xml:space="preserve">[49:03] </w:t>
      </w:r>
      <w:r>
        <w:t>Hazrat Yusuf ne apne zamane ke political states ko ko tode baghair ek kaam kiya. to aaj jo log aisa kar rahe hain ke samajhte hain ke pehle pehla kaam yeh hai ke political states ko todna,</w:t>
      </w:r>
    </w:p>
    <w:p>
      <w:pPr>
        <w:jc w:val="right"/>
      </w:pPr>
      <w:r>
        <w:t>حضرت یوسف نے اپنے زمانے کے پولیٹیکل اسٹیٹس کو کو توڑے بغیر ایک کام کیا۔ تو آج جو لوگ ایسا کر رہے ہیں کہ سمجھتے ہیں کہ پہلے پہلا کام یہ ہے کہ پولیٹیکل اسٹیٹس کو توڑنا،</w:t>
      </w:r>
    </w:p>
    <w:p>
      <w:r>
        <w:rPr>
          <w:b/>
        </w:rPr>
        <w:t xml:space="preserve">[49:20] </w:t>
      </w:r>
      <w:r>
        <w:t>phir aage aage ek kaam hoga, yeh bilashuba peghambar ke khilaaf hai, yeh bilashuba yani Khuda ki planning ke khilaaf hai,</w:t>
      </w:r>
    </w:p>
    <w:p>
      <w:pPr>
        <w:jc w:val="right"/>
      </w:pPr>
      <w:r>
        <w:t>پھر آگے آگے ایک کام ہوگا، یہ بلاشبہ پیغمبر کے خلاف ہے، یہ بلاشبہ یعنی خدا کی پلاننگ کے خلاف ہے،</w:t>
      </w:r>
    </w:p>
    <w:p>
      <w:r>
        <w:rPr>
          <w:b/>
        </w:rPr>
        <w:t xml:space="preserve">[49:28] </w:t>
      </w:r>
      <w:r>
        <w:t>bilashuba yeh yani woh woh yani Khuda ka jo religion hai, Khuda ka jo deen hai, is ke khilaaf hai.</w:t>
      </w:r>
    </w:p>
    <w:p>
      <w:pPr>
        <w:jc w:val="right"/>
      </w:pPr>
      <w:r>
        <w:t>بلاشبہ یہ یعنی وہ وہ یعنی خدا کا جو ریلیجن ہے، خدا کا جو دین ہے، اس کے خلاف ہے۔</w:t>
      </w:r>
    </w:p>
    <w:p>
      <w:r>
        <w:rPr>
          <w:b/>
        </w:rPr>
        <w:t xml:space="preserve">[49:42] </w:t>
      </w:r>
      <w:r>
        <w:t>to yeh hai yani ke history mein ek set kiya gaya tha example ke log isi par chalain.</w:t>
      </w:r>
    </w:p>
    <w:p>
      <w:pPr>
        <w:jc w:val="right"/>
      </w:pPr>
      <w:r>
        <w:t>تو یہ ہے یعنی کہ ہسٹری میں ایک سیٹ کیا گیا تھا ایگزامپل کہ لوگ اسی پر چلیں۔</w:t>
      </w:r>
    </w:p>
    <w:p>
      <w:r>
        <w:rPr>
          <w:b/>
        </w:rPr>
        <w:t xml:space="preserve">[49:49] </w:t>
      </w:r>
      <w:r>
        <w:t>agar ke log is par chal nahin paaye, is ki wajah se poori history jo hai, Voltaire ne kaha tha ke insaan ki history violence ke rishte se kuch hi kam hai, yani poori history violence, violence, violence se bhari hui hai.</w:t>
      </w:r>
    </w:p>
    <w:p>
      <w:pPr>
        <w:jc w:val="right"/>
      </w:pPr>
      <w:r>
        <w:t>اگر کہ لوگ اس پر چل نہیں پائے، اس کی وجہ سے پوری ہسٹری جو ہے، والٹیئر نے کہا تھا کہ انسان کی ہسٹری وائلنس کے رشتے سے کچھ ہی کم ہے، یعنی پوری ہسٹری وائلنس، وائلنس، وائلنس سے بھری ہوئی ہے۔</w:t>
      </w:r>
    </w:p>
    <w:p>
      <w:r>
        <w:rPr>
          <w:b/>
        </w:rPr>
        <w:t xml:space="preserve">[50:04] </w:t>
      </w:r>
      <w:r>
        <w:t>Voltaire ne kaha tha aisa.</w:t>
      </w:r>
    </w:p>
    <w:p>
      <w:pPr>
        <w:jc w:val="right"/>
      </w:pPr>
      <w:r>
        <w:t>والٹیئر نے کہا تھا ایسا۔</w:t>
      </w:r>
    </w:p>
    <w:p>
      <w:r>
        <w:rPr>
          <w:b/>
        </w:rPr>
        <w:t xml:space="preserve">[50:08] </w:t>
      </w:r>
      <w:r>
        <w:t>to main samajhta hoon ke sab se bada reason jo hai ke poori history jo hai, violence ke upar bhar gayi, sab se bada reason yeh hai ke log states ko ko accept nahin karte.</w:t>
      </w:r>
    </w:p>
    <w:p>
      <w:pPr>
        <w:jc w:val="right"/>
      </w:pPr>
      <w:r>
        <w:t>تو میں سمجھتا ہوں کہ سب سے بڑا ریزن جو ہے کہ پوری ہسٹری جو ہے، وائلنس کے اوپر بھر گئی، سب سے بڑا ریزن یہ ہے کہ لوگ اسٹیٹس کو کو ایکسیپٹ نہیں کرتے۔</w:t>
      </w:r>
    </w:p>
    <w:p>
      <w:r>
        <w:rPr>
          <w:b/>
        </w:rPr>
        <w:t xml:space="preserve">[50:23] </w:t>
      </w:r>
      <w:r>
        <w:t>First of all, you have to accept the status quo.</w:t>
      </w:r>
    </w:p>
    <w:p>
      <w:pPr>
        <w:jc w:val="right"/>
      </w:pPr>
      <w:r>
        <w:t>فرسٹ آف آل، یو ہیو ٹو ایکسیپٹ دی سٹیٹس کو۔</w:t>
      </w:r>
    </w:p>
    <w:p>
      <w:r>
        <w:rPr>
          <w:b/>
        </w:rPr>
        <w:t xml:space="preserve">[50:28] </w:t>
      </w:r>
      <w:r>
        <w:t>yeh yeh pehla sabak hai,</w:t>
      </w:r>
    </w:p>
    <w:p>
      <w:pPr>
        <w:jc w:val="right"/>
      </w:pPr>
      <w:r>
        <w:t>یہ یہ پہلا سبق ہے،</w:t>
      </w:r>
    </w:p>
    <w:p>
      <w:r>
        <w:rPr>
          <w:b/>
        </w:rPr>
        <w:t xml:space="preserve">[50:33] </w:t>
      </w:r>
      <w:r>
        <w:t>lekin poori poori history violence bhari hui hai. aur is ki sab se bada reason mere nazdeek yahi hai ke logon logon ne yeh is soch ko, Hazrat Yusuf wali soch ko pakda nahin ke states ko ko maan lo, is ko badalne ki koshish na karo,</w:t>
      </w:r>
    </w:p>
    <w:p>
      <w:pPr>
        <w:jc w:val="right"/>
      </w:pPr>
      <w:r>
        <w:t>لیکن پوری پوری ہسٹری وائلنس بھری ہوئی ہے۔ اور اس کی سب سے بڑا ریزن میرے نزدیک یہی ہے کہ لوگوں لوگوں نے یہ اس سوچ کو، حضرت یوسف والی سوچ کو پکڑا نہیں کہ اسٹیٹس کو کو مان لو، اس کو بدلنے کی کوشش نہ کرو،</w:t>
      </w:r>
    </w:p>
    <w:p>
      <w:r>
        <w:rPr>
          <w:b/>
        </w:rPr>
        <w:t xml:space="preserve">[50:50] </w:t>
      </w:r>
      <w:r>
        <w:t>aur maan kar ke jo opportunities abhi bhi open hain, un ko avail karo.</w:t>
      </w:r>
    </w:p>
    <w:p>
      <w:pPr>
        <w:jc w:val="right"/>
      </w:pPr>
      <w:r>
        <w:t>اور مان کر کے جو اپرچونیٹیز ابھی بھی اوپن ہیں، ان کو اویل کرو۔</w:t>
      </w:r>
    </w:p>
    <w:p>
      <w:r>
        <w:rPr>
          <w:b/>
        </w:rPr>
        <w:t xml:space="preserve">[50:55] </w:t>
      </w:r>
      <w:r>
        <w:t>yeh kitni badi wisdom thi, lekin is wisdom ko poori history mein ignore kiya gaya hai.</w:t>
      </w:r>
    </w:p>
    <w:p>
      <w:pPr>
        <w:jc w:val="right"/>
      </w:pPr>
      <w:r>
        <w:t>یہ کتنی بڑی وزڈم تھی، لیکن اس وزڈم کو پوری ہسٹری میں اگنور کیا گیا ہے۔</w:t>
      </w:r>
    </w:p>
    <w:p>
      <w:r>
        <w:rPr>
          <w:b/>
        </w:rPr>
        <w:t xml:space="preserve">[51:02] </w:t>
      </w:r>
      <w:r>
        <w:t>is ke baad main loonga Hazrat Musa ko.</w:t>
      </w:r>
    </w:p>
    <w:p>
      <w:pPr>
        <w:jc w:val="right"/>
      </w:pPr>
      <w:r>
        <w:t>اس کے بعد میں لوں گا حضرت موسیٰ کو۔</w:t>
      </w:r>
    </w:p>
    <w:p>
      <w:r>
        <w:rPr>
          <w:b/>
        </w:rPr>
        <w:t xml:space="preserve">[51:08] </w:t>
      </w:r>
      <w:r>
        <w:t>yahan main yani religious personalities ko le raha hoon. to is ki wajah hai ke pehle zamane mein jitne bhi role the, woh religious personalities hi kiye, woh role baad ke zamane mein mein aage loonga aap ko secular personalities ko jinhone bade bade role kiye hain.</w:t>
      </w:r>
    </w:p>
    <w:p>
      <w:pPr>
        <w:jc w:val="right"/>
      </w:pPr>
      <w:r>
        <w:t>یہاں میں یعنی ریلیجیس پرسنیلٹیز کو لے رہا ہوں۔ تو اس کی وجہ ہے کہ پہلے زمانے میں جتنے بھی رول تھے، وہ ریلیجیس پرسنیلٹیز ہی کیے، وہ رول بعد کے زمانے میں میں آگے لوں گا آپ کو سیکولر پرسنیلٹیز کو جنہوں نے بڑے بڑے رول کیے ہیں۔</w:t>
      </w:r>
    </w:p>
    <w:p>
      <w:r>
        <w:rPr>
          <w:b/>
        </w:rPr>
        <w:t xml:space="preserve">[51:23] </w:t>
      </w:r>
      <w:r>
        <w:t>abhi woh aage woh baat aa rahi hai.</w:t>
      </w:r>
    </w:p>
    <w:p>
      <w:pPr>
        <w:jc w:val="right"/>
      </w:pPr>
      <w:r>
        <w:t>ابھی وہ آگے وہ بات آ رہی ہے۔</w:t>
      </w:r>
    </w:p>
    <w:p>
      <w:r>
        <w:rPr>
          <w:b/>
        </w:rPr>
        <w:t xml:space="preserve">[51:28] </w:t>
      </w:r>
      <w:r>
        <w:t>to Hazrat Musa jo the, un ka maqam Egypt hai, aap jante hain. woh un ki paidaish jo hai, 1520 qabl Masih yani BC mein hui.</w:t>
      </w:r>
    </w:p>
    <w:p>
      <w:pPr>
        <w:jc w:val="right"/>
      </w:pPr>
      <w:r>
        <w:t>تو حضرت موسیٰ جو تھے، ان کا مقام ایجپٹ ہے، آپ جانتے ہیں۔ وہ ان کی پیدائش جو ہے، 1520 قبل مسیح یعنی بی سی میں ہوئی۔</w:t>
      </w:r>
    </w:p>
    <w:p>
      <w:r>
        <w:rPr>
          <w:b/>
        </w:rPr>
        <w:t xml:space="preserve">[51:42] </w:t>
      </w:r>
      <w:r>
        <w:t>Hazrat Masih se 1520 saal pehle woh paida hui hai Egypt mein. to wahan unhon ne kaam kiya.</w:t>
      </w:r>
    </w:p>
    <w:p>
      <w:pPr>
        <w:jc w:val="right"/>
      </w:pPr>
      <w:r>
        <w:t>حضرت مسیح سے 1520 سال پہلے وہ پیدا ہوئی ہے ایجپٹ میں۔ تو وہاں انہوں نے کام کیا۔</w:t>
      </w:r>
    </w:p>
    <w:p>
      <w:r>
        <w:rPr>
          <w:b/>
        </w:rPr>
        <w:t xml:space="preserve">[51:53] </w:t>
      </w:r>
      <w:r>
        <w:t>quran mein hazrat moosa ka zikr bohat zyada hai aur bible mein aur bhi zyada hai. to bohat sare aspect hain, bohat sari baatein hain, lekin ek cheez jis ka main zikr karna chahta hoon, woh yeh hai ke history mein khuda ne hazrat moosa ke zariye ek bohat bada example set kiya.</w:t>
      </w:r>
    </w:p>
    <w:p>
      <w:pPr>
        <w:jc w:val="right"/>
      </w:pPr>
      <w:r>
        <w:t>قرآن میں حضرت موسیٰ کا ذکر بہت زیادہ ہے اور بائبل میں اور بھی زیادہ ہے۔ تو بہت سارے اسپیکٹ ہیں، بہت ساری باتیں ہیں، لیکن ایک چیز جس کا میں ذکر کرنا چاہتا ہوں، وہ یہ ہے کہ ہسٹری میں خدا نے حضرت موسیٰ کے ذریعے ایک بہت بڑا ایگزیمپل سیٹ کیا۔</w:t>
      </w:r>
    </w:p>
    <w:p>
      <w:r>
        <w:rPr>
          <w:b/>
        </w:rPr>
        <w:t xml:space="preserve">[52:17] </w:t>
      </w:r>
      <w:r>
        <w:t>agarche aaj bhi hum is example ko shayad samajh nahi rahe hain, woh kya? dekhiye, hazrat moosa jab paida hue to wahan par do qism ke group maujood the.</w:t>
      </w:r>
    </w:p>
    <w:p>
      <w:pPr>
        <w:jc w:val="right"/>
      </w:pPr>
      <w:r>
        <w:t>اگرچہ آج بھی ہم اس ایگزیمپل کو شاید سمجھ نہیں رہے ہیں، وہ کیا؟ دیکھیے، حضرت موسیٰ جب پیدا ہوئے تو وہاں پر دو قسم کے گروپ موجود تھے۔</w:t>
      </w:r>
    </w:p>
    <w:p>
      <w:r>
        <w:rPr>
          <w:b/>
        </w:rPr>
        <w:t xml:space="preserve">[52:32] </w:t>
      </w:r>
      <w:r>
        <w:t>do qism ke group ek the qibti, jo misri log the jin ko coptic kaha jata tha, coptic ya qibti, aur doosre bani israel the.</w:t>
      </w:r>
    </w:p>
    <w:p>
      <w:pPr>
        <w:jc w:val="right"/>
      </w:pPr>
      <w:r>
        <w:t>دو قسم کے گروپ ایک تھے قبطی، جو مصری لوگ تھے جن کو کاپٹک کہا جاتا تھا، کاپٹک یا قبطی، اور دوسرے بنی اسرائیل تھے۔</w:t>
      </w:r>
    </w:p>
    <w:p>
      <w:r>
        <w:rPr>
          <w:b/>
        </w:rPr>
        <w:t xml:space="preserve">[52:45] </w:t>
      </w:r>
      <w:r>
        <w:t>bani israel ko aap keh sakte hain ke yani</w:t>
      </w:r>
    </w:p>
    <w:p>
      <w:pPr>
        <w:jc w:val="right"/>
      </w:pPr>
      <w:r>
        <w:t>بنی اسرائیل کو آپ کہہ سکتے ہیں کہ یعنی</w:t>
      </w:r>
    </w:p>
    <w:p>
      <w:r>
        <w:rPr>
          <w:b/>
        </w:rPr>
        <w:t xml:space="preserve">[52:52] </w:t>
      </w:r>
      <w:r>
        <w:t>bigde hue musalman. bani israel yani yahoodi, woh kya? is waqt ke bigde hue musalman the. aur doosri taraf coptic jo the, woh log woh non muslim the.</w:t>
      </w:r>
    </w:p>
    <w:p>
      <w:pPr>
        <w:jc w:val="right"/>
      </w:pPr>
      <w:r>
        <w:t>بگڑے ہوئے مسلمان۔ بنی اسرائیل یعنی یہودی، وہ کیا؟ اس وقت کے بگڑے ہوئے مسلمان تھے۔ اور دوسری طرف کاپٹک جو تھے، وہ لوگ وہ نان مسلم تھے۔</w:t>
      </w:r>
    </w:p>
    <w:p>
      <w:r>
        <w:rPr>
          <w:b/>
        </w:rPr>
        <w:t xml:space="preserve">[53:05] </w:t>
      </w:r>
      <w:r>
        <w:t>goya ke to ek taraf bigde hue muslim aur doosri taraf non muslim jo abhi tak in ko message nahi pahuncha tha khuda ka.</w:t>
      </w:r>
    </w:p>
    <w:p>
      <w:pPr>
        <w:jc w:val="right"/>
      </w:pPr>
      <w:r>
        <w:t>گویا کہ تو ایک طرف بگڑے ہوئے مسلم اور دوسری طرف نان مسلم جو ابھی تک ان کو میسج نہیں پہنچا تھا خدا کا۔</w:t>
      </w:r>
    </w:p>
    <w:p>
      <w:r>
        <w:rPr>
          <w:b/>
        </w:rPr>
        <w:t xml:space="preserve">[53:14] </w:t>
      </w:r>
      <w:r>
        <w:t>do dono group maujood the wahan par. to hazrat moosa ne kya kiya?</w:t>
      </w:r>
    </w:p>
    <w:p>
      <w:pPr>
        <w:jc w:val="right"/>
      </w:pPr>
      <w:r>
        <w:t>دو دونوں گروپ موجود تھے وہاں پر۔ تو حضرت موسیٰ نے کیا کیا؟</w:t>
      </w:r>
    </w:p>
    <w:p>
      <w:r>
        <w:rPr>
          <w:b/>
        </w:rPr>
        <w:t xml:space="preserve">[53:22] </w:t>
      </w:r>
      <w:r>
        <w:t>bible aur quran dono batate hain ke hazrat moosa ne yeh nahi kiya ke chalo pehle to hum islah karte hain bani israel ki yani yahoodi ki, jesh people ki.</w:t>
      </w:r>
    </w:p>
    <w:p>
      <w:pPr>
        <w:jc w:val="right"/>
      </w:pPr>
      <w:r>
        <w:t>بائبل اور قرآن دونوں بتاتے ہیں کہ حضرت موسیٰ نے یہ نہیں کیا کہ چلو پہلے تو ہم اصلاح کرتے ہیں بنی اسرائیل کی یعنی یہودی کی، جیش پیپل کی۔</w:t>
      </w:r>
    </w:p>
    <w:p>
      <w:r>
        <w:rPr>
          <w:b/>
        </w:rPr>
        <w:t xml:space="preserve">[53:35] </w:t>
      </w:r>
      <w:r>
        <w:t>jab yeh log in ka emain form ho jaye ga, jab yeh theek thak ho jayenge, jab in ki islah ho jayegi to us ke baad coptic logon ko hum address karenge, yani non muslim ko.</w:t>
      </w:r>
    </w:p>
    <w:p>
      <w:pPr>
        <w:jc w:val="right"/>
      </w:pPr>
      <w:r>
        <w:t>جب یہ لوگ ان کا ایمین فارم ہو جائے گا، جب یہ ٹھیک ٹھاک ہو جائیں گے، جب ان کی اصلاح ہو جائے گی تو اس کے بعد کاپٹک لوگوں کو ہم ایڈریس کریں گے، یعنی نان مسلم کو۔</w:t>
      </w:r>
    </w:p>
    <w:p>
      <w:r>
        <w:rPr>
          <w:b/>
        </w:rPr>
        <w:t xml:space="preserve">[53:46] </w:t>
      </w:r>
      <w:r>
        <w:t>nahi, ek hi time unhon ne dono ko address kiya. ek taraf unhon ne yahudiyon mein reform ka kaam kiya aur sath sath khuda ne kaha: "azhab bila firoun natugha".</w:t>
      </w:r>
    </w:p>
    <w:p>
      <w:pPr>
        <w:jc w:val="right"/>
      </w:pPr>
      <w:r>
        <w:t>نہیں، ایک ہی ٹائم انہوں نے دونوں کو ایڈریس کیا۔ ایک طرف انہوں نے یہودیوں میں ریفارم کا کام کیا اور ساتھ ساتھ خدا نے کہا: "اذہب بلا فرعون نوطغہ"۔</w:t>
      </w:r>
    </w:p>
    <w:p>
      <w:r>
        <w:rPr>
          <w:b/>
        </w:rPr>
        <w:t xml:space="preserve">[54:01] </w:t>
      </w:r>
      <w:r>
        <w:t>jao firoun ko, firo jo us waqt king tha, us ko firo kaha jata tha ke jao firo ko sachai ka message do, khuda ka message do. yani dono kaam ek sath shuru kiya unhon ne.</w:t>
      </w:r>
    </w:p>
    <w:p>
      <w:pPr>
        <w:jc w:val="right"/>
      </w:pPr>
      <w:r>
        <w:t>جاؤ فرعون کو، فیرو جو اس وقت کنگ تھا، اس کو فیرو کہا جاتا تھا کہ جاؤ فیرو کو سچائی کا میسج دو، خدا کا میسج دو۔ یعنی دونوں کام ایک ساتھ شروع کیا انہوں نے۔</w:t>
      </w:r>
    </w:p>
    <w:p>
      <w:r>
        <w:rPr>
          <w:b/>
        </w:rPr>
        <w:t xml:space="preserve">[54:15] </w:t>
      </w:r>
      <w:r>
        <w:t>yani bigde hue qaum mein reform karna aur jo non muslim jin mein khuda ka paigham nahi pahuncha tha, unhein paigham pahunchana.</w:t>
      </w:r>
    </w:p>
    <w:p>
      <w:pPr>
        <w:jc w:val="right"/>
      </w:pPr>
      <w:r>
        <w:t>یعنی بگڑے ہوئے قوم میں ریفارم کرنا اور جو نان مسلم جن میں خدا کا پیغام نہیں پہنچا تھا، انہیں پیغام پہنچانا۔</w:t>
      </w:r>
    </w:p>
    <w:p>
      <w:r>
        <w:rPr>
          <w:b/>
        </w:rPr>
        <w:t xml:space="preserve">[54:26] </w:t>
      </w:r>
      <w:r>
        <w:t>dono kaam sath sath.</w:t>
      </w:r>
    </w:p>
    <w:p>
      <w:pPr>
        <w:jc w:val="right"/>
      </w:pPr>
      <w:r>
        <w:t>دونوں کام ساتھ ساتھ۔</w:t>
      </w:r>
    </w:p>
    <w:p>
      <w:r>
        <w:rPr>
          <w:b/>
        </w:rPr>
        <w:t xml:space="preserve">[54:29] </w:t>
      </w:r>
      <w:r>
        <w:t>aaj yeh situation hai khas tor par musalmanon mein. aap jante hain ke aaj musalman jo hain, ek billion se zyada hain sari duniya mein aur sath sath chhe billion se zyada non muslim hain duniya mein.</w:t>
      </w:r>
    </w:p>
    <w:p>
      <w:pPr>
        <w:jc w:val="right"/>
      </w:pPr>
      <w:r>
        <w:t>آج یہ سچوئیشن ہے خاص طور پر مسلمانوں میں۔ آپ جانتے ہیں کہ آج مسلمان جو ہیں، ایک بلین سے زیادہ ہیں ساری دنیا میں اور ساتھ ساتھ چھ بلین سے زیادہ نان مسلم ہیں دنیا میں۔</w:t>
      </w:r>
    </w:p>
    <w:p>
      <w:r>
        <w:rPr>
          <w:b/>
        </w:rPr>
        <w:t xml:space="preserve">[54:48] </w:t>
      </w:r>
      <w:r>
        <w:t>to aam taur par zehan kya hai? logon ki soch kya hai ke pehle musalmanon ko theek kar lo, un ki islah kar lo, phir us ke baad dawat ka kaam.</w:t>
      </w:r>
    </w:p>
    <w:p>
      <w:pPr>
        <w:jc w:val="right"/>
      </w:pPr>
      <w:r>
        <w:t>تو عام طور پر ذہن کیا ہے؟ لوگوں کی سوچ کیا ہے کہ پہلے مسلمانوں کو ٹھیک کر لو، ان کی اصلاح کر لو، پھر اس کے بعد دعوت کا کام۔</w:t>
      </w:r>
    </w:p>
    <w:p>
      <w:r>
        <w:rPr>
          <w:b/>
        </w:rPr>
        <w:t xml:space="preserve">[54:59] </w:t>
      </w:r>
      <w:r>
        <w:t>sabhi log yahi boli bolte hain: "arey bhai, abhi to musalman hi bigde hue hain, abhi to musalman hi bohat kaam baqi hai. musalmanon mein islah ka kaam kar lo, un ko theek thak kar lo, is ke baad woh doosra kaam jo hai dawat ka ghair muslimon ke liye, woh ho jayega." yeh bilkul galat baat hai, yeh khuda ki scheme ke khilaf hai, yeh prophet ki sunnat ke khilaf hai.</w:t>
      </w:r>
    </w:p>
    <w:p>
      <w:pPr>
        <w:jc w:val="right"/>
      </w:pPr>
      <w:r>
        <w:t>سبھی لوگ یہی بولی بولتے ہیں: "ارے بھائی، ابھی تو مسلمان ہی بگڑے ہوئے ہیں، ابھی تو مسلمان ہی بہت کام باقی ہے۔ مسلمانوں میں اصلاح کا کام کر لو، ان کو ٹھیک ٹھاک کر لو، اس کے بعد وہ دوسرا کام جو ہے دعوت کا غیر مسلموں کے لیے، وہ ہو جائے گا۔" یہ بالکل غلط بات ہے، یہ خدا کی اسکیم کے خلاف ہے، یہ پرافٹ کی سنت کے خلاف ہے۔</w:t>
      </w:r>
    </w:p>
    <w:p>
      <w:r>
        <w:rPr>
          <w:b/>
        </w:rPr>
        <w:t xml:space="preserve">[55:22] </w:t>
      </w:r>
      <w:r>
        <w:t>yeh ek us ko kehte hain mazhabi istilaah, bidat hai. bidat, innovation.</w:t>
      </w:r>
    </w:p>
    <w:p>
      <w:pPr>
        <w:jc w:val="right"/>
      </w:pPr>
      <w:r>
        <w:t>یہ ایک اس کو کہتے ہیں مذہبی اصطلاح، بدعت ہے۔ بدعت، انویشن۔</w:t>
      </w:r>
    </w:p>
    <w:p>
      <w:r>
        <w:rPr>
          <w:b/>
        </w:rPr>
        <w:t xml:space="preserve">[55:28] </w:t>
      </w:r>
      <w:r>
        <w:t>yeh bol ke pehle musalmanon ko theek kar lo, phir ghair muslimon mein paigham diya jayega. yeh bidat hai, innovation hai.</w:t>
      </w:r>
    </w:p>
    <w:p>
      <w:pPr>
        <w:jc w:val="right"/>
      </w:pPr>
      <w:r>
        <w:t>یہ بول کہ پہلے مسلمانوں کو ٹھیک کر لو، پھر غیر مسلموں میں پیغام دیا جائے گا۔ یہ بدعت ہے، انویشن ہے۔</w:t>
      </w:r>
    </w:p>
    <w:p>
      <w:r>
        <w:rPr>
          <w:b/>
        </w:rPr>
        <w:t xml:space="preserve">[55:39] </w:t>
      </w:r>
      <w:r>
        <w:t>aur bidat ko hadith mein gumrahi kaha jayega, zalalat kaha gaya hai, deviation kaha gaya hai. to yeh milta hai namoona hum ko hazrat moosa ki zindagi mein, hazrat moosa ki zindagi mein ke unhon ne ek sath dono mein kaam</w:t>
      </w:r>
    </w:p>
    <w:p>
      <w:pPr>
        <w:jc w:val="right"/>
      </w:pPr>
      <w:r>
        <w:t>اور بدعت کو حدیث میں گمراہی کہا جائے گا، ذلالت کہا گیا ہے، ڈیوی ایشن کہا گیا ہے۔ تو یہ ملتا ہے نمونہ ہم کو حضرت موسیٰ کی زندگی میں، حضرت موسیٰ کی زندگی میں کہ انہوں نے ایک ساتھ دونوں میں کام</w:t>
      </w:r>
    </w:p>
    <w:p>
      <w:r>
        <w:rPr>
          <w:b/>
        </w:rPr>
        <w:t xml:space="preserve">[55:56] </w:t>
      </w:r>
      <w:r>
        <w:t>kiya. aise hum ko bhi ek sath dono mein kaam karna hai. khuda ka jo deen hai, woh sab ke liye hai.</w:t>
      </w:r>
    </w:p>
    <w:p>
      <w:pPr>
        <w:jc w:val="right"/>
      </w:pPr>
      <w:r>
        <w:t>کیا۔ ایسے ہم کو بھی ایک ساتھ دونوں میں کام کرنا ہے۔ خدا کا جو دین ہے، وہ سب کے لیے ہے۔</w:t>
      </w:r>
    </w:p>
    <w:p>
      <w:r>
        <w:rPr>
          <w:b/>
        </w:rPr>
        <w:t xml:space="preserve">[56:08] </w:t>
      </w:r>
      <w:r>
        <w:t>main is se pehle bar bar keh chuka hoon ke hum yeh nahi kehte ke islam koi superior mazhab hai, islam koi the truth hai with the capital t.</w:t>
      </w:r>
    </w:p>
    <w:p>
      <w:pPr>
        <w:jc w:val="right"/>
      </w:pPr>
      <w:r>
        <w:t>میں اس سے پہلے بار بار کہہ چکا ہوں کہ ہم یہ نہیں کہتے کہ اسلام کوئی سپیریئر مذہب ہے، اسلام کوئی دا ٹروتھ ہے ود دی کیپیٹل ٹی۔</w:t>
      </w:r>
    </w:p>
    <w:p>
      <w:r>
        <w:rPr>
          <w:b/>
        </w:rPr>
        <w:t xml:space="preserve">[56:20] </w:t>
      </w:r>
      <w:r>
        <w:t>aisa hum nahi bolte. hum yeh kehte hain ke sare religion jo khuda ki taraf se aa</w:t>
      </w:r>
    </w:p>
    <w:p>
      <w:pPr>
        <w:jc w:val="right"/>
      </w:pPr>
      <w:r>
        <w:t>ایسا ہم نہیں بولتے۔ ہم یہ کہتے ہیں کہ سارے ریلیجن جو خدا کی طرف سے آ</w:t>
      </w:r>
    </w:p>
    <w:p>
      <w:r>
        <w:rPr>
          <w:b/>
        </w:rPr>
        <w:t xml:space="preserve">[56:26] </w:t>
      </w:r>
      <w:r>
        <w:t>ye, sab originally ek the, originally ek the. lekin aaj kya hai? aaj islam hi hai jo preserve religion ki hesiyat rakhta hai.</w:t>
      </w:r>
    </w:p>
    <w:p>
      <w:pPr>
        <w:jc w:val="right"/>
      </w:pPr>
      <w:r>
        <w:t>ئے، سب اوریجنلی ایک تھے، اوریجنلی ایک تھے۔ لیکن آج کیا ہے؟ آج اسلامی ہے جو پریزرو ریلیجن کی حیثیت رکھتا ہے۔</w:t>
      </w:r>
    </w:p>
    <w:p>
      <w:r>
        <w:rPr>
          <w:b/>
        </w:rPr>
        <w:t xml:space="preserve">[56:37] </w:t>
      </w:r>
      <w:r>
        <w:t>islam ke jo scriptures the, islam ke jo prophet ki life thi, ek ek cheez aaj preserve hai, us ki language bhi preserve hai.</w:t>
      </w:r>
    </w:p>
    <w:p>
      <w:pPr>
        <w:jc w:val="right"/>
      </w:pPr>
      <w:r>
        <w:t>اسلام کے جو سکرپچرز تھے، اسلام کے جو پرافٹ کی لائف تھی، ایک ایک چیز آج پریزرو ہے، اس کی لینگویج بھی پریزرو ہے۔</w:t>
      </w:r>
    </w:p>
    <w:p>
      <w:r>
        <w:rPr>
          <w:b/>
        </w:rPr>
        <w:t xml:space="preserve">[56:48] </w:t>
      </w:r>
      <w:r>
        <w:t>to is ka matlab kya hua</w:t>
      </w:r>
    </w:p>
    <w:p>
      <w:pPr>
        <w:jc w:val="right"/>
      </w:pPr>
      <w:r>
        <w:t>تو اس کا مطلب کیا ہوا</w:t>
      </w:r>
    </w:p>
    <w:p>
      <w:r>
        <w:rPr>
          <w:b/>
        </w:rPr>
        <w:t xml:space="preserve">[56:50] </w:t>
      </w:r>
      <w:r>
        <w:t>? keh Islam ki koi bhi superiority nahi hai, koi distinction nahi hai doosre mazahib ki tarah. woh bhi ek mazhab hai, lekin historical authenticity Islam ke sath hai,</w:t>
      </w:r>
    </w:p>
    <w:p>
      <w:pPr>
        <w:jc w:val="right"/>
      </w:pPr>
      <w:r>
        <w:t>؟ کہ اسلام کی کوئی بھی سپیریٹی نہیں ہے، کوئی ڈسٹنکشن نہیں ہے دوسرے مذہبوں کی طرح۔ وہ بھی ایک مذہب ہے، لیکن ہسٹوریکل اتھنٹیسٹی اسلام کے ساتھ ہے،</w:t>
      </w:r>
    </w:p>
    <w:p>
      <w:r>
        <w:rPr>
          <w:b/>
        </w:rPr>
        <w:t xml:space="preserve">[57:06] </w:t>
      </w:r>
      <w:r>
        <w:t>doosre mazahib ke sath nahi hai. historical authenticity ya historical credibility sirf Islam ke sath hai.</w:t>
      </w:r>
    </w:p>
    <w:p>
      <w:pPr>
        <w:jc w:val="right"/>
      </w:pPr>
      <w:r>
        <w:t>دوسرے مذہبوں کے ساتھ نہیں ہے۔ ہسٹوریکل اتھنٹیسٹی یا ہسٹوریکل کریڈیبلٹی صرف اسلام کے ساتھ ہے۔</w:t>
      </w:r>
    </w:p>
    <w:p>
      <w:r>
        <w:rPr>
          <w:b/>
        </w:rPr>
        <w:t xml:space="preserve">[57:15] </w:t>
      </w:r>
      <w:r>
        <w:t>to originally har mazhab ek sa tha,</w:t>
      </w:r>
    </w:p>
    <w:p>
      <w:pPr>
        <w:jc w:val="right"/>
      </w:pPr>
      <w:r>
        <w:t>تو اوریجنلی ہر مذہب ایک سا تھا،</w:t>
      </w:r>
    </w:p>
    <w:p>
      <w:r>
        <w:rPr>
          <w:b/>
        </w:rPr>
        <w:t xml:space="preserve">[57:18] </w:t>
      </w:r>
      <w:r>
        <w:t>is mein koi shaq nahi, sab Khuda ki taraf se tha. lekin baad ko bigaad aaya, baad ko is mein insani baatein mil gayeen, Khuda ki baat mein insaan ki baat mil gayi.</w:t>
      </w:r>
    </w:p>
    <w:p>
      <w:pPr>
        <w:jc w:val="right"/>
      </w:pPr>
      <w:r>
        <w:t>اس میں کوئی شک نہیں، سب خدا کی طرف سے تھا۔ لیکن بعد کو بگاڑ آیا، بعد کو اس میں انسانی باتیں مل گئیں، خدا کی بات میں انسان کی بات مل گئی۔</w:t>
      </w:r>
    </w:p>
    <w:p>
      <w:r>
        <w:rPr>
          <w:b/>
        </w:rPr>
        <w:t xml:space="preserve">[57:35] </w:t>
      </w:r>
      <w:r>
        <w:t>is liye aisa hua. jaise keh main ek baat arz karoon, ek choti si, bohat choti si misaal.</w:t>
      </w:r>
    </w:p>
    <w:p>
      <w:pPr>
        <w:jc w:val="right"/>
      </w:pPr>
      <w:r>
        <w:t>اس لیے ایسا ہوا۔ جیسے کہ میں ایک بات عرض کروں، ایک چھوٹی سی، بہت چھوٹی سی مثال۔</w:t>
      </w:r>
    </w:p>
    <w:p>
      <w:r>
        <w:rPr>
          <w:b/>
        </w:rPr>
        <w:t xml:space="preserve">[57:43] </w:t>
      </w:r>
      <w:r>
        <w:t>Quran mein ek ayat hai: "Tanzeel min Rabbil Alameen". "Tanzeel min Rabbil Alameen" yaani reveal from God.</w:t>
      </w:r>
    </w:p>
    <w:p>
      <w:pPr>
        <w:jc w:val="right"/>
      </w:pPr>
      <w:r>
        <w:t>قرآن میں ایک آیت ہے: "تنزیل من رب العالمین"۔ "تنزیل من رب العالمین" یعنی ریویل فرام گاڈ۔</w:t>
      </w:r>
    </w:p>
    <w:p>
      <w:r>
        <w:rPr>
          <w:b/>
        </w:rPr>
        <w:t xml:space="preserve">[57:56] </w:t>
      </w:r>
      <w:r>
        <w:t>yeh jo book hai Quran, yeh Khuda ki taraf se utari gayi hai, Khuda ki taraf se reveal hui hai. ab is par ghaur kijiye, yeh ek chota sentence kisi bhi doosri book mein nahi hai.</w:t>
      </w:r>
    </w:p>
    <w:p>
      <w:pPr>
        <w:jc w:val="right"/>
      </w:pPr>
      <w:r>
        <w:t>یہ جو بک ہے قرآن، یہ خدا کی طرف سے اتاری گئی ہے، خدا کی طرف سے ریویل ہوئی ہے۔ اب اس پر غور کیجئے، یہ ایک چھوٹا سینٹنس کسی بھی دوسری بک میں نہیں ہے۔</w:t>
      </w:r>
    </w:p>
    <w:p>
      <w:r>
        <w:rPr>
          <w:b/>
        </w:rPr>
        <w:t xml:space="preserve">[58:11] </w:t>
      </w:r>
      <w:r>
        <w:t>koi bhi book jis ko sacred maana jaata hai, jis ko yaani ilahi maana jaata hai, koi bhi book is mein yeh sentence hai hi nahi keh "Tanzeel min Rabbil Alameen" keh yeh hai utara hua Khuda ki taraf se.</w:t>
      </w:r>
    </w:p>
    <w:p>
      <w:pPr>
        <w:jc w:val="right"/>
      </w:pPr>
      <w:r>
        <w:t>کوئی بھی بک جس کو سیکرٹ مانا جاتا ہے، جس کو یعنی الہی مانا جاتا ہے، کوئی بھی بک اس میں یہ سینٹنس ہے ہی نہیں کہ "تنزیل من رب العالمین" کہ یہ ہے اتارا ہوا خدا کی طرف سے۔</w:t>
      </w:r>
    </w:p>
    <w:p>
      <w:r>
        <w:rPr>
          <w:b/>
        </w:rPr>
        <w:t xml:space="preserve">[58:27] </w:t>
      </w:r>
      <w:r>
        <w:t>is ka matlab kya hua? keh wahan hamare liye starting point hi maujood nahi hai. jab ek kitaab khud yeh na keh rahi ho keh yeh Khuda ka kalam hai, word of God hai, to aap kaise wahan se shuru karenge?</w:t>
      </w:r>
    </w:p>
    <w:p>
      <w:pPr>
        <w:jc w:val="right"/>
      </w:pPr>
      <w:r>
        <w:t>اس کا مطلب کیا ہوا؟ کہ وہاں ہمارے لیے سٹارٹنگ پوائنٹ ہی موجود نہیں ہے۔ جب ایک کتاب خود یہ نہ کہہ رہی ہو کہ یہ خدا کا کلام ہے، ورڈ آف گاڈ ہے، تو آپ کیسے وہاں سے شروع کریں گے؟</w:t>
      </w:r>
    </w:p>
    <w:p>
      <w:r>
        <w:rPr>
          <w:b/>
        </w:rPr>
        <w:t xml:space="preserve">[58:41] </w:t>
      </w:r>
      <w:r>
        <w:t>to wahan hamein starting point nahi milta. starting point is waqt milega jab keh woh kitaab khud yeh claim kare, yeh bolay keh yeh word of God hai, yeh revelation of God hai, aur kisi bhi book mein yeh maujood hi nahi hai.</w:t>
      </w:r>
    </w:p>
    <w:p>
      <w:pPr>
        <w:jc w:val="right"/>
      </w:pPr>
      <w:r>
        <w:t>تو وہاں ہمیں سٹارٹنگ پوائنٹ نہیں ملتا۔ سٹارٹنگ پوائنٹ اس وقت ملے گا جب کہ وہ کتاب خود یہ کلیم کرے، یہ بولے کہ یہ ورڈ آف گاڈ ہے، یہ ریولیشن آف گاڈ ہے، اور کسی بھی بک میں یہ موجود ہی نہیں ہے۔</w:t>
      </w:r>
    </w:p>
    <w:p>
      <w:r>
        <w:rPr>
          <w:b/>
        </w:rPr>
        <w:t xml:space="preserve">[58:57] </w:t>
      </w:r>
      <w:r>
        <w:t>koi bhi book to Quran mein yeh preserve hai.</w:t>
      </w:r>
    </w:p>
    <w:p>
      <w:pPr>
        <w:jc w:val="right"/>
      </w:pPr>
      <w:r>
        <w:t>کوئی بھی بک تو قرآن میں یہ پریزرو ہے۔</w:t>
      </w:r>
    </w:p>
    <w:p>
      <w:r>
        <w:rPr>
          <w:b/>
        </w:rPr>
        <w:t xml:space="preserve">[59:03] </w:t>
      </w:r>
      <w:r>
        <w:t>Quran ke preserve hone ka yeh ek proof hai keh sirf Qurani mein yeh hai keh "Tanzeel min Rabbil Alameen" yeh utara hua hai Khuda ki taraf se.</w:t>
      </w:r>
    </w:p>
    <w:p>
      <w:pPr>
        <w:jc w:val="right"/>
      </w:pPr>
      <w:r>
        <w:t>قرآن کے پریزرو ہونے کا یہ ایک پروف ہے کہ صرف قرآنی میں یہ ہے کہ "تنزیل من رب العالمین" یہ اتارا ہوا ہے خدا کی طرف سے۔</w:t>
      </w:r>
    </w:p>
    <w:p>
      <w:r>
        <w:rPr>
          <w:b/>
        </w:rPr>
        <w:t xml:space="preserve">[59:14] </w:t>
      </w:r>
      <w:r>
        <w:t>to is ko main kehta hoon keh sirf Qurani ek kitaab hai jo hamein starting point deta hai talash-e-haq ke liye keh hum sachai ki talash mein niklein.</w:t>
      </w:r>
    </w:p>
    <w:p>
      <w:pPr>
        <w:jc w:val="right"/>
      </w:pPr>
      <w:r>
        <w:t>تو اس کو میں کہتا ہوں کہ صرف قرآنی ایک کتاب ہے جو ہمیں سٹارٹنگ پوائنٹ دیتا ہے تلاش حق کے لیے کہ ہم سچائی کی تلاش میں نکلیں۔</w:t>
      </w:r>
    </w:p>
    <w:p>
      <w:r>
        <w:rPr>
          <w:b/>
        </w:rPr>
        <w:t xml:space="preserve">[59:26] </w:t>
      </w:r>
      <w:r>
        <w:t>to sirf Quran mein hum starting point paate hain, aur kahin to ambiguity hai, sab kuch confusion hai, starting point hi nahi hai.</w:t>
      </w:r>
    </w:p>
    <w:p>
      <w:pPr>
        <w:jc w:val="right"/>
      </w:pPr>
      <w:r>
        <w:t>تو صرف قرآن میں ہم سٹارٹنگ پوائنٹ پاتے ہیں، اور کہیں تو امیگوئٹی ہے، سب کچھ کنفیوژن ہے، سٹارٹنگ پوائنٹ ہی نہیں ہے۔</w:t>
      </w:r>
    </w:p>
    <w:p>
      <w:r>
        <w:rPr>
          <w:b/>
        </w:rPr>
        <w:t xml:space="preserve">[59:35] </w:t>
      </w:r>
      <w:r>
        <w:t>wahan par kahan se shuru karenge aap?</w:t>
      </w:r>
    </w:p>
    <w:p>
      <w:pPr>
        <w:jc w:val="right"/>
      </w:pPr>
      <w:r>
        <w:t>وہاں پر کہاں سے شروع کریں گے آپ؟</w:t>
      </w:r>
    </w:p>
    <w:p>
      <w:r>
        <w:rPr>
          <w:b/>
        </w:rPr>
        <w:t xml:space="preserve">[59:40] </w:t>
      </w:r>
      <w:r>
        <w:t>to</w:t>
      </w:r>
    </w:p>
    <w:p>
      <w:pPr>
        <w:jc w:val="right"/>
      </w:pPr>
      <w:r>
        <w:t>تو</w:t>
      </w:r>
    </w:p>
    <w:p>
      <w:r>
        <w:rPr>
          <w:b/>
        </w:rPr>
        <w:t xml:space="preserve">[59:43] </w:t>
      </w:r>
      <w:r>
        <w:t>ab aap lijiye Hazrat Masih ko.</w:t>
      </w:r>
    </w:p>
    <w:p>
      <w:pPr>
        <w:jc w:val="right"/>
      </w:pPr>
      <w:r>
        <w:t>اب آپ لیجئے حضرت مسیح کو۔</w:t>
      </w:r>
    </w:p>
    <w:p>
      <w:r>
        <w:rPr>
          <w:b/>
        </w:rPr>
        <w:t xml:space="preserve">[59:47] </w:t>
      </w:r>
      <w:r>
        <w:t>Hazrat Masih jo hai, chunke jo calendar jo hai, Hazrat Masih ki paidaish pe banaya gaya hai, lekin calendar banane walon ne thori si ghalti ki thi, is liye chaar saal ka farq ho gaya hai.</w:t>
      </w:r>
    </w:p>
    <w:p>
      <w:pPr>
        <w:jc w:val="right"/>
      </w:pPr>
      <w:r>
        <w:t>حضرت مسیح جو ہے، چونکہ جو کیلنڈر جو ہے، حضرت مسیح کی پیدائش پہ بنایا گیا ہے، لیکن کیلنڈر بنانے والوں نے تھوڑی سی غلطی کی تھی، اس لیے چار سال کا فرق ہو گیا ہے۔</w:t>
      </w:r>
    </w:p>
    <w:p>
      <w:r>
        <w:rPr>
          <w:b/>
        </w:rPr>
        <w:t xml:space="preserve">[59:59] </w:t>
      </w:r>
      <w:r>
        <w:t>to Hazrat Masih ki paidaish ko bataya tha keh chaar before, chaar BC, jo yeh calendar hamara hai, Christian calendar, to us ke lehaz se chaar BC mein aap ki paidaish hui.</w:t>
      </w:r>
    </w:p>
    <w:p>
      <w:pPr>
        <w:jc w:val="right"/>
      </w:pPr>
      <w:r>
        <w:t>تو حضرت مسیح کی پیدائش کو بتایا تھا کہ چار بیفور، چار بی سی، جو یہ کیلنڈر ہمارا ہے، کرسچن کیلنڈر، تو اس کے لحاظ سے چار بی سی میں آپ کی پیدائش ہوئی۔</w:t>
      </w:r>
    </w:p>
    <w:p>
      <w:r>
        <w:rPr>
          <w:b/>
        </w:rPr>
        <w:t xml:space="preserve">[1:00:15] </w:t>
      </w:r>
      <w:r>
        <w:t>yeh ajeeb sa lagta hai aap ko, lekin yeh ek ek yeh ek waqia hai, aisa hi hai yeh. to Hazrat Masih jo the, aap jante hain keh duniya mein woh kul taqreeban 33 years tak rahe.</w:t>
      </w:r>
    </w:p>
    <w:p>
      <w:pPr>
        <w:jc w:val="right"/>
      </w:pPr>
      <w:r>
        <w:t>یہ عجیب سا لگتا ہے آپ کو، لیکن یہ ایک ایک یہ ایک واقعہ ہے، ایسا ہی ہے یہ۔ تو حضرت مسیح جو تھے، آپ جانتے ہیں کہ دنیا میں وہ کل تقریباً 33 ایئرز تک رہے۔</w:t>
      </w:r>
    </w:p>
    <w:p>
      <w:r>
        <w:rPr>
          <w:b/>
        </w:rPr>
        <w:t xml:space="preserve">[1:00:28] </w:t>
      </w:r>
      <w:r>
        <w:t>un ka kaam jo Bible se milta hai hamein, woh kul teen saal ka hai. teen saal ka record hamare paas hai, lekin bohat si bohat important baatein milti hain is ke andar.</w:t>
      </w:r>
    </w:p>
    <w:p>
      <w:pPr>
        <w:jc w:val="right"/>
      </w:pPr>
      <w:r>
        <w:t>ان کا کام جو بائبل سے ملتا ہے ہمیں، وہ کل تین سال کا ہے۔ تین سال کا ریکارڈ ہمارے پاس ہے، لیکن بہت سی بہت امپورٹنٹ باتیں ملتی ہیں اس کے اندر۔</w:t>
      </w:r>
    </w:p>
    <w:p>
      <w:r>
        <w:rPr>
          <w:b/>
        </w:rPr>
        <w:t xml:space="preserve">[1:00:41] </w:t>
      </w:r>
      <w:r>
        <w:t>hamein</w:t>
      </w:r>
    </w:p>
    <w:p>
      <w:pPr>
        <w:jc w:val="right"/>
      </w:pPr>
      <w:r>
        <w:t>ہمیں</w:t>
      </w:r>
    </w:p>
    <w:p>
      <w:r>
        <w:rPr>
          <w:b/>
        </w:rPr>
        <w:t xml:space="preserve">[1:00:43] </w:t>
      </w:r>
      <w:r>
        <w:t>bohat important baatein. ek baat jo main is waqt kehna chahta hoon, woh yeh keh Hazrat Masih ka ek qaul jo ghaleban abhi bhi maujood hai, usi tarah se jaisa keh aap ne farmaya hoga,</w:t>
      </w:r>
    </w:p>
    <w:p>
      <w:pPr>
        <w:jc w:val="right"/>
      </w:pPr>
      <w:r>
        <w:t>بہت امپورٹنٹ باتیں۔ ایک بات جو میں اس وقت کہنا چاہتا ہوں، وہ یہ کہ حضرت مسیح کا ایک قول جو غالباً ابھی بھی موجود ہے، اسی طریقے سے جیسا کہ آپ نے فرمایا ہوگا،</w:t>
      </w:r>
    </w:p>
    <w:p>
      <w:r>
        <w:rPr>
          <w:b/>
        </w:rPr>
        <w:t xml:space="preserve">[1:00:57] </w:t>
      </w:r>
      <w:r>
        <w:t>agarche transition is ka hai keh aap ne kaha tha keh "due to Caesar, what is due to Caesar, due to God, what is due to God".</w:t>
      </w:r>
    </w:p>
    <w:p>
      <w:pPr>
        <w:jc w:val="right"/>
      </w:pPr>
      <w:r>
        <w:t>اگرچہ ٹرانسیشن اس کا ہے کہ آپ نے کہا تھا کہ "ڈیو ٹو سیزر، واٹ از ڈیو ٹو سیزر، ڈیو ٹو گاڈ، واٹ از ڈیو ٹو گاڈ"۔</w:t>
      </w:r>
    </w:p>
    <w:p>
      <w:r>
        <w:rPr>
          <w:b/>
        </w:rPr>
        <w:t xml:space="preserve">[1:01:12] </w:t>
      </w:r>
      <w:r>
        <w:t>jo Caesar ka hai, woh Caesar ko do, jo Khuda ka hai, woh Khuda ko do. yeh Hazrat Masih ka ek word hai jo aaj bhi maujood hai New Testament mein.</w:t>
      </w:r>
    </w:p>
    <w:p>
      <w:pPr>
        <w:jc w:val="right"/>
      </w:pPr>
      <w:r>
        <w:t>جو قیصر کا ہے، وہ قیصر کو دو، جو خدا کا ہے، وہ خدا کو دو۔ یہ حضرت مسیح کا ایک ورڈ ہے جو آج بھی موجود ہے نیو ٹیسٹمنٹ میں۔</w:t>
      </w:r>
    </w:p>
    <w:p>
      <w:r>
        <w:rPr>
          <w:b/>
        </w:rPr>
        <w:t xml:space="preserve">[1:01:23] </w:t>
      </w:r>
      <w:r>
        <w:t>kuch log jo hain, is ka ajeeb ghareeb matlab le kar is ka is ko ridicule karte rahe hain, yaani kuch musalman scholar, musalman ke aksar scholar.</w:t>
      </w:r>
    </w:p>
    <w:p>
      <w:pPr>
        <w:jc w:val="right"/>
      </w:pPr>
      <w:r>
        <w:t>کچھ لوگ جو ہیں، اس کا عجیب غریب مطلب لے کر اس کا اس کو ریڈیکول کرتے رہے ہیں، یعنی کچھ مسلمان اسکالر، مسلمان کے اکثر اسکالر۔</w:t>
      </w:r>
    </w:p>
    <w:p>
      <w:r>
        <w:rPr>
          <w:b/>
        </w:rPr>
        <w:t xml:space="preserve">[1:01:35] </w:t>
      </w:r>
      <w:r>
        <w:t>main samajhta hoon ke yeh bohat hi ghalat baat hai.</w:t>
      </w:r>
    </w:p>
    <w:p>
      <w:pPr>
        <w:jc w:val="right"/>
      </w:pPr>
      <w:r>
        <w:t>میں سمجھتا ہوں کہ یہ بہت ہی غلط بات ہے۔</w:t>
      </w:r>
    </w:p>
    <w:p>
      <w:r>
        <w:rPr>
          <w:b/>
        </w:rPr>
        <w:t xml:space="preserve">[1:01:38] </w:t>
      </w:r>
      <w:r>
        <w:t>yeh bohat hi sahih yeh teaching hai, aur yeh khudai teaching hai yeh, aur yeh khud rasool Allah ke haan maujood hai. Yeh teaching is mein aik bohat bari wisdom hai:</w:t>
      </w:r>
    </w:p>
    <w:p>
      <w:pPr>
        <w:jc w:val="right"/>
      </w:pPr>
      <w:r>
        <w:t>یہ بہت ہی صحیح یہ ٹیچنگ ہے، اور یہ خدائی ٹیچنگ ہے یہ، اور یہ خود رسول اللہ کے ہاں موجود ہے۔ یہ ٹیچنگ اس میں ایک بہت بڑی وزڈم ہے:</w:t>
      </w:r>
    </w:p>
    <w:p>
      <w:r>
        <w:rPr>
          <w:b/>
        </w:rPr>
        <w:t xml:space="preserve">[1:01:53] </w:t>
      </w:r>
      <w:r>
        <w:t>"due to caesar, what is due to caesar, due to god, what is due to god". Yeh kya matlab hai is ka?</w:t>
      </w:r>
    </w:p>
    <w:p>
      <w:pPr>
        <w:jc w:val="right"/>
      </w:pPr>
      <w:r>
        <w:t>"ڈیو ٹو سیزر، واٹ از ڈیو ٹو سیزر، ڈیو ٹو گاڈ، واٹ از ڈیو ٹو گاڈ"۔ یہ کیا مطلب ہے اس کا؟</w:t>
      </w:r>
    </w:p>
    <w:p>
      <w:r>
        <w:rPr>
          <w:b/>
        </w:rPr>
        <w:t xml:space="preserve">[1:02:03] </w:t>
      </w:r>
      <w:r>
        <w:t>is ka matlab yeh hai:</w:t>
      </w:r>
    </w:p>
    <w:p>
      <w:pPr>
        <w:jc w:val="right"/>
      </w:pPr>
      <w:r>
        <w:t>اس کا مطلب یہ ہے:</w:t>
      </w:r>
    </w:p>
    <w:p>
      <w:r>
        <w:rPr>
          <w:b/>
        </w:rPr>
        <w:t xml:space="preserve">[1:02:07] </w:t>
      </w:r>
      <w:r>
        <w:t>acha, yahi baat hadith mein is tareeqay se hai ke "ado ilayhim haqqahum, wasal Allah haqqakum", yaani qaisar ko is ka haq do ke woh mangta hai, tax lagata hai to tax do,</w:t>
      </w:r>
    </w:p>
    <w:p>
      <w:pPr>
        <w:jc w:val="right"/>
      </w:pPr>
      <w:r>
        <w:t>اچھا، یہی بات حدیث میں اس طریقے سے ہے کہ "ادو الیہم حقہم، وصل اللہ حقکم"، یعنی قیصر کو اس کا حق دو کہ وہ مانگتا ہے، ٹیکس لگاتا ہے تو ٹیکس دو،</w:t>
      </w:r>
    </w:p>
    <w:p>
      <w:r>
        <w:rPr>
          <w:b/>
        </w:rPr>
        <w:t xml:space="preserve">[1:02:22] </w:t>
      </w:r>
      <w:r>
        <w:t>aur jo tumhara haq hai, woh Allah se mango. Apne right ko Allah se mango, aur qaisar ki demand ko jo karta hai, woh is ko poori karte raho.</w:t>
      </w:r>
    </w:p>
    <w:p>
      <w:pPr>
        <w:jc w:val="right"/>
      </w:pPr>
      <w:r>
        <w:t>اور جو تمہارا حق ہے، وہ خدا سے مانگو۔ اپنے رائٹ کو خدا سے مانگو، اور قیصر کی ڈیمانڈ کو جو کرتا ہے، وہ اس کو پوری کرتے رہو۔</w:t>
      </w:r>
    </w:p>
    <w:p>
      <w:r>
        <w:rPr>
          <w:b/>
        </w:rPr>
        <w:t xml:space="preserve">[1:02:32] </w:t>
      </w:r>
      <w:r>
        <w:t>is ka matlab kya hua? Ke non confrontational policy. Takrao kis se hota hai?</w:t>
      </w:r>
    </w:p>
    <w:p>
      <w:pPr>
        <w:jc w:val="right"/>
      </w:pPr>
      <w:r>
        <w:t>اس کا مطلب کیا ہوا؟ کہ نان کنفرنٹیشنل پالیسی۔ ٹکراؤ کس سے ہوتا ہے؟</w:t>
      </w:r>
    </w:p>
    <w:p>
      <w:r>
        <w:rPr>
          <w:b/>
        </w:rPr>
        <w:t xml:space="preserve">[1:02:41] </w:t>
      </w:r>
      <w:r>
        <w:t>zahair hai ke regime se hota hai, administration se hota hai, king se hota hai, ruler se hota hai. Har jagah aap jante hain, ruler se takrao jari hai.</w:t>
      </w:r>
    </w:p>
    <w:p>
      <w:pPr>
        <w:jc w:val="right"/>
      </w:pPr>
      <w:r>
        <w:t>ظاہر ہے کہ ریجیم سے ہوتا ہے، ایڈمنسٹریشن سے ہوتا ہے، کنگ سے ہوتا ہے، رولر سے ہوتا ہے۔ ہر جگہ آپ جانتے ہیں، رولر سے ٹکراؤ جاری ہے۔</w:t>
      </w:r>
    </w:p>
    <w:p>
      <w:r>
        <w:rPr>
          <w:b/>
        </w:rPr>
        <w:t xml:space="preserve">[1:02:53] </w:t>
      </w:r>
      <w:r>
        <w:t>to yeh jo hai, yeh ain islami taleem hai. Yeh Hazrat Masih ki khudai taleem hai yeh ke kisi bhi society mein tum ko non confrontational approach ikhtiyar karna chahiye.</w:t>
      </w:r>
    </w:p>
    <w:p>
      <w:pPr>
        <w:jc w:val="right"/>
      </w:pPr>
      <w:r>
        <w:t>تو یہ جو ہے، یہ عین اسلامی تعلیم ہے۔ یہ حضرت مسیح کی خدائی تعلیم ہے یہ کہ کسی بھی سوسائٹی میں تم کو نان کنفرنٹیشنل اپروچ اختیار کرنا چاہیے۔</w:t>
      </w:r>
    </w:p>
    <w:p>
      <w:r>
        <w:rPr>
          <w:b/>
        </w:rPr>
        <w:t xml:space="preserve">[1:03:10] </w:t>
      </w:r>
      <w:r>
        <w:t>isi baat ko quran mein is tareeqay se kaha gaya hai: "asl al-khair, reconciliation is the best".</w:t>
      </w:r>
    </w:p>
    <w:p>
      <w:pPr>
        <w:jc w:val="right"/>
      </w:pPr>
      <w:r>
        <w:t>اسی بات کو قرآن میں اس طریقے سے کہا گیا ہے: "اصل الخیر، ریکانسلیشن از دا بیسٹ"۔</w:t>
      </w:r>
    </w:p>
    <w:p>
      <w:r>
        <w:rPr>
          <w:b/>
        </w:rPr>
        <w:t xml:space="preserve">[1:03:17] </w:t>
      </w:r>
      <w:r>
        <w:t>main samajhta hoon ke yeh ab yeh bohat hi bari teaching thi jis ko ke poori tareekh mein ignore kiya gaya, khud musalmanon mein ignore kiya gaya hai. Is ko poori poori history mein is ko ignore kiya gaya hai, poori poori history chali hai confrontation par.</w:t>
      </w:r>
    </w:p>
    <w:p>
      <w:pPr>
        <w:jc w:val="right"/>
      </w:pPr>
      <w:r>
        <w:t>میں سمجھتا ہوں کہ یہ اب یہ بہت ہی بڑی ٹیچنگ تھی جس کو کہ پوری تاریخ میں اگنور کیا گیا، خود مسلمانوں میں اگنور کیا گیا ہے۔ اس کو پوری پوری ہسٹری میں اس کو اگنور کیا گیا ہے، پوری پوری ہسٹری چلی ہے کنفرنٹیشن پر۔</w:t>
      </w:r>
    </w:p>
    <w:p>
      <w:r>
        <w:rPr>
          <w:b/>
        </w:rPr>
        <w:t xml:space="preserve">[1:03:34] </w:t>
      </w:r>
      <w:r>
        <w:t>to Hazrat Masih yeh keh rahe hain ke tum kisi bhi samaj mein ho, kisi bhi ruler ke matahat ho, to tum ko kya karna chahiye?</w:t>
      </w:r>
    </w:p>
    <w:p>
      <w:pPr>
        <w:jc w:val="right"/>
      </w:pPr>
      <w:r>
        <w:t>تو حضرت مسیح یہ کہہ رہے ہیں کہ تم کسی بھی سماج میں ہو، کسی بھی رولر کے ماتحت ہو، تو تم کو کیا کرنا چاہیے؟</w:t>
      </w:r>
    </w:p>
    <w:p>
      <w:r>
        <w:rPr>
          <w:b/>
        </w:rPr>
        <w:t xml:space="preserve">[1:03:45] </w:t>
      </w:r>
      <w:r>
        <w:t>ruler se confrontation na karte hue jo mawaqe hain, us ko istemal karo. Main aap ko aik dilchasp misaal arz karoon ke main Jerusalem gaya do baar, to aap ko yeh sun kar taajjub hoga ke hamare ulama ne fatwa de de rakha hai ke wahan jana haram hai.</w:t>
      </w:r>
    </w:p>
    <w:p>
      <w:pPr>
        <w:jc w:val="right"/>
      </w:pPr>
      <w:r>
        <w:t>رولر سے کنفرنٹیشن نہ کرتے ہوئے جو مواقع ہیں، اس کو استعمال کرو۔ میں آپ کو ایک دلچسپ مثال عرض کروں کہ میں یروشلم گیا دو بار، تو آپ کو یہ سن کر تعجب ہوگا کہ ہمارے علماء نے فتویٰ دے دے رکھا ہے کہ وہاں جانا حرام ہے۔</w:t>
      </w:r>
    </w:p>
    <w:p>
      <w:r>
        <w:rPr>
          <w:b/>
        </w:rPr>
        <w:t xml:space="preserve">[1:04:06] </w:t>
      </w:r>
      <w:r>
        <w:t>aik Masjid al-Aqsa mein namaz nahi parh sakte. Aap kitna absurd hai yeh fatwa! Yeh fatwa absurd hai.</w:t>
      </w:r>
    </w:p>
    <w:p>
      <w:pPr>
        <w:jc w:val="right"/>
      </w:pPr>
      <w:r>
        <w:t>ایک مسجد اقصیٰ میں نماز نہیں پڑھ سکتے۔ آپ کتنا ایبسرڈ ہے یہ فتویٰ! یہ فتویٰ ایبسرڈ ہے۔</w:t>
      </w:r>
    </w:p>
    <w:p>
      <w:r>
        <w:rPr>
          <w:b/>
        </w:rPr>
        <w:t xml:space="preserve">[1:04:13] </w:t>
      </w:r>
      <w:r>
        <w:t>to main jab gaya wahan par to wahan sooni tha, yaani Masjid al-Aqsa jo hai, jis ke liye masajid mein us waqt lad rahe hain, wahan sooni padi hui hai. Yeh bohat ajeeb baat hai yeh.</w:t>
      </w:r>
    </w:p>
    <w:p>
      <w:pPr>
        <w:jc w:val="right"/>
      </w:pPr>
      <w:r>
        <w:t>تو میں جب گیا وہاں پر تو وہاں سونا تھا، یعنی مسجد اقصیٰ جو ہے، جس کے لیے مساجد میں اس وقت لڑ رہے ہیں، وہاں سونی پڑی ہوئی ہے۔ یہ بہت عجیب بات ہے یہ۔</w:t>
      </w:r>
    </w:p>
    <w:p>
      <w:r>
        <w:rPr>
          <w:b/>
        </w:rPr>
        <w:t xml:space="preserve">[1:04:25] </w:t>
      </w:r>
      <w:r>
        <w:t>donon baar main ne paya hai ke woh sooni rehti hai. Kyun? Wahan jana haram hai. To Morocco ke aik sahab aaye hue the, aik professor bechare.</w:t>
      </w:r>
    </w:p>
    <w:p>
      <w:pPr>
        <w:jc w:val="right"/>
      </w:pPr>
      <w:r>
        <w:t>دونوں بار میں نے پایا ہے کہ وہ سونی رہتی ہے۔ کیوں؟ وہاں جانا حرام ہے۔ تو مراکو کے ایک صاحب آئے ہوئے تھے، ایک پروفیسر بیچارے۔</w:t>
      </w:r>
    </w:p>
    <w:p>
      <w:r>
        <w:rPr>
          <w:b/>
        </w:rPr>
        <w:t xml:space="preserve">[1:04:35] </w:t>
      </w:r>
      <w:r>
        <w:t>main ne dekha ke bohat dare saame the woh. Main ne poocha to unhon ne kaha ke bhai yeh to ulama ka fatwa hai ke yahan aana haram hai. Main aa</w:t>
      </w:r>
    </w:p>
    <w:p>
      <w:pPr>
        <w:jc w:val="right"/>
      </w:pPr>
      <w:r>
        <w:t>میں نے دیکھا کہ بہت ڈرے سامے تھے وہ۔ میں نے پوچھا تو انہوں نے کہا کہ بھئی یہ تو علماء کا فتویٰ ہے کہ یہاں آنا حرام ہے۔ میں آ</w:t>
      </w:r>
    </w:p>
    <w:p>
      <w:r>
        <w:rPr>
          <w:b/>
        </w:rPr>
        <w:t xml:space="preserve">[1:04:42] </w:t>
      </w:r>
      <w:r>
        <w:t>gaya hoon, ab main ne aik aik ghalat kaam kiya hai. To main ne un se aik baat batai aur bohat khush hue woh.</w:t>
      </w:r>
    </w:p>
    <w:p>
      <w:pPr>
        <w:jc w:val="right"/>
      </w:pPr>
      <w:r>
        <w:t>گیا ہوں، اب میں نے ایک ایک غلط کام کیا ہے۔ تو میں نے ان سے ایک بات بتائی اور بہت خوش ہوئے وہ۔</w:t>
      </w:r>
    </w:p>
    <w:p>
      <w:r>
        <w:rPr>
          <w:b/>
        </w:rPr>
        <w:t xml:space="preserve">[1:04:51] </w:t>
      </w:r>
      <w:r>
        <w:t>main ne kaha ke dekhiye, hamara aap ka yeh aqeedah hai ke Rasool Allah Miraj ke safar mein Makka se aaye the, yahan par Jerusalem.</w:t>
      </w:r>
    </w:p>
    <w:p>
      <w:pPr>
        <w:jc w:val="right"/>
      </w:pPr>
      <w:r>
        <w:t>میں نے کہا کہ دیکھیے، ہمارا آپ کا یہ عقیدہ ہے کہ رسول اللہ معراج کے سفر میں مکہ سے آئے تھے، یہاں پر یروشلم۔</w:t>
      </w:r>
    </w:p>
    <w:p>
      <w:r>
        <w:rPr>
          <w:b/>
        </w:rPr>
        <w:t xml:space="preserve">[1:05:04] </w:t>
      </w:r>
      <w:r>
        <w:t>subhan alladhi asra bi abdhi lailam mujaddid haram al-masjid al-aqsa</w:t>
      </w:r>
    </w:p>
    <w:p>
      <w:pPr>
        <w:jc w:val="right"/>
      </w:pPr>
      <w:r>
        <w:t>سبحان الذی اسراء بعبدی لعلم مجدد حرام المسجد الاقصی</w:t>
      </w:r>
    </w:p>
    <w:p>
      <w:r>
        <w:rPr>
          <w:b/>
        </w:rPr>
        <w:t xml:space="preserve">[1:05:10] </w:t>
      </w:r>
      <w:r>
        <w:t>ke Rasool Allah ne safar kiya tha hamare aqeeday ke mutabiq Makka se Jerusalem ka. To main ne poocha ke is is waqt yahan rule kaun kar raha tha?</w:t>
      </w:r>
    </w:p>
    <w:p>
      <w:pPr>
        <w:jc w:val="right"/>
      </w:pPr>
      <w:r>
        <w:t>کہ رسول اللہ نے سفر کیا تھا ہمارے عقیدے کے مطابق مکہ سے یروشلم کا۔ تو میں نے پوچھا کہ اس اس وقت یہاں رول کون کر رہا تھا؟</w:t>
      </w:r>
    </w:p>
    <w:p>
      <w:r>
        <w:rPr>
          <w:b/>
        </w:rPr>
        <w:t xml:space="preserve">[1:05:20] </w:t>
      </w:r>
      <w:r>
        <w:t>kya musalman yahan ke ruler the? Is waqt Roman rule tha wahan par. Yeh tha yeh baat hai san 600 20 ke lag bhag ki</w:t>
      </w:r>
    </w:p>
    <w:p>
      <w:pPr>
        <w:jc w:val="right"/>
      </w:pPr>
      <w:r>
        <w:t>کیا مسلمان یہاں کے رولر تھے؟ اس وقت رومن رول تھا وہاں پر۔ یہ تھا یہ بات ہے سن 600 20 کے لگ بھگ کی</w:t>
      </w:r>
    </w:p>
    <w:p>
      <w:r>
        <w:rPr>
          <w:b/>
        </w:rPr>
        <w:t xml:space="preserve">[1:05:36] </w:t>
      </w:r>
      <w:r>
        <w:t>jab Miraj hui hai. To us waqt Roman ruler rule wahan par tha jab Rasool Allah wahan gaye hain aur namaz parhi hai Masjid al-Aqsa mein.</w:t>
      </w:r>
    </w:p>
    <w:p>
      <w:pPr>
        <w:jc w:val="right"/>
      </w:pPr>
      <w:r>
        <w:t>جب معراج ہوئی ہے۔ تو اس وقت رومن رولر رول وہاں پر تھا جب رسول اللہ وہاں گئے ہیں اور نماز پڑھی ہے مسجد اقصیٰ میں۔</w:t>
      </w:r>
    </w:p>
    <w:p>
      <w:r>
        <w:rPr>
          <w:b/>
        </w:rPr>
        <w:t xml:space="preserve">[1:05:46] </w:t>
      </w:r>
      <w:r>
        <w:t>jaisa ke hadith mein aata hai ke aap ne wahan par namaz ada ki aur saare anbiya aaye, sab ne namaz ada ki.</w:t>
      </w:r>
    </w:p>
    <w:p>
      <w:pPr>
        <w:jc w:val="right"/>
      </w:pPr>
      <w:r>
        <w:t>جیسا کہ حدیث میں آتا ہے کہ آپ نے وہاں پر نماز ادا کی اور سارے انبیاء آئے، سب نے نماز ادا کی۔</w:t>
      </w:r>
    </w:p>
    <w:p>
      <w:r>
        <w:rPr>
          <w:b/>
        </w:rPr>
        <w:t xml:space="preserve">[1:05:53] </w:t>
      </w:r>
      <w:r>
        <w:t>to mein ne kaha ke jab rasool Allah ke liye jaiz tha ke us waqt jab ke yahan Roman hukoomat ho, kyunke un ka fatwa yeh hai ke yaani kufar ki hukoomat.</w:t>
      </w:r>
    </w:p>
    <w:p>
      <w:pPr>
        <w:jc w:val="right"/>
      </w:pPr>
      <w:r>
        <w:t>تو میں نے کہا کہ جب رسول اللہ کے لیے جائز تھا کہ اس وقت جب کہ یہاں رومن حکومت ہو، کیونکہ ان کا فتویٰ یہ ہے کہ یعنی کفار کی حکومت۔</w:t>
      </w:r>
    </w:p>
    <w:p>
      <w:r>
        <w:rPr>
          <w:b/>
        </w:rPr>
        <w:t xml:space="preserve">[1:06:08] </w:t>
      </w:r>
      <w:r>
        <w:t>jab mein to kufar ka lafz nahi bolta, mein to ghalat samajhta hoon un logon ki boli hai. Mein is ko bilkul gunah samajhta hoon is boli ko. Mere nazdeek sab insaan hain, koi kafir nahi hai.</w:t>
      </w:r>
    </w:p>
    <w:p>
      <w:pPr>
        <w:jc w:val="right"/>
      </w:pPr>
      <w:r>
        <w:t>جب میں تو کفار کا لفظ نہیں بولتا، میں تو غلط سمجھتا ہوں ان لوگوں کی بولی ہے۔ میں اس کو بالکل گناہ سمجھتا ہوں اس بولی کو۔ میرے نزدیک سب انسان ہیں، کوئی کافر نہیں ہے۔</w:t>
      </w:r>
    </w:p>
    <w:p>
      <w:r>
        <w:rPr>
          <w:b/>
        </w:rPr>
        <w:t xml:space="preserve">[1:06:19] </w:t>
      </w:r>
      <w:r>
        <w:t>sab bilkul jhootay, sab jhootay fatway hain jo un ko kafir bata kar ke unhein fatway detay hain. Log har ek insaan hai.</w:t>
      </w:r>
    </w:p>
    <w:p>
      <w:pPr>
        <w:jc w:val="right"/>
      </w:pPr>
      <w:r>
        <w:t>سب بالکل جھوٹے، سب جھوٹے فتوے ہیں جو ان کو کافر بتا کر کے انہیں فتوے دیتے ہیں۔ لوگ ہر ایک انسان ہے۔</w:t>
      </w:r>
    </w:p>
    <w:p>
      <w:r>
        <w:rPr>
          <w:b/>
        </w:rPr>
        <w:t xml:space="preserve">[1:06:27] </w:t>
      </w:r>
      <w:r>
        <w:t>yeh duniya mein jo batwara hai, woh Muslim ka aur kafir ka nahi hai. Muslim samait sab insaan hain, sab insaan hain, sab insaan hain.</w:t>
      </w:r>
    </w:p>
    <w:p>
      <w:pPr>
        <w:jc w:val="right"/>
      </w:pPr>
      <w:r>
        <w:t>یہ دنیا میں جو بٹوارہ ہے، وہ مسلم کا اور کافر کا نہیں ہے۔ مسلم سمیت سب انسان ہیں، سب انسان ہیں، سب انسان ہیں۔</w:t>
      </w:r>
    </w:p>
    <w:p>
      <w:r>
        <w:rPr>
          <w:b/>
        </w:rPr>
        <w:t xml:space="preserve">[1:06:39] </w:t>
      </w:r>
      <w:r>
        <w:t>to beharhaal mein ne kaha ke wahan par rasool Allah aaye. Aap kehte hain ke jab non-Muslim rule hotay hain aur namaz parhna najaaiz hai to us waqt to non-Muslim rule tha, yahan par Romans ka rule tha</w:t>
      </w:r>
    </w:p>
    <w:p>
      <w:pPr>
        <w:jc w:val="right"/>
      </w:pPr>
      <w:r>
        <w:t>تو بہرحال میں نے کہا کہ وہاں پر رسول اللہ آئے۔ آپ کہتے ہیں کہ جب نان مسلم رول ہوتے ہیں اور نماز پڑھنا ناجائز ہے تو اس وقت تو نان مسلم رول تھا، یہاں پر رومنز کا رول تھا</w:t>
      </w:r>
    </w:p>
    <w:p>
      <w:r>
        <w:rPr>
          <w:b/>
        </w:rPr>
        <w:t xml:space="preserve">[1:06:52] </w:t>
      </w:r>
      <w:r>
        <w:t>620 yaani is mein AD mein. To jab rasool Allah ka yahan aana is zamanay mein jab ke hum Muslim rule na hon aur yahan namaz parhna jaiz hai to hamare liye kyun jaiz nahi hoga?</w:t>
      </w:r>
    </w:p>
    <w:p>
      <w:pPr>
        <w:jc w:val="right"/>
      </w:pPr>
      <w:r>
        <w:t>620 یعنی اس میں اے اے ڈی میں۔ تو جب رسول اللہ کا یہاں آنا اس زمانے میں جب کہ ہم مسلم رول نہ ہوں اور یہاں نماز پڑھنا جائز ہے تو ہمارے لیے کیوں جائز نہیں ہوگا؟</w:t>
      </w:r>
    </w:p>
    <w:p>
      <w:r>
        <w:rPr>
          <w:b/>
        </w:rPr>
        <w:t xml:space="preserve">[1:07:10] </w:t>
      </w:r>
      <w:r>
        <w:t>hamare liye bhi jaiz hoga. Jab mein ne yeh bataya to bohat khush hue, bohat khush hue, bohat khush hue. Phir hum log do teen din saath rahe, wahan mein ne namaz parhi, unhon ne bhi namaz parhi.</w:t>
      </w:r>
    </w:p>
    <w:p>
      <w:pPr>
        <w:jc w:val="right"/>
      </w:pPr>
      <w:r>
        <w:t>ہمارے لیے بھی جائز ہوگا۔ جب میں نے یہ بتایا تو بہت خوش ہوئے، بہت خوش ہوئے، بہت خوش ہوئے۔ پھر ہم لوگ دو تین دن ساتھ رہے، وہاں میں نے نماز پڑھی، انہوں نے بھی نماز پڑھی۔</w:t>
      </w:r>
    </w:p>
    <w:p>
      <w:r>
        <w:rPr>
          <w:b/>
        </w:rPr>
        <w:t xml:space="preserve">[1:07:21] </w:t>
      </w:r>
      <w:r>
        <w:t>to dekhen, yeh yeh jo chala hua nazariya chala hua hai takrao ka, yeh Islam ke khilaaf hai, Masih taaleem ke khilaaf hai.</w:t>
      </w:r>
    </w:p>
    <w:p>
      <w:pPr>
        <w:jc w:val="right"/>
      </w:pPr>
      <w:r>
        <w:t>تو دیکھیں، یہ یہ جو چلا ہوا نظریہ چلا ہوا ہے ٹکراؤ کا، یہ اسلام کے خلاف ہے، مسیح تعلیم کے خلاف ہے۔</w:t>
      </w:r>
    </w:p>
    <w:p>
      <w:r>
        <w:rPr>
          <w:b/>
        </w:rPr>
        <w:t xml:space="preserve">[1:07:33] </w:t>
      </w:r>
      <w:r>
        <w:t>lekin bad qismati se poori history isi pe chal rahi hai. Takrao, takrao, takrao.</w:t>
      </w:r>
    </w:p>
    <w:p>
      <w:pPr>
        <w:jc w:val="right"/>
      </w:pPr>
      <w:r>
        <w:t>لیکن بدقسمتی سے پوری ہسٹری اسی پہ چل رہی ہے۔ ٹکراؤ، ٹکراؤ، ٹکراؤ۔</w:t>
      </w:r>
    </w:p>
    <w:p>
      <w:r>
        <w:rPr>
          <w:b/>
        </w:rPr>
        <w:t xml:space="preserve">[1:07:39] </w:t>
      </w:r>
      <w:r>
        <w:t>best policy yahi hai ke aap ruler se takrao na karen aur ruler se takrao kiye baghair aap non-confrontational approach ikhtiyar karen.</w:t>
      </w:r>
    </w:p>
    <w:p>
      <w:pPr>
        <w:jc w:val="right"/>
      </w:pPr>
      <w:r>
        <w:t>بیسٹ پالیسی یہی ہے کہ آپ رولر سے ٹکراؤ نہ کریں اور رولر سے ٹکراؤ کیے بغیر آپ نان کنفرنٹیشنل اپروچ اختیار کریں۔</w:t>
      </w:r>
    </w:p>
    <w:p>
      <w:r>
        <w:rPr>
          <w:b/>
        </w:rPr>
        <w:t xml:space="preserve">[1:07:54] </w:t>
      </w:r>
      <w:r>
        <w:t>aur non-confrontational approach ikhtiyar kar ke jo aap ko opportunities mil rahi hain, us ko avail karen.</w:t>
      </w:r>
    </w:p>
    <w:p>
      <w:pPr>
        <w:jc w:val="right"/>
      </w:pPr>
      <w:r>
        <w:t>اور نان کنفرنٹیشنل اپروچ اختیار کر کے جو آپ کو اپرچونیٹیز مل رہی ہیں، اس کو اویل کریں۔</w:t>
      </w:r>
    </w:p>
    <w:p>
      <w:r>
        <w:rPr>
          <w:b/>
        </w:rPr>
        <w:t xml:space="preserve">[1:08:04] </w:t>
      </w:r>
      <w:r>
        <w:t>yeh hai Hazrat Masih ka history mein ek stamp unhon ne lagaya aur is stamp ka sab se ubhra hua naqsh yeh tha.</w:t>
      </w:r>
    </w:p>
    <w:p>
      <w:pPr>
        <w:jc w:val="right"/>
      </w:pPr>
      <w:r>
        <w:t>یہ ہے حضرت مسیح کا ہسٹری میں ایک اسٹیمپ انہوں نے لگایا اور اس اسٹیمپ کا سب سے ابھرا ہوا نقش یہ تھا۔</w:t>
      </w:r>
    </w:p>
    <w:p>
      <w:r>
        <w:rPr>
          <w:b/>
        </w:rPr>
        <w:t xml:space="preserve">[1:08:18] </w:t>
      </w:r>
      <w:r>
        <w:t>to Hazrat Masih ki zindagi ke baray mein bhi kai misaalain milti hain. Us waqt mein ne jo select kiya hai, woh is baat ko jo unhon ne kaha tha ke jo Caesar ka hai, woh Caesar ko do, jo Khuda ka hai, Khuda ka do.</w:t>
      </w:r>
    </w:p>
    <w:p>
      <w:pPr>
        <w:jc w:val="right"/>
      </w:pPr>
      <w:r>
        <w:t>تو حضرت مسیح کی زندگی کے بارے میں بھی کئی مثالیں ملتی ہیں۔ اس وقت میں نے جو سلیکٹ کیا ہے، وہ اس بات کو جو انہوں نے کہا تھا کہ جو قیصر کا ہے، وہ قیصر کو دو، جو خدا کا ہے، خدا کا دو۔</w:t>
      </w:r>
    </w:p>
    <w:p>
      <w:r>
        <w:rPr>
          <w:b/>
        </w:rPr>
        <w:t xml:space="preserve">[1:08:29] </w:t>
      </w:r>
      <w:r>
        <w:t>yaani "due to Caesar, what is due to Se</w:t>
      </w:r>
    </w:p>
    <w:p>
      <w:pPr>
        <w:jc w:val="right"/>
      </w:pPr>
      <w:r>
        <w:t>یعنی "ڈیو ٹو سیزر، واٹ از ڈیو ٹو سی</w:t>
      </w:r>
    </w:p>
    <w:p>
      <w:r>
        <w:rPr>
          <w:b/>
        </w:rPr>
        <w:t xml:space="preserve">[1:08:33] </w:t>
      </w:r>
      <w:r>
        <w:t>zar, due to God, what is due to God". Best policy yeh hai hamesha ke liye. Yeh policy hamesha ke liye hai ke yeh buzdi ki policy nahi hai, yeh wisdom hai.</w:t>
      </w:r>
    </w:p>
    <w:p>
      <w:pPr>
        <w:jc w:val="right"/>
      </w:pPr>
      <w:r>
        <w:t>زر، ڈیو ٹو گاڈ، واٹ از ڈیو ٹو گاڈ"۔ بیسٹ پالیسی یہ ہے ہمیشہ کے لیے۔ یہ پالیسی ہمیشہ کے لیے ہے کہ یہ بزدلی کی پالیسی نہیں ہے، یہ وزڈم ہے۔</w:t>
      </w:r>
    </w:p>
    <w:p>
      <w:r>
        <w:rPr>
          <w:b/>
        </w:rPr>
        <w:t xml:space="preserve">[1:08:45] </w:t>
      </w:r>
      <w:r>
        <w:t>yeh wisdom ka kai log aisa samajhte hain ke yeh buzdi ki policy hai. Mein is ko bilkul jhoot samajhta hoon. Yeh buzdi nahi hai, yeh bahaduri hai, ain bahaduri hai.</w:t>
      </w:r>
    </w:p>
    <w:p>
      <w:pPr>
        <w:jc w:val="right"/>
      </w:pPr>
      <w:r>
        <w:t>یہ وزڈم کا کئی لوگ ایسا سمجھتے ہیں کہ یہ بزدلی کی پالیسی ہے۔ میں اس کو بالکل جھوٹ سمجھتا ہوں۔ یہ بزدلی نہیں ہے، یہ بہادری ہے، عین بہادری ہے۔</w:t>
      </w:r>
    </w:p>
    <w:p>
      <w:r>
        <w:rPr>
          <w:b/>
        </w:rPr>
        <w:t xml:space="preserve">[1:08:54] </w:t>
      </w:r>
      <w:r>
        <w:t>yeh kyunke yeh wisdom ki baat hai, yeh wisdom ki baat hai. Wisdomi ka naam bahaduri hota hai.</w:t>
      </w:r>
    </w:p>
    <w:p>
      <w:pPr>
        <w:jc w:val="right"/>
      </w:pPr>
      <w:r>
        <w:t>یہ کیونکہ یہ وزڈم کی بات ہے، یہ وزڈم کی بات ہے۔ وزڈمی کا نام بہادری ہوتا ہے۔</w:t>
      </w:r>
    </w:p>
    <w:p>
      <w:r>
        <w:rPr>
          <w:b/>
        </w:rPr>
        <w:t xml:space="preserve">[1:09:03] </w:t>
      </w:r>
      <w:r>
        <w:t>idhar udhar jo laren, is ka thori bahaduri hota hai. To Hazrat Masih ki yeh taaleem jo hai, ek wise taaleem hai. Yeh wisdom ki baat hai aur yeh success ki baat hai.</w:t>
      </w:r>
    </w:p>
    <w:p>
      <w:pPr>
        <w:jc w:val="right"/>
      </w:pPr>
      <w:r>
        <w:t>ادھر ادھر جو لڑیں، اس کا تھوڑی بہادری ہوتا ہے۔ تو حضرت مسیح کی یہ تعلیم جو ہے، ایک وائز تعلیم ہے۔ یہ وزڈم کی بات ہے اور یہ سکسیس کی بات ہے۔</w:t>
      </w:r>
    </w:p>
    <w:p>
      <w:r>
        <w:rPr>
          <w:b/>
        </w:rPr>
        <w:t xml:space="preserve">[1:09:14] </w:t>
      </w:r>
      <w:r>
        <w:t>jab bhi kisi bhi zamanay mein Hazrat Masih ke is usool ko pakra jaye ga aur confrontation na karte hue, yaani ruler se confrontation na karte hue apni policy chalai jaye gi, to kamyabi yaqeeni hogi,</w:t>
      </w:r>
    </w:p>
    <w:p>
      <w:pPr>
        <w:jc w:val="right"/>
      </w:pPr>
      <w:r>
        <w:t>جب بھی کسی بھی زمانے میں حضرت مسیح کے اس اصول کو پکڑا جائے گا اور کنفرنٹیشن نہ کرتے ہوئے، یعنی رولر سے کنفرنٹیشن نہ کرتے ہوئے اپنی پالیسی چلائی جائے گی، تو کامیابی یقینی ہوگی،</w:t>
      </w:r>
    </w:p>
    <w:p>
      <w:r>
        <w:rPr>
          <w:b/>
        </w:rPr>
        <w:t xml:space="preserve">[1:09:31] </w:t>
      </w:r>
      <w:r>
        <w:t>kamyabi yaqeeni hogi. Mein samajhta hoon ke yahi ek formula agar log pakar len to un ke success ke liye woh kafi ho jaye ga.</w:t>
      </w:r>
    </w:p>
    <w:p>
      <w:pPr>
        <w:jc w:val="right"/>
      </w:pPr>
      <w:r>
        <w:t>کامیابی یقینی ہوگی۔ میں سمجھتا ہوں کہ یہی ایک فارمولا اگر لوگ پکڑ لیں تو ان کے سکسیس کے لیے وہ کافی ہو جائے گا۔</w:t>
      </w:r>
    </w:p>
    <w:p>
      <w:r>
        <w:rPr>
          <w:b/>
        </w:rPr>
        <w:t xml:space="preserve">[1:09:45] </w:t>
      </w:r>
      <w:r>
        <w:t>aur yeh formula, jaisa ke mein arz kar chuka hoon, har payghambar ki teaching ek hi thi, har payghambar ka deen ek hi tha. Yeh jo baat kahi Hazrat Masih ne, wahi baat doosre payghambaron ne kahi aur khud Hazrat Muhammad ne kahi.</w:t>
      </w:r>
    </w:p>
    <w:p>
      <w:pPr>
        <w:jc w:val="right"/>
      </w:pPr>
      <w:r>
        <w:t>اور یہ فارمولا، جیسا کہ میں عرض کر چکا ہوں، ہر پیغمبر کی ٹیچنگ ایک ہی تھی، ہر پیغمبر کا دین ایک ہی تھا۔ یہ جو بات کہی حضرت مسیح نے، وہی بات دوسرے پیغمبروں نے کہی اور خود حضرت محمد نے کہی۔</w:t>
      </w:r>
    </w:p>
    <w:p>
      <w:r>
        <w:rPr>
          <w:b/>
        </w:rPr>
        <w:t xml:space="preserve">[1:10:02] </w:t>
      </w:r>
      <w:r>
        <w:t>to us waqt chunke mein historical survey kar raha hoon, to us waqt mein ne is baat ko Hazrat Masih ke reference mein yeh baat kahi hai. Lekin yahi baat Hazrat Muhammad ke reference mein bhi kahi ja sakti hai.</w:t>
      </w:r>
    </w:p>
    <w:p>
      <w:pPr>
        <w:jc w:val="right"/>
      </w:pPr>
      <w:r>
        <w:t>تو اس وقت چونکہ میں ہسٹوریکل سروے کر رہا ہوں، تو اس وقت میں نے اس بات کو حضرت مسیح کے ریفرنس میں یہ بات کہی ہے۔ لیکن یہی بات حضرت محمد کے ریفرنس میں بھی کہی جا سکتی ہے۔</w:t>
      </w:r>
    </w:p>
    <w:p>
      <w:r>
        <w:rPr>
          <w:b/>
        </w:rPr>
        <w:t xml:space="preserve">[1:10:11] </w:t>
      </w:r>
      <w:r>
        <w:t>to yeh yeh ek yeh ek principle hai, isi par nature base karti hai.</w:t>
      </w:r>
    </w:p>
    <w:p>
      <w:pPr>
        <w:jc w:val="right"/>
      </w:pPr>
      <w:r>
        <w:t>تو یہ یہ ایک یہ ایک پرنسپل ہے، اسی پر نیچر بیس کرتی ہے۔</w:t>
      </w:r>
    </w:p>
    <w:p>
      <w:r>
        <w:rPr>
          <w:b/>
        </w:rPr>
        <w:t xml:space="preserve">[1:10:18] </w:t>
      </w:r>
      <w:r>
        <w:t>nature ka principle hai aur wisdom ka principle hai, insaniyat ka principle hai aur Khuda ka principle hai, prophet ka principle hai.</w:t>
      </w:r>
    </w:p>
    <w:p>
      <w:pPr>
        <w:jc w:val="right"/>
      </w:pPr>
      <w:r>
        <w:t>نیچر کا پرنسپل ہے اور وزڈم کا پرنسپل ہے، انسانیت کا پرنسپل ہے اور خدا کا پرنسپل ہے، پرافٹ کا پرنسپل ہے۔</w:t>
      </w:r>
    </w:p>
    <w:p>
      <w:r>
        <w:rPr>
          <w:b/>
        </w:rPr>
        <w:t xml:space="preserve">[1:10:29] </w:t>
      </w:r>
      <w:r>
        <w:t>isi ko follow karne mein hamari success hai. Koi bhi shakhs jo is ko follow na kare aur is ka ulta kare, yaani takrao karne lage, to woh siwaye failure ke is duniya mein is ke liye koi cheez muqaddar nahi hai.</w:t>
      </w:r>
    </w:p>
    <w:p>
      <w:pPr>
        <w:jc w:val="right"/>
      </w:pPr>
      <w:r>
        <w:t>اسی کو فالو کرنے میں ہماری سکسیس ہے۔ کوئی بھی شخص جو اس کو فالو نہ کرے اور اس کا الٹا کرے، یعنی ٹکراؤ کرنے لگے، تو وہ سوائے فیلیر کے اس دنیا میں اس کے لیے کوئی چیز مقدر نہیں ہے۔</w:t>
      </w:r>
    </w:p>
    <w:p>
      <w:r>
        <w:rPr>
          <w:b/>
        </w:rPr>
        <w:t xml:space="preserve">[1:10:49] </w:t>
      </w:r>
      <w:r>
        <w:t>woh woh jaye ga dunya se to dunya mein anarki chhoday ga, fasad chhoday ga, tabahi chhoday ga. jo is ke khilaf chalay ga, jo is ko follow karay ga, woh dunya mein positive result chhod kar maray ga.</w:t>
      </w:r>
    </w:p>
    <w:p>
      <w:pPr>
        <w:jc w:val="right"/>
      </w:pPr>
      <w:r>
        <w:t>وہ وہ جائے گا دنیا سے تو دنیا میں انارکی چھوڑے گا، فساد چھوڑے گا، تباہی چھوڑے گا۔ جو اس کے خلاف چلے گا، جو اس کو فالو کرے گا، وہ دنیا میں پازیٹیو رزلٹ چھوڑ کر مرے گا۔</w:t>
      </w:r>
    </w:p>
    <w:p>
      <w:r>
        <w:rPr>
          <w:b/>
        </w:rPr>
        <w:t xml:space="preserve">[1:11:07] </w:t>
      </w:r>
      <w:r>
        <w:t>to meri dua hai ke hum log is ko follow karain aur isi par apni zindagi ko banain, individual, individual life bhi aur national life bhi.</w:t>
      </w:r>
    </w:p>
    <w:p>
      <w:pPr>
        <w:jc w:val="right"/>
      </w:pPr>
      <w:r>
        <w:t>تو میری دعا ہے کہ ہم لوگ اس کو فالو کریں اور اسی پر اپنی زندگی کو بنائیں، انڈیویجول، انڈیویجول لائف بھی اور نیشنل لائف بھی۔</w:t>
      </w:r>
    </w:p>
    <w:p>
      <w:r>
        <w:rPr>
          <w:b/>
        </w:rPr>
        <w:t xml:space="preserve">[1:11:20] </w:t>
      </w:r>
      <w:r>
        <w:t>Will resume the session. Wasallahu ala nabiyyil karim yeh sahib, awaz kaisi hai? Thora sa bas aik second.</w:t>
      </w:r>
    </w:p>
    <w:p>
      <w:pPr>
        <w:jc w:val="right"/>
      </w:pPr>
      <w:r>
        <w:t>Will resume the session. وصلی اللہ علی النبی الکریم یہ صاحب، آواز کیسی ہے؟ تھوڑا سا بس ایک سیکنڈ۔</w:t>
      </w:r>
    </w:p>
    <w:p>
      <w:r>
        <w:rPr>
          <w:b/>
        </w:rPr>
        <w:t xml:space="preserve">[1:11:34] </w:t>
      </w:r>
      <w:r>
        <w:t>Bismillah hir rehman nir rahim.</w:t>
      </w:r>
    </w:p>
    <w:p>
      <w:pPr>
        <w:jc w:val="right"/>
      </w:pPr>
      <w:r>
        <w:t>بسم اللہ الرحمن الرحیم۔</w:t>
      </w:r>
    </w:p>
    <w:p>
      <w:r>
        <w:rPr>
          <w:b/>
        </w:rPr>
        <w:t xml:space="preserve">[1:11:41] </w:t>
      </w:r>
      <w:r>
        <w:t>Bismillah hir rehman nir rahim. Wasallahu ala nabiyyil karim.</w:t>
      </w:r>
    </w:p>
    <w:p>
      <w:pPr>
        <w:jc w:val="right"/>
      </w:pPr>
      <w:r>
        <w:t>بسم اللہ الرحمن الرحیم وصلی اللہ علی النبی الکریم۔</w:t>
      </w:r>
    </w:p>
    <w:p>
      <w:r>
        <w:rPr>
          <w:b/>
        </w:rPr>
        <w:t xml:space="preserve">[1:11:50] </w:t>
      </w:r>
      <w:r>
        <w:t>Bismillah hir rehman nir rahim. Wasallahu ala nabiyyil karim. Rabbishrah li sadri, wa yassir li amri, wahlul uqdatam min lisani,</w:t>
      </w:r>
    </w:p>
    <w:p>
      <w:pPr>
        <w:jc w:val="right"/>
      </w:pPr>
      <w:r>
        <w:t>بسم اللہ الرحمن الرحیم وصلی اللہ علی النبی الکریم۔ رب اشرح لی صدری، ویسر لی امری، واحل العقدۃ من لسانی،</w:t>
      </w:r>
    </w:p>
    <w:p>
      <w:r>
        <w:rPr>
          <w:b/>
        </w:rPr>
        <w:t xml:space="preserve">[1:12:05] </w:t>
      </w:r>
      <w:r>
        <w:t>yaf qahu qawli.</w:t>
      </w:r>
    </w:p>
    <w:p>
      <w:pPr>
        <w:jc w:val="right"/>
      </w:pPr>
      <w:r>
        <w:t>یفقہ قولی۔</w:t>
      </w:r>
    </w:p>
    <w:p>
      <w:r>
        <w:rPr>
          <w:b/>
        </w:rPr>
        <w:t xml:space="preserve">[1:12:09] </w:t>
      </w:r>
      <w:r>
        <w:t>dekhiye, Hazrat Masih ke baad Hazrat Muhammad paida hue Makkah mein.</w:t>
      </w:r>
    </w:p>
    <w:p>
      <w:pPr>
        <w:jc w:val="right"/>
      </w:pPr>
      <w:r>
        <w:t>دیکھیے، حضرت مسیح کے بعد حضرت محمد پیدا ہوئے مکہ میں۔</w:t>
      </w:r>
    </w:p>
    <w:p>
      <w:r>
        <w:rPr>
          <w:b/>
        </w:rPr>
        <w:t xml:space="preserve">[1:12:20] </w:t>
      </w:r>
      <w:r>
        <w:t>Aap ki paidaish hui hai 570 AD mein, 570 Eesvi.</w:t>
      </w:r>
    </w:p>
    <w:p>
      <w:pPr>
        <w:jc w:val="right"/>
      </w:pPr>
      <w:r>
        <w:t>آپ کی پیدائش ہوئی ہے 570 اے ڈی میں، 570 عیسوی۔</w:t>
      </w:r>
    </w:p>
    <w:p>
      <w:r>
        <w:rPr>
          <w:b/>
        </w:rPr>
        <w:t xml:space="preserve">[1:12:35] </w:t>
      </w:r>
      <w:r>
        <w:t>Rasool Allah sal Allahu alaihi wasallam final paighambar thay. Aap ki zindagi ke bohat sare aspect hain, zahir hai ke is waqt woh mozu nahi hai.</w:t>
      </w:r>
    </w:p>
    <w:p>
      <w:pPr>
        <w:jc w:val="right"/>
      </w:pPr>
      <w:r>
        <w:t>رسول اللہ صلی اللہ علیہ وسلم فائنل پیغمبر تھے۔ آپ کی زندگی کے بہت سارے ایسپیکٹ ہیں، ظاہر ہے کہ اس پر اس وقت وہ موضوع نہیں ہے۔</w:t>
      </w:r>
    </w:p>
    <w:p>
      <w:r>
        <w:rPr>
          <w:b/>
        </w:rPr>
        <w:t xml:space="preserve">[1:12:50] </w:t>
      </w:r>
      <w:r>
        <w:t>is waqt to mein sirf aik aik pehlu le raha hoon mukhtalif personalities ka.</w:t>
      </w:r>
    </w:p>
    <w:p>
      <w:pPr>
        <w:jc w:val="right"/>
      </w:pPr>
      <w:r>
        <w:t>اس وقت تو میں صرف ایک ایک پہلو لے رہا ہوں مختلف پرسنیلٹیز کا۔</w:t>
      </w:r>
    </w:p>
    <w:p>
      <w:r>
        <w:rPr>
          <w:b/>
        </w:rPr>
        <w:t xml:space="preserve">[1:12:55] </w:t>
      </w:r>
      <w:r>
        <w:t>to Rasool Allah sal Allahu alaihi wasallam ka jo maine liya hai, is waqt woh hai dunya ko aik bohat bara, dunya ko aik bohat bari blessing dena.</w:t>
      </w:r>
    </w:p>
    <w:p>
      <w:pPr>
        <w:jc w:val="right"/>
      </w:pPr>
      <w:r>
        <w:t>تو رسول اللہ صلی اللہ علیہ وسلم کا جو میں نے لیا ہے، اس وقت وہ ہے دنیا کو ایک بہت بڑا، دنیا کو ایک بہت بڑی بلیسنگ دینا۔</w:t>
      </w:r>
    </w:p>
    <w:p>
      <w:r>
        <w:rPr>
          <w:b/>
        </w:rPr>
        <w:t xml:space="preserve">[1:13:07] </w:t>
      </w:r>
      <w:r>
        <w:t>yani poori history mein aik blessing se insan mehroom tha. Adam se le kar ke Masih tak aik bohat bari blessing thi poori history mein ke insan mehroom tha insan se.</w:t>
      </w:r>
    </w:p>
    <w:p>
      <w:pPr>
        <w:jc w:val="right"/>
      </w:pPr>
      <w:r>
        <w:t>یعنی پوری ہسٹری میں ایک بلیسنگ سے انسان محروم تھا۔ آدم سے لے کر کے مسیح تک ایک بہت بڑی بلیسنگ تھی پوری ہسٹری میں کہ انسان محروم تھا انسان سے۔</w:t>
      </w:r>
    </w:p>
    <w:p>
      <w:r>
        <w:rPr>
          <w:b/>
        </w:rPr>
        <w:t xml:space="preserve">[1:13:20] </w:t>
      </w:r>
      <w:r>
        <w:t>woh kya?</w:t>
      </w:r>
    </w:p>
    <w:p>
      <w:pPr>
        <w:jc w:val="right"/>
      </w:pPr>
      <w:r>
        <w:t>وہ کیا؟</w:t>
      </w:r>
    </w:p>
    <w:p>
      <w:r>
        <w:rPr>
          <w:b/>
        </w:rPr>
        <w:t xml:space="preserve">[1:13:23] </w:t>
      </w:r>
      <w:r>
        <w:t>Word of God, Book of God. Aap ghor kijiye ke insan dunya mein reh raha hai, apne creator ke baray mein woh authentic tor par kuch na jaane.</w:t>
      </w:r>
    </w:p>
    <w:p>
      <w:pPr>
        <w:jc w:val="right"/>
      </w:pPr>
      <w:r>
        <w:t>ورڈ آف گاڈ، بک آف گاڈ۔ آپ غور کیجئے کہ انسان دنیا میں رہ رہا ہے، اپنے کریٹر کے بارے میں وہ اتھینٹک طور پر کچھ نہ جانے۔</w:t>
      </w:r>
    </w:p>
    <w:p>
      <w:r>
        <w:rPr>
          <w:b/>
        </w:rPr>
        <w:t xml:space="preserve">[1:13:37] </w:t>
      </w:r>
      <w:r>
        <w:t>apne creator ki koi authentic book us ke paas na ho,</w:t>
      </w:r>
    </w:p>
    <w:p>
      <w:pPr>
        <w:jc w:val="right"/>
      </w:pPr>
      <w:r>
        <w:t>اپنے کریٹر کی کوئی اتھینٹک بک اس کے پاس نہ ہو،</w:t>
      </w:r>
    </w:p>
    <w:p>
      <w:r>
        <w:rPr>
          <w:b/>
        </w:rPr>
        <w:t xml:space="preserve">[1:13:43] </w:t>
      </w:r>
      <w:r>
        <w:t>apne apne creator ki taraf se koi authentic guideline na ho us ke paas. To kaisi ajeeb hai yeh mehroomi.</w:t>
      </w:r>
    </w:p>
    <w:p>
      <w:pPr>
        <w:jc w:val="right"/>
      </w:pPr>
      <w:r>
        <w:t>اپنے اپنے کریٹر کی طرف سے کوئی اتھینٹک گائیڈ لائن نہ ہو اس کے پاس۔ تو کیسی عجیب ہے یہ محرومی۔</w:t>
      </w:r>
    </w:p>
    <w:p>
      <w:r>
        <w:rPr>
          <w:b/>
        </w:rPr>
        <w:t xml:space="preserve">[1:13:51] </w:t>
      </w:r>
      <w:r>
        <w:t>is mehroomi ke sath jee raha tha insan. Hazrat Muhammad woh shakhs hain jinho ne insan ko pehli bar</w:t>
      </w:r>
    </w:p>
    <w:p>
      <w:pPr>
        <w:jc w:val="right"/>
      </w:pPr>
      <w:r>
        <w:t>اس محرومی کے ساتھ جی رہا تھا انسان۔ حضرت محمد وہ شخص ہیں جنہوں نے انسان کو پہلی بار</w:t>
      </w:r>
    </w:p>
    <w:p>
      <w:r>
        <w:rPr>
          <w:b/>
        </w:rPr>
        <w:t xml:space="preserve">[1:14:04] </w:t>
      </w:r>
      <w:r>
        <w:t>Quran diya, jo preserved book of God hai.</w:t>
      </w:r>
    </w:p>
    <w:p>
      <w:pPr>
        <w:jc w:val="right"/>
      </w:pPr>
      <w:r>
        <w:t>قرآن دیا، جو پریزروڈ بک آف گاڈ ہے۔</w:t>
      </w:r>
    </w:p>
    <w:p>
      <w:r>
        <w:rPr>
          <w:b/>
        </w:rPr>
        <w:t xml:space="preserve">[1:14:12] </w:t>
      </w:r>
      <w:r>
        <w:t>aur aise halaat paida hue ke woh language bhi preserve ho gayi, zinda ho gayi, jo jis pe ke Quran utra tha.</w:t>
      </w:r>
    </w:p>
    <w:p>
      <w:pPr>
        <w:jc w:val="right"/>
      </w:pPr>
      <w:r>
        <w:t>اور ایسے حالات پیدا ہوئے کہ وہ لینگویج بھی پریزرو ہو گئی، زندہ ہو گئی، جو جس پہ کہ قرآن اترا تھا۔</w:t>
      </w:r>
    </w:p>
    <w:p>
      <w:r>
        <w:rPr>
          <w:b/>
        </w:rPr>
        <w:t xml:space="preserve">[1:14:21] </w:t>
      </w:r>
      <w:r>
        <w:t>Aap ghor kijiye, kitni bari blessing hai yeh. Yani agar haan, hamare paas Quran na ho to hum andheray mein bhataktay rahengay.</w:t>
      </w:r>
    </w:p>
    <w:p>
      <w:pPr>
        <w:jc w:val="right"/>
      </w:pPr>
      <w:r>
        <w:t>آپ غور کیجئے، کتنی بڑی بلیسنگ ہے یہ۔ یعنی اگر ہاں، ہمارے پاس قرآن نہ ہو تو ہم اندھیرے میں بھٹکتے رہیں گے۔</w:t>
      </w:r>
    </w:p>
    <w:p>
      <w:r>
        <w:rPr>
          <w:b/>
        </w:rPr>
        <w:t xml:space="preserve">[1:14:31] </w:t>
      </w:r>
      <w:r>
        <w:t>kisi bhi moamlay mein hamare paas point of reference nahi hoga.</w:t>
      </w:r>
    </w:p>
    <w:p>
      <w:pPr>
        <w:jc w:val="right"/>
      </w:pPr>
      <w:r>
        <w:t>کسی بھی معاملے میں ہمارے پاس پوائنٹ آف ریفرنس نہیں ہوگا۔</w:t>
      </w:r>
    </w:p>
    <w:p>
      <w:r>
        <w:rPr>
          <w:b/>
        </w:rPr>
        <w:t xml:space="preserve">[1:14:37] </w:t>
      </w:r>
      <w:r>
        <w:t>kisi moamlay mein hamare paas point of reference nahi hoga. Quran ki shakal mein hamein aik aisi cheez mil gayi hai, aisi authentic cheez ke woh hamare liye har moamlay mein point of reference ban gayi.</w:t>
      </w:r>
    </w:p>
    <w:p>
      <w:pPr>
        <w:jc w:val="right"/>
      </w:pPr>
      <w:r>
        <w:t>کسی معاملے میں ہمارے پاس پوائنٹ آف ریفرنس نہیں ہوگا۔ قرآن کی شکل میں ہمیں ایک ایسی چیز مل گئی ہے، ایسی اتھینٹک چیز کہ وہ ہمارے لیے ہر معاملے میں پوائنٹ آف ریفرنس بن گئی۔</w:t>
      </w:r>
    </w:p>
    <w:p>
      <w:r>
        <w:rPr>
          <w:b/>
        </w:rPr>
        <w:t xml:space="preserve">[1:14:53] </w:t>
      </w:r>
      <w:r>
        <w:t>point of reference ka matlab kya hai?</w:t>
      </w:r>
    </w:p>
    <w:p>
      <w:pPr>
        <w:jc w:val="right"/>
      </w:pPr>
      <w:r>
        <w:t>پوائنٹ آف ریفرنس کا مطلب کیا ہے؟</w:t>
      </w:r>
    </w:p>
    <w:p>
      <w:r>
        <w:rPr>
          <w:b/>
        </w:rPr>
        <w:t xml:space="preserve">[1:14:59] </w:t>
      </w:r>
      <w:r>
        <w:t>misal ke tor par aap leejiyay aik baat.</w:t>
      </w:r>
    </w:p>
    <w:p>
      <w:pPr>
        <w:jc w:val="right"/>
      </w:pPr>
      <w:r>
        <w:t>مثال کے طور پر آپ لیجئے ایک بات۔</w:t>
      </w:r>
    </w:p>
    <w:p>
      <w:r>
        <w:rPr>
          <w:b/>
        </w:rPr>
        <w:t xml:space="preserve">[1:15:07] </w:t>
      </w:r>
      <w:r>
        <w:t>puri history mein philosophers jo hain, woh thinker jo hain, woh ek baat kehte rahe hain, woh hai "suffering, suffering, suffering". problem of evil.</w:t>
      </w:r>
    </w:p>
    <w:p>
      <w:pPr>
        <w:jc w:val="right"/>
      </w:pPr>
      <w:r>
        <w:t>پوری ہسٹری میں فلاسفرز جو ہیں، وہ تھنکر جو ہیں، وہ ایک بات کہتے رہے ہیں، وہ ہے "سفرنگ، سفرنگ، سفرنگ"۔ پرابلم آف ایول۔</w:t>
      </w:r>
    </w:p>
    <w:p>
      <w:r>
        <w:rPr>
          <w:b/>
        </w:rPr>
        <w:t xml:space="preserve">[1:15:17] </w:t>
      </w:r>
      <w:r>
        <w:t>saare hi philosophers aur saare thinker, saare reformers bolte rahe hain ke duniya mein suffering hai, problem of will hai, kyun hai, kya hai.</w:t>
      </w:r>
    </w:p>
    <w:p>
      <w:pPr>
        <w:jc w:val="right"/>
      </w:pPr>
      <w:r>
        <w:t>سارے ہی فلاسفرز اور سارے تھنکر، سارے ریفارمرز بولتے رہے ہیں کہ دنیا میں سفرنگ ہے، پرابلم آف ول ہے، کیوں ہے، کیا ہے۔</w:t>
      </w:r>
    </w:p>
    <w:p>
      <w:r>
        <w:rPr>
          <w:b/>
        </w:rPr>
        <w:t xml:space="preserve">[1:15:28] </w:t>
      </w:r>
      <w:r>
        <w:t>aur is se ladte rahe saare log. lekin sahi taur par yeh logon ko nahi maloom ho saka ke what is evil, how to define evil.</w:t>
      </w:r>
    </w:p>
    <w:p>
      <w:pPr>
        <w:jc w:val="right"/>
      </w:pPr>
      <w:r>
        <w:t>اور اس سے لڑتے رہے سارے لوگ۔ لیکن صحیح طور پر یہ لوگوں کو نہیں معلوم ہو سکا کہ واٹ از ایول، ہاؤ ٹو ڈیفائن ایول۔</w:t>
      </w:r>
    </w:p>
    <w:p>
      <w:r>
        <w:rPr>
          <w:b/>
        </w:rPr>
        <w:t xml:space="preserve">[1:15:41] </w:t>
      </w:r>
      <w:r>
        <w:t>rasool Allah ne jo kitaab hamein di hai, quran ki shakal mein, is mein hum ne pehli baar yeh jaana ke jis cheez ko aap evil keh rahe hain, woh evil nahi hai.</w:t>
      </w:r>
    </w:p>
    <w:p>
      <w:pPr>
        <w:jc w:val="right"/>
      </w:pPr>
      <w:r>
        <w:t>رسول اللہ نے جو کتاب ہمیں دی ہے، قرآن کی شکل میں، اس میں ہم نے پہلی بار یہ جانا کہ جس چیز کو آپ ایول کہہ رہے ہیں، وہ ایول نہیں ہے۔</w:t>
      </w:r>
    </w:p>
    <w:p>
      <w:r>
        <w:rPr>
          <w:b/>
        </w:rPr>
        <w:t xml:space="preserve">[1:15:50] </w:t>
      </w:r>
      <w:r>
        <w:t>woh woh challenge hai.</w:t>
      </w:r>
    </w:p>
    <w:p>
      <w:pPr>
        <w:jc w:val="right"/>
      </w:pPr>
      <w:r>
        <w:t>وہ وہ چیلنج ہے۔</w:t>
      </w:r>
    </w:p>
    <w:p>
      <w:r>
        <w:rPr>
          <w:b/>
        </w:rPr>
        <w:t xml:space="preserve">[1:15:58] </w:t>
      </w:r>
      <w:r>
        <w:t>yaani evil ko challenge ke roop mein dekho, yeh pehla ek guidance thi jo rasool Allah ke zariye insaan ko mili.</w:t>
      </w:r>
    </w:p>
    <w:p>
      <w:pPr>
        <w:jc w:val="right"/>
      </w:pPr>
      <w:r>
        <w:t>یعنی ایول کو چیلنج کے روپ میں دیکھو، یہ پہلا ایک گائیڈنس تھی جو رسول اللہ کے ذریعے انسان کو ملی۔</w:t>
      </w:r>
    </w:p>
    <w:p>
      <w:r>
        <w:rPr>
          <w:b/>
        </w:rPr>
        <w:t xml:space="preserve">[1:16:06] </w:t>
      </w:r>
      <w:r>
        <w:t>is se pehle insaan nahi jaanta tha is ko</w:t>
      </w:r>
    </w:p>
    <w:p>
      <w:pPr>
        <w:jc w:val="right"/>
      </w:pPr>
      <w:r>
        <w:t>اس سے پہلے انسان نہیں جانتا تھا اس کو</w:t>
      </w:r>
    </w:p>
    <w:p>
      <w:r>
        <w:rPr>
          <w:b/>
        </w:rPr>
        <w:t xml:space="preserve">[1:16:10] </w:t>
      </w:r>
      <w:r>
        <w:t>ke duniya mein jo suffering hai, duniya mein jo evils hain, duniya mein jo disparity hai, duniya mein jo different type ke problem hain, woh sab ke sab challenge hain, challenge hain, challenge hain.</w:t>
      </w:r>
    </w:p>
    <w:p>
      <w:pPr>
        <w:jc w:val="right"/>
      </w:pPr>
      <w:r>
        <w:t>کہ دنیا میں جو سفرنگ ہے، دنیا میں جو ایولز ہیں، دنیا میں جو ڈسپیرٹی ہے، دنیا میں جو ڈفرنٹ ٹائپ کے پرابلم ہیں، وہ سب کے سب چیلنج ہیں، چیلنج ہیں، چیلنج ہیں۔</w:t>
      </w:r>
    </w:p>
    <w:p>
      <w:r>
        <w:rPr>
          <w:b/>
        </w:rPr>
        <w:t xml:space="preserve">[1:16:24] </w:t>
      </w:r>
      <w:r>
        <w:t>ba'dhukum li ba'dhin 'aduwwun</w:t>
      </w:r>
    </w:p>
    <w:p>
      <w:pPr>
        <w:jc w:val="right"/>
      </w:pPr>
      <w:r>
        <w:t>بعضکم لبعض عدو</w:t>
      </w:r>
    </w:p>
    <w:p>
      <w:r>
        <w:rPr>
          <w:b/>
        </w:rPr>
        <w:t xml:space="preserve">[1:16:28] </w:t>
      </w:r>
      <w:r>
        <w:t>yeh ayat quran mein do jagah aayi hai ba'dhukum li ba'dhin 'aduwwun is ka matlab yahi hai ke duniya mein tum logon ke darmiyan challenges honge, competition hoga,</w:t>
      </w:r>
    </w:p>
    <w:p>
      <w:pPr>
        <w:jc w:val="right"/>
      </w:pPr>
      <w:r>
        <w:t>یہ آیت قرآن میں دو جگہ آئی ہے بعضکم لبعض عدو اس کا مطلب یہی ہے کہ دنیا میں تم لوگوں کے درمیان چیلنجز ہوں گے، کمپیٹیشن ہوگا،</w:t>
      </w:r>
    </w:p>
    <w:p>
      <w:r>
        <w:rPr>
          <w:b/>
        </w:rPr>
        <w:t xml:space="preserve">[1:16:37] </w:t>
      </w:r>
      <w:r>
        <w:t>yahan tak ke badhte badhte woh enmity tak pahunch jayega. aapas mein competition, aapas mein challenge hoga, aur woh badhte badhte yahan tak pahunchega ke log ek doosre ke dushman ban jayenge.</w:t>
      </w:r>
    </w:p>
    <w:p>
      <w:pPr>
        <w:jc w:val="right"/>
      </w:pPr>
      <w:r>
        <w:t>یہاں تک کہ بڑھتے بڑھتے وہ انمٹی تک پہنچ جائے گا۔ آپس میں کمپیٹیشن، آپس میں چیلنج ہوگا، اور وہ بڑھتے بڑھتے یہاں تک پہنچے گا کہ لوگ ایک دوسرے کے دشمن بن جائیں گے۔</w:t>
      </w:r>
    </w:p>
    <w:p>
      <w:r>
        <w:rPr>
          <w:b/>
        </w:rPr>
        <w:t xml:space="preserve">[1:16:55] </w:t>
      </w:r>
      <w:r>
        <w:t>yeh kyun hai? isi se Khuda ne, isi ke zariye Khuda ne taraqqi ka raasta rakha hai.</w:t>
      </w:r>
    </w:p>
    <w:p>
      <w:pPr>
        <w:jc w:val="right"/>
      </w:pPr>
      <w:r>
        <w:t>یہ کیوں ہے؟ اسی سے خدا نے، اسی کے ذریعے خدا نے ترقی کا راستہ رکھا ہے۔</w:t>
      </w:r>
    </w:p>
    <w:p>
      <w:r>
        <w:rPr>
          <w:b/>
        </w:rPr>
        <w:t xml:space="preserve">[1:17:02] </w:t>
      </w:r>
      <w:r>
        <w:t>is ko main samajhta hoon ke pehli baar zyada, yaani scientific language mein bataya, all time bin mein pehli baar main jahan jahan tak mera ilm hai ke scientific language mein ek bahut hi disciplined way mein aur bahut hi historical language mein bataya.</w:t>
      </w:r>
    </w:p>
    <w:p>
      <w:pPr>
        <w:jc w:val="right"/>
      </w:pPr>
      <w:r>
        <w:t>اس کو میں سمجھتا ہوں کہ پہلی بار زیادہ، یعنی سائنٹیفک لینگویج میں بتایا، ال ٹائم بین میں پہلی بار میں جہاں جہاں تک میرا علم ہے کہ سائنٹیفک لینگویج میں ایک بہت ہی ڈسپلنڈ وے میں اور بہت ہی ہسٹوریکل لینگویج میں بتایا۔</w:t>
      </w:r>
    </w:p>
    <w:p>
      <w:r>
        <w:rPr>
          <w:b/>
        </w:rPr>
        <w:t xml:space="preserve">[1:17:23] </w:t>
      </w:r>
      <w:r>
        <w:t>time, is ne time bin hai,</w:t>
      </w:r>
    </w:p>
    <w:p>
      <w:pPr>
        <w:jc w:val="right"/>
      </w:pPr>
      <w:r>
        <w:t>ٹائم، اس نے ٹائم بین ہے،</w:t>
      </w:r>
    </w:p>
    <w:p>
      <w:r>
        <w:rPr>
          <w:b/>
        </w:rPr>
        <w:t xml:space="preserve">[1:17:27] </w:t>
      </w:r>
      <w:r>
        <w:t>jis ka nazariya pesh kiya hai, is ne is kitaab mein, barah jildon wali kitaab mein ke challenge response mechanism yeh hai taraqqi ka raasta jo nature ne muqarrar kiya hai.</w:t>
      </w:r>
    </w:p>
    <w:p>
      <w:pPr>
        <w:jc w:val="right"/>
      </w:pPr>
      <w:r>
        <w:t>جس کا نظریہ پیش کیا ہے، اس نے اس کتاب میں، بارہ جلدوں والی کتاب میں کہ چیلنج ریسپانس میکنزم یہ ہے ترقی کا راستہ جو نیچر نے مقرر کیا ہے۔</w:t>
      </w:r>
    </w:p>
    <w:p>
      <w:r>
        <w:rPr>
          <w:b/>
        </w:rPr>
        <w:t xml:space="preserve">[1:17:38] </w:t>
      </w:r>
      <w:r>
        <w:t>nature ka muqarrar kiya hua raasta taraqqi ke liye is duniya mein kya hai? challenge response mechanism, yaani ek challenge deta hai, ek ek taraf se challenge aata hai, aap is ka response dete hain.</w:t>
      </w:r>
    </w:p>
    <w:p>
      <w:pPr>
        <w:jc w:val="right"/>
      </w:pPr>
      <w:r>
        <w:t>نیچر کا مقرر کیا ہوا راستہ ترقی کے لیے اس دنیا میں کیا ہے؟ چیلنج ریسپانس میکنزم، یعنی ایک چیلنج دیتا ہے، ایک ایک طرف سے چیلنج آتا ہے، آپ اس کا رسپانس دیتے ہیں۔</w:t>
      </w:r>
    </w:p>
    <w:p>
      <w:r>
        <w:rPr>
          <w:b/>
        </w:rPr>
        <w:t xml:space="preserve">[1:17:50] </w:t>
      </w:r>
      <w:r>
        <w:t>is response ke baad taraqqiyan hoti hain.</w:t>
      </w:r>
    </w:p>
    <w:p>
      <w:pPr>
        <w:jc w:val="right"/>
      </w:pPr>
      <w:r>
        <w:t>اس رسپانس کے بعد ترقیاں ہوتی ہیں۔</w:t>
      </w:r>
    </w:p>
    <w:p>
      <w:r>
        <w:rPr>
          <w:b/>
        </w:rPr>
        <w:t xml:space="preserve">[1:17:55] </w:t>
      </w:r>
      <w:r>
        <w:t>hamare mulk mein dekhiye, adalat ke baad logon ne socialism ko apnaya aur hum peechhe ho gaye. socialist partnership of society ke chakkar mein hum peechhe ho gaye.</w:t>
      </w:r>
    </w:p>
    <w:p>
      <w:pPr>
        <w:jc w:val="right"/>
      </w:pPr>
      <w:r>
        <w:t>ہمارے ملک میں دیکھیے، عدالت کے بعد لوگوں نے سوشلسٹ سوشلزم کو اپنایا اور ہم پیچھے ہو گئے۔ سوشلسٹک پارٹنر آف سوسائٹی کے چکر میں ہم پیچھے ہو گئے۔</w:t>
      </w:r>
    </w:p>
    <w:p>
      <w:r>
        <w:rPr>
          <w:b/>
        </w:rPr>
        <w:t xml:space="preserve">[1:18:05] </w:t>
      </w:r>
      <w:r>
        <w:t>ab duniya aage badh gayi, japan aage badh gaya, singapore aage badh gaya, south korea aage badh gaya, sab بڑhe chale hum se aage. to is se hamein ek challenge mila.</w:t>
      </w:r>
    </w:p>
    <w:p>
      <w:pPr>
        <w:jc w:val="right"/>
      </w:pPr>
      <w:r>
        <w:t>اب دنیا آگے بڑھ گئی، جاپان آگے بڑھ گیا، سنگاپور آگے بڑھ گیا، ساؤتھ کوریا آگے بڑھ گیا، سب بڑھے چلے ہم سے آگے۔ تو اس سے ہمیں ایک چیلنج ملا۔</w:t>
      </w:r>
    </w:p>
    <w:p>
      <w:r>
        <w:rPr>
          <w:b/>
        </w:rPr>
        <w:t xml:space="preserve">[1:18:16] </w:t>
      </w:r>
      <w:r>
        <w:t>logon ne hum se aage badh kar hamein challenge diya, aur phir hum ne reconsider kiya, revise kiya apni policy ko, aur phir hum ne liberal policy banayi.</w:t>
      </w:r>
    </w:p>
    <w:p>
      <w:pPr>
        <w:jc w:val="right"/>
      </w:pPr>
      <w:r>
        <w:t>لوگوں نے ہم سے آگے بڑھ کر ہمیں چیلنج دیا، اور پھر ہم نے ری کنسیڈر کیا، ریوائز کیا اپنی پالیسی کو، اور پھر ہم نے لبرل پالیسی بنائی۔</w:t>
      </w:r>
    </w:p>
    <w:p>
      <w:r>
        <w:rPr>
          <w:b/>
        </w:rPr>
        <w:t xml:space="preserve">[1:18:26] </w:t>
      </w:r>
      <w:r>
        <w:t>ab India dekhiye, kitna aage badh raha hai. yaani azadi ke baad India musalsal, yaani ek ek ek apni economics ke aitbaar se, apni economy ke aitbaar se pace ja raha tha, pace ja raha tha, pace ja raha tha.</w:t>
      </w:r>
    </w:p>
    <w:p>
      <w:pPr>
        <w:jc w:val="right"/>
      </w:pPr>
      <w:r>
        <w:t>اب انڈیا دیکھیں، کتنا آگے بڑھ رہا ہے۔ یعنی آزادی کے بعد انڈیا مسلسل، یعنی ایک ایک ایک اپنی اکنامکس کے اعتبار سے، اپنی اکانومی کے اعتبار سے پیس جا رہا تھا، پیس جا رہا تھا، پیس جا رہا تھا۔</w:t>
      </w:r>
    </w:p>
    <w:p>
      <w:r>
        <w:rPr>
          <w:b/>
        </w:rPr>
        <w:t xml:space="preserve">[1:18:41] </w:t>
      </w:r>
      <w:r>
        <w:t>India ke bazaar sab substandard saaman se bhare hue the. aap j</w:t>
      </w:r>
    </w:p>
    <w:p>
      <w:pPr>
        <w:jc w:val="right"/>
      </w:pPr>
      <w:r>
        <w:t>انڈیا کے بازار سب اسٹینڈرڈ سامان سے بھرے ہوئے تھے۔ آپ ج</w:t>
      </w:r>
    </w:p>
    <w:p>
      <w:r>
        <w:rPr>
          <w:b/>
        </w:rPr>
        <w:t xml:space="preserve">[1:18:45] </w:t>
      </w:r>
      <w:r>
        <w:t>ante hain, aap har shakhs jaanta hai ke socialist economy ka nateeja kya nikla? ke India ke bazaar sab substandard saaman se bhar gaye.</w:t>
      </w:r>
    </w:p>
    <w:p>
      <w:pPr>
        <w:jc w:val="right"/>
      </w:pPr>
      <w:r>
        <w:t>انتے ہیں، آپ ہر شخص جانتا ہے کہ سوشلسٹ اکانومی کا نتیجہ کیا نکلا؟ کہ انڈیا کے بازار سب اسٹینڈرڈ سامان سے بھر گئے۔</w:t>
      </w:r>
    </w:p>
    <w:p>
      <w:r>
        <w:rPr>
          <w:b/>
        </w:rPr>
        <w:t xml:space="preserve">[1:18:55] </w:t>
      </w:r>
      <w:r>
        <w:t>aaj aap jaante hain ke India ke bazaar mein saari standard cheezein mil rahi hain, jo cheez chahein aap milti hain, aap ko standard ki cheezein. yeh kyun hua?</w:t>
      </w:r>
    </w:p>
    <w:p>
      <w:pPr>
        <w:jc w:val="right"/>
      </w:pPr>
      <w:r>
        <w:t>آج آپ جانتے ہیں کہ انڈیا کے بازار میں ساری اسٹینڈرڈ چیزیں مل رہی ہیں، جو چیز چاہیں آپ ملتی ہیں، آپ کو اسٹینڈرڈ کی چیزیں۔ یہ کیوں ہوا؟</w:t>
      </w:r>
    </w:p>
    <w:p>
      <w:r>
        <w:rPr>
          <w:b/>
        </w:rPr>
        <w:t xml:space="preserve">[1:19:06] </w:t>
      </w:r>
      <w:r>
        <w:t>jab hamare pichhle pan ko challenge mila in logon se jo develop kar gaye, kar gaye the. h</w:t>
      </w:r>
    </w:p>
    <w:p>
      <w:pPr>
        <w:jc w:val="right"/>
      </w:pPr>
      <w:r>
        <w:t>جب ہمارے پچھلے پن کو چیلنج ملا ان لوگوں سے جو ڈیولپ کر کر گئے، کر گئے تھے۔ ہ</w:t>
      </w:r>
    </w:p>
    <w:p>
      <w:r>
        <w:rPr>
          <w:b/>
        </w:rPr>
        <w:t xml:space="preserve">[1:19:13] </w:t>
      </w:r>
      <w:r>
        <w:t>m develop nahi kar paye, doosre develop kar gaye to challenge hua.</w:t>
      </w:r>
    </w:p>
    <w:p>
      <w:pPr>
        <w:jc w:val="right"/>
      </w:pPr>
      <w:r>
        <w:t>م ڈیولپ نہیں کر پائے، دوسرے ڈیولپ کر گئے تو چیلنج ہوا۔</w:t>
      </w:r>
    </w:p>
    <w:p>
      <w:r>
        <w:rPr>
          <w:b/>
        </w:rPr>
        <w:t xml:space="preserve">[1:19:20] </w:t>
      </w:r>
      <w:r>
        <w:t>is challenge ne hamein phir sochne majboor kiya. jab phir se sochne majboor kiya to hum ne kya kiya? hum ne poori policy badli, apni poori policy band di.</w:t>
      </w:r>
    </w:p>
    <w:p>
      <w:pPr>
        <w:jc w:val="right"/>
      </w:pPr>
      <w:r>
        <w:t>اس چیلنج نے ہمیں پھر سوچنے مجبور کیا۔ جب پھر سے سوچنے مجبور کیا تو ہم نے کیا کیا؟ ہم نے پوری پالیسی بدلی، اپنی پوری پالیسی بند دی۔</w:t>
      </w:r>
    </w:p>
    <w:p>
      <w:r>
        <w:rPr>
          <w:b/>
        </w:rPr>
        <w:t xml:space="preserve">[1:19:31] </w:t>
      </w:r>
      <w:r>
        <w:t>aap ne</w:t>
      </w:r>
    </w:p>
    <w:p>
      <w:pPr>
        <w:jc w:val="right"/>
      </w:pPr>
      <w:r>
        <w:t>آپ نے</w:t>
      </w:r>
    </w:p>
    <w:p>
      <w:r>
        <w:rPr>
          <w:b/>
        </w:rPr>
        <w:t xml:space="preserve">[1:19:33] </w:t>
      </w:r>
      <w:r>
        <w:t>aaj aap jante hain ke doctor barmon singh aur mister ahle walia is waqt samjhate thay ke ye log, ye log hamare india ke liye sahi nahi hain, kyunke ye american, american pattern ki baat karte hain ye log.</w:t>
      </w:r>
    </w:p>
    <w:p>
      <w:pPr>
        <w:jc w:val="right"/>
      </w:pPr>
      <w:r>
        <w:t>آج آپ جانتے ہیں کہ ڈاکٹر برمون سنگھ اور مسٹر اہل والیا اس وقت سمجھاتے تھے کہ یہ لوگ، یہ لوگ ہمارے انڈیا کے لیے صحیح نہیں ہیں، کیونکہ یہ امریکن، امریکن پیٹرن کی بات کرتے ہیں یہ لوگ۔</w:t>
      </w:r>
    </w:p>
    <w:p>
      <w:r>
        <w:rPr>
          <w:b/>
        </w:rPr>
        <w:t xml:space="preserve">[1:19:47] </w:t>
      </w:r>
      <w:r>
        <w:t>lekin wahi ahle walia aur wahi jo manmohan singh aaj india ki economy ko control kar rahe hain. kyun?</w:t>
      </w:r>
    </w:p>
    <w:p>
      <w:pPr>
        <w:jc w:val="right"/>
      </w:pPr>
      <w:r>
        <w:t>لیکن وہی اہل والیا اور وہی جو منموہن سنگھ آج انڈیا کی اکانومی کو کنٹرول کر رہے ہیں۔ کیوں؟</w:t>
      </w:r>
    </w:p>
    <w:p>
      <w:r>
        <w:rPr>
          <w:b/>
        </w:rPr>
        <w:t xml:space="preserve">[1:19:55] </w:t>
      </w:r>
      <w:r>
        <w:t>is is hum mein, hum jo peechay ho gaye economy ki daur mein, economics ki daur mein peechay jo hum hue, is peechay pan se jo hamein challenge mila, use hum ne phir socha, aur soch kar ke hum liberal economy mein aaye.</w:t>
      </w:r>
    </w:p>
    <w:p>
      <w:pPr>
        <w:jc w:val="right"/>
      </w:pPr>
      <w:r>
        <w:t>اس اس ہم میں، ہم جو پیچھے ہو گئے اکانومی کی دوڑ میں، اکنامکس کی دوڑ میں پیچھے جو ہم ہوئے، اس پیچھے پن سے جو ہمیں چیلنج ملا، اسے ہم نے پھر سوچا، اور سوچ کر کے ہم لبرل اکانومی میں آئے۔</w:t>
      </w:r>
    </w:p>
    <w:p>
      <w:r>
        <w:rPr>
          <w:b/>
        </w:rPr>
        <w:t xml:space="preserve">[1:20:11] </w:t>
      </w:r>
      <w:r>
        <w:t>aaj india jo hai, kitna aage barh raha hai? aap jante hain, bohat aage barh chuka hai india, aur ab din badin aage barhta ja raha hai.</w:t>
      </w:r>
    </w:p>
    <w:p>
      <w:pPr>
        <w:jc w:val="right"/>
      </w:pPr>
      <w:r>
        <w:t>آج انڈیا جو ہے، کتنا آگے بڑھ رہا ہے؟ آپ جانتے ہیں، بہت آگے بڑھ چکا ہے انڈیا، اور اب دن بدن آگے بڑھتا جا رہا ہے۔</w:t>
      </w:r>
    </w:p>
    <w:p>
      <w:r>
        <w:rPr>
          <w:b/>
        </w:rPr>
        <w:t xml:space="preserve">[1:20:21] </w:t>
      </w:r>
      <w:r>
        <w:t>to ye ek choti si misaal</w:t>
      </w:r>
    </w:p>
    <w:p>
      <w:pPr>
        <w:jc w:val="right"/>
      </w:pPr>
      <w:r>
        <w:t>تو یہ ایک چھوٹی سی مثال</w:t>
      </w:r>
    </w:p>
    <w:p>
      <w:r>
        <w:rPr>
          <w:b/>
        </w:rPr>
        <w:t xml:space="preserve">[1:20:23] </w:t>
      </w:r>
      <w:r>
        <w:t>hai. to poori history mein ye hua hai, poori history mein ke ke disparity challenge se challenge paida hota hai, aur challenge se tarqqiyan hoti hain.</w:t>
      </w:r>
    </w:p>
    <w:p>
      <w:pPr>
        <w:jc w:val="right"/>
      </w:pPr>
      <w:r>
        <w:t>ہے۔ تو پوری ہسٹری میں یہ ہوا ہے، پوری ہسٹری میں کہ کہ ڈسپیرٹی چیلنج سے چیلنج پیدا ہوتا ہے، اور چیلنج سے ترقیاں ہوتی ہیں۔</w:t>
      </w:r>
    </w:p>
    <w:p>
      <w:r>
        <w:rPr>
          <w:b/>
        </w:rPr>
        <w:t xml:space="preserve">[1:20:38] </w:t>
      </w:r>
      <w:r>
        <w:t>to ye is tarah ki bohat si baatein hain jo hamein rasool Allah ne quran ke zariye batain. aur ek bohat bari cheez jo insan ko mili, wo ye hai ke insan hazaron saal se nature ko poojhta tha.</w:t>
      </w:r>
    </w:p>
    <w:p>
      <w:pPr>
        <w:jc w:val="right"/>
      </w:pPr>
      <w:r>
        <w:t>تو یہ اس طرح کی بہت سی باتیں ہیں جو ہمیں رسول اللہ نے قرآن کے ذریعے بتائیں۔ اور ایک بہت بڑی چیز جو انسان کو ملی، وہ یہ ہے کہ انسان ہزاروں سال سے نیچر کو پوچھتا تھا۔</w:t>
      </w:r>
    </w:p>
    <w:p>
      <w:r>
        <w:rPr>
          <w:b/>
        </w:rPr>
        <w:t xml:space="preserve">[1:20:53] </w:t>
      </w:r>
      <w:r>
        <w:t>nature worship thi duniya mein rasool Allah se pehle. nature worship poori nature jo hai, wo wo object of worship bani hui thi.</w:t>
      </w:r>
    </w:p>
    <w:p>
      <w:pPr>
        <w:jc w:val="right"/>
      </w:pPr>
      <w:r>
        <w:t>نیچر ورشپ تھی دنیا میں رسول اللہ سے پہلے۔ نیچر ورشپ پوری نیچر جو ہے، وہ وہ ابجیکٹ آف ورشپ بنی ہوئی تھی۔</w:t>
      </w:r>
    </w:p>
    <w:p>
      <w:r>
        <w:rPr>
          <w:b/>
        </w:rPr>
        <w:t xml:space="preserve">[1:21:03] </w:t>
      </w:r>
      <w:r>
        <w:t>rasool Allah ne history mein pehli baar ye bataya ke nahi, ye ye ye to jaise hum Khuda ke banaye hue hain, usi tarah wo bhi Khuda ke banaye hue hain.</w:t>
      </w:r>
    </w:p>
    <w:p>
      <w:pPr>
        <w:jc w:val="right"/>
      </w:pPr>
      <w:r>
        <w:t>رسول اللہ نے ہسٹری میں پہلی بار یہ بتایا کہ نہیں، یہ یہ یہ تو جیسے ہم خدا کے بنائے ہوئے ہیں، اسی طرح وہ بھی خدا کے بنائے ہوئے ہیں۔</w:t>
      </w:r>
    </w:p>
    <w:p>
      <w:r>
        <w:rPr>
          <w:b/>
        </w:rPr>
        <w:t xml:space="preserve">[1:21:16] </w:t>
      </w:r>
      <w:r>
        <w:t>jo creator hai, wo is qabil hai ke is ki koi parastish ki jaye, is ki ibadat ki jaye.</w:t>
      </w:r>
    </w:p>
    <w:p>
      <w:pPr>
        <w:jc w:val="right"/>
      </w:pPr>
      <w:r>
        <w:t>جو کریٹر ہے، وہ اس قابل ہے کہ اس کی کوئی پرستش کی جائے، اس کی عبادت کی جائے۔</w:t>
      </w:r>
    </w:p>
    <w:p>
      <w:r>
        <w:rPr>
          <w:b/>
        </w:rPr>
        <w:t xml:space="preserve">[1:21:22] </w:t>
      </w:r>
      <w:r>
        <w:t>to main samajhta hoon ke ye bohat hi bari cheez hai, bohat hi bari blessing hai ke hamare paas aaj quran ke zariye ek authentic word of God hai, jabke is se pehle aisa nahi tha.</w:t>
      </w:r>
    </w:p>
    <w:p>
      <w:pPr>
        <w:jc w:val="right"/>
      </w:pPr>
      <w:r>
        <w:t>تو میں سمجھتا ہوں کہ یہ بہت ہی بڑی چیز ہے، بہت ہی بڑی بلیسنگ ہے کہ ہمارے پاس آج قرآن کے ذریعے ایک اتھینٹک ورڈ آف گاڈ ہے، جبکہ اس سے پہلے ایسا نہیں تھا۔</w:t>
      </w:r>
    </w:p>
    <w:p>
      <w:r>
        <w:rPr>
          <w:b/>
        </w:rPr>
        <w:t xml:space="preserve">[1:21:36] </w:t>
      </w:r>
      <w:r>
        <w:t>ye hamein mila hai Muhammad sallallahu alaihi wasallam ke zariye,</w:t>
      </w:r>
    </w:p>
    <w:p>
      <w:pPr>
        <w:jc w:val="right"/>
      </w:pPr>
      <w:r>
        <w:t>یہ ہمیں ملا ہے محمد صلی اللہ علیہ وسلم کے ذریعے،</w:t>
      </w:r>
    </w:p>
    <w:p>
      <w:r>
        <w:rPr>
          <w:b/>
        </w:rPr>
        <w:t xml:space="preserve">[1:21:42] </w:t>
      </w:r>
      <w:r>
        <w:t>aur tareekh mein ye bhi ek anokhi anokha pehlu hai aap ki zindagi ka ke aap ne ye bataya ke kis tarah se peaceful activism ko kamyabi ke sath chalaya ja sakta hai.</w:t>
      </w:r>
    </w:p>
    <w:p>
      <w:pPr>
        <w:jc w:val="right"/>
      </w:pPr>
      <w:r>
        <w:t>اور تاریخ میں یہ بھی ایک انوکھی انوکھا پہلو ہے آپ کی زندگی کا کہ آپ نے یہ بتایا کہ کس طرح سے پیس فل ایکٹیوزم کو کامیابی کے ساتھ چلایا جا سکتا ہے۔</w:t>
      </w:r>
    </w:p>
    <w:p>
      <w:r>
        <w:rPr>
          <w:b/>
        </w:rPr>
        <w:t xml:space="preserve">[1:22:01] </w:t>
      </w:r>
      <w:r>
        <w:t>yani aap ko aap jante hain ke Arab mein bohat zyada aap ke sath mukhalifaten ki gayeen, bohat zyada aap ko pareshaniyan pesh aayeen, aur logon se aap ka yani takrao hua.</w:t>
      </w:r>
    </w:p>
    <w:p>
      <w:pPr>
        <w:jc w:val="right"/>
      </w:pPr>
      <w:r>
        <w:t>یعنی آپ کو آپ جانتے ہیں کہ عرب میں بہت زیادہ آپ کے ساتھ مخالفتیں کی گئیں، بہت زیادہ آپ کو پریشانیاں پیش آئیں، اور لوگوں سے آپ کا یعنی ٹکراؤ ہوا۔</w:t>
      </w:r>
    </w:p>
    <w:p>
      <w:r>
        <w:rPr>
          <w:b/>
        </w:rPr>
        <w:t xml:space="preserve">[1:22:17] </w:t>
      </w:r>
      <w:r>
        <w:t>logon ne attack kiya Madina ke upar. in sab ka muqabla aap ne peaceful method ke zariye kiya.</w:t>
      </w:r>
    </w:p>
    <w:p>
      <w:pPr>
        <w:jc w:val="right"/>
      </w:pPr>
      <w:r>
        <w:t>لوگوں نے اٹیک کیا مدینہ کے اوپر۔ ان سب کا مقابلہ آپ نے پیس فل میتھڈ کے ذریعے کیا۔</w:t>
      </w:r>
    </w:p>
    <w:p>
      <w:r>
        <w:rPr>
          <w:b/>
        </w:rPr>
        <w:t xml:space="preserve">[1:22:28] </w:t>
      </w:r>
      <w:r>
        <w:t>to peaceful activism ya peaceful activism ka sab se pehli baar tareekh mein jo kamyab namoona qaim kiya, wo rasool Allah sallallahu alaihi wasallam thay.</w:t>
      </w:r>
    </w:p>
    <w:p>
      <w:pPr>
        <w:jc w:val="right"/>
      </w:pPr>
      <w:r>
        <w:t>تو پیس فل ایکٹیوزم یا پیس فل ایکٹیوزم کا سب سے پہلی بار تاریخ میں جو کامیاب نمونہ قائم کیا، وہ رسول اللہ صلی اللہ علیہ وسلم تھے۔</w:t>
      </w:r>
    </w:p>
    <w:p>
      <w:r>
        <w:rPr>
          <w:b/>
        </w:rPr>
        <w:t xml:space="preserve">[1:22:41] </w:t>
      </w:r>
      <w:r>
        <w:t>hadees mein aata hai ke aap ne farmaya ke</w:t>
      </w:r>
    </w:p>
    <w:p>
      <w:pPr>
        <w:jc w:val="right"/>
      </w:pPr>
      <w:r>
        <w:t>حدیث میں آتا ہے کہ آپ نے فرمایا کہ</w:t>
      </w:r>
    </w:p>
    <w:p>
      <w:r>
        <w:rPr>
          <w:b/>
        </w:rPr>
        <w:t xml:space="preserve">[1:22:48] </w:t>
      </w:r>
      <w:r>
        <w:t>inna Allaha yughati al-rifqa ma la yughati al-ghunf</w:t>
      </w:r>
    </w:p>
    <w:p>
      <w:pPr>
        <w:jc w:val="right"/>
      </w:pPr>
      <w:r>
        <w:t>إن الله یغطی الرفق مالا یغطی الغنف</w:t>
      </w:r>
    </w:p>
    <w:p>
      <w:r>
        <w:rPr>
          <w:b/>
        </w:rPr>
        <w:t xml:space="preserve">[1:22:55] </w:t>
      </w:r>
      <w:r>
        <w:t>God grants to non violence. what he does not grant to violence? is principle ko bataya aap ne, aur is principle par poori movement chalai aap ne, aur is principle, is principle par chal kar ke aap ne bohat bari success success hasil ki.</w:t>
      </w:r>
    </w:p>
    <w:p>
      <w:pPr>
        <w:jc w:val="right"/>
      </w:pPr>
      <w:r>
        <w:t>گاڈ گرانٹس ٹو نان وائلنس۔ واٹ ہی ڈز ناٹ گرانٹ ٹو وائلنس؟ اس پرنسپل کو بتایا آپ نے، اور اس پرنسپل پر پوری موومنٹ چلائی آپ نے، اور اس پرنسپل، اس پرنسپل پر چل کر کے آپ نے بہت بڑی سکسیس سکسیس حاصل کی۔</w:t>
      </w:r>
    </w:p>
    <w:p>
      <w:r>
        <w:rPr>
          <w:b/>
        </w:rPr>
        <w:t xml:space="preserve">[1:23:12] </w:t>
      </w:r>
      <w:r>
        <w:t>to history mein aap ne ek bohat bara example set kiya ke peaceful method ke zariye aap bari se bari kamyabi hasil kar sakte hain. to is tarah ki bohat sari cheezen hain.</w:t>
      </w:r>
    </w:p>
    <w:p>
      <w:pPr>
        <w:jc w:val="right"/>
      </w:pPr>
      <w:r>
        <w:t>تو ہسٹری میں آپ نے ایک بہت بڑا ایگزیمپل سیٹ کیا کہ پیس فل میتھڈ کے ذریعے آپ بڑی سے بڑی کامیابی حاصل کر سکتے ہیں۔ تو اس طرح کی بہت ساری چیزیں ہیں۔</w:t>
      </w:r>
    </w:p>
    <w:p>
      <w:r>
        <w:rPr>
          <w:b/>
        </w:rPr>
        <w:t xml:space="preserve">[1:23:25] </w:t>
      </w:r>
      <w:r>
        <w:t>to main ye keh raha tha ke rasool Allah ke zariye jo bohat hi khaas cheez hamein mili hai, wo ye hai ke ek ek aisi kitab, Khuda ki kitab, jo jis par hum yaqeen kar sakein ke ye Khuda ki kitab hai,</w:t>
      </w:r>
    </w:p>
    <w:p>
      <w:pPr>
        <w:jc w:val="right"/>
      </w:pPr>
      <w:r>
        <w:t>تو میں یہ کہہ رہا تھا کہ رسول اللہ کے ذریعے جو بہت ہی خاص چیز ہمیں ملی ہے، وہ یہ ہے کہ ایک ایک ایسی کتاب، خدا کی کتاب، جو جس پر ہم یقین کر سکیں کہ یہ خدا کی کتاب ہے،</w:t>
      </w:r>
    </w:p>
    <w:p>
      <w:r>
        <w:rPr>
          <w:b/>
        </w:rPr>
        <w:t xml:space="preserve">[1:23:40] </w:t>
      </w:r>
      <w:r>
        <w:t>without any doubt, kyunke historical method par poori utarti hai. wo is ke baad mein le raha hoon Umar Farooq ko. ye Islam ki tareekh mein second caliph hain.</w:t>
      </w:r>
    </w:p>
    <w:p>
      <w:pPr>
        <w:jc w:val="right"/>
      </w:pPr>
      <w:r>
        <w:t>ودا آؤٹ اینی ڈاؤٹ، کیونکہ ہسٹوریکل میتھڈ پر پوری اترتی ہے۔ وہ اس کے بعد میں لے رہا ہوں عمر فاروق کو۔ یہ اسلام کی تاریخ میں سیکنڈ کیلیف ہیں۔</w:t>
      </w:r>
    </w:p>
    <w:p>
      <w:r>
        <w:rPr>
          <w:b/>
        </w:rPr>
        <w:t xml:space="preserve">[1:23:52] </w:t>
      </w:r>
      <w:r>
        <w:t>yeh un ko, un ka jo zamanah hai khilafat ka, woh 600, 634 se le kar 644 tak hai, yani das saal se kuch ziyadah.</w:t>
      </w:r>
    </w:p>
    <w:p>
      <w:pPr>
        <w:jc w:val="right"/>
      </w:pPr>
      <w:r>
        <w:t>یہ ان کو، ان کا جو زمانہ ہے خلافت کا، وہ 600، 634 سے لے کر 644 تک ہے، یعنی دس سال سے کچھ زیادہ۔</w:t>
      </w:r>
    </w:p>
    <w:p>
      <w:r>
        <w:rPr>
          <w:b/>
        </w:rPr>
        <w:t xml:space="preserve">[1:24:06] </w:t>
      </w:r>
      <w:r>
        <w:t>lekin is choti si muddat mein bohat bara waqea hua aap ke zamanah mein, woh yeh ke do empire, Roman Empire aur Sasani Empire, toot gaye.</w:t>
      </w:r>
    </w:p>
    <w:p>
      <w:pPr>
        <w:jc w:val="right"/>
      </w:pPr>
      <w:r>
        <w:t>لیکن اس چھوٹی سی مدت میں بہت بڑا واقعہ ہوا آپ کے زمانے میں، وہ یہ کہ دو ایمپائر، رومن ایمپائر اور ساسانی ایمپائر، ٹوٹ گئے۔</w:t>
      </w:r>
    </w:p>
    <w:p>
      <w:r>
        <w:rPr>
          <w:b/>
        </w:rPr>
        <w:t xml:space="preserve">[1:24:17] </w:t>
      </w:r>
      <w:r>
        <w:t>yani in logon ne chaha ke Islami ki state ko tod dalen, lekin woh khud toot gaye. Is tak, is jab in takrao kiya to to is zamanah mein jis tarah se organize kiya Umar Farooq ne is poori muhim ko, is poori campaign ko, woh ek bohat lambi kahani hai.</w:t>
      </w:r>
    </w:p>
    <w:p>
      <w:pPr>
        <w:jc w:val="right"/>
      </w:pPr>
      <w:r>
        <w:t>یعنی ان لوگوں نے چاہا کہ اسلامی کی سٹیٹ کو توڑ ڈالیں، لیکن وہ خود ٹوٹ گئے۔ اس تک، اس جب ان ٹکراؤ کیا تو تو اس زمانے میں جس طرح سے ارگنائز کیا عمر فاروق نے اس پوری مہم کو، اس پوری کیمپین کو، وہ ایک بہت لمبی کہانی ہے۔</w:t>
      </w:r>
    </w:p>
    <w:p>
      <w:r>
        <w:rPr>
          <w:b/>
        </w:rPr>
        <w:t xml:space="preserve">[1:24:32] </w:t>
      </w:r>
      <w:r>
        <w:t>aap is ko Al-Farooq mein parh sakte hain. Main sirf yeh kehna chahta hoon ke yeh do empire, Roman Empire aur yeh Sasani a</w:t>
      </w:r>
    </w:p>
    <w:p>
      <w:pPr>
        <w:jc w:val="right"/>
      </w:pPr>
      <w:r>
        <w:t>آپ اس کو الفاروق میں پڑھ سکتے ہیں۔ میں صرف یہ کہنا چاہتا ہوں کہ یہ دو ایمپائر، رومن ایمپائر اور یہ ساسانی ا</w:t>
      </w:r>
    </w:p>
    <w:p>
      <w:r>
        <w:rPr>
          <w:b/>
        </w:rPr>
        <w:t xml:space="preserve">[1:24:42] </w:t>
      </w:r>
      <w:r>
        <w:t>mpire, yeh do empire jo thay, yeh yeh is ko, yani is zamanah mein, ya do woh thay, do sab se bari empire theen jo rasta roke hue theen taraqqi ka,</w:t>
      </w:r>
    </w:p>
    <w:p>
      <w:pPr>
        <w:jc w:val="right"/>
      </w:pPr>
      <w:r>
        <w:t>یمپائر، یہ دو ایمپائر جو تھے، یہ یہ اس کو، یعنی اس زمانے میں، یا دو وہ تھے، دو سب سے بڑی ایمپائر تھیں جو راستہ روکے ہوئے تھیں ترقی کا،</w:t>
      </w:r>
    </w:p>
    <w:p>
      <w:r>
        <w:rPr>
          <w:b/>
        </w:rPr>
        <w:t xml:space="preserve">[1:25:00] </w:t>
      </w:r>
      <w:r>
        <w:t>kyun ke superstition ke yeh log pattern bane hue thay. Superstition ke pattern.</w:t>
      </w:r>
    </w:p>
    <w:p>
      <w:pPr>
        <w:jc w:val="right"/>
      </w:pPr>
      <w:r>
        <w:t>کیونکہ سپر اسٹیشن کے یہ لوگ پیٹرن بنے ہوئے تھے۔ سپر اسٹیشن کے پیٹرن۔</w:t>
      </w:r>
    </w:p>
    <w:p>
      <w:r>
        <w:rPr>
          <w:b/>
        </w:rPr>
        <w:t xml:space="preserve">[1:25:08] </w:t>
      </w:r>
      <w:r>
        <w:t>to jab yeh dono empire toot gaye, ek naya daur shuru hua. Is ko bohat ziyadah etiraf kiya hai historians</w:t>
      </w:r>
    </w:p>
    <w:p>
      <w:pPr>
        <w:jc w:val="right"/>
      </w:pPr>
      <w:r>
        <w:t>تو جب یہ دونوں ایمپائر ٹوٹ گئے، ایک نیا دور شروع ہوا۔ اس کو بہت زیادہ اعتراف کیا ہے ہسٹور</w:t>
      </w:r>
    </w:p>
    <w:p>
      <w:r>
        <w:rPr>
          <w:b/>
        </w:rPr>
        <w:t xml:space="preserve">[1:25:17] </w:t>
      </w:r>
      <w:r>
        <w:t>ne. Main sirf aap ko ek historian ka naam deta hoon, woh hai Henry Pirenne. Yeh French historian hai, is ka naam hai Henry Pirenne, aur is ki kitaben hain, prescribe hain universities mein.</w:t>
      </w:r>
    </w:p>
    <w:p>
      <w:pPr>
        <w:jc w:val="right"/>
      </w:pPr>
      <w:r>
        <w:t>ینز نے۔ میں صرف آپ کو ایک ہسٹورین کا نام دیتا ہوں، وہ ہے ہنری پرین۔ یہ فرنچ ہسٹورین ہے، اس کا نام ہے ہنری پرین، اور اس کی کتابیں ہیں، پریسکرائب ہیں یونیورسٹیوں میں۔</w:t>
      </w:r>
    </w:p>
    <w:p>
      <w:r>
        <w:rPr>
          <w:b/>
        </w:rPr>
        <w:t xml:space="preserve">[1:25:31] </w:t>
      </w:r>
      <w:r>
        <w:t>to is ne bataya ke yeh jo revolution aaya ke yeh dono empire toot gaye, ek naya age shuru hua, is ko is ne sari taraqqiyan jo baad ko aeen, sari development jo baad ko hui, is is ko bataya ke isi ke baad sari sari development hui hai.</w:t>
      </w:r>
    </w:p>
    <w:p>
      <w:pPr>
        <w:jc w:val="right"/>
      </w:pPr>
      <w:r>
        <w:t>تو اس نے بتایا کہ یہ جو ریولوشن آیا کہ یہ دونوں ایمپائر ٹوٹ گئے، ایک نیا ایج شروع ہوا، اس کو اس نے ساری ترقیاں جو بعد کو آئیں، ساری ڈیولپمنٹ جو بعد کو ہوئی، اس اس کو بتایا کہ اسی کے بعد ساری ساری ڈیولپمنٹ ہوئی ہے۔</w:t>
      </w:r>
    </w:p>
    <w:p>
      <w:r>
        <w:rPr>
          <w:b/>
        </w:rPr>
        <w:t xml:space="preserve">[1:25:51] </w:t>
      </w:r>
      <w:r>
        <w:t>agar yeh log na, agar yeh empire na khatam hue hotay to nai taraqqiyon ka jo daur dunya mein aaya, woh bhi na shuru hota.</w:t>
      </w:r>
    </w:p>
    <w:p>
      <w:pPr>
        <w:jc w:val="right"/>
      </w:pPr>
      <w:r>
        <w:t>اگر یہ لوگ نہ، اگر یہ ایمپائر نہ ختم ہوئے ہوتے تو نئی ترقیوں کا جو دور دنیا میں آیا، وہ بھی نہ شروع ہوتا۔</w:t>
      </w:r>
    </w:p>
    <w:p>
      <w:r>
        <w:rPr>
          <w:b/>
        </w:rPr>
        <w:t xml:space="preserve">[1:25:58] </w:t>
      </w:r>
      <w:r>
        <w:t>to is ne bohat hi shandar alfaz mein is ko contribute diya hai. Is ke alfaz yeh hain ke, yani woh zamanay, chunke yeh waqea hua Umar Farooq ke zamanah mein, is liye main Umar Farooq se relate kar ke yeh baat keh raha hoon.</w:t>
      </w:r>
    </w:p>
    <w:p>
      <w:pPr>
        <w:jc w:val="right"/>
      </w:pPr>
      <w:r>
        <w:t>تو اس نے بہت ہی شاندار الفاظ میں اس کو کنٹریبیوٹ دیا ہے۔ اس کے الفاظ یہ ہیں کہ، یعنی وہ زمانے، چونکہ یہ واقعہ ہوا عمر فاروق کے زمانے میں، اس لیے میں عمر فاروق سے ریلیٹ کر کے یہ بات کہہ رہا ہوں۔</w:t>
      </w:r>
    </w:p>
    <w:p>
      <w:r>
        <w:rPr>
          <w:b/>
        </w:rPr>
        <w:t xml:space="preserve">[1:26:15] </w:t>
      </w:r>
      <w:r>
        <w:t>is ne Islam se mansoob kar ke kahi yeh baat. Is ne kaha hai ke Islam change the face of the globe.</w:t>
      </w:r>
    </w:p>
    <w:p>
      <w:pPr>
        <w:jc w:val="right"/>
      </w:pPr>
      <w:r>
        <w:t>اس نے اسلام سے منسوب کر کے کہی یہ بات۔ اس نے کہا ہے کہ اسلام چینج دا فیس آف دا گلوب۔</w:t>
      </w:r>
    </w:p>
    <w:p>
      <w:r>
        <w:rPr>
          <w:b/>
        </w:rPr>
        <w:t xml:space="preserve">[1:26:25] </w:t>
      </w:r>
      <w:r>
        <w:t>Islam change the face of the globe. The traditional order of history was overthrown. The traditional order of history was overthrown.</w:t>
      </w:r>
    </w:p>
    <w:p>
      <w:pPr>
        <w:jc w:val="right"/>
      </w:pPr>
      <w:r>
        <w:t>اسلام چینج دا فیس آف دا گلوب۔ دا ٹریڈیشنل آرڈر آف ہسٹری واز اوور تھرون۔ دا ٹریڈیشنل آرڈر آف ہسٹری واز اوور تھرون۔</w:t>
      </w:r>
    </w:p>
    <w:p>
      <w:r>
        <w:rPr>
          <w:b/>
        </w:rPr>
        <w:t xml:space="preserve">[1:26:37] </w:t>
      </w:r>
      <w:r>
        <w:t>to dunya jo chal rahi thi ab tak tradition par, superstition par, hazaron saal se, aur yeh empire is ke pattern bane hue thay, yeh is ne apni kitabon mein dikhaya hai.</w:t>
      </w:r>
    </w:p>
    <w:p>
      <w:pPr>
        <w:jc w:val="right"/>
      </w:pPr>
      <w:r>
        <w:t>تو دنیا جو چل رہی تھی اب تک ٹریڈیشن پر، سپر اسٹیشن پر، ہزاروں سال سے، اور یہ ایمپائر اس کے پیٹرن بنے ہوئے تھے، یہ اس نے اپنی کتابوں میں دکھایا ہے۔</w:t>
      </w:r>
    </w:p>
    <w:p>
      <w:r>
        <w:rPr>
          <w:b/>
        </w:rPr>
        <w:t xml:space="preserve">[1:26:51] </w:t>
      </w:r>
      <w:r>
        <w:t>jab empire toot gaye to ek ek ek flood aa gaya taraqqiyon ka. Ab dunya ka ek naya safar shuru hua. Superstition ke bajaye science ka daur aaya.</w:t>
      </w:r>
    </w:p>
    <w:p>
      <w:pPr>
        <w:jc w:val="right"/>
      </w:pPr>
      <w:r>
        <w:t>جب ایمپائر ٹوٹ گئے تو ایک ایک ایک فلڈ آ گیا ترقیوں کا۔ اب دنیا کا ایک نیا سفر شروع ہوا۔ سپر اسٹیشن کے بجائے سائنس کا دوران آیا۔</w:t>
      </w:r>
    </w:p>
    <w:p>
      <w:r>
        <w:rPr>
          <w:b/>
        </w:rPr>
        <w:t xml:space="preserve">[1:27:03] </w:t>
      </w:r>
      <w:r>
        <w:t>is ke baad superstition ka daur khatam kar ke science ka daur shuru hua. Ghulami ka daur shuru khatam kar ke azadi ka daur shuru hua.</w:t>
      </w:r>
    </w:p>
    <w:p>
      <w:pPr>
        <w:jc w:val="right"/>
      </w:pPr>
      <w:r>
        <w:t>اس کے بعد سپریشن کا دور ختم کر کے سائنس کا دور شروع ہوا۔ غلامی کا دور شروع ختم کر کے آزادی کا دور شروع ہوا۔</w:t>
      </w:r>
    </w:p>
    <w:p>
      <w:r>
        <w:rPr>
          <w:b/>
        </w:rPr>
        <w:t xml:space="preserve">[1:27:16] </w:t>
      </w:r>
      <w:r>
        <w:t>to yeh is ka etiraf karte hi is ne yeh kaha hai ke Islam change the face of the globe. The traditional order of history was overthrown.</w:t>
      </w:r>
    </w:p>
    <w:p>
      <w:pPr>
        <w:jc w:val="right"/>
      </w:pPr>
      <w:r>
        <w:t>تو یہ اس کا اعتراف کرتے ہی اس نے یہ کہا ہے کہ اسلام چینج دا فیس آف دا گلوب۔ دا ٹریڈیشنل آرڈر آف ہسٹری واز اوور تھرون۔</w:t>
      </w:r>
    </w:p>
    <w:p>
      <w:r>
        <w:rPr>
          <w:b/>
        </w:rPr>
        <w:t xml:space="preserve">[1:27:26] </w:t>
      </w:r>
      <w:r>
        <w:t>to yeh ek naya, ek naye daur ki yeh ya symbol ban gayi hai Umar Farooq, jab ke dunya ne superstition se nikal kar ke scientific daur ki taraf apna safar shuru kiya.</w:t>
      </w:r>
    </w:p>
    <w:p>
      <w:pPr>
        <w:jc w:val="right"/>
      </w:pPr>
      <w:r>
        <w:t>تو یہ ایک نیا، ایک نئے دور کی یہ یا سمبل بن گئی ہے عمر فاروق، جبکہ دنیا نے سپریسی سے نکل کر کے سائنسی دور کی طرف اپنا سفر شروع کیا۔</w:t>
      </w:r>
    </w:p>
    <w:p>
      <w:r>
        <w:rPr>
          <w:b/>
        </w:rPr>
        <w:t xml:space="preserve">[1:27:40] </w:t>
      </w:r>
      <w:r>
        <w:t>is ke baad main naam loon ga Ibn Khaldun ka</w:t>
      </w:r>
    </w:p>
    <w:p>
      <w:pPr>
        <w:jc w:val="right"/>
      </w:pPr>
      <w:r>
        <w:t>اس کے بعد میں نام لوں گا ابن خلدون کا</w:t>
      </w:r>
    </w:p>
    <w:p>
      <w:r>
        <w:rPr>
          <w:b/>
        </w:rPr>
        <w:t xml:space="preserve">[1:27:43] </w:t>
      </w:r>
      <w:r>
        <w:t>. Ibn Khaldun ki paidaish hui hai 1332 AD mein, 1332 AD mein.</w:t>
      </w:r>
    </w:p>
    <w:p>
      <w:pPr>
        <w:jc w:val="right"/>
      </w:pPr>
      <w:r>
        <w:t>۔ ابن خلدون کی پیدائش ہوئی ہے 1332 اے ڈی میں، 1332 اے ڈی میں۔</w:t>
      </w:r>
    </w:p>
    <w:p>
      <w:r>
        <w:rPr>
          <w:b/>
        </w:rPr>
        <w:t xml:space="preserve">[1:27:54] </w:t>
      </w:r>
      <w:r>
        <w:t>yeh Spain mein paida hua, Muslim Spain ke zamanah mein. Ibn Khaldun ka ek bohat bara karnama hai jo tamam historians ne mana hai.</w:t>
      </w:r>
    </w:p>
    <w:p>
      <w:pPr>
        <w:jc w:val="right"/>
      </w:pPr>
      <w:r>
        <w:t>یہ اسپین میں پیدا ہوا، مسلم اسپین کے زمانے میں۔ ابن خلدون کا ایک بہت بڑا کارنامہ ہے جو تمام ہسٹورین نے مانا ہے۔</w:t>
      </w:r>
    </w:p>
    <w:p>
      <w:r>
        <w:rPr>
          <w:b/>
        </w:rPr>
        <w:t xml:space="preserve">[1:28:04] </w:t>
      </w:r>
      <w:r>
        <w:t>woh kiya? History writing ko is ne ek naye zamanah mein dakhil kiya.</w:t>
      </w:r>
    </w:p>
    <w:p>
      <w:pPr>
        <w:jc w:val="right"/>
      </w:pPr>
      <w:r>
        <w:t>وہ کیا؟ ہسٹری رائٹنگ کو اس نے ایک نئے زمانے میں داخل کیا۔</w:t>
      </w:r>
    </w:p>
    <w:p>
      <w:r>
        <w:rPr>
          <w:b/>
        </w:rPr>
        <w:t xml:space="preserve">[1:28:10] </w:t>
      </w:r>
      <w:r>
        <w:t>Ibn Khaldun se pehle jo history hua karti thi, woh royalty ki history hoti thi, yani king ki history. King ki kab woh throne par baitha, kaun king kab mara, aur kis king ka wali ahad kab paida hua,</w:t>
      </w:r>
    </w:p>
    <w:p>
      <w:pPr>
        <w:jc w:val="right"/>
      </w:pPr>
      <w:r>
        <w:t>ابن خلدون سے پہلے جو ہسٹری ہوا کرتی تھی، وہ رائلٹی کی ہسٹری ہوتی تھی، یعنی کنگ کی ہسٹری۔ کنگ کی کب وہ تھرون پر بیٹھا، کون کنگ کب مرا، اور کس کنگ کا ولی عہد کب پیدا ہوا،</w:t>
      </w:r>
    </w:p>
    <w:p>
      <w:r>
        <w:rPr>
          <w:b/>
        </w:rPr>
        <w:t xml:space="preserve">[1:28:28] </w:t>
      </w:r>
      <w:r>
        <w:t>aur kis jang mein woh jeeta, kis jang mein hara. To king ki history ka naam tha history. Ibn Khaldun se pehle,</w:t>
      </w:r>
    </w:p>
    <w:p>
      <w:pPr>
        <w:jc w:val="right"/>
      </w:pPr>
      <w:r>
        <w:t>اور کس جنگ میں وہ جیتا، کس جنگ میں ہارا۔ تو کنگ کی ہسٹری کا نام تھا ہسٹری۔ ابن خلدون سے پہلے،</w:t>
      </w:r>
    </w:p>
    <w:p>
      <w:r>
        <w:rPr>
          <w:b/>
        </w:rPr>
        <w:t xml:space="preserve">[1:28:38] </w:t>
      </w:r>
      <w:r>
        <w:t>yani aam jo zindagi hai, jo social life hai, jo national life hai, jo insan ki zindagi hai, woh record nahi hoti thi history mein.</w:t>
      </w:r>
    </w:p>
    <w:p>
      <w:pPr>
        <w:jc w:val="right"/>
      </w:pPr>
      <w:r>
        <w:t>یعنی عام جو زندگی ہے، جو سوشل لائف ہے، جو نیشنل لائف ہے، جو انسان کی زندگی ہے، وہ ریکارڈ نہیں ہوتی تھی ہسٹری میں۔</w:t>
      </w:r>
    </w:p>
    <w:p>
      <w:r>
        <w:rPr>
          <w:b/>
        </w:rPr>
        <w:t xml:space="preserve">[1:28:47] </w:t>
      </w:r>
      <w:r>
        <w:t>is ko aap jaan sakte thay yeh kahaniyon mein. pichlay zamanay ki jo social zindagi hai, woh kahaniyon mein toh mil sakti hai aap ko, lekin history mein nahi mil sakti.</w:t>
      </w:r>
    </w:p>
    <w:p>
      <w:pPr>
        <w:jc w:val="right"/>
      </w:pPr>
      <w:r>
        <w:t>اس کو آپ جان سکتے تھے یہ کہانیوں میں۔ پچھلے زمانے کی جو سوشل زندگی ہے، وہ کہانیوں میں تو مل سکتی ہے آپ کو، لیکن ہسٹری میں نہیں مل سکتی۔</w:t>
      </w:r>
    </w:p>
    <w:p>
      <w:r>
        <w:rPr>
          <w:b/>
        </w:rPr>
        <w:t xml:space="preserve">[1:28:59] </w:t>
      </w:r>
      <w:r>
        <w:t>recorded history hai, is mein badshahon ki kahaniyan hain, badshahon ke waqiat hain.</w:t>
      </w:r>
    </w:p>
    <w:p>
      <w:pPr>
        <w:jc w:val="right"/>
      </w:pPr>
      <w:r>
        <w:t>ریکارڈڈ ہسٹری ہے، اس میں بادشاہوں کی کہانیاں ہیں، بادشاہوں کے واقعات ہیں۔</w:t>
      </w:r>
    </w:p>
    <w:p>
      <w:r>
        <w:rPr>
          <w:b/>
        </w:rPr>
        <w:t xml:space="preserve">[1:29:05] </w:t>
      </w:r>
      <w:r>
        <w:t>toh toh is ne ek kitaab likhi jo muqaddama ibn khaldun kahi jati hai. moti si kitaab hai, woh saari duniya ki zubanon mein is ke translation ho chukay hain.</w:t>
      </w:r>
    </w:p>
    <w:p>
      <w:pPr>
        <w:jc w:val="right"/>
      </w:pPr>
      <w:r>
        <w:t>تو تو اس نے ایک کتاب لکھی جو مقدمہ ابن خلدون کہی جاتی ہے۔ موٹی سی کتاب ہے، وہ ساری دنیا کی زبانوں میں اس کے ٹرانسلیشن ہو چکے ہیں۔</w:t>
      </w:r>
    </w:p>
    <w:p>
      <w:r>
        <w:rPr>
          <w:b/>
        </w:rPr>
        <w:t xml:space="preserve">[1:29:18] </w:t>
      </w:r>
      <w:r>
        <w:t>saari duniya ki zubanon mein is ke translation ho chukay hain. is ne bohat hi taqatwar andaaz mein is ko sabit kiya. history poori insaniyat ki history ka naam hai, sirf badshahon ke waqiat ke naam nahi hain.</w:t>
      </w:r>
    </w:p>
    <w:p>
      <w:pPr>
        <w:jc w:val="right"/>
      </w:pPr>
      <w:r>
        <w:t>ساری دنیا کی زبانوں میں اس کے ٹرانسلیشن ہو چکے ہیں۔ اس نے بہت ہی طاقتور انداز میں اس کو ثابت کیا۔ ہسٹری پوری انسانیت کی ہسٹری کا نام ہے، صرف بادشاہوں کے واقعات کے نام نہیں ہیں۔</w:t>
      </w:r>
    </w:p>
    <w:p>
      <w:r>
        <w:rPr>
          <w:b/>
        </w:rPr>
        <w:t xml:space="preserve">[1:29:30] </w:t>
      </w:r>
      <w:r>
        <w:t>toh pehli baar ibn khaldun ke baad, yaani history writing ka naya zamanay shuru hua, jabkay poori poori insani zindagi ko cover kiya janay laga.</w:t>
      </w:r>
    </w:p>
    <w:p>
      <w:pPr>
        <w:jc w:val="right"/>
      </w:pPr>
      <w:r>
        <w:t>تو پہلی بار ابن خلدون کے بعد، یعنی ہسٹری رائٹنگ کا نیا زمانہ شروع ہوا، جبکہ پوری پوری انسانی زندگی کو کور کیا جانے لگا۔</w:t>
      </w:r>
    </w:p>
    <w:p>
      <w:r>
        <w:rPr>
          <w:b/>
        </w:rPr>
        <w:t xml:space="preserve">[1:29:41] </w:t>
      </w:r>
      <w:r>
        <w:t>poori poori social life, poori poori national life, insaan ki activities, yaani other their king jo activities thi, woh sab history ka subject ban gayi.</w:t>
      </w:r>
    </w:p>
    <w:p>
      <w:pPr>
        <w:jc w:val="right"/>
      </w:pPr>
      <w:r>
        <w:t>پوری پوری سوشل لائف، پوری پوری نیشنل لائف، انسان کی ایکٹیویٹیز، یعنی ادر دیر کنگ جو ایکٹیویٹیز تھیں، وہ سب ہسٹری کا سبجیکٹ بن گئی۔</w:t>
      </w:r>
    </w:p>
    <w:p>
      <w:r>
        <w:rPr>
          <w:b/>
        </w:rPr>
        <w:t xml:space="preserve">[1:29:52] </w:t>
      </w:r>
      <w:r>
        <w:t>toh history mein ek naya jo revolution aaya, is ko lanay wala tha ibn khaldun. is liye is ko, yaani naye naye naye tareekh ke naye zamanay ka, is ko woh woh founder samjha jata hai.</w:t>
      </w:r>
    </w:p>
    <w:p>
      <w:pPr>
        <w:jc w:val="right"/>
      </w:pPr>
      <w:r>
        <w:t>تو ہسٹری میں ایک نیا جو ریولوشن آیا، اس کو لانے والا تھا ابن خلدون۔ اس لیے اس کو، یعنی نئے نئے نئے تاریخ کے نئے زمانے کا، اس کو وہ وہ فاؤنڈر سمجھا جاتا ہے۔</w:t>
      </w:r>
    </w:p>
    <w:p>
      <w:r>
        <w:rPr>
          <w:b/>
        </w:rPr>
        <w:t xml:space="preserve">[1:30:13] </w:t>
      </w:r>
      <w:r>
        <w:t>aap kisi bhi kitaab mein parhein ibn khaldun ke baray mein toh aap dekhein gay ke wahan log is ko acknowledge karte hain, is hissay se ke woh naye tareekh ke naye daur ka yahi founder tha.</w:t>
      </w:r>
    </w:p>
    <w:p>
      <w:pPr>
        <w:jc w:val="right"/>
      </w:pPr>
      <w:r>
        <w:t>آپ کسی بھی کتاب میں پڑھیں ابن خلدون کے بارے میں تو آپ دیکھیں گے کہ وہاں لوگ اس کو اکنالج کرتے ہیں، اس حصے سے کہ وہ نئے تاریخ کے نئے دور کا یہی فاؤنڈر تھا۔</w:t>
      </w:r>
    </w:p>
    <w:p>
      <w:r>
        <w:rPr>
          <w:b/>
        </w:rPr>
        <w:t xml:space="preserve">[1:30:27] </w:t>
      </w:r>
      <w:r>
        <w:t>yeh is ki kitaab jo ibn khaldun hai, woh har zuban, woh muqaddama ibn khaldun mere paas arabic mein hai, jo asal hai. baqi har zuban mein woh chhap chuki hai.</w:t>
      </w:r>
    </w:p>
    <w:p>
      <w:pPr>
        <w:jc w:val="right"/>
      </w:pPr>
      <w:r>
        <w:t>یہ اس کی کتاب جو ابن خلدون ہے، وہ ہر زبان، وہ مقدمہ ابن خلدون میرے پاس عربک میں ہے، جو اصل ہے۔ باقی ہر زبان میں وہ چھپ چکی ہے۔</w:t>
      </w:r>
    </w:p>
    <w:p>
      <w:r>
        <w:rPr>
          <w:b/>
        </w:rPr>
        <w:t xml:space="preserve">[1:30:39] </w:t>
      </w:r>
      <w:r>
        <w:t>is ke baad mein naam loon ga</w:t>
      </w:r>
    </w:p>
    <w:p>
      <w:pPr>
        <w:jc w:val="right"/>
      </w:pPr>
      <w:r>
        <w:t>اس کے بعد میں نام لوں گا</w:t>
      </w:r>
    </w:p>
    <w:p>
      <w:r>
        <w:rPr>
          <w:b/>
        </w:rPr>
        <w:t xml:space="preserve">[1:30:44] </w:t>
      </w:r>
      <w:r>
        <w:t>newton ka. newton jo hai, paida hua 1642 mein, yaani six 1642 mein.</w:t>
      </w:r>
    </w:p>
    <w:p>
      <w:pPr>
        <w:jc w:val="right"/>
      </w:pPr>
      <w:r>
        <w:t>نیوٹن کا۔ نیوٹن جو ہے، پیدا ہوا 1642 میں، یعنی سکس 1642 میں۔</w:t>
      </w:r>
    </w:p>
    <w:p>
      <w:r>
        <w:rPr>
          <w:b/>
        </w:rPr>
        <w:t xml:space="preserve">[1:30:59] </w:t>
      </w:r>
      <w:r>
        <w:t>newton founder modern science ka founder mana jata hai.</w:t>
      </w:r>
    </w:p>
    <w:p>
      <w:pPr>
        <w:jc w:val="right"/>
      </w:pPr>
      <w:r>
        <w:t>نیوٹن فاؤنڈ ماڈرن سائنس کا فاؤنڈر مانا جاتا ہے۔</w:t>
      </w:r>
    </w:p>
    <w:p>
      <w:r>
        <w:rPr>
          <w:b/>
        </w:rPr>
        <w:t xml:space="preserve">[1:31:05] </w:t>
      </w:r>
      <w:r>
        <w:t>is ne ek ek naya daur shuru kiya, aur is ka yeh karnameh hai ke jo is ko hum kehte hain macro world. macro world ko discover karne ka process jari kiya.</w:t>
      </w:r>
    </w:p>
    <w:p>
      <w:pPr>
        <w:jc w:val="right"/>
      </w:pPr>
      <w:r>
        <w:t>اس نے ایک ایک نیا دور شروع کیا، اور اس کا یہ کارنامہ ہے کہ جو اس کو ہم کہتے ہیں میکرو ورلڈ۔ میکرو ورلڈ کو ڈسکور کرنے کا پروسیس جاری کیا۔</w:t>
      </w:r>
    </w:p>
    <w:p>
      <w:r>
        <w:rPr>
          <w:b/>
        </w:rPr>
        <w:t xml:space="preserve">[1:31:16] </w:t>
      </w:r>
      <w:r>
        <w:t>is ne is se pehlay aadmi kuch nahi janta tha newton se pehlay,</w:t>
      </w:r>
    </w:p>
    <w:p>
      <w:pPr>
        <w:jc w:val="right"/>
      </w:pPr>
      <w:r>
        <w:t>اس نے اس سے پہلے آدمی کچھ نہیں جانتا تھا نیوٹن سے پہلے،</w:t>
      </w:r>
    </w:p>
    <w:p>
      <w:r>
        <w:rPr>
          <w:b/>
        </w:rPr>
        <w:t xml:space="preserve">[1:31:22] </w:t>
      </w:r>
      <w:r>
        <w:t>lekin is ne scientific andaaz mein study ki, mathematical andaaz mein is ko explain kiya, aur macro world ko is ne khud discover kiya.</w:t>
      </w:r>
    </w:p>
    <w:p>
      <w:pPr>
        <w:jc w:val="right"/>
      </w:pPr>
      <w:r>
        <w:t>لیکن اس نے سائنٹیفک انداز میں اسٹڈی کی، میتھمیٹیکل انداز میں اس کو ایکسپلین کیا، اور میکرو ورلڈ کو اس نے خود ڈسکور کیا۔</w:t>
      </w:r>
    </w:p>
    <w:p>
      <w:r>
        <w:rPr>
          <w:b/>
        </w:rPr>
        <w:t xml:space="preserve">[1:31:35] </w:t>
      </w:r>
      <w:r>
        <w:t>is ka rasta nikala gaya, is ko aagay barhaya jaye is ilm ko. toh macro world ko discover karne wala tha newton. is ka matlab yeh nahi ke is sab sab kuch is ne discover kar liya tha apni zindagi</w:t>
      </w:r>
    </w:p>
    <w:p>
      <w:pPr>
        <w:jc w:val="right"/>
      </w:pPr>
      <w:r>
        <w:t>اس کا راستہ نکالا گیا، اس کو آگے بڑھایا جائے اس علم کو۔ تو میکرو ورلڈ کو ڈسکور کرنے والا تھا نیوٹن۔ اس کا مطلب یہ نہیں کہ اس سب سب کچھ اس نے ڈسکور کر لیا تھا اپنی زندگی</w:t>
      </w:r>
    </w:p>
    <w:p>
      <w:r>
        <w:rPr>
          <w:b/>
        </w:rPr>
        <w:t xml:space="preserve">[1:31:48] </w:t>
      </w:r>
      <w:r>
        <w:t>mein. matlab is ne ek process jari kiya jis se insaan macro world ko, macro world ka matlab hai ke jo dekhnay wali cheezein hain duniya mein, sun, moon, aur yeh stars, zameen,</w:t>
      </w:r>
    </w:p>
    <w:p>
      <w:pPr>
        <w:jc w:val="right"/>
      </w:pPr>
      <w:r>
        <w:t>میں۔ مطلب اس نے ایک پروسیس جاری کیا جس سے انسان میکرو ورلڈ کو، میکرو ورلڈ کا مطلب ہے کہ جو دیکھنے والی چیزیں ہیں دنیا میں، سن، مون، اور یہ سٹارز، زمین،</w:t>
      </w:r>
    </w:p>
    <w:p>
      <w:r>
        <w:rPr>
          <w:b/>
        </w:rPr>
        <w:t xml:space="preserve">[1:32:03] </w:t>
      </w:r>
      <w:r>
        <w:t>woh saari cheezein jo hamare observation mein aati hain, toh un ko macro world kaha jata hai. toh</w:t>
      </w:r>
    </w:p>
    <w:p>
      <w:pPr>
        <w:jc w:val="right"/>
      </w:pPr>
      <w:r>
        <w:t>وہ ساری چیزیں جو ہمارے ابزرویشن میں آتی ہیں، تو ان کو میکرو ورلڈ کہا جاتا ہے۔ تو</w:t>
      </w:r>
    </w:p>
    <w:p>
      <w:r>
        <w:rPr>
          <w:b/>
        </w:rPr>
        <w:t xml:space="preserve">[1:32:12] </w:t>
      </w:r>
      <w:r>
        <w:t>yeh newton hai jis ne macro world ke baray mein hum ko scientific knowledge di, aur hamare liye woh, yaani ek maloom waqia banaya.</w:t>
      </w:r>
    </w:p>
    <w:p>
      <w:pPr>
        <w:jc w:val="right"/>
      </w:pPr>
      <w:r>
        <w:t>یہ نیوٹن ہے جس نے میکرو ورلڈ کے بارے میں ہم کو سائنٹیفک نالج دی، اور ہمارے لیے وہ، یعنی ایک معلوم واقعہ بنایا۔</w:t>
      </w:r>
    </w:p>
    <w:p>
      <w:r>
        <w:rPr>
          <w:b/>
        </w:rPr>
        <w:t xml:space="preserve">[1:32:25] </w:t>
      </w:r>
      <w:r>
        <w:t>is se ek process chala jo jis mein bohat se aur personalities shamil huien, yahan tak ke woh ilm bohat aagay tak pohanch gaya.</w:t>
      </w:r>
    </w:p>
    <w:p>
      <w:pPr>
        <w:jc w:val="right"/>
      </w:pPr>
      <w:r>
        <w:t>اس سے ایک پروسیس چلا جو جس میں بہت سے اور پرسنیلٹیز شامل ہوئیں، یہاں تک کہ وہ علم بہت آگے تک پہنچ گیا۔</w:t>
      </w:r>
    </w:p>
    <w:p>
      <w:r>
        <w:rPr>
          <w:b/>
        </w:rPr>
        <w:t xml:space="preserve">[1:32:36] </w:t>
      </w:r>
      <w:r>
        <w:t>is ke baad mein naam loon ga, yaani history, yaani epoch makers jo personalities huien hain, un mein se ek hai russo, jo france mein paida hua.</w:t>
      </w:r>
    </w:p>
    <w:p>
      <w:pPr>
        <w:jc w:val="right"/>
      </w:pPr>
      <w:r>
        <w:t>اس کے بعد میں نام لوں گا، یعنی ہسٹری، یعنی ایپوک میکرز جو پرسنیلٹیز ہوئی ہیں، ان میں سے ایک ہے روسو، جو فرانس میں پیدا ہوا۔</w:t>
      </w:r>
    </w:p>
    <w:p>
      <w:r>
        <w:rPr>
          <w:b/>
        </w:rPr>
        <w:t xml:space="preserve">[1:32:49] </w:t>
      </w:r>
      <w:r>
        <w:t>russo paida hua 1712 mein. 1712 mein is ki book jo hai, social contract, pehli baar likhi gayi thi french language mein.</w:t>
      </w:r>
    </w:p>
    <w:p>
      <w:pPr>
        <w:jc w:val="right"/>
      </w:pPr>
      <w:r>
        <w:t>روسو پیدا ہوا 1712 میں۔ 1712 میں اس کی بک جو ہے، سوشل کنٹریکٹ، پہلی بار لکھی گئی تھی فرنچ لینگویج میں۔</w:t>
      </w:r>
    </w:p>
    <w:p>
      <w:r>
        <w:rPr>
          <w:b/>
        </w:rPr>
        <w:t xml:space="preserve">[1:33:01] </w:t>
      </w:r>
      <w:r>
        <w:t>is ke baad urdu mein is ke translation huay, aur bohat sari book hain is ki.</w:t>
      </w:r>
    </w:p>
    <w:p>
      <w:pPr>
        <w:jc w:val="right"/>
      </w:pPr>
      <w:r>
        <w:t>اس کے بعد اردوان میں اس کے ٹرانسلیشن ہوئے، اور بہت ساری بک ہیں اس کی۔</w:t>
      </w:r>
    </w:p>
    <w:p>
      <w:r>
        <w:rPr>
          <w:b/>
        </w:rPr>
        <w:t xml:space="preserve">[1:33:07] </w:t>
      </w:r>
      <w:r>
        <w:t>toh mein samajhta hoon ke duniya mein jo yeh jo daur aaya azadi ka, aur bhi bohat se logon ne kaam kiya hai is mein russo ke ilawa, lekin symbolic way mein ya alamati tor par mein naam leta hoon russo ka ke ek ek inqilab aaya france mein, ek revolution aaya france mein, woh phir phaila saari duniya mein.</w:t>
      </w:r>
    </w:p>
    <w:p>
      <w:pPr>
        <w:jc w:val="right"/>
      </w:pPr>
      <w:r>
        <w:t>تو میں سمجھتا ہوں کہ دنیا میں جو یہ جو دور آیا آزادی کا، اور بھی بہت سے لوگوں نے کام کیا ہے اس میں روسو کے علاوہ، لیکن سمبلک وے میں یا علامتی طور پر میں نام لیتا ہوں روسو کا کہ ایک ایک انقلاب آیا فرانس میں، ایک ریولوشن آیا فرانس میں، وہ پھر پھیلا ساری دنیا میں۔</w:t>
      </w:r>
    </w:p>
    <w:p>
      <w:r>
        <w:rPr>
          <w:b/>
        </w:rPr>
        <w:t xml:space="preserve">[1:33:29] </w:t>
      </w:r>
      <w:r>
        <w:t>isi ke baad yeh hua ke duniya mein azadi aayi,</w:t>
      </w:r>
    </w:p>
    <w:p>
      <w:pPr>
        <w:jc w:val="right"/>
      </w:pPr>
      <w:r>
        <w:t>اسی کے بعد یہ ہوا کہ دنیا میں آزادی آئی،</w:t>
      </w:r>
    </w:p>
    <w:p>
      <w:r>
        <w:rPr>
          <w:b/>
        </w:rPr>
        <w:t xml:space="preserve">[1:33:32] </w:t>
      </w:r>
      <w:r>
        <w:t>yani jis cheez ko hum kehte hain religious freedom, jo aaj hamein poori tarah haasil hai, us se pehle dunya mein maujood nahi thi.</w:t>
      </w:r>
    </w:p>
    <w:p>
      <w:pPr>
        <w:jc w:val="right"/>
      </w:pPr>
      <w:r>
        <w:t>یعنی جس چیز کو ہم کہتے ہیں ریلیجیس فریڈم، جو آج ہمیں پوری طرح حاصل ہے، اس سے پہلے دنیا میں موجود نہیں تھی۔</w:t>
      </w:r>
    </w:p>
    <w:p>
      <w:r>
        <w:rPr>
          <w:b/>
        </w:rPr>
        <w:t xml:space="preserve">[1:33:42] </w:t>
      </w:r>
      <w:r>
        <w:t>religious freedom us se pehle dunya mein nahi paai jaati thi ke hum jis mazhab ko chahein maanein, jis mazhab ke bare mein chahein likhein, jis mazhab ko chahein preach karein.</w:t>
      </w:r>
    </w:p>
    <w:p>
      <w:pPr>
        <w:jc w:val="right"/>
      </w:pPr>
      <w:r>
        <w:t>ریلیجیس فریڈم اس سے پہلے دنیا میں نہیں پائی جاتی تھی کہ ہم جس مذہب کو چاہیں مانیں، جس مذہب کے بارے میں چاہیں لکھیں، جس مذہب کو چاہیں پریچ کریں۔</w:t>
      </w:r>
    </w:p>
    <w:p>
      <w:r>
        <w:rPr>
          <w:b/>
        </w:rPr>
        <w:t xml:space="preserve">[1:33:54] </w:t>
      </w:r>
      <w:r>
        <w:t>sirf yeh hai ke hum violence agar na karein to hamein poori azaadi hai mazhab ke bare mein.</w:t>
      </w:r>
    </w:p>
    <w:p>
      <w:pPr>
        <w:jc w:val="right"/>
      </w:pPr>
      <w:r>
        <w:t>صرف یہ ہے کہ ہم وائیلنس اگر نہ کریں تو ہمیں پوری آزادی ہے مذہب کے بارے میں۔</w:t>
      </w:r>
    </w:p>
    <w:p>
      <w:r>
        <w:rPr>
          <w:b/>
        </w:rPr>
        <w:t xml:space="preserve">[1:34:01] </w:t>
      </w:r>
      <w:r>
        <w:t>to political freedom, religious freedom, social freedom, yeh saari freedom jo aayi hai, is ka alamaati tor par main kahunga ke yeh Rousseau se mansoob hoti hai.</w:t>
      </w:r>
    </w:p>
    <w:p>
      <w:pPr>
        <w:jc w:val="right"/>
      </w:pPr>
      <w:r>
        <w:t>تو پولیٹیکل فریڈم، ریلیجیس فریڈم، سوشل فریڈم، یہ ساری فریڈم جو آئی ہے، اس کا علامتی طور پر میں کہوں گا کہ یہ روسو سے منسوب ہوتی ہے۔</w:t>
      </w:r>
    </w:p>
    <w:p>
      <w:r>
        <w:rPr>
          <w:b/>
        </w:rPr>
        <w:t xml:space="preserve">[1:34:10] </w:t>
      </w:r>
      <w:r>
        <w:t>woh toh yeh bohat bara aaya hai, aik aik revolution hamare zamane mein ya history mein.</w:t>
      </w:r>
    </w:p>
    <w:p>
      <w:pPr>
        <w:jc w:val="right"/>
      </w:pPr>
      <w:r>
        <w:t>وہ تو یہ بہت بڑا آیا ہے، ایک ایک ریولوشن ہمارے زمانے میں یا ہسٹری میں۔</w:t>
      </w:r>
    </w:p>
    <w:p>
      <w:r>
        <w:rPr>
          <w:b/>
        </w:rPr>
        <w:t xml:space="preserve">[1:34:21] </w:t>
      </w:r>
      <w:r>
        <w:t>aap ghaur kijiye ke jab religious freedom nahi thi dunya mein to ab kuch aap bol nahi sakte thay. kuch boliye to aap ko talwar se kaat diya jaata tha.</w:t>
      </w:r>
    </w:p>
    <w:p>
      <w:pPr>
        <w:jc w:val="right"/>
      </w:pPr>
      <w:r>
        <w:t>آپ غور کیجئے کہ جب ریلیجیس فریڈم نہیں تھی دنیا میں تو اب کچھ آپ بول نہیں سکتے تھے۔ کچھ بولیے تو آپ کو تلوار سے کاٹ دیا جاتا تھا۔</w:t>
      </w:r>
    </w:p>
    <w:p>
      <w:r>
        <w:rPr>
          <w:b/>
        </w:rPr>
        <w:t xml:space="preserve">[1:34:31] </w:t>
      </w:r>
      <w:r>
        <w:t>jo badshah bole, wohi aap ka mazhab hai. bas badshah jo na bole, woh aap ka mazhab nahi hai. agar aap us ke khilaaf bolenge to aap qatal kar diye jayenge.</w:t>
      </w:r>
    </w:p>
    <w:p>
      <w:pPr>
        <w:jc w:val="right"/>
      </w:pPr>
      <w:r>
        <w:t>جو بادشاہ بولے، وہی آپ کا مذہب ہے۔ بس بادشاہ جو نہ بولے، وہ آپ کا مذہب نہیں ہے۔ اگر آپ اس کے خلاف بولیں گے تو آپ قتل کر دیے جائیں گے۔</w:t>
      </w:r>
    </w:p>
    <w:p>
      <w:r>
        <w:rPr>
          <w:b/>
        </w:rPr>
        <w:t xml:space="preserve">[1:34:43] </w:t>
      </w:r>
      <w:r>
        <w:t>aaj jo hum ko mila hua hai religious freedom, yeh us pehle zamane mein kabhi bhi nahi tha. Islam ne agarche is ka aaghaz kiya, lekin main samajhta hoon culmination is ka tha Europe mein hua.</w:t>
      </w:r>
    </w:p>
    <w:p>
      <w:pPr>
        <w:jc w:val="right"/>
      </w:pPr>
      <w:r>
        <w:t>آج جو ہم کو ملا ہوا ہے ریلیجیس فریڈم، یہ اس پہلے زمانے میں کبھی بھی نہیں تھا۔ اسلام نے اگرچہ اس کا آغاز کیا، لیکن میں سمجھتا ہوں کلمنیشن اس کا تھا یورپ میں ہوا۔</w:t>
      </w:r>
    </w:p>
    <w:p>
      <w:r>
        <w:rPr>
          <w:b/>
        </w:rPr>
        <w:t xml:space="preserve">[1:34:56] </w:t>
      </w:r>
      <w:r>
        <w:t>yani azaadi ka jo concept hai, us ko aaghaz kiya tha, yani Islam ne.</w:t>
      </w:r>
    </w:p>
    <w:p>
      <w:pPr>
        <w:jc w:val="right"/>
      </w:pPr>
      <w:r>
        <w:t>یعنی آزادی کا جو کانسیپٹ ہے، اس کو آغاز کیا تھا، یعنی اسلام نے۔</w:t>
      </w:r>
    </w:p>
    <w:p>
      <w:r>
        <w:rPr>
          <w:b/>
        </w:rPr>
        <w:t xml:space="preserve">[1:35:06] </w:t>
      </w:r>
      <w:r>
        <w:t>misal ke tor par dekhiye, us ne apni kitaab jo maine kaha social contract, us ko shuru karta hai woh is jumle se ke "Man was born free, but I see him in chains,</w:t>
      </w:r>
    </w:p>
    <w:p>
      <w:pPr>
        <w:jc w:val="right"/>
      </w:pPr>
      <w:r>
        <w:t>مثلاً دیکھیے، اس نے اپنی کتاب جو میں نے کہا سوشل کنٹریکٹ، اس کو شروع کرتا ہے وہ اس جملے سے کہ "مین واز بورن فری، بٹ آئی سی ہم سی ہم ان ان چین،</w:t>
      </w:r>
    </w:p>
    <w:p>
      <w:r>
        <w:rPr>
          <w:b/>
        </w:rPr>
        <w:t xml:space="preserve">[1:35:23] </w:t>
      </w:r>
      <w:r>
        <w:t>but now he is in chains.</w:t>
      </w:r>
    </w:p>
    <w:p>
      <w:pPr>
        <w:jc w:val="right"/>
      </w:pPr>
      <w:r>
        <w:t>بٹ ناو ہی از ان چین۔</w:t>
      </w:r>
    </w:p>
    <w:p>
      <w:r>
        <w:rPr>
          <w:b/>
        </w:rPr>
        <w:t xml:space="preserve">[1:35:25] </w:t>
      </w:r>
      <w:r>
        <w:t>Man was born, man was born free, but now I I see him in chains." insaan azaad paida hua tha, magar aaj woh zanjeeron mein jakda hua dikhai deta hai.</w:t>
      </w:r>
    </w:p>
    <w:p>
      <w:pPr>
        <w:jc w:val="right"/>
      </w:pPr>
      <w:r>
        <w:t>مین واز بورن، مین واز بورن فری، بٹ ناو آئی آئی سی ہم ان چین۔" انسان آزاد پیدا ہوا تھا، مگر آج وہ زنجیروں میں جکڑا ہوا دکھائی دیتا ہے۔</w:t>
      </w:r>
    </w:p>
    <w:p>
      <w:r>
        <w:rPr>
          <w:b/>
        </w:rPr>
        <w:t xml:space="preserve">[1:35:37] </w:t>
      </w:r>
      <w:r>
        <w:t>yeh sach poochhiye to yeh yeh baazgasht hai us jo us cheez ke jo us se bohat baray Hazrat Umar Farooq ne kaha tha.</w:t>
      </w:r>
    </w:p>
    <w:p>
      <w:pPr>
        <w:jc w:val="right"/>
      </w:pPr>
      <w:r>
        <w:t>یہ سچ پوچھیے تو یہ یہ بازگشت ہے اس جو اس چیز کے جو اس سے بہت بڑے حضرت عمر فاروق نے کہا تھا۔</w:t>
      </w:r>
    </w:p>
    <w:p>
      <w:r>
        <w:rPr>
          <w:b/>
        </w:rPr>
        <w:t xml:space="preserve">[1:35:48] </w:t>
      </w:r>
      <w:r>
        <w:t>to azaadi ka tasawwur ka aaghaz hua Islam ke inqilaab ke baad, lekin is ki takmeel jo hai, is ka culmination jo hua hai, woh Rousseau ke zamane mein.</w:t>
      </w:r>
    </w:p>
    <w:p>
      <w:pPr>
        <w:jc w:val="right"/>
      </w:pPr>
      <w:r>
        <w:t>تو آزادی کا تصور کا آغاز ہوا اسلام کے انقلاب کے بعد، لیکن اس کی تکمیل جو ہے، اس کا کلمنیشن جو ہوا ہے، وہ روسو کے زمانے میں۔</w:t>
      </w:r>
    </w:p>
    <w:p>
      <w:r>
        <w:rPr>
          <w:b/>
        </w:rPr>
        <w:t xml:space="preserve">[1:35:58] </w:t>
      </w:r>
      <w:r>
        <w:t>to Hazrat Umar ke zamane mein Misr mein aik aik hakim thay, aaj kal ki zabaan mein aap governor keh sakte hain un ko. Misr ke governor, un ka naam tha Umar Ibn Al-Aas.</w:t>
      </w:r>
    </w:p>
    <w:p>
      <w:pPr>
        <w:jc w:val="right"/>
      </w:pPr>
      <w:r>
        <w:t>تو حضرت عمر کے زمانے میں مصر میں ایک ایک حاکم تھے، آج کل کی زبان میں آپ گورنر کہہ سکتے ہیں ان کو۔ مصر کے گورنر، ان کا نام تھا عمر ابن العاص۔</w:t>
      </w:r>
    </w:p>
    <w:p>
      <w:r>
        <w:rPr>
          <w:b/>
        </w:rPr>
        <w:t xml:space="preserve">[1:36:11] </w:t>
      </w:r>
      <w:r>
        <w:t>to wahan par Misr mein, yani Egypt mein, ghore aik ghoron ke, yani woh hui horse race. to is mein aik copterk aadmi jeet gaya, aur jo governor ke bete thay, woh bhi to is mein un ka ghoda jeet nahi saka.</w:t>
      </w:r>
    </w:p>
    <w:p>
      <w:pPr>
        <w:jc w:val="right"/>
      </w:pPr>
      <w:r>
        <w:t>تو وہاں پر مصر میں، یعنی ایجپٹ میں، گھوڑ ایک گھوڑوں کے، یعنی وہ ہوئی ہارس ریس۔ تو اس میں ایک کاپٹرک آدمی جیت گیا، اور جو گورنر کے بیٹے تھے، وہ بھی تو اس میں ان کا گھوڑا جیت نہیں سکا۔</w:t>
      </w:r>
    </w:p>
    <w:p>
      <w:r>
        <w:rPr>
          <w:b/>
        </w:rPr>
        <w:t xml:space="preserve">[1:36:29] </w:t>
      </w:r>
      <w:r>
        <w:t>governor ke bete ka ghoda nahi jeet saka, aur copterk ka jo ghoda tha, woh jeet gaya is is race mein.</w:t>
      </w:r>
    </w:p>
    <w:p>
      <w:pPr>
        <w:jc w:val="right"/>
      </w:pPr>
      <w:r>
        <w:t>گورنر کے بیٹے کا گھوڑا نہیں جیت سکا، اور کاپٹرک کا جو گھوڑا تھا، وہ جیت گیا اس اس ریس میں۔</w:t>
      </w:r>
    </w:p>
    <w:p>
      <w:r>
        <w:rPr>
          <w:b/>
        </w:rPr>
        <w:t xml:space="preserve">[1:36:36] </w:t>
      </w:r>
      <w:r>
        <w:t>to governor ke bete sahab ne use kode se mara ke "tum ke tumhari yeh majaal ke tum mere ghoday se apni ghodhi ko aage badha do." to woh copterk jo tha, woh Misri, woh Misr se chal kar Madina aaya.</w:t>
      </w:r>
    </w:p>
    <w:p>
      <w:pPr>
        <w:jc w:val="right"/>
      </w:pPr>
      <w:r>
        <w:t>تو گورنر کے بیٹے صاحب نے اسے کوڑے سے مارا کہ "تم کے تمہاری یہ مجال کہ تم میرے گھوڑے سے اپنی گھوڑی کو آگے بڑھا دو۔" تو وہ کاپٹرک جو تھا، وہ مصری، وہ مصر سے چل کر مدینہ آیا۔</w:t>
      </w:r>
    </w:p>
    <w:p>
      <w:r>
        <w:rPr>
          <w:b/>
        </w:rPr>
        <w:t xml:space="preserve">[1:36:53] </w:t>
      </w:r>
      <w:r>
        <w:t>us waqt Umar Farooq jo thay, woh Caliph thay, second Caliph. to us ne bataya ke Misr mein aisa hua ke mera ghoda aage badh gaya hai, to governor sahab ke bete ne mujh ko mara.</w:t>
      </w:r>
    </w:p>
    <w:p>
      <w:pPr>
        <w:jc w:val="right"/>
      </w:pPr>
      <w:r>
        <w:t>اس وقت عمر فاروق جو تھے، وہ کیلیف تھے، سیکنڈ کیلیف۔ تو اس نے بتایا کہ مصر میں ایسا ہوا کہ میرا گھوڑا آگے بڑھ گیا ہے، تو گورنر صاحب کے بیٹے نے مجھ کو مارا۔</w:t>
      </w:r>
    </w:p>
    <w:p>
      <w:r>
        <w:rPr>
          <w:b/>
        </w:rPr>
        <w:t xml:space="preserve">[1:37:07] </w:t>
      </w:r>
      <w:r>
        <w:t>to Umar Farooq ne kya kiya? us ko Madine mein thehraya aur apna aadmi bheja. us waqt zahir hai ke aaj telephone nahi tha, telegram nahi tha, message bhejane ke liye koi aaj kal ke zariye nahi tha.</w:t>
      </w:r>
    </w:p>
    <w:p>
      <w:pPr>
        <w:jc w:val="right"/>
      </w:pPr>
      <w:r>
        <w:t>تو عمر فاروق نے کیا کیا؟ اس کو مدینے میں ٹھہرایا اور اپنا آدمی بھیجا۔ اس وقت ظاہر ہے کہ آج ٹیلی فون نہیں تھا، ٹیلی گرام نہیں تھا، میسج بھیجنے کے لیے کوئی آج کل کے ذریعہ نہیں تھا۔</w:t>
      </w:r>
    </w:p>
    <w:p>
      <w:r>
        <w:rPr>
          <w:b/>
        </w:rPr>
        <w:t xml:space="preserve">[1:37:21] </w:t>
      </w:r>
      <w:r>
        <w:t>to aik aadmi bheja aap, aur kaha ke ja kar un ke bete ko aur baap ko dono ko pakad kar le aao.</w:t>
      </w:r>
    </w:p>
    <w:p>
      <w:pPr>
        <w:jc w:val="right"/>
      </w:pPr>
      <w:r>
        <w:t>تو ایک آدمی بھیجا آپ، اور کہا کہ جا کر ان کے بیٹے کو اور باپ کو دونوں کو پکڑ کر لے آؤ۔</w:t>
      </w:r>
    </w:p>
    <w:p>
      <w:r>
        <w:rPr>
          <w:b/>
        </w:rPr>
        <w:t xml:space="preserve">[1:37:30] </w:t>
      </w:r>
      <w:r>
        <w:t>itna dabdaba un ka tha ke koi wahan inkaar nahi kar sakta tha.</w:t>
      </w:r>
    </w:p>
    <w:p>
      <w:pPr>
        <w:jc w:val="right"/>
      </w:pPr>
      <w:r>
        <w:t>اتنا دبدبہ ان کا تھا کہ کوئی وہاں انکار نہیں کر سکتا تھا۔</w:t>
      </w:r>
    </w:p>
    <w:p>
      <w:r>
        <w:rPr>
          <w:b/>
        </w:rPr>
        <w:t xml:space="preserve">[1:37:35] </w:t>
      </w:r>
      <w:r>
        <w:t>yeh gaya woh aadmi, aik woh le kar aik paper, aur woh log dono ke dono us ko maan liya unhone, aur us aadmi ke saath chale wahan se.</w:t>
      </w:r>
    </w:p>
    <w:p>
      <w:pPr>
        <w:jc w:val="right"/>
      </w:pPr>
      <w:r>
        <w:t>یہ گیا وہ آدمی، ایک وہ لے کر ایک پیپر، اور وہ لوگ دونوں کے دونوں اس کو مان لیا انہوں نے، اور اس آدمی کے ساتھ چلے وہاں سے۔</w:t>
      </w:r>
    </w:p>
    <w:p>
      <w:r>
        <w:rPr>
          <w:b/>
        </w:rPr>
        <w:t xml:space="preserve">[1:37:47] </w:t>
      </w:r>
      <w:r>
        <w:t>governor jo tha aur beta dono Madina aaye. jab woh Madina pahunche</w:t>
      </w:r>
    </w:p>
    <w:p>
      <w:pPr>
        <w:jc w:val="right"/>
      </w:pPr>
      <w:r>
        <w:t>گورنر جو تھا اور بیٹا دونوں مدینہ آئے۔ جب وہ مدینہ پہنچے</w:t>
      </w:r>
    </w:p>
    <w:p>
      <w:r>
        <w:rPr>
          <w:b/>
        </w:rPr>
        <w:t xml:space="preserve">[1:37:55] </w:t>
      </w:r>
      <w:r>
        <w:t>to Umar Farooq ne bulwaya us ko. us us aik mamooli aadmi tha, woh Misr ka, woh jo copterk tha, woh aik mamooli aadmi tha.</w:t>
      </w:r>
    </w:p>
    <w:p>
      <w:pPr>
        <w:jc w:val="right"/>
      </w:pPr>
      <w:r>
        <w:t>تو عمر فاروق نے بلوایا اس کو۔ اس اس ایک معمولی آدمی تھا، وہ مصر کا، وہ جو کاپٹرک تھا، وہ ایک معمولی آدمی تھا۔</w:t>
      </w:r>
    </w:p>
    <w:p>
      <w:r>
        <w:rPr>
          <w:b/>
        </w:rPr>
        <w:t xml:space="preserve">[1:38:03] </w:t>
      </w:r>
      <w:r>
        <w:t>koi janta bhi nahi tha is ko, wo nan muslim tha aur aik ordinary aadmi tha. bulaya is ko aur is ko kora diya,</w:t>
      </w:r>
    </w:p>
    <w:p>
      <w:pPr>
        <w:jc w:val="right"/>
      </w:pPr>
      <w:r>
        <w:t>کوئی جانتا بھی نہیں تھا اس کو، وہ نان مسلم تھا اور ایک آرڈنری آدمی تھا۔ بلایا اس کو اور اس کو کوڑا دیا،</w:t>
      </w:r>
    </w:p>
    <w:p>
      <w:r>
        <w:rPr>
          <w:b/>
        </w:rPr>
        <w:t xml:space="preserve">[1:38:18] </w:t>
      </w:r>
      <w:r>
        <w:t>kaha ke "maro in ke bete ko." aik governor sahab wahan khare hue hain, aman bin al-aas, un ka beta wahan par hai, kaha ke "maro."</w:t>
      </w:r>
    </w:p>
    <w:p>
      <w:pPr>
        <w:jc w:val="right"/>
      </w:pPr>
      <w:r>
        <w:t>کہا کہ "مارو ان کے بیٹے کو۔" ایک گورنر صاحب وہاں کھڑے ہوئے ہیں، امن ابن العاص، ان کا بیٹا وہاں پر ہے، کہا کہ "مارو۔"</w:t>
      </w:r>
    </w:p>
    <w:p>
      <w:r>
        <w:rPr>
          <w:b/>
        </w:rPr>
        <w:t xml:space="preserve">[1:38:32] </w:t>
      </w:r>
      <w:r>
        <w:t>is ne marna shuru kiya aur khoob khoob mara is ko, yahan tak ke wo us ki pura dil dil ke bharrass nikal gayi.</w:t>
      </w:r>
    </w:p>
    <w:p>
      <w:pPr>
        <w:jc w:val="right"/>
      </w:pPr>
      <w:r>
        <w:t>اس نے مارنا شروع کیا اور خوب خوب مارا اس کو، یہاں تک کہ وہ اس کی پورا دل دل کے بھڑاس نکل گئی۔</w:t>
      </w:r>
    </w:p>
    <w:p>
      <w:r>
        <w:rPr>
          <w:b/>
        </w:rPr>
        <w:t xml:space="preserve">[1:38:44] </w:t>
      </w:r>
      <w:r>
        <w:t>is ke baad umar farooq ne kaha ke "baap kyun maro in ko?" kyunke ab "wallah ma darabahadha illa bi fadl saltanih"</w:t>
      </w:r>
    </w:p>
    <w:p>
      <w:pPr>
        <w:jc w:val="right"/>
      </w:pPr>
      <w:r>
        <w:t>اس کے بعد عمر فاروق نے کہا کہ "باپ کیوں مارو ان کو؟" کیونکہ اب "واللہ ما ضربھذا الا بفضل سلطانہ"</w:t>
      </w:r>
    </w:p>
    <w:p>
      <w:r>
        <w:rPr>
          <w:b/>
        </w:rPr>
        <w:t xml:space="preserve">[1:38:59] </w:t>
      </w:r>
      <w:r>
        <w:t>ye khuda ki qasam, is ne jo tum ko mara to apne governor ke beta hone ke nate mara, is ke baap ko hi maro.</w:t>
      </w:r>
    </w:p>
    <w:p>
      <w:pPr>
        <w:jc w:val="right"/>
      </w:pPr>
      <w:r>
        <w:t>یہ خدا کی قسم، اس نے جو تم کو مارا تو اپنے گورنر کے بیٹا ہونے کے ناطے مارا، اس کے باپ کو ہی مارو۔</w:t>
      </w:r>
    </w:p>
    <w:p>
      <w:r>
        <w:rPr>
          <w:b/>
        </w:rPr>
        <w:t xml:space="preserve">[1:39:10] </w:t>
      </w:r>
      <w:r>
        <w:t>to is kaptrick ne kaha ke "nahi, jis ne mujhe mara, us ko maine maar liya. ab mujhe in ke baap se koi complain nahi hai." ye tha azadi ka aik concept ke aik aam, aik ordinary aadmi ko wahi right hai jo governor ko right hai.</w:t>
      </w:r>
    </w:p>
    <w:p>
      <w:pPr>
        <w:jc w:val="right"/>
      </w:pPr>
      <w:r>
        <w:t>تو اس کاپٹرک نے کہا کہ "نہیں، جس نے مجھے مارا، اس کو میں نے مار لیا۔ اب مجھے ان کے باپ سے کوئی کمپلین نہیں ہے۔" یہ تھا آزادی کا ایک کانسیپٹ کہ ایک عام، ایک آرڈنری آدمی کو وہی رائٹ ہے جو گورنر کو رائٹ ہے۔</w:t>
      </w:r>
    </w:p>
    <w:p>
      <w:r>
        <w:rPr>
          <w:b/>
        </w:rPr>
        <w:t xml:space="preserve">[1:39:27] </w:t>
      </w:r>
      <w:r>
        <w:t>hazrat umar ne is ke baad kaha, jab ye ho gaya waqia to unhon ne abdul ali se kaha, jo ke jo baap the un ke ladke ke, unhon ne kaha ke "tum ne, ke khuda ne insan ko azad paida kiya tha, tum ne kab se in ko ghulam bana liya?"</w:t>
      </w:r>
    </w:p>
    <w:p>
      <w:pPr>
        <w:jc w:val="right"/>
      </w:pPr>
      <w:r>
        <w:t>حضرت عمر نے اس کے بعد کہا، جب یہ ہو گیا واقعہ تو انہوں نے عبدالعلی سے کہا، جو کہ جو باپ تھے ان کے لڑکے کے، انہوں نے کہا کہ "کہ تم نے، کہ خدا نے انسان کو آزاد پیدا کیا تھا، تم نے کب سے ان کو غلام بنا لیا؟"</w:t>
      </w:r>
    </w:p>
    <w:p>
      <w:r>
        <w:rPr>
          <w:b/>
        </w:rPr>
        <w:t xml:space="preserve">[1:39:51] </w:t>
      </w:r>
      <w:r>
        <w:t>yani governor jo the, abdul ali, jin ke bete ne mara tha, to governor ko mukhatib karte hue aap ne kaha ke "khuda ne insan ko azad paida kiya tha, tum ne kab se in ko ghulam bana liya?"</w:t>
      </w:r>
    </w:p>
    <w:p>
      <w:pPr>
        <w:jc w:val="right"/>
      </w:pPr>
      <w:r>
        <w:t>یعنی گورنر جو تھے، عبدالعلی، جن کے بیٹے نے مارا تھا، تو گورنر کو مخاطب کرتے ہوئے آپ نے کہا کہ "خدا نے انسان کو آزاد پیدا کیا تھا، تم نے کب سے ان کو غلام بنا لیا؟"</w:t>
      </w:r>
    </w:p>
    <w:p>
      <w:r>
        <w:rPr>
          <w:b/>
        </w:rPr>
        <w:t xml:space="preserve">[1:40:07] </w:t>
      </w:r>
      <w:r>
        <w:t>isi jumle ko taqreeban dohrata tha russo ne baad ko apni kitab "social contract" mein ke pehla sentence is kitab ka yahi hai ke "man was born free,</w:t>
      </w:r>
    </w:p>
    <w:p>
      <w:pPr>
        <w:jc w:val="right"/>
      </w:pPr>
      <w:r>
        <w:t>اسی جملے کو تقریباً دہرایا تھا روسو نے بعد کو اپنی کتاب "سوشل کنٹریکٹ" میں کہ پہلا سینٹنس اس کتاب کا یہی ہے کہ "مین واز بورن فری،</w:t>
      </w:r>
    </w:p>
    <w:p>
      <w:r>
        <w:rPr>
          <w:b/>
        </w:rPr>
        <w:t xml:space="preserve">[1:40:20] </w:t>
      </w:r>
      <w:r>
        <w:t>but i i c hum in chain." insan azad paida hua tha, magar mein is ko zanjeeron mein jakra hua dekhta hoon.</w:t>
      </w:r>
    </w:p>
    <w:p>
      <w:pPr>
        <w:jc w:val="right"/>
      </w:pPr>
      <w:r>
        <w:t>بٹ آئی آئی سی ہم ان چین۔" انسان آزاد پیدا ہوا تھا، مگر میں اس کو زنجیروں میں جکڑا ہوا دیکھتا ہوں۔</w:t>
      </w:r>
    </w:p>
    <w:p>
      <w:r>
        <w:rPr>
          <w:b/>
        </w:rPr>
        <w:t xml:space="preserve">[1:40:31] </w:t>
      </w:r>
      <w:r>
        <w:t>to bahar hal, lekin aaghaz to islam ne kiya azadi ka tasawwur ka</w:t>
      </w:r>
    </w:p>
    <w:p>
      <w:pPr>
        <w:jc w:val="right"/>
      </w:pPr>
      <w:r>
        <w:t>تو بہرحال، لیکن آغاز تو اسلام نے کیا آزادی کا تصور کا</w:t>
      </w:r>
    </w:p>
    <w:p>
      <w:r>
        <w:rPr>
          <w:b/>
        </w:rPr>
        <w:t xml:space="preserve">[1:40:36] </w:t>
      </w:r>
      <w:r>
        <w:t>, lekin is ka culmination jo hua, wo europe mein hua hai. ye waqia hai. to aaj hum ko jo jis zamanay mein aaj hum hain, wo zamanah poori azadi hum ko social azadi,</w:t>
      </w:r>
    </w:p>
    <w:p>
      <w:pPr>
        <w:jc w:val="right"/>
      </w:pPr>
      <w:r>
        <w:t>، لیکن اس کا کلمنیشن جو ہوا، وہ یورپ میں ہوا ہے۔ یہ واقعہ ہے۔ تو آج ہم کو جو جس زمانے میں آج ہم ہیں، وہ زمانہ پوری آزادی ہم کو سوشل آزادی،</w:t>
      </w:r>
    </w:p>
    <w:p>
      <w:r>
        <w:rPr>
          <w:b/>
        </w:rPr>
        <w:t xml:space="preserve">[1:40:49] </w:t>
      </w:r>
      <w:r>
        <w:t>social freedom, political freedom, religious freedom, freedom of speech, har cheez ki freedom hum ko mili hui hai.</w:t>
      </w:r>
    </w:p>
    <w:p>
      <w:pPr>
        <w:jc w:val="right"/>
      </w:pPr>
      <w:r>
        <w:t>سوشل فریڈم، پولیٹیکل فریڈم، ریلیجیس فریڈم، فریڈم آف سپیچ، ہر چیز کی فریڈم ہم کو ملی ہوئی ہے۔</w:t>
      </w:r>
    </w:p>
    <w:p>
      <w:r>
        <w:rPr>
          <w:b/>
        </w:rPr>
        <w:t xml:space="preserve">[1:40:57] </w:t>
      </w:r>
      <w:r>
        <w:t>to ye is is concept ka, is tasawwur ka aaghaz history mein pehli bar islam ne kiya tha. lekin ye aik ye bhi aik waqia hai ke is ka jo culmination hua hai, wo europe mein aa kar hua hai.</w:t>
      </w:r>
    </w:p>
    <w:p>
      <w:pPr>
        <w:jc w:val="right"/>
      </w:pPr>
      <w:r>
        <w:t>تو یہ اس اس کانسیپٹ کا، اس تصور کا آغاز ہسٹری میں پہلی بار اسلام نے کیا تھا۔ لیکن یہ ایک یہ بھی ایک واقعہ ہے کہ اس کا جو کلمنیشن ہوا ہے، وہ یورپ میں آ کر ہوا ہے۔</w:t>
      </w:r>
    </w:p>
    <w:p>
      <w:r>
        <w:rPr>
          <w:b/>
        </w:rPr>
        <w:t xml:space="preserve">[1:41:09] </w:t>
      </w:r>
      <w:r>
        <w:t>to maine aik aik aik symbolic naam ke taur par russo ka naam liya hai is mamle mein, warna is mein bohat sare thinker, bohat sare philosopher shareek hain is inqalab ko lane mein.</w:t>
      </w:r>
    </w:p>
    <w:p>
      <w:pPr>
        <w:jc w:val="right"/>
      </w:pPr>
      <w:r>
        <w:t>تو میں نے ایک ایک ایک سمبلک نام کے طور پر روسو کا نام لیا ہے اس معاملے میں، ورنہ اس میں بہت سارے تھنکر، بہت سارے فلاسفر شریک ہیں اس انقلاب کو لانے میں۔</w:t>
      </w:r>
    </w:p>
    <w:p>
      <w:r>
        <w:rPr>
          <w:b/>
        </w:rPr>
        <w:t xml:space="preserve">[1:41:23] </w:t>
      </w:r>
      <w:r>
        <w:t>ab main naam le raha hoon einstein ka,</w:t>
      </w:r>
    </w:p>
    <w:p>
      <w:pPr>
        <w:jc w:val="right"/>
      </w:pPr>
      <w:r>
        <w:t>اب میں نام لے رہا ہوں آئنسٹین کا،</w:t>
      </w:r>
    </w:p>
    <w:p>
      <w:r>
        <w:rPr>
          <w:b/>
        </w:rPr>
        <w:t xml:space="preserve">[1:41:27] </w:t>
      </w:r>
      <w:r>
        <w:t>jo 1800-1879 mein paida hua germany mein. einstein ne jo kaam kiya, us mein bohat sare scientist shareek hain.</w:t>
      </w:r>
    </w:p>
    <w:p>
      <w:pPr>
        <w:jc w:val="right"/>
      </w:pPr>
      <w:r>
        <w:t>جو 1800-1879 میں پیدا ہوا جرمنی میں۔ آئنسٹین نے جو کام کیا، اس میں بہت سارے سائنٹسٹ شریک ہیں۔</w:t>
      </w:r>
    </w:p>
    <w:p>
      <w:r>
        <w:rPr>
          <w:b/>
        </w:rPr>
        <w:t xml:space="preserve">[1:41:40] </w:t>
      </w:r>
      <w:r>
        <w:t>yahan bhi main symbolic, yani symbol, yani aik alamaati taur par is ka naam le raha hoon.</w:t>
      </w:r>
    </w:p>
    <w:p>
      <w:pPr>
        <w:jc w:val="right"/>
      </w:pPr>
      <w:r>
        <w:t>یہاں بھی میں سمبلک، یعنی سمبل، یعنی ایک علامتی طور پر اس کا نام لے رہا ہوں۔</w:t>
      </w:r>
    </w:p>
    <w:p>
      <w:r>
        <w:rPr>
          <w:b/>
        </w:rPr>
        <w:t xml:space="preserve">[1:41:48] </w:t>
      </w:r>
      <w:r>
        <w:t>to newton ne agar insan ko macro world ke bare mein jankari di thi, to einstein ka ye karnama hai ke is ne insan ke ilm ko micro world tak pahuncha diya.</w:t>
      </w:r>
    </w:p>
    <w:p>
      <w:pPr>
        <w:jc w:val="right"/>
      </w:pPr>
      <w:r>
        <w:t>تو نیوٹن نے اگر انسان کو میکرو ورلڈ کے بارے میں جانکاری دی تھی، تو آئنسٹین کا یہ کارنامہ ہے کہ اس نے انسان کے علم کو مائیکرو ورلڈ تک پہنچا دیا۔</w:t>
      </w:r>
    </w:p>
    <w:p>
      <w:r>
        <w:rPr>
          <w:b/>
        </w:rPr>
        <w:t xml:space="preserve">[1:42:03] </w:t>
      </w:r>
      <w:r>
        <w:t>einstein aur is ke doosre sathiyon ka ye karnama hai ke unhon ne insan ko micro world tak pahuncha diya. ye bohat bara waqia hua hai.</w:t>
      </w:r>
    </w:p>
    <w:p>
      <w:pPr>
        <w:jc w:val="right"/>
      </w:pPr>
      <w:r>
        <w:t>آئنسٹین اور اس کے دوسرے ساتھیوں کا یہ کارنامہ ہے کہ انہوں نے انسان کو مائیکرو ورلڈ تک پہنچا دیا۔ یہ بہت بڑا واقعہ ہوا ہے۔</w:t>
      </w:r>
    </w:p>
    <w:p>
      <w:r>
        <w:rPr>
          <w:b/>
        </w:rPr>
        <w:t xml:space="preserve">[1:42:13] </w:t>
      </w:r>
      <w:r>
        <w:t>jab tak newton ka zamanah tha, us zamanay mein har cheez sab jati thi, material sab jati thi, har cheez thos hai, material hai, naapi ja sakti hai, yahan tak ke roshni jo thi, wo bhi newton ke nazdeek zarrat ka majmooa thi, jo kehte the "corpuscles theory of light".</w:t>
      </w:r>
    </w:p>
    <w:p>
      <w:pPr>
        <w:jc w:val="right"/>
      </w:pPr>
      <w:r>
        <w:t>جب تک نیوٹن کا زمانہ تھا، اس زمانے میں ہر چیز سب جاتی تھی، مٹیریل سب جاتی تھی، ہر چیز ٹھوس ہے، مٹیریل ہے، ناپی جا سکتی ہے، یہاں تک کہ روشنی جو تھی، وہ بھی نیوٹن کے نزدیک ذرات کا مجموعہ تھی، جو کہتے تھے "کارپسز تھیوری آف لائٹ"۔</w:t>
      </w:r>
    </w:p>
    <w:p>
      <w:r>
        <w:rPr>
          <w:b/>
        </w:rPr>
        <w:t xml:space="preserve">[1:42:32] </w:t>
      </w:r>
      <w:r>
        <w:t>lekin einstein ke zamanay mein atom toot gaya. ab atom jab toota to us ke baad kya kya raha? electron, proton. electron, proton kya hain?</w:t>
      </w:r>
    </w:p>
    <w:p>
      <w:pPr>
        <w:jc w:val="right"/>
      </w:pPr>
      <w:r>
        <w:t>لیکن آئنسٹین کے زمانے میں ایٹم ٹوٹ گیا۔ اب ایٹم جب ٹوٹا تو اس کے بعد کیا کیا رہا؟ الیکٹران، پروٹان۔ الیکٹران، پروٹان کیا ہیں؟</w:t>
      </w:r>
    </w:p>
    <w:p>
      <w:r>
        <w:rPr>
          <w:b/>
        </w:rPr>
        <w:t xml:space="preserve">[1:42:41] </w:t>
      </w:r>
      <w:r>
        <w:t>wo wo nan material cheezein hain,</w:t>
      </w:r>
    </w:p>
    <w:p>
      <w:pPr>
        <w:jc w:val="right"/>
      </w:pPr>
      <w:r>
        <w:t>وہ وہ نان مٹیریل چیزیں ہیں،</w:t>
      </w:r>
    </w:p>
    <w:p>
      <w:r>
        <w:rPr>
          <w:b/>
        </w:rPr>
        <w:t xml:space="preserve">[1:42:45] </w:t>
      </w:r>
      <w:r>
        <w:t>wo nan material cheezein hain, yani imaginary cheezein hain, imaginary. to einstein ke baad jo zamanah aaya hai, us mein cheezein jo hain, yani immaterial ho gayeen.</w:t>
      </w:r>
    </w:p>
    <w:p>
      <w:pPr>
        <w:jc w:val="right"/>
      </w:pPr>
      <w:r>
        <w:t>وہ نان مٹیریل چیزیں ہیں، یعنی امیجنری چیزیں ہیں، امیجنری۔ تو آئنسٹین کے بعد جو زمانہ آیا ہے، اس میں چیزیں جو ہیں، یعنی امیٹیریل ہو گئیں۔</w:t>
      </w:r>
    </w:p>
    <w:p>
      <w:r>
        <w:rPr>
          <w:b/>
        </w:rPr>
        <w:t xml:space="preserve">[1:43:01] </w:t>
      </w:r>
      <w:r>
        <w:t>pehle cheezein material thin, ab ab immaterial ho gayeen.</w:t>
      </w:r>
    </w:p>
    <w:p>
      <w:pPr>
        <w:jc w:val="right"/>
      </w:pPr>
      <w:r>
        <w:t>پہلے چیزیں مٹیریل تھیں، اب اب امیٹیریل ہو گئیں۔</w:t>
      </w:r>
    </w:p>
    <w:p>
      <w:r>
        <w:rPr>
          <w:b/>
        </w:rPr>
        <w:t xml:space="preserve">[1:43:06] </w:t>
      </w:r>
      <w:r>
        <w:t>is ka bohat bara faida ye hua mazhab mein aur islam mein ke ek ek nai logic duniya mein aai, jis jo jo logic aain hamare favor mein thi, aain hamare haq mein thi.</w:t>
      </w:r>
    </w:p>
    <w:p>
      <w:pPr>
        <w:jc w:val="right"/>
      </w:pPr>
      <w:r>
        <w:t>اس کا بہت بڑا فائدہ یہ ہوا مذہب میں اور اسلام میں کہ ایک ایک نئی لاجک دنیا میں آئی، جس جو جو لاجک آئین ہمارے فیور میں تھی، آئین ہمارے حق میں تھی۔</w:t>
      </w:r>
    </w:p>
    <w:p>
      <w:r>
        <w:rPr>
          <w:b/>
        </w:rPr>
        <w:t xml:space="preserve">[1:43:20] </w:t>
      </w:r>
      <w:r>
        <w:t>woh kaise</w:t>
      </w:r>
    </w:p>
    <w:p>
      <w:pPr>
        <w:jc w:val="right"/>
      </w:pPr>
      <w:r>
        <w:t>وہ کیسے</w:t>
      </w:r>
    </w:p>
    <w:p>
      <w:r>
        <w:rPr>
          <w:b/>
        </w:rPr>
        <w:t xml:space="preserve">[1:43:22] </w:t>
      </w:r>
      <w:r>
        <w:t>? is se pehle dekhiye, khuda ko prove karne ke liye hamare paas jo jo logic thi, woh yeh, woh yeh, woh yeh thi ke ke jab ek ek duniya mein ek design hai to is ka ek designer hai,</w:t>
      </w:r>
    </w:p>
    <w:p>
      <w:pPr>
        <w:jc w:val="right"/>
      </w:pPr>
      <w:r>
        <w:t>؟ اس سے پہلے دیکھیے، خدا کو پروف کرنے کے لیے ہمارے پاس جو جو لاجک تھی، وہ یہ، وہ یہ، وہ یہ تھی کہ کہ جب ایک ایک دنیا میں ایک ڈیزائن ہے تو اس کا ایک ڈیزائنر ہے،</w:t>
      </w:r>
    </w:p>
    <w:p>
      <w:r>
        <w:rPr>
          <w:b/>
        </w:rPr>
        <w:t xml:space="preserve">[1:43:40] </w:t>
      </w:r>
      <w:r>
        <w:t>design hai to designer hai. "where there is design, there is designer" yeh hai inferential argument.</w:t>
      </w:r>
    </w:p>
    <w:p>
      <w:pPr>
        <w:jc w:val="right"/>
      </w:pPr>
      <w:r>
        <w:t>ڈیزائن ہے تو ڈیزائنر ہے۔ "ویر دیر از ڈیزائن، دیر از ڈیزائنر" یہ ہے انفرینشل ارگومنٹ۔</w:t>
      </w:r>
    </w:p>
    <w:p>
      <w:r>
        <w:rPr>
          <w:b/>
        </w:rPr>
        <w:t xml:space="preserve">[1:43:47] </w:t>
      </w:r>
      <w:r>
        <w:t>to log kehte the, main bohat pehle ek martaba mila tha ek ek philosopher sahib se, to unhon ne kaha tha ke islam mein primary rationalism nahi hai, islam mein secondary rationalism hai.</w:t>
      </w:r>
    </w:p>
    <w:p>
      <w:pPr>
        <w:jc w:val="right"/>
      </w:pPr>
      <w:r>
        <w:t>تو لوگ کہتے تھے، میں بہت پہلے ایک مرتبہ ملا تھا ایک ایک فلاسفر صاحب سے، تو انہوں نے کہا تھا کہ اسلام میں پرائمری ریشلزم نہیں ہے، اسلام میں سیکنڈری ریشلزم ہے۔</w:t>
      </w:r>
    </w:p>
    <w:p>
      <w:r>
        <w:rPr>
          <w:b/>
        </w:rPr>
        <w:t xml:space="preserve">[1:44:03] </w:t>
      </w:r>
      <w:r>
        <w:t>matlab yeh ke inferential argument aap ke paas hota hai, direct argument aap ke paas nahi hota hai. lekin Einstein ke baad jo duniya bani hai, is mein yeh farq mit gaya.</w:t>
      </w:r>
    </w:p>
    <w:p>
      <w:pPr>
        <w:jc w:val="right"/>
      </w:pPr>
      <w:r>
        <w:t>مطلب یہ کہ انفرینشل ارگومنٹ آپ کے پاس ہوتا ہے، ڈائریکٹ ارگومنٹ آپ کے پاس نہیں ہوتا ہے۔ لیکن آئنسٹین کے بعد جو دنیا بنی ہے، اس میں یہ فرق مٹ گیا۔</w:t>
      </w:r>
    </w:p>
    <w:p>
      <w:r>
        <w:rPr>
          <w:b/>
        </w:rPr>
        <w:t xml:space="preserve">[1:44:16] </w:t>
      </w:r>
      <w:r>
        <w:t>ab inferential argument argument bhi itna hi valid hai jitna ke direct argument, kyunke aap ne jo duniya ab pata ki hai, Einstein aur doosre logon ne, woh woh duniya jahan imaginary waves hain, yani electron kya hai, woh imaginary wave hai aur kuch bhi nahi.</w:t>
      </w:r>
    </w:p>
    <w:p>
      <w:pPr>
        <w:jc w:val="right"/>
      </w:pPr>
      <w:r>
        <w:t>اب انفرینشل ارگومنٹ ارگومنٹ بھی اتنا ہی ویلڈ ہے جتنا کہ ڈائریکٹ ارگومنٹ، کیونکہ آپ نے جو دنیا اب پتہ کی ہے، آئنسٹین اور دوسرے لوگوں نے، وہ وہ دنیا جہاں امیجنری ویوز ہیں، یعنی الیکٹران کیا ہے، وہ امیجنری ویو ہے اور کچھ بھی نہیں۔</w:t>
      </w:r>
    </w:p>
    <w:p>
      <w:r>
        <w:rPr>
          <w:b/>
        </w:rPr>
        <w:t xml:space="preserve">[1:44:36] </w:t>
      </w:r>
      <w:r>
        <w:t>is par argument qaim karne ke liye aap ko siwaye inferential argument ka koi doosra zariya nahi hai.</w:t>
      </w:r>
    </w:p>
    <w:p>
      <w:pPr>
        <w:jc w:val="right"/>
      </w:pPr>
      <w:r>
        <w:t>اس پر ارگومنٹ قائم کرنے کے لیے آپ کو سوائے انفرینشل ارگومنٹ کا کوئی دوسرا ذریعہ نہیں ہے۔</w:t>
      </w:r>
    </w:p>
    <w:p>
      <w:r>
        <w:rPr>
          <w:b/>
        </w:rPr>
        <w:t xml:space="preserve">[1:44:43] </w:t>
      </w:r>
      <w:r>
        <w:t>woh argument jo pehle chalta tha, logical positivism ke zamane mein, woh ab invalid ho gaya. ab jo hai, woh hai. jo inference pe base karta hai to agar aap electronic waves ko prove karne ke liye inferential argument par ko istemal karte hain to yahi khuda ke wajood pe istemal yani karenge hum.</w:t>
      </w:r>
    </w:p>
    <w:p>
      <w:pPr>
        <w:jc w:val="right"/>
      </w:pPr>
      <w:r>
        <w:t>وہ ارگومنٹ جو پہلے چلتا تھا، لاجیکل پوزیٹیوزم کے زمانے میں، وہ اب ان ویلڈ ہو گیا۔ اب جو ہے، وہ ہے۔ جو انفرنس پہ بیس کرتا ہے تو اگر آپ الیکٹرانک ویوز کو پروف کرنے کے لیے انفرینشل ارگومنٹ پر کو استعمال کرتے ہیں تو یہی خدا کے وجود پہ استعمال یعنی کریں گے ہم۔</w:t>
      </w:r>
    </w:p>
    <w:p>
      <w:r>
        <w:rPr>
          <w:b/>
        </w:rPr>
        <w:t xml:space="preserve">[1:45:08] </w:t>
      </w:r>
      <w:r>
        <w:t>ab karna bhi valid ban jata hai</w:t>
      </w:r>
    </w:p>
    <w:p>
      <w:pPr>
        <w:jc w:val="right"/>
      </w:pPr>
      <w:r>
        <w:t>اب کرنا بھی ویلڈ بن جاتا ہے</w:t>
      </w:r>
    </w:p>
    <w:p>
      <w:r>
        <w:rPr>
          <w:b/>
        </w:rPr>
        <w:t xml:space="preserve">[1:45:13] </w:t>
      </w:r>
      <w:r>
        <w:t>yani jo physics yani ab ab yeh jo material world bhi jo hai pehle jo tha woh ab woh nahi raha thos nahi raha woh ab waves ban gaya woh reduce ho kar ke is liye wahan par inferential argument zaroori ho gaya to jab inferential argument valid ho gaya to is se khuda ko prove karna bhi itna hi valid ho gaya jitna ke aur cheez ke liye tha pehle woh</w:t>
      </w:r>
    </w:p>
    <w:p>
      <w:pPr>
        <w:jc w:val="right"/>
      </w:pPr>
      <w:r>
        <w:t>یعنی جو فزک یعنی اب اب یہ جو مٹیریل ورلڈ بھی جو ہے پہلے جو تھا وہ اب وہ نہیں رہا ٹھوس نہیں رہا وہ اب ویوز بن گیا وہ ریڈیوس ہو کر کے اس لیے وہاں پر انفرینشل ارگومنٹ ضروری ہو گیا تو جب انفرینشل ارگومنٹ ویلڈ ہو گیا تو اس سے خدا کو پروف کرنا بھی اتنا ہی ویلڈ ہو گیا جتنا کہ اور چیز کے لیے تھا پہلے وہ</w:t>
      </w:r>
    </w:p>
    <w:p>
      <w:r>
        <w:rPr>
          <w:b/>
        </w:rPr>
        <w:t xml:space="preserve">[1:45:41] </w:t>
      </w:r>
      <w:r>
        <w:t>isi liye Barter Order ne likha hai ke yeh jo yeh jo logic hai ke "where there is design, there is a designer" yeh apni nature mein ek scientific logic hai scientific argument hai to yeh tha Einstein ka karmana ab mein</w:t>
      </w:r>
    </w:p>
    <w:p>
      <w:pPr>
        <w:jc w:val="right"/>
      </w:pPr>
      <w:r>
        <w:t>اسی لیے بارٹرڈر نے لکھا ہے کہ یہ جو یہ جو لاجک ہے کہ "ویر دیر از ڈیزائن، دیر از اے ڈیزائنر" یہ اپنی نیچر میں ایک سائنٹیفک لاجک ہے سائنٹیفک ارگومنٹ ہے تو یہ تھا آئنسٹین کا کارنامہ اب میں</w:t>
      </w:r>
    </w:p>
    <w:p>
      <w:r>
        <w:rPr>
          <w:b/>
        </w:rPr>
        <w:t xml:space="preserve">[1:46:02] </w:t>
      </w:r>
      <w:r>
        <w:t>James Jeans ka naam lunga</w:t>
      </w:r>
    </w:p>
    <w:p>
      <w:pPr>
        <w:jc w:val="right"/>
      </w:pPr>
      <w:r>
        <w:t>جیمز جینز کا نام لوں گا</w:t>
      </w:r>
    </w:p>
    <w:p>
      <w:r>
        <w:rPr>
          <w:b/>
        </w:rPr>
        <w:t xml:space="preserve">[1:46:04] </w:t>
      </w:r>
      <w:r>
        <w:t>mein samajhta hoon ke ek ek ek ek group paida hua is ke baad scientists ka Einstein ke baad jis mein James Jeans ko mein alamaati tor par le raha hoon aur bhi kai log the jaise Sir Arthur Eddington aur kai log to James Jeans ka ek bohat hi bhi karmana hai ke is ne aisi kitabein likhin mislan "The Mysterious Universe"</w:t>
      </w:r>
    </w:p>
    <w:p>
      <w:pPr>
        <w:jc w:val="right"/>
      </w:pPr>
      <w:r>
        <w:t>میں سمجھتا ہوں کہ ایک ایک ایک ایک گروپ پیدا ہوا اس کے بعد سائنس دانوں کا آئنسٹین کے بعد جس میں جیمز جینز کو میں علامتی طور پر لے رہا ہوں اور بھی کئی لوگ تھے جیسے سرار تھا ایڈنگٹن اور کئی لوگ تو جیمز جینز کا ایک بہت ہی بھی کارنامہ ہے کہ اس نے ایسی کتابیں لکھیں مثلاً "مسٹیریس یونیورس</w:t>
      </w:r>
    </w:p>
    <w:p>
      <w:r>
        <w:rPr>
          <w:b/>
        </w:rPr>
        <w:t xml:space="preserve">[1:46:29] </w:t>
      </w:r>
      <w:r>
        <w:t>jisme usne dikhaya hai ke ab woh gap khatam ho gaya hai jo materialism aur</w:t>
      </w:r>
    </w:p>
    <w:p>
      <w:pPr>
        <w:jc w:val="right"/>
      </w:pPr>
      <w:r>
        <w:t>" جس میں اس نے دکھایا ہے کہ اب وہ گیپ ختم ہو گیا ہے جو مٹیریلزم اور</w:t>
      </w:r>
    </w:p>
    <w:p>
      <w:r>
        <w:rPr>
          <w:b/>
        </w:rPr>
        <w:t xml:space="preserve">[1:46:33] </w:t>
      </w:r>
      <w:r>
        <w:t>spirituality mein tha pehle woh gap khatam ho gaya</w:t>
      </w:r>
    </w:p>
    <w:p>
      <w:pPr>
        <w:jc w:val="right"/>
      </w:pPr>
      <w:r>
        <w:t>سپرچولیٹی میں تھا پہلے وہ گیپ ختم ہو گیا</w:t>
      </w:r>
    </w:p>
    <w:p>
      <w:r>
        <w:rPr>
          <w:b/>
        </w:rPr>
        <w:t xml:space="preserve">[1:46:38] </w:t>
      </w:r>
      <w:r>
        <w:t>misal ke taur par apni is kitab mein main jiska naam liya maine "Mysterious Universe" is</w:t>
      </w:r>
    </w:p>
    <w:p>
      <w:pPr>
        <w:jc w:val="right"/>
      </w:pPr>
      <w:r>
        <w:t>مثال کے طور پر اپنی اس کتاب میں میں جس کا نام لیا میں نے "مسٹیریس یونیورس" اس</w:t>
      </w:r>
    </w:p>
    <w:p>
      <w:r>
        <w:rPr>
          <w:b/>
        </w:rPr>
        <w:t xml:space="preserve">[1:46:44] </w:t>
      </w:r>
      <w:r>
        <w:t>mein yeh batata hai ke</w:t>
      </w:r>
    </w:p>
    <w:p>
      <w:pPr>
        <w:jc w:val="right"/>
      </w:pPr>
      <w:r>
        <w:t>میں یہ بتاتا ہے کہ</w:t>
      </w:r>
    </w:p>
    <w:p>
      <w:r>
        <w:rPr>
          <w:b/>
        </w:rPr>
        <w:t xml:space="preserve">[1:46:47] </w:t>
      </w:r>
      <w:r>
        <w:t>jo universe humne discover ki hai ab woh mechanical model ko qabool nahi karti</w:t>
      </w:r>
    </w:p>
    <w:p>
      <w:pPr>
        <w:jc w:val="right"/>
      </w:pPr>
      <w:r>
        <w:t>جو یونیورس ہم نے ڈسکور کی ہے اب وہ مکینیکل ماڈل کو قبول نہیں کرتی</w:t>
      </w:r>
    </w:p>
    <w:p>
      <w:r>
        <w:rPr>
          <w:b/>
        </w:rPr>
        <w:t xml:space="preserve">[1:46:55] </w:t>
      </w:r>
      <w:r>
        <w:t>aaj ki jo scientific world hai woh mechanical model ko accept nahi karti</w:t>
      </w:r>
    </w:p>
    <w:p>
      <w:pPr>
        <w:jc w:val="right"/>
      </w:pPr>
      <w:r>
        <w:t>اج کی جو سائنٹیفک ورلڈ ہے وہ مکینیکل ماڈل کو ایکسیپٹ نہیں کرتی</w:t>
      </w:r>
    </w:p>
    <w:p>
      <w:r>
        <w:rPr>
          <w:b/>
        </w:rPr>
        <w:t xml:space="preserve">[1:46:59] </w:t>
      </w:r>
      <w:r>
        <w:t>is se woh explain nahi hoti woh universe aaj jo universe hum ne discover ki hai woh sare ke sare mathematics pe base karti hai</w:t>
      </w:r>
    </w:p>
    <w:p>
      <w:pPr>
        <w:jc w:val="right"/>
      </w:pPr>
      <w:r>
        <w:t>اس سے وہ ایکسپلین نہیں ہوتی وہ یونیورس اج جو یونیورس ہم نے ڈسکور کی ہے وہ سارے کے سارے میتھمیٹکس پہ بیس کرتی ہے</w:t>
      </w:r>
    </w:p>
    <w:p>
      <w:r>
        <w:rPr>
          <w:b/>
        </w:rPr>
        <w:t xml:space="preserve">[1:47:09] </w:t>
      </w:r>
      <w:r>
        <w:t>to usne kaha ke</w:t>
      </w:r>
    </w:p>
    <w:p>
      <w:pPr>
        <w:jc w:val="right"/>
      </w:pPr>
      <w:r>
        <w:t>تو اس نے کہا کہ</w:t>
      </w:r>
    </w:p>
    <w:p>
      <w:r>
        <w:rPr>
          <w:b/>
        </w:rPr>
        <w:t xml:space="preserve">[1:47:12] </w:t>
      </w:r>
      <w:r>
        <w:t>ke aisa maloom hota hai ke dunya ka creator ek ek ek mathematical mind hai ek mathematical mind</w:t>
      </w:r>
    </w:p>
    <w:p>
      <w:pPr>
        <w:jc w:val="right"/>
      </w:pPr>
      <w:r>
        <w:t>کہ ایسا معلوم ہوتا ہے کہ دنیا کا کریٹر ایک ایک ایک میتھمیٹیکل مائنڈ ہے ایک میتھمیٹیکل مائنڈ</w:t>
      </w:r>
    </w:p>
    <w:p>
      <w:r>
        <w:rPr>
          <w:b/>
        </w:rPr>
        <w:t xml:space="preserve">[1:47:20] </w:t>
      </w:r>
      <w:r>
        <w:t>hai aur bahut sari cheezein ismein likhi hain jisse jisme usne</w:t>
      </w:r>
    </w:p>
    <w:p>
      <w:pPr>
        <w:jc w:val="right"/>
      </w:pPr>
      <w:r>
        <w:t>ہے اور بہت ساری چیزیں اس میں لکھی ہیں جس سے جس میں اس نے</w:t>
      </w:r>
    </w:p>
    <w:p>
      <w:r>
        <w:rPr>
          <w:b/>
        </w:rPr>
        <w:t xml:space="preserve">[1:47:27] </w:t>
      </w:r>
      <w:r>
        <w:t>dikhaya hai ke modern jo knowledge hai</w:t>
      </w:r>
    </w:p>
    <w:p>
      <w:pPr>
        <w:jc w:val="right"/>
      </w:pPr>
      <w:r>
        <w:t>دکھایا ہے کہ ماڈرن جو نالج ہے</w:t>
      </w:r>
    </w:p>
    <w:p>
      <w:r>
        <w:rPr>
          <w:b/>
        </w:rPr>
        <w:t xml:space="preserve">[1:47:32] </w:t>
      </w:r>
      <w:r>
        <w:t>Einstein ke baad jo saamne aayi hai uske baad</w:t>
      </w:r>
    </w:p>
    <w:p>
      <w:pPr>
        <w:jc w:val="right"/>
      </w:pPr>
      <w:r>
        <w:t>آئنسٹین کے بعد جو سامنے ائی ہے اس کے بعد</w:t>
      </w:r>
    </w:p>
    <w:p>
      <w:r>
        <w:rPr>
          <w:b/>
        </w:rPr>
        <w:t xml:space="preserve">[1:47:37] </w:t>
      </w:r>
      <w:r>
        <w:t>ab aap yeh nahi kar sakte ke is dunya ka koi khuda nahi hai</w:t>
      </w:r>
    </w:p>
    <w:p>
      <w:pPr>
        <w:jc w:val="right"/>
      </w:pPr>
      <w:r>
        <w:t>اب آپ یہ نہیں کر سکتے کہ اس دنیا کا کوئی خدا نہیں ہے</w:t>
      </w:r>
    </w:p>
    <w:p>
      <w:r>
        <w:rPr>
          <w:b/>
        </w:rPr>
        <w:t xml:space="preserve">[1:47:42] </w:t>
      </w:r>
      <w:r>
        <w:t>ab aap maane majboor hain ke is duniya ka koi duniya is duniya ke peechay koi force hai agarche is ne jo naam liya hai wohi mathematical mind duniya ke peechay ek mathematical mind hai God ka word use nahi karta hai woh woh mathematical mind ka word use karta hai lekin kya hai mathematical mind kya hai zahir hai ke woh khuda ko scientific word</w:t>
      </w:r>
    </w:p>
    <w:p>
      <w:pPr>
        <w:jc w:val="right"/>
      </w:pPr>
      <w:r>
        <w:t>اب آپ مانے مجبور ہیں کہ اس دنیا کا کوئی دنیا اس دنیا کے پیچھے کوئی فورس ہے اگرچہ اس نے جو نام لیا ہے وہی میتھمیٹیکل مائنڈ دنیا کے پیچھے ایک میتھمیٹیکل مائنڈ ہے گاڈ کا ورڈ یوز نہیں کرتا ہے وہ وہ میتھمیٹیکل مائنڈ کا ورڈ یوز کرتا ہے لیکن کیا ہے میتھمیٹیکل مائنڈ کیا ہے ظاہر ہے کہ وہ خدا کو سائنٹیفک ورڈ</w:t>
      </w:r>
    </w:p>
    <w:p>
      <w:r>
        <w:rPr>
          <w:b/>
        </w:rPr>
        <w:t xml:space="preserve">[1:48:06] </w:t>
      </w:r>
      <w:r>
        <w:t>de raha hai woh yaani khuda hi ke yaani yaani</w:t>
      </w:r>
    </w:p>
    <w:p>
      <w:pPr>
        <w:jc w:val="right"/>
      </w:pPr>
      <w:r>
        <w:t>دے رہا ہے وہ یعنی خدا ہی کے یعنی یعنی</w:t>
      </w:r>
    </w:p>
    <w:p>
      <w:r>
        <w:rPr>
          <w:b/>
        </w:rPr>
        <w:t xml:space="preserve">[1:48:12] </w:t>
      </w:r>
      <w:r>
        <w:t>khuda ka word na bol kar ke woh usko scientific language mein bata bata raha hai to</w:t>
      </w:r>
    </w:p>
    <w:p>
      <w:pPr>
        <w:jc w:val="right"/>
      </w:pPr>
      <w:r>
        <w:t>خدا کا ورڈ نہ بول کر کے وہ اس کو سائنٹیفک لینگویج میں بتا بتا رہا ہے تو</w:t>
      </w:r>
    </w:p>
    <w:p>
      <w:r>
        <w:rPr>
          <w:b/>
        </w:rPr>
        <w:t xml:space="preserve">[1:48:17] </w:t>
      </w:r>
      <w:r>
        <w:t>yeh jo kitab uski hai</w:t>
      </w:r>
    </w:p>
    <w:p>
      <w:pPr>
        <w:jc w:val="right"/>
      </w:pPr>
      <w:r>
        <w:t>یہ جو کتاب اس کی ہے</w:t>
      </w:r>
    </w:p>
    <w:p>
      <w:r>
        <w:rPr>
          <w:b/>
        </w:rPr>
        <w:t xml:space="preserve">[1:48:20] </w:t>
      </w:r>
      <w:r>
        <w:t>yeh "Mysterious Universe" aur bhi bahut si kitabein uske baad niklein</w:t>
      </w:r>
    </w:p>
    <w:p>
      <w:pPr>
        <w:jc w:val="right"/>
      </w:pPr>
      <w:r>
        <w:t>یہ "مسٹیریس یونیورس" اور بھی بہت سی کتابیں اس کے بعد نکلیں</w:t>
      </w:r>
    </w:p>
    <w:p>
      <w:r>
        <w:rPr>
          <w:b/>
        </w:rPr>
        <w:t xml:space="preserve">[1:48:25] </w:t>
      </w:r>
      <w:r>
        <w:t>jisne yeh bataya hai ke ab naya jo zamana aaya hai Einstein ke baad ismein materialism</w:t>
      </w:r>
    </w:p>
    <w:p>
      <w:pPr>
        <w:jc w:val="right"/>
      </w:pPr>
      <w:r>
        <w:t>جس نے یہ بتایا ہے کہ اب نیا جو زمانہ ایا ہے آئنسٹین کے بعد اس میں مٹیریلزم</w:t>
      </w:r>
    </w:p>
    <w:p>
      <w:r>
        <w:rPr>
          <w:b/>
        </w:rPr>
        <w:t xml:space="preserve">[1:48:33] </w:t>
      </w:r>
      <w:r>
        <w:t>aur spirituality ka farq khatam ho gaya hai</w:t>
      </w:r>
    </w:p>
    <w:p>
      <w:pPr>
        <w:jc w:val="right"/>
      </w:pPr>
      <w:r>
        <w:t>اور سپرچولیٹی کا فرق ختم ہو گیا ہے</w:t>
      </w:r>
    </w:p>
    <w:p>
      <w:r>
        <w:rPr>
          <w:b/>
        </w:rPr>
        <w:t xml:space="preserve">[1:48:38] </w:t>
      </w:r>
      <w:r>
        <w:t>to is ka mazhabi aqeedah ya spiritual ya yeh mazhabi belief itna hi valid hai itna scientific hai jitna ke koi scientific formula</w:t>
      </w:r>
    </w:p>
    <w:p>
      <w:pPr>
        <w:jc w:val="right"/>
      </w:pPr>
      <w:r>
        <w:t>تو اس کا مذہبی عقیدہ یا سپرچول یا یہ مذہبی بیلیف اتنا ہی ویلڈ ہے اتنا سائنٹیفک ہے جتنا کہ کوئی سائنٹیفک فارمولا</w:t>
      </w:r>
    </w:p>
    <w:p>
      <w:r>
        <w:rPr>
          <w:b/>
        </w:rPr>
        <w:t xml:space="preserve">[1:48:55] </w:t>
      </w:r>
      <w:r>
        <w:t>ab mein apni baat ke aakhir mein pahunch gaya hoon</w:t>
      </w:r>
    </w:p>
    <w:p>
      <w:pPr>
        <w:jc w:val="right"/>
      </w:pPr>
      <w:r>
        <w:t>اب میں اپنی بات کے اخر میں پہنچ گیا ہوں</w:t>
      </w:r>
    </w:p>
    <w:p>
      <w:r>
        <w:rPr>
          <w:b/>
        </w:rPr>
        <w:t xml:space="preserve">[1:49:00] </w:t>
      </w:r>
      <w:r>
        <w:t>to yeh ek ek survey tha history ka ke history kis tarah se oonch neech ke sath safar karti rahi hai aur safar karte karte yahan pahunchi hai ke aaj khud jo insan ka ki knowledge hai insan ka jo science hai khud wahi yeh keh rahi hai ke religion aur spirituality ka farq bat chuka hai</w:t>
      </w:r>
    </w:p>
    <w:p>
      <w:pPr>
        <w:jc w:val="right"/>
      </w:pPr>
      <w:r>
        <w:t>تو یہ ایک ایک سروے تھا ہسٹری کا کہ ہسٹری کس طرح سے اونچ نیچ کے ساتھ سفر کرتی رہی ہے اور سفر کرتے کرتے یہاں پہنچی ہے کہ اج خود جو انسان کا کی نالج ہے انسان کا جو سائنس ہے خود وہی یہ کہہ رہی ہے کہ ریلیجن اور سپرچولیٹی کا فرق بٹ چکا ہے</w:t>
      </w:r>
    </w:p>
    <w:p>
      <w:r>
        <w:rPr>
          <w:b/>
        </w:rPr>
        <w:t xml:space="preserve">[1:49:25] </w:t>
      </w:r>
      <w:r>
        <w:t>doosre lafzon mein yeh ke mazhab ki teaching bhi itni hi valid hai jitni ke physical teachings hain</w:t>
      </w:r>
    </w:p>
    <w:p>
      <w:pPr>
        <w:jc w:val="right"/>
      </w:pPr>
      <w:r>
        <w:t>دوسرے لفظوں میں یہ کہ مذہب کی ٹیچنگ بھی اتنی ہی ویلڈ ہے جتنی کہ فزیکل ٹیچنگز ہیں</w:t>
      </w:r>
    </w:p>
    <w:p>
      <w:r>
        <w:rPr>
          <w:b/>
        </w:rPr>
        <w:t xml:space="preserve">[1:49:32] </w:t>
      </w:r>
      <w:r>
        <w:t>goya khuda jo hai aaj ek ek ek aisi cheez ban gaya hai jisko maane baghair aap</w:t>
      </w:r>
    </w:p>
    <w:p>
      <w:pPr>
        <w:jc w:val="right"/>
      </w:pPr>
      <w:r>
        <w:t>گویا خدا جو ہے اج ایک ایک ایک ایسی چیز بن گیا ہے جس کو مانے بغیر اپ</w:t>
      </w:r>
    </w:p>
    <w:p>
      <w:r>
        <w:rPr>
          <w:b/>
        </w:rPr>
        <w:t xml:space="preserve">[1:49:38] </w:t>
      </w:r>
      <w:r>
        <w:t>chara nahi ap ki drop koi is par maine ek kitab likhi hai "god arises"</w:t>
      </w:r>
    </w:p>
    <w:p>
      <w:pPr>
        <w:jc w:val="right"/>
      </w:pPr>
      <w:r>
        <w:t>چارہ نہیں اپ کی ڈراپ کوئی اس پر میں نے ایک کتاب لکھی ہے "گاڈ ارائزز"</w:t>
      </w:r>
    </w:p>
    <w:p>
      <w:r>
        <w:rPr>
          <w:b/>
        </w:rPr>
        <w:t xml:space="preserve">[1:49:44] </w:t>
      </w:r>
      <w:r>
        <w:t>to aakhir mein main yeh kahunga ke sari dharmik kitabon mein ek baat pai jati hai woh</w:t>
      </w:r>
    </w:p>
    <w:p>
      <w:pPr>
        <w:jc w:val="right"/>
      </w:pPr>
      <w:r>
        <w:t>تو اخر میں میں یہ کہوں گا کہ ساری دھارمک کتابوں میں ایک بات پائی جاتی ہے وہ</w:t>
      </w:r>
    </w:p>
    <w:p>
      <w:r>
        <w:rPr>
          <w:b/>
        </w:rPr>
        <w:t xml:space="preserve">[1:49:51] </w:t>
      </w:r>
      <w:r>
        <w:t>kya hai aakhri zamane mein aane wala ek insan</w:t>
      </w:r>
    </w:p>
    <w:p>
      <w:pPr>
        <w:jc w:val="right"/>
      </w:pPr>
      <w:r>
        <w:t>کیا ہے اخری زمانے میں انے والا ایک انسان</w:t>
      </w:r>
    </w:p>
    <w:p>
      <w:r>
        <w:rPr>
          <w:b/>
        </w:rPr>
        <w:t xml:space="preserve">[1:49:56] </w:t>
      </w:r>
      <w:r>
        <w:t>aap dekhiye ke haan yeh hindu literature mein antima avatar concept hai Gautam Buddha ne kaha tha ke mere baad ek aur Buddha aayega isi tarah se biblical literature mein bhi hai islam mein is ko Mahdi kaha gaya hai ek Mahdi aayega to aakhri zamane mein in final days mein ek aane wale ke ka zikr hai sabhi kitabon mein aur sabhi system mein</w:t>
      </w:r>
    </w:p>
    <w:p>
      <w:pPr>
        <w:jc w:val="right"/>
      </w:pPr>
      <w:r>
        <w:t>اپ دیکھیے کہ ہاں یہ ہندو لٹریچر میں انتی موتار کانسیپٹ ہے گوتم بدھ نے کہا تھا کہ میرے بعد ایک اور بدھا ائے گا اسی طرح سے بiblical لٹریچر میں بھی ہے اسلام میں اس کو مہدی کہا گیا ہے ایک مہدی ائے گا تو اخری زمانے میں ان فائنل ڈیز میں ایک انے والے کے کا ذکر ہے سبھی کتابوں میں اور سبھی سسٹم میں</w:t>
      </w:r>
    </w:p>
    <w:p>
      <w:r>
        <w:rPr>
          <w:b/>
        </w:rPr>
        <w:t xml:space="preserve">[1:50:24] </w:t>
      </w:r>
      <w:r>
        <w:t>is par mein ne ghor kiya to meri samajh mein aaya hai ke ke woh mein ne socha ke woh kaun hoga to lafz Mahdi batata hai ke woh kaun hoga Mahdi means hidayat yafta yani hidayat ko janne wala guided person to Mahdi ka word hai Hadi ka word nahi hai yani yeh ke woh nahi ke woh dunya bhar mein islam ki hukumat qaim karega hukumat ilahia banayega sari dunya mein yeh bilkul absurd baat hai</w:t>
      </w:r>
    </w:p>
    <w:p>
      <w:pPr>
        <w:jc w:val="right"/>
      </w:pPr>
      <w:r>
        <w:t>اس پر میں نے غور کیا تو میری سمجھ میں ایا ہے کہ کہ وہ میں نے سوچا کہ وہ کون ہوگا تو لفظ مہدی بتاتا ہے کہ وہ کون ہوگا مہدی مینز ہدایت یافتہ یعنی ہدایت کو جاننے والا گائیڈڈ پرسن تو مہدی کا ورڈ ہے ہادی کا ورڈ نہیں ہے یعنی یہ کہ وہ نہیں کہ وہ دنیا بھر میں اسلام کی حکومت قائم کرے گا حکومت الہیہ بنائے گا ساری دنیا میں یہ بالکل ایبسرٹ بات ہے</w:t>
      </w:r>
    </w:p>
    <w:p>
      <w:r>
        <w:rPr>
          <w:b/>
        </w:rPr>
        <w:t xml:space="preserve">[1:50:54] </w:t>
      </w:r>
      <w:r>
        <w:t>kyunke mahdi jo hai khud hidayat mili hui hogi us ko woh ek guided person hoga yeh nahi ke woh dunya mein revolution layega woh to mein samajhta hoon ke mahdi ka jo role hai ya aur jo naam aaye hain mukhtalif kitabon mein uska role jo hai woh kya hai</w:t>
      </w:r>
    </w:p>
    <w:p>
      <w:pPr>
        <w:jc w:val="right"/>
      </w:pPr>
      <w:r>
        <w:t>کیونکہ مہدی جو ہے خود ہدایت ملی ہوئی ہوگی اس کو وہ ایک گائیڈڈ پرسن ہوگا یہ نہیں کہ وہ دنیا میں ریولوشن لائے گا وہ تو میں سمجھتا ہوں کہ مہدی کا جو رول ہے یا اور جو نام ائے ہیں مختلف کتابوں میں اس کا رول جو ہے وہ کیا ہے</w:t>
      </w:r>
    </w:p>
    <w:p>
      <w:r>
        <w:rPr>
          <w:b/>
        </w:rPr>
        <w:t xml:space="preserve">[1:51:11] </w:t>
      </w:r>
      <w:r>
        <w:t>puri history mein history safar karte karte jahan pahunchi hai is iska pura gyan lekar ke uska pura ilm lekar ke sachai ko aaj ki language mein batana aaj ke scientific standard batana</w:t>
      </w:r>
    </w:p>
    <w:p>
      <w:pPr>
        <w:jc w:val="right"/>
      </w:pPr>
      <w:r>
        <w:t>پوری ہسٹری میں ہسٹری سفر کرتے کرتے جہاں پہنچی ہے اس اس کا پورا گیان لے کر کے اس کا پورا علم لے کر کے سچائی کو اج کی لینگویج میں بتانا اج کے سائنٹیفک سٹینڈرڈ بتانا</w:t>
      </w:r>
    </w:p>
    <w:p>
      <w:r>
        <w:rPr>
          <w:b/>
        </w:rPr>
        <w:t xml:space="preserve">[1:51:32] </w:t>
      </w:r>
      <w:r>
        <w:t>main samajhta hoon ke yeh hai mehdi ka role</w:t>
      </w:r>
    </w:p>
    <w:p>
      <w:pPr>
        <w:jc w:val="right"/>
      </w:pPr>
      <w:r>
        <w:t>میں سمجھتا ہوں کہ یہ ہے مہدی کا رول</w:t>
      </w:r>
    </w:p>
    <w:p>
      <w:r>
        <w:rPr>
          <w:b/>
        </w:rPr>
        <w:t xml:space="preserve">[1:51:35] </w:t>
      </w:r>
      <w:r>
        <w:t>aur aaj ka jo jo media hai aaj ka jo aaj ki technology hai is ke zariye logon</w:t>
      </w:r>
    </w:p>
    <w:p>
      <w:pPr>
        <w:jc w:val="right"/>
      </w:pPr>
      <w:r>
        <w:t>اور اج کا جو جو میڈیا ہے اج کا جو اج کی ٹیکنالوجی ہے اس کے ذریعے لوگوں</w:t>
      </w:r>
    </w:p>
    <w:p>
      <w:r>
        <w:rPr>
          <w:b/>
        </w:rPr>
        <w:t xml:space="preserve">[1:51:42] </w:t>
      </w:r>
      <w:r>
        <w:t>tak is ko pahunchana</w:t>
      </w:r>
    </w:p>
    <w:p>
      <w:pPr>
        <w:jc w:val="right"/>
      </w:pPr>
      <w:r>
        <w:t>تک اس کو پہنچانا</w:t>
      </w:r>
    </w:p>
    <w:p>
      <w:r>
        <w:rPr>
          <w:b/>
        </w:rPr>
        <w:t xml:space="preserve">[1:51:44] </w:t>
      </w:r>
      <w:r>
        <w:t>yani sachai ko discover karna aur sachai ko disseminate karna logon ko is se aware kar dena yeh</w:t>
      </w:r>
    </w:p>
    <w:p>
      <w:pPr>
        <w:jc w:val="right"/>
      </w:pPr>
      <w:r>
        <w:t>یعنی سچائی کو ڈسکور کرنا اور سچائی کو ڈسیمینیٹ کرنا لوگوں کو اس سے اویئر کر دینا یہ</w:t>
      </w:r>
    </w:p>
    <w:p>
      <w:r>
        <w:rPr>
          <w:b/>
        </w:rPr>
        <w:t xml:space="preserve">[1:51:52] </w:t>
      </w:r>
      <w:r>
        <w:t>hai mehdi ka role aur yahi woh role hai jo doosri kitabon mein bataya gaya hai to yeh</w:t>
      </w:r>
    </w:p>
    <w:p>
      <w:pPr>
        <w:jc w:val="right"/>
      </w:pPr>
      <w:r>
        <w:t>ہے مہدی کا رول اور یہی وہ رول ہے جو دوسری کتابوں میں بتایا گیا ہے تو یہ</w:t>
      </w:r>
    </w:p>
    <w:p>
      <w:r>
        <w:rPr>
          <w:b/>
        </w:rPr>
        <w:t xml:space="preserve">[1:51:56] </w:t>
      </w:r>
      <w:r>
        <w:t>final days ka ek role baqi hai pichhle sare role khatam ho chuke hain ab</w:t>
      </w:r>
    </w:p>
    <w:p>
      <w:pPr>
        <w:jc w:val="right"/>
      </w:pPr>
      <w:r>
        <w:t>فائنل ڈیز کا ایک رول باقی ہے پچھلے سارے رول ختم ہو چکے ہیں اب</w:t>
      </w:r>
    </w:p>
    <w:p>
      <w:r>
        <w:rPr>
          <w:b/>
        </w:rPr>
        <w:t xml:space="preserve">[1:52:02] </w:t>
      </w:r>
      <w:r>
        <w:t>yani adam se le kar ke jo maine zikr kiya einstein tak aur sir james jeans tak toh jitne bhi historical role the woh sab poore ho chuke hain ab sachai akhri taur par yani maloom ho chuki yani maloom hone ka matlab hai ke scientifically woh preveble ban chuki yani science scientifically usko aap prove kar sakte hain yahan tak mamla pahunch chuka</w:t>
      </w:r>
    </w:p>
    <w:p>
      <w:pPr>
        <w:jc w:val="right"/>
      </w:pPr>
      <w:r>
        <w:t>یعنی ادم سے لے کر کے جو میں نے ذکر کیا ائنسٹین تک اور سر جیمز جینز تک تو جتنے بھی ہسٹوریکل رول تھے وہ سب پورے ہو چکے ہیں اب سچائی اخری طور پر یعنی معلوم ہو چکی یعنی معلوم ہونے کا معنی ہے کہ سائنٹیفیکلی وہ پرویبل بن چکی یعنی سائنس سائنٹیفیکلی اس کو اپ پروف کر سکتے ہیں یہاں تک معاملہ پہنچ چکا</w:t>
      </w:r>
    </w:p>
    <w:p>
      <w:r>
        <w:rPr>
          <w:b/>
        </w:rPr>
        <w:t xml:space="preserve">[1:52:31] </w:t>
      </w:r>
      <w:r>
        <w:t>toh is puri history ka jo jo culmination hoga woh yeh hoga ke koi insan yeh saari maloomat ko istemal karke saari knowledge ko istemal karke aur saare scientific discoveries ko istemal karke sachai ko akhri taur par logon ke samne pesh karega aisi shakal mein ke woh usko ilmi taur par ya logical taur par uska inkar na kar sakein</w:t>
      </w:r>
    </w:p>
    <w:p>
      <w:pPr>
        <w:jc w:val="right"/>
      </w:pPr>
      <w:r>
        <w:t>تو اس پوری ہسٹری کا جو جو کلمنیشن ہوگا وہ یہ ہوگا کہ کوئی انسان یہ ساری معلومات کو استعمال کر کے ساری نالج کو استعمال کر کے اور سارے سائنٹیفک ڈسکوریز کو استعمال کر کے سچائی کو اخری طور پر لوگوں کے سامنے پیش کرے گا ایسی شکل میں کہ وہ اس کو علمی طور پر یا لاجیکل طور پر اس کا انکار نہ کر سکیں</w:t>
      </w:r>
    </w:p>
    <w:p>
      <w:r>
        <w:rPr>
          <w:b/>
        </w:rPr>
        <w:t xml:space="preserve">[1:52:59] </w:t>
      </w:r>
      <w:r>
        <w:t>mein samajhta hoon ke yeh hoga akhri role kisi insan ka iske baad dunya ka khatma ho jayega end aa jayega dunya ka kyunke baqi saare role ho chuke ab kuch aur baqi nahi reh gaya hai ab role sirf wohi hai yani yani final declaration ka</w:t>
      </w:r>
    </w:p>
    <w:p>
      <w:pPr>
        <w:jc w:val="right"/>
      </w:pPr>
      <w:r>
        <w:t>میں سمجھتا ہوں کہ یہ ہوگا اخری رول کسی انسان کا اس کے بعد دنیا کا خاتمہ ہو جائے گا اینڈ ا جائے گا دنیا کا کیونکہ باقی سارے رول ہو چکے اب کچھ اور باقی نہیں رہ گیا ہے اب رول صرف وہی ہے یعنی یعنی فائنل ڈیکلریشن کا</w:t>
      </w:r>
    </w:p>
    <w:p>
      <w:r>
        <w:rPr>
          <w:b/>
        </w:rPr>
        <w:t xml:space="preserve">[1:53:19] </w:t>
      </w:r>
      <w:r>
        <w:t>final declaration</w:t>
      </w:r>
    </w:p>
    <w:p>
      <w:pPr>
        <w:jc w:val="right"/>
      </w:pPr>
      <w:r>
        <w:t>فائنل ڈیکلریشن</w:t>
      </w:r>
    </w:p>
    <w:p>
      <w:r>
        <w:rPr>
          <w:b/>
        </w:rPr>
        <w:t xml:space="preserve">[1:53:22] </w:t>
      </w:r>
      <w:r>
        <w:t>toh mein samajhta hoon ke woh zamana ab aa chuka hai aur final declaration ke baad kya hoga surah israfel israfel jo hai jo hadith mein aata hai ke ek khuda ka ek angel ek trumpet liye hue khada hua khada hai aur ke usko phoonk de aur woh jab phoonkega toh dunya ka khatma ho jayega toh history safar karte karte saare iske stages khatam ho chuke hain</w:t>
      </w:r>
    </w:p>
    <w:p>
      <w:pPr>
        <w:jc w:val="right"/>
      </w:pPr>
      <w:r>
        <w:t>تو میں سمجھتا ہوں کہ وہ زمانہ اب ا چکا ہے اور فائنل ڈیکلریشن کے بعد کیا ہوگا سورہ اسرافیل اسرافیل جو ہے جو حدیث میں اتا ہے کہ ایک خدا کا ایک اینجل ایک ٹرمپٹ لیے ہوئے کھڑا ہوا کھڑا ہے اور کہ اس کو پھونک دے اور وہ جب پھونکے گا تو دنیا کا خاتمہ ہو جائے گا تو ہسٹری سفر کرتے کرتے سارے اس کے سٹیجز ختم ہو چکے ہیں</w:t>
      </w:r>
    </w:p>
    <w:p>
      <w:r>
        <w:rPr>
          <w:b/>
        </w:rPr>
        <w:t xml:space="preserve">[1:53:51] </w:t>
      </w:r>
      <w:r>
        <w:t>ab jo hai woh final declaration baqi hai woh jab koi insan is ko ada kar dega</w:t>
      </w:r>
    </w:p>
    <w:p>
      <w:pPr>
        <w:jc w:val="right"/>
      </w:pPr>
      <w:r>
        <w:t>اب جو ہے وہ فائنل ڈیکلریشن باقی ہے وہ جب کوئی انسان اس کو ادا کر دے گا</w:t>
      </w:r>
    </w:p>
    <w:p>
      <w:r>
        <w:rPr>
          <w:b/>
        </w:rPr>
        <w:t xml:space="preserve">[1:53:58] </w:t>
      </w:r>
      <w:r>
        <w:t>us ke baad duniya jo hai</w:t>
      </w:r>
    </w:p>
    <w:p>
      <w:pPr>
        <w:jc w:val="right"/>
      </w:pPr>
      <w:r>
        <w:t>اس کے بعد دنیا جو ہے</w:t>
      </w:r>
    </w:p>
    <w:p>
      <w:r>
        <w:rPr>
          <w:b/>
        </w:rPr>
        <w:t xml:space="preserve">[1:54:01] </w:t>
      </w:r>
      <w:r>
        <w:t>israfil sur phoonk denge aur day of judgment shuru ho jayega jis ke baad ya to</w:t>
      </w:r>
    </w:p>
    <w:p>
      <w:pPr>
        <w:jc w:val="right"/>
      </w:pPr>
      <w:r>
        <w:t>اسرافیل سر پھونک دیں گے اور ڈے اف ججمنٹ شروع ہو جائے گا جس کے بعد یا تو</w:t>
      </w:r>
    </w:p>
    <w:p>
      <w:r>
        <w:rPr>
          <w:b/>
        </w:rPr>
        <w:t xml:space="preserve">[1:54:05] </w:t>
      </w:r>
      <w:r>
        <w:t>hell hai ya paradise</w:t>
      </w:r>
    </w:p>
    <w:p>
      <w:pPr>
        <w:jc w:val="right"/>
      </w:pPr>
      <w:r>
        <w:t>ہیل ہے یا پیرڈائز</w:t>
      </w:r>
    </w:p>
    <w:p>
      <w:r>
        <w:rPr>
          <w:b/>
        </w:rPr>
        <w:t xml:space="preserve">[1:54:09] </w:t>
      </w:r>
      <w:r>
        <w:t>to hum logon ke liye mere khayal se bohat hi kam waqt reh gaya sochne ka bohat hi</w:t>
      </w:r>
    </w:p>
    <w:p>
      <w:pPr>
        <w:jc w:val="right"/>
      </w:pPr>
      <w:r>
        <w:t>تو ہم لوگوں کے لیے میرے خیال سے بہت ہی کم وقت رہ گیا سوچنے کا بہت ہی</w:t>
      </w:r>
    </w:p>
    <w:p>
      <w:r>
        <w:rPr>
          <w:b/>
        </w:rPr>
        <w:t xml:space="preserve">[1:54:13] </w:t>
      </w:r>
      <w:r>
        <w:t>kam waqt reh gaya hai hamari apni umar ke lihaz se bhi aur duniya ki umar ke lihaz</w:t>
      </w:r>
    </w:p>
    <w:p>
      <w:pPr>
        <w:jc w:val="right"/>
      </w:pPr>
      <w:r>
        <w:t>کم وقت رہ گیا ہے ہماری اپنی عمر کے لحاظ سے بھی اور دنیا کی عمر کے لحاظ</w:t>
      </w:r>
    </w:p>
    <w:p>
      <w:r>
        <w:rPr>
          <w:b/>
        </w:rPr>
        <w:t xml:space="preserve">[1:54:18] </w:t>
      </w:r>
      <w:r>
        <w:t>se bhi</w:t>
      </w:r>
    </w:p>
    <w:p>
      <w:pPr>
        <w:jc w:val="right"/>
      </w:pPr>
      <w:r>
        <w:t>سے بھی</w:t>
      </w:r>
    </w:p>
    <w:p>
      <w:r>
        <w:rPr>
          <w:b/>
        </w:rPr>
        <w:t xml:space="preserve">[1:54:22] </w:t>
      </w:r>
      <w:r>
        <w:t>hum ek lamha ko bhi yani gawa nahi sakte main subah soch raha tha toh mere dhyan mein aaya ke hum sab log ek aise aircraft par sawar hain ek aise jahaz par sawar hain jo fly kar raha hai fly kar raha hai fly kar raha hai aur jald hi woh ek land mein utarne wala hai</w:t>
      </w:r>
    </w:p>
    <w:p>
      <w:pPr>
        <w:jc w:val="right"/>
      </w:pPr>
      <w:r>
        <w:t>ہم ایک لمحہ کو بھی یعنی گوا نہیں سکتے میں صبح سوچ رہا تھا تو میرے دھیان میں ایا کہ ہم سب لوگ ایک ایسے ایئر کریفٹ پر سوار ہیں ایک ایسے جہاز پر سوار ہیں جو فلائی کر رہا ہے فلائی کر رہا ہے فلائی کر رہا ہے اور جلد ہی وہ ایک لینڈ میں اترنے والا ہے</w:t>
      </w:r>
    </w:p>
    <w:p>
      <w:r>
        <w:rPr>
          <w:b/>
        </w:rPr>
        <w:t xml:space="preserve">[1:54:51] </w:t>
      </w:r>
      <w:r>
        <w:t>hum sab log wahan utrenge iske baad kya hoga</w:t>
      </w:r>
    </w:p>
    <w:p>
      <w:pPr>
        <w:jc w:val="right"/>
      </w:pPr>
      <w:r>
        <w:t>ہم سب لوگ وہاں اتریں گے اس کے بعد کیا ہوگا</w:t>
      </w:r>
    </w:p>
    <w:p>
      <w:r>
        <w:rPr>
          <w:b/>
        </w:rPr>
        <w:t xml:space="preserve">[1:54:58] </w:t>
      </w:r>
      <w:r>
        <w:t>hum mein se kisi ke paas return ticket nahi hoga yeh soch raha tha main subah ko woh ajib meri halat ho gayi ke hum sab ek aise jahaz par fly kar rahe hain jo bahut jald utarne wala hai ek land mein ek ajnabi dunya mein aur hamare hum mein se kisi ke paas return ticket nahi hoga wapsi ka</w:t>
      </w:r>
    </w:p>
    <w:p>
      <w:pPr>
        <w:jc w:val="right"/>
      </w:pPr>
      <w:r>
        <w:t>ہم میں سے کسی کے پاس ریٹرن ٹکٹ نہیں ہوگا یہ سوچ رہا تھا میں صبح کو وہ عجیب میری حالت ہو گئی کہ ہم سب ایک ایسے جہاز پر فلائی کر رہے ہیں جو بہت جلد اترنے والا ہے ایک لینڈ میں ایک اجنبی دنیا میں اور ہمارے ہم میں سے کسی کے پاس ریٹرن ٹکٹ نہیں ہوگا واپسی کا</w:t>
      </w:r>
    </w:p>
    <w:p>
      <w:r>
        <w:rPr>
          <w:b/>
        </w:rPr>
        <w:t xml:space="preserve">[1:55:23] </w:t>
      </w:r>
      <w:r>
        <w:t>toh yeh soch kar ajib meri halat ho gayi yeh hai woh sabse badi cheez hai hamein sochna chahiye aur yeh sabse badi cheez jiske liye jisse hamein sabak lena chahiye aur apni zindagi ko reshape karna chahiye replanning karni chahiye taake jab hamara jahaz utre agle destination par jahan ab aap jahan hamare paas return ticket na ho toh wahan ke halaat mein hum yani khuda ki blessing pa sakein</w:t>
      </w:r>
    </w:p>
    <w:p>
      <w:pPr>
        <w:jc w:val="right"/>
      </w:pPr>
      <w:r>
        <w:t>تو یہ سوچ کر عجیب میری حالت ہو گئی یہ ہے وہ سب سے بڑی چیز ہے ہمیں سوچنا چاہیے اور یہ سب سے بڑی چیز جس کے لیے جس سے ہمیں سبق لینا چاہیے اور اپنی زندگی کو ری شیپ کرنا چاہیے ری پلاننگ کرنی چاہیے تاکہ جب ہمارا جہاز اترے اگلے ڈیسٹینیشن پر جہاں اب اپ جہاں ہمارے پاس ریٹرن ٹکٹ نہ ہو تو وہاں کے حالات میں ہم یعنی خدا کی بلیسنگ پا سکیں</w:t>
      </w:r>
    </w:p>
    <w:p>
      <w:r>
        <w:rPr>
          <w:b/>
        </w:rPr>
        <w:t xml:space="preserve">[1:55:52] </w:t>
      </w:r>
      <w:r>
        <w:t>sab se bara concern jo hai hamara ap ka woh yeh hai</w:t>
      </w:r>
    </w:p>
    <w:p>
      <w:pPr>
        <w:jc w:val="right"/>
      </w:pPr>
      <w:r>
        <w:t>سب سے بڑا کنسرن جو ہے ہمارا اپ کا وہ یہ ہے</w:t>
      </w:r>
    </w:p>
    <w:p>
      <w:r>
        <w:rPr>
          <w:b/>
        </w:rPr>
        <w:t xml:space="preserve">[1:55:57] </w:t>
      </w:r>
      <w:r>
        <w:t>allah taala hum hum sab ko madad farmaye hum sab ko apna</w:t>
      </w:r>
    </w:p>
    <w:p>
      <w:pPr>
        <w:jc w:val="right"/>
      </w:pPr>
      <w:r>
        <w:t>اللہ تعالی ہم ہم سب کو مدد فرمائے ہم سب کو اپنا</w:t>
      </w:r>
    </w:p>
    <w:p>
      <w:r>
        <w:rPr>
          <w:b/>
        </w:rPr>
        <w:t xml:space="preserve">[1:56:05] </w:t>
      </w:r>
      <w:r>
        <w:t>hum sab ko hell se bachaye aur hum sab ko apne paradise mein</w:t>
      </w:r>
    </w:p>
    <w:p>
      <w:pPr>
        <w:jc w:val="right"/>
      </w:pPr>
      <w:r>
        <w:t>ہم سب کو ہیل سے بچائے اور ہم سب کو اپنے پیرڈائز میں</w:t>
      </w:r>
    </w:p>
    <w:p>
      <w:r>
        <w:rPr>
          <w:b/>
        </w:rPr>
        <w:t xml:space="preserve">[1:56:10] </w:t>
      </w:r>
      <w:r>
        <w:t>dakhil kare aqool qawli hadha</w:t>
      </w:r>
    </w:p>
    <w:p>
      <w:pPr>
        <w:jc w:val="right"/>
      </w:pPr>
      <w:r>
        <w:t>داخل کرے اقول قولیھذا</w:t>
      </w:r>
    </w:p>
    <w:p>
      <w:r>
        <w:rPr>
          <w:b/>
        </w:rPr>
        <w:t xml:space="preserve">[1:56:14] </w:t>
      </w:r>
      <w:r>
        <w:t>wastaghfirullah li walim ajmaeen</w:t>
      </w:r>
    </w:p>
    <w:p>
      <w:pPr>
        <w:jc w:val="right"/>
      </w:pPr>
      <w:r>
        <w:t>واستغفراللہ علی ولم اجمعین</w:t>
      </w:r>
    </w:p>
    <w:p>
      <w:r>
        <w:rPr>
          <w:b/>
        </w:rPr>
        <w:t xml:space="preserve">[1:56:31] </w:t>
      </w:r>
      <w:r>
        <w:t>ah this question is from adnan how can anyone make god his supreme concern kindly explain</w:t>
      </w:r>
    </w:p>
    <w:p>
      <w:pPr>
        <w:jc w:val="right"/>
      </w:pPr>
      <w:r>
        <w:t>اہ دس کوئسچن از فرام عدنان ہاؤ کین اینی ون میک گاڈ ہز سپریم کنسرن کائنڈلی ایکسپلین</w:t>
      </w:r>
    </w:p>
    <w:p>
      <w:r>
        <w:rPr>
          <w:b/>
        </w:rPr>
        <w:t xml:space="preserve">[1:56:45] </w:t>
      </w:r>
      <w:r>
        <w:t>dekhiye anthropology ki jo study hui hai woh toh batati hai ke already god hamara supreme concern hai by nature</w:t>
      </w:r>
    </w:p>
    <w:p>
      <w:pPr>
        <w:jc w:val="right"/>
      </w:pPr>
      <w:r>
        <w:t>دیکھیے انتھروپالوجی کی جو سٹڈی ہوئی ہے وہ تو بتاتی ہے کہ الریڈی گاڈ ہمارا سپریم کنسرن ہے بائی نیچر</w:t>
      </w:r>
    </w:p>
    <w:p>
      <w:r>
        <w:rPr>
          <w:b/>
        </w:rPr>
        <w:t xml:space="preserve">[1:56:59] </w:t>
      </w:r>
      <w:r>
        <w:t>yani khuda ka jo consciousness hai woh hamare andar interborn hai god consciousness interborn hai hamare nature mein toh goya ke already hum potentially yahi baat hai ke hum khuda ko apna supreme person banaye yeh toh sach poochhiye conditioning ki wajah se hota hai ke hum kisi aur ko bana lete hain</w:t>
      </w:r>
    </w:p>
    <w:p>
      <w:pPr>
        <w:jc w:val="right"/>
      </w:pPr>
      <w:r>
        <w:t>یعنی خدا کا جو کانشیسنس ہے وہ ہمارے اندر انٹربون ہے گاڈ کانشیسنس انٹربون ہے ہمارے نیچر میں تو گویا کہ الریڈی ہم پوٹینشلی یہی بات ہے کہ ہم خدا کو اپنا سپریم پرسن بنائیں یہ تو سچ پوچھیے کنڈیشننگ کی وجہ سے ہوتا ہے کہ ہم کسی اور کو بنا لیتے ہیں</w:t>
      </w:r>
    </w:p>
    <w:p>
      <w:r>
        <w:rPr>
          <w:b/>
        </w:rPr>
        <w:t xml:space="preserve">[1:57:23] </w:t>
      </w:r>
      <w:r>
        <w:t>due to conditioning toh agar aadmi alert ho woh soch kar kaam karna jaane apne mind ko active kare apne nature par cover na dale conditioning ka toh bahut hi easily aisa hoga ke woh god ko apna supreme person bana lega</w:t>
      </w:r>
    </w:p>
    <w:p>
      <w:pPr>
        <w:jc w:val="right"/>
      </w:pPr>
      <w:r>
        <w:t>ڈیو ٹو کنڈیشننگ تو اگر ادمی الرٹ ہو وہ سوچ کر کام کرنا جانے اپنے مائنڈ کو ایکٹیو کرے اپنے نیچر پر کور نہ ڈالے کنڈیشننگ کا تو بہت ہی ایزیلی ایسا ہوگا کہ وہ گاڈ کو اپنا سپریم پرسن بنا لے گا</w:t>
      </w:r>
    </w:p>
    <w:p>
      <w:r>
        <w:rPr>
          <w:b/>
        </w:rPr>
        <w:t xml:space="preserve">[1:57:50] </w:t>
      </w:r>
      <w:r>
        <w:t>maine apne experience mein aise hi paya hai</w:t>
      </w:r>
    </w:p>
    <w:p>
      <w:pPr>
        <w:jc w:val="right"/>
      </w:pPr>
      <w:r>
        <w:t>میں نے اپنے ایکسپیرینس میں ایسے ہی پایا ہے</w:t>
      </w:r>
    </w:p>
    <w:p>
      <w:r>
        <w:rPr>
          <w:b/>
        </w:rPr>
        <w:t xml:space="preserve">[1:57:59] </w:t>
      </w:r>
      <w:r>
        <w:t>this question is from warija molana there are times when one is required to be angry for example at work place where by virtue of his position one has to get the work done because unfortunately not every time politeness works kindly explain</w:t>
      </w:r>
    </w:p>
    <w:p>
      <w:pPr>
        <w:jc w:val="right"/>
      </w:pPr>
      <w:r>
        <w:t>دس کوئسچن از فرام وریجہ مولانا دیر ار ٹائمز وین ون از ریکوائرڈ ٹو بی اینگری فار ایگزیمپل ایٹ ورک پلیس ویئر بائے ورچو اف ہز پوزیشن ون ہیز ٹو گیٹ دی ورک ڈن بیکاز انفارچونیٹلی ناٹ ایوری ٹائم پولائٹنس ورک کائنڈلی ایکسپلین</w:t>
      </w:r>
    </w:p>
    <w:p>
      <w:r>
        <w:rPr>
          <w:b/>
        </w:rPr>
        <w:t xml:space="preserve">[1:58:20] </w:t>
      </w:r>
      <w:r>
        <w:t>dekhein mein samjha aap ke question ko</w:t>
      </w:r>
    </w:p>
    <w:p>
      <w:pPr>
        <w:jc w:val="right"/>
      </w:pPr>
      <w:r>
        <w:t>دیکھیں میں سمجھا اپ کے کوئسچن کو</w:t>
      </w:r>
    </w:p>
    <w:p>
      <w:r>
        <w:rPr>
          <w:b/>
        </w:rPr>
        <w:t xml:space="preserve">[1:58:28] </w:t>
      </w:r>
      <w:r>
        <w:t>dekhein anger ki do do category hai ek hai well considered anger aur ek hai emotional anger</w:t>
      </w:r>
    </w:p>
    <w:p>
      <w:pPr>
        <w:jc w:val="right"/>
      </w:pPr>
      <w:r>
        <w:t>دیکھیں اینگر کی دو دو کیٹگری ہے ایک ہے ویل کنسیڈرڈ اینگر اور ایک ہے ایموشنل اینگر</w:t>
      </w:r>
    </w:p>
    <w:p>
      <w:r>
        <w:rPr>
          <w:b/>
        </w:rPr>
        <w:t xml:space="preserve">[1:58:41] </w:t>
      </w:r>
      <w:r>
        <w:t>toh jahan tak mein jaanta hoon mein ne samjha hai emotional anger toh ek evil hai lekin well considered anger theek baat theek hai aur ismein koi burai nahi hai this question is from mr rangan dutta how do you reconcile the conflict between conscious and ego of scientific inquiry to do work which could be harmful to mankind</w:t>
      </w:r>
    </w:p>
    <w:p>
      <w:pPr>
        <w:jc w:val="right"/>
      </w:pPr>
      <w:r>
        <w:t>تو جہاں تک میں جانتا ہوں میں نے سمجھا ہے ایموشنل اینگر تو ایک ایول ہے لیکن ویل کنسیڈرڈ اینگر ٹھیک بات ٹھیک ہے اور اس میں کوئی برائی نہیں ہے دس کوئسچن از فرام مسٹر رنگن دتا ہاؤ ڈو یو ریکنسائل دی کانفلکٹ بٹوین کانشیس اینڈ ایگو اف سائنٹیفک انکوائری ٹو ڈو ورک وچ کڈ بی ہارم فل ٹو مین کائنڈ</w:t>
      </w:r>
    </w:p>
    <w:p>
      <w:r>
        <w:rPr>
          <w:b/>
        </w:rPr>
        <w:t xml:space="preserve">[1:59:10] </w:t>
      </w:r>
      <w:r>
        <w:t>for example genetic mutation of humans dekhiye kisi bhi cheez ka unlimited istemal galat hai freedom hai bahut achhi cheez hai freedom lekin hum nahi kar sakte ke hum unlimited taur par apni freedom ko use karein maslan hum aag ko apne haath se pakad lein hum suraj ko apni naked eyes dekhne lagein hum atlantic pe hum chhalang laga dein aisa nahi kar sakte hum</w:t>
      </w:r>
    </w:p>
    <w:p>
      <w:pPr>
        <w:jc w:val="right"/>
      </w:pPr>
      <w:r>
        <w:t>فار ایگزیمپل جینیٹک میوٹیشن اف ہیومنز دیکھیے کسی بھی چیز کا ان لمیٹڈ استعمال غلط ہے فریڈم ہے بہت اچھی چیز ہے فریڈم لیکن ہم نہیں کر سکتے کہ ہم ان لمیٹڈ طور پر اپنی فریڈم کو یوز کریں مثلا ہم اگ کو اپنے ہاتھ سے پکڑ لیں ہم سورج کو اپنی نیکڈ ائیز دیکھنے لگیں ہم اٹلانٹک پہ ہم چھلانگ لگا دیں ایسا نہیں کر سکتے ہم</w:t>
      </w:r>
    </w:p>
    <w:p>
      <w:r>
        <w:rPr>
          <w:b/>
        </w:rPr>
        <w:t xml:space="preserve">[1:59:38] </w:t>
      </w:r>
      <w:r>
        <w:t>toh freedom bahut achhi cheez hai lekin freedom ka misuse achha nahi hai isi tarah se jo researches aisi hain jo society ke liye achhi na hon toh yeh yeh state ka kaam hai ke is par is par ban lagaye jis tarah se woh doosri yani galat activities par ban lagati hai this question is from sofia please explain how beings spiritual helps us in crises men</w:t>
      </w:r>
    </w:p>
    <w:p>
      <w:pPr>
        <w:jc w:val="right"/>
      </w:pPr>
      <w:r>
        <w:t>تو فریڈم بہت اچھی چیز ہے لیکن فریڈم کا مس یوز اچھا نہیں ہے اسی طرح سے جو ریسرچز ایسی ہیں جو سوسائٹی کے لیے اچھی نہ ہوں تو یہ یہ اسٹیٹ کا کام ہے کہ اس پر اس پر بین لگائے جس طرح سے وہ دوسری یعنی غلط ایکٹیویٹیز پر بین لگاتی ہے دس کوئسچن از فرام صوفیا پلیز ایکسپلین ہاؤ بینگز سپرچول ہیلپس اس ان کرائسز مین</w:t>
      </w:r>
    </w:p>
    <w:p>
      <w:r>
        <w:rPr>
          <w:b/>
        </w:rPr>
        <w:t xml:space="preserve">[2:00:06] </w:t>
      </w:r>
      <w:r>
        <w:t>jament dekhen main samajhta hoon ke spirituality inf kafi nahin hai yani only only spirituality is not enough to control your crises is ke liye intellectual development bhi zaroori hai</w:t>
      </w:r>
    </w:p>
    <w:p>
      <w:pPr>
        <w:jc w:val="right"/>
      </w:pPr>
      <w:r>
        <w:t>جمنٹ دیکھیں میں سمجھتا ہوں کہ سپرچولٹی انف کافی نہیں ہے یعنی اونلی اونلی سپرچولٹی از ناٹ انف ٹو کنٹرول یور کرائسز اس کے لیے انٹلیکچول ڈیویلپمنٹ بھی ضروری ہے</w:t>
      </w:r>
    </w:p>
    <w:p>
      <w:r>
        <w:rPr>
          <w:b/>
        </w:rPr>
        <w:t xml:space="preserve">[2:00:29] </w:t>
      </w:r>
      <w:r>
        <w:t>spirituality aap ke nature ko acha karti hai lekin jab tak aap intellectually aap baat ko na samjhen jab tak us ko reason out na karen jab tak logic ke frame mein la kar us ko explain na kar saken tab tak aap ka mind address nahin hota aap ka mind baat ko pakarta nahin koi baat aap ke mind mein tabhi register hoti hai jab ke us ko logical way mein aap samajh payen</w:t>
      </w:r>
    </w:p>
    <w:p>
      <w:pPr>
        <w:jc w:val="right"/>
      </w:pPr>
      <w:r>
        <w:t>سپرچولٹی اپ کے نیچر کو اچھا کرتی ہے لیکن جب تک اپ انٹلیکچولی اپ بات کو نہ سمجھیں جب تک اس کو ریزن اؤٹ نہ کریں جب تک لاجک کے فریم میں لا کر اس کو ایکسپلین نہ کر سکیں تب تک اپ کا مائنڈ ایڈریس نہیں ہوتا اپ کا مائنڈ بات کو پکڑتا نہیں کوئی بات اپ کے مائنڈ میں تبھی رجسٹر ہوتی ہے جب کہ اس کو لاجیکل وے میں اپ سمجھ پائیں</w:t>
      </w:r>
    </w:p>
    <w:p>
      <w:r>
        <w:rPr>
          <w:b/>
        </w:rPr>
        <w:t xml:space="preserve">[2:00:57] </w:t>
      </w:r>
      <w:r>
        <w:t>to main samajhta hoon ke spirituality bohat achi cheez hai lekin agar aap ke andar intellectual development nahin hai yani aap khoob study karte hon aap ke paas bohat knowledge ho aap ko har qism ki information ho taake aap kisi baat ke har aspect ko jaan saken tab bhi aap crises ko manage kar sakenge</w:t>
      </w:r>
    </w:p>
    <w:p>
      <w:pPr>
        <w:jc w:val="right"/>
      </w:pPr>
      <w:r>
        <w:t>تو میں سمجھتا ہوں کہ سپرچولٹی بہت اچھی چیز ہے لیکن اگر اپ کے اندر انٹلیکچول ڈیویلپمنٹ نہیں ہے یعنی اپ خوب اسٹڈی کرتے ہوں اپ کے پاس بہت نالج ہو اپ کو ہر قسم کی انفارمیشن ہو تاکہ اپ کسی بات کے ہر اسپیکٹ کو جان سکیں تب بھی اپ کرائسز کو مینج کر سکیں گے</w:t>
      </w:r>
    </w:p>
    <w:p>
      <w:r>
        <w:rPr>
          <w:b/>
        </w:rPr>
        <w:t xml:space="preserve">[2:01:22] </w:t>
      </w:r>
      <w:r>
        <w:t>simply spirituality jo hai wo kafi nahin hai crises ko manage karne ke liye</w:t>
      </w:r>
    </w:p>
    <w:p>
      <w:pPr>
        <w:jc w:val="right"/>
      </w:pPr>
      <w:r>
        <w:t>سمپلی سپرچولٹی جو ہے وہ کافی نہیں ہے کرائسز کو مینج کرنے کے لیے</w:t>
      </w:r>
    </w:p>
    <w:p>
      <w:r>
        <w:rPr>
          <w:b/>
        </w:rPr>
        <w:t xml:space="preserve">[2:01:31] </w:t>
      </w:r>
      <w:r>
        <w:t>this question is from naghma what is the art of success management bhai main to jo mera formula hai wo yeh hai ke success ko jab main us ko analyze karta hoon to mera apna hissa is mein one percent se bhi kam hota hai sara hissa khuda ka hota hai</w:t>
      </w:r>
    </w:p>
    <w:p>
      <w:pPr>
        <w:jc w:val="right"/>
      </w:pPr>
      <w:r>
        <w:t>دس کوئسچن از فرام نغمہ واٹ از دی ارٹ اف سکسیس مینجمنٹ بھائی میں تو جو میرا فارمولا ہے وہ یہ ہے کہ سکسس کو جب میں اس کو اینالائز کرتا ہوں تو میرا اپنا حصہ اس میں ون پرسنٹ سے بھی کم ہوتا ہے سارا حصہ خدا کا ہوتا ہے</w:t>
      </w:r>
    </w:p>
    <w:p>
      <w:r>
        <w:rPr>
          <w:b/>
        </w:rPr>
        <w:t xml:space="preserve">[2:01:51] </w:t>
      </w:r>
      <w:r>
        <w:t>jaise main bol raha hoon yahan par agar sab jo main samjhun ke main bara acha bol raha</w:t>
      </w:r>
    </w:p>
    <w:p>
      <w:pPr>
        <w:jc w:val="right"/>
      </w:pPr>
      <w:r>
        <w:t>جیسے میں بول رہا ہوں یہاں پر اگر سب جو میں سمجھوں کہ میں بڑا اچھا بول رہا</w:t>
      </w:r>
    </w:p>
    <w:p>
      <w:r>
        <w:rPr>
          <w:b/>
        </w:rPr>
        <w:t xml:space="preserve">[2:01:55] </w:t>
      </w:r>
      <w:r>
        <w:t>hoon to main apne ko cut to size karta hoon yeh soch kar ke</w:t>
      </w:r>
    </w:p>
    <w:p>
      <w:pPr>
        <w:jc w:val="right"/>
      </w:pPr>
      <w:r>
        <w:t>ہوں تو میں اپنے کو کٹ ٹو سائز کرتا ہوں یہ سوچ کر کہ</w:t>
      </w:r>
    </w:p>
    <w:p>
      <w:r>
        <w:rPr>
          <w:b/>
        </w:rPr>
        <w:t xml:space="preserve">[2:02:01] </w:t>
      </w:r>
      <w:r>
        <w:t>kya main bol sakta hoon agar meri zuban mein bolne ki taqat khuda ne na di ho kya</w:t>
      </w:r>
    </w:p>
    <w:p>
      <w:pPr>
        <w:jc w:val="right"/>
      </w:pPr>
      <w:r>
        <w:t>کیا میں بول سکتا ہوں اگر میری زبان میں بولنے کی طاقت خدا نے نہ دی ہو کیا</w:t>
      </w:r>
    </w:p>
    <w:p>
      <w:r>
        <w:rPr>
          <w:b/>
        </w:rPr>
        <w:t xml:space="preserve">[2:02:07] </w:t>
      </w:r>
      <w:r>
        <w:t>main bol sakta hoon agar mere mind mein sochne ki taqat khuda ne na di ho</w:t>
      </w:r>
    </w:p>
    <w:p>
      <w:pPr>
        <w:jc w:val="right"/>
      </w:pPr>
      <w:r>
        <w:t>میں بول سکتا ہوں اگر میرے مائنڈ میں سوچنے کی طاقت خدا نے نہ دی ہو</w:t>
      </w:r>
    </w:p>
    <w:p>
      <w:r>
        <w:rPr>
          <w:b/>
        </w:rPr>
        <w:t xml:space="preserve">[2:02:11] </w:t>
      </w:r>
      <w:r>
        <w:t>kya main bol sakta hoon agar infrastructure jo khuda ne diya hai woh na ho kya main bol</w:t>
      </w:r>
    </w:p>
    <w:p>
      <w:pPr>
        <w:jc w:val="right"/>
      </w:pPr>
      <w:r>
        <w:t>کیا میں بول سکتا ہوں اگر انفراسٹرکچر جو خدا نے دیا ہے وہ نہ ہو کیا میں بول</w:t>
      </w:r>
    </w:p>
    <w:p>
      <w:r>
        <w:rPr>
          <w:b/>
        </w:rPr>
        <w:t xml:space="preserve">[2:02:16] </w:t>
      </w:r>
      <w:r>
        <w:t>sakta hoon agar khuda ne jo support system diya hai zameen par woh na ho</w:t>
      </w:r>
    </w:p>
    <w:p>
      <w:pPr>
        <w:jc w:val="right"/>
      </w:pPr>
      <w:r>
        <w:t>سکتا ہوں اگر خدا نے جو سپورٹ سسٹم دیا ہے زمین پر وہ نہ ہو</w:t>
      </w:r>
    </w:p>
    <w:p>
      <w:r>
        <w:rPr>
          <w:b/>
        </w:rPr>
        <w:t xml:space="preserve">[2:02:21] </w:t>
      </w:r>
      <w:r>
        <w:t>hazaron nahin billion trillion cheezain hain jab mera sath deti hain tab main aik kaam kar pata hoon yeh to stupid log hain ke success ko apne hi khane mein rakh lete hain bohat hi stupid log hain</w:t>
      </w:r>
    </w:p>
    <w:p>
      <w:pPr>
        <w:jc w:val="right"/>
      </w:pPr>
      <w:r>
        <w:t>ہزاروں نہیں بلین ٹریلین چیزیں ہیں جب میرا ساتھ دیتی ہیں تب میں ایک کام کر پاتا ہوں یہ تو اسٹیپڈ لوگ ہیں کہ سکسیس کو اپنے ہی خانے میں رکھ لیتے ہیں بہت ہی اسٹیپڈ لوگ ہیں</w:t>
      </w:r>
    </w:p>
    <w:p>
      <w:r>
        <w:rPr>
          <w:b/>
        </w:rPr>
        <w:t xml:space="preserve">[2:02:35] </w:t>
      </w:r>
      <w:r>
        <w:t>jab main aik aik thora sa khana le kar apne munh mein dalta hoon wo aik pait mein jata hai to jo meta mera metabolism hai jo digestive system hai us mein hazaron activities hoti hain tab wo blood and flesh and blood banta hai yeh to stupid log hain jo success se arrogant ho jayen dekhen success se aap ko sirf shukr ka jazba ana chahiye thanks giving ki spirit ani cha</w:t>
      </w:r>
    </w:p>
    <w:p>
      <w:pPr>
        <w:jc w:val="right"/>
      </w:pPr>
      <w:r>
        <w:t>جب میں ایک ایک تھوڑا سا کھانا لے کر اپنے منہ میں ڈالتا ہوں وہ ایک پیٹ میں جاتا ہے تو جو میٹا میرا میٹابولزم ہے جو ڈائیسٹک سسٹم ہے اس میں ہزاروں ایکٹیویٹیز ہوتی ہیں تب وہ بلڈ اور فلیش اینڈ بلڈ بنتا ہے یہ تو اسٹیپڈ لوگ ہیں جو سکسیس سے ارگنٹ ہو جائیں دیکھیں سکسیس سے اپ کو صرف شکر کا جذبہ انا چاہیے تھینکس گیونگ کی سپرٹ انی چاہ</w:t>
      </w:r>
    </w:p>
    <w:p>
      <w:r>
        <w:rPr>
          <w:b/>
        </w:rPr>
        <w:t xml:space="preserve">[2:03:03] </w:t>
      </w:r>
      <w:r>
        <w:t>ye kyunke is success mein yaani aap ne ek cheez paana chaha</w:t>
      </w:r>
    </w:p>
    <w:p>
      <w:pPr>
        <w:jc w:val="right"/>
      </w:pPr>
      <w:r>
        <w:t>یے کیونکہ اس سکسیس میں یعنی اپ نے ایک چیز پانا چاہا</w:t>
      </w:r>
    </w:p>
    <w:p>
      <w:r>
        <w:rPr>
          <w:b/>
        </w:rPr>
        <w:t xml:space="preserve">[2:03:08] </w:t>
      </w:r>
      <w:r>
        <w:t>toh khuda ka support system jo hai aap ka bharpoor tor par saath aa gaya aap ke saath</w:t>
      </w:r>
    </w:p>
    <w:p>
      <w:pPr>
        <w:jc w:val="right"/>
      </w:pPr>
      <w:r>
        <w:t>تو خدا کا سپورٹ سسٹم جو ہے اپ کا بھرپور طور پر ساتھ ا گیا اپ کے ساتھ</w:t>
      </w:r>
    </w:p>
    <w:p>
      <w:r>
        <w:rPr>
          <w:b/>
        </w:rPr>
        <w:t xml:space="preserve">[2:03:14] </w:t>
      </w:r>
      <w:r>
        <w:t>mein jaise main ghar se chal kar yahan aaya toh agar gravitational pull na zameen mein ho toh</w:t>
      </w:r>
    </w:p>
    <w:p>
      <w:pPr>
        <w:jc w:val="right"/>
      </w:pPr>
      <w:r>
        <w:t>میں جیسے میں گھر سے چل کر یہاں ایا تو اگر گریویٹیشنل پلڈ نہ زمین میں ہو تو</w:t>
      </w:r>
    </w:p>
    <w:p>
      <w:r>
        <w:rPr>
          <w:b/>
        </w:rPr>
        <w:t xml:space="preserve">[2:03:20] </w:t>
      </w:r>
      <w:r>
        <w:t>kya hoga main aa sakta hoon yahan par</w:t>
      </w:r>
    </w:p>
    <w:p>
      <w:pPr>
        <w:jc w:val="right"/>
      </w:pPr>
      <w:r>
        <w:t>کیا ہوگا میں ا سکتا ہوں یہاں پر</w:t>
      </w:r>
    </w:p>
    <w:p>
      <w:r>
        <w:rPr>
          <w:b/>
        </w:rPr>
        <w:t xml:space="preserve">[2:03:23] </w:t>
      </w:r>
      <w:r>
        <w:t>zameen mein jo gravity hai us ne mera saath diya hua mein jo oxygen hai us ne mera</w:t>
      </w:r>
    </w:p>
    <w:p>
      <w:pPr>
        <w:jc w:val="right"/>
      </w:pPr>
      <w:r>
        <w:t>زمین میں جو گریویٹی ہے اس نے میرا ساتھ دیا ہوا میں جو اکسیجن ہے اس نے میرا</w:t>
      </w:r>
    </w:p>
    <w:p>
      <w:r>
        <w:rPr>
          <w:b/>
        </w:rPr>
        <w:t xml:space="preserve">[2:03:29] </w:t>
      </w:r>
      <w:r>
        <w:t>saath diya suraj ki jo light aa rahi hai us ne mera saath diya</w:t>
      </w:r>
    </w:p>
    <w:p>
      <w:pPr>
        <w:jc w:val="right"/>
      </w:pPr>
      <w:r>
        <w:t>ساتھ دیا سورج کی جو لائٹ ارہی ہے اس نے میرا ساتھ دیا</w:t>
      </w:r>
    </w:p>
    <w:p>
      <w:r>
        <w:rPr>
          <w:b/>
        </w:rPr>
        <w:t xml:space="preserve">[2:03:34] </w:t>
      </w:r>
      <w:r>
        <w:t>tab main yahan pohnch saka aur mere mind ne direction ko samjha ke kidhar jana hai kidhar nahin jana hai to har success jo hai wo kehti hai ke aur zyada khuda ka shukr karo aur zyada karo khuda ka shukr isi liye dekhiye quran mein saare chhe hazar verses hain aap quran ko khol</w:t>
      </w:r>
    </w:p>
    <w:p>
      <w:pPr>
        <w:jc w:val="right"/>
      </w:pPr>
      <w:r>
        <w:t>تب میں یہاں پہنچ سکا اور میرے مائنڈ نے ڈائریکشن کو سمجھا کہ کدھر جانا ہے کدھر نہیں جانا ہے تو ہر سکسیس جو ہے وہ کہتی ہے کہ اور زیادہ خدا کا شکر کرو اور زیادہ کرو خدا کا شکر اسی لیے دیکھیے قران میں ساڑھے چھ ہزار ورسز ہیں اپ قران کو کھول</w:t>
      </w:r>
    </w:p>
    <w:p>
      <w:r>
        <w:rPr>
          <w:b/>
        </w:rPr>
        <w:t xml:space="preserve">[2:04:01] </w:t>
      </w:r>
      <w:r>
        <w:t>en sab se pehli verse milegi aap ko alhamdulillah rabbil alameen</w:t>
      </w:r>
    </w:p>
    <w:p>
      <w:pPr>
        <w:jc w:val="right"/>
      </w:pPr>
      <w:r>
        <w:t>یں سب سے پہلی ورس ملے گی اپ کو الحمدللہ رب العالمین</w:t>
      </w:r>
    </w:p>
    <w:p>
      <w:r>
        <w:rPr>
          <w:b/>
        </w:rPr>
        <w:t xml:space="preserve">[2:04:09] </w:t>
      </w:r>
      <w:r>
        <w:t>thanks to god a khuda tera shukr hai yeh yeh spirit hai spirituality ki yeh just hai religion ka</w:t>
      </w:r>
    </w:p>
    <w:p>
      <w:pPr>
        <w:jc w:val="right"/>
      </w:pPr>
      <w:r>
        <w:t>تھینکس ٹو گاڈ اے خدا تیرا شکر ہے یہ یہ سپرٹ ہے سپرچولٹی کی یہ جسٹ ہے ریلیجن کا</w:t>
      </w:r>
    </w:p>
    <w:p>
      <w:r>
        <w:rPr>
          <w:b/>
        </w:rPr>
        <w:t xml:space="preserve">[2:04:21] </w:t>
      </w:r>
      <w:r>
        <w:t>toh agar aap realist hon</w:t>
      </w:r>
    </w:p>
    <w:p>
      <w:pPr>
        <w:jc w:val="right"/>
      </w:pPr>
      <w:r>
        <w:t>تو اگر اپ ریلسٹ ہوں</w:t>
      </w:r>
    </w:p>
    <w:p>
      <w:r>
        <w:rPr>
          <w:b/>
        </w:rPr>
        <w:t xml:space="preserve">[2:04:24] </w:t>
      </w:r>
      <w:r>
        <w:t>aap ke andar realistic approach ho toh aap janenge ke kisi bhi success mein mera hissa</w:t>
      </w:r>
    </w:p>
    <w:p>
      <w:pPr>
        <w:jc w:val="right"/>
      </w:pPr>
      <w:r>
        <w:t>اپ کے اندر ریلسٹک اپروچ ہو تو اپ جانیں گے کہ کسی بھی سکسیس میں میرا حصہ</w:t>
      </w:r>
    </w:p>
    <w:p>
      <w:r>
        <w:rPr>
          <w:b/>
        </w:rPr>
        <w:t xml:space="preserve">[2:04:31] </w:t>
      </w:r>
      <w:r>
        <w:t>one percent se bhi kam hai aur 99 percent zyada hissa is mein khuda ka hai toh woh</w:t>
      </w:r>
    </w:p>
    <w:p>
      <w:pPr>
        <w:jc w:val="right"/>
      </w:pPr>
      <w:r>
        <w:t>ون پرسنٹ سے بھی کم ہے اور 99 پرسنٹ زیادہ حصہ اس میں خدا کا ہے تو وہ</w:t>
      </w:r>
    </w:p>
    <w:p>
      <w:r>
        <w:rPr>
          <w:b/>
        </w:rPr>
        <w:t xml:space="preserve">[2:04:37] </w:t>
      </w:r>
      <w:r>
        <w:t>toh aap jhuk jayenge modesty aayegi aap ke andar arrogance aata hai in logon mein jo</w:t>
      </w:r>
    </w:p>
    <w:p>
      <w:pPr>
        <w:jc w:val="right"/>
      </w:pPr>
      <w:r>
        <w:t>تو اپ جھک جائیں گے ماڈسٹری ائے گی اپ کے اندر ارگنسٹ اتا ہے ان لوگوں میں جو</w:t>
      </w:r>
    </w:p>
    <w:p>
      <w:r>
        <w:rPr>
          <w:b/>
        </w:rPr>
        <w:t xml:space="preserve">[2:04:42] </w:t>
      </w:r>
      <w:r>
        <w:t>bilkul bewakoof hain stupid hain animal un ke andar animal like thinking un ke andar hai aise log</w:t>
      </w:r>
    </w:p>
    <w:p>
      <w:pPr>
        <w:jc w:val="right"/>
      </w:pPr>
      <w:r>
        <w:t>بالکل بیوقوف ہیں اسٹیپڈ ہیں اینیمل ان کے اندر اینیمل لائک تھنکنگ ان کے اندر ہے ایسے لوگ</w:t>
      </w:r>
    </w:p>
    <w:p>
      <w:r>
        <w:rPr>
          <w:b/>
        </w:rPr>
        <w:t xml:space="preserve">[2:04:49] </w:t>
      </w:r>
      <w:r>
        <w:t>arrogance mein parhte hain</w:t>
      </w:r>
    </w:p>
    <w:p>
      <w:pPr>
        <w:jc w:val="right"/>
      </w:pPr>
      <w:r>
        <w:t>ارگنز میں پڑھتے ہیں</w:t>
      </w:r>
    </w:p>
    <w:p>
      <w:r>
        <w:rPr>
          <w:b/>
        </w:rPr>
        <w:t xml:space="preserve">[2:04:55] </w:t>
      </w:r>
      <w:r>
        <w:t>this question is from shakeel how should we respond to death of your very near and dear ones please give islamic perspective of mourning over death</w:t>
      </w:r>
    </w:p>
    <w:p>
      <w:pPr>
        <w:jc w:val="right"/>
      </w:pPr>
      <w:r>
        <w:t>دس کوئسچن از فرام شکیل ہاؤ شوڈ وی ریسپانڈ ٹو ڈیتھ اف یور ویری نیئر اینڈ ڈیئر ونز پلیز گیو اسلامک پرسپیکٹو اف مارننگ اوور ڈیتھ</w:t>
      </w:r>
    </w:p>
    <w:p>
      <w:r>
        <w:rPr>
          <w:b/>
        </w:rPr>
        <w:t xml:space="preserve">[2:05:08] </w:t>
      </w:r>
      <w:r>
        <w:t>mourning over death to islam mein jaiz nahin hai islam mein to yeh hai ke jab koi marta hai to aap kahiye inna lillahi wa inna ilaihi rajiun matlab yeh ke khuda ne diya tha khuda ne wapas le liya</w:t>
      </w:r>
    </w:p>
    <w:p>
      <w:pPr>
        <w:jc w:val="right"/>
      </w:pPr>
      <w:r>
        <w:t>مارننگ اوور ڈیتھ تو اسلام میں جائز نہیں ہے اسلام میں تو یہ ہے کہ جب کوئی مرتا ہے تو اپ کہیے انا للہ وانا الیہ راجعون مطلب یہ کہ خدائی نے دیا تھا خدا نے واپس لے لیا</w:t>
      </w:r>
    </w:p>
    <w:p>
      <w:r>
        <w:rPr>
          <w:b/>
        </w:rPr>
        <w:t xml:space="preserve">[2:05:22] </w:t>
      </w:r>
      <w:r>
        <w:t>to bas ab mourning kya hai us ko accept kijiye</w:t>
      </w:r>
    </w:p>
    <w:p>
      <w:pPr>
        <w:jc w:val="right"/>
      </w:pPr>
      <w:r>
        <w:t>تو بس اب مارننگ کیا ہے اس کو ایکسیپٹ کیجئے</w:t>
      </w:r>
    </w:p>
    <w:p>
      <w:r>
        <w:rPr>
          <w:b/>
        </w:rPr>
        <w:t xml:space="preserve">[2:05:30] </w:t>
      </w:r>
      <w:r>
        <w:t>aap jante hain ke jab qabar mein dafan karne ke liye hum jate hain to teen bar us pe mitti dalte hain qabar mein yeh keh kar ke minha khalaqnakum wa fiha nu'eedukum wa minha nukhrijukum taratan ukhra isi se paida kiya tha hum</w:t>
      </w:r>
    </w:p>
    <w:p>
      <w:pPr>
        <w:jc w:val="right"/>
      </w:pPr>
      <w:r>
        <w:t>اپ جانتے ہیں کہ جب قبر میں دفن کرنے کے لیے ہم جاتے ہیں تو تین بار اس پہ مٹی ڈالتے ہیں قبر میں یہ کہہ کر کہ منہا خلقناکم وفیہا نعیدکم ومنہا نخرجکم تارۃ اخری اسی سے پیدا کیا تھا ہم</w:t>
      </w:r>
    </w:p>
    <w:p>
      <w:r>
        <w:rPr>
          <w:b/>
        </w:rPr>
        <w:t xml:space="preserve">[2:05:48] </w:t>
      </w:r>
      <w:r>
        <w:t>ne tum ko isi mein lota rahe hain hum tum ko aur isi se phir hum zinda karenge tum ko pata hai is mourning ka kahan dakhal hai yeh to bewakoof log mourning karte hain gham karte hain aur matam karte hain wah wah karte hain islam ki sachi spirit logon ke andar nahin hai is liye yeh sab baatein hain sachi spirit ho ya baatein na hon</w:t>
      </w:r>
    </w:p>
    <w:p>
      <w:pPr>
        <w:jc w:val="right"/>
      </w:pPr>
      <w:r>
        <w:t>نے تم کو اسی میں لوٹا رہے ہیں ہم تم کو اور اسی سے پھر ہم زندہ کریں گے تم کو پتہ ہے اس مارننگ کا کہاں دخل ہے یہ تو بیوقوف لوگ مارننگ کرتے ہیں غم کرتے ہیں اور ماتم کرتے ہیں واہ واہ کرتے ہیں اسلام کی سچی سپرٹ لوگوں کے اندر نہیں ہے اس لیے یہ سب باتیں ہیں سچی سپرٹ ہو یا باتیں نہ ہوں</w:t>
      </w:r>
    </w:p>
    <w:p>
      <w:r>
        <w:rPr>
          <w:b/>
        </w:rPr>
        <w:t xml:space="preserve">[2:06:13] </w:t>
      </w:r>
      <w:r>
        <w:t>doosri baat dekhiye yeh hai</w:t>
      </w:r>
    </w:p>
    <w:p>
      <w:pPr>
        <w:jc w:val="right"/>
      </w:pPr>
      <w:r>
        <w:t>دوسری بات دیکھیے یہ ہے</w:t>
      </w:r>
    </w:p>
    <w:p>
      <w:r>
        <w:rPr>
          <w:b/>
        </w:rPr>
        <w:t xml:space="preserve">[2:06:17] </w:t>
      </w:r>
      <w:r>
        <w:t>ke aik aadmi aap ka aik عزیز mar gaya to aap chahenge ke agli duniya mein jannat mein aap aur wo dono aik sath rahen</w:t>
      </w:r>
    </w:p>
    <w:p>
      <w:pPr>
        <w:jc w:val="right"/>
      </w:pPr>
      <w:r>
        <w:t>کہ ایک ادمی اپ کا ایک عزیز مر گیا تو اپ چاہیں گے کہ اگلی دنیا میں جنت میں اپ اور وہ دونوں ایک ساتھ رہیں</w:t>
      </w:r>
    </w:p>
    <w:p>
      <w:r>
        <w:rPr>
          <w:b/>
        </w:rPr>
        <w:t xml:space="preserve">[2:06:28] </w:t>
      </w:r>
      <w:r>
        <w:t>to quran mein yeh bataya gaya hai ke agar do عزیز hain to dono agar allah ke raste pe chalen dono agar sache insan banen to un mein se koi neechay hoga koi peechay hoga koi agay hoga koi peechay hoga to khuda wahan upgrade kar dega yani aik aadmi economy class ka ticket rakhta hai doosre ke paas first class ka ticket hai to economy wale ko upgrade kar ke wahan pohncha diya jayega</w:t>
      </w:r>
    </w:p>
    <w:p>
      <w:pPr>
        <w:jc w:val="right"/>
      </w:pPr>
      <w:r>
        <w:t>تو قران میں یہ بتایا گیا ہے کہ اگر دو عزیز ہیں تو دونوں اگر اللہ کے راستے پہ چلیں دونوں اگر سچے انسان بنیں تو ان میں سے کوئی نیچے ہوگا کوئی پیچھے ہوگا کوئی اگے ہوگا کوئی پیچھے ہوگا تو خدا وہاں اپ گریڈ کر دے گا یعنی ایک ادمی اکانومی کلاس کا ٹکٹ رکھتا ہے دوسرے کے پاس فرسٹ کلاس کا ٹکٹ ہے تو اکانومی والے کو اپ گریڈ کر کے وہاں پہنچا دیا جائے گا</w:t>
      </w:r>
    </w:p>
    <w:p>
      <w:r>
        <w:rPr>
          <w:b/>
        </w:rPr>
        <w:t xml:space="preserve">[2:06:58] </w:t>
      </w:r>
      <w:r>
        <w:t>to aap dekhiye yeh kijiye ke marne wala agar bohat acha insan tha aap mein wo achaiyan nahin hain to aap khoob acha kaam kijiye taake aap ko upgrade kar ke us ke us ke us mein pohncha diya jayega aap agar economy class ka ticket aap ke paas tha to aap upgrade kar ke khuda aap ko first class mein de dega taake dono khoob khushi ke sath rahen wo</w:t>
      </w:r>
    </w:p>
    <w:p>
      <w:pPr>
        <w:jc w:val="right"/>
      </w:pPr>
      <w:r>
        <w:t>تو اپ دیکھیے یہ کیجئے کہ مرنے والا اگر بہت اچھا انسان تھا اپ میں وہ اچھائیاں نہیں ہیں تو اپ خوب اچھا کام کیجئے تاکہ اپ کو اپ گریڈ کر کے اس کے اس کے اس میں پہنچا دیا جائے گا اپ اگر اکانومی کلاس کا ٹکٹ اپ کے پاس تھا تو اپ اپ گریڈ کر کے خدا اپ کو فرسٹ کلاس میں دے دے گا تاکہ دونوں خوب خوشی کے ساتھ رہیں وہ</w:t>
      </w:r>
    </w:p>
    <w:p>
      <w:r>
        <w:rPr>
          <w:b/>
        </w:rPr>
        <w:t xml:space="preserve">[2:07:23] </w:t>
      </w:r>
      <w:r>
        <w:t>yeh hai islami spirit aur gham karna aur matam karna wah wah karna yeh to bilkul hi us waqt hota hai jab ke islam ki spirit na rahi ho nikal gayi ho</w:t>
      </w:r>
    </w:p>
    <w:p>
      <w:pPr>
        <w:jc w:val="right"/>
      </w:pPr>
      <w:r>
        <w:t>یہ ہے اسلامی سپرٹ اور غم کرنا اور ماتم کرنا واہ واہ کرنا یہ تو بالکل ہی اس وقت ہوتا ہے جب کہ اسلام کی سپرٹ نہ رہی ہو نکل گئی ہو</w:t>
      </w:r>
    </w:p>
    <w:p>
      <w:r>
        <w:rPr>
          <w:b/>
        </w:rPr>
        <w:t xml:space="preserve">[2:07:38] </w:t>
      </w:r>
      <w:r>
        <w:t>this question is from stuti people usually misunderstand patience as cowardice how do we deal with this</w:t>
      </w:r>
    </w:p>
    <w:p>
      <w:pPr>
        <w:jc w:val="right"/>
      </w:pPr>
      <w:r>
        <w:t>دس کوئسچن از فرام ستوتی پیپل یوزلی مس انڈرسٹینڈ پیشنس ایز کاورڈ ائیز ہاؤ ڈو وی ڈیل ود دس</w:t>
      </w:r>
    </w:p>
    <w:p>
      <w:r>
        <w:rPr>
          <w:b/>
        </w:rPr>
        <w:t xml:space="preserve">[2:07:50] </w:t>
      </w:r>
      <w:r>
        <w:t>cowardice ya badri to main bataoon ke aik jhoota word bana rakha hai logon ne koi cheez badri nahin hai badri is nothing dictionary mein kuch alfaaz aise hain jo main samajhta hoon ke us pe koi matlab hi is ka nahin hai</w:t>
      </w:r>
    </w:p>
    <w:p>
      <w:pPr>
        <w:jc w:val="right"/>
      </w:pPr>
      <w:r>
        <w:t>کاورڈنس یا بدری تو میں بتاؤں کہ ایک جھوٹا ورڈ بنا رکھا ہے لوگوں نے کوئی چیز بدری نہیں ہے بدری از نتھنگ ڈکشنری میں کچھ الفاظ ایسے ہیں جو میں سمجھتا ہوں کہ اس پہ کوئی مطلب ہی اس کا نہیں ہے</w:t>
      </w:r>
    </w:p>
    <w:p>
      <w:r>
        <w:rPr>
          <w:b/>
        </w:rPr>
        <w:t xml:space="preserve">[2:08:03] </w:t>
      </w:r>
      <w:r>
        <w:t>cowards koi cheez nahi hai badri koi cheez nahi hai kia kis ko ap badri kahengay yani agar mein chal raha hoon yahan se idhar das aadmi agaye larnay ke liye tayar hain aur mein na laroon is se to badri hai yeh to yeh wisdom hai yeh mein kyun apnay ko larr kar ke apnay ko marwaoon in se ap mujhe maar kyun karoon mein mein samajhta hoon ke jis cheez ko yeh hai wrong nomenclature ki baat hai wrong nomenclature hai</w:t>
      </w:r>
    </w:p>
    <w:p>
      <w:pPr>
        <w:jc w:val="right"/>
      </w:pPr>
      <w:r>
        <w:t>کاورڈز کوئی چیز نہیں ہے بدری کوئی چیز نہیں ہے کیا کس کو اپ بدری کہیں گے یعنی اگر میں چل رہا ہوں یہاں سے ادھر دس ادمی اگئے لڑنے کے لیے تیار ہیں اور میں نہ لڑوں اس سے تو بدری ہے یہ تو یہ وزڈم ہے یہ میں کیوں اپنے کو لڑ کر کے اپنے کو مرواؤں ان سے اپ مجھے مار کیوں کروں میں میں سمجھتا ہوں کہ جس چیز کو یہ ہے رونگ نامن کلیچر کی بات ہے رونگ نامن کلیچر ہے</w:t>
      </w:r>
    </w:p>
    <w:p>
      <w:r>
        <w:rPr>
          <w:b/>
        </w:rPr>
        <w:t xml:space="preserve">[2:08:29] </w:t>
      </w:r>
      <w:r>
        <w:t>kuch shairon ne aur kuch bewakoof logon</w:t>
      </w:r>
    </w:p>
    <w:p>
      <w:pPr>
        <w:jc w:val="right"/>
      </w:pPr>
      <w:r>
        <w:t>کچھ شاعروں نے اور کچھ بیوقوف لوگوں نے ایسے کچھ ورڈ بھر رکھے ہیں کہ وزڈم کو بدری کہہ دیا انہوں نے یہ میں میرا دیکھیں رونگ نامن کلیج کی بات ہے بدلی جس کو کہ میں کہوں گا کہ پریکٹیکل وزڈم وہی صحیح ہے لوگوں نے پریکٹیکل وزڈم کو کاورڈنس کہہ دیا میں نہیں مانتا کہ بدلی کوئی چیز ہے دنیا میں کوئی چیز نہیں ہے وہ</w:t>
      </w:r>
    </w:p>
    <w:p>
      <w:r>
        <w:rPr>
          <w:b/>
        </w:rPr>
        <w:t xml:space="preserve">[2:08:57] </w:t>
      </w:r>
      <w:r>
        <w:t>woh toh adjustment ka naam hai compromise karne ka naam hai wisdom ka naam hai kuch log jo jhooti bahaduri dikhate hain woh kehte hain kia badri ban gaye ho tum mein afghanistan gaya toh afghanistan mein aik nojawan ko mein ne baat ki us se toh us se mein ne poocha ke tum larte phirte kyun itna zyada ho tum log</w:t>
      </w:r>
    </w:p>
    <w:p>
      <w:pPr>
        <w:jc w:val="right"/>
      </w:pPr>
      <w:r>
        <w:t>وہ تو ایڈجسٹمنٹ کا نام ہے کمپرومائز کرنے کا نام ہے وزڈم کا نام ہے کچھ لوگ جو جھوٹی بہادری دکھاتے ہیں وہ کہتے ہیں کیا بدری بن گئے ہو تم میں افغانستان گیا تو افغانستان میں ایک نوجوان کو میں نے بات کی اس سے تو اس سے میں نے پوچھا کہ تم لڑتے پھرتے کیوں اتنا زیادہ ہو تم لوگ</w:t>
      </w:r>
    </w:p>
    <w:p>
      <w:r>
        <w:rPr>
          <w:b/>
        </w:rPr>
        <w:t xml:space="preserve">[2:09:21] </w:t>
      </w:r>
      <w:r>
        <w:t>toh us ne kaha ke agar hamare baap ko kisi ne maar diya murder kar diya uska toh jante hain kia hota hai hamare haan yeh sikhaya jata hai ke is se toh revenge lena zaroori hai ke subah sham hum ko bataya jata hai ke tumhare baap ko jis ne mara hai is se revenge lena hai aur agar tum ne aisa nahi kiya toh tum bazdil ho yani revenge na le toh woh coward kaha jaye ga</w:t>
      </w:r>
    </w:p>
    <w:p>
      <w:pPr>
        <w:jc w:val="right"/>
      </w:pPr>
      <w:r>
        <w:t>تو اس نے کہا کہ اگر ہمارے باپ کو کسی نے مار دیا مارڈر کر دیا اس کا تو جانتے ہیں کیا ہوتا ہے ہمارے ہاں یہ سکھایا جاتا ہے کہ اس سے تو ریونج لینا ضروری ہے کہ صبح شام ہم کو بتایا جاتا ہے کہ تمہارے باپ کو جس نے مارا ہے اس سے ریونج لینا ہے اور اگر تم نے ایسا نہیں کیا تو تم بزدل ہو یعنی ریونج نہ لے تو وہ کاورڈ کہا جائے گا</w:t>
      </w:r>
    </w:p>
    <w:p>
      <w:r>
        <w:rPr>
          <w:b/>
        </w:rPr>
        <w:t xml:space="preserve">[2:09:50] </w:t>
      </w:r>
      <w:r>
        <w:t>yeh toh jhooti baat hai bhai revenge na le kar is ko maaf kar do quran mein hai ke maaf karo maaf karo maaf karo toh revenge le kar ke ap kya karte hain apne dil ke bhaddas nikalte hain maaf kar ke kya karte hain khuda ka reward lene ke qabil ban jatay hain ap woh aik rewardable act hai maaf karna toh yeh badri thi badri nahi kaha jaye gi</w:t>
      </w:r>
    </w:p>
    <w:p>
      <w:pPr>
        <w:jc w:val="right"/>
      </w:pPr>
      <w:r>
        <w:t>یہ تو جھوٹی بات ہے بھئی ریونج نہ لے کر اس کو معاف کر دو قران میں ہے کہ معاف کرو معاف کرو معاف کرو تو ریونج لے کر کے اپ کیا کرتے ہیں اپنے دل کے بھڑاس نکالتے ہیں معاف کر کے کیا کرتے ہیں خدا کا ریوارڈ لینے کے قابل بن جاتے ہیں اپ وہ ایک ریوارڈیبل ایکٹ ہے معاف کرنا تو یہ بدری تھی بدری نہیں کہا جائے گی</w:t>
      </w:r>
    </w:p>
    <w:p>
      <w:r>
        <w:rPr>
          <w:b/>
        </w:rPr>
        <w:t xml:space="preserve">[2:10:15] </w:t>
      </w:r>
      <w:r>
        <w:t>yaani agar woh aadmi baap ke</w:t>
      </w:r>
    </w:p>
    <w:p>
      <w:pPr>
        <w:jc w:val="right"/>
      </w:pPr>
      <w:r>
        <w:t>یعنی اگر وہ ادمی باپ کے</w:t>
      </w:r>
    </w:p>
    <w:p>
      <w:r>
        <w:rPr>
          <w:b/>
        </w:rPr>
        <w:t xml:space="preserve">[2:10:19] </w:t>
      </w:r>
      <w:r>
        <w:t>jo us ne qatal kiya tha us ka</w:t>
      </w:r>
    </w:p>
    <w:p>
      <w:pPr>
        <w:jc w:val="right"/>
      </w:pPr>
      <w:r>
        <w:t>جو اس نے قتل کیا تھا اس کا</w:t>
      </w:r>
    </w:p>
    <w:p>
      <w:r>
        <w:rPr>
          <w:b/>
        </w:rPr>
        <w:t xml:space="preserve">[2:10:22] </w:t>
      </w:r>
      <w:r>
        <w:t>revenge na le toh wahan ke society mein us ko coward kaha jayega badar kaha jayega</w:t>
      </w:r>
    </w:p>
    <w:p>
      <w:pPr>
        <w:jc w:val="right"/>
      </w:pPr>
      <w:r>
        <w:t>ریونج نہ لے تو وہاں کے سوسائٹی میں اس کو کاورڈ کہا جائے گا بدر کہا جائے گا</w:t>
      </w:r>
    </w:p>
    <w:p>
      <w:r>
        <w:rPr>
          <w:b/>
        </w:rPr>
        <w:t xml:space="preserve">[2:10:28] </w:t>
      </w:r>
      <w:r>
        <w:t>lekin main kehta hoon ke agar us ne sachi spirit se kiya hai toh bohat bara woh amal hai</w:t>
      </w:r>
    </w:p>
    <w:p>
      <w:pPr>
        <w:jc w:val="right"/>
      </w:pPr>
      <w:r>
        <w:t>لیکن میں کہتا ہوں کہ اگر اسے سچی سپرٹ سے کیا ہے تو بہت بڑا وہ عمل ہے</w:t>
      </w:r>
    </w:p>
    <w:p>
      <w:r>
        <w:rPr>
          <w:b/>
        </w:rPr>
        <w:t xml:space="preserve">[2:10:35] </w:t>
      </w:r>
      <w:r>
        <w:t>rewardable amal hai aur woh khuda ke haan us ko bohat bara result milega us ka toh</w:t>
      </w:r>
    </w:p>
    <w:p>
      <w:pPr>
        <w:jc w:val="right"/>
      </w:pPr>
      <w:r>
        <w:t>ریوارڈیبل عمل ہے اور وہ خدا کے ہاں اس کو بہت بڑا رزلٹ ملے گا اس کا تو</w:t>
      </w:r>
    </w:p>
    <w:p>
      <w:r>
        <w:rPr>
          <w:b/>
        </w:rPr>
        <w:t xml:space="preserve">[2:10:40] </w:t>
      </w:r>
      <w:r>
        <w:t>main samajhta hoon ke yeh wrong nomenclature ki baat hai yeh</w:t>
      </w:r>
    </w:p>
    <w:p>
      <w:pPr>
        <w:jc w:val="right"/>
      </w:pPr>
      <w:r>
        <w:t>میں سمجھتا ہوں کہ یہ رونگ نامن کلیچر کی بات ہے یہ</w:t>
      </w:r>
    </w:p>
    <w:p>
      <w:r>
        <w:rPr>
          <w:b/>
        </w:rPr>
        <w:t xml:space="preserve">[2:10:47] </w:t>
      </w:r>
      <w:r>
        <w:t>das question is from aisha how do we kill or ego and arous or conscience</w:t>
      </w:r>
    </w:p>
    <w:p>
      <w:pPr>
        <w:jc w:val="right"/>
      </w:pPr>
      <w:r>
        <w:t>دس کوئسچن از فرام عائشہ ہاؤ ڈو وی کل اور ایگو اینڈ اراؤز اور کانشینس</w:t>
      </w:r>
    </w:p>
    <w:p>
      <w:r>
        <w:rPr>
          <w:b/>
        </w:rPr>
        <w:t xml:space="preserve">[2:11:03] </w:t>
      </w:r>
      <w:r>
        <w:t>bhai mein toh yahi samajhta hoon ke sochna sab kuch sochne par hota hai art of thinking ko develop karna chahiye aadmi ko usi se sab cheez</w:t>
      </w:r>
    </w:p>
    <w:p>
      <w:pPr>
        <w:jc w:val="right"/>
      </w:pPr>
      <w:r>
        <w:t>بھئی میں تو یہی سمجھتا ہوں کہ سوچنا سب کچھ سوچنے پر ہوتا ہے ارٹ اف تھنکنگ کو ڈیولپ کرنا چاہیے ادمی کو اسی سے سب چیز</w:t>
      </w:r>
    </w:p>
    <w:p>
      <w:r>
        <w:rPr>
          <w:b/>
        </w:rPr>
        <w:t xml:space="preserve">[2:11:15] </w:t>
      </w:r>
      <w:r>
        <w:t>ati hai hamara mind hi sab kuch cover karta hai sab kuch hamare mind se cover hota hai</w:t>
      </w:r>
    </w:p>
    <w:p>
      <w:pPr>
        <w:jc w:val="right"/>
      </w:pPr>
      <w:r>
        <w:t>اتی ہے ہمارا مائنڈ ہی سب کچھ کور کرتا ہے سب کچھ ہمارے مائنڈ سے کور ہوتا ہے</w:t>
      </w:r>
    </w:p>
    <w:p>
      <w:r>
        <w:rPr>
          <w:b/>
        </w:rPr>
        <w:t xml:space="preserve">[2:11:23] </w:t>
      </w:r>
      <w:r>
        <w:t>jaise mein ne abhi bataya ap ko qul rabbi allahu al mustaqeem ke god ko apna supreme banao supreme concern toh log kya karte hain god ko toh sirf aik formal tareeqe se naam lete hain formal aur real sense mein supreme banate hain kisi aur ko toh kya hota hai</w:t>
      </w:r>
    </w:p>
    <w:p>
      <w:pPr>
        <w:jc w:val="right"/>
      </w:pPr>
      <w:r>
        <w:t>جیسے میں نے ابھی بتایا اپ کو قل رب اللہ المستقیم کہ گاڈ کو اپنا سپریم بناؤ سپریم کنسرن تو لوگ کیا کرتے ہیں گاڈ کو تو صرف ایک فارمل طریقے سے نام لیتے ہیں فارمل اور ریئل سینس میں سپریم بناتے ہیں کسی اور کو تو کیا ہوتا ہے</w:t>
      </w:r>
    </w:p>
    <w:p>
      <w:r>
        <w:rPr>
          <w:b/>
        </w:rPr>
        <w:t xml:space="preserve">[2:11:45] </w:t>
      </w:r>
      <w:r>
        <w:t>har bar jab kisi aur kisi ko aap supreme banayengay har bar jab aap kisi ko apna concern banayengay concern toh kuch na kuch return ki umeed rakhte hain ap chahe aap munh se na bolen tab bhi yeh na impossible hai according according to human human psychology ke aap kisi ko apna concern banayen aur us se kuch return ki umeed na rakhte hon</w:t>
      </w:r>
    </w:p>
    <w:p>
      <w:pPr>
        <w:jc w:val="right"/>
      </w:pPr>
      <w:r>
        <w:t>ہر بار جب کسی اور کسی کو اپ سپریم بنائیں گے ہر بار جب اپ کسی کو اپنا کنسرن بنائیں گے کنسرن تو کچھ نہ کچھ ریٹرن کی امید رکھتے ہیں اپ چاہے اپ منہ سے نہ بولیں تب بھی یہ نا امپاسیبل ہے اکارڈنگ اکارڈنگ ٹو ہیومن ہیومن سائیکالوجی کہ اپ کسی کو اپنا کنسرن بنائیں اور اس سے کچھ ریٹرن کی امید نہ رکھتے ہوں</w:t>
      </w:r>
    </w:p>
    <w:p>
      <w:r>
        <w:rPr>
          <w:b/>
        </w:rPr>
        <w:t xml:space="preserve">[2:12:10] </w:t>
      </w:r>
      <w:r>
        <w:t>yani in term of money nahi</w:t>
      </w:r>
    </w:p>
    <w:p>
      <w:pPr>
        <w:jc w:val="right"/>
      </w:pPr>
      <w:r>
        <w:t>یعنی ان ٹرم اف منی ہی نہیں</w:t>
      </w:r>
    </w:p>
    <w:p>
      <w:r>
        <w:rPr>
          <w:b/>
        </w:rPr>
        <w:t xml:space="preserve">[2:12:14] </w:t>
      </w:r>
      <w:r>
        <w:t>yeh bhi return hai ke aap chahen ke woh meri tareef kare woh mera acknowledge kare mere uska toh hamesha aap us se kuch chahenge acha woh de nahi pata us ke pas itna zyada nahi hota jitna ke aap ko de sake woh toh phir kya hota hai frustration mein aata hai khuda ko apna concern banana sab se bara supreme formula hai kyun khuda kitna hi de us ke haan kami nahi hoti</w:t>
      </w:r>
    </w:p>
    <w:p>
      <w:pPr>
        <w:jc w:val="right"/>
      </w:pPr>
      <w:r>
        <w:t>یہ بھی ریٹرن ہے کہ اپ چاہیں کہ وہ میری تعریف کرے وہ میرا اکنالج کرے میرے اس کا تو ہمیشہ اپ اس سے کچھ چاہیں گے اچھا وہ دے نہیں پاتا اس کے پاس اتنا زیادہ نہیں ہوتا جتنا کہ اپ کو دے سکے وہ تو پھر کیا ہوتا ہے فریسٹن میں اتا ہے خدا کو اپنا کنسرن بنانا سب سے بڑا سپریم فارمولا ہے کیوں خدا کتنا ہی دے اس کے ہاں کمی نہیں ہوتی</w:t>
      </w:r>
    </w:p>
    <w:p>
      <w:r>
        <w:rPr>
          <w:b/>
        </w:rPr>
        <w:t xml:space="preserve">[2:12:41] </w:t>
      </w:r>
      <w:r>
        <w:t>khuda se unilaterally toor par insan ko milta hai yeh khudai hai ke us ko aap supreme banayen toh aap ko unilateral unilateral deta chala jaye aur us ke pas koi kami na ho toh mein samajhta hoon yeh soch aadmi ke andar ajaye yeh soch usi se sare negative sentiment manage karne ke qabil ho jaye ga woh aadmi</w:t>
      </w:r>
    </w:p>
    <w:p>
      <w:pPr>
        <w:jc w:val="right"/>
      </w:pPr>
      <w:r>
        <w:t>خدا سے یونیلیٹرل طور پر انسان کو ملتا ہے یہ خدائی ہے کہ اس کو اپ سپریم بنائیں تو اپ کو یونیلیٹرل یونیلیٹرل دیتا چلا جائے اور اس کے پاس کوئی کمی نہ ہو تو میں سمجھتا ہوں یہ سوچ ادمی کے اندر اجائے یہ سوچ اسی سے سارے نیگیٹیو سینٹیمنٹ مینج کرنے کے قابل ہو جائے گا وہ ادمی</w:t>
      </w:r>
    </w:p>
    <w:p>
      <w:r>
        <w:rPr>
          <w:b/>
        </w:rPr>
        <w:t xml:space="preserve">[2:13:08] </w:t>
      </w:r>
      <w:r>
        <w:t>das question is from doctor farida khanum people often say that he or she is immature kindly tell us what is this maturity and how can it be attained</w:t>
      </w:r>
    </w:p>
    <w:p>
      <w:pPr>
        <w:jc w:val="right"/>
      </w:pPr>
      <w:r>
        <w:t>دس کوئسچن از فرام ڈاکٹر فریدہ خانم پیپل افن سے دیٹ ہی اور شی از امیچور کائنڈلی ٹیل اس واٹ از دس میچورٹی اینڈ ہاؤ کین اٹ بی اٹینڈ</w:t>
      </w:r>
    </w:p>
    <w:p>
      <w:r>
        <w:rPr>
          <w:b/>
        </w:rPr>
        <w:t xml:space="preserve">[2:13:28] </w:t>
      </w:r>
      <w:r>
        <w:t>maturity jo hai</w:t>
      </w:r>
    </w:p>
    <w:p>
      <w:pPr>
        <w:jc w:val="right"/>
      </w:pPr>
      <w:r>
        <w:t>میچورٹی جو ہے</w:t>
      </w:r>
    </w:p>
    <w:p>
      <w:r>
        <w:rPr>
          <w:b/>
        </w:rPr>
        <w:t xml:space="preserve">[2:13:36] </w:t>
      </w:r>
      <w:r>
        <w:t>it is maturity is only the other name of sincerity aap jitna sincere honge aap utne zyada mature honge mein toh yahi samjhao</w:t>
      </w:r>
    </w:p>
    <w:p>
      <w:pPr>
        <w:jc w:val="right"/>
      </w:pPr>
      <w:r>
        <w:t>اٹ از میچورٹی از اونلی دی ادر نیم اف سنسیرٹی اپ جتنا سنسیر ہوں گے اپ اتنے زیادہ میچور ہوں گے میں تو یہی سمجھاؤں</w:t>
      </w:r>
    </w:p>
    <w:p>
      <w:r>
        <w:rPr>
          <w:b/>
        </w:rPr>
        <w:t xml:space="preserve">[2:13:51] </w:t>
      </w:r>
      <w:r>
        <w:t>yaani aadmi sincere ho woh honest ho woh double standard na ho</w:t>
      </w:r>
    </w:p>
    <w:p>
      <w:pPr>
        <w:jc w:val="right"/>
      </w:pPr>
      <w:r>
        <w:t>یعنی ادمی سنسیر ہو وہ اونسٹ ہو وہ ڈبل اسٹینڈرڈ نہ ہو</w:t>
      </w:r>
    </w:p>
    <w:p>
      <w:r>
        <w:rPr>
          <w:b/>
        </w:rPr>
        <w:t xml:space="preserve">[2:14:00] </w:t>
      </w:r>
      <w:r>
        <w:t>woh doosre ko acknowledge karna jaane</w:t>
      </w:r>
    </w:p>
    <w:p>
      <w:pPr>
        <w:jc w:val="right"/>
      </w:pPr>
      <w:r>
        <w:t>وہ دوسرے کو اکنالج کرنا جانے</w:t>
      </w:r>
    </w:p>
    <w:p>
      <w:r>
        <w:rPr>
          <w:b/>
        </w:rPr>
        <w:t xml:space="preserve">[2:14:06] </w:t>
      </w:r>
      <w:r>
        <w:t>is qism ki positive qualities jab kisi ke andar aa jayen toh isi ka naam hai maturity</w:t>
      </w:r>
    </w:p>
    <w:p>
      <w:pPr>
        <w:jc w:val="right"/>
      </w:pPr>
      <w:r>
        <w:t>اس قسم کی پوزیٹیو کوالٹیز جب کسی کے اندر اجائیں تو اسی کا نام ہے میچورٹی</w:t>
      </w:r>
    </w:p>
    <w:p>
      <w:r>
        <w:rPr>
          <w:b/>
        </w:rPr>
        <w:t xml:space="preserve">[2:14:14] </w:t>
      </w:r>
      <w:r>
        <w:t>main toh yahi samjhaun</w:t>
      </w:r>
    </w:p>
    <w:p>
      <w:pPr>
        <w:jc w:val="right"/>
      </w:pPr>
      <w:r>
        <w:t>میں تو یہی سمجھاؤں</w:t>
      </w:r>
    </w:p>
    <w:p>
      <w:r>
        <w:rPr>
          <w:b/>
        </w:rPr>
        <w:t xml:space="preserve">[2:14:17] </w:t>
      </w:r>
      <w:r>
        <w:t>and Maulana how can it be attained how can sincerity be attained</w:t>
      </w:r>
    </w:p>
    <w:p>
      <w:pPr>
        <w:jc w:val="right"/>
      </w:pPr>
      <w:r>
        <w:t>اینڈ مولانا ہاؤ کین اٹ بی اٹینڈ ہاؤ کین سنسیرٹی بی اٹینڈ</w:t>
      </w:r>
    </w:p>
    <w:p>
      <w:r>
        <w:rPr>
          <w:b/>
        </w:rPr>
        <w:t xml:space="preserve">[2:14:23] </w:t>
      </w:r>
      <w:r>
        <w:t>ab is ka toh har har cheez attained hoti hai mind se yani sochne se jitna zyada aap positive way mein sochengay yani positive thinking jo hai asal asal jar hai jitna zyada aap ke andar positive thinking aye gi utni doosri positive qualities aap ke andar ati chali jayengi</w:t>
      </w:r>
    </w:p>
    <w:p>
      <w:pPr>
        <w:jc w:val="right"/>
      </w:pPr>
      <w:r>
        <w:t>اب اس کا تو ہر ہر چیز اٹینڈ ہوتی ہے مائنڈ سے یعنی سوچنے سے جتنا زیادہ اپ پوزیٹیو وے میں سوچیں گے یعنی پوزیٹیو تھنکنگ جو ہے اصل اصل جڑ ہے جتنا زیادہ اپ کے اندر پوزیٹیو تھنکنگ ائے گی اتنی دوسری پوزیٹیو کوالٹیز اپ کے اندر اتی چلی جائیں گی</w:t>
      </w:r>
    </w:p>
    <w:p>
      <w:r>
        <w:rPr>
          <w:b/>
        </w:rPr>
        <w:t xml:space="preserve">[2:14:46] </w:t>
      </w:r>
      <w:r>
        <w:t>toh jar yeh hai ke aadmi apne negative thought ko manage kare aur apni positivity ko kabhi bhang na hone de sab se zyada jo kaam karna hai insan ko is duniya mein woh hai ke jab bhi koi negative thought ata hai hamein us ko manage karna chahiye us ko hamein diffuse karna chahiye din andar us ko hamein kill kill karna chahiye</w:t>
      </w:r>
    </w:p>
    <w:p>
      <w:pPr>
        <w:jc w:val="right"/>
      </w:pPr>
      <w:r>
        <w:t>تو جڑ یہ ہے کہ ادمی اپنے نیگیٹیو تھاٹ کو مینج کرے اور اپنی پوزیٹیوٹی کو کبھی بھنگ نہ ہونے دے سب سے زیادہ جو کام کرنا ہے انسان کو اس دنیا میں وہ ہے کہ جب بھی کوئی نیگیٹیو تھاٹ اتا ہے ہمیں اس کو مینج کرنا چاہیے اس کو ہمیں ڈیفیوز کرنا چاہیے دن اندر اس کو ہمیں کل کل کرنا چاہیے</w:t>
      </w:r>
    </w:p>
    <w:p>
      <w:r>
        <w:rPr>
          <w:b/>
        </w:rPr>
        <w:t xml:space="preserve">[2:15:13] </w:t>
      </w:r>
      <w:r>
        <w:t>sab se bari cheez hai woh jis ko hum kehte hain negative thought</w:t>
      </w:r>
    </w:p>
    <w:p>
      <w:pPr>
        <w:jc w:val="right"/>
      </w:pPr>
      <w:r>
        <w:t>سب سے بری چیز ہے وہ جس کو ہم کہتے ہیں نیگیٹیو تھاٹ</w:t>
      </w:r>
    </w:p>
    <w:p>
      <w:r>
        <w:rPr>
          <w:b/>
        </w:rPr>
        <w:t xml:space="preserve">[2:15:18] </w:t>
      </w:r>
      <w:r>
        <w:t>to aap ko kya karna hai</w:t>
      </w:r>
    </w:p>
    <w:p>
      <w:pPr>
        <w:jc w:val="right"/>
      </w:pPr>
      <w:r>
        <w:t>تو اپ کو کیا کرنا ہے</w:t>
      </w:r>
    </w:p>
    <w:p>
      <w:r>
        <w:rPr>
          <w:b/>
        </w:rPr>
        <w:t xml:space="preserve">[2:15:21] </w:t>
      </w:r>
      <w:r>
        <w:t>ke chahe doosron ki taraf se aap ko negative experience ho aap uska response dein positive way</w:t>
      </w:r>
    </w:p>
    <w:p>
      <w:pPr>
        <w:jc w:val="right"/>
      </w:pPr>
      <w:r>
        <w:t>کہ چاہے دوسروں کی طرف سے اپ کو نیگیٹیو ایکسپیرینس ہو اپ اس کا رسپانس دیں پوزیٹیو وے</w:t>
      </w:r>
    </w:p>
    <w:p>
      <w:r>
        <w:rPr>
          <w:b/>
        </w:rPr>
        <w:t xml:space="preserve">[2:15:32] </w:t>
      </w:r>
      <w:r>
        <w:t>mein yeh hum wait nahi kar sakte ke doosre saare log jo hain positive ho jayenge to</w:t>
      </w:r>
    </w:p>
    <w:p>
      <w:pPr>
        <w:jc w:val="right"/>
      </w:pPr>
      <w:r>
        <w:t>میں یہ ہم ویٹ نہیں کر سکتے کہ دوسرے سارے لوگ جو ہیں پوزیٹیو ہو جائیں گے تو</w:t>
      </w:r>
    </w:p>
    <w:p>
      <w:r>
        <w:rPr>
          <w:b/>
        </w:rPr>
        <w:t xml:space="preserve">[2:15:38] </w:t>
      </w:r>
      <w:r>
        <w:t>hum bhi positive ho jayenge yeh possible nahi hai</w:t>
      </w:r>
    </w:p>
    <w:p>
      <w:pPr>
        <w:jc w:val="right"/>
      </w:pPr>
      <w:r>
        <w:t>ہم بھی پوزیٹیو ہو جائیں گے یہ پاسیبل نہیں ہے</w:t>
      </w:r>
    </w:p>
    <w:p>
      <w:r>
        <w:rPr>
          <w:b/>
        </w:rPr>
        <w:t xml:space="preserve">[2:15:43] </w:t>
      </w:r>
      <w:r>
        <w:t>saray se is duniya mein jahan khuda ne har ek ko freedom de rakha hai sab ko freedom mili hui hai toh log apni freedom ko misuse karengay toh woh cheez paida hogi jis se aap ko shikayat hogi aap ko aap ko thes lage gi toh negative thought aap ke andar janam lenge</w:t>
      </w:r>
    </w:p>
    <w:p>
      <w:pPr>
        <w:jc w:val="right"/>
      </w:pPr>
      <w:r>
        <w:t>سرے سے اس دنیا میں جہاں خدا نے ہر ایک کو فریڈم دے رکھا ہے سب کو فریڈم ملی ہوئی ہے تو لوگ اپنی فریڈم کو مس یوز کریں گے تو وہ چیز پیدا ہوگی جس سے اپ کو شکایت ہوگی اپ کو اپ کو ٹھیس لگے گی تو نیگیٹیو تھاٹ اپ کے اندر جنم لیں گے</w:t>
      </w:r>
    </w:p>
    <w:p>
      <w:r>
        <w:rPr>
          <w:b/>
        </w:rPr>
        <w:t xml:space="preserve">[2:16:04] </w:t>
      </w:r>
      <w:r>
        <w:t>toh aap ko yeh art seekhna hai ke negative situation ko bhi aap positive response de saken</w:t>
      </w:r>
    </w:p>
    <w:p>
      <w:pPr>
        <w:jc w:val="right"/>
      </w:pPr>
      <w:r>
        <w:t>تو اپ کو یہ ارٹ سیکھنا ہے کہ نیگیٹیو سچویشن کو بھی اپ پوزیٹیو رسپانس دے سکیں</w:t>
      </w:r>
    </w:p>
    <w:p>
      <w:r>
        <w:rPr>
          <w:b/>
        </w:rPr>
        <w:t xml:space="preserve">[2:16:15] </w:t>
      </w:r>
      <w:r>
        <w:t>mein sirf bataoon ke yahi sab se bari baat hai</w:t>
      </w:r>
    </w:p>
    <w:p>
      <w:pPr>
        <w:jc w:val="right"/>
      </w:pPr>
      <w:r>
        <w:t>میں صرف بتاؤں کہ یہی سب سے بڑی بات ہے</w:t>
      </w:r>
    </w:p>
    <w:p>
      <w:r>
        <w:rPr>
          <w:b/>
        </w:rPr>
        <w:t xml:space="preserve">[2:16:21] </w:t>
      </w:r>
      <w:r>
        <w:t>das question is from priya molana please say in one line what is the art of good living</w:t>
      </w:r>
    </w:p>
    <w:p>
      <w:pPr>
        <w:jc w:val="right"/>
      </w:pPr>
      <w:r>
        <w:t>دس کوئسچن از فرام پریا مولانا پلیز سے ان ون لائن واٹ از دی ارٹ اف گڈ لیونگ</w:t>
      </w:r>
    </w:p>
    <w:p>
      <w:r>
        <w:rPr>
          <w:b/>
        </w:rPr>
        <w:t xml:space="preserve">[2:16:33] </w:t>
      </w:r>
      <w:r>
        <w:t>art of good living</w:t>
      </w:r>
    </w:p>
    <w:p>
      <w:pPr>
        <w:jc w:val="right"/>
      </w:pPr>
      <w:r>
        <w:t>ارٹ اف گڈ لیونگ</w:t>
      </w:r>
    </w:p>
    <w:p>
      <w:r>
        <w:rPr>
          <w:b/>
        </w:rPr>
        <w:t xml:space="preserve">[2:16:43] </w:t>
      </w:r>
      <w:r>
        <w:t>mein bataun ke positive thinking jo hai wahi asal hai good living ki yani good living jis ko mein samajhta hun in term of spirituality jo good living hai woh poori poori juri hui hai positive thinking ke sath</w:t>
      </w:r>
    </w:p>
    <w:p>
      <w:pPr>
        <w:jc w:val="right"/>
      </w:pPr>
      <w:r>
        <w:t>میں بتاؤں کہ پوزیٹیو تھنکنگ جو ہے وہی اصل ہے گڈ لیونگ کی یعنی گڈ لیونگ جس کو میں سمجھتا ہوں ان ٹرم اف سپرچویلیٹی جو گڈ لیونگ ہے وہ پوری پوری جڑی ہوئی ہے پوزیٹیو تھنکنگ کے ساتھ</w:t>
      </w:r>
    </w:p>
    <w:p>
      <w:r>
        <w:rPr>
          <w:b/>
        </w:rPr>
        <w:t xml:space="preserve">[2:17:03] </w:t>
      </w:r>
      <w:r>
        <w:t>jahan positive thinking na hogi wahan good living bhi na hogi.</w:t>
      </w:r>
    </w:p>
    <w:p>
      <w:pPr>
        <w:jc w:val="right"/>
      </w:pPr>
      <w:r>
        <w:t>جہاں پوزیٹیو تھنکنگ نہ ہوگی وہاں گڈ لیونگ بھی نہ ہوگی.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