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Love for God I 10 April 2011 - Maulana Wahiduddin Khan</w:t>
      </w:r>
    </w:p>
    <w:p>
      <w:r>
        <w:t>https://www.youtube.com/watch?v=2v5qHNune2o</w:t>
      </w:r>
    </w:p>
    <w:p>
      <w:r>
        <w:rPr>
          <w:b/>
        </w:rPr>
        <w:t xml:space="preserve">[00:13] </w:t>
      </w:r>
      <w:r>
        <w:t>bismillah hir rehman nir rahim, wa salallahu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[00:22]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[00:39] </w:t>
      </w:r>
      <w:r>
        <w:t>aaj ka mozu hai</w:t>
      </w:r>
    </w:p>
    <w:p>
      <w:pPr>
        <w:jc w:val="right"/>
      </w:pPr>
      <w:r>
        <w:t>آج کا موضوع ہے</w:t>
      </w:r>
    </w:p>
    <w:p>
      <w:r>
        <w:rPr>
          <w:b/>
        </w:rPr>
        <w:t xml:space="preserve">[00:43] </w:t>
      </w:r>
      <w:r>
        <w:t>mohabbat-e-ilahi, yani love for god.</w:t>
      </w:r>
    </w:p>
    <w:p>
      <w:pPr>
        <w:jc w:val="right"/>
      </w:pPr>
      <w:r>
        <w:t>محبت الہی، یعنی لو فار گاڈ۔</w:t>
      </w:r>
    </w:p>
    <w:p>
      <w:r>
        <w:rPr>
          <w:b/>
        </w:rPr>
        <w:t xml:space="preserve">[00:54] </w:t>
      </w:r>
      <w:r>
        <w:t>Allah se mohabbat kitna zyada matloob hai, wo Quran mein Surah Al-Baqarah ke ek ayat se maloom hota hai.</w:t>
      </w:r>
    </w:p>
    <w:p>
      <w:pPr>
        <w:jc w:val="right"/>
      </w:pPr>
      <w:r>
        <w:t>اللہ سے محبت کتنا زیادہ مطلوب ہے، وہ قرآن میں سورہ البقرہ کے ایک آیت سے معلوم ہوتا ہے۔</w:t>
      </w:r>
    </w:p>
    <w:p>
      <w:r>
        <w:rPr>
          <w:b/>
        </w:rPr>
        <w:t xml:space="preserve">[01:09] </w:t>
      </w:r>
      <w:r>
        <w:t>Quran mein hai ke: alladhina amanu ashadd hubban lillah</w:t>
      </w:r>
    </w:p>
    <w:p>
      <w:pPr>
        <w:jc w:val="right"/>
      </w:pPr>
      <w:r>
        <w:t>قرآن میں ہے کہ: الذین آمنوا أشد حبا لله</w:t>
      </w:r>
    </w:p>
    <w:p>
      <w:r>
        <w:rPr>
          <w:b/>
        </w:rPr>
        <w:t xml:space="preserve">[01:17] </w:t>
      </w:r>
      <w:r>
        <w:t>. jo iman wale hain, wo Allah se bohat zyada mohabbat karte hain.</w:t>
      </w:r>
    </w:p>
    <w:p>
      <w:pPr>
        <w:jc w:val="right"/>
      </w:pPr>
      <w:r>
        <w:t>۔ جو ایمان والے ہیں، وہ اللہ سے بہت زیادہ محبت کرتے 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