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Islam in 21st Century I 3 April 2011 - Maulana Wahiduddin Khan</w:t>
      </w:r>
    </w:p>
    <w:p>
      <w:r>
        <w:t>https://www.youtube.com/watch?v=CYmqOWuPFKk</w:t>
      </w:r>
    </w:p>
    <w:p>
      <w:r>
        <w:rPr>
          <w:b/>
        </w:rPr>
        <w:t xml:space="preserve">[00:13] </w:t>
      </w:r>
      <w:r>
        <w:t>bismillah hir rehman nir rahim, wa salallahu ala nabiyyil karim.</w:t>
      </w:r>
    </w:p>
    <w:p>
      <w:pPr>
        <w:jc w:val="right"/>
      </w:pPr>
      <w:r>
        <w:t>بسم اللہ الرحمن الرحیم، وصلی اللہ علی النبی الکریم۔</w:t>
      </w:r>
    </w:p>
    <w:p>
      <w:r>
        <w:rPr>
          <w:b/>
        </w:rPr>
        <w:t xml:space="preserve">[00:22] </w:t>
      </w:r>
      <w:r>
        <w:t>rab ishrah li sadri, wa yassir li amri, wah-lul uqdatan min lisani yafqahu qawli.</w:t>
      </w:r>
    </w:p>
    <w:p>
      <w:pPr>
        <w:jc w:val="right"/>
      </w:pPr>
      <w:r>
        <w:t>رب اشرح لی صدری، ویسر لی امری، واحل العقدۃ من لسانی یفقہ قولی۔</w:t>
      </w:r>
    </w:p>
    <w:p>
      <w:r>
        <w:rPr>
          <w:b/>
        </w:rPr>
        <w:t xml:space="preserve">[00:39] </w:t>
      </w:r>
      <w:r>
        <w:t>aaj ka topic hai: Islam in the 21st century. Islam akisween sadi mein.</w:t>
      </w:r>
    </w:p>
    <w:p>
      <w:pPr>
        <w:jc w:val="right"/>
      </w:pPr>
      <w:r>
        <w:t>آج کا ٹاپک ہے: اسلام ان دا 21st سینچری۔ اسلام اکیسویں صدی میں۔</w:t>
      </w:r>
    </w:p>
    <w:p>
      <w:r>
        <w:rPr>
          <w:b/>
        </w:rPr>
        <w:t xml:space="preserve">[00:56] </w:t>
      </w:r>
      <w:r>
        <w:t>yeh bohat zyada important baat hai, aur bohat ta'assub se pak ho kar jab socha jayega, tab hi hum samajh payenge is ka matlab.</w:t>
      </w:r>
    </w:p>
    <w:p>
      <w:pPr>
        <w:jc w:val="right"/>
      </w:pPr>
      <w:r>
        <w:t>یہ بہت زیادہ امپورٹنٹ بات ہے، اور بہت تعصب سے پاک ہو کر جب سوچا جائے گا، تب ہی ہم سمجھ پائیں گے اس کا مطلب۔</w:t>
      </w:r>
    </w:p>
    <w:p>
      <w:r>
        <w:rPr>
          <w:b/>
        </w:rPr>
        <w:t xml:space="preserve">[01:14] </w:t>
      </w:r>
      <w:r>
        <w:t>hamesha dekhiye, yani ta'assubat,</w:t>
      </w:r>
    </w:p>
    <w:p>
      <w:pPr>
        <w:jc w:val="right"/>
      </w:pPr>
      <w:r>
        <w:t>ہمیشہ دیکھیے، یعنی تعصبات،</w:t>
      </w:r>
    </w:p>
    <w:p>
      <w:r>
        <w:rPr>
          <w:b/>
        </w:rPr>
        <w:t xml:space="preserve">[01:26] </w:t>
      </w:r>
      <w:r>
        <w:t>yani conditioning jo hai, wo record ban jati hai aadmi ke liye sahi baat ko samajhne mein.</w:t>
      </w:r>
    </w:p>
    <w:p>
      <w:pPr>
        <w:jc w:val="right"/>
      </w:pPr>
      <w:r>
        <w:t>یعنی کنڈیشننگ جو ہے، وہ ریکارڈ بن جاتی ہے آدمی کے لیے صحیح بات کو سمجھنے میں۔</w:t>
      </w:r>
    </w:p>
    <w:p>
      <w:r>
        <w:rPr>
          <w:b/>
        </w:rPr>
        <w:t xml:space="preserve">[01:40] </w:t>
      </w:r>
      <w:r>
        <w:t>mujhe is topic ki taraf dhyan is tarah aya ke kal aap jante hain ke India cricket ke muqable mein jeet gaya,</w:t>
      </w:r>
    </w:p>
    <w:p>
      <w:pPr>
        <w:jc w:val="right"/>
      </w:pPr>
      <w:r>
        <w:t>مجھے اس ٹاپک کی طرف دھیان اس طرح آیا کہ کل آپ جانتے ہیں کہ انڈیا کرکٹ کے مقابلے میں جیت گیا،</w:t>
      </w:r>
    </w:p>
    <w:p>
      <w:r>
        <w:rPr>
          <w:b/>
        </w:rPr>
        <w:t xml:space="preserve">[01:58] </w:t>
      </w:r>
      <w:r>
        <w:t>aur Dhoni is ke hero the. to TV par kai logon ne yeh nara lagaya ke "Dhoni ki mahima</w:t>
      </w:r>
    </w:p>
    <w:p>
      <w:pPr>
        <w:jc w:val="right"/>
      </w:pPr>
      <w:r>
        <w:t>اور دھونی اس کے ہیرو تھے۔ تو ٹی وی پر کئی لوگوں نے یہ نعرہ لگایا کہ "دھونی کی مہما</w:t>
      </w:r>
    </w:p>
    <w:p>
      <w:r>
        <w:rPr>
          <w:b/>
        </w:rPr>
        <w:t xml:space="preserve">[02:18] </w:t>
      </w:r>
      <w:r>
        <w:t>apar ampar". is se pehle kaha jata tha ke "Ram ki mahima apar ampar". ab yeh kaha gaya ke "Dhoni ki mahima apar ampar".</w:t>
      </w:r>
    </w:p>
    <w:p>
      <w:pPr>
        <w:jc w:val="right"/>
      </w:pPr>
      <w:r>
        <w:t>اپرم پار"۔ اس سے پہلے کہا جاتا تھا کہ "رام کی مہما اپرم پار"۔ اب یہ کہا گیا کہ "دھونی کی مہما اپرم پار"۔</w:t>
      </w:r>
    </w:p>
    <w:p>
      <w:r>
        <w:rPr>
          <w:b/>
        </w:rPr>
        <w:t xml:space="preserve">[02:33] </w:t>
      </w:r>
      <w:r>
        <w:t>is par bas sochta raha, sochta raha, sochta raha to mujhe</w:t>
      </w:r>
    </w:p>
    <w:p>
      <w:pPr>
        <w:jc w:val="right"/>
      </w:pPr>
      <w:r>
        <w:t>اس پر بس سوچتا رہا، سوچتا رہا، سوچتا رہا تو مجھے</w:t>
      </w:r>
    </w:p>
    <w:p>
      <w:r>
        <w:rPr>
          <w:b/>
        </w:rPr>
        <w:t xml:space="preserve">[02:37] </w:t>
      </w:r>
      <w:r>
        <w:t>ek bohat bari baat samajh mein ayi. dekhiye, is duniya ko, is sansar ko banaya Khuda ne.</w:t>
      </w:r>
    </w:p>
    <w:p>
      <w:pPr>
        <w:jc w:val="right"/>
      </w:pPr>
      <w:r>
        <w:t>ایک بہت بڑی بات سمجھ میں آئی۔ دیکھیے، اس دنیا کو، اس سنسار کو بنایا خدا نے۔</w:t>
      </w:r>
    </w:p>
    <w:p>
      <w:r>
        <w:rPr>
          <w:b/>
        </w:rPr>
        <w:t xml:space="preserve">[02:51] </w:t>
      </w:r>
      <w:r>
        <w:t>sab kuch diya hua Khuda ka hai.</w:t>
      </w:r>
    </w:p>
    <w:p>
      <w:pPr>
        <w:jc w:val="right"/>
      </w:pPr>
      <w:r>
        <w:t>سب کچھ دیا ہوا خدا کا ہے۔</w:t>
      </w:r>
    </w:p>
    <w:p>
      <w:r>
        <w:rPr>
          <w:b/>
        </w:rPr>
        <w:t xml:space="preserve">[02:56] </w:t>
      </w:r>
      <w:r>
        <w:t>koi bhi cheez, chahe ek zarra ho ya ek kahkashan ho, ya hawa ho ya pani ho, sab kuch Khuda ka diya hua hai.</w:t>
      </w:r>
    </w:p>
    <w:p>
      <w:pPr>
        <w:jc w:val="right"/>
      </w:pPr>
      <w:r>
        <w:t>کوئی بھی چیز، چاہے ایک ذرّہ ہو یا ایک کہکشاں ہو، یا ہوا ہو یا پانی ہو، سب کچھ خدا کا دیا ہوا ہے۔</w:t>
      </w:r>
    </w:p>
    <w:p>
      <w:r>
        <w:rPr>
          <w:b/>
        </w:rPr>
        <w:t xml:space="preserve">[03:08] </w:t>
      </w:r>
      <w:r>
        <w:t>to hona kya chahiye? hona chahiye ke "God ki mahima apar ampar".</w:t>
      </w:r>
    </w:p>
    <w:p>
      <w:pPr>
        <w:jc w:val="right"/>
      </w:pPr>
      <w:r>
        <w:t>تو ہونا کیا چاہیے؟ ہونا چاہیے کہ "گاڈ کی مہما اپرم پار"۔</w:t>
      </w:r>
    </w:p>
    <w:p>
      <w:r>
        <w:rPr>
          <w:b/>
        </w:rPr>
        <w:t xml:space="preserve">[03:18] </w:t>
      </w:r>
      <w:r>
        <w:t>magar poori tareekh guzar gayi, aur kabhi bhi yeh culture duniya mein nahi develop hua.</w:t>
      </w:r>
    </w:p>
    <w:p>
      <w:pPr>
        <w:jc w:val="right"/>
      </w:pPr>
      <w:r>
        <w:t>مگر پوری تاریخ گزر گئی، اور کبھی بھی یہ کلچر دنیا میں نہیں ڈویلپ ہوا۔</w:t>
      </w:r>
    </w:p>
    <w:p>
      <w:r>
        <w:rPr>
          <w:b/>
        </w:rPr>
        <w:t xml:space="preserve">[03:32] </w:t>
      </w:r>
      <w:r>
        <w:t>yani kuch infiradi aise paida hue jinhone Khuda ki badai ko daryaft kiya, aur is ka aur is ko tasleem kiya.</w:t>
      </w:r>
    </w:p>
    <w:p>
      <w:pPr>
        <w:jc w:val="right"/>
      </w:pPr>
      <w:r>
        <w:t>یعنی کچھ انفرادی ایسے پیدا ہوئے جنہوں نے خدا کی بڑائی کو دریافت کیا، اور اس کا اور اس کو تسلیم کیا۔</w:t>
      </w:r>
    </w:p>
    <w:p>
      <w:r>
        <w:rPr>
          <w:b/>
        </w:rPr>
        <w:t xml:space="preserve">[03:45] </w:t>
      </w:r>
      <w:r>
        <w:t>lekin</w:t>
      </w:r>
    </w:p>
    <w:p>
      <w:pPr>
        <w:jc w:val="right"/>
      </w:pPr>
      <w:r>
        <w:t>لیکن</w:t>
      </w:r>
    </w:p>
    <w:p>
      <w:r>
        <w:rPr>
          <w:b/>
        </w:rPr>
        <w:t xml:space="preserve">[03:48] </w:t>
      </w:r>
      <w:r>
        <w:t>culture ke taur par kabhi bhi aisa nahi hua</w:t>
      </w:r>
    </w:p>
    <w:p>
      <w:pPr>
        <w:jc w:val="right"/>
      </w:pPr>
      <w:r>
        <w:t>کلچر کے طور پر کبھی بھی ایسا نہیں ہوا</w:t>
      </w:r>
    </w:p>
    <w:p>
      <w:r>
        <w:rPr>
          <w:b/>
        </w:rPr>
        <w:t xml:space="preserve">[03:52] </w:t>
      </w:r>
      <w:r>
        <w:t>ke log dil se aur zaban se yeh kehne lagen ke "god ki mahima aparampaar" yahan tak ke jo log "allah o akbar" ka lafz bolte hain woh bhi lap service hota hai</w:t>
      </w:r>
    </w:p>
    <w:p>
      <w:pPr>
        <w:jc w:val="right"/>
      </w:pPr>
      <w:r>
        <w:t>کہ لوگ دل سے اور زبان سے یہ کہنے لگیں کہ "گاڈ کی مہما اپرم پار"۔ یہاں تک کہ جو لوگ "اللہ اکبر" کا لفظ بولتے ہیں، وہ بھی لپ سروس ہوتا ہے۔</w:t>
      </w:r>
    </w:p>
    <w:p>
      <w:r>
        <w:rPr>
          <w:b/>
        </w:rPr>
        <w:t xml:space="preserve">[04:10] </w:t>
      </w:r>
      <w:r>
        <w:t>musalman rozana namaz mein</w:t>
      </w:r>
    </w:p>
    <w:p>
      <w:pPr>
        <w:jc w:val="right"/>
      </w:pPr>
      <w:r>
        <w:t>مسلمان روزانہ نماز میں</w:t>
      </w:r>
    </w:p>
    <w:p>
      <w:r>
        <w:rPr>
          <w:b/>
        </w:rPr>
        <w:t xml:space="preserve">[04:16] </w:t>
      </w:r>
      <w:r>
        <w:t>kayi sau baar "allah o akbar" kehte hain lekin bas ek rasam ke taur par mujhe to koi misaal musalman nahi mila jo "allah o akbar" kehne ka matlab yeh samjhe ke "god ki mahima aparampaar"</w:t>
      </w:r>
    </w:p>
    <w:p>
      <w:pPr>
        <w:jc w:val="right"/>
      </w:pPr>
      <w:r>
        <w:t>کئی سو بار "اللہ اکبر" کہتے ہیں، لیکن بس ایک رسم کے طور پر۔ مجھے تو کوئی مثال مسلمان نہیں ملا جو "اللہ اکبر" کہنے کا مطلب یہ سمجھے کہ "گاڈ کی مہما اپرم پار"۔</w:t>
      </w:r>
    </w:p>
    <w:p>
      <w:r>
        <w:rPr>
          <w:b/>
        </w:rPr>
        <w:t xml:space="preserve">[04:34] </w:t>
      </w:r>
      <w:r>
        <w:t>to</w:t>
      </w:r>
    </w:p>
    <w:p>
      <w:pPr>
        <w:jc w:val="right"/>
      </w:pPr>
      <w:r>
        <w:t>تو</w:t>
      </w:r>
    </w:p>
    <w:p>
      <w:r>
        <w:rPr>
          <w:b/>
        </w:rPr>
        <w:t xml:space="preserve">[04:38] </w:t>
      </w:r>
      <w:r>
        <w:t>yeh culture kabhi develop nahi hua</w:t>
      </w:r>
    </w:p>
    <w:p>
      <w:pPr>
        <w:jc w:val="right"/>
      </w:pPr>
      <w:r>
        <w:t>یہ کلچر کبھی ڈویلپ نہیں ہوا۔</w:t>
      </w:r>
    </w:p>
    <w:p>
      <w:r>
        <w:rPr>
          <w:b/>
        </w:rPr>
        <w:t xml:space="preserve">[04:45] </w:t>
      </w:r>
      <w:r>
        <w:t>khuda ne paighambar isi liye bheje the ke dunya ko batayein ke asal shaan kis ki hai</w:t>
      </w:r>
    </w:p>
    <w:p>
      <w:pPr>
        <w:jc w:val="right"/>
      </w:pPr>
      <w:r>
        <w:t>خدا نے پیغمبر اسی لیے بھیجے تھے کہ دنیا کو بتائیں کہ اصل شان کس کی ہے؟</w:t>
      </w:r>
    </w:p>
    <w:p>
      <w:r>
        <w:rPr>
          <w:b/>
        </w:rPr>
        <w:t xml:space="preserve">[04:55] </w:t>
      </w:r>
      <w:r>
        <w:t>"god" ki hai khuda ki hai</w:t>
      </w:r>
    </w:p>
    <w:p>
      <w:pPr>
        <w:jc w:val="right"/>
      </w:pPr>
      <w:r>
        <w:t>"گاڈ" کی ہے، خدا کی ہے۔</w:t>
      </w:r>
    </w:p>
    <w:p>
      <w:r>
        <w:rPr>
          <w:b/>
        </w:rPr>
        <w:t xml:space="preserve">[05:00] </w:t>
      </w:r>
      <w:r>
        <w:t>yani isi culture ko develop karne ke liye ke "god ki mahima aparampaar" saare paighambar aaye</w:t>
      </w:r>
    </w:p>
    <w:p>
      <w:pPr>
        <w:jc w:val="right"/>
      </w:pPr>
      <w:r>
        <w:t>یعنی اسی کلچر کو ڈویلپ کرنے کے لیے کہ "گاڈ کی مہما اپرم پار"، سارے پیغمبر آئے۔</w:t>
      </w:r>
    </w:p>
    <w:p>
      <w:r>
        <w:rPr>
          <w:b/>
        </w:rPr>
        <w:t xml:space="preserve">[05:11] </w:t>
      </w:r>
      <w:r>
        <w:t>lekin kuch infiradi aise paida hue</w:t>
      </w:r>
    </w:p>
    <w:p>
      <w:pPr>
        <w:jc w:val="right"/>
      </w:pPr>
      <w:r>
        <w:t>لیکن کچھ انفرادی ایسے پیدا ہوئے۔</w:t>
      </w:r>
    </w:p>
    <w:p>
      <w:r>
        <w:rPr>
          <w:b/>
        </w:rPr>
        <w:t xml:space="preserve">[05:19] </w:t>
      </w:r>
      <w:r>
        <w:t>baqi dunya ka sara karobar wahin chalta raha</w:t>
      </w:r>
    </w:p>
    <w:p>
      <w:pPr>
        <w:jc w:val="right"/>
      </w:pPr>
      <w:r>
        <w:t>باقی دنیا کا سارا کاروبار وہیں چلتا رہا۔</w:t>
      </w:r>
    </w:p>
    <w:p>
      <w:r>
        <w:rPr>
          <w:b/>
        </w:rPr>
        <w:t xml:space="preserve">[05:27] </w:t>
      </w:r>
      <w:r>
        <w:t>to logon ne kya kiya jo cheezein dikhai deti thin zyada badi jaise suraj chand sitare isko le ke poojne</w:t>
      </w:r>
    </w:p>
    <w:p>
      <w:pPr>
        <w:jc w:val="right"/>
      </w:pPr>
      <w:r>
        <w:t>تو لوگوں نے کیا کیا؟ جو چیزیں دکھائی دیتی تھیں زیادہ بڑی، جیسے سورج، چاند، ستارے، اس کو لے کے پوجنے۔</w:t>
      </w:r>
    </w:p>
    <w:p>
      <w:r>
        <w:rPr>
          <w:b/>
        </w:rPr>
        <w:t xml:space="preserve">[05:41] </w:t>
      </w:r>
      <w:r>
        <w:t>yani hazaron saal tak insan poojta raha hai yani qudrat ko</w:t>
      </w:r>
    </w:p>
    <w:p>
      <w:pPr>
        <w:jc w:val="right"/>
      </w:pPr>
      <w:r>
        <w:t>یعنی ہزاروں سال تک انسان پوجتا رہا ہے، یعنی قدرت کو۔</w:t>
      </w:r>
    </w:p>
    <w:p>
      <w:r>
        <w:rPr>
          <w:b/>
        </w:rPr>
        <w:t xml:space="preserve">[05:51] </w:t>
      </w:r>
      <w:r>
        <w:t>qudrat ko muzahir fitrat ko to goya ke woh kehta raha ke</w:t>
      </w:r>
    </w:p>
    <w:p>
      <w:pPr>
        <w:jc w:val="right"/>
      </w:pPr>
      <w:r>
        <w:t>قدرت کو۔ مظاہر فطرت کو۔ تو گویا کہ وہ کہتا رہا کہ</w:t>
      </w:r>
    </w:p>
    <w:p>
      <w:r>
        <w:rPr>
          <w:b/>
        </w:rPr>
        <w:t xml:space="preserve">[05:59] </w:t>
      </w:r>
      <w:r>
        <w:t>"suraj chand ki mahima aparampaar"</w:t>
      </w:r>
    </w:p>
    <w:p>
      <w:pPr>
        <w:jc w:val="right"/>
      </w:pPr>
      <w:r>
        <w:t>"سورج، چاند کی مہما اپرم پار"۔</w:t>
      </w:r>
    </w:p>
    <w:p>
      <w:r>
        <w:rPr>
          <w:b/>
        </w:rPr>
        <w:t xml:space="preserve">[06:04] </w:t>
      </w:r>
      <w:r>
        <w:t>hazaron saal tak yahi jari raha paighambar aaye lekin kisi ne un ki baat kuch infiradiyon ne maani baqi koi zyada log idhar mayel nahi hue</w:t>
      </w:r>
    </w:p>
    <w:p>
      <w:pPr>
        <w:jc w:val="right"/>
      </w:pPr>
      <w:r>
        <w:t>ہزاروں سال تک یہی جاری رہا۔ پیغمبر آئے لیکن کسی نے ان کی بات، کچھ انفرادیوں نے مانی، باقی کوئی زیادہ لوگ اُدھر مائل نہیں ہوئے۔</w:t>
      </w:r>
    </w:p>
    <w:p>
      <w:r>
        <w:rPr>
          <w:b/>
        </w:rPr>
        <w:t xml:space="preserve">[06:19] </w:t>
      </w:r>
      <w:r>
        <w:t>phir saatvi sadi isvi mein aakhri paighambar aaye aur allah ki khaas madad se aap ko yeh mauqa mila ke aap ek team banayein</w:t>
      </w:r>
    </w:p>
    <w:p>
      <w:pPr>
        <w:jc w:val="right"/>
      </w:pPr>
      <w:r>
        <w:t>پھر ساتویں صدی عیسوی میں آخری پیغمبر آئے، اور اللہ کی خاص مدد سے آپ کو یہ موقع ملا کہ آپ ایک ٹیم بنائیں۔</w:t>
      </w:r>
    </w:p>
    <w:p>
      <w:r>
        <w:rPr>
          <w:b/>
        </w:rPr>
        <w:t xml:space="preserve">[06:38] </w:t>
      </w:r>
      <w:r>
        <w:t>jin ko hum "ashab e rasool" kehte hain to is team ne ek tareekh mein ek naya inqalab paida kiya inqalab</w:t>
      </w:r>
    </w:p>
    <w:p>
      <w:pPr>
        <w:jc w:val="right"/>
      </w:pPr>
      <w:r>
        <w:t>جن کو ہم "اصحاب رسول" کہتے ہیں۔ تو اس ٹیم نے ایک تاریخ میں ایک نیا انقلاب پیدا کیا، انقلاب۔</w:t>
      </w:r>
    </w:p>
    <w:p>
      <w:r>
        <w:rPr>
          <w:b/>
        </w:rPr>
        <w:t xml:space="preserve">[06:54] </w:t>
      </w:r>
      <w:r>
        <w:t>is inqalab ka</w:t>
      </w:r>
    </w:p>
    <w:p>
      <w:pPr>
        <w:jc w:val="right"/>
      </w:pPr>
      <w:r>
        <w:t>اس انقلاب کا</w:t>
      </w:r>
    </w:p>
    <w:p>
      <w:r>
        <w:rPr>
          <w:b/>
        </w:rPr>
        <w:t xml:space="preserve">[06:57] </w:t>
      </w:r>
      <w:r>
        <w:t>zikr kiya hai yani muarikhin ne mislan faransisi muarikh jo hai farans ka muarikh henry piren is inqalab ko batate hue kehta hai ke "Islam changed the face of the globe</w:t>
      </w:r>
    </w:p>
    <w:p>
      <w:pPr>
        <w:jc w:val="right"/>
      </w:pPr>
      <w:r>
        <w:t>ذکر کیا ہے، یعنی مؤرخین نے۔ مثلاً فرانسیسی مؤرخ جو ہے، فرانس کا مؤرخ ہنری پرین، اس انقلاب کو بتاتے ہوئے کہتا ہے کہ "اسلام چینج دا فیس آف دا گلوب۔</w:t>
      </w:r>
    </w:p>
    <w:p>
      <w:r>
        <w:rPr>
          <w:b/>
        </w:rPr>
        <w:t xml:space="preserve">[07:18] </w:t>
      </w:r>
      <w:r>
        <w:t>"the traditional order of history was overthrown"</w:t>
      </w:r>
    </w:p>
    <w:p>
      <w:pPr>
        <w:jc w:val="right"/>
      </w:pPr>
      <w:r>
        <w:t>دا ٹریڈیشنل آرڈر آف ہسٹری واز اوور تھرون"۔</w:t>
      </w:r>
    </w:p>
    <w:p>
      <w:r>
        <w:rPr>
          <w:b/>
        </w:rPr>
        <w:t xml:space="preserve">[07:24] </w:t>
      </w:r>
      <w:r>
        <w:t>to kya hua ek process naya dekhiye koi bhi inqalab achaanak nahi hota do din mein kabhi aisa nahi hota</w:t>
      </w:r>
    </w:p>
    <w:p>
      <w:pPr>
        <w:jc w:val="right"/>
      </w:pPr>
      <w:r>
        <w:t>تو کیا ہوا؟ ایک پروسیس نیا۔ دیکھیے، کوئی بھی انقلاب اچانک نہیں ہوتا دو دن میں۔ کبھی ایسا نہیں ہوتا۔</w:t>
      </w:r>
    </w:p>
    <w:p>
      <w:r>
        <w:rPr>
          <w:b/>
        </w:rPr>
        <w:t xml:space="preserve">[07:37] </w:t>
      </w:r>
      <w:r>
        <w:t>aap ko ek darakht ugna ho ek sheesham ka ek oak ka to do din mein ug sakta hai woh is ke liye to sau saal lagen ge</w:t>
      </w:r>
    </w:p>
    <w:p>
      <w:pPr>
        <w:jc w:val="right"/>
      </w:pPr>
      <w:r>
        <w:t>آپ کو ایک درخت اگانا ہو، ایک شیشم کا، ایک اوک کا، تو دو دن میں اُگ سکتا ہے وہ۔ اس کے لیے تو سو سال لگیں گے۔</w:t>
      </w:r>
    </w:p>
    <w:p>
      <w:r>
        <w:rPr>
          <w:b/>
        </w:rPr>
        <w:t xml:space="preserve">[07:48] </w:t>
      </w:r>
      <w:r>
        <w:t>to tareekh mein koi inqalab lane ke liye ek lamba process chalta hai</w:t>
      </w:r>
    </w:p>
    <w:p>
      <w:pPr>
        <w:jc w:val="right"/>
      </w:pPr>
      <w:r>
        <w:t>تو تاریخ میں کوئی انقلاب لانے کے لیے ایک لمبا پروسیس چلتا ہے۔</w:t>
      </w:r>
    </w:p>
    <w:p>
      <w:r>
        <w:rPr>
          <w:b/>
        </w:rPr>
        <w:t xml:space="preserve">[07:54] </w:t>
      </w:r>
      <w:r>
        <w:t>to saatvi sadi isvi mein ashaab-e-rasool ne jo inqilaab barpa kiya, us ka matlab kya tha? ek process jaari hua.</w:t>
      </w:r>
    </w:p>
    <w:p>
      <w:pPr>
        <w:jc w:val="right"/>
      </w:pPr>
      <w:r>
        <w:t>تو ساتویں صدی عیسوی میں اصحاب رسول نے جو انقلاب برپا کیا، اس کا مطلب کیا تھا؟ ایک پروسیس جاری ہوا۔</w:t>
      </w:r>
    </w:p>
    <w:p>
      <w:r>
        <w:rPr>
          <w:b/>
        </w:rPr>
        <w:t xml:space="preserve">[08:05] </w:t>
      </w:r>
      <w:r>
        <w:t>ek process. is ka culmination tha jo</w:t>
      </w:r>
    </w:p>
    <w:p>
      <w:pPr>
        <w:jc w:val="right"/>
      </w:pPr>
      <w:r>
        <w:t>ایک پروسیس۔ اس کا کلمنیشن تھا جو</w:t>
      </w:r>
    </w:p>
    <w:p>
      <w:r>
        <w:rPr>
          <w:b/>
        </w:rPr>
        <w:t xml:space="preserve">[08:11] </w:t>
      </w:r>
      <w:r>
        <w:t>renaissance ki shakal mein maghribi Europe mein hua. solahvi sadi, satrahvi sadi, atharahvi sadi, unnisvi sadi, jo yeh zamana jo hai, yahan aa kar culmination hua.</w:t>
      </w:r>
    </w:p>
    <w:p>
      <w:pPr>
        <w:jc w:val="right"/>
      </w:pPr>
      <w:r>
        <w:t>رینیساں کی شکل میں مغربی یورپ میں ہوا۔ سولہویں صدی، سترہویں صدی، اٹھارویں صدی، انیسویں صدی، جو یہ زمانہ جو ہے، یہاں آ کر کلمنیشن ہوا۔</w:t>
      </w:r>
    </w:p>
    <w:p>
      <w:r>
        <w:rPr>
          <w:b/>
        </w:rPr>
        <w:t xml:space="preserve">[08:30] </w:t>
      </w:r>
      <w:r>
        <w:t>magar musalmanon ne us ko samjha nahin. ummat-e-muslima ne us ko samjha nahin. kuch bhi nahin samjha. kuch bhi nahin samjha.</w:t>
      </w:r>
    </w:p>
    <w:p>
      <w:pPr>
        <w:jc w:val="right"/>
      </w:pPr>
      <w:r>
        <w:t>مگر مسلمانوں نے اُس کو سمجھا نہیں۔ امت مسلمہ نے اُس کو سمجھا نہیں۔ کچھ بھی نہیں سمجھا۔ کچھ بھی نہیں سمجھا۔</w:t>
      </w:r>
    </w:p>
    <w:p>
      <w:r>
        <w:rPr>
          <w:b/>
        </w:rPr>
        <w:t xml:space="preserve">[08:41] </w:t>
      </w:r>
      <w:r>
        <w:t>aur khwaamkhwah ladne lage. dekhiye, main aap ko yaad dilana chahta hoon ek aayat. Quran ke chapter number chaalis aath.</w:t>
      </w:r>
    </w:p>
    <w:p>
      <w:pPr>
        <w:jc w:val="right"/>
      </w:pPr>
      <w:r>
        <w:t>اور خوامخواہ لڑنے لگے۔ دیکھیے، میں آپ کو یاد دلانا چاہتا ہوں ایک آیت۔ قرآن کے چیپٹر نمبر چالیس آٹھ۔</w:t>
      </w:r>
    </w:p>
    <w:p>
      <w:r>
        <w:rPr>
          <w:b/>
        </w:rPr>
        <w:t xml:space="preserve">[08:52] </w:t>
      </w:r>
      <w:r>
        <w:t>is ka naam hai "Al-Fath".</w:t>
      </w:r>
    </w:p>
    <w:p>
      <w:pPr>
        <w:jc w:val="right"/>
      </w:pPr>
      <w:r>
        <w:t>اس کا نام ہے "الفتح"۔</w:t>
      </w:r>
    </w:p>
    <w:p>
      <w:r>
        <w:rPr>
          <w:b/>
        </w:rPr>
        <w:t xml:space="preserve">[08:57] </w:t>
      </w:r>
      <w:r>
        <w:t>is ke aakhir mein yeh aayatein hain: "Muhammad Rasool Allah walladheena ma'ahu ashidda'u 'alal kuffari ruhama'u bainahum tarahum rukka'an sujjadan yabtaghoona fadlan min Allahi wa ridwanan</w:t>
      </w:r>
    </w:p>
    <w:p>
      <w:pPr>
        <w:jc w:val="right"/>
      </w:pPr>
      <w:r>
        <w:t>اس کے آخر میں یہ آیتیں ہیں: "محمد رسول اللہ والذی نماہ اشداع الکفار رحما بینہم تراہم رکان سجدۃ یا قون فضلا من اللہ ورضوانہ</w:t>
      </w:r>
    </w:p>
    <w:p>
      <w:r>
        <w:rPr>
          <w:b/>
        </w:rPr>
        <w:t xml:space="preserve">[09:16] </w:t>
      </w:r>
      <w:r>
        <w:t>seema'un fee wujoohihim min atharis sujood. dhalika masaluhum fit tawrah". yeh ek hissa hua. "wa masaluhum fil injeel ka zar'in akhraja shat'ahu fa'aazzarahu fastaghlaẓa saghahu</w:t>
      </w:r>
    </w:p>
    <w:p>
      <w:pPr>
        <w:jc w:val="right"/>
      </w:pPr>
      <w:r>
        <w:t>سیما فی وجوہ من سر سجود ذالک مثل فی التورا"۔ یہ ایک حصہ ہوا۔ "ومثل فی الانجیل کذرین اخرج شطحہ فاضرہ فستغل سوقہ</w:t>
      </w:r>
    </w:p>
    <w:p>
      <w:r>
        <w:rPr>
          <w:b/>
        </w:rPr>
        <w:t xml:space="preserve">[09:34] </w:t>
      </w:r>
      <w:r>
        <w:t>yoo'jibuz zurra'u lahu 'ububul kuffar". is surah mein ke aakhir mein jo aayatein hain,</w:t>
      </w:r>
    </w:p>
    <w:p>
      <w:pPr>
        <w:jc w:val="right"/>
      </w:pPr>
      <w:r>
        <w:t>یوجب الذرا علیہ بہب الکفار"۔ اس سورہ میں کے آخر میں جو آیتیں ہیں،</w:t>
      </w:r>
    </w:p>
    <w:p>
      <w:r>
        <w:rPr>
          <w:b/>
        </w:rPr>
        <w:t xml:space="preserve">[09:45] </w:t>
      </w:r>
      <w:r>
        <w:t>is mein do hisse hain. pehla hissa woh hai jis ke baare mein kaha gaya ke torah mein as a prediction yeh baat batai ja chuki hai.</w:t>
      </w:r>
    </w:p>
    <w:p>
      <w:pPr>
        <w:jc w:val="right"/>
      </w:pPr>
      <w:r>
        <w:t>اس میں دو حصے ہیں۔ پہلا حصہ وہ ہے جس کے بارے میں کہا گیا کہ تورات میں ایز اے پریڈکشن یہ بات بتائی جا چکی ہے۔</w:t>
      </w:r>
    </w:p>
    <w:p>
      <w:r>
        <w:rPr>
          <w:b/>
        </w:rPr>
        <w:t xml:space="preserve">[09:55] </w:t>
      </w:r>
      <w:r>
        <w:t>aur doosra hissa woh hai jis ke baare mein kaha gaya ke as a prediction injeel mein bataya gaya hai. to pehle hisse mein kya hai?</w:t>
      </w:r>
    </w:p>
    <w:p>
      <w:pPr>
        <w:jc w:val="right"/>
      </w:pPr>
      <w:r>
        <w:t>اور دوسرا حصہ وہ ہے جس کے بارے میں کہا گیا کہ ایز اے پریڈکشن انجیل میں بتایا گیا ہے۔ تو پہلے حصے میں کیا ہے؟</w:t>
      </w:r>
    </w:p>
    <w:p>
      <w:r>
        <w:rPr>
          <w:b/>
        </w:rPr>
        <w:t xml:space="preserve">[10:05] </w:t>
      </w:r>
      <w:r>
        <w:t>ashaab-e-rasool ka saatvi sadi mein, yaani apne contemporary period mein jo hua, us ki taraf ishara hai.</w:t>
      </w:r>
    </w:p>
    <w:p>
      <w:pPr>
        <w:jc w:val="right"/>
      </w:pPr>
      <w:r>
        <w:t>اصحاب رسول کا ساتویں صدی میں، یعنی اپنے کنٹمپریری پیریڈ میں جو ہوا، اس کی طرف اشارہ ہے۔</w:t>
      </w:r>
    </w:p>
    <w:p>
      <w:r>
        <w:rPr>
          <w:b/>
        </w:rPr>
        <w:t xml:space="preserve">[10:19] </w:t>
      </w:r>
      <w:r>
        <w:t>us waqt jo inqilaab laaye woh, saatvi sadi mein jo inqilaab laaye,</w:t>
      </w:r>
    </w:p>
    <w:p>
      <w:pPr>
        <w:jc w:val="right"/>
      </w:pPr>
      <w:r>
        <w:t>اس وقت جو انقلاب لائے وہ، ساتویں صدی میں جو انقلاب لائے،</w:t>
      </w:r>
    </w:p>
    <w:p>
      <w:r>
        <w:rPr>
          <w:b/>
        </w:rPr>
        <w:t xml:space="preserve">[10:23] </w:t>
      </w:r>
      <w:r>
        <w:t>us ka zikr hai torah mein. Quran mein jo hawala diya gaya hai. aur injeel mein jo hai, woh woh process ka zikr hai, process.</w:t>
      </w:r>
    </w:p>
    <w:p>
      <w:pPr>
        <w:jc w:val="right"/>
      </w:pPr>
      <w:r>
        <w:t>اس کا ذکر ہے تورات میں۔ قرآن میں جو حوالہ دیا گیا ہے۔ اور انجیل میں جو ہے، وہ وہ پروسیس کا ذکر ہے، پروسیس۔</w:t>
      </w:r>
    </w:p>
    <w:p>
      <w:r>
        <w:rPr>
          <w:b/>
        </w:rPr>
        <w:t xml:space="preserve">[10:37] </w:t>
      </w:r>
      <w:r>
        <w:t>kyun ke is mein bataya gaya hai ke ek poda zameen mein dala jata hai,</w:t>
      </w:r>
    </w:p>
    <w:p>
      <w:pPr>
        <w:jc w:val="right"/>
      </w:pPr>
      <w:r>
        <w:t>کیونکہ اس میں بتایا گیا ہے کہ ایک پودا زمین میں ڈالا جاتا ہے،</w:t>
      </w:r>
    </w:p>
    <w:p>
      <w:r>
        <w:rPr>
          <w:b/>
        </w:rPr>
        <w:t xml:space="preserve">[10:41] </w:t>
      </w:r>
      <w:r>
        <w:t>ugta hai, phir tana is ka mazboot hota hai, phir branches nikalti hain, phir pattiyan, phir phool, phir phal. yeh hai. "ka zar'in akhraja shat'ahu fa'aazzarahu fastaghlaẓa saghahu yoo'jibuz zurra'u lahu 'ububul kuffar</w:t>
      </w:r>
    </w:p>
    <w:p>
      <w:pPr>
        <w:jc w:val="right"/>
      </w:pPr>
      <w:r>
        <w:t>اُگتا ہے، پھر تنا اس کا مضبوط ہوتا ہے، پھر برانچیں نکلتی ہیں، پھر پتیاں، پھر پھول، پھر پھل۔ یہ ہے۔ "کذرین اخرج شطحہ فاضرہ فستغل سوقہ یوجب الذرا علیہ بہب الکفار</w:t>
      </w:r>
    </w:p>
    <w:p>
      <w:r>
        <w:rPr>
          <w:b/>
        </w:rPr>
        <w:t xml:space="preserve">[11:00] </w:t>
      </w:r>
      <w:r>
        <w:t>wa'ada allah allazina aaminu minkum ba'da aaminu</w:t>
      </w:r>
    </w:p>
    <w:p>
      <w:pPr>
        <w:jc w:val="right"/>
      </w:pPr>
      <w:r>
        <w:t>وعد اللہ الذین آمنوا منکم بعد آمنوا</w:t>
      </w:r>
    </w:p>
    <w:p>
      <w:r>
        <w:rPr>
          <w:b/>
        </w:rPr>
        <w:t xml:space="preserve">[11:08] </w:t>
      </w:r>
      <w:r>
        <w:t>wa 'amilus salihata minhum maghfiratanw wa ajran 'azheema". to yeh darakht jo hai kya hai? ek process ke roop mein aage badhta hai woh.</w:t>
      </w:r>
    </w:p>
    <w:p>
      <w:pPr>
        <w:jc w:val="right"/>
      </w:pPr>
      <w:r>
        <w:t>وعمل الصالحات منکم مغفرۃ واجرا عظیما"۔ تو یہ درخت جو ہے کیا ہے؟ ایک پروسیس کے روپ میں آگے بڑھتا ہے وہ۔</w:t>
      </w:r>
    </w:p>
    <w:p>
      <w:r>
        <w:rPr>
          <w:b/>
        </w:rPr>
        <w:t xml:space="preserve">[11:20] </w:t>
      </w:r>
      <w:r>
        <w:t>achanak nahin badhta.</w:t>
      </w:r>
    </w:p>
    <w:p>
      <w:pPr>
        <w:jc w:val="right"/>
      </w:pPr>
      <w:r>
        <w:t>اچانک نہیں بڑھتا۔</w:t>
      </w:r>
    </w:p>
    <w:p>
      <w:r>
        <w:rPr>
          <w:b/>
        </w:rPr>
        <w:t xml:space="preserve">[11:24] </w:t>
      </w:r>
      <w:r>
        <w:t>darakht ki tamseel jo yahan par hai, darakht ki misaal, woh darasal process ko batane ke liye hai ke ashaab-e-rasool ke zariye ek waqea woh hoga jo isi zamane mein ho jayega, yaani saatvi sadi mein ho jayega.</w:t>
      </w:r>
    </w:p>
    <w:p>
      <w:pPr>
        <w:jc w:val="right"/>
      </w:pPr>
      <w:r>
        <w:t>درخت کی تمثیل جو یہاں پر ہے، درخت کی مثال، وہ دراصل پروسیس کو بتانے کے لیے ہے کہ اصحاب رسول کے ذریعے ایک واقعہ وہ ہوگا جو اسی زمانے میں ہو جائے گا، یعنی ساتویں صدی میں ہو جائے گا۔</w:t>
      </w:r>
    </w:p>
    <w:p>
      <w:r>
        <w:rPr>
          <w:b/>
        </w:rPr>
        <w:t xml:space="preserve">[11:39] </w:t>
      </w:r>
      <w:r>
        <w:t>aur doosra waqea jo hai woh process ke roop mein aage badhega, hota hote hote apne culmination ko pohnchega.</w:t>
      </w:r>
    </w:p>
    <w:p>
      <w:pPr>
        <w:jc w:val="right"/>
      </w:pPr>
      <w:r>
        <w:t>اور دوسرا واقعہ جو ہے وہ پروسیس کے روپ میں آگے بڑھے گا، ہوتا ہوتے ہوتے اپنے کلمنیشن کو پہنچے گا۔</w:t>
      </w:r>
    </w:p>
    <w:p>
      <w:r>
        <w:rPr>
          <w:b/>
        </w:rPr>
        <w:t xml:space="preserve">[11:47] </w:t>
      </w:r>
      <w:r>
        <w:t>to darakht ki tamseel jo di gayi yahan par, woh khud process ki tamseel hai. in terms of process. to pehla jo hissa hai torah ke hawale se, woh hai in terms of fori nateeja</w:t>
      </w:r>
    </w:p>
    <w:p>
      <w:pPr>
        <w:jc w:val="right"/>
      </w:pPr>
      <w:r>
        <w:t>تو درخت کی تمثیل جو دی گئی یہاں پر، وہ خود پروسیس کی تمثیل ہے۔ ان ٹرمز آف پروسیس۔ تو پہلا جو حصہ ہے تورات کے حوالے سے، وہ ہے ان ٹرمز آف فوری نتیجہ</w:t>
      </w:r>
    </w:p>
    <w:p>
      <w:r>
        <w:rPr>
          <w:b/>
        </w:rPr>
        <w:t xml:space="preserve">[12:05] </w:t>
      </w:r>
      <w:r>
        <w:t>ko bataya gaya hai. doosra hissa jo injeel ke hawale se hai, woh in terms of process ko bataya gaya hai.</w:t>
      </w:r>
    </w:p>
    <w:p>
      <w:pPr>
        <w:jc w:val="right"/>
      </w:pPr>
      <w:r>
        <w:t>کو بتایا گیا ہے۔ دوسرا حصہ جو انجیل کے حوالے سے ہے، وہ ان ٹرمز آف پروسیس کو بتایا گیا ہے۔</w:t>
      </w:r>
    </w:p>
    <w:p>
      <w:r>
        <w:rPr>
          <w:b/>
        </w:rPr>
        <w:t xml:space="preserve">[12:17] </w:t>
      </w:r>
      <w:r>
        <w:t>to Quran mein ek aur aayat hai ke "wa qaatiloo hatta la takuna fitnatunw wa yakunad deenu kulluhu lillah".</w:t>
      </w:r>
    </w:p>
    <w:p>
      <w:pPr>
        <w:jc w:val="right"/>
      </w:pPr>
      <w:r>
        <w:t>تو قرآن میں ایک اور آیت ہے کہ "وقاتلو مت تلاتکون فتنہ ویکھو الدین کلہ للہ"۔</w:t>
      </w:r>
    </w:p>
    <w:p>
      <w:r>
        <w:rPr>
          <w:b/>
        </w:rPr>
        <w:t xml:space="preserve">[12:29] </w:t>
      </w:r>
      <w:r>
        <w:t>un se qitaal karo yahan tak ke fitna na rahe aur deen sab ka sab Allah ke liye ho jaye. yahan fitna se ma'ni saaleh mufassireen jo hain shirk lete hain, shirk.</w:t>
      </w:r>
    </w:p>
    <w:p>
      <w:pPr>
        <w:jc w:val="right"/>
      </w:pPr>
      <w:r>
        <w:t>ان سے قتال کرو یہاں تک کہ فتنہ نہ رہے اور دین سب کا سب اللہ کے لیے ہو جائے۔ یہاں فتنہ سے معنی صالح مفسرین جو ہیں شرک لیتے ہیں، شرک۔</w:t>
      </w:r>
    </w:p>
    <w:p>
      <w:r>
        <w:rPr>
          <w:b/>
        </w:rPr>
        <w:t xml:space="preserve">[12:42] </w:t>
      </w:r>
      <w:r>
        <w:t>fitna ma'ni shirk. lekin qitaal ka ma'ni qitaal nahin hai, yaad rakhiye.</w:t>
      </w:r>
    </w:p>
    <w:p>
      <w:pPr>
        <w:jc w:val="right"/>
      </w:pPr>
      <w:r>
        <w:t>فتنہ معنی شرک۔ لیکن قتال کا معنی قتال نہیں ہے، یاد رکھیے۔</w:t>
      </w:r>
    </w:p>
    <w:p>
      <w:r>
        <w:rPr>
          <w:b/>
        </w:rPr>
        <w:t xml:space="preserve">[12:47] </w:t>
      </w:r>
      <w:r>
        <w:t>mufassireen is ko to samjhe ke fitna ka matlab shirk rahe, yeh sahih samjha unhon ne. ke shirk khatm ho jaye, yani adar din gaud ki mehma khatm ho jaye.</w:t>
      </w:r>
    </w:p>
    <w:p>
      <w:pPr>
        <w:jc w:val="right"/>
      </w:pPr>
      <w:r>
        <w:t>مفسرین اس کو تو سمجھے کہ فتنہ کا مطلب شرک رہے، یہ صحیح سمجھا انہوں نے۔ کہ شرک ختم ہو جائے، یعنی ادر دین گاڈ کی مہما ختم ہو جائے۔</w:t>
      </w:r>
    </w:p>
    <w:p>
      <w:r>
        <w:rPr>
          <w:b/>
        </w:rPr>
        <w:t xml:space="preserve">[13:00] </w:t>
      </w:r>
      <w:r>
        <w:t>sari dunya mein gaud ki mehma apram par ka daur aaye. yeh hai.</w:t>
      </w:r>
    </w:p>
    <w:p>
      <w:pPr>
        <w:jc w:val="right"/>
      </w:pPr>
      <w:r>
        <w:t>ساری دنیا میں گاڈ کی مہما اپرم پار کا دور آئے۔ یہ ہے۔</w:t>
      </w:r>
    </w:p>
    <w:p>
      <w:r>
        <w:rPr>
          <w:b/>
        </w:rPr>
        <w:t xml:space="preserve">[13:05] </w:t>
      </w:r>
      <w:r>
        <w:t>lekin qital ka matlab qital nahi hai. it mot, it utmost struggle ke matlab hain. ji jaan se mehnat karna, is jad-o-jehad ke matlab mein.</w:t>
      </w:r>
    </w:p>
    <w:p>
      <w:pPr>
        <w:jc w:val="right"/>
      </w:pPr>
      <w:r>
        <w:t>لیکن قتال کا معنی قتال نہیں ہے۔ اٹ موٹ، اٹ موسٹ اسٹرگل کے معنی ہیں۔ جی جان سے محنت کرنا، اس جدوجہد کے معنی میں۔</w:t>
      </w:r>
    </w:p>
    <w:p>
      <w:r>
        <w:rPr>
          <w:b/>
        </w:rPr>
        <w:t xml:space="preserve">[13:16] </w:t>
      </w:r>
      <w:r>
        <w:t>dekhiye, qital ke matlab lafzi to ladai ke hain. lekin har zaban mein bola jata hai</w:t>
      </w:r>
    </w:p>
    <w:p>
      <w:pPr>
        <w:jc w:val="right"/>
      </w:pPr>
      <w:r>
        <w:t>دیکھیے، قتال کے معنی لفظی تو لڑائی کے ہیں۔ لیکن ہر زبان میں بولا جاتا ہے</w:t>
      </w:r>
    </w:p>
    <w:p>
      <w:r>
        <w:rPr>
          <w:b/>
        </w:rPr>
        <w:t xml:space="preserve">[13:23] </w:t>
      </w:r>
      <w:r>
        <w:t>ladai ka lafz zabardast jad-o-jehad ke liye. misaal ke taur par hum apne daish mein, apni zaban mein kehte hain hum ko kamlar taqaton se ladna hai.</w:t>
      </w:r>
    </w:p>
    <w:p>
      <w:pPr>
        <w:jc w:val="right"/>
      </w:pPr>
      <w:r>
        <w:t>لڑائی کا لفظ زبردست جدوجہد کے لیے۔ مثلاً ہم اپنے دیش میں، اپنی زبان میں کہتے ہیں ہم کو کملر طاقتوں سے لڑنا ہے۔</w:t>
      </w:r>
    </w:p>
    <w:p>
      <w:r>
        <w:rPr>
          <w:b/>
        </w:rPr>
        <w:t xml:space="preserve">[13:35] </w:t>
      </w:r>
      <w:r>
        <w:t>hum ko katrawad se ladna hai. to is ka matlab thori ke hum ko army se</w:t>
      </w:r>
    </w:p>
    <w:p>
      <w:pPr>
        <w:jc w:val="right"/>
      </w:pPr>
      <w:r>
        <w:t>ہم کو کٹرواد سے لڑنا ہے۔ تو اس کا مطلب تھوڑی کہ ہم کو آرمی سے</w:t>
      </w:r>
    </w:p>
    <w:p>
      <w:r>
        <w:rPr>
          <w:b/>
        </w:rPr>
        <w:t xml:space="preserve">[13:43] </w:t>
      </w:r>
      <w:r>
        <w:t>zariye un se jang karna hai. yeh matlab nahi hota. ladna ka lafz yahan par hota hai sirf zor dene ke liye. ke zabardast koshish karna hai humein.</w:t>
      </w:r>
    </w:p>
    <w:p>
      <w:pPr>
        <w:jc w:val="right"/>
      </w:pPr>
      <w:r>
        <w:t>ذریعے ان سے جنگ کرنا ہے۔ یہ مطلب نہیں ہوتا۔ لڑنا کا لفظ یہاں پر ہوتا ہے صرف زور دینے کے لیے۔ کہ زبردست کوشش کرنا ہے ہمیں۔</w:t>
      </w:r>
    </w:p>
    <w:p>
      <w:r>
        <w:rPr>
          <w:b/>
        </w:rPr>
        <w:t xml:space="preserve">[13:53] </w:t>
      </w:r>
      <w:r>
        <w:t>angrezi mein fight bolte hain hum ko fight karna hai. hum kamlarin se fight karna hai. to is ka matlab yeh nahi hota ke</w:t>
      </w:r>
    </w:p>
    <w:p>
      <w:pPr>
        <w:jc w:val="right"/>
      </w:pPr>
      <w:r>
        <w:t>انگریزی میں فائٹ بولتے ہیں ہم کو فائٹ کرنا ہے۔ ہم کملرین سے فائٹ کرنا ہے۔ تو اس کا مطلب یہ نہیں ہوتا کہ</w:t>
      </w:r>
    </w:p>
    <w:p>
      <w:r>
        <w:rPr>
          <w:b/>
        </w:rPr>
        <w:t xml:space="preserve">[14:03] </w:t>
      </w:r>
      <w:r>
        <w:t>bandook chalana hai. to arabi mein qital, urdu mein ladna, english mein fight, yeh sab jo hai literal taur par barah-e-rast is ke matlab ladai ke hain.</w:t>
      </w:r>
    </w:p>
    <w:p>
      <w:pPr>
        <w:jc w:val="right"/>
      </w:pPr>
      <w:r>
        <w:t>بندوق چلانا ہے۔ تو عربی میں قتال، اردو میں لڑنا، انگلش میں فائٹ، یہ سب جو ہے لٹرل طور پر براہِ راست اس کے معنی لڑائی کے ہیں۔</w:t>
      </w:r>
    </w:p>
    <w:p>
      <w:r>
        <w:rPr>
          <w:b/>
        </w:rPr>
        <w:t xml:space="preserve">[14:16] </w:t>
      </w:r>
      <w:r>
        <w:t>lekin istemal ke taur par har zaban mein yeh lafz bola jata hai zabardast koshish karne ke liye.</w:t>
      </w:r>
    </w:p>
    <w:p>
      <w:pPr>
        <w:jc w:val="right"/>
      </w:pPr>
      <w:r>
        <w:t>لیکن استعمال کے طور پر ہر زبان میں یہ لفظ بولا جاتا ہے زبردست کوشش کرنے کے لیے۔</w:t>
      </w:r>
    </w:p>
    <w:p>
      <w:r>
        <w:rPr>
          <w:b/>
        </w:rPr>
        <w:t xml:space="preserve">[14:23] </w:t>
      </w:r>
      <w:r>
        <w:t>wohi yahan bhi hai. ke zabardast koshish karo, utmost struggle karo. sari tawanaai laga do.</w:t>
      </w:r>
    </w:p>
    <w:p>
      <w:pPr>
        <w:jc w:val="right"/>
      </w:pPr>
      <w:r>
        <w:t>وہی یہاں بھی ہے۔ کہ زبردست کوشش کرو، اٹ موسٹ اسٹرگل کرو۔ ساری توانائی لگا دو۔</w:t>
      </w:r>
    </w:p>
    <w:p>
      <w:r>
        <w:rPr>
          <w:b/>
        </w:rPr>
        <w:t xml:space="preserve">[14:35] </w:t>
      </w:r>
      <w:r>
        <w:t>taake shirk khatm ho aur deen sab ka sab Allah ke liye ho jaye.</w:t>
      </w:r>
    </w:p>
    <w:p>
      <w:pPr>
        <w:jc w:val="right"/>
      </w:pPr>
      <w:r>
        <w:t>تاکہ شرک ختم ہو اور دین سب کا سب اللہ کے لیے ہو جائے۔</w:t>
      </w:r>
    </w:p>
    <w:p>
      <w:r>
        <w:rPr>
          <w:b/>
        </w:rPr>
        <w:t xml:space="preserve">[14:41] </w:t>
      </w:r>
      <w:r>
        <w:t>sab ke liye Allah ke liye matlab kya hain? yahi hain. ke gaud ki mehma apram par ka daur aaye.</w:t>
      </w:r>
    </w:p>
    <w:p>
      <w:pPr>
        <w:jc w:val="right"/>
      </w:pPr>
      <w:r>
        <w:t>سب کے لیے اللہ کے لیے معنی کیا ہیں؟ یہی ہیں۔ کہ گاڈ کی مہما اپرم پار کا دور آ جائے۔</w:t>
      </w:r>
    </w:p>
    <w:p>
      <w:r>
        <w:rPr>
          <w:b/>
        </w:rPr>
        <w:t xml:space="preserve">[14:50] </w:t>
      </w:r>
      <w:r>
        <w:t>Allah o Akbar ka daur aaye.</w:t>
      </w:r>
    </w:p>
    <w:p>
      <w:pPr>
        <w:jc w:val="right"/>
      </w:pPr>
      <w:r>
        <w:t>اللہ اکبر کا دور آ جائے۔</w:t>
      </w:r>
    </w:p>
    <w:p>
      <w:r>
        <w:rPr>
          <w:b/>
        </w:rPr>
        <w:t xml:space="preserve">[14:56] </w:t>
      </w:r>
      <w:r>
        <w:t>to ek ayat, ek hadith hai: "la tanqadi ajaibuhu" yani quran ke ajaib khatm nahi honge.</w:t>
      </w:r>
    </w:p>
    <w:p>
      <w:pPr>
        <w:jc w:val="right"/>
      </w:pPr>
      <w:r>
        <w:t>تو ایک آیت، ایک حدیث ہے: "لا تنقضی عجائبہ" یعنی قرآن کے عجائب ختم نہیں ہوں گے۔</w:t>
      </w:r>
    </w:p>
    <w:p>
      <w:r>
        <w:rPr>
          <w:b/>
        </w:rPr>
        <w:t xml:space="preserve">[15:07] </w:t>
      </w:r>
      <w:r>
        <w:t>yahan bhi dekhiye ajaib ke matlab karishma ke nahi hain. ajaib ke matlab karishma ke nahi, ajaib ke matlab hain</w:t>
      </w:r>
    </w:p>
    <w:p>
      <w:pPr>
        <w:jc w:val="right"/>
      </w:pPr>
      <w:r>
        <w:t>یہاں بھی دیکھیے عجائب کے معنی کرشمہ کے نہیں ہیں۔ عجائب کے معنی کرشمہ کے نہیں، عجائب کے معنی ہیں</w:t>
      </w:r>
    </w:p>
    <w:p>
      <w:r>
        <w:rPr>
          <w:b/>
        </w:rPr>
        <w:t xml:space="preserve">[15:16] </w:t>
      </w:r>
      <w:r>
        <w:t>ke quran ke kuch matlab woh hain jo us waqt samajh mein aayenge jo jab utra tha quran. kuch aur pehlu hain jo baad ko khulenge, baad ke zamane mein.</w:t>
      </w:r>
    </w:p>
    <w:p>
      <w:pPr>
        <w:jc w:val="right"/>
      </w:pPr>
      <w:r>
        <w:t>کہ قرآن کے کچھ معنی وہ ہیں جو اس وقت سمجھ میں آئیں گے جو جب اترا تھا قرآن۔ کچھ اور پہلو ہیں جو بعد کو کھلیں گے، بعد کے زمانے میں۔</w:t>
      </w:r>
    </w:p>
    <w:p>
      <w:r>
        <w:rPr>
          <w:b/>
        </w:rPr>
        <w:t xml:space="preserve">[15:29] </w:t>
      </w:r>
      <w:r>
        <w:t>yani kuch cheezein quran ki present mein samajh mein aayengi. kuch future mein samajh mein aayengi. yeh matlab hai is ka.</w:t>
      </w:r>
    </w:p>
    <w:p>
      <w:pPr>
        <w:jc w:val="right"/>
      </w:pPr>
      <w:r>
        <w:t>یعنی کچھ چیزیں قرآن کی پریزنٹ میں سمجھ میں آئیں گی۔ کچھ فیوچر میں سمجھ میں آئیں گی۔ یہ مطلب ہے اس کا۔</w:t>
      </w:r>
    </w:p>
    <w:p>
      <w:r>
        <w:rPr>
          <w:b/>
        </w:rPr>
        <w:t xml:space="preserve">[15:38] </w:t>
      </w:r>
      <w:r>
        <w:t>to yeh yeh jo main keh raha hoon is ka taluq isi se hai.</w:t>
      </w:r>
    </w:p>
    <w:p>
      <w:pPr>
        <w:jc w:val="right"/>
      </w:pPr>
      <w:r>
        <w:t>تو یہ یہ جو میں کہہ رہا ہوں اس کا تعلق اسی سے ہے۔</w:t>
      </w:r>
    </w:p>
    <w:p>
      <w:r>
        <w:rPr>
          <w:b/>
        </w:rPr>
        <w:t xml:space="preserve">[15:45] </w:t>
      </w:r>
      <w:r>
        <w:t>to jo inqalab laya gaya saatvi sadi mein, is ka ek fori</w:t>
      </w:r>
    </w:p>
    <w:p>
      <w:pPr>
        <w:jc w:val="right"/>
      </w:pPr>
      <w:r>
        <w:t>تو جو انقلاب لایا گیا ساتویں صدی میں، اس کا ایک فوری</w:t>
      </w:r>
    </w:p>
    <w:p>
      <w:r>
        <w:rPr>
          <w:b/>
        </w:rPr>
        <w:t xml:space="preserve">[15:54] </w:t>
      </w:r>
      <w:r>
        <w:t>natija nikla. jis ka pishgi zikr torah mein maujood tha. phir is ka ek process ke roop mein ek chalaz.</w:t>
      </w:r>
    </w:p>
    <w:p>
      <w:pPr>
        <w:jc w:val="right"/>
      </w:pPr>
      <w:r>
        <w:t>نتیجہ نکلا۔ جس کا پیشگی ذکر تورات میں موجود تھا۔ پھر اس کا ایک پروسیس کے روپ میں ایک چلاز۔</w:t>
      </w:r>
    </w:p>
    <w:p>
      <w:r>
        <w:rPr>
          <w:b/>
        </w:rPr>
        <w:t xml:space="preserve">[16:07] </w:t>
      </w:r>
      <w:r>
        <w:t>jis ka natija nikla taqreeban ek hazar saal baad.</w:t>
      </w:r>
    </w:p>
    <w:p>
      <w:pPr>
        <w:jc w:val="right"/>
      </w:pPr>
      <w:r>
        <w:t>جس کا نتیجہ نکلا تقریباً ایک ہزار سال بعد۔</w:t>
      </w:r>
    </w:p>
    <w:p>
      <w:r>
        <w:rPr>
          <w:b/>
        </w:rPr>
        <w:t xml:space="preserve">[16:12] </w:t>
      </w:r>
      <w:r>
        <w:t>yeh natija kya tha? yeh natija tha science ka farogh, maghribi civilization, nai tehqiqat, nai taraqqiyan.</w:t>
      </w:r>
    </w:p>
    <w:p>
      <w:pPr>
        <w:jc w:val="right"/>
      </w:pPr>
      <w:r>
        <w:t>یہ نتیجہ کیا تھا؟ یہ نتیجہ تھا سائنس کا فروغ، مغربی سولائزیشن، نئی تحقیقات، نئی ترقیاں۔</w:t>
      </w:r>
    </w:p>
    <w:p>
      <w:r>
        <w:rPr>
          <w:b/>
        </w:rPr>
        <w:t xml:space="preserve">[16:26] </w:t>
      </w:r>
      <w:r>
        <w:t>is tarah poora zamana jo tha sirf traditional knowledge hua karti thi.</w:t>
      </w:r>
    </w:p>
    <w:p>
      <w:pPr>
        <w:jc w:val="right"/>
      </w:pPr>
      <w:r>
        <w:t>اس طرح پورا زمانہ جو تھا صرف ٹریڈیشنل نالج ہوا کرتی تھی۔</w:t>
      </w:r>
    </w:p>
    <w:p>
      <w:r>
        <w:rPr>
          <w:b/>
        </w:rPr>
        <w:t xml:space="preserve">[16:31] </w:t>
      </w:r>
      <w:r>
        <w:t>suppression hua karta tha is zamane mein. jo uloom nature mein chhupe hue the woh insaan discover nahi kar pata tha. is se bekhabar tha woh.</w:t>
      </w:r>
    </w:p>
    <w:p>
      <w:pPr>
        <w:jc w:val="right"/>
      </w:pPr>
      <w:r>
        <w:t>سپریشن ہوا کرتا تھا اس زمانے میں۔ جو علوم نیچر میں چھپے ہوئے تھے وہ انسان ڈسکور نہیں کر پاتا تھا۔ اس سے بے خبر تھا وہ۔</w:t>
      </w:r>
    </w:p>
    <w:p>
      <w:r>
        <w:rPr>
          <w:b/>
        </w:rPr>
        <w:t xml:space="preserve">[16:44] </w:t>
      </w:r>
      <w:r>
        <w:t>to yeh pehli baar sahi maanon mein jo daryaften hui hain nature ki woh Europe mein hui hain.</w:t>
      </w:r>
    </w:p>
    <w:p>
      <w:pPr>
        <w:jc w:val="right"/>
      </w:pPr>
      <w:r>
        <w:t>تو یہ پہلی بار صحیح معنوں میں جو دریافتیں ہوئی ہیں نیچر کی وہ یورپ میں ہوئی ہیں۔</w:t>
      </w:r>
    </w:p>
    <w:p>
      <w:r>
        <w:rPr>
          <w:b/>
        </w:rPr>
        <w:t xml:space="preserve">[16:56] </w:t>
      </w:r>
      <w:r>
        <w:t>is ki wajah se deen-e-tauheed ke liye ek naya maidan khula, naye awqaf khule.</w:t>
      </w:r>
    </w:p>
    <w:p>
      <w:pPr>
        <w:jc w:val="right"/>
      </w:pPr>
      <w:r>
        <w:t>اس کی وجہ سے دین توحید کے لیے ایک نیا میدان کھلا، نئے مواقع کھلے۔</w:t>
      </w:r>
    </w:p>
    <w:p>
      <w:r>
        <w:rPr>
          <w:b/>
        </w:rPr>
        <w:t xml:space="preserve">[17:07] </w:t>
      </w:r>
      <w:r>
        <w:t>teen cheezen khaas taur par saamne aaein. buniyadi taur par number one dekhiye scientific evidence.</w:t>
      </w:r>
    </w:p>
    <w:p>
      <w:pPr>
        <w:jc w:val="right"/>
      </w:pPr>
      <w:r>
        <w:t>تین چیزیں خاص طور پر سامنے آئیں۔ بنیادی طور پر نمبر ون دیکھیے سائنٹیفک ایویڈنس۔</w:t>
      </w:r>
    </w:p>
    <w:p>
      <w:r>
        <w:rPr>
          <w:b/>
        </w:rPr>
        <w:t xml:space="preserve">[17:21] </w:t>
      </w:r>
      <w:r>
        <w:t>yaani tauheed ka jo deen hai, God based jo religion hai, is ke haq mein scientific dalail, scientific evidence pehle maujood nahi thi.</w:t>
      </w:r>
    </w:p>
    <w:p>
      <w:pPr>
        <w:jc w:val="right"/>
      </w:pPr>
      <w:r>
        <w:t>یعنی توحید کا جو دین ہے، گاڈ بیسڈ جو ریلیجن ہے، اس کے حق میں سائنٹیفک دلائل، سائنٹیفک ایویڈنس پہلے موجود نہیں تھی۔</w:t>
      </w:r>
    </w:p>
    <w:p>
      <w:r>
        <w:rPr>
          <w:b/>
        </w:rPr>
        <w:t xml:space="preserve">[17:34] </w:t>
      </w:r>
      <w:r>
        <w:t>kabhi bhi. kabhi bhi maujood nahi thi.</w:t>
      </w:r>
    </w:p>
    <w:p>
      <w:pPr>
        <w:jc w:val="right"/>
      </w:pPr>
      <w:r>
        <w:t>کبھی بھی۔ کبھی بھی موجود نہیں تھی۔</w:t>
      </w:r>
    </w:p>
    <w:p>
      <w:r>
        <w:rPr>
          <w:b/>
        </w:rPr>
        <w:t xml:space="preserve">[17:38] </w:t>
      </w:r>
      <w:r>
        <w:t>yeh pehli baar hamare qabze mein aai hai scientific</w:t>
      </w:r>
    </w:p>
    <w:p>
      <w:pPr>
        <w:jc w:val="right"/>
      </w:pPr>
      <w:r>
        <w:t>یہ پہلی بار ہمارے قبضے میں آئی ہے سائنٹیفک</w:t>
      </w:r>
    </w:p>
    <w:p>
      <w:r>
        <w:rPr>
          <w:b/>
        </w:rPr>
        <w:t xml:space="preserve">[17:47] </w:t>
      </w:r>
      <w:r>
        <w:t>inqilab ke baad. woh hua hai abhi teen sau, chaar sau saal ke darmiyan. jis ka culmination tha beesveen sadi mein.</w:t>
      </w:r>
    </w:p>
    <w:p>
      <w:pPr>
        <w:jc w:val="right"/>
      </w:pPr>
      <w:r>
        <w:t>انقلاب کے بعد۔ وہ ہوا ہے ابھی تین سو، چار سو سال کے درمیان۔ جس کا کلمنیشن تھا بیسویں صدی میں۔</w:t>
      </w:r>
    </w:p>
    <w:p>
      <w:r>
        <w:rPr>
          <w:b/>
        </w:rPr>
        <w:t xml:space="preserve">[18:01] </w:t>
      </w:r>
      <w:r>
        <w:t>solahveen sadi mein shuru hua,</w:t>
      </w:r>
    </w:p>
    <w:p>
      <w:pPr>
        <w:jc w:val="right"/>
      </w:pPr>
      <w:r>
        <w:t>سولہویں صدی میں شروع ہوا،</w:t>
      </w:r>
    </w:p>
    <w:p>
      <w:r>
        <w:rPr>
          <w:b/>
        </w:rPr>
        <w:t xml:space="preserve">[18:03] </w:t>
      </w:r>
      <w:r>
        <w:t>daryaften shuru hueen. satrahveen sadi mein jaari raheen, atharahveen sadi mein jaari rahi, unneesveen sadi mein jaari rahi. yahan tak ke beesveen sadi mein scientific daryaften aakhri had tak pahunch gaeen.</w:t>
      </w:r>
    </w:p>
    <w:p>
      <w:pPr>
        <w:jc w:val="right"/>
      </w:pPr>
      <w:r>
        <w:t>دریافتیں شروع ہوئیں۔ سترہویں صدی میں جاری رہیں، اٹھارویں صدی میں جاری رہی، انیسویں صدی میں جاری رہی۔ یہاں تک کہ بیسویں صدی میں سائنسی دریافتیں آخری حد تک پہنچ گئیں۔</w:t>
      </w:r>
    </w:p>
    <w:p>
      <w:r>
        <w:rPr>
          <w:b/>
        </w:rPr>
        <w:t xml:space="preserve">[18:16] </w:t>
      </w:r>
      <w:r>
        <w:t>is se deen-e-khudawandi ke haq mein, tauheed ke haq mein ya Islam ke haq mein</w:t>
      </w:r>
    </w:p>
    <w:p>
      <w:pPr>
        <w:jc w:val="right"/>
      </w:pPr>
      <w:r>
        <w:t>اس سے دین خداوندی کے حق میں، توحید کے حق میں یا اسلام کے حق میں</w:t>
      </w:r>
    </w:p>
    <w:p>
      <w:r>
        <w:rPr>
          <w:b/>
        </w:rPr>
        <w:t xml:space="preserve">[18:24] </w:t>
      </w:r>
      <w:r>
        <w:t>scientific evidence maujood mein aagaya. scientific evidence.</w:t>
      </w:r>
    </w:p>
    <w:p>
      <w:pPr>
        <w:jc w:val="right"/>
      </w:pPr>
      <w:r>
        <w:t>سائنٹیفک ایویڈنس موجود میں آ گیا۔ سائنٹیفک ایویڈنس۔</w:t>
      </w:r>
    </w:p>
    <w:p>
      <w:r>
        <w:rPr>
          <w:b/>
        </w:rPr>
        <w:t xml:space="preserve">[18:33] </w:t>
      </w:r>
      <w:r>
        <w:t>scientific evidence misaal ke taur par big bang ki daryaft hui. phir yeh daryaft hui ke big bang jo hai jab hua to is se rays nikleen.</w:t>
      </w:r>
    </w:p>
    <w:p>
      <w:pPr>
        <w:jc w:val="right"/>
      </w:pPr>
      <w:r>
        <w:t>سائنٹیفک ایویڈنس مثال کے طور پر بگ بینگ کی دریافت ہوئی۔ پھر یہ دریافت ہوئی کہ بگ بینگ جو ہے جب ہوا تو اس سے ریز نکلیں۔</w:t>
      </w:r>
    </w:p>
    <w:p>
      <w:r>
        <w:rPr>
          <w:b/>
        </w:rPr>
        <w:t xml:space="preserve">[18:48] </w:t>
      </w:r>
      <w:r>
        <w:t>aur</w:t>
      </w:r>
    </w:p>
    <w:p>
      <w:pPr>
        <w:jc w:val="right"/>
      </w:pPr>
      <w:r>
        <w:t>اور</w:t>
      </w:r>
    </w:p>
    <w:p>
      <w:r>
        <w:rPr>
          <w:b/>
        </w:rPr>
        <w:t xml:space="preserve">[18:49] </w:t>
      </w:r>
      <w:r>
        <w:t>aur aur space mein abhi bhi is ke baqi reh gaye hain is ke kuch asraat. jis ko ripples kehte hain.</w:t>
      </w:r>
    </w:p>
    <w:p>
      <w:pPr>
        <w:jc w:val="right"/>
      </w:pPr>
      <w:r>
        <w:t>اور اور اسپیس میں ابھی بھی اس کے باقی رہ گئے ہیں اس کے کچھ اثرات۔ جس کو ریپلز کہتے ہیں۔</w:t>
      </w:r>
    </w:p>
    <w:p>
      <w:r>
        <w:rPr>
          <w:b/>
        </w:rPr>
        <w:t xml:space="preserve">[19:00] </w:t>
      </w:r>
      <w:r>
        <w:t>to woh khaas tarah ki دوربینوں ke zariye se un ko</w:t>
      </w:r>
    </w:p>
    <w:p>
      <w:pPr>
        <w:jc w:val="right"/>
      </w:pPr>
      <w:r>
        <w:t>تو وہ خاص طرح کی دوربینوں کے ذریعے سے ان کو</w:t>
      </w:r>
    </w:p>
    <w:p>
      <w:r>
        <w:rPr>
          <w:b/>
        </w:rPr>
        <w:t xml:space="preserve">[19:06] </w:t>
      </w:r>
      <w:r>
        <w:t>photo liya gaya. to jab woh ripples dekha ek scientist ne to us ne kaha ke "it is like seeing the handwriting of God".</w:t>
      </w:r>
    </w:p>
    <w:p>
      <w:pPr>
        <w:jc w:val="right"/>
      </w:pPr>
      <w:r>
        <w:t>فوٹو لیا گیا۔ تو جب وہ ریپلز دیکھا ایک سائنٹسٹ نے تو اس نے کہا کہ "اٹ از لائک سینگ دا ہینڈ رائٹنگ آف گاڈ"۔</w:t>
      </w:r>
    </w:p>
    <w:p>
      <w:r>
        <w:rPr>
          <w:b/>
        </w:rPr>
        <w:t xml:space="preserve">[19:21] </w:t>
      </w:r>
      <w:r>
        <w:t>"it is like seeing</w:t>
      </w:r>
    </w:p>
    <w:p>
      <w:pPr>
        <w:jc w:val="right"/>
      </w:pPr>
      <w:r>
        <w:t>"اٹ از لائک سینگ</w:t>
      </w:r>
    </w:p>
    <w:p>
      <w:r>
        <w:rPr>
          <w:b/>
        </w:rPr>
        <w:t xml:space="preserve">[19:23] </w:t>
      </w:r>
      <w:r>
        <w:t>the handwriting of God". yeh pehle kab hua tha? kabhi pehle kabhi nahi hua tha. aisi hazaron hazar daryaften jo science ke zariye maujood mein aaeen.</w:t>
      </w:r>
    </w:p>
    <w:p>
      <w:pPr>
        <w:jc w:val="right"/>
      </w:pPr>
      <w:r>
        <w:t>دا ہینڈ رائٹنگ آف گاڈ"۔ یہ پہلے کب ہوا تھا؟ کبھی پہلے کبھی نہیں ہوا تھا۔ ایسی ہزاروں ہزار دریافتیں جو سائنس کے ذریعے موجود میں آئیں۔</w:t>
      </w:r>
    </w:p>
    <w:p>
      <w:r>
        <w:rPr>
          <w:b/>
        </w:rPr>
        <w:t xml:space="preserve">[19:35] </w:t>
      </w:r>
      <w:r>
        <w:t>is se tauheed ke haq mein, Islam ke haq mein,</w:t>
      </w:r>
    </w:p>
    <w:p>
      <w:pPr>
        <w:jc w:val="right"/>
      </w:pPr>
      <w:r>
        <w:t>اس سے توحید کے حق میں، اسلام کے حق میں،</w:t>
      </w:r>
    </w:p>
    <w:p>
      <w:r>
        <w:rPr>
          <w:b/>
        </w:rPr>
        <w:t xml:space="preserve">[19:41] </w:t>
      </w:r>
      <w:r>
        <w:t>God oriented religion ke haq mein scientific evidences wajood mein aaein. jo ke pehle maujood nahi theen. to ek cheez mili scientific evidence.</w:t>
      </w:r>
    </w:p>
    <w:p>
      <w:pPr>
        <w:jc w:val="right"/>
      </w:pPr>
      <w:r>
        <w:t>گاڈ اورینٹڈ ریلیجن کے حق میں سائنٹیفک ایویڈنسز وجود میں آ گئیں۔ جو کہ پہلے موجود نہیں تھیں۔ تو ایک چیز ملی سائنٹیفک ایویڈنس۔</w:t>
      </w:r>
    </w:p>
    <w:p>
      <w:r>
        <w:rPr>
          <w:b/>
        </w:rPr>
        <w:t xml:space="preserve">[19:55] </w:t>
      </w:r>
      <w:r>
        <w:t>doosri cheez kya mili? religious freedom.</w:t>
      </w:r>
    </w:p>
    <w:p>
      <w:pPr>
        <w:jc w:val="right"/>
      </w:pPr>
      <w:r>
        <w:t>دوسری چیز کیا ملی؟ ریلیجس فریڈم۔</w:t>
      </w:r>
    </w:p>
    <w:p>
      <w:r>
        <w:rPr>
          <w:b/>
        </w:rPr>
        <w:t xml:space="preserve">[20:00] </w:t>
      </w:r>
      <w:r>
        <w:t>tareekh mein kabhi bhi religious freedom nahi thi. kabhi bhi nahi thi. mazhabi azadi, openness.</w:t>
      </w:r>
    </w:p>
    <w:p>
      <w:pPr>
        <w:jc w:val="right"/>
      </w:pPr>
      <w:r>
        <w:t>تاریخ میں کبھی بھی ریلیجس فریڈم نہیں تھی۔ کبھی بھی نہیں تھی۔ مذہبی آزادی، اوپننس۔</w:t>
      </w:r>
    </w:p>
    <w:p>
      <w:r>
        <w:rPr>
          <w:b/>
        </w:rPr>
        <w:t xml:space="preserve">[20:13] </w:t>
      </w:r>
      <w:r>
        <w:t>har aadmi ko haq hai ke woh jo jis mazhab ko chahe paane, jis mazhab ki chahe baatein kare, jis mazhab ko chahe</w:t>
      </w:r>
    </w:p>
    <w:p>
      <w:pPr>
        <w:jc w:val="right"/>
      </w:pPr>
      <w:r>
        <w:t>ہر آدمی کو حق ہے کہ وہ جو جس مذہب کو چاہے پانے، جس مذہب کی چاہے باتیں کرے، جس مذہب کو چاہے</w:t>
      </w:r>
    </w:p>
    <w:p>
      <w:r>
        <w:rPr>
          <w:b/>
        </w:rPr>
        <w:t xml:space="preserve">[20:21] </w:t>
      </w:r>
      <w:r>
        <w:t>polity kare. bashart-e-ke peaceful rahe woh, peaceful. to poori azadi. yeh pehli baar is daur mein hua jis ko ke 1948 mein United Nations ke charter mein shamil kiya gaya.</w:t>
      </w:r>
    </w:p>
    <w:p>
      <w:pPr>
        <w:jc w:val="right"/>
      </w:pPr>
      <w:r>
        <w:t>پولیسٹی کرے۔ بشرطیکہ پیس فل رہے وہ، پیس فل۔ تو پوری آزادی۔ یہ پہلی بار اس دور میں ہوا جس کو کہ 1948 میں یونائٹڈ نیشنز کے چارٹر میں شامل کیا گیا۔</w:t>
      </w:r>
    </w:p>
    <w:p>
      <w:r>
        <w:rPr>
          <w:b/>
        </w:rPr>
        <w:t xml:space="preserve">[20:39] </w:t>
      </w:r>
      <w:r>
        <w:t>aur sari duniya ke nations ne is par sign kiye. to buniyadi taur par yeh teen cheezen hain. pehli cheez scientific evidence.</w:t>
      </w:r>
    </w:p>
    <w:p>
      <w:pPr>
        <w:jc w:val="right"/>
      </w:pPr>
      <w:r>
        <w:t>اور ساری دنیا کے نیشنز نے اس پر سائن کیے۔ تو بنیادی طور پر یہ تین چیزیں ہیں۔ پہلی چیز سائنٹیفک ایویڈنس۔</w:t>
      </w:r>
    </w:p>
    <w:p>
      <w:r>
        <w:rPr>
          <w:b/>
        </w:rPr>
        <w:t xml:space="preserve">[20:49] </w:t>
      </w:r>
      <w:r>
        <w:t>doosri cheez religious freedom. teesri cheez hai global communication.</w:t>
      </w:r>
    </w:p>
    <w:p>
      <w:pPr>
        <w:jc w:val="right"/>
      </w:pPr>
      <w:r>
        <w:t>دوسری چیز ریلیجس فریڈم۔ تیسری چیز ہے گلوبل کمیونیکیشن۔</w:t>
      </w:r>
    </w:p>
    <w:p>
      <w:r>
        <w:rPr>
          <w:b/>
        </w:rPr>
        <w:t xml:space="preserve">[20:59] </w:t>
      </w:r>
      <w:r>
        <w:t>global communication jo aaj hai woh kabhi bhi nahi tha.</w:t>
      </w:r>
    </w:p>
    <w:p>
      <w:pPr>
        <w:jc w:val="right"/>
      </w:pPr>
      <w:r>
        <w:t>گلوبل کمیونیکیشن جو آج ہے وہ کبھی بھی نہیں تھا۔</w:t>
      </w:r>
    </w:p>
    <w:p>
      <w:r>
        <w:rPr>
          <w:b/>
        </w:rPr>
        <w:t xml:space="preserve">[21:06] </w:t>
      </w:r>
      <w:r>
        <w:t>sawariyan tez raftaar, aap ek jagah se doosri jagah pahunch sakte hain. message bhejna bohat aasani se aap telephone ke zariye message yahan se wahan bhejte hain.</w:t>
      </w:r>
    </w:p>
    <w:p>
      <w:pPr>
        <w:jc w:val="right"/>
      </w:pPr>
      <w:r>
        <w:t>سواریاں تیز رفتار، آپ ایک جگہ سے دوسری جگہ پہنچ سکتے ہیں۔ میسج بھیجنا بہت آسانی سے آپ ٹیلی فون کے ذریعے میسج یہاں سے وہاں بھیجتے ہیں۔</w:t>
      </w:r>
    </w:p>
    <w:p>
      <w:r>
        <w:rPr>
          <w:b/>
        </w:rPr>
        <w:t xml:space="preserve">[21:15] </w:t>
      </w:r>
      <w:r>
        <w:t>internet ke zariye se connection hota hai bohat hi tezi ke sath. in sab cheezon ko kaha jata hai modern communication.</w:t>
      </w:r>
    </w:p>
    <w:p>
      <w:pPr>
        <w:jc w:val="right"/>
      </w:pPr>
      <w:r>
        <w:t>انٹرنیٹ کے ذریعے سے کنیکشن ہوتا ہے بہت ہی تیزی کے ساتھ۔ ان سب چیزوں کو کہا جاتا ہے ماڈرن کمیونیکیشن۔</w:t>
      </w:r>
    </w:p>
    <w:p>
      <w:r>
        <w:rPr>
          <w:b/>
        </w:rPr>
        <w:t xml:space="preserve">[21:25] </w:t>
      </w:r>
      <w:r>
        <w:t>to yeh teen cheezen door jadeed mein paida huin. scientific evidence, religious freedom aur global communication.</w:t>
      </w:r>
    </w:p>
    <w:p>
      <w:pPr>
        <w:jc w:val="right"/>
      </w:pPr>
      <w:r>
        <w:t>تو یہ تین چیزیں دور جدید میں پیدا ہوئیں۔ سائنٹیفک ایویڈنس، ریلیجس فریڈم اور گلوبل کمیونیکیشن۔</w:t>
      </w:r>
    </w:p>
    <w:p>
      <w:r>
        <w:rPr>
          <w:b/>
        </w:rPr>
        <w:t xml:space="preserve">[21:40] </w:t>
      </w:r>
      <w:r>
        <w:t>yeh bohat bari nemat thi deen toheed ke liye.</w:t>
      </w:r>
    </w:p>
    <w:p>
      <w:pPr>
        <w:jc w:val="right"/>
      </w:pPr>
      <w:r>
        <w:t>یہ بہت بڑی نعمت تھی دین توحید کے لیے۔</w:t>
      </w:r>
    </w:p>
    <w:p>
      <w:r>
        <w:rPr>
          <w:b/>
        </w:rPr>
        <w:t xml:space="preserve">[21:45] </w:t>
      </w:r>
      <w:r>
        <w:t>bohat bari nemat thi.</w:t>
      </w:r>
    </w:p>
    <w:p>
      <w:pPr>
        <w:jc w:val="right"/>
      </w:pPr>
      <w:r>
        <w:t>بہت بڑی نعمت تھی۔</w:t>
      </w:r>
    </w:p>
    <w:p>
      <w:r>
        <w:rPr>
          <w:b/>
        </w:rPr>
        <w:t xml:space="preserve">[21:55] </w:t>
      </w:r>
      <w:r>
        <w:t>pichhle zamane mein nabiyon ko hasil nahi tha yeh. ashaab e rasool ko hasil nahi tha yeh.</w:t>
      </w:r>
    </w:p>
    <w:p>
      <w:pPr>
        <w:jc w:val="right"/>
      </w:pPr>
      <w:r>
        <w:t>پچھلے زمانے میں نبیوں کو حاصل نہیں تھا یہ۔ اصحاب رسول کو حاصل نہیں تھا یہ۔</w:t>
      </w:r>
    </w:p>
    <w:p>
      <w:r>
        <w:rPr>
          <w:b/>
        </w:rPr>
        <w:t xml:space="preserve">[22:05] </w:t>
      </w:r>
      <w:r>
        <w:t>misal ke taur par kaha jata hai ke jab Iran mein jang ho rahi thi, Hazrat Umar us waqt khaleefa thay, mimbar par woh khitab kar rahay thay.</w:t>
      </w:r>
    </w:p>
    <w:p>
      <w:pPr>
        <w:jc w:val="right"/>
      </w:pPr>
      <w:r>
        <w:t>مثال کے طور پر کہا جاتا ہے کہ جب ایران میں جنگ ہو رہی تھی، حضرت عمر اس وقت خلیفہ تھے، ممبر پر وہ خطاب کر رہے تھے۔</w:t>
      </w:r>
    </w:p>
    <w:p>
      <w:r>
        <w:rPr>
          <w:b/>
        </w:rPr>
        <w:t xml:space="preserve">[22:16] </w:t>
      </w:r>
      <w:r>
        <w:t>achanak un ko ek vision aaya, vision. ke wahan par jo fauj hai, Muslim fauj, jis ke general thay Sariya, ek vision ke roop mein dekha ke Sariya jo hai,</w:t>
      </w:r>
    </w:p>
    <w:p>
      <w:pPr>
        <w:jc w:val="right"/>
      </w:pPr>
      <w:r>
        <w:t>اچانک ان کو ایک ویژن آیا، ویژن۔ کہ وہاں پر جو فوج ہے، مسلم فوج، جس کے جنرل تھے ساریہ، ایک ویژن کے روپ میں دیکھا کہ ساریہ جو ہے،</w:t>
      </w:r>
    </w:p>
    <w:p>
      <w:r>
        <w:rPr>
          <w:b/>
        </w:rPr>
        <w:t xml:space="preserve">[22:29] </w:t>
      </w:r>
      <w:r>
        <w:t>jo general hain, to ek ek ek ek ek fauj peechay se aa rahi hai, pahaar ke peechay se. aur peechay se aa kar hamla kar, attack karne wali hai.</w:t>
      </w:r>
    </w:p>
    <w:p>
      <w:pPr>
        <w:jc w:val="right"/>
      </w:pPr>
      <w:r>
        <w:t>جو جنرل ہیں، تو ایک ایک ایک ایک ایک فوج پیچھے سے آ رہی ہے، پہاڑ کے پیچھے سے۔ اور پیچھے سے آ کر حملہ کر، اٹیک کرنے والی ہے۔</w:t>
      </w:r>
    </w:p>
    <w:p>
      <w:r>
        <w:rPr>
          <w:b/>
        </w:rPr>
        <w:t xml:space="preserve">[22:41] </w:t>
      </w:r>
      <w:r>
        <w:t>to ain jang, khutba dete hue un ki zuban se nikla: "Ya Sariya al Jabal!</w:t>
      </w:r>
    </w:p>
    <w:p>
      <w:pPr>
        <w:jc w:val="right"/>
      </w:pPr>
      <w:r>
        <w:t>تو عین جنگ، خطبہ دیتے ہوئے ان کی زبان سے نکلا: "یا ساریہ الجبل!</w:t>
      </w:r>
    </w:p>
    <w:p>
      <w:r>
        <w:rPr>
          <w:b/>
        </w:rPr>
        <w:t xml:space="preserve">[22:49] </w:t>
      </w:r>
      <w:r>
        <w:t>Ae Sariya! pahaar ki taraf dekho!"</w:t>
      </w:r>
    </w:p>
    <w:p>
      <w:pPr>
        <w:jc w:val="right"/>
      </w:pPr>
      <w:r>
        <w:t>اے ساریہ! پہاڑ کی طرف دیکھو!"</w:t>
      </w:r>
    </w:p>
    <w:p>
      <w:r>
        <w:rPr>
          <w:b/>
        </w:rPr>
        <w:t xml:space="preserve">[22:56] </w:t>
      </w:r>
      <w:r>
        <w:t>to isi ko shayar ne kaha ke Iran mein bhi sunai diya shor al Jabal: "Hajib hue nakuh biaban e kainat!" us waqt ek cheez hui thi ek ittefaqi taur par.</w:t>
      </w:r>
    </w:p>
    <w:p>
      <w:pPr>
        <w:jc w:val="right"/>
      </w:pPr>
      <w:r>
        <w:t>تو اسی کو شاعر نے کہا کہ ایران میں بھی سنائی دیا شور الجبل: "حاجب ہوئے نکوح بیابان کائنات!" اس وقت ایک چیز ہوئی تھی ایک اتفاقی طور پر۔</w:t>
      </w:r>
    </w:p>
    <w:p>
      <w:r>
        <w:rPr>
          <w:b/>
        </w:rPr>
        <w:t xml:space="preserve">[23:11] </w:t>
      </w:r>
      <w:r>
        <w:t>aaj to har aadmi ko hasil hai yeh.</w:t>
      </w:r>
    </w:p>
    <w:p>
      <w:pPr>
        <w:jc w:val="right"/>
      </w:pPr>
      <w:r>
        <w:t>آج تو ہر آدمی کو حاصل ہے یہ۔</w:t>
      </w:r>
    </w:p>
    <w:p>
      <w:r>
        <w:rPr>
          <w:b/>
        </w:rPr>
        <w:t xml:space="preserve">[23:15] </w:t>
      </w:r>
      <w:r>
        <w:t>har aadmi ki jeb mein mobile hai, dunya ke kisi hissay mein woh contact kar ke apne aap message bhej sakta hai. aap bataiye.</w:t>
      </w:r>
    </w:p>
    <w:p>
      <w:pPr>
        <w:jc w:val="right"/>
      </w:pPr>
      <w:r>
        <w:t>ہر آدمی کی جیب میں موبائل ہے، دنیا کے کسی حصے میں وہ کنٹیکٹ کر کے اپنے آپ میسج بھیج سکتا ہے۔ آپ بتائیے۔</w:t>
      </w:r>
    </w:p>
    <w:p>
      <w:r>
        <w:rPr>
          <w:b/>
        </w:rPr>
        <w:t xml:space="preserve">[23:25] </w:t>
      </w:r>
      <w:r>
        <w:t>to us zamane mein jo Ya Ya Sariya al Jabal ka jo waqia hua tha, us se hazaron guna zyada bara waqia aaj paish aa chuka hai.</w:t>
      </w:r>
    </w:p>
    <w:p>
      <w:pPr>
        <w:jc w:val="right"/>
      </w:pPr>
      <w:r>
        <w:t>تو اس زمانے میں جو یا یا ساری الجبل کا جو واقعہ ہوا تھا، اس سے ہزاروں گنا زیادہ بڑا واقعہ آج پیش آ چکا ہے۔</w:t>
      </w:r>
    </w:p>
    <w:p>
      <w:r>
        <w:rPr>
          <w:b/>
        </w:rPr>
        <w:t xml:space="preserve">[23:34] </w:t>
      </w:r>
      <w:r>
        <w:t>modern communication ke zariye se yeh sab waqiat wajood mein aaye. printing press wajood mein aaya. is tarah ki cheezen buniyadi taur par yeh teen mein keh raha hoon, is teen ke peechay teen hazar cheezen shamil</w:t>
      </w:r>
    </w:p>
    <w:p>
      <w:pPr>
        <w:jc w:val="right"/>
      </w:pPr>
      <w:r>
        <w:t>ماڈرن کمیونیکیشن کے ذریعے سے یہ سب واقعات وجود میں آئے۔ پرنٹنگ پریس وجود میں آیا۔ اس طرح کی چیزیں بنیادی طور پر یہ تین میں کہہ رہا ہوں، اس تین کے پیچھے تین ہزار چیزیں شامل</w:t>
      </w:r>
    </w:p>
    <w:p>
      <w:r>
        <w:rPr>
          <w:b/>
        </w:rPr>
        <w:t xml:space="preserve">[23:53] </w:t>
      </w:r>
      <w:r>
        <w:t>hain is mein. jis ko ek lafz mein kahoon ga ke modern opportunities, jadeed mawaqe.</w:t>
      </w:r>
    </w:p>
    <w:p>
      <w:pPr>
        <w:jc w:val="right"/>
      </w:pPr>
      <w:r>
        <w:t>ہیں اس میں۔ جس کو ایک لفظ میں کہوں گا کہ ماڈرن اپرچونیٹیز، جدید مواقع۔</w:t>
      </w:r>
    </w:p>
    <w:p>
      <w:r>
        <w:rPr>
          <w:b/>
        </w:rPr>
        <w:t xml:space="preserve">[24:04] </w:t>
      </w:r>
      <w:r>
        <w:t>yeh aaye. lekin dekhiye, Allah ki taraf se mawaqe aate hain to woh chila kar nahi aate, awaz de kar nahi aate.</w:t>
      </w:r>
    </w:p>
    <w:p>
      <w:pPr>
        <w:jc w:val="right"/>
      </w:pPr>
      <w:r>
        <w:t>یہ آئے۔ لیکن دیکھیے، اللہ کی طرف سے مواقع آتے ہیں تو وہ چلا کر نہیں آتے، آواز دے کر نہیں آتے۔</w:t>
      </w:r>
    </w:p>
    <w:p>
      <w:r>
        <w:rPr>
          <w:b/>
        </w:rPr>
        <w:t xml:space="preserve">[24:16] </w:t>
      </w:r>
      <w:r>
        <w:t>aap ko in mawaqe ko, in opportunities ko discover karna parta hai.</w:t>
      </w:r>
    </w:p>
    <w:p>
      <w:pPr>
        <w:jc w:val="right"/>
      </w:pPr>
      <w:r>
        <w:t>آپ کو ان مواقع کو، ان اپرچونیٹیز کو ڈسکور کرنا پڑتا ہے۔</w:t>
      </w:r>
    </w:p>
    <w:p>
      <w:r>
        <w:rPr>
          <w:b/>
        </w:rPr>
        <w:t xml:space="preserve">[24:25] </w:t>
      </w:r>
      <w:r>
        <w:t>misalan Allah ne barish barsai to kya sath sath farishta awaz deta hai? ke ae kisanon! tayyar ho jao apni fasal mein, ghalla ugao.</w:t>
      </w:r>
    </w:p>
    <w:p>
      <w:pPr>
        <w:jc w:val="right"/>
      </w:pPr>
      <w:r>
        <w:t>مثلاً اللہ نے بارش برسائی تو کیا ساتھ ساتھ فرشتہ آواز دیتا ہے؟ کہ اے کسانوں! تیار ہو جاؤ اپنی فصل میں، غلہ اگاؤ۔</w:t>
      </w:r>
    </w:p>
    <w:p>
      <w:r>
        <w:rPr>
          <w:b/>
        </w:rPr>
        <w:t xml:space="preserve">[24:40] </w:t>
      </w:r>
      <w:r>
        <w:t>koi awaz nahi aati.</w:t>
      </w:r>
    </w:p>
    <w:p>
      <w:pPr>
        <w:jc w:val="right"/>
      </w:pPr>
      <w:r>
        <w:t>کوئی آواز نہیں آتی۔</w:t>
      </w:r>
    </w:p>
    <w:p>
      <w:r>
        <w:rPr>
          <w:b/>
        </w:rPr>
        <w:t xml:space="preserve">[24:44] </w:t>
      </w:r>
      <w:r>
        <w:t>barish hoti hai magar awaz nahi aati. woh kisan ko khud se janna parta hai. jo log horticulture mein hain, jo log agriculture mein hain, unhein khud se discover karna parta hai ke waqt aa gaya.</w:t>
      </w:r>
    </w:p>
    <w:p>
      <w:pPr>
        <w:jc w:val="right"/>
      </w:pPr>
      <w:r>
        <w:t>بارش ہوتی ہے مگر آواز نہیں آتی۔ وہ کسان کو خود سے جاننا پڑتا ہے۔ جو لوگ ہارٹیکلچر میں ہیں، جو لوگ ایگریکلچر میں ہیں، انہیں خود سے ڈسکور کرنا پڑتا ہے کہ وقت آ گیا۔</w:t>
      </w:r>
    </w:p>
    <w:p>
      <w:r>
        <w:rPr>
          <w:b/>
        </w:rPr>
        <w:t xml:space="preserve">[25:00] </w:t>
      </w:r>
      <w:r>
        <w:t>aise yeh mawaqe jo aaye to us ke sath koi farishta awaz nahi de raha tha.</w:t>
      </w:r>
    </w:p>
    <w:p>
      <w:pPr>
        <w:jc w:val="right"/>
      </w:pPr>
      <w:r>
        <w:t>ایسے یہ مواقع جو آئے تو اس کے ساتھ کوئی فرشتہ آواز نہیں دے رہا تھا۔</w:t>
      </w:r>
    </w:p>
    <w:p>
      <w:r>
        <w:rPr>
          <w:b/>
        </w:rPr>
        <w:t xml:space="preserve">[25:05] </w:t>
      </w:r>
      <w:r>
        <w:t>yeh allah ki sunnat ke khilaf hai. yeh law of nature ke khilaf hai.</w:t>
      </w:r>
    </w:p>
    <w:p>
      <w:pPr>
        <w:jc w:val="right"/>
      </w:pPr>
      <w:r>
        <w:t>یہ اللہ کی سنت کے خلاف ہے۔ یہ لاء آف نیچر کے خلاف ہے۔</w:t>
      </w:r>
    </w:p>
    <w:p>
      <w:r>
        <w:rPr>
          <w:b/>
        </w:rPr>
        <w:t xml:space="preserve">[25:16] </w:t>
      </w:r>
      <w:r>
        <w:t>to mawaqe aaye lekin awaz kisi ne nahi di. to ummat-e-muslima jo hai, is ko khud se discover karna tha.</w:t>
      </w:r>
    </w:p>
    <w:p>
      <w:pPr>
        <w:jc w:val="right"/>
      </w:pPr>
      <w:r>
        <w:t>تو مواقع آئے لیکن آواز کسی نے نہیں دی۔ تو امت مسلمہ جو ہے، اس کو خود سے ڈسکور کرنا تھا۔</w:t>
      </w:r>
    </w:p>
    <w:p>
      <w:r>
        <w:rPr>
          <w:b/>
        </w:rPr>
        <w:t xml:space="preserve">[25:28] </w:t>
      </w:r>
      <w:r>
        <w:t>khud se discover karna tha. lekin sare hi musalman one to all sab fail ho gaye discover karne mein. kya karne lage?</w:t>
      </w:r>
    </w:p>
    <w:p>
      <w:pPr>
        <w:jc w:val="right"/>
      </w:pPr>
      <w:r>
        <w:t>خود سے ڈسکور کرنا تھا۔ لیکن سارے ہی مسلمان ون ٹو آل سب فیل ہو گئے ڈسکور کرنے میں۔ کیا کرنے لگے؟</w:t>
      </w:r>
    </w:p>
    <w:p>
      <w:r>
        <w:rPr>
          <w:b/>
        </w:rPr>
        <w:t xml:space="preserve">[25:37] </w:t>
      </w:r>
      <w:r>
        <w:t>ladai karne lage.</w:t>
      </w:r>
    </w:p>
    <w:p>
      <w:pPr>
        <w:jc w:val="right"/>
      </w:pPr>
      <w:r>
        <w:t>لڑائی کرنے لگے۔</w:t>
      </w:r>
    </w:p>
    <w:p>
      <w:r>
        <w:rPr>
          <w:b/>
        </w:rPr>
        <w:t xml:space="preserve">[25:40] </w:t>
      </w:r>
      <w:r>
        <w:t>one to all, one to all. kam az kam do sau saal se isi ladai mein phanse hue hain woh. sari duniya mein.</w:t>
      </w:r>
    </w:p>
    <w:p>
      <w:pPr>
        <w:jc w:val="right"/>
      </w:pPr>
      <w:r>
        <w:t>ون ٹو آل، ون ٹو آل۔ کم از کم دو سو سال سے اسی لڑائی میں پھنسے ہوئے ہیں وہ۔ ساری دنیا میں۔</w:t>
      </w:r>
    </w:p>
    <w:p>
      <w:r>
        <w:rPr>
          <w:b/>
        </w:rPr>
        <w:t xml:space="preserve">[25:50] </w:t>
      </w:r>
      <w:r>
        <w:t>kyun? dekhiye,</w:t>
      </w:r>
    </w:p>
    <w:p>
      <w:pPr>
        <w:jc w:val="right"/>
      </w:pPr>
      <w:r>
        <w:t>کیوں؟ دیکھیے،</w:t>
      </w:r>
    </w:p>
    <w:p>
      <w:r>
        <w:rPr>
          <w:b/>
        </w:rPr>
        <w:t xml:space="preserve">[25:57] </w:t>
      </w:r>
      <w:r>
        <w:t>jin qaumon ne yeh discoveries ki thin, to sath sath is discovery ke nateejay mein kya hua?</w:t>
      </w:r>
    </w:p>
    <w:p>
      <w:pPr>
        <w:jc w:val="right"/>
      </w:pPr>
      <w:r>
        <w:t>جن قوموں نے یہ ڈسکوریز کی تھیں، تو ساتھ ساتھ اس ڈسکوری کے نتیجے میں کیا ہوا؟</w:t>
      </w:r>
    </w:p>
    <w:p>
      <w:r>
        <w:rPr>
          <w:b/>
        </w:rPr>
        <w:t xml:space="preserve">[26:06] </w:t>
      </w:r>
      <w:r>
        <w:t>ke un ko ek dab-daba mil gaya. ek barhai mil gayi. ek sitara mil gaya.</w:t>
      </w:r>
    </w:p>
    <w:p>
      <w:pPr>
        <w:jc w:val="right"/>
      </w:pPr>
      <w:r>
        <w:t>کہ ان کو ایک دبدبہ مل گیا۔ ایک بڑائی مل گئی۔ ایک سائترہ مل گیا۔</w:t>
      </w:r>
    </w:p>
    <w:p>
      <w:r>
        <w:rPr>
          <w:b/>
        </w:rPr>
        <w:t xml:space="preserve">[26:17] </w:t>
      </w:r>
      <w:r>
        <w:t>to duniya mein phail gaye woh. duniya mein un ka dab-daba qaim ho gaya. to yeh woh daur tha jab ke India mein Mughal Empire tha.</w:t>
      </w:r>
    </w:p>
    <w:p>
      <w:pPr>
        <w:jc w:val="right"/>
      </w:pPr>
      <w:r>
        <w:t>تو دنیا میں پھیل گئے وہ۔ دنیا میں ان کا دبدبہ قائم ہو گیا۔ تو یہ وہ دور تھا جب کہ انڈیا میں مغل ایمپائر تھا۔</w:t>
      </w:r>
    </w:p>
    <w:p>
      <w:r>
        <w:rPr>
          <w:b/>
        </w:rPr>
        <w:t xml:space="preserve">[26:28] </w:t>
      </w:r>
      <w:r>
        <w:t>Turkey mein Usmani Khilafat thi. Misr mein Fatmi Khilafat thi.</w:t>
      </w:r>
    </w:p>
    <w:p>
      <w:pPr>
        <w:jc w:val="right"/>
      </w:pPr>
      <w:r>
        <w:t>ٹرکی میں عثمانی خلافت تھی۔ مصر میں فاطمی خلافت تھی۔</w:t>
      </w:r>
    </w:p>
    <w:p>
      <w:r>
        <w:rPr>
          <w:b/>
        </w:rPr>
        <w:t xml:space="preserve">[26:37] </w:t>
      </w:r>
      <w:r>
        <w:t>Spain mein Moorish Khilafat thi. Duniya ke yaani Asia aur Africa, yahan tak ke Europe tak ek bada raqba aisa tha jis mein Muslim rulers hukoomat kar rahe the.</w:t>
      </w:r>
    </w:p>
    <w:p>
      <w:pPr>
        <w:jc w:val="right"/>
      </w:pPr>
      <w:r>
        <w:t>اسپین میں مورش خلافت تھی۔ دنیا کے یعنی ایشیا اور افریقہ، یہاں تک کہ یورپ تک ایک بڑا رقبہ ایسا تھا جس میں مسلم رولرز حکومت کر رہے تھے۔</w:t>
      </w:r>
    </w:p>
    <w:p>
      <w:r>
        <w:rPr>
          <w:b/>
        </w:rPr>
        <w:t xml:space="preserve">[26:56] </w:t>
      </w:r>
      <w:r>
        <w:t>Chunancha Abbasi daur ka Khalifa Haroon Rashid, Haroon Rasheed ke baray mein kaha jata hai ke woh ek baar apni malika ke sath apne mahal ki chhat par baitha hua tha.</w:t>
      </w:r>
    </w:p>
    <w:p>
      <w:pPr>
        <w:jc w:val="right"/>
      </w:pPr>
      <w:r>
        <w:t>چنانچہ عباسی دور کا خلیفہ ہارون راشد، ہارون رشید کے بارے میں کہا جاتا ہے کہ وہ ایک بار اپنی ملکہ کے ساتھ اپنے محل کی چھت پر بیٹھا ہوا تھا۔</w:t>
      </w:r>
    </w:p>
    <w:p>
      <w:r>
        <w:rPr>
          <w:b/>
        </w:rPr>
        <w:t xml:space="preserve">[27:08] </w:t>
      </w:r>
      <w:r>
        <w:t>to badal ka ek tukra hawa ke zariye se idhar se ur jata hai, dikhai diya. hawaein</w:t>
      </w:r>
    </w:p>
    <w:p>
      <w:pPr>
        <w:jc w:val="right"/>
      </w:pPr>
      <w:r>
        <w:t>تو بادل کا ایک ٹکڑا ہوا کے ذریعے سے ادھر سے اڑ جاتا ہے، دکھائی دیا۔ ہوائیں</w:t>
      </w:r>
    </w:p>
    <w:p>
      <w:r>
        <w:rPr>
          <w:b/>
        </w:rPr>
        <w:t xml:space="preserve">[27:15] </w:t>
      </w:r>
      <w:r>
        <w:t>badal ke tukray urte hain hawa ke asar se. un ko dekh kar us ne kaha: "jahan chahe ja ke baras,</w:t>
      </w:r>
    </w:p>
    <w:p>
      <w:pPr>
        <w:jc w:val="right"/>
      </w:pPr>
      <w:r>
        <w:t>بادل کے ٹکڑے اڑتے ہیں ہوا کے اثر سے۔ ان کو دیکھ کر اس نے کہا: "جہاں چاہے جا کے برس،</w:t>
      </w:r>
    </w:p>
    <w:p>
      <w:r>
        <w:rPr>
          <w:b/>
        </w:rPr>
        <w:t xml:space="preserve">[27:30] </w:t>
      </w:r>
      <w:r>
        <w:t>tera ikhraaj mere paas aaye ga."</w:t>
      </w:r>
    </w:p>
    <w:p>
      <w:pPr>
        <w:jc w:val="right"/>
      </w:pPr>
      <w:r>
        <w:t>تیرا اخراج میرے پاس آئے گا۔"</w:t>
      </w:r>
    </w:p>
    <w:p>
      <w:r>
        <w:rPr>
          <w:b/>
        </w:rPr>
        <w:t xml:space="preserve">[27:34] </w:t>
      </w:r>
      <w:r>
        <w:t>to yeh jo saltanat musalmanon ki qaim thi, empire,</w:t>
      </w:r>
    </w:p>
    <w:p>
      <w:pPr>
        <w:jc w:val="right"/>
      </w:pPr>
      <w:r>
        <w:t>تو یہ جو سلطنت مسلمانوں کی قائم تھی، ایمپائر،</w:t>
      </w:r>
    </w:p>
    <w:p>
      <w:r>
        <w:rPr>
          <w:b/>
        </w:rPr>
        <w:t xml:space="preserve">[27:42] </w:t>
      </w:r>
      <w:r>
        <w:t>is empire ko maghribi nations ne tod diya. yaani colonial powers jo thin, is ko kaha jata hai colonialism.</w:t>
      </w:r>
    </w:p>
    <w:p>
      <w:pPr>
        <w:jc w:val="right"/>
      </w:pPr>
      <w:r>
        <w:t>اس ایمپائر کو مغربی نیشنز نے توڑ دیا۔ یعنی کلوریل پاورز جو تھیں، اس کو کہا جاتا ہے کلوریلزم۔</w:t>
      </w:r>
    </w:p>
    <w:p>
      <w:r>
        <w:rPr>
          <w:b/>
        </w:rPr>
        <w:t xml:space="preserve">[27:54] </w:t>
      </w:r>
      <w:r>
        <w:t>colonialism kya hai? dekhiye, in logon ne jab discoveries kin</w:t>
      </w:r>
    </w:p>
    <w:p>
      <w:pPr>
        <w:jc w:val="right"/>
      </w:pPr>
      <w:r>
        <w:t>کلوریلزم کیا ہے؟ دیکھیے، ان لوگوں نے جب ڈسکوریز کیں</w:t>
      </w:r>
    </w:p>
    <w:p>
      <w:r>
        <w:rPr>
          <w:b/>
        </w:rPr>
        <w:t xml:space="preserve">[28:02] </w:t>
      </w:r>
      <w:r>
        <w:t>to modern industry wajood mein aayi. modern industry. modern industry ka matlab kya tha?</w:t>
      </w:r>
    </w:p>
    <w:p>
      <w:pPr>
        <w:jc w:val="right"/>
      </w:pPr>
      <w:r>
        <w:t>تو ماڈرن انڈسٹری وجود میں آئی۔ ماڈرن انڈسٹری۔ ماڈرن انڈسٹری کا مطلب کیا تھا؟</w:t>
      </w:r>
    </w:p>
    <w:p>
      <w:r>
        <w:rPr>
          <w:b/>
        </w:rPr>
        <w:t xml:space="preserve">[28:12] </w:t>
      </w:r>
      <w:r>
        <w:t>iska matlab hai jaise yeh yeh yeh glass hai.</w:t>
      </w:r>
    </w:p>
    <w:p>
      <w:pPr>
        <w:jc w:val="right"/>
      </w:pPr>
      <w:r>
        <w:t>اس کا مطلب ہے جیسے یہ یہ یہ گلاس ہے۔</w:t>
      </w:r>
    </w:p>
    <w:p>
      <w:r>
        <w:rPr>
          <w:b/>
        </w:rPr>
        <w:t xml:space="preserve">[28:18] </w:t>
      </w:r>
      <w:r>
        <w:t>hamare bachpan mein mitti ka glass hua karta tha. matlab mein gaon mein tha, abhi wahan par tehzeeb phaili pahunchi nahi thi.</w:t>
      </w:r>
    </w:p>
    <w:p>
      <w:pPr>
        <w:jc w:val="right"/>
      </w:pPr>
      <w:r>
        <w:t>ہمارے بچپن میں مٹی کا گلاس ہوا کرتا تھا۔ مطلب میں گاؤں میں تھا، ابھی وہاں پر تہذیب پھیلی پہنچی نہیں تھی۔</w:t>
      </w:r>
    </w:p>
    <w:p>
      <w:r>
        <w:rPr>
          <w:b/>
        </w:rPr>
        <w:t xml:space="preserve">[28:28] </w:t>
      </w:r>
      <w:r>
        <w:t>to ek zamana tha ke mitti ke koze bante the, us mein log pani piya karte the.</w:t>
      </w:r>
    </w:p>
    <w:p>
      <w:pPr>
        <w:jc w:val="right"/>
      </w:pPr>
      <w:r>
        <w:t>تو ایک زمانہ تھا کہ مٹی کے کوزے بنتے تھے، اس میں لوگ پانی پیا کرتے تھے۔</w:t>
      </w:r>
    </w:p>
    <w:p>
      <w:r>
        <w:rPr>
          <w:b/>
        </w:rPr>
        <w:t xml:space="preserve">[28:35] </w:t>
      </w:r>
      <w:r>
        <w:t>to kumar din dafa mehnat kar ke do char koze banata tha. to jab industry lagi to industry mein is qism glass har din hazaron hazar banna laga.</w:t>
      </w:r>
    </w:p>
    <w:p>
      <w:pPr>
        <w:jc w:val="right"/>
      </w:pPr>
      <w:r>
        <w:t>تو کمار دن دفعہ محنت کر کے دو چار کوزے بناتا تھا۔ تو جب انڈسٹری لگی تو انڈسٹری میں اس قسم گلاس ہر دن ہزاروں ہزار بننے لگا۔</w:t>
      </w:r>
    </w:p>
    <w:p>
      <w:r>
        <w:rPr>
          <w:b/>
        </w:rPr>
        <w:t xml:space="preserve">[28:46] </w:t>
      </w:r>
      <w:r>
        <w:t>jis ko kehte hain mass production. mass production yaani</w:t>
      </w:r>
    </w:p>
    <w:p>
      <w:pPr>
        <w:jc w:val="right"/>
      </w:pPr>
      <w:r>
        <w:t>جس کو کہتے ہیں ماس پروڈکشن۔ ماس پروڈکشن یعنی</w:t>
      </w:r>
    </w:p>
    <w:p>
      <w:r>
        <w:rPr>
          <w:b/>
        </w:rPr>
        <w:t xml:space="preserve">[28:53] </w:t>
      </w:r>
      <w:r>
        <w:t>modern industry ka phenomenon tha mass production. to woh kahan khapaye? woh pehle jo koze bante the to wohin khap jate the aas paas.</w:t>
      </w:r>
    </w:p>
    <w:p>
      <w:pPr>
        <w:jc w:val="right"/>
      </w:pPr>
      <w:r>
        <w:t>ماڈرن انڈسٹری کا فیناومینا تھا ماس پروڈکشن۔ تو وہ کہاں کھپے؟ وہ پہلے جو کوزے بنتے تھے تو وہیں کھپ جاتے تھے آس پاس۔</w:t>
      </w:r>
    </w:p>
    <w:p>
      <w:r>
        <w:rPr>
          <w:b/>
        </w:rPr>
        <w:t xml:space="preserve">[29:04] </w:t>
      </w:r>
      <w:r>
        <w:t>jo kumar jo banata tha. lekin jo modern industry ne</w:t>
      </w:r>
    </w:p>
    <w:p>
      <w:pPr>
        <w:jc w:val="right"/>
      </w:pPr>
      <w:r>
        <w:t>جو کمار جو بناتا تھا۔ لیکن جو ماڈرن انڈسٹری نے</w:t>
      </w:r>
    </w:p>
    <w:p>
      <w:r>
        <w:rPr>
          <w:b/>
        </w:rPr>
        <w:t xml:space="preserve">[29:09] </w:t>
      </w:r>
      <w:r>
        <w:t>jo product nikala mass level par, us ko khapane ke liye to poori duniya chahiye thi. to wo nikle yeh log.</w:t>
      </w:r>
    </w:p>
    <w:p>
      <w:pPr>
        <w:jc w:val="right"/>
      </w:pPr>
      <w:r>
        <w:t>جو پروڈکٹ نکالا ماس لیول پر، اس کو کھپانے کے لیے تو پوری دنیا چاہیے تھی۔ تو وہ نکلے یہ لوگ۔</w:t>
      </w:r>
    </w:p>
    <w:p>
      <w:r>
        <w:rPr>
          <w:b/>
        </w:rPr>
        <w:t xml:space="preserve">[29:20] </w:t>
      </w:r>
      <w:r>
        <w:t>apni colony banai unhon ne jagah jagah. taakeh apne apne production ko wo market kar saken doosre countries mein.</w:t>
      </w:r>
    </w:p>
    <w:p>
      <w:pPr>
        <w:jc w:val="right"/>
      </w:pPr>
      <w:r>
        <w:t>اپنی کالونی بنائی انہوں نے جگہ جگہ۔ تاکہ اپنے اپنے پروڈکشن کو وہ مارکیٹ کر سکیں دوسرے کنٹریز میں۔</w:t>
      </w:r>
    </w:p>
    <w:p>
      <w:r>
        <w:rPr>
          <w:b/>
        </w:rPr>
        <w:t xml:space="preserve">[29:32] </w:t>
      </w:r>
      <w:r>
        <w:t>yeh ek naya phenomena tha. isi ko kehte hain colonialism. yeh aaya. to chunkeh jab wo log aaye to us waqt Muslim empire qaim tha.</w:t>
      </w:r>
    </w:p>
    <w:p>
      <w:pPr>
        <w:jc w:val="right"/>
      </w:pPr>
      <w:r>
        <w:t>یہ ایک نیا فیناومینا تھا۔ اسی کو کہتے ہیں کلوریلزم۔ یہ آیا۔ تو چونکہ جب وہ لوگ آئے تو اس وقت مسلم ایمپائر قائم تھا۔</w:t>
      </w:r>
    </w:p>
    <w:p>
      <w:r>
        <w:rPr>
          <w:b/>
        </w:rPr>
        <w:t xml:space="preserve">[29:43] </w:t>
      </w:r>
      <w:r>
        <w:t>Muslim empire ke paas itni taaqat nahi thi. Muslim empire jo tha wo sirf talwar ke bal par qaim tha, bas. Muslim empire jo tha us ki wahid taaqat talwar thi.</w:t>
      </w:r>
    </w:p>
    <w:p>
      <w:pPr>
        <w:jc w:val="right"/>
      </w:pPr>
      <w:r>
        <w:t>مسلم ایمپائر کے پاس اتنی طاقتیں نہیں تھیں۔ مسلم ایمپائر جو تھا وہ صرف تلوار کے بل پر قائم تھا، بس۔ مسلم ایمپائر جو تھا اس کی واحد طاقت تلوار تھی۔</w:t>
      </w:r>
    </w:p>
    <w:p>
      <w:r>
        <w:rPr>
          <w:b/>
        </w:rPr>
        <w:t xml:space="preserve">[29:57] </w:t>
      </w:r>
      <w:r>
        <w:t>us zamane mein shayar ne kaha tha: "har ke shamshir zard sikka bana mursh khanam." matlab jo talwar chalta hai wahi rule karta hai.</w:t>
      </w:r>
    </w:p>
    <w:p>
      <w:pPr>
        <w:jc w:val="right"/>
      </w:pPr>
      <w:r>
        <w:t>اس زمانے میں شاعر نے کہا تھا: "ہر کے شمشیر زرد سکہ بنا مرش خانم۔" مطلب جو تلوار چلتا ہے وہی رول کرتا ہے۔</w:t>
      </w:r>
    </w:p>
    <w:p>
      <w:r>
        <w:rPr>
          <w:b/>
        </w:rPr>
        <w:t xml:space="preserve">[30:07] </w:t>
      </w:r>
      <w:r>
        <w:t>jo talwar chalata hai wahi rule karta hai. wo daur tha wo.</w:t>
      </w:r>
    </w:p>
    <w:p>
      <w:pPr>
        <w:jc w:val="right"/>
      </w:pPr>
      <w:r>
        <w:t>جو تلوار چلاتا ہے وہی رول کرتا ہے۔ وہ دور تھا وہ۔</w:t>
      </w:r>
    </w:p>
    <w:p>
      <w:r>
        <w:rPr>
          <w:b/>
        </w:rPr>
        <w:t xml:space="preserve">[30:13] </w:t>
      </w:r>
      <w:r>
        <w:t>"har ke shamshir zard sikka bana mursh khanam." jis ghar mein talwar hoti hai wahi rule karta hai. wo daur hi khatam ho gaya. ab logon ne nayi taaqatain daryaft kien.</w:t>
      </w:r>
    </w:p>
    <w:p>
      <w:pPr>
        <w:jc w:val="right"/>
      </w:pPr>
      <w:r>
        <w:t>"ہر کے شمشیر زرد سکہ بنا مرش خانم۔" جس گھر میں تلوار ہوتی ہے وہی رول کرتا ہے۔ وہ دور ہی ختم ہو گیا۔ اب لوگوں نے نئی طاقتیں دریافت کیں۔</w:t>
      </w:r>
    </w:p>
    <w:p>
      <w:r>
        <w:rPr>
          <w:b/>
        </w:rPr>
        <w:t xml:space="preserve">[30:28] </w:t>
      </w:r>
      <w:r>
        <w:t>naye hathiyar, nayi technology, nayi industry, nayi science. to wo barh gaye yani balance of power toot gaya.</w:t>
      </w:r>
    </w:p>
    <w:p>
      <w:pPr>
        <w:jc w:val="right"/>
      </w:pPr>
      <w:r>
        <w:t>نئے ہتھیار، نئی ٹیکنالوجی، نئی انڈسٹری، نئی سائنس۔ تو وہ بڑھ گئے یعنی بیلنس آف پاور ٹوٹ گیا۔</w:t>
      </w:r>
    </w:p>
    <w:p>
      <w:r>
        <w:rPr>
          <w:b/>
        </w:rPr>
        <w:t xml:space="preserve">[30:41] </w:t>
      </w:r>
      <w:r>
        <w:t>balance of power jo tha pehle wo toot gaya. to it was but natural ke duniya par chha jaye.</w:t>
      </w:r>
    </w:p>
    <w:p>
      <w:pPr>
        <w:jc w:val="right"/>
      </w:pPr>
      <w:r>
        <w:t>بیلنس آف پاور جو تھا پہلے وہ ٹوٹ گیا۔ تو اٹ واز بٹ نیچرل کہ دنیا پر چھا جائے۔</w:t>
      </w:r>
    </w:p>
    <w:p>
      <w:r>
        <w:rPr>
          <w:b/>
        </w:rPr>
        <w:t xml:space="preserve">[30:49] </w:t>
      </w:r>
      <w:r>
        <w:t>to jitne bhi Muslim the sari duniya ke Musalman is ko samjhe nahi. wo samjhe ke bas yeh ek attack ka mamla hai.</w:t>
      </w:r>
    </w:p>
    <w:p>
      <w:pPr>
        <w:jc w:val="right"/>
      </w:pPr>
      <w:r>
        <w:t>تو جتنے بھی مسلم تھے ساری دنیا کے مسلمان اس کو سمجھے نہیں۔ وہ سمجھے کہ بس یہ ایک اٹیک کا معاملہ ہے۔</w:t>
      </w:r>
    </w:p>
    <w:p>
      <w:r>
        <w:rPr>
          <w:b/>
        </w:rPr>
        <w:t xml:space="preserve">[30:58] </w:t>
      </w:r>
      <w:r>
        <w:t>attack kar diya use lado. aur ladne lage. yani jihad ki dhoom macha di.</w:t>
      </w:r>
    </w:p>
    <w:p>
      <w:pPr>
        <w:jc w:val="right"/>
      </w:pPr>
      <w:r>
        <w:t>اٹیک کر دیا اسے لڑو۔ اور لڑنے لگے۔ یعنی جہاد کی دھوم مچا دی۔</w:t>
      </w:r>
    </w:p>
    <w:p>
      <w:r>
        <w:rPr>
          <w:b/>
        </w:rPr>
        <w:t xml:space="preserve">[31:06] </w:t>
      </w:r>
      <w:r>
        <w:t>yani do sau saal mein Musalmanon ne is so called jihad par itni qurbaniyan ki hain jaan ka nuksan, maal ka nuksan, properties ka nuksan ke poore poore Muslim tareekh mein Rasool Allah ke zamane se le kar ab tak kabhi aisa nahi hua tha itna nuksan.</w:t>
      </w:r>
    </w:p>
    <w:p>
      <w:pPr>
        <w:jc w:val="right"/>
      </w:pPr>
      <w:r>
        <w:t>یعنی دو سو سال میں مسلمانوں نے اس سو کالڈ جہاد پر اتنی قربانیاں کی ہیں جان کا نقصان، مال کا نقصان، پراپرٹیز کا نقصان کہ پورے پورے مسلم تاریخ میں رسول اللہ کے زمانے سے لے کر اب تک کبھی ایسا نہیں ہوا تھا اتنا نقصان۔</w:t>
      </w:r>
    </w:p>
    <w:p>
      <w:r>
        <w:rPr>
          <w:b/>
        </w:rPr>
        <w:t xml:space="preserve">[31:29] </w:t>
      </w:r>
      <w:r>
        <w:t>hazaron guna zyada qurbani lekin nateeja zero, nateeja zero, kuch bhi nahi hua. kuch bhi nahi hua.</w:t>
      </w:r>
    </w:p>
    <w:p>
      <w:pPr>
        <w:jc w:val="right"/>
      </w:pPr>
      <w:r>
        <w:t>ہزاروں گنا زیادہ قربانی لیکن نتیجہ صفر، نتیجہ زیرو، کچھ بھی نہیں ہوا۔ کچھ بھی نہیں ہوا۔</w:t>
      </w:r>
    </w:p>
    <w:p>
      <w:r>
        <w:rPr>
          <w:b/>
        </w:rPr>
        <w:t xml:space="preserve">[31:41] </w:t>
      </w:r>
      <w:r>
        <w:t>yahan par ghalti kahan ho gayi? yeh dekhiye.</w:t>
      </w:r>
    </w:p>
    <w:p>
      <w:pPr>
        <w:jc w:val="right"/>
      </w:pPr>
      <w:r>
        <w:t>یہاں پر غلطی کہاں کیا ہوئی؟ یہ دیکھیے۔</w:t>
      </w:r>
    </w:p>
    <w:p>
      <w:r>
        <w:rPr>
          <w:b/>
        </w:rPr>
        <w:t xml:space="preserve">[31:47] </w:t>
      </w:r>
      <w:r>
        <w:t>these Muslims failed to differentiate between the two. do ke farq karna nahi seekha unhon ne.</w:t>
      </w:r>
    </w:p>
    <w:p>
      <w:pPr>
        <w:jc w:val="right"/>
      </w:pPr>
      <w:r>
        <w:t>دیز مسلمز فیلڈ ٹو ڈیفرنشیٹ بٹوین دا ٹو۔ دو کے فرق کرنا نہیں سیکھا انہوں نے۔</w:t>
      </w:r>
    </w:p>
    <w:p>
      <w:r>
        <w:rPr>
          <w:b/>
        </w:rPr>
        <w:t xml:space="preserve">[31:58] </w:t>
      </w:r>
      <w:r>
        <w:t>yani yeh jo ayat hai aap ko maloom hai ke wo</w:t>
      </w:r>
    </w:p>
    <w:p>
      <w:pPr>
        <w:jc w:val="right"/>
      </w:pPr>
      <w:r>
        <w:t>یعنی یہ جو آیت ہے آپ کو معلوم ہے کہ وہ</w:t>
      </w:r>
    </w:p>
    <w:p>
      <w:r>
        <w:rPr>
          <w:b/>
        </w:rPr>
        <w:t xml:space="preserve">[32:05] </w:t>
      </w:r>
      <w:r>
        <w:t>us zamane mein ek word, ek term use hota tha jab colonialism ka zamana tha. aur yeh maghribi nations jo hain Africa aur Asia mein phail gaye the.</w:t>
      </w:r>
    </w:p>
    <w:p>
      <w:pPr>
        <w:jc w:val="right"/>
      </w:pPr>
      <w:r>
        <w:t>اس زمانے میں ایک ورڈ، ایک ٹرم یوز ہوتا تھا جب کلوریلزم کا زمانہ تھا۔ اور یہ مغربی نیشنز جو ہیں افریقہ اور ایشیا میں پھیل گئے تھے۔</w:t>
      </w:r>
    </w:p>
    <w:p>
      <w:r>
        <w:rPr>
          <w:b/>
        </w:rPr>
        <w:t xml:space="preserve">[32:20] </w:t>
      </w:r>
      <w:r>
        <w:t>French company Africa mein phaili, British company India mein phaili. to yeh yeh log jo yeh jo phenomena tha is ko is is ko is explain karne ke liye Kipling ne, Kipling jo ek shayar tha, British shayar,</w:t>
      </w:r>
    </w:p>
    <w:p>
      <w:pPr>
        <w:jc w:val="right"/>
      </w:pPr>
      <w:r>
        <w:t>فرنچ کمپنی افریقہ میں پھیلی، برٹش کمپنی انڈیا میں پھیلی۔ تو یہ یہ لوگ جو یہ جو فیناومینا تھا اس کو اس اس کو اس ایکسپلین کرنے کے لیے کپلنگ نے، کپلنگ جو ایک شاعر تھا، برٹش شاعر،</w:t>
      </w:r>
    </w:p>
    <w:p>
      <w:r>
        <w:rPr>
          <w:b/>
        </w:rPr>
        <w:t xml:space="preserve">[32:39] </w:t>
      </w:r>
      <w:r>
        <w:t>ek word use kiya tha: "white man's burden". safed farom logon ki zimmedari.</w:t>
      </w:r>
    </w:p>
    <w:p>
      <w:pPr>
        <w:jc w:val="right"/>
      </w:pPr>
      <w:r>
        <w:t>ایک ورڈ یوز کیا تھا: "وائٹ مائنز برڈن"۔ سفید فارم لوگوں کی ذمہ داری۔</w:t>
      </w:r>
    </w:p>
    <w:p>
      <w:r>
        <w:rPr>
          <w:b/>
        </w:rPr>
        <w:t xml:space="preserve">[32:50] </w:t>
      </w:r>
      <w:r>
        <w:t>"white man's burden" yani safed farom log yani jo maghribi log the, yeh safed farom the.</w:t>
      </w:r>
    </w:p>
    <w:p>
      <w:pPr>
        <w:jc w:val="right"/>
      </w:pPr>
      <w:r>
        <w:t>"وائٹ مائنز برڈن" یعنی سفید فارم لوگ یعنی جو مغربی لوگ تھے، یہ سفید فارم تھے۔</w:t>
      </w:r>
    </w:p>
    <w:p>
      <w:r>
        <w:rPr>
          <w:b/>
        </w:rPr>
        <w:t xml:space="preserve">[32:58] </w:t>
      </w:r>
      <w:r>
        <w:t>buniyadi taur par yeh ek Caucasian nasal thi. to in ka inhon ne nayi science daryaft ki hai, nayi technology daryaft ki hai, nayi industry daryaft ki hai.</w:t>
      </w:r>
    </w:p>
    <w:p>
      <w:pPr>
        <w:jc w:val="right"/>
      </w:pPr>
      <w:r>
        <w:t>بنیادی طور پر یہ ایک کاکیشین نسل تھی۔ تو ان کا انہوں نے نئی سائنس دریافت کی ہے، نئی ٹیکنالوجی دریافت کی ہے، نئی انڈسٹری دریافت کی ہے۔</w:t>
      </w:r>
    </w:p>
    <w:p>
      <w:r>
        <w:rPr>
          <w:b/>
        </w:rPr>
        <w:t xml:space="preserve">[33:09] </w:t>
      </w:r>
      <w:r>
        <w:t>to in ki zimmedari hai ke duniya mein phailayen is ko.</w:t>
      </w:r>
    </w:p>
    <w:p>
      <w:pPr>
        <w:jc w:val="right"/>
      </w:pPr>
      <w:r>
        <w:t>تو ان کی ذمہ داری ہے کہ دنیا میں پھیلائیں اس کو۔</w:t>
      </w:r>
    </w:p>
    <w:p>
      <w:r>
        <w:rPr>
          <w:b/>
        </w:rPr>
        <w:t xml:space="preserve">[33:14] </w:t>
      </w:r>
      <w:r>
        <w:t>to agarchih yeh lafz acha nahi lafz tha, main agar is ko kahoon to main badlunga is lafz ko. "white man's burden" nahi balkeh main kahunga: "civilized man's burden".</w:t>
      </w:r>
    </w:p>
    <w:p>
      <w:pPr>
        <w:jc w:val="right"/>
      </w:pPr>
      <w:r>
        <w:t>تو اگرچہ یہ لفظ اچھا نہیں لفظ تھا، میں اگر اس کو کہوں تو میں بدلوں گا اس لفظ کو۔ "وائٹ مائنز برڈن" نہیں بلکہ میں کہوں گا: "سیولائزڈ مینز برڈن"۔</w:t>
      </w:r>
    </w:p>
    <w:p>
      <w:r>
        <w:rPr>
          <w:b/>
        </w:rPr>
        <w:t xml:space="preserve">[33:29] </w:t>
      </w:r>
      <w:r>
        <w:t>"civilized man's burden" yani muazzab insan ki zimmedari.</w:t>
      </w:r>
    </w:p>
    <w:p>
      <w:pPr>
        <w:jc w:val="right"/>
      </w:pPr>
      <w:r>
        <w:t>"سیولائزڈ مینز برڈن" یعنی مہذب انسان کی ذمہ داری۔</w:t>
      </w:r>
    </w:p>
    <w:p>
      <w:r>
        <w:rPr>
          <w:b/>
        </w:rPr>
        <w:t xml:space="preserve">[33:36] </w:t>
      </w:r>
      <w:r>
        <w:t>to maghribi europe mein aik aik tehzeeb nai wajood mein aai jo phailte phailte dunya mein phail gai. jis ko hum kehte hain maghribi civilization, modern civilization, scientific civilization.</w:t>
      </w:r>
    </w:p>
    <w:p>
      <w:pPr>
        <w:jc w:val="right"/>
      </w:pPr>
      <w:r>
        <w:t>تو مغربی یورپ میں ایک ایک تہذیب نئی وجود میں آئی جو پھیلتے پھیلتے دنیا میں پھیل گئی۔ جس کو ہم کہتے ہیں مغربی سویلائزیشن، ماڈرن سویلائزیشن، سائنٹیفک سویلائزیشن۔</w:t>
      </w:r>
    </w:p>
    <w:p>
      <w:r>
        <w:rPr>
          <w:b/>
        </w:rPr>
        <w:t xml:space="preserve">[33:51] </w:t>
      </w:r>
      <w:r>
        <w:t>to "white mans burden" aik race ko batata hai, nasal ko.</w:t>
      </w:r>
    </w:p>
    <w:p>
      <w:pPr>
        <w:jc w:val="right"/>
      </w:pPr>
      <w:r>
        <w:t>تو "وائٹ مینز برڈن" ایک ریس کو بتاتا ہے، نسل کو۔</w:t>
      </w:r>
    </w:p>
    <w:p>
      <w:r>
        <w:rPr>
          <w:b/>
        </w:rPr>
        <w:t xml:space="preserve">[33:57] </w:t>
      </w:r>
      <w:r>
        <w:t>to yeh coupling ne jo banaya tha yeh. to mujhe agar banana hota to mein kehta ke: "civilized mans burden".</w:t>
      </w:r>
    </w:p>
    <w:p>
      <w:pPr>
        <w:jc w:val="right"/>
      </w:pPr>
      <w:r>
        <w:t>تو یہ کپلنگ نے جو بنایا تھا یہ۔ تو مجھے اگر بنانا ہوتا تو میں کہتا کہ: "سیولائزڈ مینز برڈن"۔</w:t>
      </w:r>
    </w:p>
    <w:p>
      <w:r>
        <w:rPr>
          <w:b/>
        </w:rPr>
        <w:t xml:space="preserve">[34:08] </w:t>
      </w:r>
      <w:r>
        <w:t>unhon ne jo civilization wajood mein laye hain woh is tarah se un ko phailana hai.</w:t>
      </w:r>
    </w:p>
    <w:p>
      <w:pPr>
        <w:jc w:val="right"/>
      </w:pPr>
      <w:r>
        <w:t>انہوں نے جو سویلائزیشن وجود میں لائے ہیں وہ اس طرح سے ان کو پھیلانا ہے۔</w:t>
      </w:r>
    </w:p>
    <w:p>
      <w:r>
        <w:rPr>
          <w:b/>
        </w:rPr>
        <w:t xml:space="preserve">[34:16] </w:t>
      </w:r>
      <w:r>
        <w:t>to na to</w:t>
      </w:r>
    </w:p>
    <w:p>
      <w:pPr>
        <w:jc w:val="right"/>
      </w:pPr>
      <w:r>
        <w:t>تو نہ تو</w:t>
      </w:r>
    </w:p>
    <w:p>
      <w:r>
        <w:rPr>
          <w:b/>
        </w:rPr>
        <w:t xml:space="preserve">[34:19] </w:t>
      </w:r>
      <w:r>
        <w:t>coupling ne is ko sahih lafz mein ada kiya aur na hamare leaders samajh sake is ko. hamare leaders ne kiya karna tha is waqt? hamare leaderon ko woh alag kar ke dekhte ke yeh log sirf attacker nahi hain, hamla awar nahi hain.</w:t>
      </w:r>
    </w:p>
    <w:p>
      <w:pPr>
        <w:jc w:val="right"/>
      </w:pPr>
      <w:r>
        <w:t>کپلنگ نے اس کو صحیح لفظ میں ادا کیا اور نہ ہمارے لیڈرز سمجھ سکے اس کو۔ ہمارے لیڈرز نے کیا کرنا تھا اس وقت؟ ہمارے لیڈروں کو وہ الگ کر کے دیکھتے کہ یہ لوگ صرف اٹیکر نہیں ہیں، حملہ آور نہیں ہیں۔</w:t>
      </w:r>
    </w:p>
    <w:p>
      <w:r>
        <w:rPr>
          <w:b/>
        </w:rPr>
        <w:t xml:space="preserve">[34:37] </w:t>
      </w:r>
      <w:r>
        <w:t>woh aik nai dunya le ke woh aaye hain, nai civilization, nai taraqqiyan. yani modern education, modern science, modern technology, agriculture ke naye tareeqe,</w:t>
      </w:r>
    </w:p>
    <w:p>
      <w:pPr>
        <w:jc w:val="right"/>
      </w:pPr>
      <w:r>
        <w:t>وہ ایک نئی دنیا لے کے وہ آئے ہیں، نئی سویلائزیشن، نئی ترقیاں۔ یعنی ماڈرن ایجوکیشن، ماڈرن سائنس، ماڈرن ٹیکنالوجی، ایگریکلچر کے نئے طریقے،</w:t>
      </w:r>
    </w:p>
    <w:p>
      <w:r>
        <w:rPr>
          <w:b/>
        </w:rPr>
        <w:t xml:space="preserve">[34:52] </w:t>
      </w:r>
      <w:r>
        <w:t>horticulture ke naye tareeqe, industry ke naye tareeqe.</w:t>
      </w:r>
    </w:p>
    <w:p>
      <w:pPr>
        <w:jc w:val="right"/>
      </w:pPr>
      <w:r>
        <w:t>ہارٹیکلچر کے نئے طریقے، انڈسٹری کے نئے طریقے۔</w:t>
      </w:r>
    </w:p>
    <w:p>
      <w:r>
        <w:rPr>
          <w:b/>
        </w:rPr>
        <w:t xml:space="preserve">[34:56] </w:t>
      </w:r>
      <w:r>
        <w:t>is ko kehte hain civilization. to woh alag kar ke dekhte, un ko simply attacker na samajhte. to unhein seekh, woh seekhte is se, is se seekhte.</w:t>
      </w:r>
    </w:p>
    <w:p>
      <w:pPr>
        <w:jc w:val="right"/>
      </w:pPr>
      <w:r>
        <w:t>اس کو کہتے ہیں سویلائزیشن۔ تو وہ الگ کر کے دیکھتے، ان کو سمپلی اٹیکر نہ سمجھتے۔ تو انہیں سیکھ، وہ سیکھتے اس سے، اس سے سیکھتے۔</w:t>
      </w:r>
    </w:p>
    <w:p>
      <w:r>
        <w:rPr>
          <w:b/>
        </w:rPr>
        <w:t xml:space="preserve">[35:11] </w:t>
      </w:r>
      <w:r>
        <w:t>woh kehte hain ke bhai woh jo pehlu hai ke dunya mein aa gaye hain, woh</w:t>
      </w:r>
    </w:p>
    <w:p>
      <w:pPr>
        <w:jc w:val="right"/>
      </w:pPr>
      <w:r>
        <w:t>وہ کہتے ہیں کہ بھئی وہ جو پہلو ہے کہ دنیا میں آ گئے ہیں، وہ</w:t>
      </w:r>
    </w:p>
    <w:p>
      <w:r>
        <w:rPr>
          <w:b/>
        </w:rPr>
        <w:t xml:space="preserve">[35:16] </w:t>
      </w:r>
      <w:r>
        <w:t>apna political sitra qaim kar liya hai, us ko chhoro. un se seekhna hai hamein, modern science seekhna hai.</w:t>
      </w:r>
    </w:p>
    <w:p>
      <w:pPr>
        <w:jc w:val="right"/>
      </w:pPr>
      <w:r>
        <w:t>اپنا پولیٹیکل سائترہ قائم کر لیا ہے، اس کو چھوڑو۔ ان سے سیکھنا ہے ہمیں، ماڈرن سائنس سیکھنا ہے۔</w:t>
      </w:r>
    </w:p>
    <w:p>
      <w:r>
        <w:rPr>
          <w:b/>
        </w:rPr>
        <w:t xml:space="preserve">[35:26] </w:t>
      </w:r>
      <w:r>
        <w:t>kyun ke yeh to ain hamare liye mufeed hai. dawat jo hamari zimmedari hai, woh dawat mein hamein istemal karna hai in cheezon ko.</w:t>
      </w:r>
    </w:p>
    <w:p>
      <w:pPr>
        <w:jc w:val="right"/>
      </w:pPr>
      <w:r>
        <w:t>کیونکہ یہ تو عین ہمارے لیے مفید ہے۔ دعوت جو ہماری ذمہ داری ہے، وہ دعوت میں ہمیں استعمال کرنا ہے ان چیزوں کو۔</w:t>
      </w:r>
    </w:p>
    <w:p>
      <w:r>
        <w:rPr>
          <w:b/>
        </w:rPr>
        <w:t xml:space="preserve">[35:38] </w:t>
      </w:r>
      <w:r>
        <w:t>to yeh dono ko alag kar ke nahi de sake. is ko quran mein kaha gaya: "furqan". alag kar ke dekhna. furqan ka matlab hai: "al fasl bain al shai'ain".</w:t>
      </w:r>
    </w:p>
    <w:p>
      <w:pPr>
        <w:jc w:val="right"/>
      </w:pPr>
      <w:r>
        <w:t>تو یہ دونوں کو الگ کر کے نہیں دے سکے۔ اس کو قرآن میں کہا گیا: "فرقان"۔ الگ کر کے دیکھنا۔ فرقان کا مطلب ہے: "الفصل بین الشین"۔</w:t>
      </w:r>
    </w:p>
    <w:p>
      <w:r>
        <w:rPr>
          <w:b/>
        </w:rPr>
        <w:t xml:space="preserve">[35:48] </w:t>
      </w:r>
      <w:r>
        <w:t>do cheezon ko farq karna. yeh momin ki aik sifat hai ke farq kar ke dekh sake woh.</w:t>
      </w:r>
    </w:p>
    <w:p>
      <w:pPr>
        <w:jc w:val="right"/>
      </w:pPr>
      <w:r>
        <w:t>دو چیزوں کو فرق کرنا۔ یہ مومن کی ایک صفت ہے کہ فرق کر کے دیکھ سکے وہ۔</w:t>
      </w:r>
    </w:p>
    <w:p>
      <w:r>
        <w:rPr>
          <w:b/>
        </w:rPr>
        <w:t xml:space="preserve">[35:55] </w:t>
      </w:r>
      <w:r>
        <w:t>furqan is ke andar ho. lekin hamare leaderon mein aik bhi shakhs nahi jis ke andar furqan alag kar ke dekh sake. sahaba mein yeh cheez maujood thi.</w:t>
      </w:r>
    </w:p>
    <w:p>
      <w:pPr>
        <w:jc w:val="right"/>
      </w:pPr>
      <w:r>
        <w:t>فرقان اس کے اندر ہو۔ لیکن ہمارے لیڈروں میں ایک بھی شخص نہیں جس کے اندر فرقان الگ کر کے دیکھ سکے۔ صحابہ میں یہ چیز موجود تھی۔</w:t>
      </w:r>
    </w:p>
    <w:p>
      <w:r>
        <w:rPr>
          <w:b/>
        </w:rPr>
        <w:t xml:space="preserve">[36:05] </w:t>
      </w:r>
      <w:r>
        <w:t>mein batata hoon aap ko sahaba ki misaal. azmat sahaba conference hoti hai yahan par</w:t>
      </w:r>
    </w:p>
    <w:p>
      <w:pPr>
        <w:jc w:val="right"/>
      </w:pPr>
      <w:r>
        <w:t>میں بتاتا ہوں آپ کو صحابہ کی مثال۔ عظمت صحابہ کانفرنس ہوتی ہے یہاں پر</w:t>
      </w:r>
    </w:p>
    <w:p>
      <w:r>
        <w:rPr>
          <w:b/>
        </w:rPr>
        <w:t xml:space="preserve">[36:11] </w:t>
      </w:r>
      <w:r>
        <w:t>aur jante bhi nahi ke sahaba kiya cheez the. dhoom machi hui azmat sahaba conference ki.</w:t>
      </w:r>
    </w:p>
    <w:p>
      <w:pPr>
        <w:jc w:val="right"/>
      </w:pPr>
      <w:r>
        <w:t>اور جانتے بھی نہیں کہ صحابہ کیا چیز تھے۔ دھوم مچی ہوئی عظمت صحابہ کانفرنس کی۔</w:t>
      </w:r>
    </w:p>
    <w:p>
      <w:r>
        <w:rPr>
          <w:b/>
        </w:rPr>
        <w:t xml:space="preserve">[36:20] </w:t>
      </w:r>
      <w:r>
        <w:t>aap kisi sahabi ka naam lein aur radiallahu taala anhu na kahein to kahenge: "tum tum gustakh ho". log kahenge: "marne hain aap ko".</w:t>
      </w:r>
    </w:p>
    <w:p>
      <w:pPr>
        <w:jc w:val="right"/>
      </w:pPr>
      <w:r>
        <w:t>آپ کسی صحابی کا نام لیں اور رضی اللہ تعالی عنہ نہ کہیں تو کہیں گے: "تم تم گستاخ ہو"۔ لوگ کہیں گے: "مارنے ہیں آپ کو"۔</w:t>
      </w:r>
    </w:p>
    <w:p>
      <w:r>
        <w:rPr>
          <w:b/>
        </w:rPr>
        <w:t xml:space="preserve">[36:29] </w:t>
      </w:r>
      <w:r>
        <w:t>lekin kuch bhi yeh log nahi jante ke sahaba kiya cheez the. azmat azmat sahaba ki dhoom machane wale</w:t>
      </w:r>
    </w:p>
    <w:p>
      <w:pPr>
        <w:jc w:val="right"/>
      </w:pPr>
      <w:r>
        <w:t>لیکن کچھ بھی یہ لوگ نہیں جانتے کہ صحابہ کیا چیز تھے۔ عظمت عظمت صحابہ کی دھوم مچانے والے</w:t>
      </w:r>
    </w:p>
    <w:p>
      <w:r>
        <w:rPr>
          <w:b/>
        </w:rPr>
        <w:t xml:space="preserve">[36:37] </w:t>
      </w:r>
      <w:r>
        <w:t>be khabar hain azmat sahaba se. mein aap ko misaal deta hoon. yahi jo hai furqan: "al fazl bain al shai'ain".</w:t>
      </w:r>
    </w:p>
    <w:p>
      <w:pPr>
        <w:jc w:val="right"/>
      </w:pPr>
      <w:r>
        <w:t>بے خبر ہیں عظمت صحابہ سے۔ میں آپ کو مثال دیتا ہوں۔ یہی جو ہے فرقان: "الفظ بین الشین"۔</w:t>
      </w:r>
    </w:p>
    <w:p>
      <w:r>
        <w:rPr>
          <w:b/>
        </w:rPr>
        <w:t xml:space="preserve">[36:48] </w:t>
      </w:r>
      <w:r>
        <w:t>kitna zabardast bashaoor the woh log. dekhiye,</w:t>
      </w:r>
    </w:p>
    <w:p>
      <w:pPr>
        <w:jc w:val="right"/>
      </w:pPr>
      <w:r>
        <w:t>کتنا زبردست باشعور تھے وہ لوگ۔ دیکھیے،</w:t>
      </w:r>
    </w:p>
    <w:p>
      <w:r>
        <w:rPr>
          <w:b/>
        </w:rPr>
        <w:t xml:space="preserve">[36:54] </w:t>
      </w:r>
      <w:r>
        <w:t>aik misaal yeh hai. yeh pehli misaal to khud rasool Allah sallallahu alaihi wasallam ki hai ke jab aap 610 AD mein jab aap ne makkah mein dawat shuru ki to kaaba markaz toheed ke taur par banaya gaya tha, hazrat ibrahim ne banaya tha.</w:t>
      </w:r>
    </w:p>
    <w:p>
      <w:pPr>
        <w:jc w:val="right"/>
      </w:pPr>
      <w:r>
        <w:t>ایک مثال یہ ہے۔ یہ پہلی مثال تو خود رسول اللہ صلی اللہ علیہ وسلم کی ہے کہ جب آپ 610 اے ڈی میں جب آپ نے مکہ میں دعوت شروع کی تو کعبہ مرکز توحید کے طور پر بنایا گیا تھا، حضرت ابراہیم نے بنایا تھا۔</w:t>
      </w:r>
    </w:p>
    <w:p>
      <w:r>
        <w:rPr>
          <w:b/>
        </w:rPr>
        <w:t xml:space="preserve">[37:11] </w:t>
      </w:r>
      <w:r>
        <w:t>wahan par but bhare hue the, sarkon par sankaron but.</w:t>
      </w:r>
    </w:p>
    <w:p>
      <w:pPr>
        <w:jc w:val="right"/>
      </w:pPr>
      <w:r>
        <w:t>وہاں پر بت بھرے ہوئے تھے، سڑکوں پر سینکڑوں بت۔</w:t>
      </w:r>
    </w:p>
    <w:p>
      <w:r>
        <w:rPr>
          <w:b/>
        </w:rPr>
        <w:t xml:space="preserve">[37:15] </w:t>
      </w:r>
      <w:r>
        <w:t>to aap ne alag kiya, furqan ka tareeqa ikhtiyar kiya hai. yani bonton ke presence ko alag dekha aur wahan jo rozana assembly hoti thi, jo audience jama hote the log us ke bonton ke liye,</w:t>
      </w:r>
    </w:p>
    <w:p>
      <w:pPr>
        <w:jc w:val="right"/>
      </w:pPr>
      <w:r>
        <w:t>تو آپ نے الگ کیا، فرقان کا طریقہ اختیار کیا ہے۔ یعنی بتوں کے پریزنس کو الگ دیکھا اور وہاں جو روزانہ اسمبلی ہوتی تھی، جو آڈینس جمع ہوتے تھے لوگ اس کے بتوں کے لیے،</w:t>
      </w:r>
    </w:p>
    <w:p>
      <w:r>
        <w:rPr>
          <w:b/>
        </w:rPr>
        <w:t xml:space="preserve">[37:30] </w:t>
      </w:r>
      <w:r>
        <w:t>us ko dekha. to aap ne bonton se kuch bhi chher chhad nahi ki</w:t>
      </w:r>
    </w:p>
    <w:p>
      <w:pPr>
        <w:jc w:val="right"/>
      </w:pPr>
      <w:r>
        <w:t>اس کو دیکھا۔ تو آپ نے بتوں سے کچھ بھی چھیڑ چھاڑ نہیں کی</w:t>
      </w:r>
    </w:p>
    <w:p>
      <w:r>
        <w:rPr>
          <w:b/>
        </w:rPr>
        <w:t xml:space="preserve">[37:35] </w:t>
      </w:r>
      <w:r>
        <w:t>aur is assembly ko bator audience istemal kiya aur dawat dete rahe 13 saal tak. yani he was the prophet was able to differentiate between the two.</w:t>
      </w:r>
    </w:p>
    <w:p>
      <w:pPr>
        <w:jc w:val="right"/>
      </w:pPr>
      <w:r>
        <w:t>اور اس اسمبلی کو بطور آڈینس استعمال کیا اور دعوت دیتے رہے 13 سال تک۔ یعنی ہی واز دا پرافٹ واز ایبل ٹو ڈیفرنشیٹ بٹوین دا ٹو۔</w:t>
      </w:r>
    </w:p>
    <w:p>
      <w:r>
        <w:rPr>
          <w:b/>
        </w:rPr>
        <w:t xml:space="preserve">[37:49] </w:t>
      </w:r>
      <w:r>
        <w:t>donon ko farq kar ke dekh dekh sakte the. iske baad main ek misal dena chahunga sahaba ki. dekhiye, hazrat umar ke zamane mein jo second khaleefa the</w:t>
      </w:r>
    </w:p>
    <w:p>
      <w:pPr>
        <w:jc w:val="right"/>
      </w:pPr>
      <w:r>
        <w:t>دونوں کو فرق کر کے دیکھ دیکھ سکتے تھے۔ اس کے بعد میں ایک مثال دینا چاہوں گا صحابہ کی۔ دیکھیے، حضرت عمر کے زمانے میں جو سیکنڈ خلیفہ تھے</w:t>
      </w:r>
    </w:p>
    <w:p>
      <w:r>
        <w:rPr>
          <w:b/>
        </w:rPr>
        <w:t xml:space="preserve">[38:07] </w:t>
      </w:r>
      <w:r>
        <w:t>to sahaba mein aur iraniyon mein jang chhid gayi. to sahaba ki jamaat wahan dakhil ho gayi iran mein aur unko kamyabi hui.</w:t>
      </w:r>
    </w:p>
    <w:p>
      <w:pPr>
        <w:jc w:val="right"/>
      </w:pPr>
      <w:r>
        <w:t>تو صحابہ میں اور ایرانیوں میں جنگ چھڑ گئی۔ تو صحابہ کی جماعت وہاں داخل ہو گئی ایران میں اور ان کو کامیابی ہوئی۔</w:t>
      </w:r>
    </w:p>
    <w:p>
      <w:r>
        <w:rPr>
          <w:b/>
        </w:rPr>
        <w:t xml:space="preserve">[38:25] </w:t>
      </w:r>
      <w:r>
        <w:t>to aap jante hain sahaba matlab arab log. arabon ke bare mein iraniyon ka tasawwur kya tha? bahut haqeer tasawwur tha.</w:t>
      </w:r>
    </w:p>
    <w:p>
      <w:pPr>
        <w:jc w:val="right"/>
      </w:pPr>
      <w:r>
        <w:t>تو آپ جانتے ہیں صحابہ مطلب عرب لوگ۔ عربوں کے بارے میں ایرانیوں کا تصور کیا تھا؟ بہت حقیر تصور تھا۔</w:t>
      </w:r>
    </w:p>
    <w:p>
      <w:r>
        <w:rPr>
          <w:b/>
        </w:rPr>
        <w:t xml:space="preserve">[38:37] </w:t>
      </w:r>
      <w:r>
        <w:t>firdausi ka jo shahnameh hai wo irani zehn ko batata hai.</w:t>
      </w:r>
    </w:p>
    <w:p>
      <w:pPr>
        <w:jc w:val="right"/>
      </w:pPr>
      <w:r>
        <w:t>فردوسی کا جو شاہنامہ ہے وہ ایرانی ذہن کو بتاتا ہے۔</w:t>
      </w:r>
    </w:p>
    <w:p>
      <w:r>
        <w:rPr>
          <w:b/>
        </w:rPr>
        <w:t xml:space="preserve">[38:43] </w:t>
      </w:r>
      <w:r>
        <w:t>to is mein un logon ke bare mein jo iran mein dakhil hue the, jo arab log, unke bare mein wo kehta hai ke: "ziru ziru shutar khurdan wa susmar arab rah bajaye rasidastkar</w:t>
      </w:r>
    </w:p>
    <w:p>
      <w:pPr>
        <w:jc w:val="right"/>
      </w:pPr>
      <w:r>
        <w:t>تو اس میں ان لوگوں کے بارے میں جو ایران میں داخل ہوئے تھے، جو عرب لوگ، ان کے بارے میں وہ کہتا ہے کہ: "ذسیر و ذسیر شتر خردن و سوسمار عرب راہ بجائے رسید استکار</w:t>
      </w:r>
    </w:p>
    <w:p>
      <w:r>
        <w:rPr>
          <w:b/>
        </w:rPr>
        <w:t xml:space="preserve">[39:03] </w:t>
      </w:r>
      <w:r>
        <w:t>ke takht kiara kund aarzu tu bar chuhe charkh gardan tu". ke ye log jo arab ke log jo oont ka doodh pite the aur goh khaye karte the,</w:t>
      </w:r>
    </w:p>
    <w:p>
      <w:pPr>
        <w:jc w:val="right"/>
      </w:pPr>
      <w:r>
        <w:t>کہ تخت کیارہ کند ارزو تفو بر چوہے چرخ گردا تفو"۔ کہ یہ لوگ جو عرب کے لوگ جو اونٹ کا دودھ پیتے تھے اور گوہ کھائے کرتے تھے،</w:t>
      </w:r>
    </w:p>
    <w:p>
      <w:r>
        <w:rPr>
          <w:b/>
        </w:rPr>
        <w:t xml:space="preserve">[39:20] </w:t>
      </w:r>
      <w:r>
        <w:t>unka itna hausla badh gaya hai</w:t>
      </w:r>
    </w:p>
    <w:p>
      <w:pPr>
        <w:jc w:val="right"/>
      </w:pPr>
      <w:r>
        <w:t>ان کا اتنا حوصلہ بڑھ گیا ہے</w:t>
      </w:r>
    </w:p>
    <w:p>
      <w:r>
        <w:rPr>
          <w:b/>
        </w:rPr>
        <w:t xml:space="preserve">[39:24] </w:t>
      </w:r>
      <w:r>
        <w:t>ke irani empire par wo ka ka khwab dekh rahe hain, wo is par qabza karne ka.</w:t>
      </w:r>
    </w:p>
    <w:p>
      <w:pPr>
        <w:jc w:val="right"/>
      </w:pPr>
      <w:r>
        <w:t>کہ ایرانی ایمپائر پر وہ کا کا خواب دیکھ رہے ہیں، وہ اس پر قبضہ کرنے کا۔</w:t>
      </w:r>
    </w:p>
    <w:p>
      <w:r>
        <w:rPr>
          <w:b/>
        </w:rPr>
        <w:t xml:space="preserve">[39:36] </w:t>
      </w:r>
      <w:r>
        <w:t>lekin dekhiye, us waqt kya hua? phir jo wahan jo king tha, yezdgerd, uska naam tha, use invite kiya negotiation ke liye.</w:t>
      </w:r>
    </w:p>
    <w:p>
      <w:pPr>
        <w:jc w:val="right"/>
      </w:pPr>
      <w:r>
        <w:t>لیکن دیکھیے، اس وقت کیا ہوا؟ پھر جو وہاں جو کنگ تھا، یزدگرد، اس کا نام تھا، اسے انوائٹ کیا نیگوشی ایشن کے لیے۔</w:t>
      </w:r>
    </w:p>
    <w:p>
      <w:r>
        <w:rPr>
          <w:b/>
        </w:rPr>
        <w:t xml:space="preserve">[39:49] </w:t>
      </w:r>
      <w:r>
        <w:t>to yahan se gaye sahaba ki kuch jamaat. to king ne poocha ke: "tum haye mulk mein kyun aaye ho? apne raho apne arab mein, iran mein kin aa gaye tum log?"</w:t>
      </w:r>
    </w:p>
    <w:p>
      <w:pPr>
        <w:jc w:val="right"/>
      </w:pPr>
      <w:r>
        <w:t>تو یہاں سے گئے صحابہ کی کچھ جماعت۔ تو کنگ نے پوچھا کہ: "تم ہائے ملک میں کیوں آئے ہو؟ اپنے رہو اپنے عرب میں، ایران میں کن آ گئے تم لوگ؟"</w:t>
      </w:r>
    </w:p>
    <w:p>
      <w:r>
        <w:rPr>
          <w:b/>
        </w:rPr>
        <w:t xml:space="preserve">[40:04] </w:t>
      </w:r>
      <w:r>
        <w:t>to unhone jawab diya tha wo tareekhon mein likha hua hai ke: "allah abtasna wallah jabna li khaj al-ibadah min ibad al-ibad illa ibad allah".</w:t>
      </w:r>
    </w:p>
    <w:p>
      <w:pPr>
        <w:jc w:val="right"/>
      </w:pPr>
      <w:r>
        <w:t>تو انہوں نے جواب دیا تھا۔ وہ تاریخوں میں لکھا ہوا ہے کہ: "اللہ ابتاسنا واللہ جابنا لخج العبادہ من عباد العباد الا عباد اللہ"۔</w:t>
      </w:r>
    </w:p>
    <w:p>
      <w:r>
        <w:rPr>
          <w:b/>
        </w:rPr>
        <w:t xml:space="preserve">[40:20] </w:t>
      </w:r>
      <w:r>
        <w:t>hum ko khuda ne bheja hai</w:t>
      </w:r>
    </w:p>
    <w:p>
      <w:pPr>
        <w:jc w:val="right"/>
      </w:pPr>
      <w:r>
        <w:t>ہم کو خدا نے بھیجا ہے</w:t>
      </w:r>
    </w:p>
    <w:p>
      <w:r>
        <w:rPr>
          <w:b/>
        </w:rPr>
        <w:t xml:space="preserve">[40:24] </w:t>
      </w:r>
      <w:r>
        <w:t>tata ke insan ko</w:t>
      </w:r>
    </w:p>
    <w:p>
      <w:pPr>
        <w:jc w:val="right"/>
      </w:pPr>
      <w:r>
        <w:t>تاکہ انسان کو</w:t>
      </w:r>
    </w:p>
    <w:p>
      <w:r>
        <w:rPr>
          <w:b/>
        </w:rPr>
        <w:t xml:space="preserve">[40:28] </w:t>
      </w:r>
      <w:r>
        <w:t>bandon ki parastish se nikal kar khuda ki parastish mein le aayen.</w:t>
      </w:r>
    </w:p>
    <w:p>
      <w:pPr>
        <w:jc w:val="right"/>
      </w:pPr>
      <w:r>
        <w:t>بندوں کی پرستش سے نکال کر خدا کی پرستش میں لے آئیں۔</w:t>
      </w:r>
    </w:p>
    <w:p>
      <w:r>
        <w:rPr>
          <w:b/>
        </w:rPr>
        <w:t xml:space="preserve">[40:36] </w:t>
      </w:r>
      <w:r>
        <w:t>yahan par dekhiye, unhone alag kiya ke: "hum attacker nahin hain, hum hamla awar nahin hain, hum nayi ek nayi tehzeeb le kar aaye hain, tehzeeb tauheed".</w:t>
      </w:r>
    </w:p>
    <w:p>
      <w:pPr>
        <w:jc w:val="right"/>
      </w:pPr>
      <w:r>
        <w:t>یہاں پر دیکھیے، انہوں نے الگ کیا کہ: "ہم اٹیکر نہیں ہیں، ہم ہم حملہ آور نہیں ہیں، ہم نئی ایک نئی تہذیب لے کر آئے ہیں، تہذیب توحید"۔</w:t>
      </w:r>
    </w:p>
    <w:p>
      <w:r>
        <w:rPr>
          <w:b/>
        </w:rPr>
        <w:t xml:space="preserve">[40:48] </w:t>
      </w:r>
      <w:r>
        <w:t>ye jo jawab tha unka ke: "hum tauheed le kar aaye hain ke insan khuda ko pooje, khuda ki parastish kare, khuda ki worship kare,</w:t>
      </w:r>
    </w:p>
    <w:p>
      <w:pPr>
        <w:jc w:val="right"/>
      </w:pPr>
      <w:r>
        <w:t>یہ جو جواب تھا ان کا کہ: "ہم توحید لے کر آئے ہیں کہ انسان خدا کو پوجے، خدا کی پرستش کرے، خدا کی ورشپ کرے،</w:t>
      </w:r>
    </w:p>
    <w:p>
      <w:r>
        <w:rPr>
          <w:b/>
        </w:rPr>
        <w:t xml:space="preserve">[40:59] </w:t>
      </w:r>
      <w:r>
        <w:t>ghair khuda ki worship chhod de".</w:t>
      </w:r>
    </w:p>
    <w:p>
      <w:pPr>
        <w:jc w:val="right"/>
      </w:pPr>
      <w:r>
        <w:t>غیر خدا کی ورشپ چھوڑ دے"۔</w:t>
      </w:r>
    </w:p>
    <w:p>
      <w:r>
        <w:rPr>
          <w:b/>
        </w:rPr>
        <w:t xml:space="preserve">[41:06] </w:t>
      </w:r>
      <w:r>
        <w:t>kaisi ajib baat hai! yani sahabi was able to differentiate between the two. hum ko attacker mat samjho,</w:t>
      </w:r>
    </w:p>
    <w:p>
      <w:pPr>
        <w:jc w:val="right"/>
      </w:pPr>
      <w:r>
        <w:t>کیسی عجیب بات ہے! یعنی صحابی واز ایبل ٹو ڈیفرنشیٹ بٹوین دا ٹو۔ ہم کو اٹیکر مت سمجھو،</w:t>
      </w:r>
    </w:p>
    <w:p>
      <w:r>
        <w:rPr>
          <w:b/>
        </w:rPr>
        <w:t xml:space="preserve">[41:18] </w:t>
      </w:r>
      <w:r>
        <w:t>we are harbinger of a new civilization. hum ek nayi tehzeeb ka</w:t>
      </w:r>
    </w:p>
    <w:p>
      <w:pPr>
        <w:jc w:val="right"/>
      </w:pPr>
      <w:r>
        <w:t>وی آر ہا ہا بینگر آف اے نیو سویلائزیشن۔ ہم ایک نئی تہذیب کا</w:t>
      </w:r>
    </w:p>
    <w:p>
      <w:r>
        <w:rPr>
          <w:b/>
        </w:rPr>
        <w:t xml:space="preserve">[41:27] </w:t>
      </w:r>
      <w:r>
        <w:t>khushkhabri le kar tumhare paas aaye hain ke: "ae insan, khuda ki parastish kar, ae insan, makhlooq ki parastish chhod de</w:t>
      </w:r>
    </w:p>
    <w:p>
      <w:pPr>
        <w:jc w:val="right"/>
      </w:pPr>
      <w:r>
        <w:t>خوشخبری لے کر تمہارے پاس آئے ہیں کہ: "اے انسان، خدا کی پرستش کر، اے انسان، مخلوق کی پرستش چھوڑ دے</w:t>
      </w:r>
    </w:p>
    <w:p>
      <w:r>
        <w:rPr>
          <w:b/>
        </w:rPr>
        <w:t xml:space="preserve">[41:37] </w:t>
      </w:r>
      <w:r>
        <w:t>jisne tujh ko paida kiya hai". yani ye jo unhone kaha tha ke: "li khaj al-ibad min ibad al-ibad illa ibad allah", yani bandon ko bandon ki parastish se nikal kar khuda ki parastish ke andar layen, ye koi siyasi kalma nahin tha.</w:t>
      </w:r>
    </w:p>
    <w:p>
      <w:pPr>
        <w:jc w:val="right"/>
      </w:pPr>
      <w:r>
        <w:t>جس نے تجھ کو پیدا کیا ہے"۔ یعنی یہ جو انہوں نے کہا تھا کہ: "للخ العباد من عباد العباد الا عباد اللہ"، یعنی بندوں کو بندوں کی پرستش سے نکال کر خدا کی پرستش کے اندر لائیں، یہ کوئی سیاسی کلمہ نہیں تھا۔</w:t>
      </w:r>
    </w:p>
    <w:p>
      <w:r>
        <w:rPr>
          <w:b/>
        </w:rPr>
        <w:t xml:space="preserve">[41:59] </w:t>
      </w:r>
      <w:r>
        <w:t>ye ek nayi tehzeeb, yani tehzeeb tauheed ka ailan tha. to doosre lafzon mein kahunga ke unhone yeh kaha: "we are not attacker, we have no interest in your politics,</w:t>
      </w:r>
    </w:p>
    <w:p>
      <w:pPr>
        <w:jc w:val="right"/>
      </w:pPr>
      <w:r>
        <w:t>یہ ایک نئی تہذیب، یعنی تہذیب توحید کا اعلان تھا۔ تو دوسرے لفظوں میں کہوں گا کہ انہوں نے یہ کہا: "وی آر ناٹ اٹیکر، وی ہیو نو انٹرسٹ ان یور پولیٹکس،</w:t>
      </w:r>
    </w:p>
    <w:p>
      <w:r>
        <w:rPr>
          <w:b/>
        </w:rPr>
        <w:t xml:space="preserve">[42:14] </w:t>
      </w:r>
      <w:r>
        <w:t>we have no interest in your government, we have no interest in your empire,</w:t>
      </w:r>
    </w:p>
    <w:p>
      <w:pPr>
        <w:jc w:val="right"/>
      </w:pPr>
      <w:r>
        <w:t>وی ہیو نو انٹرسٹ ان یور گورنمنٹ، وی ہیو نو انٹرسٹ ان یور ایمپائر،</w:t>
      </w:r>
    </w:p>
    <w:p>
      <w:r>
        <w:rPr>
          <w:b/>
        </w:rPr>
        <w:t xml:space="preserve">[42:20] </w:t>
      </w:r>
      <w:r>
        <w:t>we are harbinger of a new civilization, civilization of tauheed".</w:t>
      </w:r>
    </w:p>
    <w:p>
      <w:pPr>
        <w:jc w:val="right"/>
      </w:pPr>
      <w:r>
        <w:t>وی آر ہا بینگر آف ا نیو سویلائزیشن، سویلائزیشن آف توحید"۔</w:t>
      </w:r>
    </w:p>
    <w:p>
      <w:r>
        <w:rPr>
          <w:b/>
        </w:rPr>
        <w:t xml:space="preserve">[42:27] </w:t>
      </w:r>
      <w:r>
        <w:t>kitni ajeeb o ghareeb yeh misaal hai! wahi hamare muslim leaderon ko kehna chahiye tha ke: "yeh jo maghribi log aaye hain jin ko hum colonial powers kehte hain,</w:t>
      </w:r>
    </w:p>
    <w:p>
      <w:pPr>
        <w:jc w:val="right"/>
      </w:pPr>
      <w:r>
        <w:t>کتنی عجیب و غریب یہ مثال ہے! وہی ہمارے مسلم لیڈروں کو کہنا چاہیے تھا کہ: "یہ جو مغربی لوگ آئے ہیں جن کو ہم کلونیل پاورز کہتے ہیں،</w:t>
      </w:r>
    </w:p>
    <w:p>
      <w:r>
        <w:rPr>
          <w:b/>
        </w:rPr>
        <w:t xml:space="preserve">[42:40] </w:t>
      </w:r>
      <w:r>
        <w:t>ke woh harbinger hain new us ke civilization ke,</w:t>
      </w:r>
    </w:p>
    <w:p>
      <w:pPr>
        <w:jc w:val="right"/>
      </w:pPr>
      <w:r>
        <w:t>کہ وہ ہا بینگر ہیں نیو اس کے سویلائزیشن کے،</w:t>
      </w:r>
    </w:p>
    <w:p>
      <w:r>
        <w:rPr>
          <w:b/>
        </w:rPr>
        <w:t xml:space="preserve">[42:45] </w:t>
      </w:r>
      <w:r>
        <w:t>un ko attacker ke roop mein mat lo, attacker ke roop mein mat lo, woh</w:t>
      </w:r>
    </w:p>
    <w:p>
      <w:pPr>
        <w:jc w:val="right"/>
      </w:pPr>
      <w:r>
        <w:t>ان کو اٹیکر کے روپ میں مت لو، اٹیکر کے روپ میں مت لو، وہ</w:t>
      </w:r>
    </w:p>
    <w:p>
      <w:r>
        <w:rPr>
          <w:b/>
        </w:rPr>
        <w:t xml:space="preserve">[42:54] </w:t>
      </w:r>
      <w:r>
        <w:t>aik nai tehzeeb ke ka naveed le kar aaye hain". yeh yaani is se pehle hum har riwayati daur mein thay, riwayati daur mein woh saensai daur mein hamein lana chahte hain.</w:t>
      </w:r>
    </w:p>
    <w:p>
      <w:pPr>
        <w:jc w:val="right"/>
      </w:pPr>
      <w:r>
        <w:t>ایک نئی تہذیب کے کا نوید لے کر آئے ہیں"۔ یہ یعنی اس سے پہلے ہم ہر روایتی دور میں تھے، روایتی دور میں وہ سائنسی دور میں ہمیں لانا چاہتے ہیں۔</w:t>
      </w:r>
    </w:p>
    <w:p>
      <w:r>
        <w:rPr>
          <w:b/>
        </w:rPr>
        <w:t xml:space="preserve">[43:14] </w:t>
      </w:r>
      <w:r>
        <w:t>education ka naya concept, history ka naya concept, technology ka naya concept, industry ka naya concept, yahan tak ke politics ka bhi naya concept, democracy ke roop mein.</w:t>
      </w:r>
    </w:p>
    <w:p>
      <w:pPr>
        <w:jc w:val="right"/>
      </w:pPr>
      <w:r>
        <w:t>ایجوکیشن کا نیا کانسیپٹ، ہسٹری کا نیا کانسیپٹ، ٹیکنالوجی کا نیا کانسیپٹ، انڈسٹری کا نیا کانسیپٹ، یہاں تک کہ پولیٹکس کا بھی نیا کانسیپٹ، ڈیموکریسی کے روپ میں۔</w:t>
      </w:r>
    </w:p>
    <w:p>
      <w:r>
        <w:rPr>
          <w:b/>
        </w:rPr>
        <w:t xml:space="preserve">[43:30] </w:t>
      </w:r>
      <w:r>
        <w:t>to</w:t>
      </w:r>
    </w:p>
    <w:p>
      <w:pPr>
        <w:jc w:val="right"/>
      </w:pPr>
      <w:r>
        <w:t>تو</w:t>
      </w:r>
    </w:p>
    <w:p>
      <w:r>
        <w:rPr>
          <w:b/>
        </w:rPr>
        <w:t xml:space="preserve">[43:31] </w:t>
      </w:r>
      <w:r>
        <w:t>these westerners are harbinger of new civilization. don't take them simply as attacker, as an attacker.</w:t>
      </w:r>
    </w:p>
    <w:p>
      <w:pPr>
        <w:jc w:val="right"/>
      </w:pPr>
      <w:r>
        <w:t>دیز ویسٹرنرز آر ہا بینگر آف نیو سویلائزیشن۔ ڈونٹ ٹیک دیم سمپلی ایز اٹیکر، ایز این اٹیکر۔</w:t>
      </w:r>
    </w:p>
    <w:p>
      <w:r>
        <w:rPr>
          <w:b/>
        </w:rPr>
        <w:t xml:space="preserve">[43:42] </w:t>
      </w:r>
      <w:r>
        <w:t>to kitna bara farq ho jata!</w:t>
      </w:r>
    </w:p>
    <w:p>
      <w:pPr>
        <w:jc w:val="right"/>
      </w:pPr>
      <w:r>
        <w:t>تو کتنا بڑا فرق ہو جاتا!</w:t>
      </w:r>
    </w:p>
    <w:p>
      <w:r>
        <w:rPr>
          <w:b/>
        </w:rPr>
        <w:t xml:space="preserve">[43:46] </w:t>
      </w:r>
      <w:r>
        <w:t>tab yeh hota ke yeh muslim rehnuma seekhte, un se modern science ko seekhte, modern discoveries ko janne ki koshish karte.</w:t>
      </w:r>
    </w:p>
    <w:p>
      <w:pPr>
        <w:jc w:val="right"/>
      </w:pPr>
      <w:r>
        <w:t>تب یہ ہوتا کہ یہ مسلم رہنما سیکھتے، ان سے ماڈرن سائنس کو سیکھتے، ماڈرن ڈسکوریز کو جاننے کی کوشش کرتے۔</w:t>
      </w:r>
    </w:p>
    <w:p>
      <w:r>
        <w:rPr>
          <w:b/>
        </w:rPr>
        <w:t xml:space="preserve">[43:58] </w:t>
      </w:r>
      <w:r>
        <w:t>aur phir yeh jo maine teen baatein kahin ke tareekh mein pehli baar yahi log thay jinho ne yeh teen baatein dunya mein kiya,</w:t>
      </w:r>
    </w:p>
    <w:p>
      <w:pPr>
        <w:jc w:val="right"/>
      </w:pPr>
      <w:r>
        <w:t>اور پھر یہ جو میں نے تین باتیں کہیں کہ تاریخ میں پہلی بار یہی لوگ تھے جنہوں نے یہ تین باتیں دنیا میں کیا،</w:t>
      </w:r>
    </w:p>
    <w:p>
      <w:r>
        <w:rPr>
          <w:b/>
        </w:rPr>
        <w:t xml:space="preserve">[44:07] </w:t>
      </w:r>
      <w:r>
        <w:t>yaani scientific evidence</w:t>
      </w:r>
    </w:p>
    <w:p>
      <w:pPr>
        <w:jc w:val="right"/>
      </w:pPr>
      <w:r>
        <w:t>یعنی سائنٹیفک ایویڈنس</w:t>
      </w:r>
    </w:p>
    <w:p>
      <w:r>
        <w:rPr>
          <w:b/>
        </w:rPr>
        <w:t xml:space="preserve">[44:12] </w:t>
      </w:r>
      <w:r>
        <w:t>aur religious freedom aur global civilization, global communication kabhi tha hi nahin.</w:t>
      </w:r>
    </w:p>
    <w:p>
      <w:pPr>
        <w:jc w:val="right"/>
      </w:pPr>
      <w:r>
        <w:t>اور ریلیجس فریڈم اور گلوبل سویلائزیشن، گلوبل کمیونیکیشن کبھی تھا ہی نہیں۔</w:t>
      </w:r>
    </w:p>
    <w:p>
      <w:r>
        <w:rPr>
          <w:b/>
        </w:rPr>
        <w:t xml:space="preserve">[44:23] </w:t>
      </w:r>
      <w:r>
        <w:t>yeh aap ghor kijiye ke</w:t>
      </w:r>
    </w:p>
    <w:p>
      <w:pPr>
        <w:jc w:val="right"/>
      </w:pPr>
      <w:r>
        <w:t>یہ آپ غور کیجئے کہ</w:t>
      </w:r>
    </w:p>
    <w:p>
      <w:r>
        <w:rPr>
          <w:b/>
        </w:rPr>
        <w:t xml:space="preserve">[44:30] </w:t>
      </w:r>
      <w:r>
        <w:t>Banu Umayyah ke zamane mein aik thay Uqba ibn Nafi,</w:t>
      </w:r>
    </w:p>
    <w:p>
      <w:pPr>
        <w:jc w:val="right"/>
      </w:pPr>
      <w:r>
        <w:t>بنو امیہ کے زمانے میں ایک تھے عقبہ ابن نافع،</w:t>
      </w:r>
    </w:p>
    <w:p>
      <w:r>
        <w:rPr>
          <w:b/>
        </w:rPr>
        <w:t xml:space="preserve">[44:41] </w:t>
      </w:r>
      <w:r>
        <w:t>woh Africa mein dakhil hue aur chalte chalte pahunch gaye Atlantic tak. aap jante hain ke Africa idhar hai, America idhar hai, beech mein Atlantic hai.</w:t>
      </w:r>
    </w:p>
    <w:p>
      <w:pPr>
        <w:jc w:val="right"/>
      </w:pPr>
      <w:r>
        <w:t>وہ افریقہ میں داخل ہوئے اور چلتے چلتے پہنچ گئے اٹلانٹک تک۔ آپ جانتے ہیں کہ افریقہ ادھر ہے، امریکہ ادھر ہے، بیچ میں اٹلانٹک ہے۔</w:t>
      </w:r>
    </w:p>
    <w:p>
      <w:r>
        <w:rPr>
          <w:b/>
        </w:rPr>
        <w:t xml:space="preserve">[44:56] </w:t>
      </w:r>
      <w:r>
        <w:t>to aakhri hadd pe jab pahunche to wahan samandar tha, Atlantic ka samandar,</w:t>
      </w:r>
    </w:p>
    <w:p>
      <w:pPr>
        <w:jc w:val="right"/>
      </w:pPr>
      <w:r>
        <w:t>تو آخری حد پہ جب پہنچے تو وہاں سمندر تھا، اٹلانٹک کا سمندر،</w:t>
      </w:r>
    </w:p>
    <w:p>
      <w:r>
        <w:rPr>
          <w:b/>
        </w:rPr>
        <w:t xml:space="preserve">[45:02] </w:t>
      </w:r>
      <w:r>
        <w:t>is ke idhar pe kuch dikhai nahin deta tha. to unhone apna ghoda samandar mein daal diya.</w:t>
      </w:r>
    </w:p>
    <w:p>
      <w:pPr>
        <w:jc w:val="right"/>
      </w:pPr>
      <w:r>
        <w:t>اس کے ادھر پہ کچھ دکھائی نہیں دیتا تھا۔ تو انہوں نے اپنا گھوڑا سمندر میں ڈال دیا۔</w:t>
      </w:r>
    </w:p>
    <w:p>
      <w:r>
        <w:rPr>
          <w:b/>
        </w:rPr>
        <w:t xml:space="preserve">[45:13] </w:t>
      </w:r>
      <w:r>
        <w:t>unhone kaha ke: "Khudaaya, agar main janta ke is samandar ke paar bhi koi dunya hai, idhar bhi koi insaan rehte hain, to main ghus jata, yahan tak ke main wahan pahunchun aur un ko Allah ka paigham pahunchaun".</w:t>
      </w:r>
    </w:p>
    <w:p>
      <w:pPr>
        <w:jc w:val="right"/>
      </w:pPr>
      <w:r>
        <w:t>انہوں نے کہا کہ: "خدایا، اگر میں جانتا کہ اس سمندر کے پار بھی کوئی دنیا ہے، ادھر بھی کوئی انسان رہتے ہیں، تو میں گھس جاتا، یہاں تک کہ میں وہاں پہنچوں اور ان کو اللہ کا پیغام پہنچاؤں"۔</w:t>
      </w:r>
    </w:p>
    <w:p>
      <w:r>
        <w:rPr>
          <w:b/>
        </w:rPr>
        <w:t xml:space="preserve">[45:28] </w:t>
      </w:r>
      <w:r>
        <w:t>is ka matlab kya hai?</w:t>
      </w:r>
    </w:p>
    <w:p>
      <w:pPr>
        <w:jc w:val="right"/>
      </w:pPr>
      <w:r>
        <w:t>اس کا مطلب کیا ہے؟</w:t>
      </w:r>
    </w:p>
    <w:p>
      <w:r>
        <w:rPr>
          <w:b/>
        </w:rPr>
        <w:t xml:space="preserve">[45:31] </w:t>
      </w:r>
      <w:r>
        <w:t>Banu Umayyah ke zamane mein logon ko yeh pata nahin tha ke America bhi koi mulk hai, kuch khabar nahin thi.</w:t>
      </w:r>
    </w:p>
    <w:p>
      <w:pPr>
        <w:jc w:val="right"/>
      </w:pPr>
      <w:r>
        <w:t>بنو امیہ کے زمانے میں لوگوں کو یہ پتہ نہیں تھا کہ امریکہ بھی کوئی દેશ ہے، کچھ خبر نہیں تھی۔</w:t>
      </w:r>
    </w:p>
    <w:p>
      <w:r>
        <w:rPr>
          <w:b/>
        </w:rPr>
        <w:t xml:space="preserve">[45:43] </w:t>
      </w:r>
      <w:r>
        <w:t>America maujood tha lekin unhein khabar nahin thi aur communication ka wajood hi nahin tha.</w:t>
      </w:r>
    </w:p>
    <w:p>
      <w:pPr>
        <w:jc w:val="right"/>
      </w:pPr>
      <w:r>
        <w:t>امریکہ موجود تھا لیکن انہیں خبر نہیں تھی اور کمیونیکیشن کا وجود ہی نہیں تھا۔</w:t>
      </w:r>
    </w:p>
    <w:p>
      <w:r>
        <w:rPr>
          <w:b/>
        </w:rPr>
        <w:t xml:space="preserve">[45:49] </w:t>
      </w:r>
      <w:r>
        <w:t>yaani ghode par samandar paar kar ke balfarz mumkin ho safar karna, tab pahunch sakte thay wahan. ab America pahunchne ke liye aap kitabein bhejiye, wahan message bhejiye, wahan aap telephone par</w:t>
      </w:r>
    </w:p>
    <w:p>
      <w:pPr>
        <w:jc w:val="right"/>
      </w:pPr>
      <w:r>
        <w:t>یعنی گھوڑے پر سمندر پار کر کے بالفرض ممکن ہو سفر کرنا، تب پہنچ سکتے تھے وہاں۔ اب امریکہ پہنچنے کے لیے آپ کتابیں بھیجیے، وہاں میسج بھیجیے، وہاں آپ ٹیلی فون پر</w:t>
      </w:r>
    </w:p>
    <w:p>
      <w:r>
        <w:rPr>
          <w:b/>
        </w:rPr>
        <w:t xml:space="preserve">[46:06] </w:t>
      </w:r>
      <w:r>
        <w:t>internet ke zareeye contact kijiye, wahan aik aik second mein aap America tak apna message pahuncha sakte hain. to dunya ko kitna zyada aage badha diya tha in westerners ne</w:t>
      </w:r>
    </w:p>
    <w:p>
      <w:pPr>
        <w:jc w:val="right"/>
      </w:pPr>
      <w:r>
        <w:t>انٹرنیٹ کے ذریعے کنٹریکٹ کیجئے، وہاں ایک ایک سیکنڈ میں آپ امریکہ تک اپنا میسج پہنچا سکتے ہیں۔ تو دنیا کو کتنا زیادہ آگے بڑھا دیا تھا ان ویسٹرنرز نے</w:t>
      </w:r>
    </w:p>
    <w:p>
      <w:r>
        <w:rPr>
          <w:b/>
        </w:rPr>
        <w:t xml:space="preserve">[46:22] </w:t>
      </w:r>
      <w:r>
        <w:t>ke jo Muslim woh tabi the, woh ke Africa par pahunch kar samajhte thay: "hamari sarhad aa gayi, hadd aa gayi, hamari limit aa gayi, hamare is ke aage kuch bhi nahin".</w:t>
      </w:r>
    </w:p>
    <w:p>
      <w:pPr>
        <w:jc w:val="right"/>
      </w:pPr>
      <w:r>
        <w:t>کہ جو مسلم وہ تابعی تھے، وہ کہ افریقہ پر پہنچ کر سمجھتے تھے: "ہماری سرحد آ گئی، حد آ گئی، ہماری لمٹ آ گئی، ہمارے اس کے آگے کچھ بھی نہیں"۔</w:t>
      </w:r>
    </w:p>
    <w:p>
      <w:r>
        <w:rPr>
          <w:b/>
        </w:rPr>
        <w:t xml:space="preserve">[46:35] </w:t>
      </w:r>
      <w:r>
        <w:t>is ke aage tak unhone pahunchne ka mauqa de diya aap ko,</w:t>
      </w:r>
    </w:p>
    <w:p>
      <w:pPr>
        <w:jc w:val="right"/>
      </w:pPr>
      <w:r>
        <w:t>اس کے آگے تک انہوں نے پہنچنے کا موقع دے دیا آپ کو،</w:t>
      </w:r>
    </w:p>
    <w:p>
      <w:r>
        <w:rPr>
          <w:b/>
        </w:rPr>
        <w:t xml:space="preserve">[46:39] </w:t>
      </w:r>
      <w:r>
        <w:t>samundar ko par kar ke amreeka tak pahuncho, ab is australia tak pahuncho, shayad dunya mein apna message pahuncha do aur aazadi, parast aazadi.</w:t>
      </w:r>
    </w:p>
    <w:p>
      <w:pPr>
        <w:jc w:val="right"/>
      </w:pPr>
      <w:r>
        <w:t>سمندر کو پار کر کے امریکہ تک پہنچو، اب اس آسٹریلیا تک پہنچو، شاید دنیا میں اپنا میسج پہنچا دو اور آزادی، پرست آزادی۔</w:t>
      </w:r>
    </w:p>
    <w:p>
      <w:r>
        <w:rPr>
          <w:b/>
        </w:rPr>
        <w:t xml:space="preserve">[46:52] </w:t>
      </w:r>
      <w:r>
        <w:t>yeh woh log hain tareekh mein pehli baar religious freedom laye hain.</w:t>
      </w:r>
    </w:p>
    <w:p>
      <w:pPr>
        <w:jc w:val="right"/>
      </w:pPr>
      <w:r>
        <w:t>یہ وہ لوگ ہیں تاریخ میں پہلی بار ریلیجس فریڈم لائے ہیں۔</w:t>
      </w:r>
    </w:p>
    <w:p>
      <w:r>
        <w:rPr>
          <w:b/>
        </w:rPr>
        <w:t xml:space="preserve">[46:59] </w:t>
      </w:r>
      <w:r>
        <w:t>to aap dekhen kitni bari bari nematein le kar aaye thay. un ka agar un ka un ka yani kuch political, yani unhon ne kuch dabdaba qaim kiya to woh to bohat hi choti cheez thi,</w:t>
      </w:r>
    </w:p>
    <w:p>
      <w:pPr>
        <w:jc w:val="right"/>
      </w:pPr>
      <w:r>
        <w:t>تو آپ دیکھیں کتنی بڑی بڑی نعمتیں لے کر آئے تھے۔ ان کا اگر ان کا ان کا یعنی کچھ پولیٹیکل، یعنی انہوں نے کچھ دبدبہ قائم کیا تو وہ تو بہت ہی چھوٹی چیز تھی،</w:t>
      </w:r>
    </w:p>
    <w:p>
      <w:r>
        <w:rPr>
          <w:b/>
        </w:rPr>
        <w:t xml:space="preserve">[47:16] </w:t>
      </w:r>
      <w:r>
        <w:t>jo ke arab mein kehta hai "taaf" hai. mamooli cheez thi ke political dabdaba qaim kar liya. is se hazaron guna bari cheez woh laye hue thay, religious freedom laye, global communication laye,</w:t>
      </w:r>
    </w:p>
    <w:p>
      <w:pPr>
        <w:jc w:val="right"/>
      </w:pPr>
      <w:r>
        <w:t>جو کہ عرب میں کہتا ہے "طاف" ہے۔ معمولی چیز تھی کہ پولیٹیکل دبدبہ قائم کر لیا۔ اس سے ہزاروں گنا بڑی چیز وہ لائے ہوئے تھے، ریلیجس فریڈم لائے، گلوبل کمیونیکیشن لائے،</w:t>
      </w:r>
    </w:p>
    <w:p>
      <w:r>
        <w:rPr>
          <w:b/>
        </w:rPr>
        <w:t xml:space="preserve">[47:30] </w:t>
      </w:r>
      <w:r>
        <w:t>scientific evidence laye.</w:t>
      </w:r>
    </w:p>
    <w:p>
      <w:pPr>
        <w:jc w:val="right"/>
      </w:pPr>
      <w:r>
        <w:t>سائنٹیفک ایویڈنس لائے۔</w:t>
      </w:r>
    </w:p>
    <w:p>
      <w:r>
        <w:rPr>
          <w:b/>
        </w:rPr>
        <w:t xml:space="preserve">[47:33] </w:t>
      </w:r>
      <w:r>
        <w:t>ab ghhor kijiye ke is se pehle deen touheed ke paas sirf riwayati dalail thay, riwayati dalail. unhon ne pehli baar yeh mumkin banaya ke khud insaan ke apne accepted norm par,</w:t>
      </w:r>
    </w:p>
    <w:p>
      <w:pPr>
        <w:jc w:val="right"/>
      </w:pPr>
      <w:r>
        <w:t>اب غور کیجئے کہ اس سے پہلے دین توحید کے پاس صرف روایتی دلائل تھے، روایتی دلائل۔ انہوں نے پہلی بار یہ ممکن بنایا کہ خود انسان کے اپنے ایکسیپٹڈ نار پر،</w:t>
      </w:r>
    </w:p>
    <w:p>
      <w:r>
        <w:rPr>
          <w:b/>
        </w:rPr>
        <w:t xml:space="preserve">[47:48] </w:t>
      </w:r>
      <w:r>
        <w:t>accepted base par</w:t>
      </w:r>
    </w:p>
    <w:p>
      <w:pPr>
        <w:jc w:val="right"/>
      </w:pPr>
      <w:r>
        <w:t>ایکسیپٹڈ بیس پر</w:t>
      </w:r>
    </w:p>
    <w:p>
      <w:r>
        <w:rPr>
          <w:b/>
        </w:rPr>
        <w:t xml:space="preserve">[47:50] </w:t>
      </w:r>
      <w:r>
        <w:t>deen touheed ko sabit kiya ja sake. kabhi tha hi nahi aisa.</w:t>
      </w:r>
    </w:p>
    <w:p>
      <w:pPr>
        <w:jc w:val="right"/>
      </w:pPr>
      <w:r>
        <w:t>دین توحید کو ثابت کیا سکے۔ کبھی تھا ہی نہیں ایسا۔</w:t>
      </w:r>
    </w:p>
    <w:p>
      <w:r>
        <w:rPr>
          <w:b/>
        </w:rPr>
        <w:t xml:space="preserve">[47:58] </w:t>
      </w:r>
      <w:r>
        <w:t>to muslim hukmaran ko kya karna chahiye tha? woh jo sahabi ne kiya, woh kehte apne logon se ke: "These Westerners are a harbinger of a new civilization".</w:t>
      </w:r>
    </w:p>
    <w:p>
      <w:pPr>
        <w:jc w:val="right"/>
      </w:pPr>
      <w:r>
        <w:t>تو مسلم حکمران کو کیا کرنا چاہیے تھا؟ وہ جو صحابی نے کیا، وہ کہتے اپنے لوگوں سے کہ: "دیز ویسٹرنرز آر ہا بینگر آف ا نیو سویلائزیشن"۔</w:t>
      </w:r>
    </w:p>
    <w:p>
      <w:r>
        <w:rPr>
          <w:b/>
        </w:rPr>
        <w:t xml:space="preserve">[48:09] </w:t>
      </w:r>
      <w:r>
        <w:t>tum un ko bas attacker ke roop mein dekh rahe ho,</w:t>
      </w:r>
    </w:p>
    <w:p>
      <w:pPr>
        <w:jc w:val="right"/>
      </w:pPr>
      <w:r>
        <w:t>تم ان کو بس اٹیکر کے روپ میں دیکھ رہے ہو،</w:t>
      </w:r>
    </w:p>
    <w:p>
      <w:r>
        <w:rPr>
          <w:b/>
        </w:rPr>
        <w:t xml:space="preserve">[48:14] </w:t>
      </w:r>
      <w:r>
        <w:t>woh to yani one percent se bhi kam hai, more than 90 percent to yeh hai ke woh aik aik civilization laye hain, opportunities laye hain, mawaqe dawat laye hain.</w:t>
      </w:r>
    </w:p>
    <w:p>
      <w:pPr>
        <w:jc w:val="right"/>
      </w:pPr>
      <w:r>
        <w:t>وہ تو یعنی ون پرسنٹ سے بھی کم ہے، مور دین 90 پرسنٹ تو یہ ہے کہ وہ ایک ایک سویلائزیشن لائے ہیں، اپرچونیٹیز لائے ہیں، مواقع دعوت لائے ہیں۔</w:t>
      </w:r>
    </w:p>
    <w:p>
      <w:r>
        <w:rPr>
          <w:b/>
        </w:rPr>
        <w:t xml:space="preserve">[48:30] </w:t>
      </w:r>
      <w:r>
        <w:t>yani un ka jo political domination hua</w:t>
      </w:r>
    </w:p>
    <w:p>
      <w:pPr>
        <w:jc w:val="right"/>
      </w:pPr>
      <w:r>
        <w:t>یعنی ان کا جو پولیٹیکل ڈومینیشن ہوا</w:t>
      </w:r>
    </w:p>
    <w:p>
      <w:r>
        <w:rPr>
          <w:b/>
        </w:rPr>
        <w:t xml:space="preserve">[48:33] </w:t>
      </w:r>
      <w:r>
        <w:t>muslim countries mein, woh sirf one percent hissa tha un ke poore kahani ka,</w:t>
      </w:r>
    </w:p>
    <w:p>
      <w:pPr>
        <w:jc w:val="right"/>
      </w:pPr>
      <w:r>
        <w:t>مسلم کنٹریز میں، وہ صرف ون پرسنٹ حصہ تھا ان کے پورے کہانی کا،</w:t>
      </w:r>
    </w:p>
    <w:p>
      <w:r>
        <w:rPr>
          <w:b/>
        </w:rPr>
        <w:t xml:space="preserve">[48:45] </w:t>
      </w:r>
      <w:r>
        <w:t>aur 99 percent ziyada qissa jo tha, woh un ki tarqqiyan theen, un ka development tha, un ka un ki yeh sari cheezein theen jo poori tarah dawat touheed ke liye mawafeq theen.</w:t>
      </w:r>
    </w:p>
    <w:p>
      <w:pPr>
        <w:jc w:val="right"/>
      </w:pPr>
      <w:r>
        <w:t>اور 99 پرسنٹ زیادہ قصہ جو تھا، وہ ان کی ترقیاں تھیں، ان کا ڈیولپمنٹ تھا، ان کا ان کی یہ ساری چیزیں تھیں جو پوری طرح دعوت توحید کے لیے موافق تھیں۔</w:t>
      </w:r>
    </w:p>
    <w:p>
      <w:r>
        <w:rPr>
          <w:b/>
        </w:rPr>
        <w:t xml:space="preserve">[48:59] </w:t>
      </w:r>
      <w:r>
        <w:t>yani pehli baar yeh mumkin hua tha ke Quran majeed mein hai ke Rasool Allah ko bheja Allah taala ne: "liyakuna lil aalameen nazeera"</w:t>
      </w:r>
    </w:p>
    <w:p>
      <w:pPr>
        <w:jc w:val="right"/>
      </w:pPr>
      <w:r>
        <w:t>یعنی پہلی بار یہ ممکن ہوا تھا کہ قرآن مجید میں ہے کہ رسول اللہ کو بھیجا اللہ تعالی نے: "لیکون للعالمین نظیرہ"</w:t>
      </w:r>
    </w:p>
    <w:p>
      <w:r>
        <w:rPr>
          <w:b/>
        </w:rPr>
        <w:t xml:space="preserve">[49:08] </w:t>
      </w:r>
      <w:r>
        <w:t>ke saare aalam ke liye woh aagah karne wale bane hain, lekin mumkin nahi tha</w:t>
      </w:r>
    </w:p>
    <w:p>
      <w:pPr>
        <w:jc w:val="right"/>
      </w:pPr>
      <w:r>
        <w:t>کہ سارے عالم کے لیے وہ آگاہ کرنے والے بنے ہیں، لیکن ممکن نہیں تھا</w:t>
      </w:r>
    </w:p>
    <w:p>
      <w:r>
        <w:rPr>
          <w:b/>
        </w:rPr>
        <w:t xml:space="preserve">[49:16] </w:t>
      </w:r>
      <w:r>
        <w:t>kyun ke saare aalam tak kaise pahunchte? aap na communication tha, na modern geography thi, na kuch, na na pata tha, kuch pata nahi tha.</w:t>
      </w:r>
    </w:p>
    <w:p>
      <w:pPr>
        <w:jc w:val="right"/>
      </w:pPr>
      <w:r>
        <w:t>کیونکہ سارے عالم تک کیسے پہنچتے؟ آپ نہ کمیونیکیشن تھا، نہ ماڈرن جیوگرافی تھی، نہ کچھ، نہ نہ پتہ تھا، کچھ پتہ نہیں تھا۔</w:t>
      </w:r>
    </w:p>
    <w:p>
      <w:r>
        <w:rPr>
          <w:b/>
        </w:rPr>
        <w:t xml:space="preserve">[49:28] </w:t>
      </w:r>
      <w:r>
        <w:t>to target agarche yahi tha ke saare aalam tak pahunche message, lekin</w:t>
      </w:r>
    </w:p>
    <w:p>
      <w:pPr>
        <w:jc w:val="right"/>
      </w:pPr>
      <w:r>
        <w:t>تو ٹارگٹ اگرچہ یہی تھا کہ سارے عالم تک پہنچے میسج، لیکن</w:t>
      </w:r>
    </w:p>
    <w:p>
      <w:r>
        <w:rPr>
          <w:b/>
        </w:rPr>
        <w:t xml:space="preserve">[49:35] </w:t>
      </w:r>
      <w:r>
        <w:t>sadhan nahi thay, mawaqe nahi thay, opportunities nahi theen. to pehli baar sadhan diya kis ne? westerners ne.</w:t>
      </w:r>
    </w:p>
    <w:p>
      <w:pPr>
        <w:jc w:val="right"/>
      </w:pPr>
      <w:r>
        <w:t>سادھن نہیں تھے، مواقع نہیں تھے، اپرچونیٹیز نہیں تھیں۔ تو پہلی بار سادھن دیا کس نے؟ ویسٹرنرز نے۔</w:t>
      </w:r>
    </w:p>
    <w:p>
      <w:r>
        <w:rPr>
          <w:b/>
        </w:rPr>
        <w:t xml:space="preserve">[49:47] </w:t>
      </w:r>
      <w:r>
        <w:t>woh secular log thay. to is se kya hua? is se kya hua? Rasool Allah ne Abdullah ibn Uraiq jo mushrik tha, us ko apna guide banaya.</w:t>
      </w:r>
    </w:p>
    <w:p>
      <w:pPr>
        <w:jc w:val="right"/>
      </w:pPr>
      <w:r>
        <w:t>وہ سیکولر لوگ تھے۔ تو اس سے کیا ہوا؟ اس سے کیا ہوا؟ رسول اللہ نے عبداللہ ابن عریق جو مشرک تھا، اس کو اپنا گائیڈ بنایا۔</w:t>
      </w:r>
    </w:p>
    <w:p>
      <w:r>
        <w:rPr>
          <w:b/>
        </w:rPr>
        <w:t xml:space="preserve">[50:00] </w:t>
      </w:r>
      <w:r>
        <w:t>us ka mushrik hona aik alag cheez hai. Rasool Allah ne yahan alag qeidi khari,</w:t>
      </w:r>
    </w:p>
    <w:p>
      <w:pPr>
        <w:jc w:val="right"/>
      </w:pPr>
      <w:r>
        <w:t>اس کا مشرک ہونا ایک الگ چیز ہے۔ رسول اللہ نے یہاں الگ قیدی کھڑی،</w:t>
      </w:r>
    </w:p>
    <w:p>
      <w:r>
        <w:rPr>
          <w:b/>
        </w:rPr>
        <w:t xml:space="preserve">[50:06] </w:t>
      </w:r>
      <w:r>
        <w:t>yani delinking policy ikhtiyar ki. Rasool Allah Sallallahu Alaihi Wasallam ne delinking policy, mushrik hai to hua kare, hum ko guide kare ga. woh is se pehle aik aur paighambar yeh misaal qaim kar chuke thay, Hazrat Yusuf Alaihi Salam.</w:t>
      </w:r>
    </w:p>
    <w:p>
      <w:pPr>
        <w:jc w:val="right"/>
      </w:pPr>
      <w:r>
        <w:t>یعنی ڈی لنکنگ پالیسی اختیار کی۔ رسول اللہ صلی اللہ علیہ وسلم نے ڈی لنکنگ پالیسی، مشرک ہے تو ہوا کرے، ہم کو گائیڈ کرے گا۔ وہ اس سے پہلے ایک اور پیغمبر یہ مثال قائم کر چکے تھے، حضرت یوسف علیہ السلام۔</w:t>
      </w:r>
    </w:p>
    <w:p>
      <w:r>
        <w:rPr>
          <w:b/>
        </w:rPr>
        <w:t xml:space="preserve">[50:20] </w:t>
      </w:r>
      <w:r>
        <w:t>un ke zamane mein Misr mein aik badshah tha,</w:t>
      </w:r>
    </w:p>
    <w:p>
      <w:pPr>
        <w:jc w:val="right"/>
      </w:pPr>
      <w:r>
        <w:t>ان کے زمانے میں مصر میں ایک بادشاہ تھا،</w:t>
      </w:r>
    </w:p>
    <w:p>
      <w:r>
        <w:rPr>
          <w:b/>
        </w:rPr>
        <w:t xml:space="preserve">[50:26] </w:t>
      </w:r>
      <w:r>
        <w:t>to woh mushrik tha, masjid ko sharab bhi peeta tha, woh khud Quran se sabit hai, lekin us ne aik bohat bara offer de diya Hazrat Yusuf ko.</w:t>
      </w:r>
    </w:p>
    <w:p>
      <w:pPr>
        <w:jc w:val="right"/>
      </w:pPr>
      <w:r>
        <w:t>تو وہ مشرک تھا، مسجد کو شراب بھی پیتا تھا، وہ خود قرآن سے ثابت ہے، لیکن اس نے ایک بہت بڑا افر دے دیا حضرت یوسف کو۔</w:t>
      </w:r>
    </w:p>
    <w:p>
      <w:r>
        <w:rPr>
          <w:b/>
        </w:rPr>
        <w:t xml:space="preserve">[50:39] </w:t>
      </w:r>
      <w:r>
        <w:t>aaj kal ke zamane mein to yani</w:t>
      </w:r>
    </w:p>
    <w:p>
      <w:pPr>
        <w:jc w:val="right"/>
      </w:pPr>
      <w:r>
        <w:t>آج کل کے زمانے میں تو یعنی</w:t>
      </w:r>
    </w:p>
    <w:p>
      <w:r>
        <w:rPr>
          <w:b/>
        </w:rPr>
        <w:t xml:space="preserve">[50:43] </w:t>
      </w:r>
      <w:r>
        <w:t>woh goya ke food ministry thi ya ziraat ki ministry thi, lekin aap jante hain ke woh zamana jo tha, woh agricultural zamana tha.</w:t>
      </w:r>
    </w:p>
    <w:p>
      <w:pPr>
        <w:jc w:val="right"/>
      </w:pPr>
      <w:r>
        <w:t>وہ گویا کہ فوڈ منسٹری تھی یا زراعت کی منسٹری تھی، لیکن آپ جانتے ہیں کہ وہ زمانہ جو تھا، وہ ایگریکلچرل زمانہ تھا۔</w:t>
      </w:r>
    </w:p>
    <w:p>
      <w:r>
        <w:rPr>
          <w:b/>
        </w:rPr>
        <w:t xml:space="preserve">[50:59] </w:t>
      </w:r>
      <w:r>
        <w:t>saari economy base karti thi agriculture par,</w:t>
      </w:r>
    </w:p>
    <w:p>
      <w:pPr>
        <w:jc w:val="right"/>
      </w:pPr>
      <w:r>
        <w:t>ساری اکانومی بیس کرتی تھی ایگریکلچر پر،</w:t>
      </w:r>
    </w:p>
    <w:p>
      <w:r>
        <w:rPr>
          <w:b/>
        </w:rPr>
        <w:t xml:space="preserve">[51:02] </w:t>
      </w:r>
      <w:r>
        <w:t>aur toh kuch tha nahi, koi industry nahi, kuch bhi nahi, kuch bhi nahi. toh sab kuch jo insaan ke paas hota tha, woh agriculture.</w:t>
      </w:r>
    </w:p>
    <w:p>
      <w:pPr>
        <w:jc w:val="right"/>
      </w:pPr>
      <w:r>
        <w:t>اور تو کچھ تھا نہیں، کوئی انڈسٹری نہیں، کچھ بھی نہیں، کچھ بھی نہیں۔ تو سب کچھ جو انسان کے پاس ہوتا تھا، وہ ایگریکلچر۔</w:t>
      </w:r>
    </w:p>
    <w:p>
      <w:r>
        <w:rPr>
          <w:b/>
        </w:rPr>
        <w:t xml:space="preserve">[51:11] </w:t>
      </w:r>
      <w:r>
        <w:t>toh agriculture ke maani the, yani sab kuch unke ikhtiyar mein aa gaya. toh goya ke Hazrat Yusuf علیہ السلام ki hesiyat prime minister ki thi.</w:t>
      </w:r>
    </w:p>
    <w:p>
      <w:pPr>
        <w:jc w:val="right"/>
      </w:pPr>
      <w:r>
        <w:t>تو ایگریکلچر کے معنی تھے، یعنی سب کچھ ان کے اختیار میں آ گیا۔ تو گویا کہ حضرت یوسف علیہ السلام کی حیثیت پرائم منسٹر کی تھی۔</w:t>
      </w:r>
    </w:p>
    <w:p>
      <w:r>
        <w:rPr>
          <w:b/>
        </w:rPr>
        <w:t xml:space="preserve">[51:24] </w:t>
      </w:r>
      <w:r>
        <w:t>baap woh badshah aaya tha, woh ek figure head ke taur par tha, bas figure head ke taur par. toh unhon ne kya? unko alag kar ke dekha.</w:t>
      </w:r>
    </w:p>
    <w:p>
      <w:pPr>
        <w:jc w:val="right"/>
      </w:pPr>
      <w:r>
        <w:t>باپ وہ بادشاہ آیا تھا، وہ ایک فگر ہیڈ کے طور پر تھا، بس فگر ہیڈ کے طور پر۔ تو انہوں نے کیا؟ ان کو الگ کر کے دیکھا۔</w:t>
      </w:r>
    </w:p>
    <w:p>
      <w:r>
        <w:rPr>
          <w:b/>
        </w:rPr>
        <w:t xml:space="preserve">[51:36] </w:t>
      </w:r>
      <w:r>
        <w:t>he was able to differentiate between the two ke theek hai, woh mushrik hai toh hua kare, sharab peeta hai toh uski zaat mahal mein apna sharab pee raha hai, lekin saari duniya toh hum ko de raha hai, saara Misr hum ko de raha hai.</w:t>
      </w:r>
    </w:p>
    <w:p>
      <w:pPr>
        <w:jc w:val="right"/>
      </w:pPr>
      <w:r>
        <w:t>ہی واز ایبل ٹو ڈیفرنشیٹ بٹوین دا ٹو کہ ٹھیک ہے، وہ مشرک ہے تو ہوا کرے، شراب پیتا ہے تو اس کی ذات محل میں اپنا شراب پی رہا ہے، لیکن ساری دنیا تو ہم کو دے رہا ہے، سارا مصر ہم کو دے رہا ہے۔</w:t>
      </w:r>
    </w:p>
    <w:p>
      <w:r>
        <w:rPr>
          <w:b/>
        </w:rPr>
        <w:t xml:space="preserve">[51:48] </w:t>
      </w:r>
      <w:r>
        <w:t>aap ko marriage karo toh</w:t>
      </w:r>
    </w:p>
    <w:p>
      <w:pPr>
        <w:jc w:val="right"/>
      </w:pPr>
      <w:r>
        <w:t>آپ کو میرج کرو تو</w:t>
      </w:r>
    </w:p>
    <w:p>
      <w:r>
        <w:rPr>
          <w:b/>
        </w:rPr>
        <w:t xml:space="preserve">[51:50] </w:t>
      </w:r>
      <w:r>
        <w:t>isko accept kar liya. isko toh yeh hai al-fursan bayn al-shi'a. toh is zamane mein jo ulama paida hue, jo rehnuma paida hue, one to all, sab ke sab baghair in exception fail ho gaye is wisdom ko samajhne mein.</w:t>
      </w:r>
    </w:p>
    <w:p>
      <w:pPr>
        <w:jc w:val="right"/>
      </w:pPr>
      <w:r>
        <w:t>اس کو ایکسیپٹ کر لیا۔ اس کو تو یہ ہے الفصل بین الشیع۔ تو اس زمانے میں جو علماء پیدا ہوئے، جو رہنما پیدا ہوئے، ون ٹو آل، سب کے سب بغیر ان ایکسیپشن فیل ہو گئے اس وزڈم کو سمجھنے میں۔</w:t>
      </w:r>
    </w:p>
    <w:p>
      <w:r>
        <w:rPr>
          <w:b/>
        </w:rPr>
        <w:t xml:space="preserve">[52:09] </w:t>
      </w:r>
      <w:r>
        <w:t>yeh wisdom ko samajhne mein kaisi ajeeb baat hai! woh kehti hai kya hua ke Islam ka jo ek daur aaya tha, woh avail nahi ho saka.</w:t>
      </w:r>
    </w:p>
    <w:p>
      <w:pPr>
        <w:jc w:val="right"/>
      </w:pPr>
      <w:r>
        <w:t>یہ وزڈم کو سمجھنے میں کیسی عجیب بات ہے! وہ کہتی ہے کیا ہوا کہ اسلام کا جو ایک دور آیا تھا، وہ اویل نہیں ہو سکا۔</w:t>
      </w:r>
    </w:p>
    <w:p>
      <w:r>
        <w:rPr>
          <w:b/>
        </w:rPr>
        <w:t xml:space="preserve">[52:21] </w:t>
      </w:r>
      <w:r>
        <w:t>ek naye mawaqe dawat aaye the, woh avail nahi ho sake. aur learn ab ana, learn ab ana, learn ab ana!</w:t>
      </w:r>
    </w:p>
    <w:p>
      <w:pPr>
        <w:jc w:val="right"/>
      </w:pPr>
      <w:r>
        <w:t>ایک نئے مواقع دعوت آئے تھے، وہ اویل نہیں ہو سکے۔ اور لرن اب انا، لرن اب انا، لرن اب انا!</w:t>
      </w:r>
    </w:p>
    <w:p>
      <w:r>
        <w:rPr>
          <w:b/>
        </w:rPr>
        <w:t xml:space="preserve">[52:30] </w:t>
      </w:r>
      <w:r>
        <w:t>kaisi ajeeb baat hai! koi ek shakhs bhi nahi khada ho ke kehne wala utha ke bhai tum kyun ladte ho in ko?</w:t>
      </w:r>
    </w:p>
    <w:p>
      <w:pPr>
        <w:jc w:val="right"/>
      </w:pPr>
      <w:r>
        <w:t>کیسی عجیب بات ہے! کوئی ایک شخص بھی نہیں کھڑا ہو کے کہنے والا اٹھا کہ بھئی تم کیوں لڑتے ہو ان کو؟</w:t>
      </w:r>
    </w:p>
    <w:p>
      <w:r>
        <w:rPr>
          <w:b/>
        </w:rPr>
        <w:t xml:space="preserve">[52:39] </w:t>
      </w:r>
      <w:r>
        <w:t>they are harbinger of new civilization! woh toh naye mawaqe laye hain, naye opportunities laye hain, woh khud hamare liye</w:t>
      </w:r>
    </w:p>
    <w:p>
      <w:pPr>
        <w:jc w:val="right"/>
      </w:pPr>
      <w:r>
        <w:t>دے آر ہا بینگر آف نیو سویلائزیشن! وہ تو نئے مواقع لائے ہیں، نئے اپرچونیٹیز لائے ہیں، وہ خود ہمارے لیے</w:t>
      </w:r>
    </w:p>
    <w:p>
      <w:r>
        <w:rPr>
          <w:b/>
        </w:rPr>
        <w:t xml:space="preserve">[52:48] </w:t>
      </w:r>
      <w:r>
        <w:t>karamad cheezein laye hain jo jis ko hum istemal karein Islam ke dawat ke liye. aur woh woh ayat yahan mukammal ho rahi hai: "wa qatil la takuf takun fidun kulli lillah".</w:t>
      </w:r>
    </w:p>
    <w:p>
      <w:pPr>
        <w:jc w:val="right"/>
      </w:pPr>
      <w:r>
        <w:t>کارآمد چیزیں لائے ہیں جو جس کو ہم استعمال کریں اسلام کے دعوت کے لیے۔ اور وہ وہ آیت یہاں مکمل ہو رہی ہے: "وقاتل لا تکوف تكون فدو کل للہ"۔</w:t>
      </w:r>
    </w:p>
    <w:p>
      <w:r>
        <w:rPr>
          <w:b/>
        </w:rPr>
        <w:t xml:space="preserve">[53:01] </w:t>
      </w:r>
      <w:r>
        <w:t>yeh toh inhi logon ki zariye se ho raha hai, inhi secular logon ki zariye se.</w:t>
      </w:r>
    </w:p>
    <w:p>
      <w:pPr>
        <w:jc w:val="right"/>
      </w:pPr>
      <w:r>
        <w:t>یہ تو انہی لوگوں کی ذریعے سے ہو رہا ہے، انہی سیکولر لوگوں کی ذریعے سے۔</w:t>
      </w:r>
    </w:p>
    <w:p>
      <w:r>
        <w:rPr>
          <w:b/>
        </w:rPr>
        <w:t xml:space="preserve">[53:08] </w:t>
      </w:r>
      <w:r>
        <w:t>aur mazeed yeh hai ke iske pesheen ko yeh khud hadith mein maujood thi. Bukhari ki riwayat hai ke "innallaha layudayid bi al-rajul al-fajir".</w:t>
      </w:r>
    </w:p>
    <w:p>
      <w:pPr>
        <w:jc w:val="right"/>
      </w:pPr>
      <w:r>
        <w:t>اور مزید یہ ہے کہ اس کے پیشین کو یہ خود حدیث میں موجود تھی۔ بخاری کی روایت ہے کہ "ان اللہ لاید حضرت دن بالرجل الفاجر"۔</w:t>
      </w:r>
    </w:p>
    <w:p>
      <w:r>
        <w:rPr>
          <w:b/>
        </w:rPr>
        <w:t xml:space="preserve">[53:17] </w:t>
      </w:r>
      <w:r>
        <w:t>yani secular logon ke zariye Allah taala madad karega. yahi toh hain, in secular logon! yahi toh hain secular log!</w:t>
      </w:r>
    </w:p>
    <w:p>
      <w:pPr>
        <w:jc w:val="right"/>
      </w:pPr>
      <w:r>
        <w:t>یعنی سیکولر لوگوں کے ذریعے اللہ تعالی مدد کرے گا۔ یہی تو تو ہیں، ان سیکولر لوگ! یہی تو ہیں سیکولر لوگ!</w:t>
      </w:r>
    </w:p>
    <w:p>
      <w:r>
        <w:rPr>
          <w:b/>
        </w:rPr>
        <w:t xml:space="preserve">[53:29] </w:t>
      </w:r>
      <w:r>
        <w:t>toh 21st century mein yeh hai karna ka kaam</w:t>
      </w:r>
    </w:p>
    <w:p>
      <w:pPr>
        <w:jc w:val="right"/>
      </w:pPr>
      <w:r>
        <w:t>تو 21 سینچری میں یہ ہے کرنا کا کام</w:t>
      </w:r>
    </w:p>
    <w:p>
      <w:r>
        <w:rPr>
          <w:b/>
        </w:rPr>
        <w:t xml:space="preserve">[53:36] </w:t>
      </w:r>
      <w:r>
        <w:t>ke hum apni ghalti ka etiraf karein ke jin rehnumaon ko bade bade laqab de rakhe hain, woh sab jhoote laqab hain, bade bade alqab de rakhe hain.</w:t>
      </w:r>
    </w:p>
    <w:p>
      <w:pPr>
        <w:jc w:val="right"/>
      </w:pPr>
      <w:r>
        <w:t>کہ ہم اپنی غلطی کا اعتراف کریں کہ جن رہنماؤں کو بڑے بڑے لقب دے رکھے ہیں، وہ سب جھوٹے لقب ہیں، بڑے بڑے القاب دے رکھے ہیں۔</w:t>
      </w:r>
    </w:p>
    <w:p>
      <w:r>
        <w:rPr>
          <w:b/>
        </w:rPr>
        <w:t xml:space="preserve">[53:51] </w:t>
      </w:r>
      <w:r>
        <w:t>koi Quaid-e-Azam hai, koi Quaid-e-Azam hai, koi pata nahi kya hai, kaun Azam hai! toh yeh sab bilkul darya mein phenk dijiye, in alqab ko, apni ghalti ko maaniye, aur jo mawaqe aa chuke hain, un ko jaaniye aur un ko avail kijiye.</w:t>
      </w:r>
    </w:p>
    <w:p>
      <w:pPr>
        <w:jc w:val="right"/>
      </w:pPr>
      <w:r>
        <w:t>کوئی مفق اعظم ہے، کوئی قائد اعظم ہے، کوئی پتہ نہیں کیا ہے، کون اعظم ہے! تو یہ سب بالکل دریا میں پھینک دیجئے، ان القاب کو، اپنی غلطی کو مانیے، اور جو مواقع آ چکے ہیں، ان کو جانیے اور ان کو اویل کیجئے۔</w:t>
      </w:r>
    </w:p>
    <w:p>
      <w:r>
        <w:rPr>
          <w:b/>
        </w:rPr>
        <w:t xml:space="preserve">[54:11] </w:t>
      </w:r>
      <w:r>
        <w:t>taake woh daur aaye jo hadith mein aaye ke "adkhil al-kalimah fi kull al-buyut". saare aalami, saare alam mein, har ghar, har jahan bhi insaan rehta hai, wahan par Allah ki baat pahunch jaye.</w:t>
      </w:r>
    </w:p>
    <w:p>
      <w:pPr>
        <w:jc w:val="right"/>
      </w:pPr>
      <w:r>
        <w:t>تاکہ وہ دور آئے جو حدیث میں آئے کہ "ادخل الکلمہ فی کل البیوت"۔ سارے عالمی، سارے عالم میں، ہر گھر، ہر جہاں بھی انسان رہتا ہے، وہاں پر اللہ کی بات پہنچ جائے۔</w:t>
      </w:r>
    </w:p>
    <w:p>
      <w:r>
        <w:rPr>
          <w:b/>
        </w:rPr>
        <w:t xml:space="preserve">[54:28] </w:t>
      </w:r>
      <w:r>
        <w:t>toh pehle mumkin nahi tha, yeh toh pehli baar mumkin hua hai.</w:t>
      </w:r>
    </w:p>
    <w:p>
      <w:pPr>
        <w:jc w:val="right"/>
      </w:pPr>
      <w:r>
        <w:t>تو پہلے ممکن نہیں تھا، یہ تو پہلی بار ممکن ہوا ہے۔</w:t>
      </w:r>
    </w:p>
    <w:p>
      <w:r>
        <w:rPr>
          <w:b/>
        </w:rPr>
        <w:t xml:space="preserve">[54:33] </w:t>
      </w:r>
      <w:r>
        <w:t>kisi bhi daur mein, Hazrat Adam se le kar Rasool Allah tak, kabhi mumkin hi nahi tha ke saare alam ki satah par paigham rasani ki jaye. sadhan nahi the, resources nahi the,</w:t>
      </w:r>
    </w:p>
    <w:p>
      <w:pPr>
        <w:jc w:val="right"/>
      </w:pPr>
      <w:r>
        <w:t>کسی بھی دور میں، حضرت آدم سے لے کر رسول اللہ تک، کبھی ممکن ہی نہیں تھا کہ سارے عالم کی سطح پر پیغام رسانی کی جائے۔ سادھن نہیں تھے، ریسورسز نہیں تھے،</w:t>
      </w:r>
    </w:p>
    <w:p>
      <w:r>
        <w:rPr>
          <w:b/>
        </w:rPr>
        <w:t xml:space="preserve">[54:47] </w:t>
      </w:r>
      <w:r>
        <w:t>woh woh halaat nahi the. inhi logon ne, yani maujooda modern civilization jo kehte hain hum, jis ko ke mazak udate rahe,</w:t>
      </w:r>
    </w:p>
    <w:p>
      <w:pPr>
        <w:jc w:val="right"/>
      </w:pPr>
      <w:r>
        <w:t>وہ وہ حالات نہیں تھے۔ انہی لوگوں نے، یعنی موجودہ ماڈرن سویلائزیشن جو کہتے ہیں ہم، جس کو کہ مذاق اڑاتے رہے،</w:t>
      </w:r>
    </w:p>
    <w:p>
      <w:r>
        <w:rPr>
          <w:b/>
        </w:rPr>
        <w:t xml:space="preserve">[54:57] </w:t>
      </w:r>
      <w:r>
        <w:t>yani hamare bade bade log mazak udate rahe. Iqbal jaisa aadmi jo Europe gaya, wohi mazak udata tha. Iqbal, Akbar Ilahabadi, Syed Qutb, Jawaduddin Afghani, sab maghrib tehzeeb ko mazak udate rahe.</w:t>
      </w:r>
    </w:p>
    <w:p>
      <w:pPr>
        <w:jc w:val="right"/>
      </w:pPr>
      <w:r>
        <w:t>یعنی ہمارے بڑے بڑے لوگ مذاق اڑاتے رہے۔ اقبال جیسا آدمی جو یورپ گیا، وہی مذاق اڑاتا تھا۔ اقبال، اکبر الہ آبادی، سید قطب، جواد الدین افغانی، سب مغرب تہذیب کو مذاق اڑاتے رہے۔</w:t>
      </w:r>
    </w:p>
    <w:p>
      <w:r>
        <w:rPr>
          <w:b/>
        </w:rPr>
        <w:t xml:space="preserve">[55:14] </w:t>
      </w:r>
      <w:r>
        <w:t>kyun jana nahi unhon ne is ko? toh ab toh jaaniye,</w:t>
      </w:r>
    </w:p>
    <w:p>
      <w:pPr>
        <w:jc w:val="right"/>
      </w:pPr>
      <w:r>
        <w:t>کیوں جانا نہیں انہوں نے اس کو؟ تو اب تو جانیے،</w:t>
      </w:r>
    </w:p>
    <w:p>
      <w:r>
        <w:rPr>
          <w:b/>
        </w:rPr>
        <w:t xml:space="preserve">[55:22] </w:t>
      </w:r>
      <w:r>
        <w:t>der aayat durust aayat nahin. ab se agar hum is baat daryaft karein, lekin is ke liye kya karna hoga? apni ghalti ko maanna hoga, nafraton ko khatm karna hoga, hathiyaar ko darya mein phenk dena hoga.</w:t>
      </w:r>
    </w:p>
    <w:p>
      <w:pPr>
        <w:jc w:val="right"/>
      </w:pPr>
      <w:r>
        <w:t>دیر آیت درست آیت نہیں۔ اب سے اگر ہم اس بات دریافت کریں، لیکن اس کے لیے کیا کرنا ہوگا؟ اپنی غلطی کو ماننا ہوگا، نفرتوں کو ختم کرنا ہوگا، ہتھیار کو دریا میں پھینک دینا ہوگا۔</w:t>
      </w:r>
    </w:p>
    <w:p>
      <w:r>
        <w:rPr>
          <w:b/>
        </w:rPr>
        <w:t xml:space="preserve">[55:36] </w:t>
      </w:r>
      <w:r>
        <w:t>yeh jo jihad ka yahan ladaai ho rahi hai, is ko haraam samajhna padega, chhod dena padega, is ko</w:t>
      </w:r>
    </w:p>
    <w:p>
      <w:pPr>
        <w:jc w:val="right"/>
      </w:pPr>
      <w:r>
        <w:t>یہ جو جہاد کا یہاں لڑائی ہو رہی ہے، اس کو حرام سمجھنا پڑے گا، چھوڑ دینا پڑے گا، اس کو</w:t>
      </w:r>
    </w:p>
    <w:p>
      <w:r>
        <w:rPr>
          <w:b/>
        </w:rPr>
        <w:t xml:space="preserve">[55:44] </w:t>
      </w:r>
      <w:r>
        <w:t>poori tarah peaceful banna padega. dil se, dil se poori tarah peaceful! tab ja kar yeh mumkin hoga ke aap discover karein opportunities ko aur is ko avail kar sakein,</w:t>
      </w:r>
    </w:p>
    <w:p>
      <w:pPr>
        <w:jc w:val="right"/>
      </w:pPr>
      <w:r>
        <w:t>پوری طرح پیس فل بننا پڑے گا۔ دل سے، دل سے پوری طرح پیس فل! تب جا کر یہ ممکن ہوگا کہ آپ ڈسکور کریں اپرچونیٹیز کو اور اس کو اویل کر سکیں،</w:t>
      </w:r>
    </w:p>
    <w:p>
      <w:r>
        <w:rPr>
          <w:b/>
        </w:rPr>
        <w:t xml:space="preserve">[56:02] </w:t>
      </w:r>
      <w:r>
        <w:t>Allah ke paigham ko duniya mein pahunchane ke liye.</w:t>
      </w:r>
    </w:p>
    <w:p>
      <w:pPr>
        <w:jc w:val="right"/>
      </w:pPr>
      <w:r>
        <w:t>اللہ کے پیغام کو دنیا میں پہنچانے کے لیے۔</w:t>
      </w:r>
    </w:p>
    <w:p>
      <w:r>
        <w:rPr>
          <w:b/>
        </w:rPr>
        <w:t xml:space="preserve">[56:09] </w:t>
      </w:r>
      <w:r>
        <w:t>to yeh hai 21 century ka message</w:t>
      </w:r>
    </w:p>
    <w:p>
      <w:pPr>
        <w:jc w:val="right"/>
      </w:pPr>
      <w:r>
        <w:t>تو یہ ہے 21 سینچری کا میسج</w:t>
      </w:r>
    </w:p>
    <w:p>
      <w:r>
        <w:rPr>
          <w:b/>
        </w:rPr>
        <w:t xml:space="preserve">[56:16] </w:t>
      </w:r>
      <w:r>
        <w:t>in logon ke liye.</w:t>
      </w:r>
    </w:p>
    <w:p>
      <w:pPr>
        <w:jc w:val="right"/>
      </w:pPr>
      <w:r>
        <w:t>ان لوگوں کے لیے۔</w:t>
      </w:r>
    </w:p>
    <w:p>
      <w:r>
        <w:rPr>
          <w:b/>
        </w:rPr>
        <w:t xml:space="preserve">[56:21] </w:t>
      </w:r>
      <w:r>
        <w:t>aaj kal, abhi mein ne jaldi akhbaar mein padha tha: "farzandaan-e-tauheed". kya farzandaan-e-tauheed kya hoti hai? kya cheez hai?</w:t>
      </w:r>
    </w:p>
    <w:p>
      <w:pPr>
        <w:jc w:val="right"/>
      </w:pPr>
      <w:r>
        <w:t>آج کل، ابھی میں نے جلدی اخبار میں پڑھا تھا: "فرزندان توحید"۔ کیا فرزندان توحید کیا ہوتی ہے؟ کیا چیز ہے؟</w:t>
      </w:r>
    </w:p>
    <w:p>
      <w:r>
        <w:rPr>
          <w:b/>
        </w:rPr>
        <w:t xml:space="preserve">[56:33] </w:t>
      </w:r>
      <w:r>
        <w:t>yaani fakhr ka ek lafz nikaal rakha hai: "farzandaan-e-tauheed" aur pata nahin kya kya ajeeb-o-ghareeb alfaaz. aur sab log andhe behre jee rahe hain, koi khabar hi nahin kisi ko ke Sahaba kya the, tauheed ka matlab kya hai, Rasool Allah ka message kya hai.</w:t>
      </w:r>
    </w:p>
    <w:p>
      <w:pPr>
        <w:jc w:val="right"/>
      </w:pPr>
      <w:r>
        <w:t>یعنی فخر کا ایک لفظ نکال رکھا ہے: "فرزندان توحید" اور پتہ نہیں کیا کیا عجیب و غریب الفاظ۔ اور سب لوگ اندھے بہرے جی رہے ہیں، کوئی خبر ہی نہیں کسی کو کہ صحابہ کیا تھے، توحید کا مطلب کیا ہے، رسول اللہ کا میسج کیا ہے۔</w:t>
      </w:r>
    </w:p>
    <w:p>
      <w:r>
        <w:rPr>
          <w:b/>
        </w:rPr>
        <w:t xml:space="preserve">[56:48] </w:t>
      </w:r>
      <w:r>
        <w:t>kuch khabar nahin, bas alfaaz bolte hain, bade bade fakhr ke alfaaz.</w:t>
      </w:r>
    </w:p>
    <w:p>
      <w:pPr>
        <w:jc w:val="right"/>
      </w:pPr>
      <w:r>
        <w:t>کچھ خبر نہیں، بس الفاظ بولتے ہیں، بڑے بڑے فخر کے الفاظ۔</w:t>
      </w:r>
    </w:p>
    <w:p>
      <w:r>
        <w:rPr>
          <w:b/>
        </w:rPr>
        <w:t xml:space="preserve">[56:57] </w:t>
      </w:r>
      <w:r>
        <w:t>yeh baat hamein discover karni padegi ke Allah Ta'ala ke khaas khaas, yaani taufeeq se, Allah Ta'ala ki madad madad se yeh hua ke tareekh mein ek process jaari hua.</w:t>
      </w:r>
    </w:p>
    <w:p>
      <w:pPr>
        <w:jc w:val="right"/>
      </w:pPr>
      <w:r>
        <w:t>یہ بات ہمیں ڈسکور کرنی پڑے گی کہ اللہ تعالی کے خاص الخاص، یعنی توفیق سے، اللہ تعالی کی مدد مدد سے یہ ہوا کہ تاریخ میں ایک پروسیس جاری ہوا۔</w:t>
      </w:r>
    </w:p>
    <w:p>
      <w:r>
        <w:rPr>
          <w:b/>
        </w:rPr>
        <w:t xml:space="preserve">[57:11] </w:t>
      </w:r>
      <w:r>
        <w:t>is process ka culmination hua western Europe mein, is se ek civilization bani. is civilization se naye mauqe paida hue, in terms of</w:t>
      </w:r>
    </w:p>
    <w:p>
      <w:pPr>
        <w:jc w:val="right"/>
      </w:pPr>
      <w:r>
        <w:t>اس پروسیس کا کلمیشن ہوا ویسٹرن یورپ میں، اس سے ایک سویلائزیشن بنی۔ اس سویلائزیشن سے نئے مواقع پیدا ہوئے، ان ٹرمز آف</w:t>
      </w:r>
    </w:p>
    <w:p>
      <w:r>
        <w:rPr>
          <w:b/>
        </w:rPr>
        <w:t xml:space="preserve">[57:21] </w:t>
      </w:r>
      <w:r>
        <w:t>religious freedom, in terms of modern communication, in terms of scientific evidence.</w:t>
      </w:r>
    </w:p>
    <w:p>
      <w:pPr>
        <w:jc w:val="right"/>
      </w:pPr>
      <w:r>
        <w:t>ریلیجس فریڈم، ان ٹرمز آف ماڈرن کمیونیکیشن، ان ٹرمز آف سائنٹیفک ایویڈنس۔</w:t>
      </w:r>
    </w:p>
    <w:p>
      <w:r>
        <w:rPr>
          <w:b/>
        </w:rPr>
        <w:t xml:space="preserve">[57:30] </w:t>
      </w:r>
      <w:r>
        <w:t>lekin farishta koi awaaz dene wala nahin aayega, woh aap ko daryaft karna padega. to aap daryaft karein in opportunities ko,</w:t>
      </w:r>
    </w:p>
    <w:p>
      <w:pPr>
        <w:jc w:val="right"/>
      </w:pPr>
      <w:r>
        <w:t>لیکن فرشتہ کوئی آواز دینے والا نہیں آئے گا، وہ آپ کو دریافت کرنا پڑے گا۔ تو آپ دریافت کریں ان اپرچونیٹیز کو،</w:t>
      </w:r>
    </w:p>
    <w:p>
      <w:r>
        <w:rPr>
          <w:b/>
        </w:rPr>
        <w:t xml:space="preserve">[57:39] </w:t>
      </w:r>
      <w:r>
        <w:t>aur phir ek ek bahut zabardast peaceful planning ke zariye se, peaceful planning ke zariye se is ko avail karein.</w:t>
      </w:r>
    </w:p>
    <w:p>
      <w:pPr>
        <w:jc w:val="right"/>
      </w:pPr>
      <w:r>
        <w:t>اور پھر ایک ایک بہت زبردست پیس فل پلاننگ کے ذریعے سے، پیس فل پلاننگ کے ذریعے سے اس کو اویل کریں۔</w:t>
      </w:r>
    </w:p>
    <w:p>
      <w:r>
        <w:rPr>
          <w:b/>
        </w:rPr>
        <w:t xml:space="preserve">[57:49] </w:t>
      </w:r>
      <w:r>
        <w:t>kis ke liye? dawat ke kaam ke liye. ek hi mission hai, dekhiye: dawat ladaai mission nahin hai,</w:t>
      </w:r>
    </w:p>
    <w:p>
      <w:pPr>
        <w:jc w:val="right"/>
      </w:pPr>
      <w:r>
        <w:t>کس کے لیے؟ دعوت کے کام کے لیے۔ ایک ہی مشن ہے، دیکھیے: دعوت لڑائی مشن نہیں ہے،</w:t>
      </w:r>
    </w:p>
    <w:p>
      <w:r>
        <w:rPr>
          <w:b/>
        </w:rPr>
        <w:t xml:space="preserve">[57:57] </w:t>
      </w:r>
      <w:r>
        <w:t>so called milli jo woh milli work, woh mission nahin hai. yeh jitne bhi hain, social work, milli work aur political work, yeh sab kuch bhi nahin hai, nothing.</w:t>
      </w:r>
    </w:p>
    <w:p>
      <w:pPr>
        <w:jc w:val="right"/>
      </w:pPr>
      <w:r>
        <w:t>سو کالڈ ملی جو وہ ملی ورک، وہ مشن نہیں ہے۔ یہ جتنے بھی ہیں، سوشل ورک، ملی ورک اور پولیٹیکل ورک، یہ سب کچھ بھی نہیں ہے، نتھنگ۔</w:t>
      </w:r>
    </w:p>
    <w:p>
      <w:r>
        <w:rPr>
          <w:b/>
        </w:rPr>
        <w:t xml:space="preserve">[58:10] </w:t>
      </w:r>
      <w:r>
        <w:t>ek hi kaam hai dawat, yaani Allah ke paigham ko</w:t>
      </w:r>
    </w:p>
    <w:p>
      <w:pPr>
        <w:jc w:val="right"/>
      </w:pPr>
      <w:r>
        <w:t>ایک ہی کام ہے دعوت، یعنی اللہ کے پیغام کو</w:t>
      </w:r>
    </w:p>
    <w:p>
      <w:r>
        <w:rPr>
          <w:b/>
        </w:rPr>
        <w:t xml:space="preserve">[58:18] </w:t>
      </w:r>
      <w:r>
        <w:t>paigham maane, yaani creation plan of God se duniya ko ba-khabar karna. dawat yahi hai:</w:t>
      </w:r>
    </w:p>
    <w:p>
      <w:pPr>
        <w:jc w:val="right"/>
      </w:pPr>
      <w:r>
        <w:t>پیغام مانے، یعنی کریشن پلان آف گاڈ سے دنیا کو باخبر کرنا۔ دعوت یہی ہے:</w:t>
      </w:r>
    </w:p>
    <w:p>
      <w:r>
        <w:rPr>
          <w:b/>
        </w:rPr>
        <w:t xml:space="preserve">[58:28] </w:t>
      </w:r>
      <w:r>
        <w:t>to make people aware of creation plan of God. logon ko batana ke Allah ka mansooba takhleeq kya hai, yeh duniya ke baare mein yahi dawat hai.</w:t>
      </w:r>
    </w:p>
    <w:p>
      <w:pPr>
        <w:jc w:val="right"/>
      </w:pPr>
      <w:r>
        <w:t>ٹو میک پیپل اویئر آف کریشن پلان آف گاڈ۔ لوگوں کو بتانا کہ اللہ کا منصوبہ تخلیق کیا ہے، یہ دنیا کے بارے میں یہی دعوت ہے۔</w:t>
      </w:r>
    </w:p>
    <w:p>
      <w:r>
        <w:rPr>
          <w:b/>
        </w:rPr>
        <w:t xml:space="preserve">[58:42] </w:t>
      </w:r>
      <w:r>
        <w:t>dawat koi hukoomat, dawat ka koi ta'alluq na hukoomat se hai, na empire se hai,</w:t>
      </w:r>
    </w:p>
    <w:p>
      <w:pPr>
        <w:jc w:val="right"/>
      </w:pPr>
      <w:r>
        <w:t>دعوت کوئی حکومت، دعوت کا کوئی تعلق نہ حکومت سے ہے، نہ ایمپائر سے ہے،</w:t>
      </w:r>
    </w:p>
    <w:p>
      <w:r>
        <w:rPr>
          <w:b/>
        </w:rPr>
        <w:t xml:space="preserve">[58:50] </w:t>
      </w:r>
      <w:r>
        <w:t>na yaani milli taraqqiyon se hai, kisi cheez se nahin. yeh sab alag cheezein hain, bilkul alag cheezein hain.</w:t>
      </w:r>
    </w:p>
    <w:p>
      <w:pPr>
        <w:jc w:val="right"/>
      </w:pPr>
      <w:r>
        <w:t>نہ یعنی ملی ترقیوں سے ہے، کسی چیز سے نہیں۔ یہ سب الگ چیزیں ہیں، بالکل الگ چیزیں ہیں۔</w:t>
      </w:r>
    </w:p>
    <w:p>
      <w:r>
        <w:rPr>
          <w:b/>
        </w:rPr>
        <w:t xml:space="preserve">[59:01] </w:t>
      </w:r>
      <w:r>
        <w:t>dawat poori tarah ek peaceful struggle hai, aur is struggle ka ek hi nuqta hai:</w:t>
      </w:r>
    </w:p>
    <w:p>
      <w:pPr>
        <w:jc w:val="right"/>
      </w:pPr>
      <w:r>
        <w:t>دعوت پوری طرح ایک پیس فل اسٹرگل ہے، اور اس اسٹرگل کا ایک ہی نقطہ ہے:</w:t>
      </w:r>
    </w:p>
    <w:p>
      <w:r>
        <w:rPr>
          <w:b/>
        </w:rPr>
        <w:t xml:space="preserve">[59:08] </w:t>
      </w:r>
      <w:r>
        <w:t>to make people aware of the creation plan of God. log jaan lein ke Khuda ne kyun paida kiya insaan ko,</w:t>
      </w:r>
    </w:p>
    <w:p>
      <w:pPr>
        <w:jc w:val="right"/>
      </w:pPr>
      <w:r>
        <w:t>ٹو میک پیپل اویئر آف دا کریشن پلان آف گاڈ۔ لوگ جان لیں کہ خدا نے کیوں پیدا کیا انسان کو،</w:t>
      </w:r>
    </w:p>
    <w:p>
      <w:r>
        <w:rPr>
          <w:b/>
        </w:rPr>
        <w:t xml:space="preserve">[59:19] </w:t>
      </w:r>
      <w:r>
        <w:t>aur log jannat se ba-khabar ho jayein ke Allah ne un ke liye jannat bana rakhi hai. is jannat ke liye apne aap ko deserving candidate banao, apne aap ko taake maut ke baad tum wahan pahuncho, tumhare jannat ke darwaaze khole jayein.</w:t>
      </w:r>
    </w:p>
    <w:p>
      <w:pPr>
        <w:jc w:val="right"/>
      </w:pPr>
      <w:r>
        <w:t>اور لوگ جنت سے باخبر ہو جائیں کہ اللہ نے ان کے لیے جنت بنا رکھی ہے۔ اس جنت کے لیے اپنے آپ کو ڈیزرونگ کینڈیڈیٹ بناؤ، اپنے آپ کو تاکہ موت کے بعد تم وہاں پہنچو، تمہارے جنت کے دروازے کھولے جائیں۔</w:t>
      </w:r>
    </w:p>
    <w:p>
      <w:r>
        <w:rPr>
          <w:b/>
        </w:rPr>
        <w:t xml:space="preserve">[59:35] </w:t>
      </w:r>
      <w:r>
        <w:t>yeh sab baatein batana hai, is ka ta'alluq hukoomat se nahin, siyasat se nahin, kuch nahin. woh sab alag cheezein hain,</w:t>
      </w:r>
    </w:p>
    <w:p>
      <w:pPr>
        <w:jc w:val="right"/>
      </w:pPr>
      <w:r>
        <w:t>یہ سب باتیں بتانا ہے، اس کا تعلق حکومت سے نہیں، سیاست سے نہیں، کچھ نہیں۔ وہ سب الگ چیزیں ہیں،</w:t>
      </w:r>
    </w:p>
    <w:p>
      <w:r>
        <w:rPr>
          <w:b/>
        </w:rPr>
        <w:t xml:space="preserve">[59:46] </w:t>
      </w:r>
      <w:r>
        <w:t>yani khuda se waqif hon log, khuda ki scheme se waqif hon woh log, jannat se waqif hon log. yeh hai asal maqsad dawat ka.</w:t>
      </w:r>
    </w:p>
    <w:p>
      <w:pPr>
        <w:jc w:val="right"/>
      </w:pPr>
      <w:r>
        <w:t>یعنی خدا سے واقف ہوں لوگ، خدا کی سکیم سے واقف ہوں وہ لوگ، جنت سے واقف ہوں لوگ۔ یہ ہے اصل مقصد دعوت کا۔</w:t>
      </w:r>
    </w:p>
    <w:p>
      <w:r>
        <w:rPr>
          <w:b/>
        </w:rPr>
        <w:t xml:space="preserve">[1:00:00] </w:t>
      </w:r>
      <w:r>
        <w:t>to yeh log, main to samajhta hoon ke woh log blind ho gaye hain samajhne ke liye Allah ki scheme ko, Allah ke taraf se jo dunya kholi gayi hai, us ko dekhne ke liye blind ho gaye hain.</w:t>
      </w:r>
    </w:p>
    <w:p>
      <w:pPr>
        <w:jc w:val="right"/>
      </w:pPr>
      <w:r>
        <w:t>تو یہ لوگ، میں تو سمجھتا ہوں کہ وہ لوگ بلائنڈ ہو گئے ہیں سمجھنے کے لیے اللہ کی سکیم کو، اللہ کے طرف سے جو دنیا کھولی گئی ہے، اس کو دیکھنے کے لیے بلائنڈ ہو گئے ہیں۔</w:t>
      </w:r>
    </w:p>
    <w:p>
      <w:r>
        <w:rPr>
          <w:b/>
        </w:rPr>
        <w:t xml:space="preserve">[1:00:18] </w:t>
      </w:r>
      <w:r>
        <w:t>blind!</w:t>
      </w:r>
    </w:p>
    <w:p>
      <w:pPr>
        <w:jc w:val="right"/>
      </w:pPr>
      <w:r>
        <w:t>بلائنڈ!</w:t>
      </w:r>
    </w:p>
    <w:p>
      <w:r>
        <w:rPr>
          <w:b/>
        </w:rPr>
        <w:t xml:space="preserve">[1:00:20] </w:t>
      </w:r>
      <w:r>
        <w:t>mujhe sakht andesha hai ke yeh logon ka hashar kya hoga. man kan fi akhirat aammah, yani Allah ne khola mawaqe ko, woh aap ko dikhai nahi deta,</w:t>
      </w:r>
    </w:p>
    <w:p>
      <w:pPr>
        <w:jc w:val="right"/>
      </w:pPr>
      <w:r>
        <w:t>مجھے سخت اندیشہ ہے کہ یہ لوگوں کا حشر کیا ہوگا۔ من کان فی آخرت عامہ، یعنی اللہ نے کھولا مواقع کو، وہ آپ کو دکھائی نہیں دیتا،</w:t>
      </w:r>
    </w:p>
    <w:p>
      <w:r>
        <w:rPr>
          <w:b/>
        </w:rPr>
        <w:t xml:space="preserve">[1:00:34] </w:t>
      </w:r>
      <w:r>
        <w:t>aap ko dushman dikhai deta hai. aap ko yeh mawaqe rabbani dikhai nahi de rahe hain, aur dushman dikhai de raha hai.</w:t>
      </w:r>
    </w:p>
    <w:p>
      <w:pPr>
        <w:jc w:val="right"/>
      </w:pPr>
      <w:r>
        <w:t>آپ کو دشمن دکھائے دیتا ہے۔ آپ کو یہ مواقع ربانی دکھائی نہیں دے رہے ہیں، اور دشمن دکھائی دے رہا ہے۔</w:t>
      </w:r>
    </w:p>
    <w:p>
      <w:r>
        <w:rPr>
          <w:b/>
        </w:rPr>
        <w:t xml:space="preserve">[1:00:44] </w:t>
      </w:r>
      <w:r>
        <w:t>mawaqe rabbani ko dekhne se aap ki aankhein aajiz ho rahi hain, aur dushman khoob dikhai de raha hai aap ko</w:t>
      </w:r>
    </w:p>
    <w:p>
      <w:pPr>
        <w:jc w:val="right"/>
      </w:pPr>
      <w:r>
        <w:t>مواقع ربانی کو دیکھنے سے آپ کی آنکھیں عاجز ہو رہی ہیں، اور دشمن خوب دکھائی دے رہا ہے آپ کو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