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RIS Talks Maulana Wahiduddin Khan In Pursuit of Peace The Roadmap to Harmonious Societies</w:t>
      </w:r>
    </w:p>
    <w:p>
      <w:r>
        <w:t>https://www.youtube.com/watch?v=lJPxioppf4o</w:t>
      </w:r>
    </w:p>
    <w:p>
      <w:r>
        <w:rPr>
          <w:b/>
        </w:rPr>
        <w:t xml:space="preserve">[00:36] </w:t>
      </w:r>
      <w:r>
        <w:t>Bismillah-hir-rahman-nir-rahim, wa salla Allahu ala an-nabiyyil karim.</w:t>
      </w:r>
    </w:p>
    <w:p>
      <w:pPr>
        <w:jc w:val="right"/>
      </w:pPr>
      <w:r>
        <w:t>بسم اللہ الرحمن الرحیم، وصلی اللہ علی النبی الکریم۔</w:t>
      </w:r>
    </w:p>
    <w:p>
      <w:r>
        <w:rPr>
          <w:b/>
        </w:rPr>
        <w:t xml:space="preserve">[00:46] </w:t>
      </w:r>
      <w:r>
        <w:t>I am thankful to the organizers of this conference for giving me the opportunity to share my views with this historical gathering.</w:t>
      </w:r>
    </w:p>
    <w:p>
      <w:pPr>
        <w:jc w:val="right"/>
      </w:pPr>
      <w:r>
        <w:t>آئی ایم تھینک فل ٹو دا آرگنائزرز آف دس کانفرنس فار گیونگ می دا اپرچونیٹی ٹو شیئر مائی ویوز ود دس ہسٹوریکل گیدرنگ۔</w:t>
      </w:r>
    </w:p>
    <w:p>
      <w:r>
        <w:rPr>
          <w:b/>
        </w:rPr>
        <w:t xml:space="preserve">[01:06] </w:t>
      </w:r>
      <w:r>
        <w:t>Fajazahum Allahu khairal jaza.</w:t>
      </w:r>
    </w:p>
    <w:p>
      <w:pPr>
        <w:jc w:val="right"/>
      </w:pPr>
      <w:r>
        <w:t>فجزاہم اللہ خیر الجزاء۔</w:t>
      </w:r>
    </w:p>
    <w:p>
      <w:r>
        <w:rPr>
          <w:b/>
        </w:rPr>
        <w:t xml:space="preserve">[01:11] </w:t>
      </w:r>
      <w:r>
        <w:t>Now, I would like to begin</w:t>
      </w:r>
    </w:p>
    <w:p>
      <w:pPr>
        <w:jc w:val="right"/>
      </w:pPr>
      <w:r>
        <w:t>ناؤ، آئی وُڈ لائک ٹو بگن</w:t>
      </w:r>
    </w:p>
    <w:p>
      <w:r>
        <w:rPr>
          <w:b/>
        </w:rPr>
        <w:t xml:space="preserve">[01:19] </w:t>
      </w:r>
      <w:r>
        <w:t>from a hadith the Prophet of Islam sallallahu alaihi wasallam had said:</w:t>
      </w:r>
    </w:p>
    <w:p>
      <w:pPr>
        <w:jc w:val="right"/>
      </w:pPr>
      <w:r>
        <w:t>فرام اے حدیث دا پرافٹ آف اسلام صلی اللہ علیہ وسلم ہیڈ سیڈ:</w:t>
      </w:r>
    </w:p>
    <w:p>
      <w:r>
        <w:rPr>
          <w:b/>
        </w:rPr>
        <w:t xml:space="preserve">[01:32] </w:t>
      </w:r>
      <w:r>
        <w:t>"Wa ala al-aqili an yakuna basiran bizamanihi".</w:t>
      </w:r>
    </w:p>
    <w:p>
      <w:pPr>
        <w:jc w:val="right"/>
      </w:pPr>
      <w:r>
        <w:t>"وَعَلَى الْعَاقِل أَنْ يَكُونَ بَصِيرًا بِزَمَانِهِ"۔</w:t>
      </w:r>
    </w:p>
    <w:p>
      <w:r>
        <w:rPr>
          <w:b/>
        </w:rPr>
        <w:t xml:space="preserve">[01:42] </w:t>
      </w:r>
      <w:r>
        <w:t>A wise man is one who is aware of his time. Why this awareness</w:t>
      </w:r>
    </w:p>
    <w:p>
      <w:pPr>
        <w:jc w:val="right"/>
      </w:pPr>
      <w:r>
        <w:t>اوائز مین از ون ہو از اویر آف ہز ٹائم۔ وائی دس اویرنس</w:t>
      </w:r>
    </w:p>
    <w:p>
      <w:r>
        <w:rPr>
          <w:b/>
        </w:rPr>
        <w:t xml:space="preserve">[01:54] </w:t>
      </w:r>
      <w:r>
        <w:t>? It is for right planning.</w:t>
      </w:r>
    </w:p>
    <w:p>
      <w:pPr>
        <w:jc w:val="right"/>
      </w:pPr>
      <w:r>
        <w:t>؟ اٹ از فار رائٹ پلاننگ۔</w:t>
      </w:r>
    </w:p>
    <w:p>
      <w:r>
        <w:rPr>
          <w:b/>
        </w:rPr>
        <w:t xml:space="preserve">[01:59] </w:t>
      </w:r>
      <w:r>
        <w:t>If you are aware of your time, then you are right thinker, right planner,</w:t>
      </w:r>
    </w:p>
    <w:p>
      <w:pPr>
        <w:jc w:val="right"/>
      </w:pPr>
      <w:r>
        <w:t>اف یو آر اویر آف یور ٹائم، دین یو آر رائٹ تھنکر، رائٹ پلانر،</w:t>
      </w:r>
    </w:p>
    <w:p>
      <w:r>
        <w:rPr>
          <w:b/>
        </w:rPr>
        <w:t xml:space="preserve">[02:11] </w:t>
      </w:r>
      <w:r>
        <w:t>everything will be right.</w:t>
      </w:r>
    </w:p>
    <w:p>
      <w:pPr>
        <w:jc w:val="right"/>
      </w:pPr>
      <w:r>
        <w:t>ایوری تھنگ ویل بی رائٹ۔</w:t>
      </w:r>
    </w:p>
    <w:p>
      <w:r>
        <w:rPr>
          <w:b/>
        </w:rPr>
        <w:t xml:space="preserve">[02:17] </w:t>
      </w:r>
      <w:r>
        <w:t>But you are not aware of time, then your thinking, your planning, everything will go wrong.</w:t>
      </w:r>
    </w:p>
    <w:p>
      <w:pPr>
        <w:jc w:val="right"/>
      </w:pPr>
      <w:r>
        <w:t>بٹ یو آر ناٹ اویر آف ٹائم، دین یور تھنکنگ، یور پلاننگ، ایوری تھنگ ویل گو رونگ۔</w:t>
      </w:r>
    </w:p>
    <w:p>
      <w:r>
        <w:rPr>
          <w:b/>
        </w:rPr>
        <w:t xml:space="preserve">[02:31] </w:t>
      </w:r>
      <w:r>
        <w:t>Here I would like to refer a very relevant</w:t>
      </w:r>
    </w:p>
    <w:p>
      <w:pPr>
        <w:jc w:val="right"/>
      </w:pPr>
      <w:r>
        <w:t>ہیر آئی وُڈ لائک ٹو ریفر ا ویری ریلیونٹ</w:t>
      </w:r>
    </w:p>
    <w:p>
      <w:r>
        <w:rPr>
          <w:b/>
        </w:rPr>
        <w:t xml:space="preserve">[02:38] </w:t>
      </w:r>
      <w:r>
        <w:t>example. You know, at present, there are some groups who are engaged in violence and insurgency, but all in main</w:t>
      </w:r>
    </w:p>
    <w:p>
      <w:pPr>
        <w:jc w:val="right"/>
      </w:pPr>
      <w:r>
        <w:t>ایگزامپل۔ یو نو، ایٹ پریزنٹ، دیر آر سم گروپ ہو آر انگیجڈ ان وائلنس اینڈ ویلنٹینسی، بٹ آل ان مین</w:t>
      </w:r>
    </w:p>
    <w:p>
      <w:r>
        <w:rPr>
          <w:b/>
        </w:rPr>
        <w:t xml:space="preserve">[02:58] </w:t>
      </w:r>
      <w:r>
        <w:t>they</w:t>
      </w:r>
    </w:p>
    <w:p>
      <w:pPr>
        <w:jc w:val="right"/>
      </w:pPr>
      <w:r>
        <w:t>دے</w:t>
      </w:r>
    </w:p>
    <w:p>
      <w:r>
        <w:rPr>
          <w:b/>
        </w:rPr>
        <w:t xml:space="preserve">[03:02] </w:t>
      </w:r>
      <w:r>
        <w:t>fail to achieve any result.</w:t>
      </w:r>
    </w:p>
    <w:p>
      <w:pPr>
        <w:jc w:val="right"/>
      </w:pPr>
      <w:r>
        <w:t>فیل ٹو اچیو اینی رزلٹ۔</w:t>
      </w:r>
    </w:p>
    <w:p>
      <w:r>
        <w:rPr>
          <w:b/>
        </w:rPr>
        <w:t xml:space="preserve">[03:06] </w:t>
      </w:r>
      <w:r>
        <w:t>why? because due to their unawareness of the time, their planning was not right.</w:t>
      </w:r>
    </w:p>
    <w:p>
      <w:pPr>
        <w:jc w:val="right"/>
      </w:pPr>
      <w:r>
        <w:t>وائی؟ بیکاز ڈیو ٹو دیر ان اویرنس آف دا ٹائم، دیر پلاننگ واز ناٹ رائٹ۔</w:t>
      </w:r>
    </w:p>
    <w:p>
      <w:r>
        <w:rPr>
          <w:b/>
        </w:rPr>
        <w:t xml:space="preserve">[03:17] </w:t>
      </w:r>
      <w:r>
        <w:t>now, what is the spirit of the present age? i would say that present age is age of peace.</w:t>
      </w:r>
    </w:p>
    <w:p>
      <w:pPr>
        <w:jc w:val="right"/>
      </w:pPr>
      <w:r>
        <w:t>ناؤ، واٹ از دا اسپرٹ آف دا پریزنٹ ایج؟ آئی وُڈ سی دیٹ پریزنٹ ایج از ایج آف پیس۔</w:t>
      </w:r>
    </w:p>
    <w:p>
      <w:r>
        <w:rPr>
          <w:b/>
        </w:rPr>
        <w:t xml:space="preserve">[03:30] </w:t>
      </w:r>
      <w:r>
        <w:t>age of peace.</w:t>
      </w:r>
    </w:p>
    <w:p>
      <w:pPr>
        <w:jc w:val="right"/>
      </w:pPr>
      <w:r>
        <w:t>ایج آف پیس۔</w:t>
      </w:r>
    </w:p>
    <w:p>
      <w:r>
        <w:rPr>
          <w:b/>
        </w:rPr>
        <w:t xml:space="preserve">[03:34] </w:t>
      </w:r>
      <w:r>
        <w:t>scholars generally define peace as absence of war, but this definition is not complete.</w:t>
      </w:r>
    </w:p>
    <w:p>
      <w:pPr>
        <w:jc w:val="right"/>
      </w:pPr>
      <w:r>
        <w:t>اسکالرز جنرلی ڈیفائن پیس ایز ایبسننس آف وار، بٹ دس ڈیفینیشن از ناٹ کمپلیٹ۔</w:t>
      </w:r>
    </w:p>
    <w:p>
      <w:r>
        <w:rPr>
          <w:b/>
        </w:rPr>
        <w:t xml:space="preserve">[03:48] </w:t>
      </w:r>
      <w:r>
        <w:t>in fact, peace is presence of all good things. where there is peace, there is development</w:t>
      </w:r>
    </w:p>
    <w:p>
      <w:pPr>
        <w:jc w:val="right"/>
      </w:pPr>
      <w:r>
        <w:t>ان فیکٹ، پیس از پریزنس آف آل گڈ تھنگز۔ ویر دیر از پیس، دیر از ڈیولپمنٹ</w:t>
      </w:r>
    </w:p>
    <w:p>
      <w:r>
        <w:rPr>
          <w:b/>
        </w:rPr>
        <w:t xml:space="preserve">[04:04] </w:t>
      </w:r>
      <w:r>
        <w:t>. where there is peace, there is harmonious society. where there is peace, there are</w:t>
      </w:r>
    </w:p>
    <w:p>
      <w:pPr>
        <w:jc w:val="right"/>
      </w:pPr>
      <w:r>
        <w:t>۔ ویر دیر از پیس، دیر از ہارمونیس سوسائٹی۔ ویر دیر از پیس، دیر آر</w:t>
      </w:r>
    </w:p>
    <w:p>
      <w:r>
        <w:rPr>
          <w:b/>
        </w:rPr>
        <w:t xml:space="preserve">[04:17] </w:t>
      </w:r>
      <w:r>
        <w:t>every kind of good things. peace is summum bonum, peace is the greatest good.</w:t>
      </w:r>
    </w:p>
    <w:p>
      <w:pPr>
        <w:jc w:val="right"/>
      </w:pPr>
      <w:r>
        <w:t>ایوری کائنڈ آف گڈ تھنگز۔ پیس از سممبونم، پیس از دا گریٹسٹ گڈ۔</w:t>
      </w:r>
    </w:p>
    <w:p>
      <w:r>
        <w:rPr>
          <w:b/>
        </w:rPr>
        <w:t xml:space="preserve">[04:33] </w:t>
      </w:r>
      <w:r>
        <w:t>i would like to narrate a story from american history.</w:t>
      </w:r>
    </w:p>
    <w:p>
      <w:pPr>
        <w:jc w:val="right"/>
      </w:pPr>
      <w:r>
        <w:t>آئی وُڈ لائک ٹو نیریٹ ا سٹوری فرام امریکن ہسٹری۔</w:t>
      </w:r>
    </w:p>
    <w:p>
      <w:r>
        <w:rPr>
          <w:b/>
        </w:rPr>
        <w:t xml:space="preserve">[04:42] </w:t>
      </w:r>
      <w:r>
        <w:t>this story is very good illustration of the age of the present, of the spirit of the present age.</w:t>
      </w:r>
    </w:p>
    <w:p>
      <w:pPr>
        <w:jc w:val="right"/>
      </w:pPr>
      <w:r>
        <w:t>دس سٹوری از ویری گڈ ایلسٹریشن آف دا ایج آف دا پریزنٹ، آف دا اسپرٹ آف دا پریزنٹ ایج۔</w:t>
      </w:r>
    </w:p>
    <w:p>
      <w:r>
        <w:rPr>
          <w:b/>
        </w:rPr>
        <w:t xml:space="preserve">[04:57] </w:t>
      </w:r>
      <w:r>
        <w:t>it is said that when america gained freedom, one american citizen was very much incited</w:t>
      </w:r>
    </w:p>
    <w:p>
      <w:pPr>
        <w:jc w:val="right"/>
      </w:pPr>
      <w:r>
        <w:t>اٹ از سیڈ دیٹ وین امریکہ گین فریڈم، ون امریکن سٹیزن واز ویری مچ انسائٹڈ</w:t>
      </w:r>
    </w:p>
    <w:p>
      <w:r>
        <w:rPr>
          <w:b/>
        </w:rPr>
        <w:t xml:space="preserve">[05:13] </w:t>
      </w:r>
      <w:r>
        <w:t>. he went out of his home. he was walking in an unruly manner. during this walk, he hit the nose of a passer by.</w:t>
      </w:r>
    </w:p>
    <w:p>
      <w:pPr>
        <w:jc w:val="right"/>
      </w:pPr>
      <w:r>
        <w:t>۔ ہی وینٹ آؤٹ آف ہز ہوم۔ ہی واز واکنگ ان این ان رولی مانر۔ ڈیورنگ دس واک، ہی ہٹ دا نوز آف اے پاسر بائی۔</w:t>
      </w:r>
    </w:p>
    <w:p>
      <w:r>
        <w:rPr>
          <w:b/>
        </w:rPr>
        <w:t xml:space="preserve">[05:30] </w:t>
      </w:r>
      <w:r>
        <w:t>the passer by became angry. he said, "why? what is this nonsense? why you hit my nose?"</w:t>
      </w:r>
    </w:p>
    <w:p>
      <w:pPr>
        <w:jc w:val="right"/>
      </w:pPr>
      <w:r>
        <w:t>دا پاسر بائی بیکم اینگری۔ ہی سیڈ، "وائی؟ واٹ از دس نان سینس؟ وائی یو ہٹ مائی نوز؟"</w:t>
      </w:r>
    </w:p>
    <w:p>
      <w:r>
        <w:rPr>
          <w:b/>
        </w:rPr>
        <w:t xml:space="preserve">[05:42] </w:t>
      </w:r>
      <w:r>
        <w:t>the american said, "today i am free. i am celebrating my freedom." that person said, "yes, you are free.</w:t>
      </w:r>
    </w:p>
    <w:p>
      <w:pPr>
        <w:jc w:val="right"/>
      </w:pPr>
      <w:r>
        <w:t>دا امریکن سیڈ، "ٹوڈے آئی ایم فری۔ آئی ایم سیلیبریٹنگ مائی فریڈم۔" دیٹ پرسن سیڈ، "یس، یو آر فری۔</w:t>
      </w:r>
    </w:p>
    <w:p>
      <w:r>
        <w:rPr>
          <w:b/>
        </w:rPr>
        <w:t xml:space="preserve">[05:57] </w:t>
      </w:r>
      <w:r>
        <w:t>but your freedom means where my nose begins."</w:t>
      </w:r>
    </w:p>
    <w:p>
      <w:pPr>
        <w:jc w:val="right"/>
      </w:pPr>
      <w:r>
        <w:t>بٹ یور فریڈم مینز ویر مائی نوز بگنز۔"</w:t>
      </w:r>
    </w:p>
    <w:p>
      <w:r>
        <w:rPr>
          <w:b/>
        </w:rPr>
        <w:t xml:space="preserve">[06:06] </w:t>
      </w:r>
      <w:r>
        <w:t>this is</w:t>
      </w:r>
    </w:p>
    <w:p>
      <w:pPr>
        <w:jc w:val="right"/>
      </w:pPr>
      <w:r>
        <w:t>دس از</w:t>
      </w:r>
    </w:p>
    <w:p>
      <w:r>
        <w:rPr>
          <w:b/>
        </w:rPr>
        <w:t xml:space="preserve">[06:10] </w:t>
      </w:r>
      <w:r>
        <w:t>the spirit of the present age. someone said me that after nine eleven, everything changed in u.s.a.</w:t>
      </w:r>
    </w:p>
    <w:p>
      <w:pPr>
        <w:jc w:val="right"/>
      </w:pPr>
      <w:r>
        <w:t>دا اسپرٹ آف دا پریزنٹ ایج۔ سم ون سیڈ می دیٹ آفٹر نائن الیون، ایوری تھنگ چینج ان یو ایس اے۔</w:t>
      </w:r>
    </w:p>
    <w:p>
      <w:r>
        <w:rPr>
          <w:b/>
        </w:rPr>
        <w:t xml:space="preserve">[06:24] </w:t>
      </w:r>
      <w:r>
        <w:t>i said, "why</w:t>
      </w:r>
    </w:p>
    <w:p>
      <w:pPr>
        <w:jc w:val="right"/>
      </w:pPr>
      <w:r>
        <w:t>آئی سیڈ، "و</w:t>
      </w:r>
    </w:p>
    <w:p>
      <w:r>
        <w:rPr>
          <w:b/>
        </w:rPr>
        <w:t xml:space="preserve">[06:26] </w:t>
      </w:r>
      <w:r>
        <w:t>?"</w:t>
      </w:r>
    </w:p>
    <w:p>
      <w:pPr>
        <w:jc w:val="right"/>
      </w:pPr>
      <w:r>
        <w:t>ائی؟"</w:t>
      </w:r>
    </w:p>
    <w:p>
      <w:r>
        <w:rPr>
          <w:b/>
        </w:rPr>
        <w:t xml:space="preserve">[06:30] </w:t>
      </w:r>
      <w:r>
        <w:t>the reason was that nine eleven</w:t>
      </w:r>
    </w:p>
    <w:p>
      <w:pPr>
        <w:jc w:val="right"/>
      </w:pPr>
      <w:r>
        <w:t>دی ریزن واز دیٹ نائن الیون</w:t>
      </w:r>
    </w:p>
    <w:p>
      <w:r>
        <w:rPr>
          <w:b/>
        </w:rPr>
        <w:t xml:space="preserve">[06:38] </w:t>
      </w:r>
      <w:r>
        <w:t>hit the industrial nose of america. then it was</w:t>
      </w:r>
    </w:p>
    <w:p>
      <w:pPr>
        <w:jc w:val="right"/>
      </w:pPr>
      <w:r>
        <w:t>ہٹ دا انڈسٹریل نوز آف امریکا۔ دین اٹ واز</w:t>
      </w:r>
    </w:p>
    <w:p>
      <w:r>
        <w:rPr>
          <w:b/>
        </w:rPr>
        <w:t xml:space="preserve">[06:50] </w:t>
      </w:r>
      <w:r>
        <w:t>natural that they will angry and they will.</w:t>
      </w:r>
    </w:p>
    <w:p>
      <w:pPr>
        <w:jc w:val="right"/>
      </w:pPr>
      <w:r>
        <w:t>نیچرل دیٹ دے ویل اینگری اینڈ دے ویل۔</w:t>
      </w:r>
    </w:p>
    <w:p>
      <w:r>
        <w:rPr>
          <w:b/>
        </w:rPr>
        <w:t xml:space="preserve">[07:02] </w:t>
      </w:r>
      <w:r>
        <w:t>sam thing in reaction. so the first thing that we want to know in modern age, that what is the spirit of the age?</w:t>
      </w:r>
    </w:p>
    <w:p>
      <w:pPr>
        <w:jc w:val="right"/>
      </w:pPr>
      <w:r>
        <w:t>سم تھنگ ان ری ایکشن۔ سو دا فرسٹ تھنگ دیٹ وی وانٹ ٹو نو ان ماڈرن ایج، دیٹ واٹ از دا اسپرٹ آف دی ایج؟</w:t>
      </w:r>
    </w:p>
    <w:p>
      <w:r>
        <w:rPr>
          <w:b/>
        </w:rPr>
        <w:t xml:space="preserve">[07:21] </w:t>
      </w:r>
      <w:r>
        <w:t>spirit of the age is peace. if you are peaceful, then every opportunities are open to you.</w:t>
      </w:r>
    </w:p>
    <w:p>
      <w:pPr>
        <w:jc w:val="right"/>
      </w:pPr>
      <w:r>
        <w:t>اسپرٹ آف دا ایج از پیس۔ اف یو آر پیس فل، دین ایوری اپرچونیٹیز آر اوپن ٹو یو۔</w:t>
      </w:r>
    </w:p>
    <w:p>
      <w:r>
        <w:rPr>
          <w:b/>
        </w:rPr>
        <w:t xml:space="preserve">[07:33] </w:t>
      </w:r>
      <w:r>
        <w:t>all the opportunities, religious opportunities, and educational opportunities, industrial opportunities, everything's open for you.</w:t>
      </w:r>
    </w:p>
    <w:p>
      <w:pPr>
        <w:jc w:val="right"/>
      </w:pPr>
      <w:r>
        <w:t>آل دا اپرچونیٹیز، ریلیجیس اپرچونیٹیز، اینڈ ایجوکیشنل اپرچونیٹیز، انڈسٹریل اپرچونیٹیز، ایوری تھنگز اوپن فار یو۔</w:t>
      </w:r>
    </w:p>
    <w:p>
      <w:r>
        <w:rPr>
          <w:b/>
        </w:rPr>
        <w:t xml:space="preserve">[07:46] </w:t>
      </w:r>
      <w:r>
        <w:t>no restriction at all.</w:t>
      </w:r>
    </w:p>
    <w:p>
      <w:pPr>
        <w:jc w:val="right"/>
      </w:pPr>
      <w:r>
        <w:t>نو ریسٹرکشن ایٹ آل۔</w:t>
      </w:r>
    </w:p>
    <w:p>
      <w:r>
        <w:rPr>
          <w:b/>
        </w:rPr>
        <w:t xml:space="preserve">[07:50] </w:t>
      </w:r>
      <w:r>
        <w:t>the only exception is the violence.</w:t>
      </w:r>
    </w:p>
    <w:p>
      <w:pPr>
        <w:jc w:val="right"/>
      </w:pPr>
      <w:r>
        <w:t>دا اونلی ایکسیپشن از دا وائلنس۔</w:t>
      </w:r>
    </w:p>
    <w:p>
      <w:r>
        <w:rPr>
          <w:b/>
        </w:rPr>
        <w:t xml:space="preserve">[08:00] </w:t>
      </w:r>
      <w:r>
        <w:t>you have to abandon all kind of violence, then the whole world is for you. the whole world is for you.</w:t>
      </w:r>
    </w:p>
    <w:p>
      <w:pPr>
        <w:jc w:val="right"/>
      </w:pPr>
      <w:r>
        <w:t>یو ہیو ٹو ابینڈن آل کائنڈ آف وائلنس، دین دا ہول ورلڈ از فار یو۔ دا ہول ورلڈ از فار یو۔</w:t>
      </w:r>
    </w:p>
    <w:p>
      <w:r>
        <w:rPr>
          <w:b/>
        </w:rPr>
        <w:t xml:space="preserve">[08:14] </w:t>
      </w:r>
      <w:r>
        <w:t>here i recall the story of prophet yusuf that is narrated in the quran in chapter tulo.</w:t>
      </w:r>
    </w:p>
    <w:p>
      <w:pPr>
        <w:jc w:val="right"/>
      </w:pPr>
      <w:r>
        <w:t>ہیر آئی ریکال دی سٹوری آف پرافٹ یوسف دیٹ از نیریٹڈ ان دا قرآن ان چیپٹر ٹولو۔</w:t>
      </w:r>
    </w:p>
    <w:p>
      <w:r>
        <w:rPr>
          <w:b/>
        </w:rPr>
        <w:t xml:space="preserve">[08:29] </w:t>
      </w:r>
      <w:r>
        <w:t>he was in egypt at the time, and king of egypt, king of asian egypt, offered him, after some development, he offered him khazana al-ardh,</w:t>
      </w:r>
    </w:p>
    <w:p>
      <w:pPr>
        <w:jc w:val="right"/>
      </w:pPr>
      <w:r>
        <w:t>ہی واز ان ایجپٹ ایٹ دا ٹائم، اینڈ کنگ آف ایجپٹ، کنگ آف ایشین ایجپٹ، آفرڈ ہم، آفٹر سم ڈیولپمنٹ، ہی آفرڈ ہم خزانہ الارض،</w:t>
      </w:r>
    </w:p>
    <w:p>
      <w:r>
        <w:rPr>
          <w:b/>
        </w:rPr>
        <w:t xml:space="preserve">[08:47] </w:t>
      </w:r>
      <w:r>
        <w:t>administration of the land, the whole land.</w:t>
      </w:r>
    </w:p>
    <w:p>
      <w:pPr>
        <w:jc w:val="right"/>
      </w:pPr>
      <w:r>
        <w:t>ایڈمنسٹریشن آف دا لینڈ، دا ہول لینڈ۔</w:t>
      </w:r>
    </w:p>
    <w:p>
      <w:r>
        <w:rPr>
          <w:b/>
        </w:rPr>
        <w:t xml:space="preserve">[08:56] </w:t>
      </w:r>
      <w:r>
        <w:t>there was only one conduction, only one condition,</w:t>
      </w:r>
    </w:p>
    <w:p>
      <w:pPr>
        <w:jc w:val="right"/>
      </w:pPr>
      <w:r>
        <w:t>دیر واز اونلی ون کنڈکشن، اونلی ون کنڈیشن،</w:t>
      </w:r>
    </w:p>
    <w:p>
      <w:r>
        <w:rPr>
          <w:b/>
        </w:rPr>
        <w:t xml:space="preserve">[09:03] </w:t>
      </w:r>
      <w:r>
        <w:t>that was that he said to prophet joseph,</w:t>
      </w:r>
    </w:p>
    <w:p>
      <w:pPr>
        <w:jc w:val="right"/>
      </w:pPr>
      <w:r>
        <w:t>دیٹ واز دیٹ ہی سیڈ ٹو پرافٹ جوزف،</w:t>
      </w:r>
    </w:p>
    <w:p>
      <w:r>
        <w:rPr>
          <w:b/>
        </w:rPr>
        <w:t xml:space="preserve">[09:10] </w:t>
      </w:r>
      <w:r>
        <w:t>"only in regard to the throne, i will be greater than you." it means that don't touch my throne,</w:t>
      </w:r>
    </w:p>
    <w:p>
      <w:pPr>
        <w:jc w:val="right"/>
      </w:pPr>
      <w:r>
        <w:t>"اونلی ان ریگارڈ ٹو دا تھرون، آئی ویل بی گریٹر دین یو۔" اٹ مینز دیٹ ڈونٹ ٹچ مائی تھرون،</w:t>
      </w:r>
    </w:p>
    <w:p>
      <w:r>
        <w:rPr>
          <w:b/>
        </w:rPr>
        <w:t xml:space="preserve">[09:25] </w:t>
      </w:r>
      <w:r>
        <w:t>then whole egypt is for you.</w:t>
      </w:r>
    </w:p>
    <w:p>
      <w:pPr>
        <w:jc w:val="right"/>
      </w:pPr>
      <w:r>
        <w:t>دین ہول ایجپٹ از فار یو۔</w:t>
      </w:r>
    </w:p>
    <w:p>
      <w:r>
        <w:rPr>
          <w:b/>
        </w:rPr>
        <w:t xml:space="preserve">[09:31] </w:t>
      </w:r>
      <w:r>
        <w:t>i can see that this offer is now repeated in on larger scale.</w:t>
      </w:r>
    </w:p>
    <w:p>
      <w:pPr>
        <w:jc w:val="right"/>
      </w:pPr>
      <w:r>
        <w:t>آئی کین سی دیٹ دس آفر از ناؤ ریپیٹڈ ان اون لارجر سکیل۔</w:t>
      </w:r>
    </w:p>
    <w:p>
      <w:r>
        <w:rPr>
          <w:b/>
        </w:rPr>
        <w:t xml:space="preserve">[09:43] </w:t>
      </w:r>
      <w:r>
        <w:t>now the age, present age, says, "o man, if you don't hit my nose,</w:t>
      </w:r>
    </w:p>
    <w:p>
      <w:pPr>
        <w:jc w:val="right"/>
      </w:pPr>
      <w:r>
        <w:t>ناؤ دا ایج، پریزنٹ ایج، سیز، "او مین، اف یو ڈونٹ ہٹ مائی نوز،</w:t>
      </w:r>
    </w:p>
    <w:p>
      <w:r>
        <w:rPr>
          <w:b/>
        </w:rPr>
        <w:t xml:space="preserve">[09:58] </w:t>
      </w:r>
      <w:r>
        <w:t>if you don't hit my nose, the whole world is for you."</w:t>
      </w:r>
    </w:p>
    <w:p>
      <w:pPr>
        <w:jc w:val="right"/>
      </w:pPr>
      <w:r>
        <w:t>اف یو ڈونٹ ہٹ مائی نوز، دا ہول ورلڈ از فار یو۔"</w:t>
      </w:r>
    </w:p>
    <w:p>
      <w:r>
        <w:rPr>
          <w:b/>
        </w:rPr>
        <w:t xml:space="preserve">[10:04] </w:t>
      </w:r>
      <w:r>
        <w:t>that egyptian king offered egypt a country.</w:t>
      </w:r>
    </w:p>
    <w:p>
      <w:pPr>
        <w:jc w:val="right"/>
      </w:pPr>
      <w:r>
        <w:t>دیٹ ایجپشن کنگ آفرڈ ایجپٹ ا کنٹری۔</w:t>
      </w:r>
    </w:p>
    <w:p>
      <w:r>
        <w:rPr>
          <w:b/>
        </w:rPr>
        <w:t xml:space="preserve">[10:14] </w:t>
      </w:r>
      <w:r>
        <w:t>now the present age is offering the whole wor</w:t>
      </w:r>
    </w:p>
    <w:p>
      <w:pPr>
        <w:jc w:val="right"/>
      </w:pPr>
      <w:r>
        <w:t>ناؤ دا پریزنٹ ایج از آفرنگ دا ہول ور</w:t>
      </w:r>
    </w:p>
    <w:p>
      <w:r>
        <w:rPr>
          <w:b/>
        </w:rPr>
        <w:t xml:space="preserve">[10:18] </w:t>
      </w:r>
      <w:r>
        <w:t>ld, the whole, everything is for you, if you are peaceful. we have to understand this spirit of the age, then we can do all things.</w:t>
      </w:r>
    </w:p>
    <w:p>
      <w:pPr>
        <w:jc w:val="right"/>
      </w:pPr>
      <w:r>
        <w:t>لڈ، دا ہول، ایوری تھنگ از فار یو، اف یو آر پیس فل۔ وی ہیو ٹو انڈرسٹینڈ دس اسپرٹ آف دی ایج، دین وی کین ڈو آل تھنگز۔</w:t>
      </w:r>
    </w:p>
    <w:p>
      <w:r>
        <w:rPr>
          <w:b/>
        </w:rPr>
        <w:t xml:space="preserve">[10:39] </w:t>
      </w:r>
      <w:r>
        <w:t>without any hindrance, nothing is taboo for you.</w:t>
      </w:r>
    </w:p>
    <w:p>
      <w:pPr>
        <w:jc w:val="right"/>
      </w:pPr>
      <w:r>
        <w:t>وداؤٹ اینی ہنڈرنس، نتھنگ از ٹیبو فار یو۔</w:t>
      </w:r>
    </w:p>
    <w:p>
      <w:r>
        <w:rPr>
          <w:b/>
        </w:rPr>
        <w:t xml:space="preserve">[10:49] </w:t>
      </w:r>
      <w:r>
        <w:t>all those problems which we face at the time is due to an awareness</w:t>
      </w:r>
    </w:p>
    <w:p>
      <w:pPr>
        <w:jc w:val="right"/>
      </w:pPr>
      <w:r>
        <w:t>آل دوست پرابلمز وچ وی فیس ایٹ دا ٹائم از ڈیو ٹو ان اویرنس</w:t>
      </w:r>
    </w:p>
    <w:p>
      <w:r>
        <w:rPr>
          <w:b/>
        </w:rPr>
        <w:t xml:space="preserve">[10:58] </w:t>
      </w:r>
      <w:r>
        <w:t>. all those so called problem that we are facing in the present age, that is due to an awareness</w:t>
      </w:r>
    </w:p>
    <w:p>
      <w:pPr>
        <w:jc w:val="right"/>
      </w:pPr>
      <w:r>
        <w:t>۔ آل دوست سو کالڈ پرابلم دیٹ وی آر فیسنگ ان دا پریزنٹ ایج، دیٹ از ڈیو ٹو ان اویرنس</w:t>
      </w:r>
    </w:p>
    <w:p>
      <w:r>
        <w:rPr>
          <w:b/>
        </w:rPr>
        <w:t xml:space="preserve">[11:09] </w:t>
      </w:r>
      <w:r>
        <w:t>. our whole planning is based on an awareness, that creates problem. otherwise there is no problem.</w:t>
      </w:r>
    </w:p>
    <w:p>
      <w:pPr>
        <w:jc w:val="right"/>
      </w:pPr>
      <w:r>
        <w:t>۔ اور ہول پلاننگ از بیسڈ آن ان اویرنس، دیٹ کریٹس پرابلم۔ ادروائز دیر از نو پرابلم۔</w:t>
      </w:r>
    </w:p>
    <w:p>
      <w:r>
        <w:rPr>
          <w:b/>
        </w:rPr>
        <w:t xml:space="preserve">[11:20] </w:t>
      </w:r>
      <w:r>
        <w:t>yesterday i was flying from delhi to toronto by air canada.</w:t>
      </w:r>
    </w:p>
    <w:p>
      <w:pPr>
        <w:jc w:val="right"/>
      </w:pPr>
      <w:r>
        <w:t>یسٹرڈے آئی واز فلائنگ فرام ڈلی ٹو ٹورنٹو بائی ایئر کینیڈا۔</w:t>
      </w:r>
    </w:p>
    <w:p>
      <w:r>
        <w:rPr>
          <w:b/>
        </w:rPr>
        <w:t xml:space="preserve">[11:32] </w:t>
      </w:r>
      <w:r>
        <w:t>it was tulo thousand kilometers non stop journey. this experience triggered my mind.</w:t>
      </w:r>
    </w:p>
    <w:p>
      <w:pPr>
        <w:jc w:val="right"/>
      </w:pPr>
      <w:r>
        <w:t>اٹ واز ٹولو تھاؤزنڈ کلومیٹرز نان اسٹاپ جرنی۔ دس ایکسپیرینس ٹریگرڈ مائی مائنڈ۔</w:t>
      </w:r>
    </w:p>
    <w:p>
      <w:r>
        <w:rPr>
          <w:b/>
        </w:rPr>
        <w:t xml:space="preserve">[11:47] </w:t>
      </w:r>
      <w:r>
        <w:t>i rickald a hadith. this hadith is narrated by bukhari.</w:t>
      </w:r>
    </w:p>
    <w:p>
      <w:pPr>
        <w:jc w:val="right"/>
      </w:pPr>
      <w:r>
        <w:t>آئی ریکالڈ ا حدیث۔ دس حدیث از نیریٹڈ بائی البخاری۔</w:t>
      </w:r>
    </w:p>
    <w:p>
      <w:r>
        <w:rPr>
          <w:b/>
        </w:rPr>
        <w:t xml:space="preserve">[11:59] </w:t>
      </w:r>
      <w:r>
        <w:t>the prophet islam had said that in the latter history of islam,</w:t>
      </w:r>
    </w:p>
    <w:p>
      <w:pPr>
        <w:jc w:val="right"/>
      </w:pPr>
      <w:r>
        <w:t>دا پرافٹ اسلام ہیڈ سیڈ دیٹ ان دا لیٹر ہسٹری آف اسلام،</w:t>
      </w:r>
    </w:p>
    <w:p>
      <w:r>
        <w:rPr>
          <w:b/>
        </w:rPr>
        <w:t xml:space="preserve">[12:06] </w:t>
      </w:r>
      <w:r>
        <w:t>some group of my ummah will travel for islamic mission, will travel abroad.</w:t>
      </w:r>
    </w:p>
    <w:p>
      <w:pPr>
        <w:jc w:val="right"/>
      </w:pPr>
      <w:r>
        <w:t>سم گروپ آف مائی امہ ویل ٹریول فار اسلامک مشن، ویل ٹریول ابراڈ۔</w:t>
      </w:r>
    </w:p>
    <w:p>
      <w:r>
        <w:rPr>
          <w:b/>
        </w:rPr>
        <w:t xml:space="preserve">[12:19] </w:t>
      </w:r>
      <w:r>
        <w:t>then the wording is,</w:t>
      </w:r>
    </w:p>
    <w:p>
      <w:pPr>
        <w:jc w:val="right"/>
      </w:pPr>
      <w:r>
        <w:t>دین دا ورڈنگ از،</w:t>
      </w:r>
    </w:p>
    <w:p>
      <w:r>
        <w:rPr>
          <w:b/>
        </w:rPr>
        <w:t xml:space="preserve">[12:26] </w:t>
      </w:r>
      <w:r>
        <w:t>"kul muluk ala asirah,</w:t>
      </w:r>
    </w:p>
    <w:p>
      <w:pPr>
        <w:jc w:val="right"/>
      </w:pPr>
      <w:r>
        <w:t>"کل ملوک علی الاسرہ،</w:t>
      </w:r>
    </w:p>
    <w:p>
      <w:r>
        <w:rPr>
          <w:b/>
        </w:rPr>
        <w:t xml:space="preserve">[12:32] </w:t>
      </w:r>
      <w:r>
        <w:t>kul muluk ala asirah, they will travel like kings</w:t>
      </w:r>
    </w:p>
    <w:p>
      <w:pPr>
        <w:jc w:val="right"/>
      </w:pPr>
      <w:r>
        <w:t>کل ملوک علی الاسرہ، دے ویل ٹریول لائک کنگز</w:t>
      </w:r>
    </w:p>
    <w:p>
      <w:r>
        <w:rPr>
          <w:b/>
        </w:rPr>
        <w:t xml:space="preserve">[12:41] </w:t>
      </w:r>
      <w:r>
        <w:t>at the throne."</w:t>
      </w:r>
    </w:p>
    <w:p>
      <w:pPr>
        <w:jc w:val="right"/>
      </w:pPr>
      <w:r>
        <w:t>ایٹ دا تھرون۔"</w:t>
      </w:r>
    </w:p>
    <w:p>
      <w:r>
        <w:rPr>
          <w:b/>
        </w:rPr>
        <w:t xml:space="preserve">[12:46] </w:t>
      </w:r>
      <w:r>
        <w:t>it is very, it is very strange that this was predicted by the prophet of islam in seventh century.</w:t>
      </w:r>
    </w:p>
    <w:p>
      <w:pPr>
        <w:jc w:val="right"/>
      </w:pPr>
      <w:r>
        <w:t>اٹ از ویری، اٹ از ویری اسٹرینج دیٹ دس واز پریڈکٹڈ بائی دا پرافٹ آف اسلام ان سیون سینچری۔</w:t>
      </w:r>
    </w:p>
    <w:p>
      <w:r>
        <w:rPr>
          <w:b/>
        </w:rPr>
        <w:t xml:space="preserve">[13:01] </w:t>
      </w:r>
      <w:r>
        <w:t>further my mind triggered and i said to myself, "what is airplane</w:t>
      </w:r>
    </w:p>
    <w:p>
      <w:pPr>
        <w:jc w:val="right"/>
      </w:pPr>
      <w:r>
        <w:t>فردر مائی مائنڈ ٹریگرڈ اینڈ آئی سیڈ ٹو مائی سیلف، "واٹ از ایروپلین</w:t>
      </w:r>
    </w:p>
    <w:p>
      <w:r>
        <w:rPr>
          <w:b/>
        </w:rPr>
        <w:t xml:space="preserve">[13:07] </w:t>
      </w:r>
      <w:r>
        <w:t>? it is flying throne."</w:t>
      </w:r>
    </w:p>
    <w:p>
      <w:pPr>
        <w:jc w:val="right"/>
      </w:pPr>
      <w:r>
        <w:t>؟ اٹ از فلائنگ تھرون۔"</w:t>
      </w:r>
    </w:p>
    <w:p>
      <w:r>
        <w:rPr>
          <w:b/>
        </w:rPr>
        <w:t xml:space="preserve">[13:11] </w:t>
      </w:r>
      <w:r>
        <w:t>present airplane is a flying throne. so the prophet of islam sallallahu alaihi wasallam had predicted that they will come when my group of my ummah will travel for islamic mission</w:t>
      </w:r>
    </w:p>
    <w:p>
      <w:pPr>
        <w:jc w:val="right"/>
      </w:pPr>
      <w:r>
        <w:t>پریزنٹ ایروپلین از ا فلائنگ تھرون۔ سو دا پرافٹ آف اسلام صلی اللہ علیہ وسلم ہیڈ پریڈکٹڈ دیٹ دے ویل کم وین مائی گروپ آف مائی امہ ویل ٹریول فار اسلامک مشن</w:t>
      </w:r>
    </w:p>
    <w:p>
      <w:r>
        <w:rPr>
          <w:b/>
        </w:rPr>
        <w:t xml:space="preserve">[13:35] </w:t>
      </w:r>
      <w:r>
        <w:t>or for dawah by flying vehicle</w:t>
      </w:r>
    </w:p>
    <w:p>
      <w:pPr>
        <w:jc w:val="right"/>
      </w:pPr>
      <w:r>
        <w:t>اور فار دعویٰ بائی فلائنگ وہیکل</w:t>
      </w:r>
    </w:p>
    <w:p>
      <w:r>
        <w:rPr>
          <w:b/>
        </w:rPr>
        <w:t xml:space="preserve">[13:46] </w:t>
      </w:r>
      <w:r>
        <w:t>and with royal facilities.</w:t>
      </w:r>
    </w:p>
    <w:p>
      <w:pPr>
        <w:jc w:val="right"/>
      </w:pPr>
      <w:r>
        <w:t>اینڈ ود رائل فیسلیٹیز۔</w:t>
      </w:r>
    </w:p>
    <w:p>
      <w:r>
        <w:rPr>
          <w:b/>
        </w:rPr>
        <w:t xml:space="preserve">[13:51] </w:t>
      </w:r>
      <w:r>
        <w:t>royal facilities. so in the twenty first century, we are inherited all these facilities.</w:t>
      </w:r>
    </w:p>
    <w:p>
      <w:pPr>
        <w:jc w:val="right"/>
      </w:pPr>
      <w:r>
        <w:t>رائل فیسلیٹیز۔ تو ان دا ٹوئنٹی فرسٹ سینچری، وی آر انہیریٹڈ آل دیز فیسلیٹیز۔</w:t>
      </w:r>
    </w:p>
    <w:p>
      <w:r>
        <w:rPr>
          <w:b/>
        </w:rPr>
        <w:t xml:space="preserve">[14:07] </w:t>
      </w:r>
      <w:r>
        <w:t>then i reminded that in the quran there are several verses that tell us that quran was revealed, quran was sent for all mankind.</w:t>
      </w:r>
    </w:p>
    <w:p>
      <w:pPr>
        <w:jc w:val="right"/>
      </w:pPr>
      <w:r>
        <w:t>دین آئی ریمائنڈڈ دیٹ ان دا قرآن دیر آر سیور ورسلز دیٹ ٹیل اس دیٹ قرآن واز ریویلڈ، قرآن واز سن فار آل مانکائن۔</w:t>
      </w:r>
    </w:p>
    <w:p>
      <w:r>
        <w:rPr>
          <w:b/>
        </w:rPr>
        <w:t xml:space="preserve">[14:24] </w:t>
      </w:r>
      <w:r>
        <w:t>nazal furqan ala abdihi li yakuna lil alamin nadhira. quran was sent for all mankind.</w:t>
      </w:r>
    </w:p>
    <w:p>
      <w:pPr>
        <w:jc w:val="right"/>
      </w:pPr>
      <w:r>
        <w:t>نزل الفرقان علی عبدہ لیکون للعالمین نذیرہ۔ قرآن واز سن فار آل مانکائن۔</w:t>
      </w:r>
    </w:p>
    <w:p>
      <w:r>
        <w:rPr>
          <w:b/>
        </w:rPr>
        <w:t xml:space="preserve">[14:35] </w:t>
      </w:r>
      <w:r>
        <w:t>but at the time in the seventh century, there were no peace, no communication, no religious freedom, no openness</w:t>
      </w:r>
    </w:p>
    <w:p>
      <w:pPr>
        <w:jc w:val="right"/>
      </w:pPr>
      <w:r>
        <w:t>بٹ ایٹ دا ٹائم ان دا سیون سینچری، دیر وار نو پیس، نو کمیونیکیشن، نو ریلیجیس فریڈم، نو اوپننس</w:t>
      </w:r>
    </w:p>
    <w:p>
      <w:r>
        <w:rPr>
          <w:b/>
        </w:rPr>
        <w:t xml:space="preserve">[14:50] </w:t>
      </w:r>
      <w:r>
        <w:t>. all those things that are necessary to complete this mission were absent at the time.</w:t>
      </w:r>
    </w:p>
    <w:p>
      <w:pPr>
        <w:jc w:val="right"/>
      </w:pPr>
      <w:r>
        <w:t>۔ آل دوست تھنگز دیٹ آر نیسیسری ٹو کمپلیٹ دس مشن ویر ایبسنٹ ایٹ دا ٹائم۔</w:t>
      </w:r>
    </w:p>
    <w:p>
      <w:r>
        <w:rPr>
          <w:b/>
        </w:rPr>
        <w:t xml:space="preserve">[15:01] </w:t>
      </w:r>
      <w:r>
        <w:t>then allah subhanahu wa ta'ala</w:t>
      </w:r>
    </w:p>
    <w:p>
      <w:pPr>
        <w:jc w:val="right"/>
      </w:pPr>
      <w:r>
        <w:t>دین اللہ سبحانہ و تعالی</w:t>
      </w:r>
    </w:p>
    <w:p>
      <w:r>
        <w:rPr>
          <w:b/>
        </w:rPr>
        <w:t xml:space="preserve">[15:06] </w:t>
      </w:r>
      <w:r>
        <w:t>intervened in the history. there were some very great wars like first world war and second world war.</w:t>
      </w:r>
    </w:p>
    <w:p>
      <w:pPr>
        <w:jc w:val="right"/>
      </w:pPr>
      <w:r>
        <w:t>انٹروین ان دا ہسٹری۔ دیر وار سم ویری گریٹ وارز لائک فرسٹ ورلڈ وار اینڈ سیکنڈ ورلڈ وار۔</w:t>
      </w:r>
    </w:p>
    <w:p>
      <w:r>
        <w:rPr>
          <w:b/>
        </w:rPr>
        <w:t xml:space="preserve">[15:24] </w:t>
      </w:r>
      <w:r>
        <w:t>these wars proved to be disastrous, no positive gain. then the thinking people started reassessing,</w:t>
      </w:r>
    </w:p>
    <w:p>
      <w:pPr>
        <w:jc w:val="right"/>
      </w:pPr>
      <w:r>
        <w:t>دیز وارز پروف ٹو بی ڈساسٹرس، نو پازیٹیو گین۔ دین دا تھنکنگ پیپل اسٹارٹڈ ری اسسنگ،</w:t>
      </w:r>
    </w:p>
    <w:p>
      <w:r>
        <w:rPr>
          <w:b/>
        </w:rPr>
        <w:t xml:space="preserve">[15:41] </w:t>
      </w:r>
      <w:r>
        <w:t>rethinking. then they decided universally that war is not an option.</w:t>
      </w:r>
    </w:p>
    <w:p>
      <w:pPr>
        <w:jc w:val="right"/>
      </w:pPr>
      <w:r>
        <w:t>ری تھنکنگ۔ دین دے ڈیسائیڈڈ یونیورسلی دیٹ وار از ناٹ این اپشن۔</w:t>
      </w:r>
    </w:p>
    <w:p>
      <w:r>
        <w:rPr>
          <w:b/>
        </w:rPr>
        <w:t xml:space="preserve">[15:54] </w:t>
      </w:r>
      <w:r>
        <w:t>only option is peace</w:t>
      </w:r>
    </w:p>
    <w:p>
      <w:pPr>
        <w:jc w:val="right"/>
      </w:pPr>
      <w:r>
        <w:t>اونلی اپشن از پیس</w:t>
      </w:r>
    </w:p>
    <w:p>
      <w:r>
        <w:rPr>
          <w:b/>
        </w:rPr>
        <w:t xml:space="preserve">[15:58] </w:t>
      </w:r>
      <w:r>
        <w:t>. what we want, we can achieve only through peace. so in the mid 20th century, nations were formed.</w:t>
      </w:r>
    </w:p>
    <w:p>
      <w:pPr>
        <w:jc w:val="right"/>
      </w:pPr>
      <w:r>
        <w:t>۔ واٹ وی وانٹ، وی کین اچیو اونلی تھرو پیس۔ سو ان دا مڈ ٹو سینچری، نیشنز وار فارم۔</w:t>
      </w:r>
    </w:p>
    <w:p>
      <w:r>
        <w:rPr>
          <w:b/>
        </w:rPr>
        <w:t xml:space="preserve">[16:12] </w:t>
      </w:r>
      <w:r>
        <w:t>all the countries, all the nations became member of this organization. and they decided universally that now there is no war</w:t>
      </w:r>
    </w:p>
    <w:p>
      <w:pPr>
        <w:jc w:val="right"/>
      </w:pPr>
      <w:r>
        <w:t>آل دا کنٹریز، آل دا نیشنز بیکم ممبر آف دس ارگنائزیشن۔ اینڈ دے ڈیسائیڈڈ یونیورسلی دیٹ ناؤ دیر از نو وار</w:t>
      </w:r>
    </w:p>
    <w:p>
      <w:r>
        <w:rPr>
          <w:b/>
        </w:rPr>
        <w:t xml:space="preserve">[16:28] </w:t>
      </w:r>
      <w:r>
        <w:t>onli pais az da onli aipshan.</w:t>
      </w:r>
    </w:p>
    <w:p>
      <w:pPr>
        <w:jc w:val="right"/>
      </w:pPr>
      <w:r>
        <w:t>، اونلی پیس از دا اونلی اپشن۔</w:t>
      </w:r>
    </w:p>
    <w:p>
      <w:r>
        <w:rPr>
          <w:b/>
        </w:rPr>
        <w:t xml:space="preserve">[16:35] </w:t>
      </w:r>
      <w:r>
        <w:t>This opened a new age of peace. This event opened a new age of peace.</w:t>
      </w:r>
    </w:p>
    <w:p>
      <w:pPr>
        <w:jc w:val="right"/>
      </w:pPr>
      <w:r>
        <w:t>دس اوپنڈ ا نیو ایج آف پیس۔ دس ایونٹ اوپنڈ ا نیو ایج آف پیس۔</w:t>
      </w:r>
    </w:p>
    <w:p>
      <w:r>
        <w:rPr>
          <w:b/>
        </w:rPr>
        <w:t xml:space="preserve">[16:47] </w:t>
      </w:r>
      <w:r>
        <w:t>And now it is possible to spread the Quran, spread the divine message</w:t>
      </w:r>
    </w:p>
    <w:p>
      <w:pPr>
        <w:jc w:val="right"/>
      </w:pPr>
      <w:r>
        <w:t>اینڈ ناؤ اٹ از پوسیبل ٹو اسپریڈ دا قرآن، اسپریڈ دا ڈیوائن میسج</w:t>
      </w:r>
    </w:p>
    <w:p>
      <w:r>
        <w:rPr>
          <w:b/>
        </w:rPr>
        <w:t xml:space="preserve">[17:00] </w:t>
      </w:r>
      <w:r>
        <w:t>to avail mankind by availing modern opportunities. Now there are peace, there is religious freedom, there is openness</w:t>
      </w:r>
    </w:p>
    <w:p>
      <w:pPr>
        <w:jc w:val="right"/>
      </w:pPr>
      <w:r>
        <w:t>ٹو آل مانکائن بائی اویلنگ ماڈرن اپرچونیٹیز۔ ناؤ دیر آر پیس، دیر از ریلیجیس فریڈم، دیر از اوپننس</w:t>
      </w:r>
    </w:p>
    <w:p>
      <w:r>
        <w:rPr>
          <w:b/>
        </w:rPr>
        <w:t xml:space="preserve">[17:17] </w:t>
      </w:r>
      <w:r>
        <w:t>, there is tolerance, there is parent media, there are electronic media, there are all kind of facilities.</w:t>
      </w:r>
    </w:p>
    <w:p>
      <w:pPr>
        <w:jc w:val="right"/>
      </w:pPr>
      <w:r>
        <w:t>، دیر از ٹولرنس، دیر از پرنٹ میڈیا، دیر آر الیکٹرانک میڈیا، دیر آر آل کائنڈ آف فیسلیٹیز۔</w:t>
      </w:r>
    </w:p>
    <w:p>
      <w:r>
        <w:rPr>
          <w:b/>
        </w:rPr>
        <w:t xml:space="preserve">[17:32] </w:t>
      </w:r>
      <w:r>
        <w:t>su it iz posibal far as tu</w:t>
      </w:r>
    </w:p>
    <w:p>
      <w:pPr>
        <w:jc w:val="right"/>
      </w:pPr>
      <w:r>
        <w:t>سو اٹ از پوسیبل فار اس ٹو</w:t>
      </w:r>
    </w:p>
    <w:p>
      <w:r>
        <w:rPr>
          <w:b/>
        </w:rPr>
        <w:t xml:space="preserve">[17:40] </w:t>
      </w:r>
      <w:r>
        <w:t>complete the mission by availing these opportunities.</w:t>
      </w:r>
    </w:p>
    <w:p>
      <w:pPr>
        <w:jc w:val="right"/>
      </w:pPr>
      <w:r>
        <w:t>کمپلیٹ دا مشن بائی اویلنگ دیز اپرچونیٹیز۔</w:t>
      </w:r>
    </w:p>
    <w:p>
      <w:r>
        <w:rPr>
          <w:b/>
        </w:rPr>
        <w:t xml:space="preserve">[17:47] </w:t>
      </w:r>
      <w:r>
        <w:t>Now it is possible to spread the word of God, the Quran, all over the world. It is possible that to prepare translations of the Quran and also Hadith, and they spread it all over the world.</w:t>
      </w:r>
    </w:p>
    <w:p>
      <w:pPr>
        <w:jc w:val="right"/>
      </w:pPr>
      <w:r>
        <w:t>ناؤ اٹ از پوسیبل ٹو اسپریڈ دا ورڈ آف گاڈ، دی قرآن، آل اوور دی ورلڈ۔ اٹ از پوسیبل دیٹ ٹو پریپیر ٹرانسلیشنز آف دا قرآن اینڈ السو حدیث، اینڈ دے اسپریڈ اٹ آل اوور دی ورلڈ۔</w:t>
      </w:r>
    </w:p>
    <w:p>
      <w:r>
        <w:rPr>
          <w:b/>
        </w:rPr>
        <w:t xml:space="preserve">[18:09] </w:t>
      </w:r>
      <w:r>
        <w:t>dair iz hadis, "ma</w:t>
      </w:r>
    </w:p>
    <w:p>
      <w:pPr>
        <w:jc w:val="right"/>
      </w:pPr>
      <w:r>
        <w:t>دیر از حدیث، "ما</w:t>
      </w:r>
    </w:p>
    <w:p>
      <w:r>
        <w:rPr>
          <w:b/>
        </w:rPr>
        <w:t xml:space="preserve">[18:28] </w:t>
      </w:r>
      <w:r>
        <w:t>"This deen, this Islam, will lead to all the known corners of the world."</w:t>
      </w:r>
    </w:p>
    <w:p>
      <w:pPr>
        <w:jc w:val="right"/>
      </w:pPr>
      <w:r>
        <w:t>دس دین، دس اسلام، ویل لیڈ ٹو آل دا نو کارنر آف ورلڈ۔"</w:t>
      </w:r>
    </w:p>
    <w:p>
      <w:r>
        <w:rPr>
          <w:b/>
        </w:rPr>
        <w:t xml:space="preserve">[18:31] </w:t>
      </w:r>
      <w:r>
        <w:t>aind nau</w:t>
      </w:r>
    </w:p>
    <w:p>
      <w:pPr>
        <w:jc w:val="right"/>
      </w:pPr>
      <w:r>
        <w:t>اینڈ ناؤ</w:t>
      </w:r>
    </w:p>
    <w:p>
      <w:r>
        <w:rPr>
          <w:b/>
        </w:rPr>
        <w:t xml:space="preserve">[18:34] </w:t>
      </w:r>
      <w:r>
        <w:t>all possibilities including peace are there. What a thrilling idea, what a thrilling idea that in the twenty first century,</w:t>
      </w:r>
    </w:p>
    <w:p>
      <w:pPr>
        <w:jc w:val="right"/>
      </w:pPr>
      <w:r>
        <w:t>آل پاسیبلیٹیز انکلوڈنگ پیس آر دیر۔ واٹ ا تھرلنگ آئیڈیا، واٹ ا تھرلنگ آئیڈیا دیٹ ان دی ٹوئنٹی فرسٹ سینچری،</w:t>
      </w:r>
    </w:p>
    <w:p>
      <w:r>
        <w:rPr>
          <w:b/>
        </w:rPr>
        <w:t xml:space="preserve">[18:53] </w:t>
      </w:r>
      <w:r>
        <w:t>we can complete the incomplete global journey of the Quran.</w:t>
      </w:r>
    </w:p>
    <w:p>
      <w:pPr>
        <w:jc w:val="right"/>
      </w:pPr>
      <w:r>
        <w:t>وی کین کمپلیٹ دا ان کمپلیٹ گلوبل جرنی آف دا قرآن۔</w:t>
      </w:r>
    </w:p>
    <w:p>
      <w:r>
        <w:rPr>
          <w:b/>
        </w:rPr>
        <w:t xml:space="preserve">[19:06] </w:t>
      </w:r>
      <w:r>
        <w:t>su dis iz da gol. yu haiv tu du,</w:t>
      </w:r>
    </w:p>
    <w:p>
      <w:pPr>
        <w:jc w:val="right"/>
      </w:pPr>
      <w:r>
        <w:t>سو دس از دا گول۔ یو ہیو ٹو ڈو،</w:t>
      </w:r>
    </w:p>
    <w:p>
      <w:r>
        <w:rPr>
          <w:b/>
        </w:rPr>
        <w:t xml:space="preserve">[19:11] </w:t>
      </w:r>
      <w:r>
        <w:t>yu haiv tu vark far dis gol.</w:t>
      </w:r>
    </w:p>
    <w:p>
      <w:pPr>
        <w:jc w:val="right"/>
      </w:pPr>
      <w:r>
        <w:t>یو ہیو ٹو ورک فار دس گول۔</w:t>
      </w:r>
    </w:p>
    <w:p>
      <w:r>
        <w:rPr>
          <w:b/>
        </w:rPr>
        <w:t xml:space="preserve">[19:18] </w:t>
      </w:r>
      <w:r>
        <w:t>nau yu nu evri thing iz dair. su mani masjid, su mani islamik santarz, su mani madarsa, evri thing iz dair.</w:t>
      </w:r>
    </w:p>
    <w:p>
      <w:pPr>
        <w:jc w:val="right"/>
      </w:pPr>
      <w:r>
        <w:t>ناؤ یو نو ایوری تھنگ از دیر۔ سو مینی مسجد، سو مینی اسلامک سینٹرز، سو مینی مدرسہ، ایوری تھنگ از دیر۔</w:t>
      </w:r>
    </w:p>
    <w:p>
      <w:r>
        <w:rPr>
          <w:b/>
        </w:rPr>
        <w:t xml:space="preserve">[19:33] </w:t>
      </w:r>
      <w:r>
        <w:t>bat da mishan iz in ful fuld.</w:t>
      </w:r>
    </w:p>
    <w:p>
      <w:pPr>
        <w:jc w:val="right"/>
      </w:pPr>
      <w:r>
        <w:t>بٹ دا مشن از ان فل فلڈ۔</w:t>
      </w:r>
    </w:p>
    <w:p>
      <w:r>
        <w:rPr>
          <w:b/>
        </w:rPr>
        <w:t xml:space="preserve">[19:39] </w:t>
      </w:r>
      <w:r>
        <w:t>dair iz hadis</w:t>
      </w:r>
    </w:p>
    <w:p>
      <w:pPr>
        <w:jc w:val="right"/>
      </w:pPr>
      <w:r>
        <w:t>دیر از حدیث</w:t>
      </w:r>
    </w:p>
    <w:p>
      <w:r>
        <w:rPr>
          <w:b/>
        </w:rPr>
        <w:t xml:space="preserve">[19:45] </w:t>
      </w:r>
      <w:r>
        <w:t>dat</w:t>
      </w:r>
    </w:p>
    <w:p>
      <w:pPr>
        <w:jc w:val="right"/>
      </w:pPr>
      <w:r>
        <w:t>دیٹ</w:t>
      </w:r>
    </w:p>
    <w:p>
      <w:r>
        <w:rPr>
          <w:b/>
        </w:rPr>
        <w:t xml:space="preserve">[19:51] </w:t>
      </w:r>
      <w:r>
        <w:t>dis vard af gad vil intr in di evri haus hald, bigar smal.</w:t>
      </w:r>
    </w:p>
    <w:p>
      <w:pPr>
        <w:jc w:val="right"/>
      </w:pPr>
      <w:r>
        <w:t>دس ورڈ آف گاڈ ویل انٹر ان دی ایوری ہاؤس ہولڈ، بیگر اسمال۔</w:t>
      </w:r>
    </w:p>
    <w:p>
      <w:r>
        <w:rPr>
          <w:b/>
        </w:rPr>
        <w:t xml:space="preserve">[20:01] </w:t>
      </w:r>
      <w:r>
        <w:t>but previous century, it was possible, but now it is quite possible. And now there is total peace, total freedom.</w:t>
      </w:r>
    </w:p>
    <w:p>
      <w:pPr>
        <w:jc w:val="right"/>
      </w:pPr>
      <w:r>
        <w:t>بٹ پریویس سینچری، اٹ واٹ پوسیبل، بٹ ناؤ اٹ از کوائٹ پوسیبل۔ اینڈ ناؤ دیر از ٹوٹل پیس، ٹوٹل فریڈم۔</w:t>
      </w:r>
    </w:p>
    <w:p>
      <w:r>
        <w:rPr>
          <w:b/>
        </w:rPr>
        <w:t xml:space="preserve">[20:14] </w:t>
      </w:r>
      <w:r>
        <w:t>al da aparachunitiz ar oapn. nau it iz aij af</w:t>
      </w:r>
    </w:p>
    <w:p>
      <w:pPr>
        <w:jc w:val="right"/>
      </w:pPr>
      <w:r>
        <w:t>آل دا اپرچونیٹیز آر اوپن۔ ناؤ اٹ از ایج آف</w:t>
      </w:r>
    </w:p>
    <w:p>
      <w:r>
        <w:rPr>
          <w:b/>
        </w:rPr>
        <w:t xml:space="preserve">[20:25] </w:t>
      </w:r>
      <w:r>
        <w:t>opportunity explosion. So we are free to avail all the opportunities, provided we are peaceful.</w:t>
      </w:r>
    </w:p>
    <w:p>
      <w:pPr>
        <w:jc w:val="right"/>
      </w:pPr>
      <w:r>
        <w:t>اپرچونیٹی ایکسپلوژن۔ سو وی آر فری ٹو اویل آل دی اپرچونیٹیز، بس پرووائیڈڈ وی آر پیس فل۔</w:t>
      </w:r>
    </w:p>
    <w:p>
      <w:r>
        <w:rPr>
          <w:b/>
        </w:rPr>
        <w:t xml:space="preserve">[20:38] </w:t>
      </w:r>
      <w:r>
        <w:t>pravaidad vi ar paisful.</w:t>
      </w:r>
    </w:p>
    <w:p>
      <w:pPr>
        <w:jc w:val="right"/>
      </w:pPr>
      <w:r>
        <w:t>پرووائیڈڈ وی آر پیس فل۔</w:t>
      </w:r>
    </w:p>
    <w:p>
      <w:r>
        <w:rPr>
          <w:b/>
        </w:rPr>
        <w:t xml:space="preserve">[20:43] </w:t>
      </w:r>
      <w:r>
        <w:t>So we have to understand this opportunity, this age, this spirit of the age.</w:t>
      </w:r>
    </w:p>
    <w:p>
      <w:pPr>
        <w:jc w:val="right"/>
      </w:pPr>
      <w:r>
        <w:t>سو وی ہیو ٹو انڈرسٹینڈ دس اپرچونیٹی، دس ایج، دس سپرٹ آف دی ایج۔</w:t>
      </w:r>
    </w:p>
    <w:p>
      <w:r>
        <w:rPr>
          <w:b/>
        </w:rPr>
        <w:t xml:space="preserve">[20:55] </w:t>
      </w:r>
      <w:r>
        <w:t>and by availing these opportunities, we have to spread the message of the quran throughout the world.</w:t>
      </w:r>
    </w:p>
    <w:p>
      <w:pPr>
        <w:jc w:val="right"/>
      </w:pPr>
      <w:r>
        <w:t>اینڈ بائی اویلنگ دیز اپرچونیٹیز، وی ہیو ٹو اسپریڈ دا میسج آف دا قرآن تھرو آؤٹ دی ورلڈ۔</w:t>
      </w:r>
    </w:p>
    <w:p>
      <w:r>
        <w:rPr>
          <w:b/>
        </w:rPr>
        <w:t xml:space="preserve">[21:09] </w:t>
      </w:r>
      <w:r>
        <w:t>to again I will say that what a thrilling idea that in the twenty first century, we are in position to fulfill this mission, to complete the incomplete global journey of the Quran.</w:t>
      </w:r>
    </w:p>
    <w:p>
      <w:pPr>
        <w:jc w:val="right"/>
      </w:pPr>
      <w:r>
        <w:t>تو اگین آئی ویل سی دیٹ واٹ ا تھرلنگ آئیڈیا دیٹ ان دی ٹوئنٹی فرسٹ سینچری، وی آر ان پوزیشن ٹو فل فل دس مشن، ٹو کمپلیٹ دا ان کمپلیٹ گلوبل جرنی آف دا قرآن۔</w:t>
      </w:r>
    </w:p>
    <w:p>
      <w:r>
        <w:rPr>
          <w:b/>
        </w:rPr>
        <w:t xml:space="preserve">[21:32] </w:t>
      </w:r>
      <w:r>
        <w:t>so i would like to see that we are here. here we have to decide this goal.</w:t>
      </w:r>
    </w:p>
    <w:p>
      <w:pPr>
        <w:jc w:val="right"/>
      </w:pPr>
      <w:r>
        <w:t>سو آئی وڈ لائک ٹو سی دیٹ وی آر ہیر۔ ہیر وی ہیو ٹو ڈیسائیڈ دس گول۔</w:t>
      </w:r>
    </w:p>
    <w:p>
      <w:r>
        <w:rPr>
          <w:b/>
        </w:rPr>
        <w:t xml:space="preserve">[21:45] </w:t>
      </w:r>
      <w:r>
        <w:t>we have to start right new history. we have to decide to write a new history of the islam.</w:t>
      </w:r>
    </w:p>
    <w:p>
      <w:pPr>
        <w:jc w:val="right"/>
      </w:pPr>
      <w:r>
        <w:t>وی ہیو ٹو اسٹارٹ رائٹ نیو ہسٹری۔ وی ہیو ٹو ڈیسائیڈ ٹو رائٹ ا نیو ہسٹری آف دا اسلام۔</w:t>
      </w:r>
    </w:p>
    <w:p>
      <w:r>
        <w:rPr>
          <w:b/>
        </w:rPr>
        <w:t xml:space="preserve">[22:04] </w:t>
      </w:r>
      <w:r>
        <w:t>new history of the islam.</w:t>
      </w:r>
    </w:p>
    <w:p>
      <w:pPr>
        <w:jc w:val="right"/>
      </w:pPr>
      <w:r>
        <w:t>نیو ہسٹری آف دا اسلام۔</w:t>
      </w:r>
    </w:p>
    <w:p>
      <w:r>
        <w:rPr>
          <w:b/>
        </w:rPr>
        <w:t xml:space="preserve">[22:09] </w:t>
      </w:r>
      <w:r>
        <w:t>there is hadith, "la yabqa ala wajh al-ard bait madarin illa</w:t>
      </w:r>
    </w:p>
    <w:p>
      <w:pPr>
        <w:jc w:val="right"/>
      </w:pPr>
      <w:r>
        <w:t>دیر از حدیث، "لا یبقاء علی وجہ الارض بیت مدرین الا</w:t>
      </w:r>
    </w:p>
    <w:p>
      <w:r>
        <w:rPr>
          <w:b/>
        </w:rPr>
        <w:t xml:space="preserve">[22:19] </w:t>
      </w:r>
      <w:r>
        <w:t>kalimat al-islam." it means that in every household, bigger small, some day the word of god will enter in it.</w:t>
      </w:r>
    </w:p>
    <w:p>
      <w:pPr>
        <w:jc w:val="right"/>
      </w:pPr>
      <w:r>
        <w:t>کلمۃ الاسلام۔" اٹ مینز دیٹ ان ایوری ہاؤس ہولڈ، بیگر اسمال، سم ڈے دا ورڈ آف گاڈ ویل انٹر ان اٹ۔</w:t>
      </w:r>
    </w:p>
    <w:p>
      <w:r>
        <w:rPr>
          <w:b/>
        </w:rPr>
        <w:t xml:space="preserve">[22:38] </w:t>
      </w:r>
      <w:r>
        <w:t>so previously it was not possible, in previous ages it was not possible, even the geography is not known at the time.</w:t>
      </w:r>
    </w:p>
    <w:p>
      <w:pPr>
        <w:jc w:val="right"/>
      </w:pPr>
      <w:r>
        <w:t>تو پریویسلی اٹ واٹ پوسیبل، ان پریویس ایجز اٹ واٹ پوسیبل، ایون دا جیوگرافی از ناٹ نون ایٹ دا ٹائم۔</w:t>
      </w:r>
    </w:p>
    <w:p>
      <w:r>
        <w:rPr>
          <w:b/>
        </w:rPr>
        <w:t xml:space="preserve">[22:53] </w:t>
      </w:r>
      <w:r>
        <w:t>but now there is age of opportunity explosion, there is peace, and everything is there, except any one, only one thing,</w:t>
      </w:r>
    </w:p>
    <w:p>
      <w:pPr>
        <w:jc w:val="right"/>
      </w:pPr>
      <w:r>
        <w:t>بٹ ناؤ دیر از ایج آف اپرچونیٹی ایکسپلوژن، دیر از پیس، اینڈ ایوری تھنگ از دیر، ایکسیپٹ اینی ون، اونلی ون تھنگ،</w:t>
      </w:r>
    </w:p>
    <w:p>
      <w:r>
        <w:rPr>
          <w:b/>
        </w:rPr>
        <w:t xml:space="preserve">[23:06] </w:t>
      </w:r>
      <w:r>
        <w:t>only one thing, the taboo, and that is violence.</w:t>
      </w:r>
    </w:p>
    <w:p>
      <w:pPr>
        <w:jc w:val="right"/>
      </w:pPr>
      <w:r>
        <w:t>اونلی ون تھنگ، دی ٹیبو، اینڈ دیٹ از وائلنس۔</w:t>
      </w:r>
    </w:p>
    <w:p>
      <w:r>
        <w:rPr>
          <w:b/>
        </w:rPr>
        <w:t xml:space="preserve">[23:13] </w:t>
      </w:r>
      <w:r>
        <w:t>this</w:t>
      </w:r>
    </w:p>
    <w:p>
      <w:pPr>
        <w:jc w:val="right"/>
      </w:pPr>
      <w:r>
        <w:t>دس</w:t>
      </w:r>
    </w:p>
    <w:p>
      <w:r>
        <w:rPr>
          <w:b/>
        </w:rPr>
        <w:t xml:space="preserve">[23:17] </w:t>
      </w:r>
      <w:r>
        <w:t>revolution remind me hadith.</w:t>
      </w:r>
    </w:p>
    <w:p>
      <w:pPr>
        <w:jc w:val="right"/>
      </w:pPr>
      <w:r>
        <w:t>ریولوشن ریمائنڈز می ا حدیث۔</w:t>
      </w:r>
    </w:p>
    <w:p>
      <w:r>
        <w:rPr>
          <w:b/>
        </w:rPr>
        <w:t xml:space="preserve">[23:22] </w:t>
      </w:r>
      <w:r>
        <w:t>There is a hadith, Prophet Islam had said,</w:t>
      </w:r>
    </w:p>
    <w:p>
      <w:pPr>
        <w:jc w:val="right"/>
      </w:pPr>
      <w:r>
        <w:t>دیر از حدیث پرافٹ اسلام ہیڈ سیڈ،</w:t>
      </w:r>
    </w:p>
    <w:p>
      <w:r>
        <w:rPr>
          <w:b/>
        </w:rPr>
        <w:t xml:space="preserve">[23:28] </w:t>
      </w:r>
      <w:r>
        <w:t>"an allaha yuti</w:t>
      </w:r>
    </w:p>
    <w:p>
      <w:pPr>
        <w:jc w:val="right"/>
      </w:pPr>
      <w:r>
        <w:t>"ان اللہ یوتی</w:t>
      </w:r>
    </w:p>
    <w:p>
      <w:r>
        <w:rPr>
          <w:b/>
        </w:rPr>
        <w:t xml:space="preserve">[23:31] </w:t>
      </w:r>
      <w:r>
        <w:t>al rizq, maula yuti al rizq."</w:t>
      </w:r>
    </w:p>
    <w:p>
      <w:pPr>
        <w:jc w:val="right"/>
      </w:pPr>
      <w:r>
        <w:t>الرزق، مولا یوتی الرزق۔"</w:t>
      </w:r>
    </w:p>
    <w:p>
      <w:r>
        <w:rPr>
          <w:b/>
        </w:rPr>
        <w:t xml:space="preserve">[23:37] </w:t>
      </w:r>
      <w:r>
        <w:t>it means that allah subhanahu wa ta'ala grants</w:t>
      </w:r>
    </w:p>
    <w:p>
      <w:pPr>
        <w:jc w:val="right"/>
      </w:pPr>
      <w:r>
        <w:t>اٹ مینز دیٹ اللہ سبحانہ و تعالی گرانٹس</w:t>
      </w:r>
    </w:p>
    <w:p>
      <w:r>
        <w:rPr>
          <w:b/>
        </w:rPr>
        <w:t xml:space="preserve">[23:43] </w:t>
      </w:r>
      <w:r>
        <w:t>to peace what he does not grant to violence.</w:t>
      </w:r>
    </w:p>
    <w:p>
      <w:pPr>
        <w:jc w:val="right"/>
      </w:pPr>
      <w:r>
        <w:t>ٹو پیس واٹ ہی ڈز ناٹ گرانٹ ٹو وائلنس۔</w:t>
      </w:r>
    </w:p>
    <w:p>
      <w:r>
        <w:rPr>
          <w:b/>
        </w:rPr>
        <w:t xml:space="preserve">[23:50] </w:t>
      </w:r>
      <w:r>
        <w:t>so this hadith is now</w:t>
      </w:r>
    </w:p>
    <w:p>
      <w:pPr>
        <w:jc w:val="right"/>
      </w:pPr>
      <w:r>
        <w:t>تو دس حدیث از ناؤ</w:t>
      </w:r>
    </w:p>
    <w:p>
      <w:r>
        <w:rPr>
          <w:b/>
        </w:rPr>
        <w:t xml:space="preserve">[23:54] </w:t>
      </w:r>
      <w:r>
        <w:t>a well known fact</w:t>
      </w:r>
    </w:p>
    <w:p>
      <w:pPr>
        <w:jc w:val="right"/>
      </w:pPr>
      <w:r>
        <w:t>ا ویل نون فیکٹ</w:t>
      </w:r>
    </w:p>
    <w:p>
      <w:r>
        <w:rPr>
          <w:b/>
        </w:rPr>
        <w:t xml:space="preserve">[23:59] </w:t>
      </w:r>
      <w:r>
        <w:t>that now it is not simply a claim, it is fact.</w:t>
      </w:r>
    </w:p>
    <w:p>
      <w:pPr>
        <w:jc w:val="right"/>
      </w:pPr>
      <w:r>
        <w:t>دیٹ ناؤ اٹ از ناٹ سمپلی ا کلیم، اٹ از فیکٹ۔</w:t>
      </w:r>
    </w:p>
    <w:p>
      <w:r>
        <w:rPr>
          <w:b/>
        </w:rPr>
        <w:t xml:space="preserve">[24:10] </w:t>
      </w:r>
      <w:r>
        <w:t>so</w:t>
      </w:r>
    </w:p>
    <w:p>
      <w:pPr>
        <w:jc w:val="right"/>
      </w:pPr>
      <w:r>
        <w:t>سو</w:t>
      </w:r>
    </w:p>
    <w:p>
      <w:r>
        <w:rPr>
          <w:b/>
        </w:rPr>
        <w:t xml:space="preserve">[24:14] </w:t>
      </w:r>
      <w:r>
        <w:t>according to the hadith that i early narrated, the only thing that required is to know the age, to know the time, to make us aware of the present</w:t>
      </w:r>
    </w:p>
    <w:p>
      <w:pPr>
        <w:jc w:val="right"/>
      </w:pPr>
      <w:r>
        <w:t>اکارڈنگ ٹو دا حدیث دیٹ آئی ارلی نیریٹڈ، دا اونلی تھنگ دیٹ ریکوائرڈ از ٹو نو دی ایج، ٹو نو دا ٹائم، ٹو میک اس اویر آف دا پریزنٹ</w:t>
      </w:r>
    </w:p>
    <w:p>
      <w:r>
        <w:rPr>
          <w:b/>
        </w:rPr>
        <w:t xml:space="preserve">[24:34] </w:t>
      </w:r>
      <w:r>
        <w:t>situation.</w:t>
      </w:r>
    </w:p>
    <w:p>
      <w:pPr>
        <w:jc w:val="right"/>
      </w:pPr>
      <w:r>
        <w:t>سچویشن۔</w:t>
      </w:r>
    </w:p>
    <w:p>
      <w:r>
        <w:rPr>
          <w:b/>
        </w:rPr>
        <w:t xml:space="preserve">[24:38] </w:t>
      </w:r>
      <w:r>
        <w:t>then we be able to think in right way, then we be able to plan</w:t>
      </w:r>
    </w:p>
    <w:p>
      <w:pPr>
        <w:jc w:val="right"/>
      </w:pPr>
      <w:r>
        <w:t>دین وی بی ایبل ٹو تھنک ان رائٹ وے، دین وی بی ایبل ٹو پلان</w:t>
      </w:r>
    </w:p>
    <w:p>
      <w:r>
        <w:rPr>
          <w:b/>
        </w:rPr>
        <w:t xml:space="preserve">[24:47] </w:t>
      </w:r>
      <w:r>
        <w:t>in right way, and we be able to achieve our goal</w:t>
      </w:r>
    </w:p>
    <w:p>
      <w:pPr>
        <w:jc w:val="right"/>
      </w:pPr>
      <w:r>
        <w:t>ان رائٹ وے، اینڈ وی بی ایبل ٹو اچیو اور گول</w:t>
      </w:r>
    </w:p>
    <w:p>
      <w:r>
        <w:rPr>
          <w:b/>
        </w:rPr>
        <w:t xml:space="preserve">[24:57] </w:t>
      </w:r>
      <w:r>
        <w:t>without any blood strip.</w:t>
      </w:r>
    </w:p>
    <w:p>
      <w:pPr>
        <w:jc w:val="right"/>
      </w:pPr>
      <w:r>
        <w:t>وداؤٹ اینی بلڈ سٹریپ۔</w:t>
      </w:r>
    </w:p>
    <w:p>
      <w:r>
        <w:rPr>
          <w:b/>
        </w:rPr>
        <w:t xml:space="preserve">[25:03] </w:t>
      </w:r>
      <w:r>
        <w:t>in previous ages, there was saying that might is right</w:t>
      </w:r>
    </w:p>
    <w:p>
      <w:pPr>
        <w:jc w:val="right"/>
      </w:pPr>
      <w:r>
        <w:t>ان پریویس ایجز، دیر واز سینگ دیٹ مائٹ از رائٹ</w:t>
      </w:r>
    </w:p>
    <w:p>
      <w:r>
        <w:rPr>
          <w:b/>
        </w:rPr>
        <w:t xml:space="preserve">[25:10] </w:t>
      </w:r>
      <w:r>
        <w:t>. in previous ages, that was age of sword, age of war, age of violence.</w:t>
      </w:r>
    </w:p>
    <w:p>
      <w:pPr>
        <w:jc w:val="right"/>
      </w:pPr>
      <w:r>
        <w:t>۔ ان پریویس ایجز، دیٹ واز ایج آف سورڈ، ایج آف وار، ایج آف وائلنس۔</w:t>
      </w:r>
    </w:p>
    <w:p>
      <w:r>
        <w:rPr>
          <w:b/>
        </w:rPr>
        <w:t xml:space="preserve">[25:20] </w:t>
      </w:r>
      <w:r>
        <w:t>people believe that</w:t>
      </w:r>
    </w:p>
    <w:p>
      <w:pPr>
        <w:jc w:val="right"/>
      </w:pPr>
      <w:r>
        <w:t>پیپل بیلیو دیٹ</w:t>
      </w:r>
    </w:p>
    <w:p>
      <w:r>
        <w:rPr>
          <w:b/>
        </w:rPr>
        <w:t xml:space="preserve">[25:24] </w:t>
      </w:r>
      <w:r>
        <w:t>nothing can be achieved except through violence, through sword.</w:t>
      </w:r>
    </w:p>
    <w:p>
      <w:pPr>
        <w:jc w:val="right"/>
      </w:pPr>
      <w:r>
        <w:t>نتھنگ کین بی اچیوڈ ایکسیپٹ تھرو وائلنس، تھرو سورڈ۔</w:t>
      </w:r>
    </w:p>
    <w:p>
      <w:r>
        <w:rPr>
          <w:b/>
        </w:rPr>
        <w:t xml:space="preserve">[25:31] </w:t>
      </w:r>
      <w:r>
        <w:t>but now this thing is being discarded. this thing has no relevance in our present time.</w:t>
      </w:r>
    </w:p>
    <w:p>
      <w:pPr>
        <w:jc w:val="right"/>
      </w:pPr>
      <w:r>
        <w:t>بٹ ناؤ دس سینگ از بینگ ڈسکارڈڈ۔ دس سینگ ہیز نو ریلیونس ان اور پریزنٹ ٹائم۔</w:t>
      </w:r>
    </w:p>
    <w:p>
      <w:r>
        <w:rPr>
          <w:b/>
        </w:rPr>
        <w:t xml:space="preserve">[25:45] </w:t>
      </w:r>
      <w:r>
        <w:t>Now peace is everything. Through peace, we can establish a better society, harmony society, and education system, a da'wa empire.</w:t>
      </w:r>
    </w:p>
    <w:p>
      <w:pPr>
        <w:jc w:val="right"/>
      </w:pPr>
      <w:r>
        <w:t>ناؤ پیس از ایوری تھنگ۔ تھرو پیس، وی کین اسٹیبلش ا بیٹر سوسائٹی، ہارمونی سوسائٹی، اینڈ ایجوکیشن سسٹم، ا دعویٰ ایمپائر</w:t>
      </w:r>
    </w:p>
    <w:p>
      <w:r>
        <w:rPr>
          <w:b/>
        </w:rPr>
        <w:t xml:space="preserve">[26:00] </w:t>
      </w:r>
      <w:r>
        <w:t>. I would see that now you are in position to establish a da'wa empire by applying peaceful method.</w:t>
      </w:r>
    </w:p>
    <w:p>
      <w:pPr>
        <w:jc w:val="right"/>
      </w:pPr>
      <w:r>
        <w:t>۔ آئی وڈ سی دیٹ ناؤ یو آر ان پوزیشن ٹو اسٹیبلش ا دعویٰ ایمپائر بائی اپلائنگ پیس فل میتھڈ۔</w:t>
      </w:r>
    </w:p>
    <w:p>
      <w:r>
        <w:rPr>
          <w:b/>
        </w:rPr>
        <w:t xml:space="preserve">[26:15] </w:t>
      </w:r>
      <w:r>
        <w:t>previously, there were several political empires. that empires were establish by the power of sword.</w:t>
      </w:r>
    </w:p>
    <w:p>
      <w:pPr>
        <w:jc w:val="right"/>
      </w:pPr>
      <w:r>
        <w:t>پریویسلی، دیر وار سیورل پولیٹیکل ایمپائرز۔ دیٹ ایمپائرز ویر اسٹیبلش بائی دا پاور آف سورڈ۔</w:t>
      </w:r>
    </w:p>
    <w:p>
      <w:r>
        <w:rPr>
          <w:b/>
        </w:rPr>
        <w:t xml:space="preserve">[26:28] </w:t>
      </w:r>
      <w:r>
        <w:t>but now is age of ideology. in ideology question, we can establish a da'wa empire.</w:t>
      </w:r>
    </w:p>
    <w:p>
      <w:pPr>
        <w:jc w:val="right"/>
      </w:pPr>
      <w:r>
        <w:t>بٹ ناؤ از ایج آف آئیڈیالوجی۔ ان آئیڈیالوجی کوسچن، وی کین اسٹیبلش ا دعویٰ ایمپائر۔</w:t>
      </w:r>
    </w:p>
    <w:p>
      <w:r>
        <w:rPr>
          <w:b/>
        </w:rPr>
        <w:t xml:space="preserve">[26:46] </w:t>
      </w:r>
      <w:r>
        <w:t>this da'wa empire will be non political, totally non political.</w:t>
      </w:r>
    </w:p>
    <w:p>
      <w:pPr>
        <w:jc w:val="right"/>
      </w:pPr>
      <w:r>
        <w:t>دس دعویٰ ایمپائر ویل بی نان پولیٹیکل، ٹوٹلی نان پولیٹیکل۔</w:t>
      </w:r>
    </w:p>
    <w:p>
      <w:r>
        <w:rPr>
          <w:b/>
        </w:rPr>
        <w:t xml:space="preserve">[26:56] </w:t>
      </w:r>
      <w:r>
        <w:t>so all the, all the opportunities are open. all the opportunities are open.</w:t>
      </w:r>
    </w:p>
    <w:p>
      <w:pPr>
        <w:jc w:val="right"/>
      </w:pPr>
      <w:r>
        <w:t>سو آل دا، آل دا اپرچونیٹیز آر اوپن۔ آل دا اپرچونیٹیز آر اوپن۔</w:t>
      </w:r>
    </w:p>
    <w:p>
      <w:r>
        <w:rPr>
          <w:b/>
        </w:rPr>
        <w:t xml:space="preserve">[27:09] </w:t>
      </w:r>
      <w:r>
        <w:t>i would see that it is by discovery</w:t>
      </w:r>
    </w:p>
    <w:p>
      <w:pPr>
        <w:jc w:val="right"/>
      </w:pPr>
      <w:r>
        <w:t>آئی وڈ سی دیٹ اٹ از بائی ڈسکوری</w:t>
      </w:r>
    </w:p>
    <w:p>
      <w:r>
        <w:rPr>
          <w:b/>
        </w:rPr>
        <w:t xml:space="preserve">[27:13] </w:t>
      </w:r>
      <w:r>
        <w:t>that present age is age of demonetization. in previous ages, everything was monopoly of kings,</w:t>
      </w:r>
    </w:p>
    <w:p>
      <w:pPr>
        <w:jc w:val="right"/>
      </w:pPr>
      <w:r>
        <w:t>دیٹ پریزنٹ ایج از ایج آف ڈی مونیپرائزیشن۔ ان پریویس ایجز، ایوری تھنگ واز مونوپولی آف کنگز،</w:t>
      </w:r>
    </w:p>
    <w:p>
      <w:r>
        <w:rPr>
          <w:b/>
        </w:rPr>
        <w:t xml:space="preserve">[27:28] </w:t>
      </w:r>
      <w:r>
        <w:t>monopoly of lords.</w:t>
      </w:r>
    </w:p>
    <w:p>
      <w:pPr>
        <w:jc w:val="right"/>
      </w:pPr>
      <w:r>
        <w:t>مونوپولی آف لارڈز۔</w:t>
      </w:r>
    </w:p>
    <w:p>
      <w:r>
        <w:rPr>
          <w:b/>
        </w:rPr>
        <w:t xml:space="preserve">[27:32] </w:t>
      </w:r>
      <w:r>
        <w:t>in previous ages, everything was monopoly of kings. but democracy and modern age have demonopolized everything.</w:t>
      </w:r>
    </w:p>
    <w:p>
      <w:pPr>
        <w:jc w:val="right"/>
      </w:pPr>
      <w:r>
        <w:t>ان پریویس ایجز، ایوری تھنگ واز مونوپولی آف کنگز۔ بٹ ڈیموکریسی اینڈ ماڈرن ایج ہیو ڈی مونیپرائزڈ ایوری تھنگ۔</w:t>
      </w:r>
    </w:p>
    <w:p>
      <w:r>
        <w:rPr>
          <w:b/>
        </w:rPr>
        <w:t xml:space="preserve">[27:51] </w:t>
      </w:r>
      <w:r>
        <w:t>naao everything is for everyone.</w:t>
      </w:r>
    </w:p>
    <w:p>
      <w:pPr>
        <w:jc w:val="right"/>
      </w:pPr>
      <w:r>
        <w:t>ناؤ ایوری تھنگ از فار ایوری ون۔</w:t>
      </w:r>
    </w:p>
    <w:p>
      <w:r>
        <w:rPr>
          <w:b/>
        </w:rPr>
        <w:t xml:space="preserve">[27:58] </w:t>
      </w:r>
      <w:r>
        <w:t>naao there is no monopoly. age of monopoly is over.</w:t>
      </w:r>
    </w:p>
    <w:p>
      <w:pPr>
        <w:jc w:val="right"/>
      </w:pPr>
      <w:r>
        <w:t>ناؤ دیر از نو مونوپولی۔ ایج آف مونوپولی از اوور۔</w:t>
      </w:r>
    </w:p>
    <w:p>
      <w:r>
        <w:rPr>
          <w:b/>
        </w:rPr>
        <w:t xml:space="preserve">[28:08] </w:t>
      </w:r>
      <w:r>
        <w:t>even according to the hadith, even king like facilities are common.</w:t>
      </w:r>
    </w:p>
    <w:p>
      <w:pPr>
        <w:jc w:val="right"/>
      </w:pPr>
      <w:r>
        <w:t>ایون اکارڈنگ ٹو دا حدیث، ایون کنگ لائک فیسلیٹیز آر کامن۔</w:t>
      </w:r>
    </w:p>
    <w:p>
      <w:r>
        <w:rPr>
          <w:b/>
        </w:rPr>
        <w:t xml:space="preserve">[28:21] </w:t>
      </w:r>
      <w:r>
        <w:t>kal bolunga, it means that king like facilities will be open for all,</w:t>
      </w:r>
    </w:p>
    <w:p>
      <w:pPr>
        <w:jc w:val="right"/>
      </w:pPr>
      <w:r>
        <w:t>کل بولوں گا، اٹ مینز دیٹ کنگ لائک فیسلیٹیز ویل بی اوپن فار ال،</w:t>
      </w:r>
    </w:p>
    <w:p>
      <w:r>
        <w:rPr>
          <w:b/>
        </w:rPr>
        <w:t xml:space="preserve">[28:31] </w:t>
      </w:r>
      <w:r>
        <w:t>except violence is taboo. violence is not allowed. to why allowance?</w:t>
      </w:r>
    </w:p>
    <w:p>
      <w:pPr>
        <w:jc w:val="right"/>
      </w:pPr>
      <w:r>
        <w:t>ایکسیپٹ وائلنس از ٹیبو۔ وائلنس از ناٹ الاؤڈ۔ تو وائی الاؤنس؟</w:t>
      </w:r>
    </w:p>
    <w:p>
      <w:r>
        <w:rPr>
          <w:b/>
        </w:rPr>
        <w:t xml:space="preserve">[28:40] </w:t>
      </w:r>
      <w:r>
        <w:t>why violence? why violence? why blood strip? if everything is possible to achieve by peaceful method, then why violence?</w:t>
      </w:r>
    </w:p>
    <w:p>
      <w:pPr>
        <w:jc w:val="right"/>
      </w:pPr>
      <w:r>
        <w:t>وائی وائلنس؟ وائی وائلنس؟ وائی بلڈ سٹریپ؟ اف ایوری تھنگ از پاسیبل ٹو اچیو بائی پیس فل میتھڈ، دین وائی وائلنس؟</w:t>
      </w:r>
    </w:p>
    <w:p>
      <w:r>
        <w:rPr>
          <w:b/>
        </w:rPr>
        <w:t xml:space="preserve">[28:59] </w:t>
      </w:r>
      <w:r>
        <w:t>and this is just according to the sunnah of the prophet. there is a hadith narrated by al Bukhari,</w:t>
      </w:r>
    </w:p>
    <w:p>
      <w:pPr>
        <w:jc w:val="right"/>
      </w:pPr>
      <w:r>
        <w:t>اینڈ دس از جسٹ اکارڈنگ ٹو دا سنہ اف دا پرافٹ۔ دیر از ا حدیث نیریٹڈ بائی البخاری،</w:t>
      </w:r>
    </w:p>
    <w:p>
      <w:r>
        <w:rPr>
          <w:b/>
        </w:rPr>
        <w:t xml:space="preserve">[29:15] </w:t>
      </w:r>
      <w:r>
        <w:t>"ma khair rasool Allah sallallahu alaihi wasallam bayna amrain ila</w:t>
      </w:r>
    </w:p>
    <w:p>
      <w:pPr>
        <w:jc w:val="right"/>
      </w:pPr>
      <w:r>
        <w:t>"ما خیر رسول اللہ صلی اللہ علیہ وسلم بین امرین الا</w:t>
      </w:r>
    </w:p>
    <w:p>
      <w:r>
        <w:rPr>
          <w:b/>
        </w:rPr>
        <w:t xml:space="preserve">[29:25] </w:t>
      </w:r>
      <w:r>
        <w:t>when ever the prophet had to choose between the two, he always opted for easier course of action rather than harder course of action."</w:t>
      </w:r>
    </w:p>
    <w:p>
      <w:pPr>
        <w:jc w:val="right"/>
      </w:pPr>
      <w:r>
        <w:t>وین ایور دا پرافٹ ہیڈ ٹو چوز بٹوین دا ٹو، ہی الویز اپٹڈ فار ایزر کورس اف ایکشن رادر دین ہارڈر کورس اف ایکشن۔"</w:t>
      </w:r>
    </w:p>
    <w:p>
      <w:r>
        <w:rPr>
          <w:b/>
        </w:rPr>
        <w:t xml:space="preserve">[29:43] </w:t>
      </w:r>
      <w:r>
        <w:t>to what is easier and what is harder? easier course of action is peaceful method</w:t>
      </w:r>
    </w:p>
    <w:p>
      <w:pPr>
        <w:jc w:val="right"/>
      </w:pPr>
      <w:r>
        <w:t>تو واٹ از ایزر اینڈ واٹ از ہارڈر؟ ایزر کورس اف ایکشن از پیس فل میتھڈ</w:t>
      </w:r>
    </w:p>
    <w:p>
      <w:r>
        <w:rPr>
          <w:b/>
        </w:rPr>
        <w:t xml:space="preserve">[29:53] </w:t>
      </w:r>
      <w:r>
        <w:t>. easier is peaceful method and harder is one violent method. this was the sunnah of the prophet.</w:t>
      </w:r>
    </w:p>
    <w:p>
      <w:pPr>
        <w:jc w:val="right"/>
      </w:pPr>
      <w:r>
        <w:t>۔ ایزر از پیس فل میتھڈ اینڈ ہارڈر از ون وائلنٹ میتھڈ۔ دس واز دا سنہ اف دا پرافٹ۔</w:t>
      </w:r>
    </w:p>
    <w:p>
      <w:r>
        <w:rPr>
          <w:b/>
        </w:rPr>
        <w:t xml:space="preserve">[30:05] </w:t>
      </w:r>
      <w:r>
        <w:t>this was sunnah of the prophet that he always opted for peaceful method.</w:t>
      </w:r>
    </w:p>
    <w:p>
      <w:pPr>
        <w:jc w:val="right"/>
      </w:pPr>
      <w:r>
        <w:t>دس واز سنہ اف دا پرافٹ دیٹ ہی الویز اپٹڈ فار پیس فل میتھڈ۔</w:t>
      </w:r>
    </w:p>
    <w:p>
      <w:r>
        <w:rPr>
          <w:b/>
        </w:rPr>
        <w:t xml:space="preserve">[30:13] </w:t>
      </w:r>
      <w:r>
        <w:t>so if we reassess, if we</w:t>
      </w:r>
    </w:p>
    <w:p>
      <w:pPr>
        <w:jc w:val="right"/>
      </w:pPr>
      <w:r>
        <w:t>سو اف وی ری اسس، اف وی</w:t>
      </w:r>
    </w:p>
    <w:p>
      <w:r>
        <w:rPr>
          <w:b/>
        </w:rPr>
        <w:t xml:space="preserve">[30:21] </w:t>
      </w:r>
      <w:r>
        <w:t>reassess the situation and abandon totally violence, then we will follow the sunnah of the prophet.</w:t>
      </w:r>
    </w:p>
    <w:p>
      <w:pPr>
        <w:jc w:val="right"/>
      </w:pPr>
      <w:r>
        <w:t>ری اسس دا سچویشن اینڈ ابینڈ ٹوٹلی وائلنس، دین وی ویل فالو دا سنہ اف دا پرافٹ۔</w:t>
      </w:r>
    </w:p>
    <w:p>
      <w:r>
        <w:rPr>
          <w:b/>
        </w:rPr>
        <w:t xml:space="preserve">[30:37] </w:t>
      </w:r>
      <w:r>
        <w:t>sunah of the prophet.</w:t>
      </w:r>
    </w:p>
    <w:p>
      <w:pPr>
        <w:jc w:val="right"/>
      </w:pPr>
      <w:r>
        <w:t>سنہ اف دا پرافٹ۔</w:t>
      </w:r>
    </w:p>
    <w:p>
      <w:r>
        <w:rPr>
          <w:b/>
        </w:rPr>
        <w:t xml:space="preserve">[30:43] </w:t>
      </w:r>
      <w:r>
        <w:t>so everything is in hand</w:t>
      </w:r>
    </w:p>
    <w:p>
      <w:pPr>
        <w:jc w:val="right"/>
      </w:pPr>
      <w:r>
        <w:t>سو ایوری تھنگ از ان ہینڈ</w:t>
      </w:r>
    </w:p>
    <w:p>
      <w:r>
        <w:rPr>
          <w:b/>
        </w:rPr>
        <w:t xml:space="preserve">[30:49] </w:t>
      </w:r>
      <w:r>
        <w:t>so now there no need for complaint, for protest, for violence. by following peaceful method, we can spread the quran throughout the world.</w:t>
      </w:r>
    </w:p>
    <w:p>
      <w:pPr>
        <w:jc w:val="right"/>
      </w:pPr>
      <w:r>
        <w:t>۔ سو ناؤ دیر نو نیڈ فار کمپلینٹ، فار پروٹیسٹ، فار وائلنس۔ بائی فالونگ پیس فل میتھڈ، وی کین اسپریڈ دا قرآن تھرو آؤٹ دی ورلڈ۔</w:t>
      </w:r>
    </w:p>
    <w:p>
      <w:r>
        <w:rPr>
          <w:b/>
        </w:rPr>
        <w:t xml:space="preserve">[31:05] </w:t>
      </w:r>
      <w:r>
        <w:t>i will repeat that what a thrilling idea that we can complete the incomplete journey of global quran.</w:t>
      </w:r>
    </w:p>
    <w:p>
      <w:pPr>
        <w:jc w:val="right"/>
      </w:pPr>
      <w:r>
        <w:t>آئی ویل ریپیٹ دیٹ واٹ ا تھرلنگ آئیڈیا دیٹ وی کین کمپلیٹ دا ان کمپلیٹ جرنی آف گلوبل قرآن۔</w:t>
      </w:r>
    </w:p>
    <w:p>
      <w:r>
        <w:rPr>
          <w:b/>
        </w:rPr>
        <w:t xml:space="preserve">[31:21] </w:t>
      </w:r>
      <w:r>
        <w:t>assalam o alaikum wa rahmatullahi wa barakatuh.</w:t>
      </w:r>
    </w:p>
    <w:p>
      <w:pPr>
        <w:jc w:val="right"/>
      </w:pPr>
      <w:r>
        <w:t>السلام علیکم ورحمۃ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