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Creation Plan of God</w:t>
      </w:r>
    </w:p>
    <w:p>
      <w:r>
        <w:t>https://www.youtube.com/watch?v=eW4bWpFugVs</w:t>
      </w:r>
    </w:p>
    <w:p>
      <w:r>
        <w:rPr>
          <w:b/>
        </w:rPr>
        <w:t xml:space="preserve">[00:01] </w:t>
      </w:r>
      <w:r>
        <w:t>assalam o alaikum, greetings of peace. bismillah hir rahman nir rahim, in the name of god, the most beneficient, the most merciful. i am a member of cps international, founded by maulana wahiduddin khan sahib.</w:t>
      </w:r>
    </w:p>
    <w:p>
      <w:pPr>
        <w:jc w:val="right"/>
      </w:pPr>
      <w:r>
        <w:t>अस्सलाम वालेकुम, ग्रीटिंग्स ऑफ पीस। बिस्मिल्लाहिर्रहमानिर्रहीम, इन द नेम ऑफ गॉड, द मोस्ट बेनिफिशियंट, द मोस्ट मर्सिफुल। आई एम अ मेंबर ऑफ सीपीएस इंटरनेशनल, फाउंडेड बाय मौलाना वहीदुद्दीन खान साहब।</w:t>
      </w:r>
    </w:p>
    <w:p>
      <w:r>
        <w:rPr>
          <w:b/>
        </w:rPr>
        <w:t xml:space="preserve">[00:20] </w:t>
      </w:r>
      <w:r>
        <w:t>the sunday talks are aimed at presenting islam as it is from the original scriptures, which consist of the quran, the word of god, and hadith, which are the sayings of the prophet and the life of the prophet for us to emulate.</w:t>
      </w:r>
    </w:p>
    <w:p>
      <w:pPr>
        <w:jc w:val="right"/>
      </w:pPr>
      <w:r>
        <w:t>दी संडे टॉक्स आर एम्ड एट प्रेजेंटिंग इस्लाम एज इट इज फ्रॉम द ओरिजिनल स्क्रिप्चर्स, व्हिच कंसिस्ट ऑफ द कुरान, द वर्ड ऑफ गॉड, एंड हदीत, व्हिच आर द सेइंग्स ऑफ द प्रॉफेट एंड द लाइफ ऑफ द प्रॉफेट फॉर अस टू एम्युलेट।</w:t>
      </w:r>
    </w:p>
    <w:p>
      <w:r>
        <w:rPr>
          <w:b/>
        </w:rPr>
        <w:t xml:space="preserve">[00:42] </w:t>
      </w:r>
      <w:r>
        <w:t>prophet muhammad, peace be upon him, was a seeker, and he was chosen by god to receive god's revelations through angel gabriel. the prophet conveyed the pristine message. today, we have this message in the form of the printed and digital copies of the quran, with its translations in many national and international languages.</w:t>
      </w:r>
    </w:p>
    <w:p>
      <w:pPr>
        <w:jc w:val="right"/>
      </w:pPr>
      <w:r>
        <w:t>प्रॉफेट मोहम्मद, पीस बी अपॉन हिम, वास अ सीकर, एंड ही वास चोजन बाय गॉड टू रिसीव गॉड्स रेवलेशंस थ्रू एंजल गैब्रियल। द प्रॉफेट कन्वेड द प्रिस्टीन मैसेज। टुडे, वी हैव दिस मैसेज इन द फॉर्म ऑफ द प्रिंटेड एंड डिजिटल कॉपीज ऑफ द कुरान, विद इट्स ट्रांसलेशंस इन मेनी नेशनल एंड इंटरनेशनल लैंग्वेजेस।</w:t>
      </w:r>
    </w:p>
    <w:p>
      <w:r>
        <w:rPr>
          <w:b/>
        </w:rPr>
        <w:t xml:space="preserve">[01:10] </w:t>
      </w:r>
      <w:r>
        <w:t>our website cpsquran.com has 28 translations uploaded as of now. i</w:t>
      </w:r>
    </w:p>
    <w:p>
      <w:pPr>
        <w:jc w:val="right"/>
      </w:pPr>
      <w:r>
        <w:t>आवर वेबसाइट cpsquran.com हैज 28 ट्रांसलेशंस अपलोडेड एज ऑफ नाउ। आई</w:t>
      </w:r>
    </w:p>
    <w:p>
      <w:r>
        <w:rPr>
          <w:b/>
        </w:rPr>
        <w:t xml:space="preserve">[01:20] </w:t>
      </w:r>
      <w:r>
        <w:t>request my discerning listeners to differentiate between islam presented from the original sources and the prevalent culture amongst muslims, which they witness today.</w:t>
      </w:r>
    </w:p>
    <w:p>
      <w:pPr>
        <w:jc w:val="right"/>
      </w:pPr>
      <w:r>
        <w:t>रिक्वेस्ट माय डिस्कर्निंग लिसनर्स टू डिफरेंशिएट बिटवीन इस्लाम प्रेजेंटेड फ्रॉम द ओरिजिनल सोर्सेस एंड द प्रिवेलेंट कल्चर अमोंगस्ट मुस्लिम्स, व्हिच दे विटनेस टुडे।</w:t>
      </w:r>
    </w:p>
    <w:p>
      <w:r>
        <w:rPr>
          <w:b/>
        </w:rPr>
        <w:t xml:space="preserve">[01:39] </w:t>
      </w:r>
      <w:r>
        <w:t>the call of the quran is towards the discovery of god, acknowledgement of his glory, gratitude for all that he has bestowed upon humans,</w:t>
      </w:r>
    </w:p>
    <w:p>
      <w:pPr>
        <w:jc w:val="right"/>
      </w:pPr>
      <w:r>
        <w:t>द कॉल ऑफ द कुरान इज टुवर्ड्स द डिस्कवरी ऑफ गॉड, अक्नॉलेजमेंट ऑफ हिज ग्लोरी, ग्रेटट्यूड फॉर ऑल दैट ही हैज बेस्ट आउट ऑन ह्यूमंस,</w:t>
      </w:r>
    </w:p>
    <w:p>
      <w:r>
        <w:rPr>
          <w:b/>
        </w:rPr>
        <w:t xml:space="preserve">[01:53] </w:t>
      </w:r>
      <w:r>
        <w:t>and to know what is a god-oriented life, which makes us eligible for paradise.</w:t>
      </w:r>
    </w:p>
    <w:p>
      <w:pPr>
        <w:jc w:val="right"/>
      </w:pPr>
      <w:r>
        <w:t>एंड टू नो व्हाट इज अ गॉड-ओरिएंटेड लाइफ, व्हिच मेक्स अस एलिजिबल फॉर पैराडाइस।</w:t>
      </w:r>
    </w:p>
    <w:p>
      <w:r>
        <w:rPr>
          <w:b/>
        </w:rPr>
        <w:t xml:space="preserve">[02:01] </w:t>
      </w:r>
      <w:r>
        <w:t>with the above basic understanding, today i present before you the main aspects of the creation plan of god from the tasirul quran, which is a translation and a commentary by maulana sahib, and the explanation from his writings, which are a serious and sincere work of nearly seven decades.</w:t>
      </w:r>
    </w:p>
    <w:p>
      <w:pPr>
        <w:jc w:val="right"/>
      </w:pPr>
      <w:r>
        <w:t>विद दी अबव बेसिक अंडरस्टैंडिंग, टुडे आई प्रेजेंट बिफोर यू द मेन एस्पेक्ट्स ऑफ द क्रिएशन प्लान ऑफ गॉड फ्रॉम द तस्कीरुल कुरान, व्हिच इज अ ट्रांसलेशन एंड अ कमेंट्री बाय मौलाना साहब, एंड द एक्सप्लेनेशन फ्रॉम हिज राइटिंग्स, व्हिच आर अ सीरियस एंड सिंसियर वर्क ऑफ नियरली सेवन डिकेड्स।</w:t>
      </w:r>
    </w:p>
    <w:p>
      <w:r>
        <w:rPr>
          <w:b/>
        </w:rPr>
        <w:t xml:space="preserve">[02:29] </w:t>
      </w:r>
      <w:r>
        <w:t>maulana sahib passed away on the 21st of april 2021 at the age of 96.</w:t>
      </w:r>
    </w:p>
    <w:p>
      <w:pPr>
        <w:jc w:val="right"/>
      </w:pPr>
      <w:r>
        <w:t>मौलाना साहब पास्ड अवे ऑन द 21st ऑफ अप्रैल 2021 एट दी एज ऑफ 96।</w:t>
      </w:r>
    </w:p>
    <w:p>
      <w:r>
        <w:rPr>
          <w:b/>
        </w:rPr>
        <w:t xml:space="preserve">[02:36] </w:t>
      </w:r>
      <w:r>
        <w:t>for information about our mission and the message of islam, kindly log on to our website cpsglobal.org. thank you. lets begin the topic of our discussion today. what do we mean by creation plan</w:t>
      </w:r>
    </w:p>
    <w:p>
      <w:pPr>
        <w:jc w:val="right"/>
      </w:pPr>
      <w:r>
        <w:t>फॉर इंफॉर्मेशन अबाउट आवर मिशन एंड द मैसेज ऑफ इस्लाम, काइंडली लॉग ऑन टू आवर वेबसाइट cpsglobal.org। थैंक यू। लेट्स बिगिन द टॉपिक ऑफ आवर डिस्कशन टुडे। व्हाट डू वी मीन बाय क्रिएशन प्लान</w:t>
      </w:r>
    </w:p>
    <w:p>
      <w:r>
        <w:rPr>
          <w:b/>
        </w:rPr>
        <w:t xml:space="preserve">[02:57] </w:t>
      </w:r>
      <w:r>
        <w:t>? it is the plan of god for humans to live according to in this world. that is what is referred to as creation plan of god.</w:t>
      </w:r>
    </w:p>
    <w:p>
      <w:pPr>
        <w:jc w:val="right"/>
      </w:pPr>
      <w:r>
        <w:t>? इट इज द प्लान ऑफ गॉड फॉर ह्यूमंस टू लिव अकॉर्डिंग टू इन दिस वर्ल्ड। दैट इज व्हाट इज रेफर्ड टू एज क्रिएशन प्लान ऑफ गॉड।</w:t>
      </w:r>
    </w:p>
    <w:p>
      <w:r>
        <w:rPr>
          <w:b/>
        </w:rPr>
        <w:t xml:space="preserve">[03:10] </w:t>
      </w:r>
      <w:r>
        <w:t>the manifestation of this plan is what is termed as the law of nature. creation plan of god and the law of nature are the two names of the same phenomena. however,</w:t>
      </w:r>
    </w:p>
    <w:p>
      <w:pPr>
        <w:jc w:val="right"/>
      </w:pPr>
      <w:r>
        <w:t>द मैनिफेस्टेशन ऑफ दिस प्लान इज व्हाट इज टर्म्ड एज द लॉ ऑफ नेचर। क्रिएशन प्लान ऑफ गॉड एंड द लॉ ऑफ नेचर आर द टू नेम्स ऑफ द सेम फिनोमिना। हाउ एवर,</w:t>
      </w:r>
    </w:p>
    <w:p>
      <w:r>
        <w:rPr>
          <w:b/>
        </w:rPr>
        <w:t xml:space="preserve">[03:27] </w:t>
      </w:r>
      <w:r>
        <w:t>we need to understand that there is a difference</w:t>
      </w:r>
    </w:p>
    <w:p>
      <w:pPr>
        <w:jc w:val="right"/>
      </w:pPr>
      <w:r>
        <w:t>वी नीड टू अंडरस्टैंड दैट देयर इज अ डिफरेंस</w:t>
      </w:r>
    </w:p>
    <w:p>
      <w:r>
        <w:rPr>
          <w:b/>
        </w:rPr>
        <w:t xml:space="preserve">[03:31] </w:t>
      </w:r>
      <w:r>
        <w:t>. the difference being that under the name of creation plan, god realization is present, while under the name of law of nature, one might not acknowledge god as the creator.</w:t>
      </w:r>
    </w:p>
    <w:p>
      <w:pPr>
        <w:jc w:val="right"/>
      </w:pPr>
      <w:r>
        <w:t>। द डिफरेंस बीइंग दैट अंडर द नेम ऑफ क्रिएशन प्लान, गॉड रियलाइजेशन इज प्रेजेंट, व्हाइल अंडर द नेम ऑफ लॉ ऑफ नेचर, वन माइट नॉट अक्नॉलेज गॉड एज द क्रिएटर।</w:t>
      </w:r>
    </w:p>
    <w:p>
      <w:r>
        <w:rPr>
          <w:b/>
        </w:rPr>
        <w:t xml:space="preserve">[03:52] </w:t>
      </w:r>
      <w:r>
        <w:t>in todays discussion, we will proceed with in a manner where we sort of try to answer the logical questions, which keep, which will keep coming into our mind as we keep on understanding one aspect after the other. now, the next pertinent question could be, who should be the planner?</w:t>
      </w:r>
    </w:p>
    <w:p>
      <w:pPr>
        <w:jc w:val="right"/>
      </w:pPr>
      <w:r>
        <w:t>इन टुडेज डिस्कशन, वी विल प्रोसीड विद इन अ मैनर वेयर वी सॉर्ट ऑफ ट्राई टू आंसर द लॉजिकल क्वेश्चंस, व्हिच कीप, व्हिच विल कीप कमिंग इनटू आवर माइंड एज वी कीप ऑन अंडरस्टैंडिंग वन एस्पेक्ट आफ्टर दी अदर। नाउ, द नेक्स्ट पर्टिनेंट क्वेश्चन कुड बी, हु शुड बी द प्लानर?</w:t>
      </w:r>
    </w:p>
    <w:p>
      <w:r>
        <w:rPr>
          <w:b/>
        </w:rPr>
        <w:t xml:space="preserve">[04:21] </w:t>
      </w:r>
      <w:r>
        <w:t>see, god, the creator and sustainer of this world, created this world. the creator only has to be its planner, and he has to give us this plan</w:t>
      </w:r>
    </w:p>
    <w:p>
      <w:pPr>
        <w:jc w:val="right"/>
      </w:pPr>
      <w:r>
        <w:t>सी, गॉड, द क्रिएटर एंड सस्टेनर ऑफ दिस वर्ल्ड, क्रिएटेड दिस वर्ल्ड। द क्रिएटर ओनली हैज टू बी इट्स प्लानर, एंड ही हैज टू गिव अस दिस प्लान</w:t>
      </w:r>
    </w:p>
    <w:p>
      <w:r>
        <w:rPr>
          <w:b/>
        </w:rPr>
        <w:t xml:space="preserve">[04:32] </w:t>
      </w:r>
      <w:r>
        <w:t>only the creator can know his creatures and their needs. just like the architect is the person who can draw up the plan for the construction of a structure, and based on his plan, the other people with different skills can work together in order to build the required structure and make use of it.</w:t>
      </w:r>
    </w:p>
    <w:p>
      <w:pPr>
        <w:jc w:val="right"/>
      </w:pPr>
      <w:r>
        <w:t>। ओनली द क्रिएटर कैन नो हिज क्रिएचर्स एंड देयर नीड्स। जस्ट लाइक द आर्किटेक्ट इज द पर्सन हु कैन ड्रॉ अप द प्लान फॉर द कंस्ट्रक्शन ऑफ अ स्ट्रक्चर, एंड बेस्ड ऑन हिज प्लान, द अदर पीपल विद डिफरेंट स्किल्स कैन वर्क टुगेदर इन ऑर्डर टू बिल्ड द रिक्वायर्ड स्ट्रक्चर एंड मेक यूज ऑफ इट।</w:t>
      </w:r>
    </w:p>
    <w:p>
      <w:r>
        <w:rPr>
          <w:b/>
        </w:rPr>
        <w:t xml:space="preserve">[05:00] </w:t>
      </w:r>
      <w:r>
        <w:t>now, its possible that we might have a question, is it necessary to have a plan to live in this world?</w:t>
      </w:r>
    </w:p>
    <w:p>
      <w:pPr>
        <w:jc w:val="right"/>
      </w:pPr>
      <w:r>
        <w:t>नाउ, इट्स पॉसिबल दैट वी माइट हैव अ क्वेश्चन, इज इट नेसेसरी टू हैव अ प्लान टू लिव इन दिस वर्ल्ड?</w:t>
      </w:r>
    </w:p>
    <w:p>
      <w:r>
        <w:rPr>
          <w:b/>
        </w:rPr>
        <w:t xml:space="preserve">[05:10] </w:t>
      </w:r>
      <w:r>
        <w:t>i think if we ponder a little more on this, we will find that this question is unnecessary, because we know that one cannot produce even a pin without an elaborate plan</w:t>
      </w:r>
    </w:p>
    <w:p>
      <w:pPr>
        <w:jc w:val="right"/>
      </w:pPr>
      <w:r>
        <w:t>आई थिंक इफ वी पॉन्डर अ लिटिल मोर ऑन दिस, वी विल फाइंड दैट दिस क्वेश्चन इज अननेसेसरी, बिकॉज वी नो दैट वन कैन नॉट प्रोड्यूस इवन अ पिन विदाउट एन एलाबोरेट प्लान</w:t>
      </w:r>
    </w:p>
    <w:p>
      <w:r>
        <w:rPr>
          <w:b/>
        </w:rPr>
        <w:t xml:space="preserve">[05:24] </w:t>
      </w:r>
      <w:r>
        <w:t>. how could this vast universe with seven billion people</w:t>
      </w:r>
    </w:p>
    <w:p>
      <w:pPr>
        <w:jc w:val="right"/>
      </w:pPr>
      <w:r>
        <w:t>। हाउ कुड दिस वास्ट यूनिवर्स विथ सेवन बिलियन पीपल</w:t>
      </w:r>
    </w:p>
    <w:p>
      <w:r>
        <w:rPr>
          <w:b/>
        </w:rPr>
        <w:t xml:space="preserve">[05:30] </w:t>
      </w:r>
      <w:r>
        <w:t>be run without a plan?</w:t>
      </w:r>
    </w:p>
    <w:p>
      <w:pPr>
        <w:jc w:val="right"/>
      </w:pPr>
      <w:r>
        <w:t>बी रन विदाउट अ प्लान?</w:t>
      </w:r>
    </w:p>
    <w:p>
      <w:r>
        <w:rPr>
          <w:b/>
        </w:rPr>
        <w:t xml:space="preserve">[05:32] </w:t>
      </w:r>
      <w:r>
        <w:t>even in a personal life, we need a plan to perform tasks, both big and small, both short</w:t>
      </w:r>
    </w:p>
    <w:p>
      <w:pPr>
        <w:jc w:val="right"/>
      </w:pPr>
      <w:r>
        <w:t>इवन इन अ पर्सनल लाइफ, वी नीड अ प्लान टू परफॉर्म टास्क्स, बोथ बिग एंड स्मॉल, बोथ शॉर्ट</w:t>
      </w:r>
    </w:p>
    <w:p>
      <w:r>
        <w:rPr>
          <w:b/>
        </w:rPr>
        <w:t xml:space="preserve">[05:39] </w:t>
      </w:r>
      <w:r>
        <w:t>term and long term.</w:t>
      </w:r>
    </w:p>
    <w:p>
      <w:pPr>
        <w:jc w:val="right"/>
      </w:pPr>
      <w:r>
        <w:t>टर्म एंड लॉन्ग टर्म।</w:t>
      </w:r>
    </w:p>
    <w:p>
      <w:r>
        <w:rPr>
          <w:b/>
        </w:rPr>
        <w:t xml:space="preserve">[05:42] </w:t>
      </w:r>
      <w:r>
        <w:t>we know the importance of planning.</w:t>
      </w:r>
    </w:p>
    <w:p>
      <w:pPr>
        <w:jc w:val="right"/>
      </w:pPr>
      <w:r>
        <w:t>वी नो द इंपॉर्टेंस ऑफ प्लानिंग।</w:t>
      </w:r>
    </w:p>
    <w:p>
      <w:r>
        <w:rPr>
          <w:b/>
        </w:rPr>
        <w:t xml:space="preserve">[05:44] </w:t>
      </w:r>
      <w:r>
        <w:t>planning is so very crucial that the thinkers have observed, the achievers have observed that if we fail</w:t>
      </w:r>
    </w:p>
    <w:p>
      <w:pPr>
        <w:jc w:val="right"/>
      </w:pPr>
      <w:r>
        <w:t>प्लानिंग इज सो वेरी क्रूशियल दैट द थिंकर्स हैव ऑब्जर्व्ड, द अचीवर्स हैव ऑब्जर्व्ड दैट इफ वी फेल</w:t>
      </w:r>
    </w:p>
    <w:p>
      <w:r>
        <w:rPr>
          <w:b/>
        </w:rPr>
        <w:t xml:space="preserve">[05:53] </w:t>
      </w:r>
      <w:r>
        <w:t>to plan, then we are, what we are doing is actually planning to fail.</w:t>
      </w:r>
    </w:p>
    <w:p>
      <w:pPr>
        <w:jc w:val="right"/>
      </w:pPr>
      <w:r>
        <w:t>टू प्लान, देन वी आर, व्हाट वी आर डूइंग इज एक्चुअली प्लानिंग टू फेल।</w:t>
      </w:r>
    </w:p>
    <w:p>
      <w:r>
        <w:rPr>
          <w:b/>
        </w:rPr>
        <w:t xml:space="preserve">[06:02] </w:t>
      </w:r>
      <w:r>
        <w:t>so, we are now talking about the creation plan.</w:t>
      </w:r>
    </w:p>
    <w:p>
      <w:pPr>
        <w:jc w:val="right"/>
      </w:pPr>
      <w:r>
        <w:t>सो, वी आर नाउ टॉकिंग अबाउट द क्रिएशन प्लान।</w:t>
      </w:r>
    </w:p>
    <w:p>
      <w:r>
        <w:rPr>
          <w:b/>
        </w:rPr>
        <w:t xml:space="preserve">[06:07] </w:t>
      </w:r>
      <w:r>
        <w:t>what is the source to know this plan of god for us humans? its very important to know where we find this gods planning. the source to know this plan is the quran, the preserved word of god. every book has its objective, and the objective of the quran is to make man aware of the creation plan of god.</w:t>
      </w:r>
    </w:p>
    <w:p>
      <w:pPr>
        <w:jc w:val="right"/>
      </w:pPr>
      <w:r>
        <w:t>व्हाट इज द सोर्स टू नो दिस प्लान ऑफ गॉड फॉर अस ह्यूमंस? इट्स वेरी इंपॉर्टेंट टू नो वेयर वी फाइंड दिस गॉड्स प्लानिंग। द सोर्स टू नो दिस प्लान इज द कुरान, द प्रिजर्व्ड वर्ड ऑफ गॉड। एवरी बुक हैज इट्स ऑब्जेक्टिव, एंड द ऑब्जेक्टिव ऑफ द कुरान इज टू मेक मैन अवेयर ऑफ द क्रिएशन प्लान ऑफ गॉड।</w:t>
      </w:r>
    </w:p>
    <w:p>
      <w:r>
        <w:rPr>
          <w:b/>
        </w:rPr>
        <w:t xml:space="preserve">[06:31] </w:t>
      </w:r>
      <w:r>
        <w:t>the theme of this divine book is to guide man through his entire journey through life into the after life. now, its important that we should know about man before we try to understand the plan. in the universe known to us, man is the only creature who possesses superior intelligence.</w:t>
      </w:r>
    </w:p>
    <w:p>
      <w:pPr>
        <w:jc w:val="right"/>
      </w:pPr>
      <w:r>
        <w:t>द थीम ऑफ दिस डिवाइन बुक इज टू गाइड मैन थ्रू हिज एंटायर जर्नी थ्रू लाइफ इनटू दी आफ्टर लाइफ। नाउ, इट्स इंपॉर्टेंट दैट वी शुड नो अबाउट मैन बिफोर वी ट्राई टू अंडरस्टैंड द प्लान। इन द यूनिवर्स नोन टू अस, मैन इज द ओनली क्रिएचर हु पोसेसेस सुपीरियर इंटेलिजेंस।</w:t>
      </w:r>
    </w:p>
    <w:p>
      <w:r>
        <w:rPr>
          <w:b/>
        </w:rPr>
        <w:t xml:space="preserve">[07:00] </w:t>
      </w:r>
      <w:r>
        <w:t>no other creature so far as we know is so abundantly endowed with this faculty.</w:t>
      </w:r>
    </w:p>
    <w:p>
      <w:pPr>
        <w:jc w:val="right"/>
      </w:pPr>
      <w:r>
        <w:t>नो अदर क्रिएचर सो फार एज वी नो इज सो अबंडेंटली एंडाउड विद दिस फैकल्टी।</w:t>
      </w:r>
    </w:p>
    <w:p>
      <w:r>
        <w:rPr>
          <w:b/>
        </w:rPr>
        <w:t xml:space="preserve">[07:09] </w:t>
      </w:r>
      <w:r>
        <w:t>animals, apparently very much resembling us in certain ways, exist</w:t>
      </w:r>
    </w:p>
    <w:p>
      <w:pPr>
        <w:jc w:val="right"/>
      </w:pPr>
      <w:r>
        <w:t>एनिमल्स, अपेरेंटली वेरी मच रिजेंबलिंग अस इन सर्टेन वेज, एक्सिस्ट</w:t>
      </w:r>
    </w:p>
    <w:p>
      <w:r>
        <w:rPr>
          <w:b/>
        </w:rPr>
        <w:t xml:space="preserve">[07:16] </w:t>
      </w:r>
      <w:r>
        <w:t>nevar da les on anadar plean, bikoz ol der ekshans ar gavarned bae instinkt.</w:t>
      </w:r>
    </w:p>
    <w:p>
      <w:pPr>
        <w:jc w:val="right"/>
      </w:pPr>
      <w:r>
        <w:t>नेवर द लेस ऑन अनदर प्लेन, बिकॉज ऑल देयर एक्शंस आर गवर्न्ड बाय इंस्टिंक्ट।</w:t>
      </w:r>
    </w:p>
    <w:p>
      <w:r>
        <w:rPr>
          <w:b/>
        </w:rPr>
        <w:t xml:space="preserve">[07:24] </w:t>
      </w:r>
      <w:r>
        <w:t>instinkt in da brad sens me bi difaind ez ankaunshas inteligens.</w:t>
      </w:r>
    </w:p>
    <w:p>
      <w:pPr>
        <w:jc w:val="right"/>
      </w:pPr>
      <w:r>
        <w:t>इंस्टिंक्ट इन द ब्रॉड सेंस मे बी डिफाइंड एज अनकॉन्शियस इंटेलिजेंस।</w:t>
      </w:r>
    </w:p>
    <w:p>
      <w:r>
        <w:rPr>
          <w:b/>
        </w:rPr>
        <w:t xml:space="preserve">[07:32] </w:t>
      </w:r>
      <w:r>
        <w:t>conscious intelligence, which is the wellspring of moral choice, is the harm mark of humans. no other species can lay claim to it. modern research has shown that the human brain has infinite potential. man is born with unlimited capacities</w:t>
      </w:r>
    </w:p>
    <w:p>
      <w:pPr>
        <w:jc w:val="right"/>
      </w:pPr>
      <w:r>
        <w:t>कॉन्शियस इंटेलिजेंस, व्हिच इज द वेलस्प्रिंग ऑफ मोरल चॉइस, इज द हार्म मार्क ऑफ ह्यूमंस। नो अदर स्पीशीज कैन ले क्लेम टू इट। मॉडर्न रिसर्च हैज शोन दैट द ह्यूमन ब्रेन हैज इन्फाइनिट पोटेंशियल। मैन इज बोर्न विथ अनलिमिटेड कैपेसिटीज</w:t>
      </w:r>
    </w:p>
    <w:p>
      <w:r>
        <w:rPr>
          <w:b/>
        </w:rPr>
        <w:t xml:space="preserve">[07:55] </w:t>
      </w:r>
      <w:r>
        <w:t>. however, experience shows that everyone departs from this world with an acute sense of having failed to achieve all that he desired.</w:t>
      </w:r>
    </w:p>
    <w:p>
      <w:pPr>
        <w:jc w:val="right"/>
      </w:pPr>
      <w:r>
        <w:t>। हाउ एवर, एक्सपीरियंस शोज दैट एवरीवन डिपार्ट्स फ्रॉम दिस वर्ल्ड विथ एन अक्यूट सेंस ऑफ हैविंग फेल्ड टू अचीव ऑल दैट ही डिजायर्ड।</w:t>
      </w:r>
    </w:p>
    <w:p>
      <w:r>
        <w:rPr>
          <w:b/>
        </w:rPr>
        <w:t xml:space="preserve">[08:12] </w:t>
      </w:r>
      <w:r>
        <w:t>the purpose behind this intelligent creation needs to be understood now.</w:t>
      </w:r>
    </w:p>
    <w:p>
      <w:pPr>
        <w:jc w:val="right"/>
      </w:pPr>
      <w:r>
        <w:t>द पर्पस बिहाइंड दिस इंटेलिजेंट क्रिएशन नीड्स टू बी अंडरस्टुड नाउ।</w:t>
      </w:r>
    </w:p>
    <w:p>
      <w:r>
        <w:rPr>
          <w:b/>
        </w:rPr>
        <w:t xml:space="preserve">[08:20] </w:t>
      </w:r>
      <w:r>
        <w:t>chapter three, verse 191, quran says that the lord has not created all this without a purpose. and what is this purpose?</w:t>
      </w:r>
    </w:p>
    <w:p>
      <w:pPr>
        <w:jc w:val="right"/>
      </w:pPr>
      <w:r>
        <w:t>चैप्टर थ्री, वर्स 191, कुरान सेज दैट द लॉर्ड हैज नॉट क्रिएटेड ऑल दिस विदाउट अ पर्पस। एंड व्हाट इज दिस पर्पस?</w:t>
      </w:r>
    </w:p>
    <w:p>
      <w:r>
        <w:rPr>
          <w:b/>
        </w:rPr>
        <w:t xml:space="preserve">[08:31] </w:t>
      </w:r>
      <w:r>
        <w:t>chepter 67, vars tu, sej it, hi krieted deth and laif so dat hi maet test yu and</w:t>
      </w:r>
    </w:p>
    <w:p>
      <w:pPr>
        <w:jc w:val="right"/>
      </w:pPr>
      <w:r>
        <w:t>चैप्टर 67, वर्स टू, सेज इट, ही क्रिएटेड डेथ एंड लाइफ सो दैट ही माइट टेस्ट यू एंड</w:t>
      </w:r>
    </w:p>
    <w:p>
      <w:r>
        <w:rPr>
          <w:b/>
        </w:rPr>
        <w:t xml:space="preserve">[08:40] </w:t>
      </w:r>
      <w:r>
        <w:t>faind aut vich of yu iz best in kandakt.</w:t>
      </w:r>
    </w:p>
    <w:p>
      <w:pPr>
        <w:jc w:val="right"/>
      </w:pPr>
      <w:r>
        <w:t>फाइंड आउट व्हिच ऑफ यू इज बेस्ट इन कंडक्ट।</w:t>
      </w:r>
    </w:p>
    <w:p>
      <w:r>
        <w:rPr>
          <w:b/>
        </w:rPr>
        <w:t xml:space="preserve">[08:43] </w:t>
      </w:r>
      <w:r>
        <w:t>man iz godz sarvant.</w:t>
      </w:r>
    </w:p>
    <w:p>
      <w:pPr>
        <w:jc w:val="right"/>
      </w:pPr>
      <w:r>
        <w:t>मैन इज गॉड्स सर्वेंट।</w:t>
      </w:r>
    </w:p>
    <w:p>
      <w:r>
        <w:rPr>
          <w:b/>
        </w:rPr>
        <w:t xml:space="preserve">[08:45] </w:t>
      </w:r>
      <w:r>
        <w:t>hi haez bin krieted bae god ez an etarnal krietur.</w:t>
      </w:r>
    </w:p>
    <w:p>
      <w:pPr>
        <w:jc w:val="right"/>
      </w:pPr>
      <w:r>
        <w:t>ही हैज बीन क्रिएटेड बाय गॉड एज एन एटरनल क्रिएचर।</w:t>
      </w:r>
    </w:p>
    <w:p>
      <w:r>
        <w:rPr>
          <w:b/>
        </w:rPr>
        <w:t xml:space="preserve">[08:50] </w:t>
      </w:r>
      <w:r>
        <w:t>hi god haez a spesifik plan for hiz laif, dat iz tu ples him temprarali on arth in</w:t>
      </w:r>
    </w:p>
    <w:p>
      <w:pPr>
        <w:jc w:val="right"/>
      </w:pPr>
      <w:r>
        <w:t>ही गॉड हैज अ स्पेसिफिक प्लान फॉर हिज लाइफ, दैट इज टू प्लेस हिम टेम्पररली ऑन अर्थ इन</w:t>
      </w:r>
    </w:p>
    <w:p>
      <w:r>
        <w:rPr>
          <w:b/>
        </w:rPr>
        <w:t xml:space="preserve">[08:58] </w:t>
      </w:r>
      <w:r>
        <w:t>ordar tu giv him di aporchunitiz in da form of difarant sityueshans,</w:t>
      </w:r>
    </w:p>
    <w:p>
      <w:pPr>
        <w:jc w:val="right"/>
      </w:pPr>
      <w:r>
        <w:t>ऑर्डर टू गिव हिम दी अपॉर्चुनिटीज इन द फॉर्म ऑफ डिफरेंट सिचुएशंस,</w:t>
      </w:r>
    </w:p>
    <w:p>
      <w:r>
        <w:rPr>
          <w:b/>
        </w:rPr>
        <w:t xml:space="preserve">[09:03] </w:t>
      </w:r>
      <w:r>
        <w:t>tu help him tu mold himsef intu a parsanaliti,</w:t>
      </w:r>
    </w:p>
    <w:p>
      <w:pPr>
        <w:jc w:val="right"/>
      </w:pPr>
      <w:r>
        <w:t>टू हेल्प हिम टू मोल्ड हिमसेल्फ इनटू अ पर्सनालिटी,</w:t>
      </w:r>
    </w:p>
    <w:p>
      <w:r>
        <w:rPr>
          <w:b/>
        </w:rPr>
        <w:t xml:space="preserve">[09:08] </w:t>
      </w:r>
      <w:r>
        <w:t>vich vil bi dizarving of da haear rivards of god.</w:t>
      </w:r>
    </w:p>
    <w:p>
      <w:pPr>
        <w:jc w:val="right"/>
      </w:pPr>
      <w:r>
        <w:t>व्हिच विल बी डिजर्विंग ऑफ द हायर रिवॉर्ड्स ऑफ गॉड।</w:t>
      </w:r>
    </w:p>
    <w:p>
      <w:r>
        <w:rPr>
          <w:b/>
        </w:rPr>
        <w:t xml:space="preserve">[09:14] </w:t>
      </w:r>
      <w:r>
        <w:t>next in order will be to know further about man. in this context, i present to you those points, which all of us can recognize having felt within ourselves some time or the other. see, it would be correct to say first of all that man is a seeker by birth. these questions lurk in everyone's mind</w:t>
      </w:r>
    </w:p>
    <w:p>
      <w:pPr>
        <w:jc w:val="right"/>
      </w:pPr>
      <w:r>
        <w:t>नेक्स्ट इन ऑर्डर विल बी टू नो फर्दर अबाउट मैन। इन दिस कॉन्टेक्स्ट, आई प्रेजेंट टू यू दोस पॉइंट्स, व्हिच ऑल ऑफ अस कैन रेकॉग्नाइज हैविंग फेल्ट विद इन आवरसेल्व्स सम टाइम ऑर दी अदर। सी, इट वुड बी करेक्ट टू से फर्स्ट ऑफ ऑल दैट मैन इज अ सीकर बाय बर्थ। दीस क्वेश्चंस लर्क इन एवरीवनस माइंड</w:t>
      </w:r>
    </w:p>
    <w:p>
      <w:r>
        <w:rPr>
          <w:b/>
        </w:rPr>
        <w:t xml:space="preserve">[09:41] </w:t>
      </w:r>
      <w:r>
        <w:t>. i am sure when i tell you these questions, we will all be, i can identify that several times we have asked these question to ourselves, who am i?</w:t>
      </w:r>
    </w:p>
    <w:p>
      <w:pPr>
        <w:jc w:val="right"/>
      </w:pPr>
      <w:r>
        <w:t>। आई एम श्योर व्हेन आई टेल यू दीस क्वेश्चंस, वी विल ऑल बी, आई कैन आइडेंटिफाई दैट सेवरल टाइम्स वी हैव आस्क दीस क्वेश्चन टू आवरसेल्व्स, हु एम आई?</w:t>
      </w:r>
    </w:p>
    <w:p>
      <w:r>
        <w:rPr>
          <w:b/>
        </w:rPr>
        <w:t xml:space="preserve">[09:53] </w:t>
      </w:r>
      <w:r>
        <w:t>what is the purpose of my life? what is the reality of life and death? what is the secret of man success and failure?</w:t>
      </w:r>
    </w:p>
    <w:p>
      <w:pPr>
        <w:jc w:val="right"/>
      </w:pPr>
      <w:r>
        <w:t>व्हाट इज द पर्पस ऑफ माय लाइफ? व्हाट इज द रियलिटी ऑफ लाइफ एंड डेथ? व्हाट इज द सीक्रेट ऑफ मैन सक्सेस एंड फेलियर?</w:t>
      </w:r>
    </w:p>
    <w:p>
      <w:r>
        <w:rPr>
          <w:b/>
        </w:rPr>
        <w:t xml:space="preserve">[10:03] </w:t>
      </w:r>
      <w:r>
        <w:t>many such questions. and we can also recognize the feelings now, which i am going to relate to you. we all long for a perfect wor</w:t>
      </w:r>
    </w:p>
    <w:p>
      <w:pPr>
        <w:jc w:val="right"/>
      </w:pPr>
      <w:r>
        <w:t>मेनी सच क्वेश्चंस। एंड वी कैन आल्सो रेकॉग्नाइज द फीलिंग्स नाउ, व्हिच आई एम गोइंग टू रिलेट टू यू। वी ऑल लोंग फॉर अ परफेक्ट वर्</w:t>
      </w:r>
    </w:p>
    <w:p>
      <w:r>
        <w:rPr>
          <w:b/>
        </w:rPr>
        <w:t xml:space="preserve">[10:13] </w:t>
      </w:r>
      <w:r>
        <w:t>ld. hao ever,</w:t>
      </w:r>
    </w:p>
    <w:p>
      <w:pPr>
        <w:jc w:val="right"/>
      </w:pPr>
      <w:r>
        <w:t>ल्ड। हाउ एवर,</w:t>
      </w:r>
    </w:p>
    <w:p>
      <w:r>
        <w:rPr>
          <w:b/>
        </w:rPr>
        <w:t xml:space="preserve">[10:16] </w:t>
      </w:r>
      <w:r>
        <w:t>vi ar kampel tu liv in an imparfekt van.</w:t>
      </w:r>
    </w:p>
    <w:p>
      <w:pPr>
        <w:jc w:val="right"/>
      </w:pPr>
      <w:r>
        <w:t>वी आर कंपेल टू लिव इन एन इम्परफेक्ट वन।</w:t>
      </w:r>
    </w:p>
    <w:p>
      <w:r>
        <w:rPr>
          <w:b/>
        </w:rPr>
        <w:t xml:space="preserve">[10:20] </w:t>
      </w:r>
      <w:r>
        <w:t>Man's happiness is always short-lived, and every success is in some way marred by losses.</w:t>
      </w:r>
    </w:p>
    <w:p>
      <w:pPr>
        <w:jc w:val="right"/>
      </w:pPr>
      <w:r>
        <w:t>मैनस हैप्पीनेस इज ऑलवेज शॉर्ट लिव्ड, एंड एवरी सक्सेस इज इन सम वे मार्ड बाय लॉसेस।</w:t>
      </w:r>
    </w:p>
    <w:p>
      <w:r>
        <w:rPr>
          <w:b/>
        </w:rPr>
        <w:t xml:space="preserve">[10:28] </w:t>
      </w:r>
      <w:r>
        <w:t>The dreams that he cherishes in the early days of his life are shattered as he begins to</w:t>
      </w:r>
    </w:p>
    <w:p>
      <w:pPr>
        <w:jc w:val="right"/>
      </w:pPr>
      <w:r>
        <w:t>द ड्रीम्स दैट ही चेरिशेस इन द अर्ली डेज ऑफ हिज लाइफ आर शैटर्ड एज ही बिगिंस टू</w:t>
      </w:r>
    </w:p>
    <w:p>
      <w:r>
        <w:rPr>
          <w:b/>
        </w:rPr>
        <w:t xml:space="preserve">[10:34] </w:t>
      </w:r>
      <w:r>
        <w:t>As. Just as he begins to take root on earth, disaster, old age, disease and death overtake him.</w:t>
      </w:r>
    </w:p>
    <w:p>
      <w:pPr>
        <w:jc w:val="right"/>
      </w:pPr>
      <w:r>
        <w:t>एज। जस्ट एज ही बिगिंस टू टेक रूट ऑन अर्थ, डिजास्टर, ओल्ड एज, डिसीज एंड डेथ ओवरटेक हिम।</w:t>
      </w:r>
    </w:p>
    <w:p>
      <w:r>
        <w:rPr>
          <w:b/>
        </w:rPr>
        <w:t xml:space="preserve">[10:45] </w:t>
      </w:r>
      <w:r>
        <w:t>the flowers are very enchanting, but they blossom only to wither. how brilliant is the sun's radiance, but it shines for only a short while before being enveloped in darkness. everyone is seeking some unseen fulfillment. everyone seeks a perfect world, but this is always eluded man. nobody has achieved it.</w:t>
      </w:r>
    </w:p>
    <w:p>
      <w:pPr>
        <w:jc w:val="right"/>
      </w:pPr>
      <w:r>
        <w:t>द फ्लावर्स आर वेरी एनचाइंटिंग, बट दे ब्लॉसम ओनली टू विदर। हाउ ब्रिलियंट इज द सनस रेडियंस, बट इट शाइंस फॉर ओनली अ शॉर्ट वाइल बिफोर बीइंग एनवेलप्ड इन डार्कनेस। एवरीवन इज सीकिंग सम अनसीन फुलफिलमेंट। एवरीवन सीक्स अ परफेक्ट वर्ल्ड, बट दिस इज ऑलवेज एल्यूडेड मैन। नोबडी हैज अचीव्ड इट।</w:t>
      </w:r>
    </w:p>
    <w:p>
      <w:r>
        <w:rPr>
          <w:b/>
        </w:rPr>
        <w:t xml:space="preserve">[11:11] </w:t>
      </w:r>
      <w:r>
        <w:t>it is quite natural for man to seek something, which is beyond him. fulfillment is the deepest aspiration of the human being, but hardly does anyone attain this objective before death overcomes him.</w:t>
      </w:r>
    </w:p>
    <w:p>
      <w:pPr>
        <w:jc w:val="right"/>
      </w:pPr>
      <w:r>
        <w:t>इट इज क्वाइट नेचुरल फॉर मैन टू सीक समथिंग, व्हिच इज बियॉन्ड हिम। फुलफिलमेंट इज द डीपस्ट एस्पिरेशन ऑफ द ह्यूमन बीइंग, बट हार्डली डज एनीवन अटेन दिस ऑब्जेक्टिव बिफोर डेथ ओवरकम्स हिम।</w:t>
      </w:r>
    </w:p>
    <w:p>
      <w:r>
        <w:rPr>
          <w:b/>
        </w:rPr>
        <w:t xml:space="preserve">[11:28] </w:t>
      </w:r>
      <w:r>
        <w:t>this is a tragedy, which falls to the lot of the majority of men and women in this life. there are innumerable creatures in the world other than man. they are born and they die like human beings,</w:t>
      </w:r>
    </w:p>
    <w:p>
      <w:pPr>
        <w:jc w:val="right"/>
      </w:pPr>
      <w:r>
        <w:t>दिस इज अ ट्रेजेडी, व्हिच फॉल्स टू द लॉट ऑफ द मेजॉरिटी ऑफ मेन एंड वुमेन इन दिस लाइफ। देयर आर इन्यूमरेबल क्रिएचर्स इन द वर्ल्ड अदर देन मैन। दे आर बोर्न एंड दे डाई लाइक ह्यूमन बीइंग्स,</w:t>
      </w:r>
    </w:p>
    <w:p>
      <w:r>
        <w:rPr>
          <w:b/>
        </w:rPr>
        <w:t xml:space="preserve">[11:44] </w:t>
      </w:r>
      <w:r>
        <w:t>but unlike man, they are never faced with the problem of discontentment.</w:t>
      </w:r>
    </w:p>
    <w:p>
      <w:pPr>
        <w:jc w:val="right"/>
      </w:pPr>
      <w:r>
        <w:t>बट अनलाइक मैन, दे आर नेवर फेस्ड विद द प्रॉब्लम ऑफ डिस्कंटेंटमेंट।</w:t>
      </w:r>
    </w:p>
    <w:p>
      <w:r>
        <w:rPr>
          <w:b/>
        </w:rPr>
        <w:t xml:space="preserve">[11:51] </w:t>
      </w:r>
      <w:r>
        <w:t>the word tragedy exists only in the human dictionary. no where does it figure in that of animals. we can find the answer to this contradiction if we compare man with animals. a comparative study of man and animals shows that the concept of tomorrow,</w:t>
      </w:r>
    </w:p>
    <w:p>
      <w:pPr>
        <w:jc w:val="right"/>
      </w:pPr>
      <w:r>
        <w:t>द वर्ड ट्रेजेडी एक्सिस्ट्स ओनली इन द ह्यूमन डिक्शनरी। नो वेयर डज इट फिगर इन दैट ऑफ एनिमल्स। वी कैन फाइंड दी आंसर टू दिस कॉन्ट्राडिक्शन इफ वी कंपेयर मैन विथ एनिमल्स। ए कंपैरेटिव स्टडी ऑफ मैन एंड एनिमल्स शोज दैट द कांसेप्ट ऑफ टुमारो,</w:t>
      </w:r>
    </w:p>
    <w:p>
      <w:r>
        <w:rPr>
          <w:b/>
        </w:rPr>
        <w:t xml:space="preserve">[12:13] </w:t>
      </w:r>
      <w:r>
        <w:t>this is a unique exceptional concept, is entertained exclusively by man. if it is man's nature to want to extend his today into tomorrow,</w:t>
      </w:r>
    </w:p>
    <w:p>
      <w:pPr>
        <w:jc w:val="right"/>
      </w:pPr>
      <w:r>
        <w:t>दिस इज अ यूनिक एक्सेप्शनल कांसेप्ट, इज एंटरटेन एक्सक्लूसिवली बाय मैन। इफ इट इज मैनस नेचर टू वांट टू एक्सटेंड हिज टुडे इनटू टुमारो,</w:t>
      </w:r>
    </w:p>
    <w:p>
      <w:r>
        <w:rPr>
          <w:b/>
        </w:rPr>
        <w:t xml:space="preserve">[12:26] </w:t>
      </w:r>
      <w:r>
        <w:t>it is because he hopes that what he failed to find today, he will find tomorrow. the case of animals is quite differen</w:t>
      </w:r>
    </w:p>
    <w:p>
      <w:pPr>
        <w:jc w:val="right"/>
      </w:pPr>
      <w:r>
        <w:t>इट इज बिकॉज ही होप्स दैट व्हाट ही फेल टू फाइंड टुडे, ही विल फाइंड टुमारो। द केस ऑफ एनिमल्स इज क्वाइट डिफरें</w:t>
      </w:r>
    </w:p>
    <w:p>
      <w:r>
        <w:rPr>
          <w:b/>
        </w:rPr>
        <w:t xml:space="preserve">[12:37] </w:t>
      </w:r>
      <w:r>
        <w:t>t. the study of animals shows that they have no concept of tomorrow. they live only in their today, and they also die in their today. a number of animal activities,</w:t>
      </w:r>
    </w:p>
    <w:p>
      <w:pPr>
        <w:jc w:val="right"/>
      </w:pPr>
      <w:r>
        <w:t>ट। द स्टडी ऑफ एनिमल्स शोज दैट दे हैव नो कांसेप्ट ऑफ टुमारो। दे लिव ओनली इन देयर टुडे, एंड दे आल्सो डाई इन देयर टुडे। ए नंबर ऑफ एनिमल एक्टिविटीज,</w:t>
      </w:r>
    </w:p>
    <w:p>
      <w:r>
        <w:rPr>
          <w:b/>
        </w:rPr>
        <w:t xml:space="preserve">[12:49] </w:t>
      </w:r>
      <w:r>
        <w:t>which seem to be based on a certain consciousness of tomorrow. let's take for instance the gathering of food by ants for the future. they are also governed by an instinct rather than by any consciousness of tomorrow or the future.</w:t>
      </w:r>
    </w:p>
    <w:p>
      <w:pPr>
        <w:jc w:val="right"/>
      </w:pPr>
      <w:r>
        <w:t>व्हिच सीम टू बी बेस्ड ऑन अ सर्टेन कॉन्शियसनेस ऑफ टुमारो। लेट्स टेक फॉर इंस्टेंस द गैदरिंग ऑफ फूड बाय एंट्स फॉर द फ्यूचर। दे आर आल्सो गवर्न्ड बाय एन इंस्टिंक्ट रादर देन बाय एनी कॉन्शियसनेस ऑफ टुमारो ऑर द फ्यूचर।</w:t>
      </w:r>
    </w:p>
    <w:p>
      <w:r>
        <w:rPr>
          <w:b/>
        </w:rPr>
        <w:t xml:space="preserve">[13:07] </w:t>
      </w:r>
      <w:r>
        <w:t>when we ponder upon this unique quality of foresight in man, we find that his urge to find fulfillment is relative to tomorrow. that is, he sees his fulfillment as achievable in the future. the biological span of today is very brief</w:t>
      </w:r>
    </w:p>
    <w:p>
      <w:pPr>
        <w:jc w:val="right"/>
      </w:pPr>
      <w:r>
        <w:t>व्हेन वी पॉन्डर अपॉन दिस यूनिक क्वालिटी ऑफ फोरसाइट इन मैन, वी फाइंड दैट हिज अर्ज टू फाइंड फुलफिलमेंट इज रिलेटिव टू टुमारो। दैट इज, ही सीज हिज फुलफिलमेंट एज अचीवेबल इन द फ्यूचर। द बायोलॉजिकल स्पैन ऑफ टुडे इज वेरी ब्रीफ</w:t>
      </w:r>
    </w:p>
    <w:p>
      <w:r>
        <w:rPr>
          <w:b/>
        </w:rPr>
        <w:t xml:space="preserve">[13:29] </w:t>
      </w:r>
      <w:r>
        <w:t>. that is why nature has provided for human fulfillment in the life span of tomorrow. therefore, man is always searching for a world of everlasting contentment. now, let's talk about god, a creator with regard to man. the entire cosmos testify to the existence of the supreme god.</w:t>
      </w:r>
    </w:p>
    <w:p>
      <w:pPr>
        <w:jc w:val="right"/>
      </w:pPr>
      <w:r>
        <w:t>। दैट इज व्हाई नेचर हैज प्रोवाइडेड फॉर ह्यूमन फुलफिलमेंट इन द लाइफ स्पैन ऑफ टुमारो। देयर फोर, मैन इज ऑलवेज सर्चिंग फॉर अ वर्ल्ड ऑफ एवरलास्टिंग कंटेंटमेंट। नाउ, लेट्स टॉक अबाउट गॉड, अ क्रिएटर विथ रिगार्ड टू मैन। द एंटायर कॉस्मोज टेस्टिफाई टू द एक्जिस्टेंस ऑफ द सुप्रीम गॉड।</w:t>
      </w:r>
    </w:p>
    <w:p>
      <w:r>
        <w:rPr>
          <w:b/>
        </w:rPr>
        <w:t xml:space="preserve">[13:56] </w:t>
      </w:r>
      <w:r>
        <w:t>the emergence of a world of infinite blessings is just as possible as the existence of the present temporary world. how can an inherently infinite creator be satisfied with the finite manifestation of his attributes?</w:t>
      </w:r>
    </w:p>
    <w:p>
      <w:pPr>
        <w:jc w:val="right"/>
      </w:pPr>
      <w:r>
        <w:t>द एमर्जेंस ऑफ अ वर्ल्ड ऑफ इन्फाइनिट ब्लेसिंग्स इज जस्ट एस पॉसिबल एज दी एक्जिस्टेंस ऑफ द प्रेजेंट टेम्पररी वर्ल्ड। हाउ कैन एन इनहेरेंटली इन्फाइनिट क्रिएटर बी सेटिस्फाइड विथ द फाइनिट मैनिफेस्टेशन ऑफ हिज एट्रिब्यूट्स?</w:t>
      </w:r>
    </w:p>
    <w:p>
      <w:r>
        <w:rPr>
          <w:b/>
        </w:rPr>
        <w:t xml:space="preserve">[14:18] </w:t>
      </w:r>
      <w:r>
        <w:t>God, who created all things from naught, can surely bestow out creation with everlasting life.</w:t>
      </w:r>
    </w:p>
    <w:p>
      <w:pPr>
        <w:jc w:val="right"/>
      </w:pPr>
      <w:r>
        <w:t>गॉड, हु क्रिएटेड ऑल थिंग्स फ्रॉम नॉट, कैन श्योरली बेस्ट आउट क्रिएशन विथ एवरलास्टिंग लाइफ।</w:t>
      </w:r>
    </w:p>
    <w:p>
      <w:r>
        <w:rPr>
          <w:b/>
        </w:rPr>
        <w:t xml:space="preserve">[14:27] </w:t>
      </w:r>
      <w:r>
        <w:t>When God created man as an eternal creature, He divided his life into two periods: the pre-death</w:t>
      </w:r>
    </w:p>
    <w:p>
      <w:pPr>
        <w:jc w:val="right"/>
      </w:pPr>
      <w:r>
        <w:t>व्हेन गॉड क्रिएटेड मैन एज एन एटरनल क्रिएचर, ही डिवाइडेड हिज लाइफ इनटू टू पीरियड्स: द प्री डेथ</w:t>
      </w:r>
    </w:p>
    <w:p>
      <w:r>
        <w:rPr>
          <w:b/>
        </w:rPr>
        <w:t xml:space="preserve">[14:34] </w:t>
      </w:r>
      <w:r>
        <w:t>period, which is a time of test, and the post-death period, which is the time of receiving</w:t>
      </w:r>
    </w:p>
    <w:p>
      <w:pPr>
        <w:jc w:val="right"/>
      </w:pPr>
      <w:r>
        <w:t>पीरियड, व्हिच इज अ टाइम ऑफ टेस्ट, एंड द पोस्ट डेथ पीरियड, व्हिच इज द टाइम ऑफ रिसीविंग</w:t>
      </w:r>
    </w:p>
    <w:p>
      <w:r>
        <w:rPr>
          <w:b/>
        </w:rPr>
        <w:t xml:space="preserve">[14:41] </w:t>
      </w:r>
      <w:r>
        <w:t>The rewards of punishment merited by one's actions during one's lifetime.</w:t>
      </w:r>
    </w:p>
    <w:p>
      <w:pPr>
        <w:jc w:val="right"/>
      </w:pPr>
      <w:r>
        <w:t>द रिवॉर्ड्स ऑफ पनिशमेंट मेरिटेड बाय वनस एक्शंस ड्यूरिंग वनस लाइफ टाइम।</w:t>
      </w:r>
    </w:p>
    <w:p>
      <w:r>
        <w:rPr>
          <w:b/>
        </w:rPr>
        <w:t xml:space="preserve">[14:49] </w:t>
      </w:r>
      <w:r>
        <w:t>So, in order for the world to be suitable for the atmosphere of test, what</w:t>
      </w:r>
    </w:p>
    <w:p>
      <w:pPr>
        <w:jc w:val="right"/>
      </w:pPr>
      <w:r>
        <w:t>सो, इन ऑर्डर फॉर द वर्ल्ड टू बी सूटेबल फॉर दी एटमॉस्फियर ऑफ टेस्ट, व्हाट</w:t>
      </w:r>
    </w:p>
    <w:p>
      <w:r>
        <w:rPr>
          <w:b/>
        </w:rPr>
        <w:t xml:space="preserve">[14:58] </w:t>
      </w:r>
      <w:r>
        <w:t>iz da fist raikvairmant</w:t>
      </w:r>
    </w:p>
    <w:p>
      <w:pPr>
        <w:jc w:val="right"/>
      </w:pPr>
      <w:r>
        <w:t>इज द फर्स्ट रिक्वायरमेंट</w:t>
      </w:r>
    </w:p>
    <w:p>
      <w:r>
        <w:rPr>
          <w:b/>
        </w:rPr>
        <w:t xml:space="preserve">[15:01] </w:t>
      </w:r>
      <w:r>
        <w:t>for dis</w:t>
      </w:r>
    </w:p>
    <w:p>
      <w:pPr>
        <w:jc w:val="right"/>
      </w:pPr>
      <w:r>
        <w:t>फॉर दिस</w:t>
      </w:r>
    </w:p>
    <w:p>
      <w:r>
        <w:rPr>
          <w:b/>
        </w:rPr>
        <w:t xml:space="preserve">[15:03] </w:t>
      </w:r>
      <w:r>
        <w:t>tû hâpen?</w:t>
      </w:r>
    </w:p>
    <w:p>
      <w:pPr>
        <w:jc w:val="right"/>
      </w:pPr>
      <w:r>
        <w:t>टू हैपन?</w:t>
      </w:r>
    </w:p>
    <w:p>
      <w:r>
        <w:rPr>
          <w:b/>
        </w:rPr>
        <w:t xml:space="preserve">[15:04] </w:t>
      </w:r>
      <w:r>
        <w:t>See, for the purpose of this test, man has been granted freedom. Freedom is the requirement. Now, what is this freedom for?</w:t>
      </w:r>
    </w:p>
    <w:p>
      <w:pPr>
        <w:jc w:val="right"/>
      </w:pPr>
      <w:r>
        <w:t>सी, फॉर द पर्पस ऑफ दिस टेस्ट, मैन हैज बीन ग्रांटेड फ्रीडम। फ्रीडम इज द रिक्वायरमेंट। नाउ, व्हाट इज दिस फ्रीडम फॉर?</w:t>
      </w:r>
    </w:p>
    <w:p>
      <w:r>
        <w:rPr>
          <w:b/>
        </w:rPr>
        <w:t xml:space="preserve">[15:14] </w:t>
      </w:r>
      <w:r>
        <w:t>it is the freedom to choose the action in this world.</w:t>
      </w:r>
    </w:p>
    <w:p>
      <w:pPr>
        <w:jc w:val="right"/>
      </w:pPr>
      <w:r>
        <w:t>इट इज द फ्रीडम टू चूज दी एक्शन इन दिस वर्ल्ड।</w:t>
      </w:r>
    </w:p>
    <w:p>
      <w:r>
        <w:rPr>
          <w:b/>
        </w:rPr>
        <w:t xml:space="preserve">[15:19] </w:t>
      </w:r>
      <w:r>
        <w:t>Whatever man receives in this world, in this world, is not a matter of right, but is a means of trial. So, when we are here for a test, all that will be given will be to test us. It's very obvious. So, every situation here is a test according to the Quran. Chapter 27, verse 40:</w:t>
      </w:r>
    </w:p>
    <w:p>
      <w:pPr>
        <w:jc w:val="right"/>
      </w:pPr>
      <w:r>
        <w:t>व्हाट एवर मैन रिसीव्स इन दिस वर्ल्ड, इन दिस वर्ल्ड, इज नॉट अ मैटर ऑफ राइट, बट इज अ मींस ऑफ ट्रायल। सो, व्हेन वी आर हियर फॉर अ टेस्ट, ऑल दैट विल बी गिवन विल बी टू टेस्ट अस। इट्स वेरी ऑब्वियस। सो, एवरी सिचुएशन हियर इज अ टेस्ट अकॉर्डिंग टू द कुरान। चैप्टर 27, वर्स 40:</w:t>
      </w:r>
    </w:p>
    <w:p>
      <w:r>
        <w:rPr>
          <w:b/>
        </w:rPr>
        <w:t xml:space="preserve">[15:46] </w:t>
      </w:r>
      <w:r>
        <w:t>This is by the grace of my Lord to test whether I am grateful or ungrateful. Whosoever grateful, whosoever is grateful, it is for the good of his own self. And whosoever is ungrateful, then surely my Lord is self-sufficient and generous. This is what the word says. However,</w:t>
      </w:r>
    </w:p>
    <w:p>
      <w:pPr>
        <w:jc w:val="right"/>
      </w:pPr>
      <w:r>
        <w:t>दिस इज बाय द ग्रेस ऑफ माय लॉर्ड टू टेस्ट वेदर आई एम ग्रेटफुल ऑर अनग्रेटफुल। हूज सो एवर ग्रेटफुल, हूज सो एवर इज ग्रेटफुल, इट इज फॉर द गुड ऑफ हिज ओन सेल्फ। एंड हूज सो एवर इज अनग्रेटफुल, देन श्योरली माय लॉर्ड इज सेल्फ-सफिशिएंट एंड जेनरस। दिस इज व्हाट द वर्ड सेज। हाउ एवर,</w:t>
      </w:r>
    </w:p>
    <w:p>
      <w:r>
        <w:rPr>
          <w:b/>
        </w:rPr>
        <w:t xml:space="preserve">[16:12] </w:t>
      </w:r>
      <w:r>
        <w:t>man may deviate from the divine plan by misusing the freedom given to him by God.</w:t>
      </w:r>
    </w:p>
    <w:p>
      <w:pPr>
        <w:jc w:val="right"/>
      </w:pPr>
      <w:r>
        <w:t>मैन मे डिविएट फ्रॉम द डिवाइन प्लान बाय मिसयूजिंग द फ्रीडम गिवन टू हिम बाय गॉड।</w:t>
      </w:r>
    </w:p>
    <w:p>
      <w:r>
        <w:rPr>
          <w:b/>
        </w:rPr>
        <w:t xml:space="preserve">[16:20] </w:t>
      </w:r>
      <w:r>
        <w:t>But let's understand this clearly: he has no power to save himself from the consequences of this deviation. Chapter 13, verse 15:</w:t>
      </w:r>
    </w:p>
    <w:p>
      <w:pPr>
        <w:jc w:val="right"/>
      </w:pPr>
      <w:r>
        <w:t>बट लेट्स अंडरस्टैंड दिस क्लियरली: ही हैज नो पावर टू सेव हिमसेल्फ फ्रॉम द कॉन्सिक्वेंसेस ऑफ दिस डिविएशन। चैप्टर 13, वर्स 15:</w:t>
      </w:r>
    </w:p>
    <w:p>
      <w:r>
        <w:rPr>
          <w:b/>
        </w:rPr>
        <w:t xml:space="preserve">[16:36] </w:t>
      </w:r>
      <w:r>
        <w:t>God says, all who dwell in heavens and on the earth, submit to God alone, willingly or unwillingly.</w:t>
      </w:r>
    </w:p>
    <w:p>
      <w:pPr>
        <w:jc w:val="right"/>
      </w:pPr>
      <w:r>
        <w:t>गॉड सेज, ऑल हु ड्वेल इन हेवेंस एंड ऑन दी अर्थ, सबमिट टू गॉड अलोन, विलिंगली ऑर अनविलिंगली।</w:t>
      </w:r>
    </w:p>
    <w:p>
      <w:r>
        <w:rPr>
          <w:b/>
        </w:rPr>
        <w:t xml:space="preserve">[16:48] </w:t>
      </w:r>
      <w:r>
        <w:t>it will not be out of place for us here to explain the good effect of the right use of freedom, which comes from submitting willingly,</w:t>
      </w:r>
    </w:p>
    <w:p>
      <w:pPr>
        <w:jc w:val="right"/>
      </w:pPr>
      <w:r>
        <w:t>इट विल नॉट बी आउट ऑफ प्लेस फॉर अस हियर टू एक्सप्लेन द गुड इफेक्ट ऑफ द राइट यूज ऑफ फ्रीडम, व्हिच कम्स फ्रॉम सबमिटिंग विलिंगली,</w:t>
      </w:r>
    </w:p>
    <w:p>
      <w:r>
        <w:rPr>
          <w:b/>
        </w:rPr>
        <w:t xml:space="preserve">[17:02] </w:t>
      </w:r>
      <w:r>
        <w:t>and the ill effect of the misuse of freedom without having the power to save from the consequences. See, without freedom, there is no creativity, and the very purpose that God wants to test us will be defeated.</w:t>
      </w:r>
    </w:p>
    <w:p>
      <w:pPr>
        <w:jc w:val="right"/>
      </w:pPr>
      <w:r>
        <w:t>एंड द इल इफेक्ट ऑफ द मिसयूज ऑफ फ्रीडम विदाउट हैविंग द पावर टू सेव फ्रॉम द कॉन्सिक्वेंसेस। सी, विदाउट फ्रीडम, देयर इज नो क्रिएटिविटी, एंड द वेरी पर्पस दैट गॉड वांट्स टू टेस्ट अस विल बी डिफीटेड।</w:t>
      </w:r>
    </w:p>
    <w:p>
      <w:r>
        <w:rPr>
          <w:b/>
        </w:rPr>
        <w:t xml:space="preserve">[17:23] </w:t>
      </w:r>
      <w:r>
        <w:t>But misuse of freedom results in evil in the world. This explains the presence of evil alongside the good in this world.</w:t>
      </w:r>
    </w:p>
    <w:p>
      <w:pPr>
        <w:jc w:val="right"/>
      </w:pPr>
      <w:r>
        <w:t>बट मिसयूज ऑफ फ्रीडम रिजल्ट्स इन इविल इन द वर्ल्ड। दिस एक्सप्लेन्स द प्रेजेंस ऑफ इविल अलोंगसाइड द गुड इन दिस वर्ल्ड।</w:t>
      </w:r>
    </w:p>
    <w:p>
      <w:r>
        <w:rPr>
          <w:b/>
        </w:rPr>
        <w:t xml:space="preserve">[17:35] </w:t>
      </w:r>
      <w:r>
        <w:t>But God wants to select those individuals, who surrender to him voluntarily, willingly, and mold themselves into paradisiacal personalities. He gives an opportunity to every human being until their death, despite the possibility of the risk of freedom being misused.</w:t>
      </w:r>
    </w:p>
    <w:p>
      <w:pPr>
        <w:jc w:val="right"/>
      </w:pPr>
      <w:r>
        <w:t>बट गॉड वांट्स टू सेलेक्ट दोस इंडिविजुअल्स, हु सरेंडर टू हिम वॉलंटियरली, विलिंगली, एंड मोल्ड देमसेल्व्स इनटू पैराडाइसिकल पर्सनालिटीज। ही गिव्स एन अपॉर्चुनिटी टू एवरी ह्यूमन बीइंग अंटिल देयर डेथ, डिस्पाइट द पॉसिबिलिटी ऑफ द रिस्क ऑफ फ्रीडम बीइंग मिसयूज्ड।</w:t>
      </w:r>
    </w:p>
    <w:p>
      <w:r>
        <w:rPr>
          <w:b/>
        </w:rPr>
        <w:t xml:space="preserve">[18:02] </w:t>
      </w:r>
      <w:r>
        <w:t>But if we were to ask, what are God's expectations of man in this world?</w:t>
      </w:r>
    </w:p>
    <w:p>
      <w:pPr>
        <w:jc w:val="right"/>
      </w:pPr>
      <w:r>
        <w:t>बट इफ वी वर टू आस्क, व्हाट आर गॉड्स एक्सपेक्टेशंस ऑफ मैन इन दिस वर्ल्ड?</w:t>
      </w:r>
    </w:p>
    <w:p>
      <w:r>
        <w:rPr>
          <w:b/>
        </w:rPr>
        <w:t xml:space="preserve">[18:09] </w:t>
      </w:r>
      <w:r>
        <w:t>See, in all situations, men must give a proper response, as is required of him by God. The proper attitude for men is not to take to the path of his desires, but to understand the divine plan of creation, and then after being convinced of its importance, he should build his life accordingly.</w:t>
      </w:r>
    </w:p>
    <w:p>
      <w:pPr>
        <w:jc w:val="right"/>
      </w:pPr>
      <w:r>
        <w:t>सी, इन ऑल सिचुएशंस, मैन मस्ट गिव अ प्रॉपर रिस्पांस, एज इज रिक्वायर्ड बाय ऑफ हिम बाय गॉड। द प्रॉपर एटीट्यूड फॉर मैन इज नॉट टू टेक टू द पाथ ऑफ हिज डिजायर्स, बट टू अंडरस्टैंड द डिवाइन प्लान ऑफ क्रिएशन, एंड देन आफ्टर बीइंग कन्विंस्ड ऑफ इट्स इंपॉर्टेंस, ही शुड बिल्ड हिज लाइफ अकॉर्डिंगली।</w:t>
      </w:r>
    </w:p>
    <w:p>
      <w:r>
        <w:rPr>
          <w:b/>
        </w:rPr>
        <w:t xml:space="preserve">[18:35] </w:t>
      </w:r>
      <w:r>
        <w:t>the secret of man's success in this</w:t>
      </w:r>
    </w:p>
    <w:p>
      <w:pPr>
        <w:jc w:val="right"/>
      </w:pPr>
      <w:r>
        <w:t>द सीक्रेट ऑफ मैनस सक्सेस इन दिस</w:t>
      </w:r>
    </w:p>
    <w:p>
      <w:r>
        <w:rPr>
          <w:b/>
        </w:rPr>
        <w:t xml:space="preserve">[18:42] </w:t>
      </w:r>
      <w:r>
        <w:t>build his. The secret of man's success in this life is to understand the creation plan and map out his life accordingly.</w:t>
      </w:r>
    </w:p>
    <w:p>
      <w:pPr>
        <w:jc w:val="right"/>
      </w:pPr>
      <w:r>
        <w:t>बिल्ड हिज। द सीक्रेट ऑफ मैनस सक्सेस इन दिस लाइफ इज टू अंडरस्टैंड द क्रिएशन प्लान एंड मैप आउट हिज लाइफ अकॉर्डिंगली।</w:t>
      </w:r>
    </w:p>
    <w:p>
      <w:r>
        <w:rPr>
          <w:b/>
        </w:rPr>
        <w:t xml:space="preserve">[18:55] </w:t>
      </w:r>
      <w:r>
        <w:t>Those who make use of this opportunity, which is referred to as passing the test in the Quran, will be rewarded, while those who fail will be rejected. In such a state of affairs,</w:t>
      </w:r>
    </w:p>
    <w:p>
      <w:pPr>
        <w:jc w:val="right"/>
      </w:pPr>
      <w:r>
        <w:t>दोस हु मेक यूज ऑफ दिस अपॉर्चुनिटी, व्हिच इज रेफर्ड टू एज पासिंग द टेस्ट इन द कुरान, विल बी रिवॉर्डेड, व्हाइल दोस हु फेल विल बी रिजेक्टेड। इन सच अ स्टेट ऑफ अफेयर्स,</w:t>
      </w:r>
    </w:p>
    <w:p>
      <w:r>
        <w:rPr>
          <w:b/>
        </w:rPr>
        <w:t xml:space="preserve">[19:14] </w:t>
      </w:r>
      <w:r>
        <w:t>it is in the interest of man himself that he remain extremely cautious in determining the course of his life. Instead of being guided by his whims and petty desires,</w:t>
      </w:r>
    </w:p>
    <w:p>
      <w:pPr>
        <w:jc w:val="right"/>
      </w:pPr>
      <w:r>
        <w:t>इट इज इन द इंटरेस्ट ऑफ मैन हिमसेल्फ दैट ही रिमेन एक्सट्रीमली कॉशियस इन डिटरमिनिंग द कोर्स ऑफ हिज लाइफ। इंस्टेड ऑफ बीइंग गाइडेड बाय हिज विम्स एंड पेटटी डिजायर्स,</w:t>
      </w:r>
    </w:p>
    <w:p>
      <w:r>
        <w:rPr>
          <w:b/>
        </w:rPr>
        <w:t xml:space="preserve">[19:30] </w:t>
      </w:r>
      <w:r>
        <w:t>he should lead a life in conformity with the commands of God.</w:t>
      </w:r>
    </w:p>
    <w:p>
      <w:pPr>
        <w:jc w:val="right"/>
      </w:pPr>
      <w:r>
        <w:t>ही शुड लीड अ लाइफ इन कन्फर्मेंस विद द कमांड्स ऑफ गॉड।</w:t>
      </w:r>
    </w:p>
    <w:p>
      <w:r>
        <w:rPr>
          <w:b/>
        </w:rPr>
        <w:t xml:space="preserve">[19:37] </w:t>
      </w:r>
      <w:r>
        <w:t>man may be a masterpiece of divine creation, but he must nevertheless remain subservient to the plan of God. Making a full acknowledgement of these two aspects of the existence of human kind is the key to human progress. Now, I was talking about, I mentioned the paradisiacal personality. Now, what is this paradise</w:t>
      </w:r>
    </w:p>
    <w:p>
      <w:pPr>
        <w:jc w:val="right"/>
      </w:pPr>
      <w:r>
        <w:t>मैन मे बी अ मास्टरपीस ऑफ डिवाइन क्रिएशन, बट ही मस्ट नेवर द लेस रिमेन सबसर्वियंट टू द प्लान ऑफ गॉड। मेकिंग अ फुल एक्नॉलेजमेंट ऑफ दीस टू एस्पेक्ट्स ऑफ द एक्जिस्टेंस ऑफ ह्यूमन काइंड इज द की टू ह्यूमन प्रोग्रेस। नाउ, आई वास टॉकिंग अबाउट, आई मेंशन द पैराडाइसिकल पर्सनालिटी। नाउ, व्हाट इज दिस पैराडाइस</w:t>
      </w:r>
    </w:p>
    <w:p>
      <w:r>
        <w:rPr>
          <w:b/>
        </w:rPr>
        <w:t xml:space="preserve">[20:06] </w:t>
      </w:r>
      <w:r>
        <w:t>We said that man is seeking everlasting contentment, and God has created us as eternal beings.</w:t>
      </w:r>
    </w:p>
    <w:p>
      <w:pPr>
        <w:jc w:val="right"/>
      </w:pPr>
      <w:r>
        <w:t>? वी सेड दैट मैन इज सीकिंग एवरलास्टिंग कंटेंटमेंट, एंड गॉड हैज क्रिएटेड अस एज एटरनल बीइंग्स।</w:t>
      </w:r>
    </w:p>
    <w:p>
      <w:r>
        <w:rPr>
          <w:b/>
        </w:rPr>
        <w:t xml:space="preserve">[20:15] </w:t>
      </w:r>
      <w:r>
        <w:t>For these two to match, God has made this beautiful and perfect world of paradise.</w:t>
      </w:r>
    </w:p>
    <w:p>
      <w:pPr>
        <w:jc w:val="right"/>
      </w:pPr>
      <w:r>
        <w:t>फॉर दीस टू मैच, गॉड हैज मेड दिस ब्यूटीफुल एंड परफेक्ट वर्ल्ड ऑफ पैराडाइस।</w:t>
      </w:r>
    </w:p>
    <w:p>
      <w:r>
        <w:rPr>
          <w:b/>
        </w:rPr>
        <w:t xml:space="preserve">[20:22] </w:t>
      </w:r>
      <w:r>
        <w:t>Paradise is an evidence of God's absolute power to make beauty perpetual</w:t>
      </w:r>
    </w:p>
    <w:p>
      <w:pPr>
        <w:jc w:val="right"/>
      </w:pPr>
      <w:r>
        <w:t>पैराडाइस इज एन एविडेंस ऑफ गॉड्स एब्सोल्यूट पावर टू मेक ब्यूटी परपेचुअल</w:t>
      </w:r>
    </w:p>
    <w:p>
      <w:r>
        <w:rPr>
          <w:b/>
        </w:rPr>
        <w:t xml:space="preserve">[20:30] </w:t>
      </w:r>
      <w:r>
        <w:t>and jae baunadles</w:t>
      </w:r>
    </w:p>
    <w:p>
      <w:pPr>
        <w:jc w:val="right"/>
      </w:pPr>
      <w:r>
        <w:t>एंड जॉय बाउंडलेस</w:t>
      </w:r>
    </w:p>
    <w:p>
      <w:r>
        <w:rPr>
          <w:b/>
        </w:rPr>
        <w:t xml:space="preserve">[20:33] </w:t>
      </w:r>
      <w:r>
        <w:t>in a world of everlasting peace and contentment.</w:t>
      </w:r>
    </w:p>
    <w:p>
      <w:pPr>
        <w:jc w:val="right"/>
      </w:pPr>
      <w:r>
        <w:t>इन ए वर्ल्ड ऑफ एवरलास्टिंग पीस एंड कंटेंटमेंट।</w:t>
      </w:r>
    </w:p>
    <w:p>
      <w:r>
        <w:rPr>
          <w:b/>
        </w:rPr>
        <w:t xml:space="preserve">[20:38] </w:t>
      </w:r>
      <w:r>
        <w:t>pârâdâis iz đât eternel vôld ôv gôd, în vich hiz âṭribyûts vil âppîr în ôl đêr perfêkshn. it vil bi frî ôv ôl thê defekts vi ekspirîens în thê vôld hîr. ekôrdiîng tû thê kurân, pârâdâis iz ê plês vêr vi vil hâv evrîṭhiîng vi dizâiêr fôr.</w:t>
      </w:r>
    </w:p>
    <w:p>
      <w:pPr>
        <w:jc w:val="right"/>
      </w:pPr>
      <w:r>
        <w:t>पैराडाइस इज दैट एटरनल वर्ल्ड ऑफ गॉड, इन व्हिच हिज एट्रिब्यूट्स विल अपीयर इन ऑल देयर परफेक्शन। इट विल बी फ्री ऑफ ऑल द डिफेक्ट्स वी एक्सपीरियंस इन द वर्ल्ड हियर। अकॉर्डिंग टू द कुरान, पैराडाइस इज अ प्लेस वेयर वी विल हैव एवरीथिंग वी डिजायर फॉर।</w:t>
      </w:r>
    </w:p>
    <w:p>
      <w:r>
        <w:rPr>
          <w:b/>
        </w:rPr>
        <w:t xml:space="preserve">[21:02] </w:t>
      </w:r>
      <w:r>
        <w:t>its ê sôsâiêṭi în vich bôth âr intelêchûêl đîmândz end mêtêriêl nîdz vil bi fûlfîld. âfter nôiîng âbâut pârâdâis, evên đô âi hâv jast meneshnd ê fyû thiîngz,</w:t>
      </w:r>
    </w:p>
    <w:p>
      <w:pPr>
        <w:jc w:val="right"/>
      </w:pPr>
      <w:r>
        <w:t>इट्स अ सोसाइटी इन व्हिच बोथ आर इंटेलेक्चुअल डिमांड्स एंड मटेरियल नीड्स विल बी फुलफिल्ड। आफ्टर नोइंग अबाउट पैराडाइस, इवन दो आई हैव जस्ट मेंशन अ फ्यू थिंग्स,</w:t>
      </w:r>
    </w:p>
    <w:p>
      <w:r>
        <w:rPr>
          <w:b/>
        </w:rPr>
        <w:t xml:space="preserve">[21:20] </w:t>
      </w:r>
      <w:r>
        <w:t>Next one would want to worry about what what might be the eligibility for this paradise.</w:t>
      </w:r>
    </w:p>
    <w:p>
      <w:pPr>
        <w:jc w:val="right"/>
      </w:pPr>
      <w:r>
        <w:t>नेक्स्ट वन वुड वांट टू वरी अबाउट व्हाट व्हाट माइट बी द एलिजिबिलिटी फॉर दिस पैराडाइस।</w:t>
      </w:r>
    </w:p>
    <w:p>
      <w:r>
        <w:rPr>
          <w:b/>
        </w:rPr>
        <w:t xml:space="preserve">[21:28] </w:t>
      </w:r>
      <w:r>
        <w:t>To know this, we need to understand the relationship between God and man.</w:t>
      </w:r>
    </w:p>
    <w:p>
      <w:pPr>
        <w:jc w:val="right"/>
      </w:pPr>
      <w:r>
        <w:t>टू नो दिस, वी नीड टू अंडरस्टैंड द रिलेशनशिप बिटवीन गॉड एंड मैन।</w:t>
      </w:r>
    </w:p>
    <w:p>
      <w:r>
        <w:rPr>
          <w:b/>
        </w:rPr>
        <w:t xml:space="preserve">[21:33] </w:t>
      </w:r>
      <w:r>
        <w:t>da kuraan sej in chepter tu, vars 186:</w:t>
      </w:r>
    </w:p>
    <w:p>
      <w:pPr>
        <w:jc w:val="right"/>
      </w:pPr>
      <w:r>
        <w:t>द कुरान सेज इन चैप्टर टू, वर्स 186:</w:t>
      </w:r>
    </w:p>
    <w:p>
      <w:r>
        <w:rPr>
          <w:b/>
        </w:rPr>
        <w:t xml:space="preserve">[21:38] </w:t>
      </w:r>
      <w:r>
        <w:t>"When my servants ask you about me, say that I am near.</w:t>
      </w:r>
    </w:p>
    <w:p>
      <w:pPr>
        <w:jc w:val="right"/>
      </w:pPr>
      <w:r>
        <w:t>"व्हेन माय सर्वेंट्स आस्क यू अबाउट मी, से दैट आई एम नियर।</w:t>
      </w:r>
    </w:p>
    <w:p>
      <w:r>
        <w:rPr>
          <w:b/>
        </w:rPr>
        <w:t xml:space="preserve">[21:42] </w:t>
      </w:r>
      <w:r>
        <w:t>I respond to the call of one who calls me.</w:t>
      </w:r>
    </w:p>
    <w:p>
      <w:pPr>
        <w:jc w:val="right"/>
      </w:pPr>
      <w:r>
        <w:t>आई रिस्पॉंड टू द कॉल ऑफ वन हु कॉल्स मी।</w:t>
      </w:r>
    </w:p>
    <w:p>
      <w:r>
        <w:rPr>
          <w:b/>
        </w:rPr>
        <w:t xml:space="preserve">[21:46] </w:t>
      </w:r>
      <w:r>
        <w:t>ven ever hi kals mi,</w:t>
      </w:r>
    </w:p>
    <w:p>
      <w:pPr>
        <w:jc w:val="right"/>
      </w:pPr>
      <w:r>
        <w:t>व्हेन एवर ही कॉल्स मी,</w:t>
      </w:r>
    </w:p>
    <w:p>
      <w:r>
        <w:rPr>
          <w:b/>
        </w:rPr>
        <w:t xml:space="preserve">[21:49] </w:t>
      </w:r>
      <w:r>
        <w:t>let dem den rispand</w:t>
      </w:r>
    </w:p>
    <w:p>
      <w:pPr>
        <w:jc w:val="right"/>
      </w:pPr>
      <w:r>
        <w:t>लेट देम देन रिस्पॉंड</w:t>
      </w:r>
    </w:p>
    <w:p>
      <w:r>
        <w:rPr>
          <w:b/>
        </w:rPr>
        <w:t xml:space="preserve">[21:50] </w:t>
      </w:r>
      <w:r>
        <w:t>too mee and believe in mee, so that they may be rightly guided." this shows that the relationship between man and god is reciprocal. man offers god what he has, then god best outs his favors in return.</w:t>
      </w:r>
    </w:p>
    <w:p>
      <w:pPr>
        <w:jc w:val="right"/>
      </w:pPr>
      <w:r>
        <w:t>टू मी एंड बिलीव इन मी, सो दैट दे मे बी राइटली गाइडेड।" दिस शोज दैट द रिलेशनशिप बिटवीन मैन एंड गॉड इज रेसिप्रोकल। मैन ऑफर्स गॉड व्हाट ही हैज, देन गॉड बेस्ट आउट्स हिज फेवर्स इन रिटर्न।</w:t>
      </w:r>
    </w:p>
    <w:p>
      <w:r>
        <w:rPr>
          <w:b/>
        </w:rPr>
        <w:t xml:space="preserve">[22:11] </w:t>
      </w:r>
      <w:r>
        <w:t>man offers his lord a gift of realization, piety and thankfulness. in</w:t>
      </w:r>
    </w:p>
    <w:p>
      <w:pPr>
        <w:jc w:val="right"/>
      </w:pPr>
      <w:r>
        <w:t>मैन ऑफर्स हिज लॉर्ड अ गिफ्ट ऑफ रियलाइजेशन, पायटी एंड थैंकफूलनेस। इन</w:t>
      </w:r>
    </w:p>
    <w:p>
      <w:r>
        <w:rPr>
          <w:b/>
        </w:rPr>
        <w:t xml:space="preserve">[22:18] </w:t>
      </w:r>
      <w:r>
        <w:t>return, God provides him with eternal guidance and prosperity.</w:t>
      </w:r>
    </w:p>
    <w:p>
      <w:pPr>
        <w:jc w:val="right"/>
      </w:pPr>
      <w:r>
        <w:t>रिटर्न, गॉड प्रोवाइड्स हिम विथ एटरनल गाइडेंस एंड प्रोस्पेरिटी।</w:t>
      </w:r>
    </w:p>
    <w:p>
      <w:r>
        <w:rPr>
          <w:b/>
        </w:rPr>
        <w:t xml:space="preserve">[22:24] </w:t>
      </w:r>
      <w:r>
        <w:t>Man can deal with any problem in either of the two ways: the pious and morally proper way,</w:t>
      </w:r>
    </w:p>
    <w:p>
      <w:pPr>
        <w:jc w:val="right"/>
      </w:pPr>
      <w:r>
        <w:t>मैन कैन डील विथ एनी प्रॉब्लम इन आइदर ऑफ द टू वेज: द पायस एंड मोरली प्रॉपर वे,</w:t>
      </w:r>
    </w:p>
    <w:p>
      <w:r>
        <w:rPr>
          <w:b/>
        </w:rPr>
        <w:t xml:space="preserve">[22:33] </w:t>
      </w:r>
      <w:r>
        <w:t>or the way in which such values are abundant.</w:t>
      </w:r>
    </w:p>
    <w:p>
      <w:pPr>
        <w:jc w:val="right"/>
      </w:pPr>
      <w:r>
        <w:t>ऑर द वे इन व्हिच सच वैल्यूज आर अबंडेंट।</w:t>
      </w:r>
    </w:p>
    <w:p>
      <w:r>
        <w:rPr>
          <w:b/>
        </w:rPr>
        <w:t xml:space="preserve">[22:37] </w:t>
      </w:r>
      <w:r>
        <w:t>So, the correct answer to the call of God is for one to use one's intellect to ascertain</w:t>
      </w:r>
    </w:p>
    <w:p>
      <w:pPr>
        <w:jc w:val="right"/>
      </w:pPr>
      <w:r>
        <w:t>सो, द करेक्ट आंसर टू द कॉल ऑफ गॉड इज फॉर वन टू यूज वनस इंटेलेक्ट टू असर्टेन</w:t>
      </w:r>
    </w:p>
    <w:p>
      <w:r>
        <w:rPr>
          <w:b/>
        </w:rPr>
        <w:t xml:space="preserve">[22:46] </w:t>
      </w:r>
      <w:r>
        <w:t>the right course of action and then follow it, though it might seem difficult.</w:t>
      </w:r>
    </w:p>
    <w:p>
      <w:pPr>
        <w:jc w:val="right"/>
      </w:pPr>
      <w:r>
        <w:t>द राइट कोर्स ऑफ एक्शन एंड देन फॉलो इट, दो इट माइट सीम डिफिकल्ट।</w:t>
      </w:r>
    </w:p>
    <w:p>
      <w:r>
        <w:rPr>
          <w:b/>
        </w:rPr>
        <w:t xml:space="preserve">[22:53] </w:t>
      </w:r>
      <w:r>
        <w:t>one then will avoid the misguided way, even though it might be easy. sometimes, one is faced with the choice between an unjust action on the one hand and righteous fair treatment on the other. if one answer gods call as it should be answered,</w:t>
      </w:r>
    </w:p>
    <w:p>
      <w:pPr>
        <w:jc w:val="right"/>
      </w:pPr>
      <w:r>
        <w:t>वन देन विल अवॉइड द मिसगाइडेड वे, इवन दो इट माइट बी इजी। समटाइम्स, वन इज फेस्ड विथ द चॉइस बिटवीन एन अनजस्ट एक्शन ऑन द वन हैंड एंड राइटियस फेयर ट्रीटमेंट ऑन द अदर। इफ वन आंसर गॉड्स कॉल एज इट शुड बी आंसर,</w:t>
      </w:r>
    </w:p>
    <w:p>
      <w:r>
        <w:rPr>
          <w:b/>
        </w:rPr>
        <w:t xml:space="preserve">[23:17] </w:t>
      </w:r>
      <w:r>
        <w:t>one will not deviate from the righteous path and will refrain from indulging in oppression and cruelty. man is free to think of what he has within him and outside as a result of chance</w:t>
      </w:r>
    </w:p>
    <w:p>
      <w:pPr>
        <w:jc w:val="right"/>
      </w:pPr>
      <w:r>
        <w:t>वन विल नॉट डिविएट फ्रॉम द राइटियस पाथ एंड विल रिफ्रेन फ्रॉम इंडल्जिंग इन ओप्रेसन एंड क्रुएलिटी। मैन इज फ्री टू थिंक ऑफ व्हाट ही हैज विद इन हिम एंड आउटसाइड एज अ रिजल्ट ऑफ चांस</w:t>
      </w:r>
    </w:p>
    <w:p>
      <w:r>
        <w:rPr>
          <w:b/>
        </w:rPr>
        <w:t xml:space="preserve">[23:32] </w:t>
      </w:r>
      <w:r>
        <w:t>. alternatively, he may look at all as the fruits of his own efforts, or he can acknowledge reality and consider it all as having come from god. now, what will be the attitude of that person who acknowledge the source of his blessings as god?</w:t>
      </w:r>
    </w:p>
    <w:p>
      <w:pPr>
        <w:jc w:val="right"/>
      </w:pPr>
      <w:r>
        <w:t>। अल्टरनेटिवली, ही मे लुक एट ऑल एज द फ्रूट्स ऑफ हिज ओन एफर्ट्स, ऑर ही कैन एक्नॉलेज रियलिटी एंड कंसीडर इट ऑल एज हैविंग कम फ्रॉम गॉड। नाउ, व्हाट विल बी द एटीट्यूड ऑफ दैट पर्सन हु एक्नॉलेज द सोर्स ऑफ हिज ब्लेसिंग्स एज गॉड?</w:t>
      </w:r>
    </w:p>
    <w:p>
      <w:r>
        <w:rPr>
          <w:b/>
        </w:rPr>
        <w:t xml:space="preserve">[23:52] </w:t>
      </w:r>
      <w:r>
        <w:t>he will be a humble person</w:t>
      </w:r>
    </w:p>
    <w:p>
      <w:pPr>
        <w:jc w:val="right"/>
      </w:pPr>
      <w:r>
        <w:t>ही विल बी अ हंबर पर्सन</w:t>
      </w:r>
    </w:p>
    <w:p>
      <w:r>
        <w:rPr>
          <w:b/>
        </w:rPr>
        <w:t xml:space="preserve">[23:54] </w:t>
      </w:r>
      <w:r>
        <w:t>. he will say, "lord, you are the best giver and you have given me everything." when one has offered ones mind and heart to god in this way, then god will provide one with guidance, which means a righteous life in this world, which makes him a gods worshipper and a mans well wisher,</w:t>
      </w:r>
    </w:p>
    <w:p>
      <w:pPr>
        <w:jc w:val="right"/>
      </w:pPr>
      <w:r>
        <w:t>। ही विल से, "लॉर्ड, यू आर द बेस्ट आवर एंड यू हैव गिवन मी एवरीथिंग।" व्हेन वन हैज ऑफर्ड वनस माइंड एंड हार्ट टू गॉड इन दिस वे, देन गॉड विल प्रोवाइड वन विथ गाइडेंस, व्हिच मींस ए राइटियस लाइफ इन दिस वर्ल्ड, व्हिच मेक्स हिम ए गॉड्स वरशिपर एंड अ मैनस वेल विशर,</w:t>
      </w:r>
    </w:p>
    <w:p>
      <w:r>
        <w:rPr>
          <w:b/>
        </w:rPr>
        <w:t xml:space="preserve">[24:19] </w:t>
      </w:r>
      <w:r>
        <w:t>and it will result in eternal paradise in the world here after. now, we spoke about the world of paradise, a world of rewards. what is eternal punishment as opposed to this?</w:t>
      </w:r>
    </w:p>
    <w:p>
      <w:pPr>
        <w:jc w:val="right"/>
      </w:pPr>
      <w:r>
        <w:t>एंड इट विल रिजल्ट इन एटरनल पैराडाइस इन द वर्ल्ड हियर आफ्टर। नाउ, वी स्पोक अबाउट द वर्ल्ड ऑफ पैराडाइस, अ वर्ल्ड ऑफ रिवॉर्ड्स। व्हाट इज एटरनल पनिशमेंट एज अपोज टू दिस?</w:t>
      </w:r>
    </w:p>
    <w:p>
      <w:r>
        <w:rPr>
          <w:b/>
        </w:rPr>
        <w:t xml:space="preserve">[24:40] </w:t>
      </w:r>
      <w:r>
        <w:t>its a matter of everyday experience that in order to make progress in this world, chances and suitable environment do not conveniently present themselves all the time. they are few and far between,</w:t>
      </w:r>
    </w:p>
    <w:p>
      <w:pPr>
        <w:jc w:val="right"/>
      </w:pPr>
      <w:r>
        <w:t>इट्स अ मैटर ऑफ एवरीडे एक्सपीरियंस दैट इन ऑर्डर टू मेक प्रोग्रेस इन दिस वर्ल्ड, चांसेस एंड सूटेबल एनवायरमेंट डू नॉट कन्वीनियंटली प्रेजेंट देमसेल्व्स ऑल द टाइम। दे आर फ्यू एंड फार बिटवीन,</w:t>
      </w:r>
    </w:p>
    <w:p>
      <w:r>
        <w:rPr>
          <w:b/>
        </w:rPr>
        <w:t xml:space="preserve">[24:58] </w:t>
      </w:r>
      <w:r>
        <w:t>but most people unconvinced of how serious it is to realize their special importance, fail to grasp them in time. thus golden opportunities are lost forever, and all that remains is regret at having so foolishly missed them.</w:t>
      </w:r>
    </w:p>
    <w:p>
      <w:pPr>
        <w:jc w:val="right"/>
      </w:pPr>
      <w:r>
        <w:t>बट मोस्ट पीपल अनकन्विंस्ड ऑफ हाउ सीरियस इट इज टू रियलाइज देयर स्पेशल इंपॉर्टेंस, फेल टू ग्रास देम इन टाइम। दस गोल्डन अपॉर्चुनिटीज आर लॉस्ट फॉरएवर, एंड ऑल दैट रिमेंस इज रिग्रेट एट हैविंग सो फूलिशली मिस देम।</w:t>
      </w:r>
    </w:p>
    <w:p>
      <w:r>
        <w:rPr>
          <w:b/>
        </w:rPr>
        <w:t xml:space="preserve">[25:22] </w:t>
      </w:r>
      <w:r>
        <w:t>the same is true of the here after, but it will be on a very vast scale, and it will be eternal, totally unbearable by human beings. after death, when mans eyes are opened, he receives a severe shock</w:t>
      </w:r>
    </w:p>
    <w:p>
      <w:pPr>
        <w:jc w:val="right"/>
      </w:pPr>
      <w:r>
        <w:t>द सेम इज ट्रू ऑफ द हियर आफ्टर, बट इट विल बी ऑन अ वेरी वास्ट स्केल, एंड इट विल बी एटरनल, टोटली अनबेरेबल बाय ह्यूमन बीइंग्स। आफ्टर डेथ, व्हेन मैनस आइज आर ओपेंड, ही रिसीव्स अ सीवियर शॉक</w:t>
      </w:r>
    </w:p>
    <w:p>
      <w:r>
        <w:rPr>
          <w:b/>
        </w:rPr>
        <w:t xml:space="preserve">[25:42] </w:t>
      </w:r>
      <w:r>
        <w:t>. now, he finds himself doomed to eternal regret at having wasted opportunities due to his own ignorance, foolishness, and the lack of a sense of timeliness. their case in the world of the here after will be identical to that of one who remained deprived of fulfillment in the world he left behind.</w:t>
      </w:r>
    </w:p>
    <w:p>
      <w:pPr>
        <w:jc w:val="right"/>
      </w:pPr>
      <w:r>
        <w:t>। नाउ, ही फाइंड्स हिमसेल्फ डूम टू एटरनल रिग्रेट एट हैविंग वेस्टेड अपॉर्चुनिटीज ड्यू टू हिज ओन इग्नोरेंस, फूलिशनेस, एंड द लैक ऑफ अ सेंस ऑफ टाइमलीनेस। देयर केस इन द वर्ल्ड ऑफ द हियर आफ्टर विल बी आइडेंटिकल टू दैट ऑफ वन हु रिमेन डिप्राइव्ड ऑफ फुलफिलमेंट इन द वर्ल्ड ही लेफ्ट बिहाइंड।</w:t>
      </w:r>
    </w:p>
    <w:p>
      <w:r>
        <w:rPr>
          <w:b/>
        </w:rPr>
        <w:t xml:space="preserve">[26:11] </w:t>
      </w:r>
      <w:r>
        <w:t>and why did this happen? because of his own unwillingness to subject himself to the creation plan. this deprivation will be without doubt a biggest punishment.</w:t>
      </w:r>
    </w:p>
    <w:p>
      <w:pPr>
        <w:jc w:val="right"/>
      </w:pPr>
      <w:r>
        <w:t>एंड व्हाई डिड दिस हैपन? बिकॉज ऑफ हिज ओन अनविलिंगनेस टू सब्जेक्ट हिमसेल्फ टू द क्रिएशन प्लान। दिस डिप्राइवेशन विल बी विदाउट डाउट ए बिगेस्ट पनिशमेंट।</w:t>
      </w:r>
    </w:p>
    <w:p>
      <w:r>
        <w:rPr>
          <w:b/>
        </w:rPr>
        <w:t xml:space="preserve">[26:29] </w:t>
      </w:r>
      <w:r>
        <w:t>as we again go back to paradise, one might think, "can we make eternal contentment a part of a present life instead of talking about it in the here after?" so now,</w:t>
      </w:r>
    </w:p>
    <w:p>
      <w:pPr>
        <w:jc w:val="right"/>
      </w:pPr>
      <w:r>
        <w:t>एस वी अगेन गो बैक टू पैराडाइस, वन माइट थिंक, "कैन वी मेक एटरनल कंटेंटमेंट ए पार्ट ऑफ अ प्रेजेंट लाइफ इंस्टेड ऑफ टॉकिंग अबाउट इट इन द हियर आफ्टर?" सो नाउ,</w:t>
      </w:r>
    </w:p>
    <w:p>
      <w:r>
        <w:rPr>
          <w:b/>
        </w:rPr>
        <w:t xml:space="preserve">[26:47] </w:t>
      </w:r>
      <w:r>
        <w:t>the important topic of death has to be touched upon. death is inevitable</w:t>
      </w:r>
    </w:p>
    <w:p>
      <w:pPr>
        <w:jc w:val="right"/>
      </w:pPr>
      <w:r>
        <w:t>द इंपॉर्टेंट टॉपिक ऑफ डेथ हैज टू बी टच्ड अपॉन। डेथ इज इनएविटेबल</w:t>
      </w:r>
    </w:p>
    <w:p>
      <w:r>
        <w:rPr>
          <w:b/>
        </w:rPr>
        <w:t xml:space="preserve">[26:56] </w:t>
      </w:r>
      <w:r>
        <w:t>. we are not immortal. everything in this world shall perish. although this world is beautiful and meaningful, all its virtues are bound to fade. no one can deny death. so apart from death, there are other reasons to why we cannot make have eternal contentment as a part of this world.</w:t>
      </w:r>
    </w:p>
    <w:p>
      <w:pPr>
        <w:jc w:val="right"/>
      </w:pPr>
      <w:r>
        <w:t>। वी आर नॉट इम्मोर्टल। एवरीथिंग इन दिस वर्ल्ड शल पेरिश। ऑल्दो दिस वर्ल्ड इज ब्यूटीफुल एंड मीनिंगफुल, ऑल इट्स वर्च्यूज आर बाउंड टू फेड। नो वन कैन डिनाई डेथ। सो अपार्ट फ्रॉम डेथ, देयर आर अदर रीजंस टू व्हाई वी कैन नॉट मेक हैव एटरनल कंटेंटमेंट एज अ पार्ट ऑफ दिस वर्ल्ड।</w:t>
      </w:r>
    </w:p>
    <w:p>
      <w:r>
        <w:rPr>
          <w:b/>
        </w:rPr>
        <w:t xml:space="preserve">[27:25] </w:t>
      </w:r>
      <w:r>
        <w:t>see, mans desires cannot come true in this world for here. there cannot be an eternally perfect order due to the presence of evil stemming from misuse of freedom by many people.</w:t>
      </w:r>
    </w:p>
    <w:p>
      <w:pPr>
        <w:jc w:val="right"/>
      </w:pPr>
      <w:r>
        <w:t>सी, मैनस डिजायर्स कैन नॉट कम टू इन दिस वर्ल्ड फॉर हियर। देयर कैन नॉट बी एन एटरनली परफेक्ट ऑर्डर ड्यू टू द प्रेजेंस ऑफ इविल स्टemming फ्रॉम मिसयूज ऑफ फ्रीडम बाय मेनी पीपल।</w:t>
      </w:r>
    </w:p>
    <w:p>
      <w:r>
        <w:rPr>
          <w:b/>
        </w:rPr>
        <w:t xml:space="preserve">[27:42] </w:t>
      </w:r>
      <w:r>
        <w:t>the resources needed for such a perfect world are lacking here. the prophet taught that god has made this world one of trial and tribulation, not one of reward and retribution. this world is brimming with challenges and hardships, which put man to the test.</w:t>
      </w:r>
    </w:p>
    <w:p>
      <w:pPr>
        <w:jc w:val="right"/>
      </w:pPr>
      <w:r>
        <w:t>द रिसोर्सेस नीडेड फॉर सच अ परफेक्ट वर्ल्ड आर लैकिंग हियर। द प्रोफेट टॉट दैट गॉड हैज मेड दिस वर्ल्ड वन ऑफ ट्रायल एंड ट्रिब्यूलेशन, नॉट वन ऑफ रिवॉर्ड एंड रिटribution। दिस वर्ल्ड इज ब्रीमिंग विथ चैलेंजेस एंड हार्डशिप्स, व्हिच पुट मैन टू द टेस्ट।</w:t>
      </w:r>
    </w:p>
    <w:p>
      <w:r>
        <w:rPr>
          <w:b/>
        </w:rPr>
        <w:t xml:space="preserve">[28:02] </w:t>
      </w:r>
      <w:r>
        <w:t>according to the quran, chapter 90, verse four, we god says, "we have created man into a life of toil and trouble." upon observation, we see that man has never been able to free himself from hardship.</w:t>
      </w:r>
    </w:p>
    <w:p>
      <w:pPr>
        <w:jc w:val="right"/>
      </w:pPr>
      <w:r>
        <w:t>अकॉर्डिंग टू द कुरान, चैप्टर 90, वर्स फोर, वी गॉड सेज, "वी हैव क्रिएटेड मैन इनटू अ लाइफ ऑफ टॉयल एंड ट्रबल।" अपॉन ऑब्जर्वेशन, वी सी दैट मैन हैज नेवर बीन एबल टू फ्री हिमसेल्फ फ्रॉम हार्डशिप।</w:t>
      </w:r>
    </w:p>
    <w:p>
      <w:r>
        <w:rPr>
          <w:b/>
        </w:rPr>
        <w:t xml:space="preserve">[28:22] </w:t>
      </w:r>
      <w:r>
        <w:t>take example of any person from any type of society. people from every strata of society have their share of troubles and challenges. no one is outside its purview.</w:t>
      </w:r>
    </w:p>
    <w:p>
      <w:pPr>
        <w:jc w:val="right"/>
      </w:pPr>
      <w:r>
        <w:t>टेक एग्जांपल ऑफ एनी पर्सन फ्रॉम एनी टाइप ऑफ सोसाइटी। पीपल फ्रॉम एवरी स्ट्रेटा ऑफ सोसाइटी हैव देयर शेयर ऑफ ट्रबल्स एंड चैलेंजेस। नो वन इज आउटसाइड इट्स परव्यू।</w:t>
      </w:r>
    </w:p>
    <w:p>
      <w:r>
        <w:rPr>
          <w:b/>
        </w:rPr>
        <w:t xml:space="preserve">[28:40] </w:t>
      </w:r>
      <w:r>
        <w:t>Next, let's think about the human brain.</w:t>
      </w:r>
    </w:p>
    <w:p>
      <w:pPr>
        <w:jc w:val="right"/>
      </w:pPr>
      <w:r>
        <w:t>नेक्स्ट, लेट्स थिंक अबाउट द ह्यूमन ब्रेन।</w:t>
      </w:r>
    </w:p>
    <w:p>
      <w:r>
        <w:rPr>
          <w:b/>
        </w:rPr>
        <w:t xml:space="preserve">[28:44] </w:t>
      </w:r>
      <w:r>
        <w:t>The human brain has such an immense potential that man's physical age of about 100 years is totally</w:t>
      </w:r>
    </w:p>
    <w:p>
      <w:pPr>
        <w:jc w:val="right"/>
      </w:pPr>
      <w:r>
        <w:t>द ह्यूमन ब्रेन हैज सच एन इमेंस पोटेंशियल दैट मैनस फिजिकल एज ऑफ अबाउट 100 इयर्स इज टोटली</w:t>
      </w:r>
    </w:p>
    <w:p>
      <w:r>
        <w:rPr>
          <w:b/>
        </w:rPr>
        <w:t xml:space="preserve">[28:52] </w:t>
      </w:r>
      <w:r>
        <w:t>insufficient for its realization.</w:t>
      </w:r>
    </w:p>
    <w:p>
      <w:pPr>
        <w:jc w:val="right"/>
      </w:pPr>
      <w:r>
        <w:t>इनसफिशिएंट फॉर इट्स रियलाइजेशन।</w:t>
      </w:r>
    </w:p>
    <w:p>
      <w:r>
        <w:rPr>
          <w:b/>
        </w:rPr>
        <w:t xml:space="preserve">[28:56] </w:t>
      </w:r>
      <w:r>
        <w:t>ivan if avar ej kud bi gretli ekstended, da kandishans on arth ar so ful of restrikshans dat</w:t>
      </w:r>
    </w:p>
    <w:p>
      <w:pPr>
        <w:jc w:val="right"/>
      </w:pPr>
      <w:r>
        <w:t>इवन इफ आवर एज कुड बी ग्रेटली एक्सटेंडेड, द कंडीशंस ऑन अर्थ आर सो फुल ऑफ रेस्ट्रिकशंस दैट</w:t>
      </w:r>
    </w:p>
    <w:p>
      <w:r>
        <w:rPr>
          <w:b/>
        </w:rPr>
        <w:t xml:space="preserve">[29:03] </w:t>
      </w:r>
      <w:r>
        <w:t>mans anlimitad maind kud nevar yutilaiz its ful potanshal hier.</w:t>
      </w:r>
    </w:p>
    <w:p>
      <w:pPr>
        <w:jc w:val="right"/>
      </w:pPr>
      <w:r>
        <w:t>मैनस अनलिमिटेड माइंड कुड नेवर यूटिलाइज इट्स फुल पोटेंशियल हियर।</w:t>
      </w:r>
    </w:p>
    <w:p>
      <w:r>
        <w:rPr>
          <w:b/>
        </w:rPr>
        <w:t xml:space="preserve">[29:09] </w:t>
      </w:r>
      <w:r>
        <w:t>ven vi luk at dis rialiti,</w:t>
      </w:r>
    </w:p>
    <w:p>
      <w:pPr>
        <w:jc w:val="right"/>
      </w:pPr>
      <w:r>
        <w:t>व्हेन वी लुक एट दिस रियलिटी,</w:t>
      </w:r>
    </w:p>
    <w:p>
      <w:r>
        <w:rPr>
          <w:b/>
        </w:rPr>
        <w:t xml:space="preserve">[29:11] </w:t>
      </w:r>
      <w:r>
        <w:t>we are compelled to believe that man requires a far greater world and far greater longevity for this total fulfillment. in</w:t>
      </w:r>
    </w:p>
    <w:p>
      <w:pPr>
        <w:jc w:val="right"/>
      </w:pPr>
      <w:r>
        <w:t>वी आर कंपेल टू बिलीव दैट मैन रिक्वायर्स अ फार ग्रेटर वर्ल्ड एंड फार ग्रेटर लोंजिविटी फॉर दिस टोटल फुलफिलमेंट। इन</w:t>
      </w:r>
    </w:p>
    <w:p>
      <w:r>
        <w:rPr>
          <w:b/>
        </w:rPr>
        <w:t xml:space="preserve">[29:24] </w:t>
      </w:r>
      <w:r>
        <w:t>the present situation, the potential of the human mind cannot be utilized to its fullest extent. to explain life in terms of this reality, let us draw a parallel between human life and an iceberg.</w:t>
      </w:r>
    </w:p>
    <w:p>
      <w:pPr>
        <w:jc w:val="right"/>
      </w:pPr>
      <w:r>
        <w:t>द प्रेजेंट सिचुएशन, द पोटेंशियल ऑफ द ह्यूमन माइंड कैन नॉट बी यूटिलाइज्ड टू इट्स फुलस्ट एक्सटेंट। टू एक्सप्लेन लाइफ इन टर्म्स ऑफ दिस रियलिटी, लेट अस ड्रॉ अ पैरेलल बिटवीन ह्यूमन लाइफ एंड एन आइसबर्ग।</w:t>
      </w:r>
    </w:p>
    <w:p>
      <w:r>
        <w:rPr>
          <w:b/>
        </w:rPr>
        <w:t xml:space="preserve">[29:43] </w:t>
      </w:r>
      <w:r>
        <w:t>we are aware of only the tiny part of the iceberg, which appears above the surface of the ocean, while the larger part lies hidden beneath the waters. in exactly the same way,</w:t>
      </w:r>
    </w:p>
    <w:p>
      <w:pPr>
        <w:jc w:val="right"/>
      </w:pPr>
      <w:r>
        <w:t>वी आर अवेयर ऑफ ओनली द टाइनी पार्ट ऑफ द आइसबर्ग, व्हिच अपीयर्स अबव द सरफेस ऑफ द ओशन, व्हाइल द लार्जर पार्ट लाइज हिडन बिनीथ द वाटर्स। इन एग्जैक्टली द सेम वे,</w:t>
      </w:r>
    </w:p>
    <w:p>
      <w:r>
        <w:rPr>
          <w:b/>
        </w:rPr>
        <w:t xml:space="preserve">[30:00] </w:t>
      </w:r>
      <w:r>
        <w:t>we are also aware of only that tiny part of life, which occurs in the first stage before death, while the remainder lies hidden from us in the ultimate stage of life after death.</w:t>
      </w:r>
    </w:p>
    <w:p>
      <w:pPr>
        <w:jc w:val="right"/>
      </w:pPr>
      <w:r>
        <w:t>वी आर आल्सो अवेयर ऑफ ओनली दैट टाइनी पार्ट ऑफ लाइफ, व्हिच अकर्स इन द फर्स्ट स्टेज बिफोर डेथ, व्हाइल द रिमाइंडर लाइज हिडन फ्रॉम अस इन द अल्टीमेट स्टेज ऑफ लाइफ आफ्टर डेथ।</w:t>
      </w:r>
    </w:p>
    <w:p>
      <w:r>
        <w:rPr>
          <w:b/>
        </w:rPr>
        <w:t xml:space="preserve">[30:16] </w:t>
      </w:r>
      <w:r>
        <w:t>keeping these realities in view, when we explain human life, we have to portray the present world as a temporary award, rather than as mans eternal destination. the life span before death is like a training period,</w:t>
      </w:r>
    </w:p>
    <w:p>
      <w:pPr>
        <w:jc w:val="right"/>
      </w:pPr>
      <w:r>
        <w:t>कीपिंग दीज रियलिटीज इन व्यू, व्हेन वी एक्सप्लेन ह्यूमन लाइफ, वी हैव टू पोर्ट्रे द प्रेजेंट वर्ल्ड एज अ टेंपररी अवार्ड, रादर देन एज मैनस एटरनल डेस्टिनेशन। द लाइफ स्पैन बिफोर डेथ इज लाइक अ ट्रेनिंग पीरियड,</w:t>
      </w:r>
    </w:p>
    <w:p>
      <w:r>
        <w:rPr>
          <w:b/>
        </w:rPr>
        <w:t xml:space="preserve">[30:36] </w:t>
      </w:r>
      <w:r>
        <w:t>and the present world is as it were mans training ground. h</w:t>
      </w:r>
    </w:p>
    <w:p>
      <w:pPr>
        <w:jc w:val="right"/>
      </w:pPr>
      <w:r>
        <w:t>एंड द प्रेजेंट वर्ल्ड इज एज इट वर मैनस ट्रेनिंग ग्राउंड। ह</w:t>
      </w:r>
    </w:p>
    <w:p>
      <w:r>
        <w:rPr>
          <w:b/>
        </w:rPr>
        <w:t xml:space="preserve">[30:43] </w:t>
      </w:r>
      <w:r>
        <w:t>ere, ideally, he should receive very thorough moral conditioning during what is only a temporary stay, and then move on to the next eternal world.</w:t>
      </w:r>
    </w:p>
    <w:p>
      <w:pPr>
        <w:jc w:val="right"/>
      </w:pPr>
      <w:r>
        <w:t>ियर, आइडियली, ही शुड रिसीव वेरी थ्रो मोरल कंडीशनिंग ड्यूरिंग व्हाट इज ओनली ए टेंपररी स्टे, एंड देन मूव ऑन टू द नेक्स्ट एटरनल वर्ल्ड।</w:t>
      </w:r>
    </w:p>
    <w:p>
      <w:r>
        <w:rPr>
          <w:b/>
        </w:rPr>
        <w:t xml:space="preserve">[30:59] </w:t>
      </w:r>
      <w:r>
        <w:t>so therefore, from all the above points, we can say that factors required for a life of everlasting joy and contentment will be forthcoming only in the next world.</w:t>
      </w:r>
    </w:p>
    <w:p>
      <w:pPr>
        <w:jc w:val="right"/>
      </w:pPr>
      <w:r>
        <w:t>सो देयर फोर, फ्रॉम ऑल द अबव पॉइंट्स, वी कैन से दैट फैक्टर्स रिक्वायर्ड फॉर अ लाइफ ऑफ एवरलास्टिंग जॉय एंड कंटेंटमेंट विल बी फोर्थकमिंग ओनली इन द नेक्स्ट वर्ल्ड।</w:t>
      </w:r>
    </w:p>
    <w:p>
      <w:r>
        <w:rPr>
          <w:b/>
        </w:rPr>
        <w:t xml:space="preserve">[31:18] </w:t>
      </w:r>
      <w:r>
        <w:t>when we talk about the perfect life in the next world, we are talking about death as a bridge between the two worlds. lets understand a little more in todays session about death.</w:t>
      </w:r>
    </w:p>
    <w:p>
      <w:pPr>
        <w:jc w:val="right"/>
      </w:pPr>
      <w:r>
        <w:t>व्हेन वी टॉक अबाउट द परफेक्ट लाइफ इन द नेक्स्ट वर्ल्ड, वी आर टॉकिंग अबाउट डेथ एज अ ब्रिज बिटवीन द टू वर्ल्ड्स। लेट्स अंडरस्टैंड अ लिटिल मोर इन टुडेज सेशन अबाउट डेथ।</w:t>
      </w:r>
    </w:p>
    <w:p>
      <w:r>
        <w:rPr>
          <w:b/>
        </w:rPr>
        <w:t xml:space="preserve">[31:34] </w:t>
      </w:r>
      <w:r>
        <w:t>death marks the completion of the trial of man and his entrance into the world of eternity. it acts as a mode of transition from temporary life into an eternal one. death is at the command of god. the time of ones death is solely the decision of god.</w:t>
      </w:r>
    </w:p>
    <w:p>
      <w:pPr>
        <w:jc w:val="right"/>
      </w:pPr>
      <w:r>
        <w:t>डेथ मार्क्स द कंप्लीशन ऑफ द ट्रायल ऑफ मैन एंड हिज एंट्रेंस इनटू द वर्ल्ड ऑफ एटरनिटी। इट एक्ट्स एज अ मोड ऑफ ट्रांजिशन फ्रॉम टेंपररी लाइफ इनटू एन एटरनल वन। डेथ इज एट द कमांड ऑफ गॉड। द टाइम ऑफ वनस डेथ इज सोलली द डिसीजन ऑफ गॉड।</w:t>
      </w:r>
    </w:p>
    <w:p>
      <w:r>
        <w:rPr>
          <w:b/>
        </w:rPr>
        <w:t xml:space="preserve">[31:57] </w:t>
      </w:r>
      <w:r>
        <w:t>according to the quran, chapter three, verse 145, no soul shall die except with gods permission and at an appointed time. everyone, of course, has been given opportunities in the present world to act in the interests of his salvation, of his success in the life after death.</w:t>
      </w:r>
    </w:p>
    <w:p>
      <w:pPr>
        <w:jc w:val="right"/>
      </w:pPr>
      <w:r>
        <w:t>अकॉर्डिंग टू द कुरान, चैप्टर थ्री, वर्स 145, नो सोल शल डाई एक्सेप्ट विथ गॉड्स परमिशन एंड एट एन अपॉइंटेड टाइम। एवरीवन, ऑफ कोर्स, हैज बीन गिवन अपॉर्चुनिटीज इन द प्रेजेंट वर्ल्ड टू एक्ट इन द इंटरेस्ट्स ऑफ हिज साल्वेशन, ऑफ हिज सक्सेस इन द लाइफ आफ्टर डेथ।</w:t>
      </w:r>
    </w:p>
    <w:p>
      <w:r>
        <w:rPr>
          <w:b/>
        </w:rPr>
        <w:t xml:space="preserve">[32:21] </w:t>
      </w:r>
      <w:r>
        <w:t>and then death, the great cut off point, comes and puts an end to opportunities for all time. should this not make us examine our life with greater earnestness?</w:t>
      </w:r>
    </w:p>
    <w:p>
      <w:pPr>
        <w:jc w:val="right"/>
      </w:pPr>
      <w:r>
        <w:t>एंड देन डेथ, द ग्रेट कट ऑफ पॉइंट, कम्स एंड पुट्स एन एंड टू अपॉर्चुनिटीज फॉर ऑल टाइम। शुड दिस नॉट मेक अस एग्जामिन आवर लाइफ विथ ग्रेटर अर्नेसनेस?</w:t>
      </w:r>
    </w:p>
    <w:p>
      <w:r>
        <w:rPr>
          <w:b/>
        </w:rPr>
        <w:t xml:space="preserve">[32:39] </w:t>
      </w:r>
      <w:r>
        <w:t>are we sufficiently aware of the fact that we cannot go through life allowing one opportunity after another to slip through our fingers</w:t>
      </w:r>
    </w:p>
    <w:p>
      <w:pPr>
        <w:jc w:val="right"/>
      </w:pPr>
      <w:r>
        <w:t>आर वी सफिशिएंटली अवेयर ऑफ द फैक्ट दैट वी कैन नॉट गो थ्रू लाइफ अलाउंग वन अपॉर्चुनिटी आफ्टर अनदर टू स्लिप थ्रू अ फिंगर्स</w:t>
      </w:r>
    </w:p>
    <w:p>
      <w:r>
        <w:rPr>
          <w:b/>
        </w:rPr>
        <w:t xml:space="preserve">[32:50] </w:t>
      </w:r>
      <w:r>
        <w:t>? we cannot surely expect to be offered unlimited chances for our salvation. ones death intervenes, looking for alternative possibilities beyond the grave, becomes meaningless. there, we are faced with an eternity of success or an eternity of failure.</w:t>
      </w:r>
    </w:p>
    <w:p>
      <w:pPr>
        <w:jc w:val="right"/>
      </w:pPr>
      <w:r>
        <w:t>? वी कैन नॉट श्योरली एक्सपेक्ट टू बी ऑफर्ड अनलिमिटेड चांसेस फॉर आवर साल्वेशन। वनस डेथ इंटरवीन्स, लुकिंग फॉर अल्टरनेटिव पॉसिबिलिटीज बियॉंड द ग्रेव, बिकम्स मीनिंगलेस। देयर, वी आर फेस्ड विथ एन एटरनिटी ऑफ सक्सेस और एन एटरनिटी ऑफ फेलियर।</w:t>
      </w:r>
    </w:p>
    <w:p>
      <w:r>
        <w:rPr>
          <w:b/>
        </w:rPr>
        <w:t xml:space="preserve">[33:14] </w:t>
      </w:r>
      <w:r>
        <w:t>so in conclusion, we can say that it is in the here after that man shall find the opportunity to utilize the full potential of his mind and achieve the happiness induced by total fulfillment.</w:t>
      </w:r>
    </w:p>
    <w:p>
      <w:pPr>
        <w:jc w:val="right"/>
      </w:pPr>
      <w:r>
        <w:t>सो इन कंक्लूजन, वी कैन से दैट इट इज इन द हियर आफ्टर दैट मैन शल फाइंड द अपॉर्चुनिटी टू यूटिलाइज द फुल पोटेंशियल ऑफ हिज माइंड एंड अचीव द हैप्पीनेस इंड्यूस्ड बाय टोटल फुलफिलमेंट।</w:t>
      </w:r>
    </w:p>
    <w:p>
      <w:r>
        <w:rPr>
          <w:b/>
        </w:rPr>
        <w:t xml:space="preserve">[33:32] </w:t>
      </w:r>
      <w:r>
        <w:t>however, in the second stage of life, the true achievers will only be those who have responded positively to the necessary training in the first stage. those who arrive there without such training will be deprived of any further opportunity to exploit their own potential.</w:t>
      </w:r>
    </w:p>
    <w:p>
      <w:pPr>
        <w:jc w:val="right"/>
      </w:pPr>
      <w:r>
        <w:t>हाउ एवर, इन द सेकंड स्टेज ऑफ लाइफ, द ट्रू अचीवर्स विल ओनली बी दोज हु हैव रेस्पॉन्डेड पॉजिटिवली टू द नेसेसरी ट्रेनिंग इन द फर्स्ट स्टेज। दोज हु अराइव देयर विदाउट सच ट्रेनिंग विल बी डिप्राइव्ड ऑफ एनी फर्दर अपॉर्चुनिटी टू एक्सप्लोइट देयर ओन पोटेंशियल।</w:t>
      </w:r>
    </w:p>
    <w:p>
      <w:r>
        <w:rPr>
          <w:b/>
        </w:rPr>
        <w:t xml:space="preserve">[33:57] </w:t>
      </w:r>
      <w:r>
        <w:t>that man has truly lived, who reaches his tomorrow by living out his today in a state of moral rectitude. he is the one who, after having reached the limit of this worldly life span, dies having made full preparation for his tomorrow. it is only one such as he, who is worthy of being called a successful person.</w:t>
      </w:r>
    </w:p>
    <w:p>
      <w:pPr>
        <w:jc w:val="right"/>
      </w:pPr>
      <w:r>
        <w:t>दैट मैन हैज ट्रूली लिव्ड, हु रीचेस हिज टुमारो बाय लिविंग आउट हिज टुडे इन ए स्टेट ऑफ मोरल रेटिट्यूड। ही इज द वन हु, आफ्टर हैविंग रीच्ड द लिमिट ऑफ दिस वर्ल्डली लाइफ स्पान, डाइज हैविंग मेड फुल प्रिपरेशन फॉर हिज टुमारो। इट इज ओनली वन सच एस ही, हु इज वर्दी ऑफ बीइंग कॉल्ड अ सक्सेसफुल पर्सन।</w:t>
      </w:r>
    </w:p>
    <w:p>
      <w:r>
        <w:rPr>
          <w:b/>
        </w:rPr>
        <w:t xml:space="preserve">[34:26] </w:t>
      </w:r>
      <w:r>
        <w:t>man saksided in bilding da modarn industrail sivilaijeshn bae diskavaring and eksplaiteing da laj of nechar.</w:t>
      </w:r>
    </w:p>
    <w:p>
      <w:pPr>
        <w:jc w:val="right"/>
      </w:pPr>
      <w:r>
        <w:t>मैन सक्सीडेड इन बिल्डिंग द मॉडर्न इंडस्ट्रियल सिविलाइजेशन बाय डिस्कवरिंग एंड एक्सप्लोइटिंग द लॉज ऑफ नेचर।</w:t>
      </w:r>
    </w:p>
    <w:p>
      <w:r>
        <w:rPr>
          <w:b/>
        </w:rPr>
        <w:t xml:space="preserve">[34:35] </w:t>
      </w:r>
      <w:r>
        <w:t>similari, in da nekst varld,</w:t>
      </w:r>
    </w:p>
    <w:p>
      <w:pPr>
        <w:jc w:val="right"/>
      </w:pPr>
      <w:r>
        <w:t>सिमिलरली, इन द नेक्स्ट वर्ल्ड,</w:t>
      </w:r>
    </w:p>
    <w:p>
      <w:r>
        <w:rPr>
          <w:b/>
        </w:rPr>
        <w:t xml:space="preserve">[34:39] </w:t>
      </w:r>
      <w:r>
        <w:t>hi vil achiv lastaing sakses on a mach gretar skal.</w:t>
      </w:r>
    </w:p>
    <w:p>
      <w:pPr>
        <w:jc w:val="right"/>
      </w:pPr>
      <w:r>
        <w:t>ही विल अचीव लास्टिंग सक्सेस ऑन अ मच ग्रेटर स्केल।</w:t>
      </w:r>
    </w:p>
    <w:p>
      <w:r>
        <w:rPr>
          <w:b/>
        </w:rPr>
        <w:t xml:space="preserve">[34:44] </w:t>
      </w:r>
      <w:r>
        <w:t>bat for dat, hi haez tu straiv arnestli tu andarstand and aksept da krietion plan of god for</w:t>
      </w:r>
    </w:p>
    <w:p>
      <w:pPr>
        <w:jc w:val="right"/>
      </w:pPr>
      <w:r>
        <w:t>बट फॉर दैट, ही हैज टू स्ट्राइव अर्नेस्टली टू अंडरस्टैंड एंड एक्सेप्ट द क्रिएशन प्लान ऑफ गॉड फॉर</w:t>
      </w:r>
    </w:p>
    <w:p>
      <w:r>
        <w:rPr>
          <w:b/>
        </w:rPr>
        <w:t xml:space="preserve">[34:53] </w:t>
      </w:r>
      <w:r>
        <w:t>humanity and follow it sincerely in this world.</w:t>
      </w:r>
    </w:p>
    <w:p>
      <w:pPr>
        <w:jc w:val="right"/>
      </w:pPr>
      <w:r>
        <w:t>ह्यूमैनिटी एंड फॉलो इट सिंसियरली इन दिस वर्ल्ड।</w:t>
      </w:r>
    </w:p>
    <w:p>
      <w:r>
        <w:rPr>
          <w:b/>
        </w:rPr>
        <w:t xml:space="preserve">[34:58] </w:t>
      </w:r>
      <w:r>
        <w:t>these were some of the main aspects of the creation plan, which i put before you. and as we go along, discussing various topics, we will be able to understand more of it, until all parts fit like a jigsaw puzzle to lay before us a meaningful picture of this universe. gods universe provides an introduction to god</w:t>
      </w:r>
    </w:p>
    <w:p>
      <w:pPr>
        <w:jc w:val="right"/>
      </w:pPr>
      <w:r>
        <w:t>दीज वर सम ऑफ द मेन एस्पेक्ट्स ऑफ द क्रिएशन प्लान, व्हिच आई पुट बिफोर यू। एंड एस वी गो अलोंग, डिस्कसिंग वेरियस टॉपिक्स, वी विल बी एबल टू अंडरस्टैंड मोर ऑफ इट, अंटिल ऑल पार्ट्स फिट लाइक अ जिगसॉ पजल टू ले बिफोर अस अ मीनिंगफुल पिक्चर ऑफ दिस यूनिवर्स। गॉड्स यूनिवर्स प्रोवाइड्स एन इंट्रोडक्शन टू गॉड</w:t>
      </w:r>
    </w:p>
    <w:p>
      <w:r>
        <w:rPr>
          <w:b/>
        </w:rPr>
        <w:t xml:space="preserve">[35:27] </w:t>
      </w:r>
      <w:r>
        <w:t>. the existence of creation speaks of the existence of the creator. the vastness of space speaks of the vast power of god. the coexistence of various parts of the universe is an indication of the successful planning of god</w:t>
      </w:r>
    </w:p>
    <w:p>
      <w:pPr>
        <w:jc w:val="right"/>
      </w:pPr>
      <w:r>
        <w:t>। द एक्जिस्टेंस ऑफ क्रिएशन स्पीक्स ऑफ द एक्जिस्टेंस ऑफ द क्रिएटर। द वास्टनेस ऑफ स्पेस स्पीक्स ऑफ द वास्ट पावर ऑफ गॉड। द कोएक्जिस्टेंस ऑफ वेरियस पार्ट्स ऑफ द यूनिवर्स इज एन इंडिकेशन ऑफ द सक्सेसफुल प्लानिंग ऑफ गॉड</w:t>
      </w:r>
    </w:p>
    <w:p>
      <w:r>
        <w:rPr>
          <w:b/>
        </w:rPr>
        <w:t xml:space="preserve">[35:47] </w:t>
      </w:r>
      <w:r>
        <w:t>. the universe in continuous action is an indication that the lord of the universe is a living being. the meaningfulness of the universe is an expression of the meaningfulness of gods being. how could we imagine that this meaningful universe to end in a meaningless way?</w:t>
      </w:r>
    </w:p>
    <w:p>
      <w:pPr>
        <w:jc w:val="right"/>
      </w:pPr>
      <w:r>
        <w:t>। द यूनिवर्स इन कंटीन्यूअस एक्शन इज एन इंडिकेशन दैट द लॉर्ड ऑफ द यूनिवर्स इज अ लिविंग बीइंग। द मीनिंगफुलनेस ऑफ द यूनिवर्स इज एन एक्सप्रेशन ऑफ द मीनिंगफुलनेस ऑफ गॉड्स बीइंग। हाउ कुड वी इमेजिन दैट दिस मीनिंगफुल यूनिवर्स टू एंड इन अ मीनिंगलेस वे?</w:t>
      </w:r>
    </w:p>
    <w:p>
      <w:r>
        <w:rPr>
          <w:b/>
        </w:rPr>
        <w:t xml:space="preserve">[36:11] </w:t>
      </w:r>
      <w:r>
        <w:t>lets ponder about this further. so let me end the session with the gist of the creation plan. by putting before you the gist, the purpose of this world is for a test. test is for eligibility for paradise. man has been given freedom to choose his action, not the consequences. the purpose of freedom is for creativity, which is required for development.</w:t>
      </w:r>
    </w:p>
    <w:p>
      <w:pPr>
        <w:jc w:val="right"/>
      </w:pPr>
      <w:r>
        <w:t>लेट्स पॉन्डर अबाउट दिस फर्दर। सो लेट मी एंड द सेशन विथ द जिस्ट ऑफ द क्रिएशन प्लान। बाय पुटिंग बिफोर यू द जिस्ट, द पर्पस ऑफ दिस वर्ल्ड इज फॉर अ टेस्ट। टेस्ट इज फॉर एलिजिबिलिटी फॉर पैराडाइस। मैन हैज बीन गिवन फ्रीडम टू चूज हिज एक्शन, नॉट द कंसीक्वेंसेस। द पर्पस ऑफ फ्रीडम इज फॉर क्रिएटिविटी, व्हिच इज रिक्वायर्ड फॉर डेवलपमेंट।</w:t>
      </w:r>
    </w:p>
    <w:p>
      <w:r>
        <w:rPr>
          <w:b/>
        </w:rPr>
        <w:t xml:space="preserve">[36:41] </w:t>
      </w:r>
      <w:r>
        <w:t>wherever there is freedom, there is always a chance of misuse of freedom, which leads to evil. this explains the presence of evil along side good in this world. death marks the end of our time to prove ourselves while we are in this world.</w:t>
      </w:r>
    </w:p>
    <w:p>
      <w:pPr>
        <w:jc w:val="right"/>
      </w:pPr>
      <w:r>
        <w:t>व्हेर एवर देयर इज फ्रीडम, देयर इज ऑलवेज अ चांस ऑफ मिसयूज ऑफ फ्रीडम, व्हिच लीड्स टू इविल। दिस एक्सप्लेन्स द प्रेजेंस ऑफ इविल अलोंग साइड गुड इन दिस वर्ल्ड। डेथ मार्क्स द एंड ऑफ आवर टाइम टू प्रूव आवरसेल्व्स व्हाइल वी आर इन दिस वर्ल्ड।</w:t>
      </w:r>
    </w:p>
    <w:p>
      <w:r>
        <w:rPr>
          <w:b/>
        </w:rPr>
        <w:t xml:space="preserve">[37:00] </w:t>
      </w:r>
      <w:r>
        <w:t>unlike in this world, those who fail the test will be separated in the world of hereafter.</w:t>
      </w:r>
    </w:p>
    <w:p>
      <w:pPr>
        <w:jc w:val="right"/>
      </w:pPr>
      <w:r>
        <w:t>अनलाइक इन दिस वर्ल्ड, दोज हु फेल द टेस्ट विल बी सेपरेटेड इन द वर्ल्ड ऑफ हियर आफ्टर।</w:t>
      </w:r>
    </w:p>
    <w:p>
      <w:r>
        <w:rPr>
          <w:b/>
        </w:rPr>
        <w:t xml:space="preserve">[37:07] </w:t>
      </w:r>
      <w:r>
        <w:t>the course of life to be adopted should be a god oriented life for the success in the</w:t>
      </w:r>
    </w:p>
    <w:p>
      <w:pPr>
        <w:jc w:val="right"/>
      </w:pPr>
      <w:r>
        <w:t>द कोर्स ऑफ लाइफ टू बी अडॉप्टेड शुड बी अ गॉड ओरिएंटेड लाइफ फॉर द सक्सेस इन द</w:t>
      </w:r>
    </w:p>
    <w:p>
      <w:r>
        <w:rPr>
          <w:b/>
        </w:rPr>
        <w:t xml:space="preserve">[37:12] </w:t>
      </w:r>
      <w:r>
        <w:t>next world of perfection, that is paradise.</w:t>
      </w:r>
    </w:p>
    <w:p>
      <w:pPr>
        <w:jc w:val="right"/>
      </w:pPr>
      <w:r>
        <w:t>नेक्स्ट वर्ल्ड ऑफ परफेक्शन, दैट इज पैराडाइस।</w:t>
      </w:r>
    </w:p>
    <w:p>
      <w:r>
        <w:rPr>
          <w:b/>
        </w:rPr>
        <w:t xml:space="preserve">[37:17] </w:t>
      </w:r>
      <w:r>
        <w:t>so this is what we discussed.</w:t>
      </w:r>
    </w:p>
    <w:p>
      <w:pPr>
        <w:jc w:val="right"/>
      </w:pPr>
      <w:r>
        <w:t>सो दिस इज व्हाट वी डिस्कस्ड।</w:t>
      </w:r>
    </w:p>
    <w:p>
      <w:r>
        <w:rPr>
          <w:b/>
        </w:rPr>
        <w:t xml:space="preserve">[37:20] </w:t>
      </w:r>
      <w:r>
        <w:t>so the last of our word will be,</w:t>
      </w:r>
    </w:p>
    <w:p>
      <w:pPr>
        <w:jc w:val="right"/>
      </w:pPr>
      <w:r>
        <w:t>सो द लास्ट ऑफ आवर वर्ड विल बी,</w:t>
      </w:r>
    </w:p>
    <w:p>
      <w:r>
        <w:rPr>
          <w:b/>
        </w:rPr>
        <w:t xml:space="preserve">[37:23] </w:t>
      </w:r>
      <w:r>
        <w:t>please be to god, the lord of the universe.</w:t>
      </w:r>
    </w:p>
    <w:p>
      <w:pPr>
        <w:jc w:val="right"/>
      </w:pPr>
      <w:r>
        <w:t>प्लीज बी टू गॉड, द लॉर्ड ऑफ द यूनिवर्स।</w:t>
      </w:r>
    </w:p>
    <w:p>
      <w:r>
        <w:rPr>
          <w:b/>
        </w:rPr>
        <w:t xml:space="preserve">[37:28] </w:t>
      </w:r>
      <w:r>
        <w:t>i request you to send questions, if any, pertaining to the topic discussed today, on email to feedbackqa.cfp@gmail.com.</w:t>
      </w:r>
    </w:p>
    <w:p>
      <w:pPr>
        <w:jc w:val="right"/>
      </w:pPr>
      <w:r>
        <w:t>आई रिक्वेस्ट यू टू सेंड क्वेश्चंस, इफ एनी, परटेनिंग टू द टॉपिक डिस्कस्ड टुडे, ऑन ईमेल टू feedbackqa.cfp@gmail.com।</w:t>
      </w:r>
    </w:p>
    <w:p>
      <w:r>
        <w:rPr>
          <w:b/>
        </w:rPr>
        <w:t xml:space="preserve">[37:43] </w:t>
      </w:r>
      <w:r>
        <w:t>you may access this email id from the comment section. they will be answered in the next session. thank you for your precious time and interest. god willing, we will meet next sunday, the 23rd may 2021, at 7:00 pm, indian standard time. may god bless, have mercy, and grant well being and guidance to the human kind.</w:t>
      </w:r>
    </w:p>
    <w:p>
      <w:pPr>
        <w:jc w:val="right"/>
      </w:pPr>
      <w:r>
        <w:t>यू मे एक्सेस दिस ईमेल आईडी फ्रॉम द कमेंट सेक्शन। दे विल बी आंसर्ड इन द नेक्स्ट सेशन। थैंक यू फॉर योर प्रेशियस टाइम एंड इंटरेस्ट। गॉड विलिंग, वी विल मीट नेक्स्ट संडे, द 23rd मे 2021, एट 7:00 पीएम, इंडियन स्टैंडर्ड टाइम। मे गॉड ब्लेस, हैव मेसी, एंड ग्रांट वेल बीइंग एंड गाइडेंस टू द ह्यूमन काइंड।</w:t>
      </w:r>
    </w:p>
    <w:p>
      <w:r>
        <w:rPr>
          <w:b/>
        </w:rPr>
        <w:t xml:space="preserve">[38:13] </w:t>
      </w:r>
      <w:r>
        <w:t>ameen.</w:t>
      </w:r>
    </w:p>
    <w:p>
      <w:pPr>
        <w:jc w:val="right"/>
      </w:pPr>
      <w:r>
        <w:t>आमीन।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