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 Muhammad A Man of Peace</w:t>
      </w:r>
    </w:p>
    <w:p>
      <w:r>
        <w:t>https://www.youtube.com/watch?v=z0RvkPqrZ5Y</w:t>
      </w:r>
    </w:p>
    <w:p>
      <w:r>
        <w:rPr>
          <w:b/>
        </w:rPr>
        <w:t xml:space="preserve">[00:01] </w:t>
      </w:r>
      <w:r>
        <w:t>assalam o alaikum to everyone, bismillah-ir-rahman-ir-rahim. in the name of—</w:t>
      </w:r>
    </w:p>
    <w:p>
      <w:pPr>
        <w:jc w:val="right"/>
      </w:pPr>
      <w:r>
        <w:t>السلام علیکم ٹو ایوری ون، بسم اللہ الرحمن الرحیم۔ ان دا نیم آف—</w:t>
      </w:r>
    </w:p>
    <w:p>
      <w:r>
        <w:rPr>
          <w:b/>
        </w:rPr>
        <w:t xml:space="preserve">[00:14] </w:t>
      </w:r>
      <w:r>
        <w:t>in the name of god, the most beneficent, the most merciful</w:t>
      </w:r>
    </w:p>
    <w:p>
      <w:pPr>
        <w:jc w:val="right"/>
      </w:pPr>
      <w:r>
        <w:t>ان دا نیم آف گاڈ، دا موسٹ بینیفیشینٹ، دا موسٹ مرسی فل</w:t>
      </w:r>
    </w:p>
    <w:p>
      <w:r>
        <w:rPr>
          <w:b/>
        </w:rPr>
        <w:t xml:space="preserve">[00:21] </w:t>
      </w:r>
      <w:r>
        <w:t>. i am a member of cps international, founded by Maulana Wahiduddin Khan. the aim of the sunday talks is to present islam as it is from the original scriptures.</w:t>
      </w:r>
    </w:p>
    <w:p>
      <w:pPr>
        <w:jc w:val="right"/>
      </w:pPr>
      <w:r>
        <w:t>۔ آئی ایم ا ممبر آف سی پی ایس انٹرنیشنل، فاؤنڈڈ بائے مولانا وحید الدین خان۔ دا ایم آف دا سنڈے ٹاکس از ٹو پریزنٹ اسلام ایز اٹ از فرام دی اوریجنل سکرپچرز۔</w:t>
      </w:r>
    </w:p>
    <w:p>
      <w:r>
        <w:rPr>
          <w:b/>
        </w:rPr>
        <w:t xml:space="preserve">[00:36] </w:t>
      </w:r>
      <w:r>
        <w:t>prophet convey the pristine message of the quran. we have the message in the form of printed and digital copies of the quran.</w:t>
      </w:r>
    </w:p>
    <w:p>
      <w:pPr>
        <w:jc w:val="right"/>
      </w:pPr>
      <w:r>
        <w:t>پرافٹ کنویٹ دا پرسٹین میسج آف دا قرآن۔ وی ہیو دا میسج ان دا فارم آف پرنٹڈ اینڈ ڈیجیٹل کاپیز آف دا قرآن۔</w:t>
      </w:r>
    </w:p>
    <w:p>
      <w:r>
        <w:rPr>
          <w:b/>
        </w:rPr>
        <w:t xml:space="preserve">[00:47] </w:t>
      </w:r>
      <w:r>
        <w:t>our website cps quran dot com offers quran translations in 28 languages.</w:t>
      </w:r>
    </w:p>
    <w:p>
      <w:pPr>
        <w:jc w:val="right"/>
      </w:pPr>
      <w:r>
        <w:t>اور ویب سائٹ سی پی ایس قرآن ڈاٹ کام آفرز قرآن ٹرانسلیشنز ان 28 لینگویجز۔</w:t>
      </w:r>
    </w:p>
    <w:p>
      <w:r>
        <w:rPr>
          <w:b/>
        </w:rPr>
        <w:t xml:space="preserve">[00:58] </w:t>
      </w:r>
      <w:r>
        <w:t>before we discuss the topic for the day, it will be pertinent to know a few basic points about the religion of islam.</w:t>
      </w:r>
    </w:p>
    <w:p>
      <w:pPr>
        <w:jc w:val="right"/>
      </w:pPr>
      <w:r>
        <w:t>بیفور وی ڈسکس دا ٹاپک فار دا ڈے، اٹ ویل بی پرٹیننٹ ٹو نو ا فیو بیسک پوائنٹس اباؤٹ دا ریلیجن آف اسلام۔</w:t>
      </w:r>
    </w:p>
    <w:p>
      <w:r>
        <w:rPr>
          <w:b/>
        </w:rPr>
        <w:t xml:space="preserve">[01:10] </w:t>
      </w:r>
      <w:r>
        <w:t>the supreme concern of islam is the discovery of god. chapter 112 describes god as: he is god the one, god the self sufficient one.</w:t>
      </w:r>
    </w:p>
    <w:p>
      <w:pPr>
        <w:jc w:val="right"/>
      </w:pPr>
      <w:r>
        <w:t>دا سپریم کنسرن آف اسلام از دا ڈسکوری آف گاڈ۔ چیپٹر 112 ڈسکرائبز گاڈ ایز: ہی از گاڈ دا ون، گاڈ دا سیلف سفیشنٹ ون۔</w:t>
      </w:r>
    </w:p>
    <w:p>
      <w:r>
        <w:rPr>
          <w:b/>
        </w:rPr>
        <w:t xml:space="preserve">[01:24] </w:t>
      </w:r>
      <w:r>
        <w:t>he does not give birth, nor was he born, and there is nothing like him. the divine guidance is conveyed to us through the prophets.</w:t>
      </w:r>
    </w:p>
    <w:p>
      <w:pPr>
        <w:jc w:val="right"/>
      </w:pPr>
      <w:r>
        <w:t>ہی ڈز ناٹ گیو برتھ، نو واز ہی بورن، اینڈ دیر از نتھنگ لائک ہم۔ دا ڈیوائن گائیڈنس از کنویڈ ٹو اس تھرو دا پرافٹس۔</w:t>
      </w:r>
    </w:p>
    <w:p>
      <w:r>
        <w:rPr>
          <w:b/>
        </w:rPr>
        <w:t xml:space="preserve">[01:36] </w:t>
      </w:r>
      <w:r>
        <w:t>islam is a revealed religion and not founded by anyone. quran, the word of god, was revealed to prophet muhammad, peace be upon him.</w:t>
      </w:r>
    </w:p>
    <w:p>
      <w:pPr>
        <w:jc w:val="right"/>
      </w:pPr>
      <w:r>
        <w:t>اسلام از ا ریویلڈ ریلیجن اینڈ ناٹ فاؤنڈڈ بائے اینی ون۔ قرآن، دا ورڈ آف گاڈ، واز ریویلڈ ٹو پرافٹ محمد، پیس بی اپون ہم۔</w:t>
      </w:r>
    </w:p>
    <w:p>
      <w:r>
        <w:rPr>
          <w:b/>
        </w:rPr>
        <w:t xml:space="preserve">[01:50] </w:t>
      </w:r>
      <w:r>
        <w:t>the teachings of the prophet are known as hadith. those who accept the religion of islam are known as muslims.</w:t>
      </w:r>
    </w:p>
    <w:p>
      <w:pPr>
        <w:jc w:val="right"/>
      </w:pPr>
      <w:r>
        <w:t>دا ٹیچنگز آف دا پرافٹ ار نون ایز حدیث۔ دوزو ایکسیپٹ دا ریلیجن آف اسلام ار نون ایز مسلمز۔</w:t>
      </w:r>
    </w:p>
    <w:p>
      <w:r>
        <w:rPr>
          <w:b/>
        </w:rPr>
        <w:t xml:space="preserve">[02:00] </w:t>
      </w:r>
      <w:r>
        <w:t>islam should be understood from original scriptures, which is the quran, hadith, and the life of the prophet.</w:t>
      </w:r>
    </w:p>
    <w:p>
      <w:pPr>
        <w:jc w:val="right"/>
      </w:pPr>
      <w:r>
        <w:t>اسلام شوڈ بی انڈرسٹڈ فرام اوریجنل سکرپچرز، وچ از دا قرآن، حدیث، اینڈ دا لائف آف دا پرافٹ۔</w:t>
      </w:r>
    </w:p>
    <w:p>
      <w:r>
        <w:rPr>
          <w:b/>
        </w:rPr>
        <w:t xml:space="preserve">[02:13] </w:t>
      </w:r>
      <w:r>
        <w:t>we should also know a few points about the creation plan of god at the very out set. our life in this world is a small part of our eternal life.</w:t>
      </w:r>
    </w:p>
    <w:p>
      <w:pPr>
        <w:jc w:val="right"/>
      </w:pPr>
      <w:r>
        <w:t>وی شوڈ السو نو ا فیو پوائنٹس اباؤٹ دا کریشن پلان آف گاڈ ایٹ دا ویری آؤٹ سیٹ۔ اور لائف ان دس ورلڈ از ا سمال پارٹ آف اور ایٹرنل لائف۔</w:t>
      </w:r>
    </w:p>
    <w:p>
      <w:r>
        <w:rPr>
          <w:b/>
        </w:rPr>
        <w:t xml:space="preserve">[02:24] </w:t>
      </w:r>
      <w:r>
        <w:t>the purpose of this world is a test</w:t>
      </w:r>
    </w:p>
    <w:p>
      <w:pPr>
        <w:jc w:val="right"/>
      </w:pPr>
      <w:r>
        <w:t>دا پرپس آف دس ورلڈ از ا ٹیسٹ</w:t>
      </w:r>
    </w:p>
    <w:p>
      <w:r>
        <w:rPr>
          <w:b/>
        </w:rPr>
        <w:t xml:space="preserve">[02:28] </w:t>
      </w:r>
      <w:r>
        <w:t>. freedom, we have been given freedom of choice of actions, but we should know ke there is no choice over the consequences of our actions.</w:t>
      </w:r>
    </w:p>
    <w:p>
      <w:pPr>
        <w:jc w:val="right"/>
      </w:pPr>
      <w:r>
        <w:t>۔ فریڈم، وی ہیو بین گیون فریڈم آف چوائس آف ایکشنز، بٹ وی شوڈ نو کہ دیر از نو چوائس اوور دا کونسیکونسز آف اور ایکشنز۔</w:t>
      </w:r>
    </w:p>
    <w:p>
      <w:r>
        <w:rPr>
          <w:b/>
        </w:rPr>
        <w:t xml:space="preserve">[02:39] </w:t>
      </w:r>
      <w:r>
        <w:t>without freedom, there is no creativity and no intellectual development. however, misuse of freedom leads to evil.</w:t>
      </w:r>
    </w:p>
    <w:p>
      <w:pPr>
        <w:jc w:val="right"/>
      </w:pPr>
      <w:r>
        <w:t>وداؤٹ فریڈم، دیر از نو کریٹیوٹی اینڈ نو انٹلیکچول ڈیولپمنٹ۔ ہاؤ ایور، مس یوز آف فریڈم لیڈز ٹو ایول۔</w:t>
      </w:r>
    </w:p>
    <w:p>
      <w:r>
        <w:rPr>
          <w:b/>
        </w:rPr>
        <w:t xml:space="preserve">[02:50] </w:t>
      </w:r>
      <w:r>
        <w:t>this explains the presence of evil in the world.</w:t>
      </w:r>
    </w:p>
    <w:p>
      <w:pPr>
        <w:jc w:val="right"/>
      </w:pPr>
      <w:r>
        <w:t>دس ایکسپلینز دا پریزنس آف ایول ان دا ورلڈ۔</w:t>
      </w:r>
    </w:p>
    <w:p>
      <w:r>
        <w:rPr>
          <w:b/>
        </w:rPr>
        <w:t xml:space="preserve">[02:55] </w:t>
      </w:r>
      <w:r>
        <w:t>concept of accountability, reward and punishment in the here after is the biggest check that restrains man from wrong doing.</w:t>
      </w:r>
    </w:p>
    <w:p>
      <w:pPr>
        <w:jc w:val="right"/>
      </w:pPr>
      <w:r>
        <w:t>کانسیپٹ آف اکاؤنٹیبلٹی، ریوارڈ اینڈ پنشمنٹ ان دا ہیر آفٹر از دا بگسٹ چیک دیٹ ریسٹینز مین فرام رونگ ڈوئنگ۔</w:t>
      </w:r>
    </w:p>
    <w:p>
      <w:r>
        <w:rPr>
          <w:b/>
        </w:rPr>
        <w:t xml:space="preserve">[03:06] </w:t>
      </w:r>
      <w:r>
        <w:t>so topic for today session is prophet muhammad, a man of peace.</w:t>
      </w:r>
    </w:p>
    <w:p>
      <w:pPr>
        <w:jc w:val="right"/>
      </w:pPr>
      <w:r>
        <w:t>سو ٹاپک فار ٹوڈے سیشن از پرافٹ محمد، ا مین آف پیس۔</w:t>
      </w:r>
    </w:p>
    <w:p>
      <w:r>
        <w:rPr>
          <w:b/>
        </w:rPr>
        <w:t xml:space="preserve">[03:15] </w:t>
      </w:r>
      <w:r>
        <w:t>a</w:t>
      </w:r>
    </w:p>
    <w:p>
      <w:pPr>
        <w:jc w:val="right"/>
      </w:pPr>
      <w:r>
        <w:t>ا</w:t>
      </w:r>
    </w:p>
    <w:p>
      <w:r>
        <w:rPr>
          <w:b/>
        </w:rPr>
        <w:t xml:space="preserve">[03:16] </w:t>
      </w:r>
      <w:r>
        <w:t>few points about peace in islam and peace in the quran will be an apt addition to the topic we are going to discuss.</w:t>
      </w:r>
    </w:p>
    <w:p>
      <w:pPr>
        <w:jc w:val="right"/>
      </w:pPr>
      <w:r>
        <w:t>فیو پوائنٹس اباؤٹ پیس ان اسلام اینڈ پیس ان دا قرآن ویل بی این ایپٹ ایڈیشن ٹو دا ٹاپک وی آر گوئنگ ٹو ڈسکس۔</w:t>
      </w:r>
    </w:p>
    <w:p>
      <w:r>
        <w:rPr>
          <w:b/>
        </w:rPr>
        <w:t xml:space="preserve">[03:27] </w:t>
      </w:r>
      <w:r>
        <w:t>the word islam is derived from the arabic root word salam. the root word and the word islam both imply peace.</w:t>
      </w:r>
    </w:p>
    <w:p>
      <w:pPr>
        <w:jc w:val="right"/>
      </w:pPr>
      <w:r>
        <w:t>دا ورڈ اسلام از ڈیرائیو فرام دا عربک روٹ ورڈ سلم۔ دا روٹ ورڈ اینڈ دا ورڈ اسلام بوتھ ایمپلائی پیس۔</w:t>
      </w:r>
    </w:p>
    <w:p>
      <w:r>
        <w:rPr>
          <w:b/>
        </w:rPr>
        <w:t xml:space="preserve">[03:40] </w:t>
      </w:r>
      <w:r>
        <w:t>All the teachings of Islam are based directly or indirectly on this principle. There are teachings of the Prophet Muhammad that say ke peace is Islam and that God is peace.</w:t>
      </w:r>
    </w:p>
    <w:p>
      <w:pPr>
        <w:jc w:val="right"/>
      </w:pPr>
      <w:r>
        <w:t>ال دا ٹیچنگز آف اسلام ار بیسڈ ڈائریکٹلی اور ان ڈائریکٹلی ان دس پرنسپل۔ دیر ار ٹیچنگز آف دا پرافٹ محمد دیٹ سے کہ پیس از اسلام اینڈ دیٹ گاڈ از پیس۔</w:t>
      </w:r>
    </w:p>
    <w:p>
      <w:r>
        <w:rPr>
          <w:b/>
        </w:rPr>
        <w:t xml:space="preserve">[03:59] </w:t>
      </w:r>
      <w:r>
        <w:t>Similarly, there is another Hadith that says ke Muslim is one from whose tongue and hand people are safe.</w:t>
      </w:r>
    </w:p>
    <w:p>
      <w:pPr>
        <w:jc w:val="right"/>
      </w:pPr>
      <w:r>
        <w:t>سمیلرلی، دیر از انادر حدیث دیٹ سیز کہ مسلم از ون فرام ہوس ٹنگ اینڈ ہینڈز پیپل ار سیف۔</w:t>
      </w:r>
    </w:p>
    <w:p>
      <w:r>
        <w:rPr>
          <w:b/>
        </w:rPr>
        <w:t xml:space="preserve">[04:11] </w:t>
      </w:r>
      <w:r>
        <w:t>one of the attributes of god described in the quran is assalam, which means peace and security.</w:t>
      </w:r>
    </w:p>
    <w:p>
      <w:pPr>
        <w:jc w:val="right"/>
      </w:pPr>
      <w:r>
        <w:t>ون اف دی ایٹریبیوٹس آف گاڈ ڈسکرائبڈ ان دا قرآن از السلام، وچ مینز پیس اینڈ سیکیورٹی۔</w:t>
      </w:r>
    </w:p>
    <w:p>
      <w:r>
        <w:rPr>
          <w:b/>
        </w:rPr>
        <w:t xml:space="preserve">[04:22] </w:t>
      </w:r>
      <w:r>
        <w:t>it means that god's being itself is a manifestation or embodiment of peace.</w:t>
      </w:r>
    </w:p>
    <w:p>
      <w:pPr>
        <w:jc w:val="right"/>
      </w:pPr>
      <w:r>
        <w:t>اٹ مینز دیٹ گاڈز بینگ اٹ سیلف از ا مینیفیسٹیشن اور ایمبڈیمنٹ آف پیس۔</w:t>
      </w:r>
    </w:p>
    <w:p>
      <w:r>
        <w:rPr>
          <w:b/>
        </w:rPr>
        <w:t xml:space="preserve">[04:31] </w:t>
      </w:r>
      <w:r>
        <w:t>in the quran, divine guidance is likened to the path of peace. chapter five, verse sixteen says this: "paradise is considered as the eternal ideal and the ultimate objective of every human." the quran calls paradise the home of peace.</w:t>
      </w:r>
    </w:p>
    <w:p>
      <w:pPr>
        <w:jc w:val="right"/>
      </w:pPr>
      <w:r>
        <w:t>ان دا قرآن، ڈیوائن گائیڈنس از لائکنڈ ٹو دا پاتھ آف پیس۔ چیپٹر فائیو، ورس سکسٹین سیز دس: "پیرڈائز از کنسیڈرڈ ایز دا ایٹرنل آئیڈیل اینڈ دی الٹیمیٹ ابجیکٹو آف ایوری ہیومن۔" دا قرآن کالز پیرڈائز دا ہوم آف پیس۔</w:t>
      </w:r>
    </w:p>
    <w:p>
      <w:r>
        <w:rPr>
          <w:b/>
        </w:rPr>
        <w:t xml:space="preserve">[04:57] </w:t>
      </w:r>
      <w:r>
        <w:t>chapter ten, verse twenty five:</w:t>
      </w:r>
    </w:p>
    <w:p>
      <w:pPr>
        <w:jc w:val="right"/>
      </w:pPr>
      <w:r>
        <w:t>چیپٹر ٹین، ورس ٹوئنٹی فائیو:</w:t>
      </w:r>
    </w:p>
    <w:p>
      <w:r>
        <w:rPr>
          <w:b/>
        </w:rPr>
        <w:t xml:space="preserve">[05:00] </w:t>
      </w:r>
      <w:r>
        <w:t>it is also said that the people of paradise will wish peace for one another, which is another indication of the importance of peace in the ideal society. peace is the norm in islam, war is the exception.</w:t>
      </w:r>
    </w:p>
    <w:p>
      <w:pPr>
        <w:jc w:val="right"/>
      </w:pPr>
      <w:r>
        <w:t>"اٹ از السو سیڈ کہ دا پیپل آف پیرڈائز ویل وش پیس فار ون انادر، وچ از انادر انڈیکیشن آف دی امپورٹنس آف پیس ان دی آئیڈیل سوسائٹی۔" پیس از دا نارم ان اسلام، وار از دی ایکسیپشن۔</w:t>
      </w:r>
    </w:p>
    <w:p>
      <w:r>
        <w:rPr>
          <w:b/>
        </w:rPr>
        <w:t xml:space="preserve">[05:20] </w:t>
      </w:r>
      <w:r>
        <w:t>all the teachings of islam and the life of prophet of islam testify to this. there is a hadith that says that god grants to gentleness what he does not grant to harshness.</w:t>
      </w:r>
    </w:p>
    <w:p>
      <w:pPr>
        <w:jc w:val="right"/>
      </w:pPr>
      <w:r>
        <w:t>ال دا ٹیچنگز آف اسلام اینڈ دا لائف آف پرافٹ آف اسلام ٹیسٹیفائی ٹو دس۔ دیر از ا حدیث دیٹ سیز کہ گاڈ گرانٹس ٹو جینٹلنس واٹ ہی ڈز ناٹ گرانٹ ٹو ہارشنس۔</w:t>
      </w:r>
    </w:p>
    <w:p>
      <w:r>
        <w:rPr>
          <w:b/>
        </w:rPr>
        <w:t xml:space="preserve">[05:36] </w:t>
      </w:r>
      <w:r>
        <w:t>that is to say that a peaceful approach is distinctly superior to violence. the quran is undoubtedly a book of peace.</w:t>
      </w:r>
    </w:p>
    <w:p>
      <w:pPr>
        <w:jc w:val="right"/>
      </w:pPr>
      <w:r>
        <w:t>دیٹ از ٹو سے کہ ا پیس فل اپروچ از ڈسٹنکٹلی سپیرئر ٹو وائلنس۔ دا قرآن از ان ڈاؤٹڈلی ا بک آف پیس۔</w:t>
      </w:r>
    </w:p>
    <w:p>
      <w:r>
        <w:rPr>
          <w:b/>
        </w:rPr>
        <w:t xml:space="preserve">[05:50] </w:t>
      </w:r>
      <w:r>
        <w:t>it is not a book of war and violence. this can be seen from the fact that all of the quran pronouncements are directly or indirectly related to peace.</w:t>
      </w:r>
    </w:p>
    <w:p>
      <w:pPr>
        <w:jc w:val="right"/>
      </w:pPr>
      <w:r>
        <w:t>اٹ از ناٹ ا بک آف وار اینڈ وائلنس۔ دس کین بی سین فرام دا فیکٹ کہ ال اف دا قرآن پروناؤنسمنٹس ار ڈائریکٹلی اور ان ڈائریکٹلی ریلیٹڈ ٹو پیس۔</w:t>
      </w:r>
    </w:p>
    <w:p>
      <w:r>
        <w:rPr>
          <w:b/>
        </w:rPr>
        <w:t xml:space="preserve">[06:04] </w:t>
      </w:r>
      <w:r>
        <w:t>its opening invocation is: "in the name of god, the most beneficent, the most merciful." and this verse is repeated in the quran one hundred and fourteen times.</w:t>
      </w:r>
    </w:p>
    <w:p>
      <w:pPr>
        <w:jc w:val="right"/>
      </w:pPr>
      <w:r>
        <w:t>اٹس اوپننگ انوکیشن از: "ان دا نیم آف گاڈ، دا موسٹ بینیفیشینٹ، دا موسٹ مرسی فل۔" اینڈ دس ورس از ریپیٹڈ ان دا قرآن ون ہنڈرڈ اینڈ فورٹین ٹائمز۔</w:t>
      </w:r>
    </w:p>
    <w:p>
      <w:r>
        <w:rPr>
          <w:b/>
        </w:rPr>
        <w:t xml:space="preserve">[06:19] </w:t>
      </w:r>
      <w:r>
        <w:t>this is an indication that the greatest attribute of the supreme being who sent this book to us is his mercy.</w:t>
      </w:r>
    </w:p>
    <w:p>
      <w:pPr>
        <w:jc w:val="right"/>
      </w:pPr>
      <w:r>
        <w:t>دس از این انڈیکیشن کہ دا گریٹسٹ ایٹریبیوٹ اف دا سپریم بینگ ہو سینڈ دس بک ٹو اس از ہز مرسی۔</w:t>
      </w:r>
    </w:p>
    <w:p>
      <w:r>
        <w:rPr>
          <w:b/>
        </w:rPr>
        <w:t xml:space="preserve">[06:29] </w:t>
      </w:r>
      <w:r>
        <w:t>we could say that the theme of this entire book is god's all embracing compassion.</w:t>
      </w:r>
    </w:p>
    <w:p>
      <w:pPr>
        <w:jc w:val="right"/>
      </w:pPr>
      <w:r>
        <w:t>وی کڈ سے کہ دا تھیم اف دس انٹائر بک از گاڈز ال ایمبریسنگ کمپیشن۔</w:t>
      </w:r>
    </w:p>
    <w:p>
      <w:r>
        <w:rPr>
          <w:b/>
        </w:rPr>
        <w:t xml:space="preserve">[06:39] </w:t>
      </w:r>
      <w:r>
        <w:t>judging by its consequences, the way of peace is far better than confrontation of conflict.</w:t>
      </w:r>
    </w:p>
    <w:p>
      <w:pPr>
        <w:jc w:val="right"/>
      </w:pPr>
      <w:r>
        <w:t>ججنگ بائے اٹس کونسیکونسز، دا وے آف پیس از فار بیٹر دین کنفرنٹیشن اف کانفلکٹ۔</w:t>
      </w:r>
    </w:p>
    <w:p>
      <w:r>
        <w:rPr>
          <w:b/>
        </w:rPr>
        <w:t xml:space="preserve">[06:48] </w:t>
      </w:r>
      <w:r>
        <w:t>according to the law of god for human kind, god has decreed success only through reconciliation and not through violent courses of action.</w:t>
      </w:r>
    </w:p>
    <w:p>
      <w:pPr>
        <w:jc w:val="right"/>
      </w:pPr>
      <w:r>
        <w:t>اکارڈنگ ٹو دا لاء آف گاڈ فار ہیومن کائنڈ، گاڈ ہیز ڈیکریڈ سکسیس اونلی تھرو ریکنسیلیشن اینڈ ناٹ تھرو وائلنٹ کورسز اف ایکشن۔</w:t>
      </w:r>
    </w:p>
    <w:p>
      <w:r>
        <w:rPr>
          <w:b/>
        </w:rPr>
        <w:t xml:space="preserve">[07:01] </w:t>
      </w:r>
      <w:r>
        <w:t>the prophet's wife, hazrat aisha, said that the prophet's general policy was always to choose the easier path.</w:t>
      </w:r>
    </w:p>
    <w:p>
      <w:pPr>
        <w:jc w:val="right"/>
      </w:pPr>
      <w:r>
        <w:t>دا پرافٹس وائف، حضرت عائشہ، سیڈ کہ دا پرافٹس جنرل پالیسی واز الویز ٹو چوز دا ایزیر پاتھ۔</w:t>
      </w:r>
    </w:p>
    <w:p>
      <w:r>
        <w:rPr>
          <w:b/>
        </w:rPr>
        <w:t xml:space="preserve">[07:12] </w:t>
      </w:r>
      <w:r>
        <w:t>the non confrontational approach is undoubtedly the easier approach than the confrontational approach.</w:t>
      </w:r>
    </w:p>
    <w:p>
      <w:pPr>
        <w:jc w:val="right"/>
      </w:pPr>
      <w:r>
        <w:t>دا نان کنفرنٹیشنل اپروچ از ان ڈاؤٹڈلی دا ایزیر اپروچ دین دا کنفرنٹیشنل اپروچ۔</w:t>
      </w:r>
    </w:p>
    <w:p>
      <w:r>
        <w:rPr>
          <w:b/>
        </w:rPr>
        <w:t xml:space="preserve">[07:22] </w:t>
      </w:r>
      <w:r>
        <w:t>this means countering aggression with aggression is a hard option, and countering aggression with patience and forbearance is an easier option.</w:t>
      </w:r>
    </w:p>
    <w:p>
      <w:pPr>
        <w:jc w:val="right"/>
      </w:pPr>
      <w:r>
        <w:t>دس مینز کاؤنٹرنگ ایگریشن ود ایگریشن از ا ہارڈ اپشن، اینڈ کاؤنٹرنگ ایگریشن ود پیشنس اینڈ فوربیرنس از این ایزیر اپشن۔</w:t>
      </w:r>
    </w:p>
    <w:p>
      <w:r>
        <w:rPr>
          <w:b/>
        </w:rPr>
        <w:t xml:space="preserve">[07:35] </w:t>
      </w:r>
      <w:r>
        <w:t>radicalism is better than gradualism.</w:t>
      </w:r>
    </w:p>
    <w:p>
      <w:pPr>
        <w:jc w:val="right"/>
      </w:pPr>
      <w:r>
        <w:t>ریڈیکلزم از بیٹر دین گریجولزم۔</w:t>
      </w:r>
    </w:p>
    <w:p>
      <w:r>
        <w:rPr>
          <w:b/>
        </w:rPr>
        <w:t xml:space="preserve">[07:40] </w:t>
      </w:r>
      <w:r>
        <w:t>peace is always the easier option in achieving the desired results. let us now know the personality of the prophet.</w:t>
      </w:r>
    </w:p>
    <w:p>
      <w:pPr>
        <w:jc w:val="right"/>
      </w:pPr>
      <w:r>
        <w:t>پیس از الویز دا ایزیر اپشن ان اچیونگ دا ڈیزائر رزلٹس۔ لیٹ اس ناو نو دا پرسنیلٹی اف دا پرافٹ۔</w:t>
      </w:r>
    </w:p>
    <w:p>
      <w:r>
        <w:rPr>
          <w:b/>
        </w:rPr>
        <w:t xml:space="preserve">[07:53] </w:t>
      </w:r>
      <w:r>
        <w:t>unfortunately, due to the intolerance and violent extremism of small groups of people who assert that their objectives can be achieved only through a violent approach, islam is currently widely perceived to be a religion of violence.</w:t>
      </w:r>
    </w:p>
    <w:p>
      <w:pPr>
        <w:jc w:val="right"/>
      </w:pPr>
      <w:r>
        <w:t>انفارچونیٹلی، ڈیو ٹو دا انٹولرنس اینڈ وائلنٹ ایکسٹریمزم اف سمال گروپس اف پیپل ہو اسرٹ دیٹ دیر ابجیکٹوز کین بی اچیوڈ اونلی تھرو ا وائلنٹ اپروچ، اسلام از کرنٹلی وائڈلی پرسیوڈ ٹو بی ا ریلیجن اف وائلنس۔</w:t>
      </w:r>
    </w:p>
    <w:p>
      <w:r>
        <w:rPr>
          <w:b/>
        </w:rPr>
        <w:t xml:space="preserve">[08:18] </w:t>
      </w:r>
      <w:r>
        <w:t>this however is untrue.</w:t>
      </w:r>
    </w:p>
    <w:p>
      <w:pPr>
        <w:jc w:val="right"/>
      </w:pPr>
      <w:r>
        <w:t>دس ہاؤ ایور از ان ٹرو۔</w:t>
      </w:r>
    </w:p>
    <w:p>
      <w:r>
        <w:rPr>
          <w:b/>
        </w:rPr>
        <w:t xml:space="preserve">[08:25] </w:t>
      </w:r>
      <w:r>
        <w:t>islam is not the name given to the behaviour or the actions of a particular group of people. the responsibility for the violent actions of small groups of people lies with themselves and not with the religion they profess.</w:t>
      </w:r>
    </w:p>
    <w:p>
      <w:pPr>
        <w:jc w:val="right"/>
      </w:pPr>
      <w:r>
        <w:t>اسلام از ناٹ دا نیم گیون ٹو دا بیہیویئر اور دی ایکشنز اف ا پرٹیکولر گروپ اف پیپل۔ دا رسپانسبیلٹی فار دا وائلنٹ ایکشنز اف سمال گروپس اف پیپل لائز ود دیم سیلفس اینڈ ناٹ ود دا ریلیجن دے پروفیس۔</w:t>
      </w:r>
    </w:p>
    <w:p>
      <w:r>
        <w:rPr>
          <w:b/>
        </w:rPr>
        <w:t xml:space="preserve">[08:46] </w:t>
      </w:r>
      <w:r>
        <w:t>islam is a revealed religion and professed by the prophet and exemplified in his life. therefore, we need to understand that we should know islam through the original scriptures consisting of the quran, which is the word of god, the hadith, which are the teachings of the prophet, and the life of the prophet.</w:t>
      </w:r>
    </w:p>
    <w:p>
      <w:pPr>
        <w:jc w:val="right"/>
      </w:pPr>
      <w:r>
        <w:t>اسلام از ا ریویلڈ ریلیجن اینڈ پروفیسڈ بائے دا پرافٹ اینڈ ایگزیمپلیفائیڈ ان ہز لائف۔ دیر فور، وی نیڈ ٹو انڈرسٹینڈ دیٹ وی شوڈ نو اسلام تھرو دا اوریجنل سکرپچرز کنسسٹنگ اف دا قرآن، وچ از دا ورڈ اف گاڈ، دا حدیث، وچ ار دا ٹیچنگز اف دا پرافٹ، اینڈ دا لائف اف دا پرافٹ۔</w:t>
      </w:r>
    </w:p>
    <w:p>
      <w:r>
        <w:rPr>
          <w:b/>
        </w:rPr>
        <w:t xml:space="preserve">[09:11] </w:t>
      </w:r>
      <w:r>
        <w:t>the prophet was a prophet of peace, and has called a mercy to human kind.</w:t>
      </w:r>
    </w:p>
    <w:p>
      <w:pPr>
        <w:jc w:val="right"/>
      </w:pPr>
      <w:r>
        <w:t>دا پرافٹ واز ا پرافٹ اف پیس، اینڈ ہیز کالڈ ا مرسی ٹو ہیومن کائنڈ۔</w:t>
      </w:r>
    </w:p>
    <w:p>
      <w:r>
        <w:rPr>
          <w:b/>
        </w:rPr>
        <w:t xml:space="preserve">[09:18] </w:t>
      </w:r>
      <w:r>
        <w:t>he was a peace loving person in the complete sense. his peace loving nature was so heightened that he did not even like to hear a child being named harb, which meant war, and he guided the parents to change it to hasan, which meant goodness.</w:t>
      </w:r>
    </w:p>
    <w:p>
      <w:pPr>
        <w:jc w:val="right"/>
      </w:pPr>
      <w:r>
        <w:t>ہی واز ا پیس لونگ پرسن ان دا کمپلیٹ سینس۔ ہز پیس لونگ نیچر واز سو ہائٹنڈ دیٹ ہی ڈیڈ ناٹ ایون لائک ٹو ہیئر ا چائلڈ بینگ نیمڈ حرب، وچ مینٹ وار، اینڈ ہی گائیڈڈ دا پیرنٹس ٹو چینج اٹ ٹو حسن، وچ مینٹ گڈنس۔</w:t>
      </w:r>
    </w:p>
    <w:p>
      <w:r>
        <w:rPr>
          <w:b/>
        </w:rPr>
        <w:t xml:space="preserve">[09:40] </w:t>
      </w:r>
      <w:r>
        <w:t>he believed in cultivating the peaceful character</w:t>
      </w:r>
    </w:p>
    <w:p>
      <w:pPr>
        <w:jc w:val="right"/>
      </w:pPr>
      <w:r>
        <w:t>ہی بیلیوڈ ان کلٹیویٹنگ دا پیس فل کریکٹر</w:t>
      </w:r>
    </w:p>
    <w:p>
      <w:r>
        <w:rPr>
          <w:b/>
        </w:rPr>
        <w:t xml:space="preserve">[09:45] </w:t>
      </w:r>
      <w:r>
        <w:t>. he wanted his followers to do good works for the people, giving them the message of peace and prosperity, and not of death and destruction.</w:t>
      </w:r>
    </w:p>
    <w:p>
      <w:pPr>
        <w:jc w:val="right"/>
      </w:pPr>
      <w:r>
        <w:t>۔ ہی وانٹڈ ہز فالوورز ٹو ڈو گڈ ورکس فار دا پیپل، گیونگ دیم دا میسج اف پیس اینڈ پروسپیریٹی، اینڈ ناٹ اف ڈیتھ اینڈ ڈسٹرکشن۔</w:t>
      </w:r>
    </w:p>
    <w:p>
      <w:r>
        <w:rPr>
          <w:b/>
        </w:rPr>
        <w:t xml:space="preserve">[10:00] </w:t>
      </w:r>
      <w:r>
        <w:t>after knowing the prophet's peace loving personality, let us see the battles the prophet participated in</w:t>
      </w:r>
    </w:p>
    <w:p>
      <w:pPr>
        <w:jc w:val="right"/>
      </w:pPr>
      <w:r>
        <w:t>افٹر نوئنگ دا پرافٹس پیس لونگ پرسنیلٹی، لیٹ اس سی دا بیٹلز دا پرافٹ پارٹیسپیٹڈ ان</w:t>
      </w:r>
    </w:p>
    <w:p>
      <w:r>
        <w:rPr>
          <w:b/>
        </w:rPr>
        <w:t xml:space="preserve">[10:10] </w:t>
      </w:r>
      <w:r>
        <w:t>. see the battles that took place during his life were only incidental and under exceptional circumstances.</w:t>
      </w:r>
    </w:p>
    <w:p>
      <w:pPr>
        <w:jc w:val="right"/>
      </w:pPr>
      <w:r>
        <w:t>۔ سی دا بیٹلز دیٹ ٹک پلیس ڈیورنگ ہز لائف وار اونلی انسیڈنٹل اینڈ انڈر ایکسیپشنل سرکمسٹانسز۔</w:t>
      </w:r>
    </w:p>
    <w:p>
      <w:r>
        <w:rPr>
          <w:b/>
        </w:rPr>
        <w:t xml:space="preserve">[10:20] </w:t>
      </w:r>
      <w:r>
        <w:t>these battles do not constitute the main feature of his life. however, most of the biographers have painted an altogether different picture of him.</w:t>
      </w:r>
    </w:p>
    <w:p>
      <w:pPr>
        <w:jc w:val="right"/>
      </w:pPr>
      <w:r>
        <w:t>دیز بیٹلز ڈو ناٹ کانسٹیٹیوٹ دا مین فیچر اف ہز لائف۔ ہاؤ ایور، موسٹ اف دا بائیوگرافرز ہیو پینٹڈ اینڈ الٹوگیدر ڈفرنٹ پکچر اف ہم۔</w:t>
      </w:r>
    </w:p>
    <w:p>
      <w:r>
        <w:rPr>
          <w:b/>
        </w:rPr>
        <w:t xml:space="preserve">[10:35] </w:t>
      </w:r>
      <w:r>
        <w:t>instead of presenting him as a prophet of peace, they have portrayed him as a prophet of violence.</w:t>
      </w:r>
    </w:p>
    <w:p>
      <w:pPr>
        <w:jc w:val="right"/>
      </w:pPr>
      <w:r>
        <w:t>انسٹیڈ اف پریزنٹنگ ہم ایز ا پرافٹ اف پیس، دے ہیو پورٹریٹ ہم ایز ا پرافٹ اف وائلنس۔</w:t>
      </w:r>
    </w:p>
    <w:p>
      <w:r>
        <w:rPr>
          <w:b/>
        </w:rPr>
        <w:t xml:space="preserve">[10:43] </w:t>
      </w:r>
      <w:r>
        <w:t>the battles which were fought during the prophet's time were related to the culture then prevailing among the arab tribes.</w:t>
      </w:r>
    </w:p>
    <w:p>
      <w:pPr>
        <w:jc w:val="right"/>
      </w:pPr>
      <w:r>
        <w:t>دا بیٹلز وچ وار فور ڈیورنگ دا پرافٹس ٹائم وار ریلیٹڈ ٹو دا کلچر دین پریویلنگ امونگ دی عرب ٹرائبس۔</w:t>
      </w:r>
    </w:p>
    <w:p>
      <w:r>
        <w:rPr>
          <w:b/>
        </w:rPr>
        <w:t xml:space="preserve">[10:54] </w:t>
      </w:r>
      <w:r>
        <w:t>even before the prophet's birth, there was an ongoing conflict between two major tribes of medina.</w:t>
      </w:r>
    </w:p>
    <w:p>
      <w:pPr>
        <w:jc w:val="right"/>
      </w:pPr>
      <w:r>
        <w:t>ایون بیفور دا پرافٹس برتھ، دیر واز این ان گوئنگ کانفلکٹ بٹوین ٹو میجر ٹرائبس اف مدینہ۔</w:t>
      </w:r>
    </w:p>
    <w:p>
      <w:r>
        <w:rPr>
          <w:b/>
        </w:rPr>
        <w:t xml:space="preserve">[11:03] </w:t>
      </w:r>
      <w:r>
        <w:t>it is said that this war continued for hundred and twenty years, and thousands of people perished in these battles.</w:t>
      </w:r>
    </w:p>
    <w:p>
      <w:pPr>
        <w:jc w:val="right"/>
      </w:pPr>
      <w:r>
        <w:t>اٹ از سیڈ دیٹ دس وار کنٹینیوڈ فار ہنڈرڈ اینڈ ٹوئنٹی ایئرز، اینڈ تھاؤزنڈز اف پیپل پرشڈ ان دیز بیٹلز۔</w:t>
      </w:r>
    </w:p>
    <w:p>
      <w:r>
        <w:rPr>
          <w:b/>
        </w:rPr>
        <w:t xml:space="preserve">[11:13] </w:t>
      </w:r>
      <w:r>
        <w:t>the prominent one of which was known by the name of battle of both. the prophet muhammad</w:t>
      </w:r>
    </w:p>
    <w:p>
      <w:pPr>
        <w:jc w:val="right"/>
      </w:pPr>
      <w:r>
        <w:t>دا پرومیننٹ ون اف وچ واز نون بائے دا نیم اف بیٹل اف بوتھ۔ دا پرافٹ محمد</w:t>
      </w:r>
    </w:p>
    <w:p>
      <w:r>
        <w:rPr>
          <w:b/>
        </w:rPr>
        <w:t xml:space="preserve">[11:21] </w:t>
      </w:r>
      <w:r>
        <w:t>was born at a time when arabia was divided by many different tribes, each with several clans, all vying for domination.</w:t>
      </w:r>
    </w:p>
    <w:p>
      <w:pPr>
        <w:jc w:val="right"/>
      </w:pPr>
      <w:r>
        <w:t>واز بورن ایٹ ا ٹائم وین عربیہ واز ڈیوائیڈڈ بائے مینی ڈفرنٹ ٹرائبس، ایچ ود سیورل کلینز، ال وائننگ فار ڈومینیشن۔</w:t>
      </w:r>
    </w:p>
    <w:p>
      <w:r>
        <w:rPr>
          <w:b/>
        </w:rPr>
        <w:t xml:space="preserve">[11:33] </w:t>
      </w:r>
      <w:r>
        <w:t>fights between tribes and clans over trivial issues were common.</w:t>
      </w:r>
    </w:p>
    <w:p>
      <w:pPr>
        <w:jc w:val="right"/>
      </w:pPr>
      <w:r>
        <w:t>فائٹس بٹوین ٹرائبس اینڈ کلینز اوور ٹریویئل ایشوز وار کامن۔</w:t>
      </w:r>
    </w:p>
    <w:p>
      <w:r>
        <w:rPr>
          <w:b/>
        </w:rPr>
        <w:t xml:space="preserve">[11:40] </w:t>
      </w:r>
      <w:r>
        <w:t>due to this culture, there were skirmishes between the prophet's followers and their opponents. most of the incidents that have been presented by the biographers of the prophet as battles can be better classified as</w:t>
      </w:r>
    </w:p>
    <w:p>
      <w:pPr>
        <w:jc w:val="right"/>
      </w:pPr>
      <w:r>
        <w:t>ڈیو ٹو دس کلچر، دیر وار سکرمشز بٹوین دا پرافٹس فالوورز اینڈ دیر اپونینٹس۔ موسٹ اف دا انسیڈنٹس دیٹ ہیو بین پریزنٹڈ بائے دا بائیوگرافرز اف دا پرافٹ ایز بیٹلز کین بی بیٹر کلاسیفائیڈ ایز</w:t>
      </w:r>
    </w:p>
    <w:p>
      <w:r>
        <w:rPr>
          <w:b/>
        </w:rPr>
        <w:t xml:space="preserve">[11:59] </w:t>
      </w:r>
      <w:r>
        <w:t>minor skirmishes instead. see the prophet began his mission of conveying god's guidance to humankind in a peaceful manner.</w:t>
      </w:r>
    </w:p>
    <w:p>
      <w:pPr>
        <w:jc w:val="right"/>
      </w:pPr>
      <w:r>
        <w:t>مائنر سکرمشز انسٹیڈ۔ سی دا پرافٹ بیگن ہز مشن اف کنویئنگ گاڈز گائیڈنس ٹو ہیومن کائنڈ ان ا پیس فل مینر۔</w:t>
      </w:r>
    </w:p>
    <w:p>
      <w:r>
        <w:rPr>
          <w:b/>
        </w:rPr>
        <w:t xml:space="preserve">[12:13] </w:t>
      </w:r>
      <w:r>
        <w:t>there was never any act of violence by the prophet</w:t>
      </w:r>
    </w:p>
    <w:p>
      <w:pPr>
        <w:jc w:val="right"/>
      </w:pPr>
      <w:r>
        <w:t>دیر واز نیور اینی ایکٹ اف وائلنس بائے دا پرافٹ</w:t>
      </w:r>
    </w:p>
    <w:p>
      <w:r>
        <w:rPr>
          <w:b/>
        </w:rPr>
        <w:t xml:space="preserve">[12:18] </w:t>
      </w:r>
      <w:r>
        <w:t>against those who objected to his teachings or oppressed him and his followers during the entire thirteen years of his life as a prophet in mecca.</w:t>
      </w:r>
    </w:p>
    <w:p>
      <w:pPr>
        <w:jc w:val="right"/>
      </w:pPr>
      <w:r>
        <w:t>اگینسٹ دوز ہو ابجیکٹڈ ٹو ہز ٹیچنگز اور اپریسڈ ہم اینڈ ہز فالوورز ڈیورنگ دا انٹائر تھرٹین ایئرز اف ہز لائف ایز ا پرافٹ ان مکہ۔</w:t>
      </w:r>
    </w:p>
    <w:p>
      <w:r>
        <w:rPr>
          <w:b/>
        </w:rPr>
        <w:t xml:space="preserve">[12:31] </w:t>
      </w:r>
      <w:r>
        <w:t>while he was in mecca, his teachings were always those of patience, tolerance and avoidance.</w:t>
      </w:r>
    </w:p>
    <w:p>
      <w:pPr>
        <w:jc w:val="right"/>
      </w:pPr>
      <w:r>
        <w:t>وائل ہی واز ان مکہ، ہز ٹیچنگز وار الویز دوز اف پیشنس، ٹولرنس اینڈ اوائڈنس۔</w:t>
      </w:r>
    </w:p>
    <w:p>
      <w:r>
        <w:rPr>
          <w:b/>
        </w:rPr>
        <w:t xml:space="preserve">[12:40] </w:t>
      </w:r>
      <w:r>
        <w:t>the prophet and his followers had to face the hardships of a three years social boycott by the tribe, and they faced this patiently enduring their difficulties.</w:t>
      </w:r>
    </w:p>
    <w:p>
      <w:pPr>
        <w:jc w:val="right"/>
      </w:pPr>
      <w:r>
        <w:t>دا پرافٹ اینڈ ہز فالوورز ہیڈ ٹو فیس دا ہارڈشپس اف ا تھری ایئرز سوشل بائیکاٹ بائے دا ٹرائب، اینڈ دے فیس دس پیشنٹلی اینڈیورنگ دیر ڈیفیکلٹیز۔</w:t>
      </w:r>
    </w:p>
    <w:p>
      <w:r>
        <w:rPr>
          <w:b/>
        </w:rPr>
        <w:t xml:space="preserve">[12:53] </w:t>
      </w:r>
      <w:r>
        <w:t>when his opponents plotted to kill him, he quietly migrated from mecca with a few of his companions to medina.</w:t>
      </w:r>
    </w:p>
    <w:p>
      <w:pPr>
        <w:jc w:val="right"/>
      </w:pPr>
      <w:r>
        <w:t>وین ہز اپونینٹس پلاٹڈ ٹو کل ہم، ہی کوائٹلی مائیگریٹڈ فرام مکہ ود ا فیو اف ہز کمپینینٹس ٹو مدینہ۔</w:t>
      </w:r>
    </w:p>
    <w:p>
      <w:r>
        <w:rPr>
          <w:b/>
        </w:rPr>
        <w:t xml:space="preserve">[13:02] </w:t>
      </w:r>
      <w:r>
        <w:t>he gave the same advice to his followers. but even after migrating to medina, his opponents did not leave the prophet and his followers in peace.</w:t>
      </w:r>
    </w:p>
    <w:p>
      <w:pPr>
        <w:jc w:val="right"/>
      </w:pPr>
      <w:r>
        <w:t>ہی گیو دا سیم ایڈوائس ٹو ہز فالوورز۔ بٹ ایون افٹر مائیگریٹنگ ٹو مدینہ، ہز اپونینٹس ڈیڈ ناٹ لیو دا پرافٹ اینڈ ہز فالوورز ان پیس۔</w:t>
      </w:r>
    </w:p>
    <w:p>
      <w:r>
        <w:rPr>
          <w:b/>
        </w:rPr>
        <w:t xml:space="preserve">[13:15] </w:t>
      </w:r>
      <w:r>
        <w:t>they did everything possible to make life miserable for them. at such a time, the following verse was revealed: "will you not fight against those who have broken their oaths and conspire to banish the messenger?</w:t>
      </w:r>
    </w:p>
    <w:p>
      <w:pPr>
        <w:jc w:val="right"/>
      </w:pPr>
      <w:r>
        <w:t>دے ڈیڈ ایوری تھنگ پوسیبل ٹو میک لائف مسیریبل فار دیم۔ ایٹ سچ ا ٹائم، دا فالونگ ورس واز ریویلڈ: "ویل یو ناٹ فائٹ اگینسٹ دوز ہو ہیو بروکن دیر اوتھس اینڈ کانسپائر ٹو بینش دے میسنجر؟</w:t>
      </w:r>
    </w:p>
    <w:p>
      <w:r>
        <w:rPr>
          <w:b/>
        </w:rPr>
        <w:t xml:space="preserve">[13:34] </w:t>
      </w:r>
      <w:r>
        <w:t>they were the first to attack you. do you fear them?</w:t>
      </w:r>
    </w:p>
    <w:p>
      <w:pPr>
        <w:jc w:val="right"/>
      </w:pPr>
      <w:r>
        <w:t>دے وار دا فرسٹ ٹو اٹیک یو۔ ڈو یو فیئر دیم؟</w:t>
      </w:r>
    </w:p>
    <w:p>
      <w:r>
        <w:rPr>
          <w:b/>
        </w:rPr>
        <w:t xml:space="preserve">[13:39] </w:t>
      </w:r>
      <w:r>
        <w:t>surely, god is more deserving of your fear if you are true believers." chapter nine, verse thirteen: "this verse permitted the believers to fight,</w:t>
      </w:r>
    </w:p>
    <w:p>
      <w:pPr>
        <w:jc w:val="right"/>
      </w:pPr>
      <w:r>
        <w:t>Surely, گاڈ از مور ڈیزرونگ اف یور فیئر اف یو ار ٹرو بیلیورز۔" چیپٹر نائن، ورس تھرٹین: "دس ورس پرمیٹڈ دا بیلیورز ٹو فائٹ،</w:t>
      </w:r>
    </w:p>
    <w:p>
      <w:r>
        <w:rPr>
          <w:b/>
        </w:rPr>
        <w:t xml:space="preserve">[13:53] </w:t>
      </w:r>
      <w:r>
        <w:t>but this permission was conditional. the condition was to fight when attacked. later on in life, the prophet always employed a strategy of avoidance.</w:t>
      </w:r>
    </w:p>
    <w:p>
      <w:pPr>
        <w:jc w:val="right"/>
      </w:pPr>
      <w:r>
        <w:t>بٹ دس پرمیشن واز کنڈیشنل۔ دا کنڈیشن واز ٹو فائٹ وین اٹیکڈ۔ لیٹر ان ان لائف، دا پرافٹ الویز ایمپلائیڈ ا سٹریٹجی اف اوائڈنس۔</w:t>
      </w:r>
    </w:p>
    <w:p>
      <w:r>
        <w:rPr>
          <w:b/>
        </w:rPr>
        <w:t xml:space="preserve">[14:10] </w:t>
      </w:r>
      <w:r>
        <w:t>we take the help of an important principle to understand the defensive battles. from the verse, we came to know that they were the first to attack.</w:t>
      </w:r>
    </w:p>
    <w:p>
      <w:pPr>
        <w:jc w:val="right"/>
      </w:pPr>
      <w:r>
        <w:t>وی ٹیک دا ہیلپ اف این امپورٹنٹ پرنسپل ٹو انڈرسٹینڈ دا ڈیفنسو بیٹلز۔ فرام دا ورس، وی کیم ٹو نو دیٹ دے وار دا فرسٹ ٹو اٹیک۔</w:t>
      </w:r>
    </w:p>
    <w:p>
      <w:r>
        <w:rPr>
          <w:b/>
        </w:rPr>
        <w:t xml:space="preserve">[14:24] </w:t>
      </w:r>
      <w:r>
        <w:t>further, we can determine the nature of the battles the prophet participated in with the help of a principle. what we should understand is whether these battles were offensive or defensive in nature.</w:t>
      </w:r>
    </w:p>
    <w:p>
      <w:pPr>
        <w:jc w:val="right"/>
      </w:pPr>
      <w:r>
        <w:t>فردر، وی کین ڈیٹرمن دا نیچر اف دا بیٹلز دا پرافٹ پارٹیسپیٹڈ ان ود دا ہیلپ اف ا پرنسپل۔ واٹ وی شوڈ انڈرسٹینڈ از ویدر دیز بیٹلز وار افینسو اور ڈیفنسو ان نیچر۔</w:t>
      </w:r>
    </w:p>
    <w:p>
      <w:r>
        <w:rPr>
          <w:b/>
        </w:rPr>
        <w:t xml:space="preserve">[14:43] </w:t>
      </w:r>
      <w:r>
        <w:t>we must know whether the prophet waged these battles or these battles were forced upon him.</w:t>
      </w:r>
    </w:p>
    <w:p>
      <w:pPr>
        <w:jc w:val="right"/>
      </w:pPr>
      <w:r>
        <w:t>وی مسٹ نو ویدر دا پرافٹ ویج دیز بیٹلز اور دیز بیٹلز وار فورسڈ اپون ہم۔</w:t>
      </w:r>
    </w:p>
    <w:p>
      <w:r>
        <w:rPr>
          <w:b/>
        </w:rPr>
        <w:t xml:space="preserve">[14:51] </w:t>
      </w:r>
      <w:r>
        <w:t>the answer is not far to seek. there is a very easy method to know this if we find out where these battles were fought.</w:t>
      </w:r>
    </w:p>
    <w:p>
      <w:pPr>
        <w:jc w:val="right"/>
      </w:pPr>
      <w:r>
        <w:t>دا انسر از ناٹ فار ٹو سیک۔ دیر از ا ویری ایزی میتھڈ ٹو نو دس اف وی فائنڈ اؤٹ ویر دیز بیٹلز وار فورٹ۔</w:t>
      </w:r>
    </w:p>
    <w:p>
      <w:r>
        <w:rPr>
          <w:b/>
        </w:rPr>
        <w:t xml:space="preserve">[15:02] </w:t>
      </w:r>
      <w:r>
        <w:t>if these battles were fought on the frontiers of medina, it would mean the prophet was on the defensive.</w:t>
      </w:r>
    </w:p>
    <w:p>
      <w:pPr>
        <w:jc w:val="right"/>
      </w:pPr>
      <w:r>
        <w:t>اف دیز بیٹلز وار فورٹ ان دا فرانٹیئرز اف مدینہ، اٹ وڈ مین دا پرافٹ واز ان دا ڈیفنسو۔</w:t>
      </w:r>
    </w:p>
    <w:p>
      <w:r>
        <w:rPr>
          <w:b/>
        </w:rPr>
        <w:t xml:space="preserve">[15:12] </w:t>
      </w:r>
      <w:r>
        <w:t>if these battles were fought on the frontiers of mecca, we would conclude that the prophet was on the offensive and that he had attacked his opponents.</w:t>
      </w:r>
    </w:p>
    <w:p>
      <w:pPr>
        <w:jc w:val="right"/>
      </w:pPr>
      <w:r>
        <w:t>اف دیز بیٹلز وار فورٹ ان دا فرانٹیئرز اف مکہ، وی وڈ کنکلوڈ دیٹ دا پرافٹ واز ان دا افینسو اینڈ دیٹ ہی ہیڈ اٹیکڈ ہز اپونینٹس۔</w:t>
      </w:r>
    </w:p>
    <w:p>
      <w:r>
        <w:rPr>
          <w:b/>
        </w:rPr>
        <w:t xml:space="preserve">[15:25] </w:t>
      </w:r>
      <w:r>
        <w:t>By keeping this principle in mind, we come to know that all the battles that the Prophet was engaged in were fought in the frontiers of Madinah.</w:t>
      </w:r>
    </w:p>
    <w:p>
      <w:pPr>
        <w:jc w:val="right"/>
      </w:pPr>
      <w:r>
        <w:t>بائے کیپنگ دس پرنسپل ان مائنڈ، وی کم ٹو نو دیٹ ال دا بیٹلز دیٹ دا پرافٹ واز انگیجڈ ان وار فورٹ ان دا فرانٹیئرز اف مدینہ۔</w:t>
      </w:r>
    </w:p>
    <w:p>
      <w:r>
        <w:rPr>
          <w:b/>
        </w:rPr>
        <w:t xml:space="preserve">[15:37] </w:t>
      </w:r>
      <w:r>
        <w:t>This means the Makkan opponents had traveled from Makkah to attack the Prophet and his followers in Madinah.</w:t>
      </w:r>
    </w:p>
    <w:p>
      <w:pPr>
        <w:jc w:val="right"/>
      </w:pPr>
      <w:r>
        <w:t>دس مینز دا میکن اپونینٹس ہیڈ ٹریولڈ فرام مکہ ٹو اٹیک دا پرافٹ اینڈ ہز فالوورز ان مدینہ۔</w:t>
      </w:r>
    </w:p>
    <w:p>
      <w:r>
        <w:rPr>
          <w:b/>
        </w:rPr>
        <w:t xml:space="preserve">[15:47] </w:t>
      </w:r>
      <w:r>
        <w:t>he had to defend himself. battles of badr and uhud took place in the frontiers of madina. in contrast, the prophet along with his companions travelled to makka to perform umrah, which is which means a minor pilgrimage.</w:t>
      </w:r>
    </w:p>
    <w:p>
      <w:pPr>
        <w:jc w:val="right"/>
      </w:pPr>
      <w:r>
        <w:t>ہی ہیڈ ٹو ڈیفینڈ ہم سیلف۔ بیٹلز اف بدر اینڈ احد ٹک پلیس ان دا فرانٹیئرز اف مدینہ۔ ان کنٹراسٹ، دا پرافٹ الونگ ود ہز کمپینینٹس ٹریولڈ ٹو مکہ ٹو پرفارم عمرہ، وچ از وچ مینز ا مائنر پلگرمج۔</w:t>
      </w:r>
    </w:p>
    <w:p>
      <w:r>
        <w:rPr>
          <w:b/>
        </w:rPr>
        <w:t xml:space="preserve">[16:10] </w:t>
      </w:r>
      <w:r>
        <w:t>here, the maken opponents of his divine mission tried to provoke him.</w:t>
      </w:r>
    </w:p>
    <w:p>
      <w:pPr>
        <w:jc w:val="right"/>
      </w:pPr>
      <w:r>
        <w:t>ہیئر، دا میکن اپونینٹس اف ہز ڈیوائن مشن ٹرائی ٹو پرووک ہم۔</w:t>
      </w:r>
    </w:p>
    <w:p>
      <w:r>
        <w:rPr>
          <w:b/>
        </w:rPr>
        <w:t xml:space="preserve">[16:16] </w:t>
      </w:r>
      <w:r>
        <w:t>the prophet did not get provoked, rather he made a peace treaty known as the treaty of hudaybiyyah with them and returned to madina.</w:t>
      </w:r>
    </w:p>
    <w:p>
      <w:pPr>
        <w:jc w:val="right"/>
      </w:pPr>
      <w:r>
        <w:t>دا پرافٹ ڈیڈ ناٹ گیٹ پرووکڈ، رادر ہی میڈ ا پیس ٹریٹی نون ایز دا ٹریٹی اف حدیبیہ ود دیم اینڈ ریٹرن ٹو مدینہ۔</w:t>
      </w:r>
    </w:p>
    <w:p>
      <w:r>
        <w:rPr>
          <w:b/>
        </w:rPr>
        <w:t xml:space="preserve">[16:28] </w:t>
      </w:r>
      <w:r>
        <w:t>this shows the true mission of the prophet. he never meant to engage in battle with his opponents. he was rather forced to defend himself and his followers when no other option was left.</w:t>
      </w:r>
    </w:p>
    <w:p>
      <w:pPr>
        <w:jc w:val="right"/>
      </w:pPr>
      <w:r>
        <w:t>دس شوز دا ٹرو مشن اف دا پرافٹ۔ ہی نیور مین ٹو انگیج ان بیٹل ود ہز اپونینٹس۔ ہی واز رادر فورسڈ ٹو ڈیفینڈ ہم سیلف اینڈ ہز فالوورز وین نو ادر اپشن واز لیفٹ۔</w:t>
      </w:r>
    </w:p>
    <w:p>
      <w:r>
        <w:rPr>
          <w:b/>
        </w:rPr>
        <w:t xml:space="preserve">[16:44] </w:t>
      </w:r>
      <w:r>
        <w:t>with this background, we have the clear perspective about the battles of badr, uhud and hunayn, the only ones which can be considered as proper battles.</w:t>
      </w:r>
    </w:p>
    <w:p>
      <w:pPr>
        <w:jc w:val="right"/>
      </w:pPr>
      <w:r>
        <w:t>ود دس بیک گراؤنڈ، وی ہیو دا کلیئر پرسپیکٹو اباؤٹ دا بیٹلز اف بدر، احد اینڈ حنین، دا اونلی ونس وچ کین بی کنسیڈرڈ ایز پراپر بیٹلز۔</w:t>
      </w:r>
    </w:p>
    <w:p>
      <w:r>
        <w:rPr>
          <w:b/>
        </w:rPr>
        <w:t xml:space="preserve">[16:57] </w:t>
      </w:r>
      <w:r>
        <w:t>after these battles, when the prophet got to know</w:t>
      </w:r>
    </w:p>
    <w:p>
      <w:pPr>
        <w:jc w:val="right"/>
      </w:pPr>
      <w:r>
        <w:t>افٹر دیز بیٹلز، وین دا پرافٹ گاٹ ٹو نو</w:t>
      </w:r>
    </w:p>
    <w:p>
      <w:r>
        <w:rPr>
          <w:b/>
        </w:rPr>
        <w:t xml:space="preserve">[17:01] </w:t>
      </w:r>
      <w:r>
        <w:t>that his opponents were marching towards madina with an army of ten thousand, he employed a strategy of avoidance by creating a trench outside madina.</w:t>
      </w:r>
    </w:p>
    <w:p>
      <w:pPr>
        <w:jc w:val="right"/>
      </w:pPr>
      <w:r>
        <w:t>دیٹ ہز اپونینٹس وار مارچنگ ٹورڈز مدینہ ود این ارمی اف ٹین تھاؤزنڈ، ہی ایمپلائیڈ ا سٹریٹجی اف اوائڈنس بائے کریٹنگ ا ٹرینچ اؤٹ سائیڈ مدینہ۔</w:t>
      </w:r>
    </w:p>
    <w:p>
      <w:r>
        <w:rPr>
          <w:b/>
        </w:rPr>
        <w:t xml:space="preserve">[17:15] </w:t>
      </w:r>
      <w:r>
        <w:t>because of this strategy,</w:t>
      </w:r>
    </w:p>
    <w:p>
      <w:pPr>
        <w:jc w:val="right"/>
      </w:pPr>
      <w:r>
        <w:t>بیکاز اف دس سٹریٹجی،</w:t>
      </w:r>
    </w:p>
    <w:p>
      <w:r>
        <w:rPr>
          <w:b/>
        </w:rPr>
        <w:t xml:space="preserve">[17:17] </w:t>
      </w:r>
      <w:r>
        <w:t>an armed conflict was avoided. see the prophet was on a divine mission to present god's message to humankind.</w:t>
      </w:r>
    </w:p>
    <w:p>
      <w:pPr>
        <w:jc w:val="right"/>
      </w:pPr>
      <w:r>
        <w:t>این ارمڈ کانفلکٹ واز اوائڈڈ۔ سی دا پرافٹ واز ان ا ڈیوائن مشن ٹو پریزنٹ گاڈز میسج ٹو ہیومن کائنڈ۔</w:t>
      </w:r>
    </w:p>
    <w:p>
      <w:r>
        <w:rPr>
          <w:b/>
        </w:rPr>
        <w:t xml:space="preserve">[17:31] </w:t>
      </w:r>
      <w:r>
        <w:t>any mission of communication can only be successful when the circumstances are harmonious and peaceful.</w:t>
      </w:r>
    </w:p>
    <w:p>
      <w:pPr>
        <w:jc w:val="right"/>
      </w:pPr>
      <w:r>
        <w:t>اینی مشن اف کمیونیکیشن کین اونلی بی سکسیس فل وین دا سرکمسٹانسز ار ہارمونیس اینڈ پیس فل۔</w:t>
      </w:r>
    </w:p>
    <w:p>
      <w:r>
        <w:rPr>
          <w:b/>
        </w:rPr>
        <w:t xml:space="preserve">[17:41] </w:t>
      </w:r>
      <w:r>
        <w:t>for an atmosphere of peace, though a price had to be paid, and that was in the form of perseverance in the face of all obstacles, ignoring the problems and making use of the opportunities</w:t>
      </w:r>
    </w:p>
    <w:p>
      <w:pPr>
        <w:jc w:val="right"/>
      </w:pPr>
      <w:r>
        <w:t>فار این ایٹمسفیئر اف پیس، دو ا پرائس ہیڈ ٹو بی پیڈ، اینڈ دیٹ واز ان دا فارم اف پرسیورنس ان دا فیس اف ال ابسٹیکلز، اگنورنگ دا پرابلمز اینڈ میکنگ یوز اف دی اپرچونیٹیز</w:t>
      </w:r>
    </w:p>
    <w:p>
      <w:r>
        <w:rPr>
          <w:b/>
        </w:rPr>
        <w:t xml:space="preserve">[17:58] </w:t>
      </w:r>
      <w:r>
        <w:t>. the prophet's opponents were constantly provoking him and his followers to engage with them in battle over small issues, but the prophet and his companions always chose the divine teachings of patience and forbearance to surmount confrontation.</w:t>
      </w:r>
    </w:p>
    <w:p>
      <w:pPr>
        <w:jc w:val="right"/>
      </w:pPr>
      <w:r>
        <w:t>۔ دا پرافٹ اپونینٹس وار کانسٹنٹلی پرووکنگ ہم اینڈ ہز فالوورز ٹو انگیج ود دیم ان بیٹل اوور سمال ایشوز، بٹ دا پرافٹ اینڈ ہز کمپینینٹس الویز چوز دی ڈیوائن ٹیچنگز اف پیشنس اینڈ فربیرنس ٹو سرکمونٹ کنفرنٹیشن۔</w:t>
      </w:r>
    </w:p>
    <w:p>
      <w:r>
        <w:rPr>
          <w:b/>
        </w:rPr>
        <w:t xml:space="preserve">[18:21] </w:t>
      </w:r>
      <w:r>
        <w:t>the quran says: "whenever they kindled the fire of war, god puts it out" chapter five, verse sixty four.</w:t>
      </w:r>
    </w:p>
    <w:p>
      <w:pPr>
        <w:jc w:val="right"/>
      </w:pPr>
      <w:r>
        <w:t>دا قرآن سیز: "وین ایور دے کینڈل دا فائر اف وار، گاڈ پٹس اٹ اؤٹ" چیپٹر فائیو، ورس سکسٹی فور۔</w:t>
      </w:r>
    </w:p>
    <w:p>
      <w:r>
        <w:rPr>
          <w:b/>
        </w:rPr>
        <w:t xml:space="preserve">[18:31] </w:t>
      </w:r>
      <w:r>
        <w:t>further, we have the example of the treaty of hudaybiyyah where the prophet accepted all the conditions of the opponents.</w:t>
      </w:r>
    </w:p>
    <w:p>
      <w:pPr>
        <w:jc w:val="right"/>
      </w:pPr>
      <w:r>
        <w:t>فردر، وی ہیو دی ایگزامپل اف دا ٹریٹی اف حدیبیہ ویر دا پرافٹ ایکسیپٹڈ ال دا کنڈیشنز اف دی اپونینٹس۔</w:t>
      </w:r>
    </w:p>
    <w:p>
      <w:r>
        <w:rPr>
          <w:b/>
        </w:rPr>
        <w:t xml:space="preserve">[18:41] </w:t>
      </w:r>
      <w:r>
        <w:t>This treaty was broken by the opponents, which resulted in their surrender.</w:t>
      </w:r>
    </w:p>
    <w:p>
      <w:pPr>
        <w:jc w:val="right"/>
      </w:pPr>
      <w:r>
        <w:t>دس ٹریٹی واز بروکن بائے دا اپونینٹس، وچ رزلٹڈ ان دیر سرینڈر۔</w:t>
      </w:r>
    </w:p>
    <w:p>
      <w:r>
        <w:rPr>
          <w:b/>
        </w:rPr>
        <w:t xml:space="preserve">[18:48] </w:t>
      </w:r>
      <w:r>
        <w:t>The Prophet, in spite of the atrocities they had done, did not even allow them to be insulted,</w:t>
      </w:r>
    </w:p>
    <w:p>
      <w:pPr>
        <w:jc w:val="right"/>
      </w:pPr>
      <w:r>
        <w:t>دا پرافٹ، ان سپائٹ اف دا ایٹریسٹیز دے ہیڈ ڈن، ڈیڈ ناٹ ایون الاؤ دیم ٹو بی انسلٹڈ،</w:t>
      </w:r>
    </w:p>
    <w:p>
      <w:r>
        <w:rPr>
          <w:b/>
        </w:rPr>
        <w:t xml:space="preserve">[18:56] </w:t>
      </w:r>
      <w:r>
        <w:t>And instead announced a general pardon in the following words: "He said, Go, you are free."</w:t>
      </w:r>
    </w:p>
    <w:p>
      <w:pPr>
        <w:jc w:val="right"/>
      </w:pPr>
      <w:r>
        <w:t>اینڈ انسٹیڈ اناؤنسڈ ا جنرل پارڈن ان دا فالونگ ورڈز: "ہی سیڈ، گو، یو ار فری۔"</w:t>
      </w:r>
    </w:p>
    <w:p>
      <w:r>
        <w:rPr>
          <w:b/>
        </w:rPr>
        <w:t xml:space="preserve">[19:06] </w:t>
      </w:r>
      <w:r>
        <w:t>If we were to objectively study the entire twenty-three years of prophetic life, it would be absolutely</w:t>
      </w:r>
    </w:p>
    <w:p>
      <w:pPr>
        <w:jc w:val="right"/>
      </w:pPr>
      <w:r>
        <w:t>اف وی وار ٹو ابجیکٹولی سٹڈی دا انٹائر ٹوئنٹی تھری ایئرز اف پرافیٹک لائف، اٹ وڈ بی ابسولیوٹلی</w:t>
      </w:r>
    </w:p>
    <w:p>
      <w:r>
        <w:rPr>
          <w:b/>
        </w:rPr>
        <w:t xml:space="preserve">[19:16] </w:t>
      </w:r>
      <w:r>
        <w:t>clear that he was a prophet of peace.</w:t>
      </w:r>
    </w:p>
    <w:p>
      <w:pPr>
        <w:jc w:val="right"/>
      </w:pPr>
      <w:r>
        <w:t>کلیئر دیٹ ہی واز ا پرافٹ اف پیس۔</w:t>
      </w:r>
    </w:p>
    <w:p>
      <w:r>
        <w:rPr>
          <w:b/>
        </w:rPr>
        <w:t xml:space="preserve">[19:19] </w:t>
      </w:r>
      <w:r>
        <w:t>if we compare the prophet's battles with other battles in history, we find that the mission of the prophet was a non violent mission, and the battles that happened were defensive in nature and under exceptional circumstances.</w:t>
      </w:r>
    </w:p>
    <w:p>
      <w:pPr>
        <w:jc w:val="right"/>
      </w:pPr>
      <w:r>
        <w:t>اف وی کمپیر دا پرافٹ بیٹلز ود ادر بیٹلز ان ہسٹری، وی فائنڈ دیٹ دا مشن اف دا پرافٹ واز ا نان وائلنٹ مشن، اینڈ دا بیٹلز دیٹ ہیپنڈ وار ڈیفنسو ان نیچر اینڈ انڈر ایکسیپشنل سرکمسٹانسز۔</w:t>
      </w:r>
    </w:p>
    <w:p>
      <w:r>
        <w:rPr>
          <w:b/>
        </w:rPr>
        <w:t xml:space="preserve">[19:40] </w:t>
      </w:r>
      <w:r>
        <w:t>the number of people killed in these battles was very few when compared to the casualty count of many other battles in history.</w:t>
      </w:r>
    </w:p>
    <w:p>
      <w:pPr>
        <w:jc w:val="right"/>
      </w:pPr>
      <w:r>
        <w:t>دا نمبر اف پیپل کلڈ ان دیز بیٹلز واز ویری فیو وین کمپیر ٹو دا کیژول کیس اف مینی ادر بیٹلز ان ہسٹری۔</w:t>
      </w:r>
    </w:p>
    <w:p>
      <w:r>
        <w:rPr>
          <w:b/>
        </w:rPr>
        <w:t xml:space="preserve">[19:50] </w:t>
      </w:r>
      <w:r>
        <w:t>you have a table before you to compare: world war two fought for six years, there were about sixty five million casualty count.</w:t>
      </w:r>
    </w:p>
    <w:p>
      <w:pPr>
        <w:jc w:val="right"/>
      </w:pPr>
      <w:r>
        <w:t>یو ہیو ا ٹیبل بیفور یو ٹو کمپیر: ورلڈ وار ٹو فورٹ فار سکس ایئرز، دیر وار اباؤٹ سکسٹی فائیو ملین کیژول کیس۔</w:t>
      </w:r>
    </w:p>
    <w:p>
      <w:r>
        <w:rPr>
          <w:b/>
        </w:rPr>
        <w:t xml:space="preserve">[20:02] </w:t>
      </w:r>
      <w:r>
        <w:t>american civil war for four years, about five hundred thousand casualty count. battle of panipat fought just for one day, but the casualty count was over one hundred thousand.</w:t>
      </w:r>
    </w:p>
    <w:p>
      <w:pPr>
        <w:jc w:val="right"/>
      </w:pPr>
      <w:r>
        <w:t>امریکن سول وار فور ایئرز، اباؤٹ فائیو ہنڈرڈ تھاؤزنڈ کیژول کیس۔ بیٹل اف پانی پتھ فورٹ جسٹ فار ون ڈے، بٹ دا کیژول کیس وار اوور ون ہنڈرڈ تھاؤزنڈ۔</w:t>
      </w:r>
    </w:p>
    <w:p>
      <w:r>
        <w:rPr>
          <w:b/>
        </w:rPr>
        <w:t xml:space="preserve">[20:17] </w:t>
      </w:r>
      <w:r>
        <w:t>gaza for seven months, twenty five thousand. iraq war eight and a half years, thirty five thousand.</w:t>
      </w:r>
    </w:p>
    <w:p>
      <w:pPr>
        <w:jc w:val="right"/>
      </w:pPr>
      <w:r>
        <w:t>گل فور سیون منتھ، ٹوئنٹی فائیو تھاؤزنڈ۔ عراق وار ایٹ اینڈ ہاف ایئرز، تھرٹی فائیو تھاؤزنڈ۔</w:t>
      </w:r>
    </w:p>
    <w:p>
      <w:r>
        <w:rPr>
          <w:b/>
        </w:rPr>
        <w:t xml:space="preserve">[20:28] </w:t>
      </w:r>
      <w:r>
        <w:t>battles of badr, uhud, hunayn, all put together, the real fighting time was one and a half days, and the casualty count was just one thousand and eighty.</w:t>
      </w:r>
    </w:p>
    <w:p>
      <w:pPr>
        <w:jc w:val="right"/>
      </w:pPr>
      <w:r>
        <w:t>بیٹلز اف بدر، احد، حنین، ال پٹ ٹوگیدر، دا ریئل فائٹنگ ٹائم واز ون اینڈ ہاف ڈیز، اینڈ دا کیژول کیس وار جسٹ ون تھاؤزنڈ اینڈ ایٹین۔</w:t>
      </w:r>
    </w:p>
    <w:p>
      <w:r>
        <w:rPr>
          <w:b/>
        </w:rPr>
        <w:t xml:space="preserve">[20:46] </w:t>
      </w:r>
      <w:r>
        <w:t>what went wrong then in understanding the prophet as a man of peace when we have this kind of information before us?</w:t>
      </w:r>
    </w:p>
    <w:p>
      <w:pPr>
        <w:jc w:val="right"/>
      </w:pPr>
      <w:r>
        <w:t>واٹ وینٹ رونگ دین ان انڈرسٹینڈنگ دا پرافٹ ایز ا مین اف پیس وین وی ہیو دس کائنڈ اف انفارمیشن بیفور اس؟</w:t>
      </w:r>
    </w:p>
    <w:p>
      <w:r>
        <w:rPr>
          <w:b/>
        </w:rPr>
        <w:t xml:space="preserve">[20:57] </w:t>
      </w:r>
      <w:r>
        <w:t>see here, i would like to tell you that in general people are good, and when things are explained properly, there is no room for misunderstanding.</w:t>
      </w:r>
    </w:p>
    <w:p>
      <w:pPr>
        <w:jc w:val="right"/>
      </w:pPr>
      <w:r>
        <w:t>سی ہیئر، ائی وڈ لائک ٹو ٹیل یو دیٹ ان جنرل پیپل ار گڈ، اینڈ وین تھنگز ار ایکسپلینڈ پراپرلی، دیر از نو روم فار مس انڈرسٹینڈنگ۔</w:t>
      </w:r>
    </w:p>
    <w:p>
      <w:r>
        <w:rPr>
          <w:b/>
        </w:rPr>
        <w:t xml:space="preserve">[21:09] </w:t>
      </w:r>
      <w:r>
        <w:t>Throughout my experiences in interfaith programs and in informal talks as well, I found out that prior to misunderstanding, there is misrepresentation.</w:t>
      </w:r>
    </w:p>
    <w:p>
      <w:pPr>
        <w:jc w:val="right"/>
      </w:pPr>
      <w:r>
        <w:t>تھرو اؤٹ مائی اون ایکسپیرینسز ان انٹر فیتھ پروگرامز اینڈ ان انفارمل ٹاکس ایز ویل، ائی فاؤنڈ اؤٹ دیٹ پریر ٹو مس انڈرسٹینڈنگ، دیر از مس ریپریزنٹیشن۔</w:t>
      </w:r>
    </w:p>
    <w:p>
      <w:r>
        <w:rPr>
          <w:b/>
        </w:rPr>
        <w:t xml:space="preserve">[21:25] </w:t>
      </w:r>
      <w:r>
        <w:t>Therefore, we should take responsibility for this misrepresentation. Because of a lack of objective understanding of the Prophet's life, Muslim biographers have misrepresented the facts by ignoring the prevailing customs and culture of the time.</w:t>
      </w:r>
    </w:p>
    <w:p>
      <w:pPr>
        <w:jc w:val="right"/>
      </w:pPr>
      <w:r>
        <w:t>دیر فور، وی شوڈ ٹیک ریسپانسبیلٹی فار دس مس ریپریزنٹیشن۔ بیکاز اف ا لیک اف ابجیکٹو انڈرسٹینڈنگ اف دا پرافٹ لائف، مسلم بائیوگرافرز ہیو مس ریپریزنٹڈ دا فیکٹس بائے اگنورنگ دا پریویلنگ کسٹمز اینڈ کلچر اف دا ٹائم۔</w:t>
      </w:r>
    </w:p>
    <w:p>
      <w:r>
        <w:rPr>
          <w:b/>
        </w:rPr>
        <w:t xml:space="preserve">[21:46] </w:t>
      </w:r>
      <w:r>
        <w:t>due to this, their writings about the Prophet's life show a war-like pattern.</w:t>
      </w:r>
    </w:p>
    <w:p>
      <w:pPr>
        <w:jc w:val="right"/>
      </w:pPr>
      <w:r>
        <w:t>ڈیو ٹو دس، دیر رائٹنگز اباؤٹ دا پرافٹ لائف شو ا وار لائک پیٹرن۔</w:t>
      </w:r>
    </w:p>
    <w:p>
      <w:r>
        <w:rPr>
          <w:b/>
        </w:rPr>
        <w:t xml:space="preserve">[21:55] </w:t>
      </w:r>
      <w:r>
        <w:t>In the other hand, non-Muslim biographers of the Prophet have adopted a different approach. The</w:t>
      </w:r>
    </w:p>
    <w:p>
      <w:pPr>
        <w:jc w:val="right"/>
      </w:pPr>
      <w:r>
        <w:t>ان دی ادر ہینڈ، نان مسلم بائیوگرافرز اف دا پرافٹ ہیو اڈاپٹڈ ا ڈفرنٹ اپروچ۔ دی</w:t>
      </w:r>
    </w:p>
    <w:p>
      <w:r>
        <w:rPr>
          <w:b/>
        </w:rPr>
        <w:t xml:space="preserve">[22:04] </w:t>
      </w:r>
      <w:r>
        <w:t>The biographers have largely ignored the main events of the Prophet's life. They choose to focus on a few exceptional incidents.</w:t>
      </w:r>
    </w:p>
    <w:p>
      <w:pPr>
        <w:jc w:val="right"/>
      </w:pPr>
      <w:r>
        <w:t>ز بائیوگرافرز ہیو لارجلی اگنورڈ دا مین ایونٹس اف دا پرافٹ لائف۔ دے چوز ٹو فوکس ان ا فیو ایکسیپشنل انسیڈنٹس۔</w:t>
      </w:r>
    </w:p>
    <w:p>
      <w:r>
        <w:rPr>
          <w:b/>
        </w:rPr>
        <w:t xml:space="preserve">[22:16] </w:t>
      </w:r>
      <w:r>
        <w:t>They have painted a picture of the Prophet's life that portrays him as a warrior prophet. They have also been unable to see the Prophet's life as different from Muslim culture, which has led them to assume that terrorism in the name of Islam is an outcome of the teachings of the Prophet of Islam.</w:t>
      </w:r>
    </w:p>
    <w:p>
      <w:pPr>
        <w:jc w:val="right"/>
      </w:pPr>
      <w:r>
        <w:t>دے ہیو پینٹڈ ا پکچر اف دا پرافٹ لائف دیٹ پورٹریز ہم ایز ا واریئر پرافٹ۔ دے ہیو السو بین ان ایبل ٹو سی دا پرافٹ لائف ایز ڈفرنٹ فرام مسلم کلچر، وچ ہاز لیڈ دیم ٹو اسیوم دا ٹیررزم ان دا نیم اف اسلام از ان اؤٹ کم اف دا ٹیچنگز اف دا پرافٹ اف اسلام۔</w:t>
      </w:r>
    </w:p>
    <w:p>
      <w:r>
        <w:rPr>
          <w:b/>
        </w:rPr>
        <w:t xml:space="preserve">[22:44] </w:t>
      </w:r>
      <w:r>
        <w:t>Now, we need to understand the reasons for the misrepresentation. See, the true modest personality of the Prophet appeared to many of his biographers as deficient in some way or the other.</w:t>
      </w:r>
    </w:p>
    <w:p>
      <w:pPr>
        <w:jc w:val="right"/>
      </w:pPr>
      <w:r>
        <w:t>ناؤ، وی نیڈ ٹو انڈرسٹینڈ دا ریزنز فار دا مس ریپریزنٹیشن۔ سی دا ٹرو ماڈسٹ پرسنیلٹی اف دا پرافٹ اپیئر ٹو مینی اف ہز بائیوگرافرز ایز ڈیفیشنٹ ان سم وے اور دی ادر۔</w:t>
      </w:r>
    </w:p>
    <w:p>
      <w:r>
        <w:rPr>
          <w:b/>
        </w:rPr>
        <w:t xml:space="preserve">[23:01] </w:t>
      </w:r>
      <w:r>
        <w:t>This image of the Prophet appeared to them as falling short of the standards of leaders of other peoples of the time, who are great conquerors and warriors.</w:t>
      </w:r>
    </w:p>
    <w:p>
      <w:pPr>
        <w:jc w:val="right"/>
      </w:pPr>
      <w:r>
        <w:t>دس امیج اف دا پرافٹ اپیئر ٹو دیم ایز فالنگ شارٹ اف دا سٹینڈرڈز اف لیڈرز اف ادر پیپلز اف دا ٹائم، ہو ار گریٹ کانکررز اینڈ واریئرز۔</w:t>
      </w:r>
    </w:p>
    <w:p>
      <w:r>
        <w:rPr>
          <w:b/>
        </w:rPr>
        <w:t xml:space="preserve">[23:17] </w:t>
      </w:r>
      <w:r>
        <w:t>Hence, these biographers try to present an image of the Prophet as a warrior, which in their eyes was a superior image.</w:t>
      </w:r>
    </w:p>
    <w:p>
      <w:pPr>
        <w:jc w:val="right"/>
      </w:pPr>
      <w:r>
        <w:t>ہینس، دیز بائیوگرافرز ٹرائی ٹو پریزنٹ این امیج اف دیر پرافٹ ایز ا واریئر، وچ ان دیر ائیز واز ا سپیریئر امیج۔</w:t>
      </w:r>
    </w:p>
    <w:p>
      <w:r>
        <w:rPr>
          <w:b/>
        </w:rPr>
        <w:t xml:space="preserve">[23:28] </w:t>
      </w:r>
      <w:r>
        <w:t>However, this picture of the Prophet is totally baseless and self-assumed.</w:t>
      </w:r>
    </w:p>
    <w:p>
      <w:pPr>
        <w:jc w:val="right"/>
      </w:pPr>
      <w:r>
        <w:t>ہاؤ ایور، دس پکچر اف دا پرافٹ از ٹوٹلی بیس لیس اینڈ سیلف ایزیومڈ۔</w:t>
      </w:r>
    </w:p>
    <w:p>
      <w:r>
        <w:rPr>
          <w:b/>
        </w:rPr>
        <w:t xml:space="preserve">[23:35] </w:t>
      </w:r>
      <w:r>
        <w:t>In truth, the Prophet was a peace-loving personality. The example of the Prophet was not one of overpowering people by fighting them, rather it was by winning the people over with love and compassion.</w:t>
      </w:r>
    </w:p>
    <w:p>
      <w:pPr>
        <w:jc w:val="right"/>
      </w:pPr>
      <w:r>
        <w:t>ان ٹروتھ، دا پرافٹ واز ا پیس لوونگ پرسنیلٹی۔ دا ایگزامپل اف دا پرافٹ واز ناٹ ون اف اوور پاورنگ پیپل بائے فائٹنگ دیم، رادر اٹ واز بائے وننگ دا پیپل اوور ود لو اینڈ کمپیشن۔</w:t>
      </w:r>
    </w:p>
    <w:p>
      <w:r>
        <w:rPr>
          <w:b/>
        </w:rPr>
        <w:t xml:space="preserve">[23:53] </w:t>
      </w:r>
      <w:r>
        <w:t>The message that he conveyed was intended to infuse his listeners with a new life.</w:t>
      </w:r>
    </w:p>
    <w:p>
      <w:pPr>
        <w:jc w:val="right"/>
      </w:pPr>
      <w:r>
        <w:t>دا میسج دیٹ ہی کنویڈ واز انٹینڈڈ ٹو انفیوز ہز لسنرز ود ا نیو لائف۔</w:t>
      </w:r>
    </w:p>
    <w:p>
      <w:r>
        <w:rPr>
          <w:b/>
        </w:rPr>
        <w:t xml:space="preserve">[24:05] </w:t>
      </w:r>
      <w:r>
        <w:t>It was a God-appointed mission of the Prophet, and God is calling people towards life. Chapter 8, verse 24</w:t>
      </w:r>
    </w:p>
    <w:p>
      <w:pPr>
        <w:jc w:val="right"/>
      </w:pPr>
      <w:r>
        <w:t>اٹ واز ا گاڈ اپوائنٹڈ مشن اف دا پرافٹ، اینڈ گاڈ از کالنگ پیپل ٹورڈز لائف۔ چیپٹر ایٹ، ورس ٹوئنٹی فور</w:t>
      </w:r>
    </w:p>
    <w:p>
      <w:r>
        <w:rPr>
          <w:b/>
        </w:rPr>
        <w:t xml:space="preserve">[24:15] </w:t>
      </w:r>
      <w:r>
        <w:t>, God says: "Believers, obey God and the Messenger when he calls you to that which gives you life." In other words, chapter two, verse one fifty one: "This we have sent among you a Messenger of your own to recite Our revelations to you,</w:t>
      </w:r>
    </w:p>
    <w:p>
      <w:pPr>
        <w:jc w:val="right"/>
      </w:pPr>
      <w:r>
        <w:t>، گاڈ سیز: "بیلیورز، اوبے گاڈ اینڈ دا میسنجر وین ہی کالز یو ٹو دیٹ وچ گیوز یو لائف۔" ان ادر ورڈز، چیپٹر ٹو، ورس ون ففٹی ون: "دس وی ہیو سینٹ امونگ یو ا میسنجر اف یور اون ٹو ریسائیٹ ار ریولیشنز ٹو یو،</w:t>
      </w:r>
    </w:p>
    <w:p>
      <w:r>
        <w:rPr>
          <w:b/>
        </w:rPr>
        <w:t xml:space="preserve">[24:34] </w:t>
      </w:r>
      <w:r>
        <w:t>purify you, and teach you the Book and wisdom, and to teach you what you did not know."</w:t>
      </w:r>
    </w:p>
    <w:p>
      <w:pPr>
        <w:jc w:val="right"/>
      </w:pPr>
      <w:r>
        <w:t>پیوریفائی یو، اینڈ ٹیچ یو دا بک اینڈ وزڈم، اینڈ ٹو ٹیچ یو واٹ یو ڈیڈ ناٹ نو۔"</w:t>
      </w:r>
    </w:p>
    <w:p>
      <w:r>
        <w:rPr>
          <w:b/>
        </w:rPr>
        <w:t xml:space="preserve">[24:41] </w:t>
      </w:r>
      <w:r>
        <w:t>It is obvious from an understanding of the Quran that the mission of the Prophet was different from that of emperors and kings.</w:t>
      </w:r>
    </w:p>
    <w:p>
      <w:pPr>
        <w:jc w:val="right"/>
      </w:pPr>
      <w:r>
        <w:t>اٹ از ابویس فرام این انڈرسٹینڈنگ اف دا قرآن دیٹ دا مشن اف دا پرافٹ واز ڈفرنٹ فرام دیٹ اف ایمپررز اینڈ کنگز۔</w:t>
      </w:r>
    </w:p>
    <w:p>
      <w:r>
        <w:rPr>
          <w:b/>
        </w:rPr>
        <w:t xml:space="preserve">[24:51] </w:t>
      </w:r>
      <w:r>
        <w:t>The mission of kings is one of conquests and wars. In the other hand, the mission of the prophet is not to rule over people, but to change their minds and direct their hearts towards spirituality,</w:t>
      </w:r>
    </w:p>
    <w:p>
      <w:pPr>
        <w:jc w:val="right"/>
      </w:pPr>
      <w:r>
        <w:t>دا مشن اف کنگز از ون اف کنquests اینڈ وارز۔ ان دی ادر ہینڈ، دا مشن اف دا پرافٹ از ناٹ ٹو رول اوور پیپل، بٹ ٹو چینج دیر مائنڈز اینڈ ڈائریکٹ دیر ہارٹس ٹورڈز سپرچویلٹی،</w:t>
      </w:r>
    </w:p>
    <w:p>
      <w:r>
        <w:rPr>
          <w:b/>
        </w:rPr>
        <w:t xml:space="preserve">[25:08] </w:t>
      </w:r>
      <w:r>
        <w:t>to teach them God-oriented living, thereby making them divine personalities. From the above analysis, it should be obvious that Prophet Muhammad was a prophet of peace and not a prophet of violence</w:t>
      </w:r>
    </w:p>
    <w:p>
      <w:pPr>
        <w:jc w:val="right"/>
      </w:pPr>
      <w:r>
        <w:t>ٹو ٹیچ دیم گاڈ اورینٹڈ لیونگ، دیر بائے میکنگ دیم ڈیوائن پرسنیلٹیز۔ فرام دی اباؤ انالیسز، اٹ شوڈ بی ابویس دیٹ پرافٹ محمد واز ا پرافٹ اف پیس اینڈ ناٹ ا پرافٹ اف وائلنس</w:t>
      </w:r>
    </w:p>
    <w:p>
      <w:r>
        <w:rPr>
          <w:b/>
        </w:rPr>
        <w:t xml:space="preserve">[25:25] </w:t>
      </w:r>
      <w:r>
        <w:t>. The approach to the biography of the prophet by both Muslim and non-Muslim biographers is therefore not correct.</w:t>
      </w:r>
    </w:p>
    <w:p>
      <w:pPr>
        <w:jc w:val="right"/>
      </w:pPr>
      <w:r>
        <w:t>۔ دی اپروچ ٹو دا بائیوگرافی اف دا پرافٹ بائے بوتھ مسلم اینڈ نان مسلم بائیوگرافرز از دیر فور ناٹ کریکٹ۔</w:t>
      </w:r>
    </w:p>
    <w:p>
      <w:r>
        <w:rPr>
          <w:b/>
        </w:rPr>
        <w:t xml:space="preserve">[25:36] </w:t>
      </w:r>
      <w:r>
        <w:t>The Prophet was sent as a mercy to the entire humankind. Chapter 21, verse 107.</w:t>
      </w:r>
    </w:p>
    <w:p>
      <w:pPr>
        <w:jc w:val="right"/>
      </w:pPr>
      <w:r>
        <w:t>دا پرافٹ واز سینٹ ایز ا مرسی ٹو دی انٹائر ہیومن کائنڈ۔ چیپٹر ٹوئنٹی ون، ورس ون زیرو سیون۔</w:t>
      </w:r>
    </w:p>
    <w:p>
      <w:r>
        <w:rPr>
          <w:b/>
        </w:rPr>
        <w:t xml:space="preserve">[25:47] </w:t>
      </w:r>
      <w:r>
        <w:t>Now, we come to the end of the session, so let us have the summary of what we understood today. Islam is a religion of peace.</w:t>
      </w:r>
    </w:p>
    <w:p>
      <w:pPr>
        <w:jc w:val="right"/>
      </w:pPr>
      <w:r>
        <w:t>ناؤ، وی کم ٹو دی اینڈ اف دی سیشن، سو لیٹ اس ہیو دا سمرائز واٹ وی انڈرسٹڈ ٹوڈے۔ اسلام از ا ریلیجن اف پیس۔</w:t>
      </w:r>
    </w:p>
    <w:p>
      <w:r>
        <w:rPr>
          <w:b/>
        </w:rPr>
        <w:t xml:space="preserve">[25:59] </w:t>
      </w:r>
      <w:r>
        <w:t>The theme of the Quran is God's all-embracing compassion. God calls us to the home of peace.</w:t>
      </w:r>
    </w:p>
    <w:p>
      <w:pPr>
        <w:jc w:val="right"/>
      </w:pPr>
      <w:r>
        <w:t>تھیم اف دا قرآن از گاڈز ال ایمبریزنگ کمپیشن۔ گاڈ کالز اس ٹو دا ہوم اف پیس۔</w:t>
      </w:r>
    </w:p>
    <w:p>
      <w:r>
        <w:rPr>
          <w:b/>
        </w:rPr>
        <w:t xml:space="preserve">[26:07] </w:t>
      </w:r>
      <w:r>
        <w:t>Prophet Muhammad was a man of peace in the complete sense. In comparison, we understood the results of various wars.</w:t>
      </w:r>
    </w:p>
    <w:p>
      <w:pPr>
        <w:jc w:val="right"/>
      </w:pPr>
      <w:r>
        <w:t>پرافٹ محمد واز ا مین اف پیس ان دا کمپلیٹ سینس۔ ان کمپیریزن، وی انڈرسٹڈ دا رزلٹس اف ویریس وارز۔</w:t>
      </w:r>
    </w:p>
    <w:p>
      <w:r>
        <w:rPr>
          <w:b/>
        </w:rPr>
        <w:t xml:space="preserve">[26:19] </w:t>
      </w:r>
      <w:r>
        <w:t>The once fought in defense by the prophet were the least harming, and the time consumed was just one and a half days.</w:t>
      </w:r>
    </w:p>
    <w:p>
      <w:pPr>
        <w:jc w:val="right"/>
      </w:pPr>
      <w:r>
        <w:t>دا ونس فورٹ ان ڈیفنس بائے دا پرافٹ وار دا لیسٹ ہارمنگ، اینڈ دا ٹائم کنزیومڈ واز جسٹ ون اینڈ ہاف ڈیز۔</w:t>
      </w:r>
    </w:p>
    <w:p>
      <w:r>
        <w:rPr>
          <w:b/>
        </w:rPr>
        <w:t xml:space="preserve">[26:30] </w:t>
      </w:r>
      <w:r>
        <w:t>What should we take away from this for our own intellectual development?</w:t>
      </w:r>
    </w:p>
    <w:p>
      <w:pPr>
        <w:jc w:val="right"/>
      </w:pPr>
      <w:r>
        <w:t>واٹ شوڈ وی ٹیک اوے فرام دس فار اور اون انٹلیکچول ڈیولپمنٹ</w:t>
      </w:r>
    </w:p>
    <w:p>
      <w:r>
        <w:rPr>
          <w:b/>
        </w:rPr>
        <w:t xml:space="preserve">[26:37] </w:t>
      </w:r>
      <w:r>
        <w:t>؟ بی ابجیکٹو۔ اف وی نیڈ، وی نیڈ ٹو انڈرسٹینڈ تھنگز ابجیکٹولی۔ وی شوڈ ٹیک انٹو کنسیڈریشن دا فیناومینا اف دا ایج ٹو بی ایبل ٹو نو دا وزڈم بیہائنڈ سرٹن ایکشنز،</w:t>
      </w:r>
    </w:p>
    <w:p>
      <w:pPr>
        <w:jc w:val="right"/>
      </w:pPr>
      <w:r>
        <w:t>؟ بی ابجیکٹو۔ اف وی نیڈ، وی نیڈ ٹو انڈرسٹینڈ تھنگز ابجیکٹولی۔ وی شوڈ ٹیک انٹو کنسیڈریشن دا فیناومینا اف دا ایج ٹو بی ایبل ٹو نو دا وزڈم بیہائنڈ سرٹن ایکشنز،</w:t>
      </w:r>
    </w:p>
    <w:p>
      <w:r>
        <w:rPr>
          <w:b/>
        </w:rPr>
        <w:t xml:space="preserve">[26:53] </w:t>
      </w:r>
      <w:r>
        <w:t>اینڈ وی نیڈ ٹو انڈرسٹینڈ دی انٹائر ٹائم لائن ٹو انڈرسٹینڈ دا مشن، اینڈ ناٹ ا فیو ایکسیپشنل اینڈ ٹیمپریری انسیڈنٹس۔</w:t>
      </w:r>
    </w:p>
    <w:p>
      <w:pPr>
        <w:jc w:val="right"/>
      </w:pPr>
      <w:r>
        <w:t>اینڈ وی نیڈ ٹو انڈرسٹینڈ دی انٹائر ٹائم لائن ٹو انڈرسٹینڈ دا مشن، اینڈ ناٹ ا فیو ایکسیپشنل اینڈ ٹیمپریری انسیڈنٹس۔</w:t>
      </w:r>
    </w:p>
    <w:p>
      <w:r>
        <w:rPr>
          <w:b/>
        </w:rPr>
        <w:t xml:space="preserve">[27:06] </w:t>
      </w:r>
      <w:r>
        <w:t>شوڈ وی ناٹ ڈو اینی تھنگ ٹورڈز دا کاز اف پیس؟</w:t>
      </w:r>
    </w:p>
    <w:p>
      <w:pPr>
        <w:jc w:val="right"/>
      </w:pPr>
      <w:r>
        <w:t>شوڈ وی ناٹ ڈو اینی تھنگ ٹورڈز دا کاز اف پیس؟</w:t>
      </w:r>
    </w:p>
    <w:p>
      <w:r>
        <w:rPr>
          <w:b/>
        </w:rPr>
        <w:t xml:space="preserve">[27:11] </w:t>
      </w:r>
      <w:r>
        <w:t>وی، دا مشنریز اف سی پی ایس انٹرنیشنل، فاؤنڈڈ بائے مولانا وحید الدین خان، ار انٹو دس مشن اف دا پرافٹ۔</w:t>
      </w:r>
    </w:p>
    <w:p>
      <w:pPr>
        <w:jc w:val="right"/>
      </w:pPr>
      <w:r>
        <w:t>وی، دا مشنریز اف سی پی ایس انٹرنیشنل، فاؤنڈڈ بائے مولانا وحید الدین خان، ار انٹو دس مشن اف دا پرافٹ۔</w:t>
      </w:r>
    </w:p>
    <w:p>
      <w:r>
        <w:rPr>
          <w:b/>
        </w:rPr>
        <w:t xml:space="preserve">[27:20] </w:t>
      </w:r>
      <w:r>
        <w:t>مولانا، دا ریسیپینٹ اف مینی پیس اوارڈز، ہو پاسٹ اوے لاسٹ منتھ، اینڈ ڈیڈیکیٹڈ ہز لائف، ہز ریسورسز ٹو دس کالز۔</w:t>
      </w:r>
    </w:p>
    <w:p>
      <w:pPr>
        <w:jc w:val="right"/>
      </w:pPr>
      <w:r>
        <w:t>مولانا، دا ریسیپینٹ اف مینی پیس اوارڈز، ہو پاسٹ اوے لاسٹ منتھ، اینڈ ڈیڈیکیٹڈ ہز لائف، ہز ریسورسز ٹو دس کالز۔</w:t>
      </w:r>
    </w:p>
    <w:p>
      <w:r>
        <w:rPr>
          <w:b/>
        </w:rPr>
        <w:t xml:space="preserve">[27:31] </w:t>
      </w:r>
      <w:r>
        <w:t>ہی ورکڈ ٹائر لیسلی ٹورڈز ری انجینئرنگ دا مائنڈز اف دا پیپل ٹورڈز پیس اینڈ پازیٹیوٹی۔ ہی سیز: "ٹیررزم از این ائیڈیالوجی اف وائلنس، اینڈ وی ہیو ٹو کاؤنٹر اٹ ود ائیڈیالوجی اف پیس۔" مولانا پریزنٹس دا ٹرو فیس اف اسلام، اسلام ایز اٹ از، وچ از ا ریلیجن اف نیچر۔</w:t>
      </w:r>
    </w:p>
    <w:p>
      <w:pPr>
        <w:jc w:val="right"/>
      </w:pPr>
      <w:r>
        <w:t>ہی ورکڈ ٹائر لیسلی ٹورڈز ری انجینئرنگ دا مائنڈز اف دا پیپل ٹورڈز پیس اینڈ پازیٹیوٹی۔ ہی سیز: "ٹیررزم از این ائیڈیالوجی اف وائلنس، اینڈ وی ہیو ٹو کاؤنٹر اٹ ود ائیڈیالوجی اف پیس۔" مولانا پریزنٹس دا ٹرو فیس اف اسلام، اسلام ایز اٹ از، وچ از ا ریلیجن اف نیچر۔</w:t>
      </w:r>
    </w:p>
    <w:p>
      <w:r>
        <w:rPr>
          <w:b/>
        </w:rPr>
        <w:t xml:space="preserve">[27:57] </w:t>
      </w:r>
      <w:r>
        <w:t>فار فردر ریڈنگ، یو می گو تھرو ا لٹریچر ویب سائٹس، اینڈ یو می جوائن اس فار دس گریٹ کاز اف پیس ان دس پینڈیمک اینڈ وائلنس ٹریکن ورلڈ۔</w:t>
      </w:r>
    </w:p>
    <w:p>
      <w:pPr>
        <w:jc w:val="right"/>
      </w:pPr>
      <w:r>
        <w:t>فار فردر ریڈنگ، یو می گو تھرو ا لٹریچر ویب سائٹس، اینڈ یو می جوائن اس فار دس گریٹ کاز اف پیس ان دس پینڈیمک اینڈ وائلنس ٹریکن ورلڈ۔</w:t>
      </w:r>
    </w:p>
    <w:p>
      <w:r>
        <w:rPr>
          <w:b/>
        </w:rPr>
        <w:t xml:space="preserve">[28:11] </w:t>
      </w:r>
      <w:r>
        <w:t>دا لاسٹ اف ا کال ویل بی: "گلوری بی ٹو دا لارڈ اف دا یونیورس۔" یو می کنیکٹ ود اس۔</w:t>
      </w:r>
    </w:p>
    <w:p>
      <w:pPr>
        <w:jc w:val="right"/>
      </w:pPr>
      <w:r>
        <w:t>دا لاسٹ اف ا کال ویل بی: "گلوری بی ٹو دا لارڈ اف دا یونیورس۔" یو می کنیکٹ ود اس۔</w:t>
      </w:r>
    </w:p>
    <w:p>
      <w:r>
        <w:rPr>
          <w:b/>
        </w:rPr>
        <w:t xml:space="preserve">[28:21] </w:t>
      </w:r>
      <w:r>
        <w:t>پلیز لاگ ان ایوری سنڈے ایٹ سیون پی ایم انڈین سٹینڈرڈ ٹائم ٹو پارٹیسپیٹ ان دس کلاس۔ یو می میل یور فیڈ بیک اینڈ کوسچنز ان دس ٹاپک ٹو فیڈ بیک یو اے ڈاٹ سی ایف پی ایٹ جی میل ڈاٹ کام۔</w:t>
      </w:r>
    </w:p>
    <w:p>
      <w:pPr>
        <w:jc w:val="right"/>
      </w:pPr>
      <w:r>
        <w:t>پلیز لاگ ان ایوری سنڈے ایٹ سیون پی ایم انڈین سٹینڈرڈ ٹائم ٹو پارٹیسپیٹ ان دس کلاس۔ یو می میل یور فیڈ بیک اینڈ کوسچنز ان دس ٹاپک ٹو فیڈ بیک یو اے ڈاٹ سی ایف پی ایٹ جی میل ڈاٹ کام۔</w:t>
      </w:r>
    </w:p>
    <w:p>
      <w:r>
        <w:rPr>
          <w:b/>
        </w:rPr>
        <w:t xml:space="preserve">[28:35] </w:t>
      </w:r>
      <w:r>
        <w:t>تھینک یو فار یور پریشیس ٹائم اینڈ انٹرسٹ۔ گاڈ ولنگ، وی میٹ نیکسٹ سنڈے دا سکسٹھ اف جون ٹوئنٹی ٹوئنٹی ون۔</w:t>
      </w:r>
    </w:p>
    <w:p>
      <w:pPr>
        <w:jc w:val="right"/>
      </w:pPr>
      <w:r>
        <w:t>تھینک یو فار یور پریشیس ٹائم اینڈ انٹرسٹ۔ گاڈ ولنگ، وی میٹ نیکسٹ سنڈے دا سکسٹھ اف جون ٹوئنٹی ٹوئنٹی ون۔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