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Pacifism I 8 May 2011 - Maulana Wahiduddin Khan</w:t>
      </w:r>
    </w:p>
    <w:p>
      <w:r>
        <w:t>https://www.youtube.com/watch?v=fDPuwfTekjA</w:t>
      </w:r>
    </w:p>
    <w:p>
      <w:r>
        <w:rPr>
          <w:b/>
        </w:rPr>
        <w:t xml:space="preserve">[00:13] </w:t>
      </w:r>
      <w:r>
        <w:t>بسم اللہ الرحمن الرحیم، وصلی اللہ علی النبی الکریم۔ رب اشرح لی صدری، ویسر لی امری، واحل العقدۃ من لسانی یفقہ قولی۔</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آج کا ٹاپک ہے اسلامک پیسیفزم، یعنی امن پسندی اسلام میں۔</w:t>
      </w:r>
    </w:p>
    <w:p>
      <w:pPr>
        <w:jc w:val="right"/>
      </w:pPr>
      <w:r>
        <w:t>آج کا ٹاپک ہے اسلامک پیسیفزم، یعنی امن پسندی اسلام میں۔</w:t>
      </w:r>
    </w:p>
    <w:p>
      <w:r>
        <w:rPr>
          <w:b/>
        </w:rPr>
        <w:t xml:space="preserve">[00:49] </w:t>
      </w:r>
      <w:r>
        <w:t>یہ ٹاپک میں نے اس لیے لیا کہ آج کل ہر جگہ اسامہ بن لادن کا چرچہ ہے۔</w:t>
      </w:r>
    </w:p>
    <w:p>
      <w:pPr>
        <w:jc w:val="right"/>
      </w:pPr>
      <w:r>
        <w:t>یہ ٹاپک میں نے اس لیے لیا کہ آج کل ہر جگہ اسامہ بن لادن کا چرچہ ہے۔</w:t>
      </w:r>
    </w:p>
    <w:p>
      <w:r>
        <w:rPr>
          <w:b/>
        </w:rPr>
        <w:t xml:space="preserve">[01:00] </w:t>
      </w:r>
      <w:r>
        <w:t>آپ جانتے ہیں کہ 2 مئی 2011 کو، 2 مئی 2011 کو، امریکہ نے، امریکی فورسز نے آپریشن کر کے اسامہ بن لادن کو</w:t>
      </w:r>
    </w:p>
    <w:p>
      <w:pPr>
        <w:jc w:val="right"/>
      </w:pPr>
      <w:r>
        <w:t>آپ جانتے ہیں کہ 2 مئی 2011 کو، 2 مئی 2011 کو، امریکہ نے، امریکی فورسز نے آپریشن کر کے اسامہ بن لادن کو</w:t>
      </w:r>
    </w:p>
    <w:p>
      <w:r>
        <w:rPr>
          <w:b/>
        </w:rPr>
        <w:t xml:space="preserve">[01:19] </w:t>
      </w:r>
      <w:r>
        <w:t>ختم کر دیا تھا۔ تو بہت چرچا ہے، کوئی اس کے اگینسٹ بولتا ہے، کوئی ان کے فوراً بولتا ہے۔</w:t>
      </w:r>
    </w:p>
    <w:p>
      <w:pPr>
        <w:jc w:val="right"/>
      </w:pPr>
      <w:r>
        <w:t>ختم کر دیا تھا۔ تو بہت چرچا ہے، کوئی اس کے اگینسٹ بولتا ہے، کوئی ان کے فوراً بولتا ہے۔</w:t>
      </w:r>
    </w:p>
    <w:p>
      <w:r>
        <w:rPr>
          <w:b/>
        </w:rPr>
        <w:t xml:space="preserve">[01:29] </w:t>
      </w:r>
      <w:r>
        <w:t>لیکن مجھے دلچسپی ہوتی ہے ہمیشہ لسن سے، کہ اس واقعے میں لسن کیا ہے۔ تو اس واقعے میں جو لسن ہے وہ یہ ہے کہ ملیٹینسی سرے سے کوئی آپشن ہی نہیں ہے،</w:t>
      </w:r>
    </w:p>
    <w:p>
      <w:pPr>
        <w:jc w:val="right"/>
      </w:pPr>
      <w:r>
        <w:t>لیکن مجھے دلچسپی ہوتی ہے ہمیشہ لسن سے، کہ اس واقعے میں لسن کیا ہے۔ تو اس واقعے میں جو لسن ہے وہ یہ ہے کہ ملیٹینسی سرے سے کوئی آپشن ہی نہیں ہے،</w:t>
      </w:r>
    </w:p>
    <w:p>
      <w:r>
        <w:rPr>
          <w:b/>
        </w:rPr>
        <w:t xml:space="preserve">[01:51] </w:t>
      </w:r>
      <w:r>
        <w:t>کسی کے لیے بھی نہیں۔ نہ سپر پاور کے لیے اور نہ نان سپر پاور کے لیے۔</w:t>
      </w:r>
    </w:p>
    <w:p>
      <w:pPr>
        <w:jc w:val="right"/>
      </w:pPr>
      <w:r>
        <w:t>کسی کے لیے بھی نہیں۔ نہ سپر پاور کے لیے اور نہ نان سپر پاور کے لیے۔</w:t>
      </w:r>
    </w:p>
    <w:p>
      <w:r>
        <w:rPr>
          <w:b/>
        </w:rPr>
        <w:t xml:space="preserve">[01:58] </w:t>
      </w:r>
      <w:r>
        <w:t>کیونکہ جس چیز میں رزلٹ نہ نکلے، وہ آپشن نہیں بن سکتا ہے۔ اب دیکھیے، اسامہ بن لادن نے ایک بہت بڑا آپریشن کیا۔</w:t>
      </w:r>
    </w:p>
    <w:p>
      <w:pPr>
        <w:jc w:val="right"/>
      </w:pPr>
      <w:r>
        <w:t>کیونکہ جس چیز میں رزلٹ نہ نکلے، وہ آپشن نہیں بن سکتا ہے۔ اب دیکھیے، اسامہ بن لادن نے ایک بہت بڑا آپریشن کیا۔</w:t>
      </w:r>
    </w:p>
    <w:p>
      <w:r>
        <w:rPr>
          <w:b/>
        </w:rPr>
        <w:t xml:space="preserve">[02:12] </w:t>
      </w:r>
      <w:r>
        <w:t>مطلب ان کی جو تنظیم ہے، القاعدہ، اس نے—یعنی تاریخ کا سب سے بڑا واقعہ ٹیرر کا غالباً تھا—کہ نیویارک کے جو، نیویارک کا جو</w:t>
      </w:r>
    </w:p>
    <w:p>
      <w:pPr>
        <w:jc w:val="right"/>
      </w:pPr>
      <w:r>
        <w:t>مطلب ان کی جو تنظیم ہے، القاعدہ، اس نے—یعنی تاریخ کا سب سے بڑا واقعہ ٹیرر کا غالباً تھا—کہ نیویارک کے جو، نیویارک کا جو</w:t>
      </w:r>
    </w:p>
    <w:p>
      <w:r>
        <w:rPr>
          <w:b/>
        </w:rPr>
        <w:t xml:space="preserve">[02:31] </w:t>
      </w:r>
      <w:r>
        <w:t>ٹریڈ ٹاور تھا، اس سے ہوائی جہاز کو ٹکرا دیا۔</w:t>
      </w:r>
    </w:p>
    <w:p>
      <w:pPr>
        <w:jc w:val="right"/>
      </w:pPr>
      <w:r>
        <w:t>ٹریڈ ٹاور تھا، اس سے ہوائی جہاز کو ٹکرا دیا۔</w:t>
      </w:r>
    </w:p>
    <w:p>
      <w:r>
        <w:rPr>
          <w:b/>
        </w:rPr>
        <w:t xml:space="preserve">[02:38] </w:t>
      </w:r>
      <w:r>
        <w:t>اور وہ ٹوٹ پھوٹ کر ختم ہو گیا۔</w:t>
      </w:r>
    </w:p>
    <w:p>
      <w:pPr>
        <w:jc w:val="right"/>
      </w:pPr>
      <w:r>
        <w:t>اور وہ ٹوٹ پھوٹ کر ختم ہو گیا۔</w:t>
      </w:r>
    </w:p>
    <w:p>
      <w:r>
        <w:rPr>
          <w:b/>
        </w:rPr>
        <w:t xml:space="preserve">[02:41] </w:t>
      </w:r>
      <w:r>
        <w:t>ایسا ٹیرر تو کبھی سنا نہیں تھا، نہ کبھی کیا تھا کسی نے۔ لیکن امریکہ ویسے ہی کا ویسے ہی ہے، امریکی طاقت ویسے ہی قائم ہے۔</w:t>
      </w:r>
    </w:p>
    <w:p>
      <w:pPr>
        <w:jc w:val="right"/>
      </w:pPr>
      <w:r>
        <w:t>ایسا ٹیرر تو کبھی سنا نہیں تھا، نہ کبھی کیا تھا کسی نے۔ لیکن امریکہ ویسے ہی کا ویسے ہی ہے، امریکی طاقت ویسے ہی قائم ہے۔</w:t>
      </w:r>
    </w:p>
    <w:p>
      <w:r>
        <w:rPr>
          <w:b/>
        </w:rPr>
        <w:t xml:space="preserve">[02:56] </w:t>
      </w:r>
      <w:r>
        <w:t>دوسری طرف دیکھیے، امریکہ نے اتنا بڑا آپریشن کیا، بہت ہی بڑا ویل پلانڈ آپریشن تھا، کہ بڈھا آباد میں اس جگہ کو انہوں نے اسپاٹ کیا، جو بہت چھپی ہوئی جگہ تھی وہ۔</w:t>
      </w:r>
    </w:p>
    <w:p>
      <w:pPr>
        <w:jc w:val="right"/>
      </w:pPr>
      <w:r>
        <w:t>دوسری طرف دیکھیے، امریکہ نے اتنا بڑا آپریشن کیا، بہت ہی بڑا ویل پلانڈ آپریشن تھا، کہ بڈھا آباد میں اس جگہ کو انہوں نے اسپاٹ کیا، جو بہت چھپی ہوئی جگہ تھی وہ۔</w:t>
      </w:r>
    </w:p>
    <w:p>
      <w:r>
        <w:rPr>
          <w:b/>
        </w:rPr>
        <w:t xml:space="preserve">[03:15] </w:t>
      </w:r>
      <w:r>
        <w:t>اور وہاں پر ہیلی کاپٹر کے ذریعے ایک آپریشن کیا انہوں نے، اور ان کے فوجیوں نے وہاں جا کر گولی مار دی۔</w:t>
      </w:r>
    </w:p>
    <w:p>
      <w:pPr>
        <w:jc w:val="right"/>
      </w:pPr>
      <w:r>
        <w:t>اور وہاں پر ہیلی کاپٹر کے ذریعے ایک آپریشن کیا انہوں نے، اور ان کے فوجیوں نے وہاں جا کر گولی مار دی۔</w:t>
      </w:r>
    </w:p>
    <w:p>
      <w:r>
        <w:rPr>
          <w:b/>
        </w:rPr>
        <w:t xml:space="preserve">[03:25] </w:t>
      </w:r>
      <w:r>
        <w:t>اور ساری دنیا کو خبر بھی نہیں ہوئی کہ اتنا زیادہ ویل پلانڈ تھا یہ آپریشن۔</w:t>
      </w:r>
    </w:p>
    <w:p>
      <w:pPr>
        <w:jc w:val="right"/>
      </w:pPr>
      <w:r>
        <w:t>اور ساری دنیا کو خبر بھی نہیں ہوئی کہ اتنا زیادہ ویل پلانڈ تھا یہ آپریشن۔</w:t>
      </w:r>
    </w:p>
    <w:p>
      <w:r>
        <w:rPr>
          <w:b/>
        </w:rPr>
        <w:t xml:space="preserve">[03:32] </w:t>
      </w:r>
      <w:r>
        <w:t>lekin mein yeh kahoon ga ke osama aik individual tha, us ke marne se osama phenomenon khatam nahi hota.</w:t>
      </w:r>
    </w:p>
    <w:p>
      <w:pPr>
        <w:jc w:val="right"/>
      </w:pPr>
      <w:r>
        <w:t>لیکن میں یہ کہوں گا کہ اسامہ ایک انڈیویجول تھا، اس کے مارنے سے اسامہ فیناومینا ختم نہیں ہوتا۔</w:t>
      </w:r>
    </w:p>
    <w:p>
      <w:r>
        <w:rPr>
          <w:b/>
        </w:rPr>
        <w:t xml:space="preserve">[03:45] </w:t>
      </w:r>
      <w:r>
        <w:t>england mein kaha jata hai ke</w:t>
      </w:r>
    </w:p>
    <w:p>
      <w:pPr>
        <w:jc w:val="right"/>
      </w:pPr>
      <w:r>
        <w:t>انگلینڈ میں کہا جاتا ہے کہ</w:t>
      </w:r>
    </w:p>
    <w:p>
      <w:r>
        <w:rPr>
          <w:b/>
        </w:rPr>
        <w:t xml:space="preserve">[03:51] </w:t>
      </w:r>
      <w:r>
        <w:t>wahan aik maqola hai ke badshah mar gaya magar badshah zinda hai.</w:t>
      </w:r>
    </w:p>
    <w:p>
      <w:pPr>
        <w:jc w:val="right"/>
      </w:pPr>
      <w:r>
        <w:t>وہاں ایک مقولہ ہے کہ بادشاہ مر گیا مگر بادشاہ زندہ ہے۔</w:t>
      </w:r>
    </w:p>
    <w:p>
      <w:r>
        <w:rPr>
          <w:b/>
        </w:rPr>
        <w:t xml:space="preserve">[04:02] </w:t>
      </w:r>
      <w:r>
        <w:t>aam mein kahoon ga ke Osama mar gaya lekin Osama ki ideology aaj bhi zinda hai.</w:t>
      </w:r>
    </w:p>
    <w:p>
      <w:pPr>
        <w:jc w:val="right"/>
      </w:pPr>
      <w:r>
        <w:t>عام میں کہوں گا کہ اسامہ مر گیا لیکن اسامہ کی آج آج بھی زندگی زندہ ہے۔</w:t>
      </w:r>
    </w:p>
    <w:p>
      <w:r>
        <w:rPr>
          <w:b/>
        </w:rPr>
        <w:t xml:space="preserve">[04:20] </w:t>
      </w:r>
      <w:r>
        <w:t>to wahan kehte hain ke "the king is dead, long live the king".</w:t>
      </w:r>
    </w:p>
    <w:p>
      <w:pPr>
        <w:jc w:val="right"/>
      </w:pPr>
      <w:r>
        <w:t>تو وہاں کہتے ہیں کہ "The king is dead, long live the king"۔</w:t>
      </w:r>
    </w:p>
    <w:p>
      <w:r>
        <w:rPr>
          <w:b/>
        </w:rPr>
        <w:t xml:space="preserve">[04:28] </w:t>
      </w:r>
      <w:r>
        <w:t>to mein kahoon ga ke Osama bin Laden is dead, long live Osama bin Laden. kyunke unhon ne dhamki di hai, un ki jo al Qaeda hai is ne, ke hum is ka retaliate karen ge.</w:t>
      </w:r>
    </w:p>
    <w:p>
      <w:pPr>
        <w:jc w:val="right"/>
      </w:pPr>
      <w:r>
        <w:t>تو میں کہوں گا کہ اسامہ بن لادن is dead, long live اسامہ بن لادن۔ کیونکہ انہوں نے دھمکی دی ہے، ان کی جو القاعدہ ہے اس نے، کہ ہم اس کا ریٹیلیٹ کریں گے۔</w:t>
      </w:r>
    </w:p>
    <w:p>
      <w:r>
        <w:rPr>
          <w:b/>
        </w:rPr>
        <w:t xml:space="preserve">[04:44] </w:t>
      </w:r>
      <w:r>
        <w:t>aur pata nahi kya kata len ge woh. ho sakta hai ke is se bhi bara, 9/11 se bhi bara koi waqea karen.</w:t>
      </w:r>
    </w:p>
    <w:p>
      <w:pPr>
        <w:jc w:val="right"/>
      </w:pPr>
      <w:r>
        <w:t>اور پتہ نہیں کیا کٹا لیں گے وہ۔ ہو سکتا ہے کہ اس سے بھی بڑا، 9/11 سے بھی بڑا کوئی واقعہ کریں۔</w:t>
      </w:r>
    </w:p>
    <w:p>
      <w:r>
        <w:rPr>
          <w:b/>
        </w:rPr>
        <w:t xml:space="preserve">[04:53] </w:t>
      </w:r>
      <w:r>
        <w:t>to beharhal, is se pehle bhi jis ne militancy chalai, misaal ke tor par hitler ne, bohat bara waqea kiya, second world war, lekin is se kuch bhi nahi mila us ko.</w:t>
      </w:r>
    </w:p>
    <w:p>
      <w:pPr>
        <w:jc w:val="right"/>
      </w:pPr>
      <w:r>
        <w:t>تو بہرحال، اس سے پہلے بھی جس نے ملیٹینسی چلائی، مثال کے طور پر ہٹلر نے، بہت بڑا واقعہ کیا، سیکنڈ ورلڈ وار، لیکن اس سے کچھ بھی نہیں ملا اس کو۔</w:t>
      </w:r>
    </w:p>
    <w:p>
      <w:r>
        <w:rPr>
          <w:b/>
        </w:rPr>
        <w:t xml:space="preserve">[05:10] </w:t>
      </w:r>
      <w:r>
        <w:t>to mujhe jo is baat kehna hai woh yeh hai, jo sabaq mein ne liya hai woh yeh hai ke</w:t>
      </w:r>
    </w:p>
    <w:p>
      <w:pPr>
        <w:jc w:val="right"/>
      </w:pPr>
      <w:r>
        <w:t>تو مجھے جو اس بات کہنا ہے وہ یہ ہے، جو سبق میں نے لیا ہے وہ یہ ہے کہ</w:t>
      </w:r>
    </w:p>
    <w:p>
      <w:r>
        <w:rPr>
          <w:b/>
        </w:rPr>
        <w:t xml:space="preserve">[05:22] </w:t>
      </w:r>
      <w:r>
        <w:t>violence koi option nahi hai. na individual ke liye, na organization ke liye, na state ke liye. kahin bhi violence koi option nahi.</w:t>
      </w:r>
    </w:p>
    <w:p>
      <w:pPr>
        <w:jc w:val="right"/>
      </w:pPr>
      <w:r>
        <w:t>وائلنس کوئی آپشن نہیں ہے۔ نہ انڈیویجول کے لیے، نہ آرگنائزیشن کے لیے، نہ اسٹیٹ کے لیے۔ کہیں بھی وائلنس کوئی آپشن نہیں۔</w:t>
      </w:r>
    </w:p>
    <w:p>
      <w:r>
        <w:rPr>
          <w:b/>
        </w:rPr>
        <w:t xml:space="preserve">[05:35] </w:t>
      </w:r>
      <w:r>
        <w:t>violence ka jo result nikle ga us ko dekhiye, sirf tabahi mein izafa, sirf evil mein izafa, aur kuch bhi nahi.</w:t>
      </w:r>
    </w:p>
    <w:p>
      <w:pPr>
        <w:jc w:val="right"/>
      </w:pPr>
      <w:r>
        <w:t>وائلنس کا جو رزلٹ نکلے گا اس کو دیکھیے، صرف تباہی میں اضافہ، صرف ایول میں اضافہ، اور کچھ بھی نہیں۔</w:t>
      </w:r>
    </w:p>
    <w:p>
      <w:r>
        <w:rPr>
          <w:b/>
        </w:rPr>
        <w:t xml:space="preserve">[05:49] </w:t>
      </w:r>
      <w:r>
        <w:t>lekin bohat hi ajeeb baat hai ke poori tareekh mein violence jari raha hai, pehle bhi aur ab bhi.</w:t>
      </w:r>
    </w:p>
    <w:p>
      <w:pPr>
        <w:jc w:val="right"/>
      </w:pPr>
      <w:r>
        <w:t>لیکن بہت ہی عجیب بات ہے کہ پوری تاریخ میں وائلنس جاری رہا ہے، پہلے بھی اور اب بھی۔</w:t>
      </w:r>
    </w:p>
    <w:p>
      <w:r>
        <w:rPr>
          <w:b/>
        </w:rPr>
        <w:t xml:space="preserve">[05:59] </w:t>
      </w:r>
      <w:r>
        <w:t>to yeh pacifism jo bola mein, to yeh aik discipline hai, yani studies in peace ko kaha jata hai pacifism.</w:t>
      </w:r>
    </w:p>
    <w:p>
      <w:pPr>
        <w:jc w:val="right"/>
      </w:pPr>
      <w:r>
        <w:t>تو یہ پیسیفزم جو بولا میں، تو یہ ایک ڈسپلن ہے، یعنی اسٹڈیز ان پیس کو کہا جاتا ہے پیسیفزم۔</w:t>
      </w:r>
    </w:p>
    <w:p>
      <w:r>
        <w:rPr>
          <w:b/>
        </w:rPr>
        <w:t xml:space="preserve">[06:15] </w:t>
      </w:r>
      <w:r>
        <w:t>lekin mein ne bohat cheezein parhin pacifism ke baray mein, aik baqayda aik encyclopedia hai, encyclopedia of pacifism, lekin kuch bhi is mein nahi.</w:t>
      </w:r>
    </w:p>
    <w:p>
      <w:pPr>
        <w:jc w:val="right"/>
      </w:pPr>
      <w:r>
        <w:t>لیکن میں نے بہت چیزیں پڑھیں پیسیفزم کے بارے میں، ایک باقاعدہ ایک انسائیکلوپیڈیا ہے، انسائیکلوپیڈیا آف پیسیفزم، لیکن کچھ بھی اس میں نہیں۔</w:t>
      </w:r>
    </w:p>
    <w:p>
      <w:r>
        <w:rPr>
          <w:b/>
        </w:rPr>
        <w:t xml:space="preserve">[06:29] </w:t>
      </w:r>
      <w:r>
        <w:t>kyun? basic baat dekhiye yeh hai ke aman ki ideology chahiye. aman ki ideology koi develop nahi kar saka.</w:t>
      </w:r>
    </w:p>
    <w:p>
      <w:pPr>
        <w:jc w:val="right"/>
      </w:pPr>
      <w:r>
        <w:t>کیوں؟ بیسک بات دیکھیے یہ ہے کہ امن کی آئیڈیالوجی چاہیے۔ امن کی آئیڈیالوجی کوئی ڈیولپ نہیں کر سکا۔</w:t>
      </w:r>
    </w:p>
    <w:p>
      <w:r>
        <w:rPr>
          <w:b/>
        </w:rPr>
        <w:t xml:space="preserve">[06:43] </w:t>
      </w:r>
      <w:r>
        <w:t>na pehle na ab.</w:t>
      </w:r>
    </w:p>
    <w:p>
      <w:pPr>
        <w:jc w:val="right"/>
      </w:pPr>
      <w:r>
        <w:t>نہ پہلے نہ اب۔</w:t>
      </w:r>
    </w:p>
    <w:p>
      <w:r>
        <w:rPr>
          <w:b/>
        </w:rPr>
        <w:t xml:space="preserve">[06:45] </w:t>
      </w:r>
      <w:r>
        <w:t>log kehte hain ke aman qaim hona chahiye, jang buri cheez hai. lekin aap ko aik ideology deni pare gi, jis mein aadmi ko lagay justification mil jaye jang na karne ka.</w:t>
      </w:r>
    </w:p>
    <w:p>
      <w:pPr>
        <w:jc w:val="right"/>
      </w:pPr>
      <w:r>
        <w:t>لوگ کہتے ہیں کہ امن قائم ہونا چاہیے، جنگ بری چیز ہے۔ لیکن آپ کو ایک آئیڈیالوجی دینی پڑے گی، جس میں آدمی کو لگے جسٹیفیکیشن مل جائے جنگ نہ کرنے کا۔</w:t>
      </w:r>
    </w:p>
    <w:p>
      <w:r>
        <w:rPr>
          <w:b/>
        </w:rPr>
        <w:t xml:space="preserve">[07:04] </w:t>
      </w:r>
      <w:r>
        <w:t>misaal ke tor par, aam tor par yeh mana jata hai ke jab injustice hoga to larai hogi. is liye justice qaim karo, logon ko justice do, tab aman qaim ho jaye ga.</w:t>
      </w:r>
    </w:p>
    <w:p>
      <w:pPr>
        <w:jc w:val="right"/>
      </w:pPr>
      <w:r>
        <w:t>مثال کے طور پر، عام طور پر یہ مانا جاتا ہے کہ جب ان جسٹس ہوگا تو لڑائی ہوگی۔ اس لیے جسٹس قائم کرو، لوگوں کو جسٹس دو، تب امن قائم ہو جائے گا۔</w:t>
      </w:r>
    </w:p>
    <w:p>
      <w:r>
        <w:rPr>
          <w:b/>
        </w:rPr>
        <w:t xml:space="preserve">[07:18] </w:t>
      </w:r>
      <w:r>
        <w:t>yeh formula hi ghalat hai.</w:t>
      </w:r>
    </w:p>
    <w:p>
      <w:pPr>
        <w:jc w:val="right"/>
      </w:pPr>
      <w:r>
        <w:t>یہ فارمولا ہی غلط ہے۔</w:t>
      </w:r>
    </w:p>
    <w:p>
      <w:r>
        <w:rPr>
          <w:b/>
        </w:rPr>
        <w:t xml:space="preserve">[07:24] </w:t>
      </w:r>
      <w:r>
        <w:t>yeh formula hi ghalat hai.</w:t>
      </w:r>
    </w:p>
    <w:p>
      <w:pPr>
        <w:jc w:val="right"/>
      </w:pPr>
      <w:r>
        <w:t>یہ فارمولا ہی غلط ہے۔</w:t>
      </w:r>
    </w:p>
    <w:p>
      <w:r>
        <w:rPr>
          <w:b/>
        </w:rPr>
        <w:t xml:space="preserve">[07:28] </w:t>
      </w:r>
      <w:r>
        <w:t>kyunke justice aik bilateral cheez hai. aap samjhayein ke justice mein ne de diya logon ko, doosra samjhe ke mujhe justice nahi mila hai, to phir bhi woh dissatisfied rahe ga.</w:t>
      </w:r>
    </w:p>
    <w:p>
      <w:pPr>
        <w:jc w:val="right"/>
      </w:pPr>
      <w:r>
        <w:t>کیونکہ جسٹس ایک بائی لیٹرل چیز ہے۔ آپ سمجھائیں کہ جسٹس میں نے دے دیا لوگوں کو، دوسرا سمجھے کہ مجھے جسٹس نہیں ملا ہے، تو پھر بھی وہ ڈس سیٹسفائیڈ رہے گا۔</w:t>
      </w:r>
    </w:p>
    <w:p>
      <w:r>
        <w:rPr>
          <w:b/>
        </w:rPr>
        <w:t xml:space="preserve">[07:43] </w:t>
      </w:r>
      <w:r>
        <w:t>aur phir woh militancy chalaye ga. to justice koi criteria nahi ban sakta hai.</w:t>
      </w:r>
    </w:p>
    <w:p>
      <w:pPr>
        <w:jc w:val="right"/>
      </w:pPr>
      <w:r>
        <w:t>اور پھر وہ ملیٹینسی چلائے گا۔ تو جسٹس کوئی کرائیٹیریا نہیں بن سکتا ہے۔</w:t>
      </w:r>
    </w:p>
    <w:p>
      <w:r>
        <w:rPr>
          <w:b/>
        </w:rPr>
        <w:t xml:space="preserve">[07:51] </w:t>
      </w:r>
      <w:r>
        <w:t>sahi baat yeh hai ke peace qaim karo, peace se opportunities khulein gi, opportunities ka avail karo, phir tum woh cheez hasil kar sakte ho jis ko tum kehte ho justice.</w:t>
      </w:r>
    </w:p>
    <w:p>
      <w:pPr>
        <w:jc w:val="right"/>
      </w:pPr>
      <w:r>
        <w:t>صحیح بات یہ ہے کہ پیس قائم کرو، پیس سے آپرچونیٹیز کھلیں گی، آپرچونیٹیز کا اویل کرو، پھر تم وہ چیز حاصل کر سکتے ہو جس کو تم کہتے ہو جسٹس۔</w:t>
      </w:r>
    </w:p>
    <w:p>
      <w:r>
        <w:rPr>
          <w:b/>
        </w:rPr>
        <w:t xml:space="preserve">[08:05] </w:t>
      </w:r>
      <w:r>
        <w:t>to mein ne bohat sari cheezein parhin lekin yeh clear nahi hai logon ko ke aman kaise qaim kiya j</w:t>
      </w:r>
    </w:p>
    <w:p>
      <w:pPr>
        <w:jc w:val="right"/>
      </w:pPr>
      <w:r>
        <w:t>تو میں نے بہت ساری چیزیں پڑھیں لیکن یہ کلیئر نہیں ہے لوگوں کو کہ امن کیسے قائم کیا ج</w:t>
      </w:r>
    </w:p>
    <w:p>
      <w:r>
        <w:rPr>
          <w:b/>
        </w:rPr>
        <w:t xml:space="preserve">[08:12] </w:t>
      </w:r>
      <w:r>
        <w:t>aye. mein samajhta hoon ke islam ne pehli baar tareekh mein aman ki ideology di thi, ideology of peace. pehli baar.</w:t>
      </w:r>
    </w:p>
    <w:p>
      <w:pPr>
        <w:jc w:val="right"/>
      </w:pPr>
      <w:r>
        <w:t>ائے۔ میں سمجھتا ہوں کہ اسلام نے پہلی بار تاریخ میں امن کی آئیڈیالوجی دی تھی، آئیڈیالوجی آف پیس۔ پہلی بار۔</w:t>
      </w:r>
    </w:p>
    <w:p>
      <w:r>
        <w:rPr>
          <w:b/>
        </w:rPr>
        <w:t xml:space="preserve">[08:22] </w:t>
      </w:r>
      <w:r>
        <w:t>yani islam ne goya ek naya daur shuru kiya tha, daur aman</w:t>
      </w:r>
    </w:p>
    <w:p>
      <w:pPr>
        <w:jc w:val="right"/>
      </w:pPr>
      <w:r>
        <w:t>یعنی اسلام نے گویا ایک نیا دور شروع کیا تھا، دور امن</w:t>
      </w:r>
    </w:p>
    <w:p>
      <w:r>
        <w:rPr>
          <w:b/>
        </w:rPr>
        <w:t xml:space="preserve">[08:31] </w:t>
      </w:r>
      <w:r>
        <w:t>lekin bohat hi ajeeb baat hai ke islam ki jo ideology of peace hai, us ko na musalman samjhe na doosron ko bata sake woh.</w:t>
      </w:r>
    </w:p>
    <w:p>
      <w:pPr>
        <w:jc w:val="right"/>
      </w:pPr>
      <w:r>
        <w:t>۔ لیکن بہت ہی عجیب بات ہے کہ اسلام کی جو آئیڈیالوجی آف پیس ہے، اس کو نہ مسلمان سمجھے نہ دوسروں کو بتا سکے وہ۔</w:t>
      </w:r>
    </w:p>
    <w:p>
      <w:r>
        <w:rPr>
          <w:b/>
        </w:rPr>
        <w:t xml:space="preserve">[08:44] </w:t>
      </w:r>
      <w:r>
        <w:t>na khud musalman is ko samjhe aur na doosron ko bata sake.</w:t>
      </w:r>
    </w:p>
    <w:p>
      <w:pPr>
        <w:jc w:val="right"/>
      </w:pPr>
      <w:r>
        <w:t>نہ خود مسلمان اس کو سمجھے اور نہ دوسروں کو بتا سکے۔</w:t>
      </w:r>
    </w:p>
    <w:p>
      <w:r>
        <w:rPr>
          <w:b/>
        </w:rPr>
        <w:t xml:space="preserve">[08:48] </w:t>
      </w:r>
      <w:r>
        <w:t>is liye agarchay rasool Allah sal Allah alaihi wasallam ne aur aap ke ashaab ne aman ki ideology bohat hi clear tareeqay par aur is ka model bhi de diya, lekin bohat jald musalmanon mein derailment ho gaya aur larai bhirayi, larai bhirayi, aaj tak larai bhirayi kar rahay hain.</w:t>
      </w:r>
    </w:p>
    <w:p>
      <w:pPr>
        <w:jc w:val="right"/>
      </w:pPr>
      <w:r>
        <w:t>اس لیے اگرچہ رسول اللہ صلی اللہ علیہ وسلم نے اور آپ کے اصحاب نے امن کی آئیڈیالوجی بہت ہی کلیئر طریقے پر اور اس کا ماڈل بھی دے دیا، لیکن بہت جلد مسلمانوں میں ڈیلیلمنٹ ہو گیا اور لڑائی بھڑائی، لڑائی بھڑائی، آج تک لڑائی بھڑائی کر رہے ہیں۔</w:t>
      </w:r>
    </w:p>
    <w:p>
      <w:r>
        <w:rPr>
          <w:b/>
        </w:rPr>
        <w:t xml:space="preserve">[09:06] </w:t>
      </w:r>
      <w:r>
        <w:t>aur is ka naam rakh rakha hai jihad.</w:t>
      </w:r>
    </w:p>
    <w:p>
      <w:pPr>
        <w:jc w:val="right"/>
      </w:pPr>
      <w:r>
        <w:t>اور اس کا نام رکھ رکھا ہے جہاد۔</w:t>
      </w:r>
    </w:p>
    <w:p>
      <w:r>
        <w:rPr>
          <w:b/>
        </w:rPr>
        <w:t xml:space="preserve">[09:11] </w:t>
      </w:r>
      <w:r>
        <w:t>ek hadith hai ke aap ne farmaya ke baad ke zamanay mein log sharab ko halaal kar len gay, sharab ko jaiz kar len gay.</w:t>
      </w:r>
    </w:p>
    <w:p>
      <w:pPr>
        <w:jc w:val="right"/>
      </w:pPr>
      <w:r>
        <w:t>ایک حدیث ہے کہ آپ نے فرمایا کہ بعد کے زمانے میں لوگ شراب کو حلال کر لیں گے، شراب کو جائز کر لیں گے۔</w:t>
      </w:r>
    </w:p>
    <w:p>
      <w:r>
        <w:rPr>
          <w:b/>
        </w:rPr>
        <w:t xml:space="preserve">[09:22] </w:t>
      </w:r>
      <w:r>
        <w:t>to logon ne kaha ke aisa kaisay hoga ke sharab ko log jaiz kar len? to aap ne farmaya ke baghair ism</w:t>
      </w:r>
    </w:p>
    <w:p>
      <w:pPr>
        <w:jc w:val="right"/>
      </w:pPr>
      <w:r>
        <w:t>تو لوگوں نے کہا کہ ایسا کیسے ہوگا کہ شراب کو لوگ جائز کر لیں؟ تو آپ نے فرمایا کہ بغیر اسم</w:t>
      </w:r>
    </w:p>
    <w:p>
      <w:r>
        <w:rPr>
          <w:b/>
        </w:rPr>
        <w:t xml:space="preserve">[09:34] </w:t>
      </w:r>
      <w:r>
        <w:t>naam badal den gay, naam badal kar is ko jaiz kar len gay.</w:t>
      </w:r>
    </w:p>
    <w:p>
      <w:pPr>
        <w:jc w:val="right"/>
      </w:pPr>
      <w:r>
        <w:t>نام بدل دیں گے، نام بدل کر اس کو جائز کر لیں گے۔</w:t>
      </w:r>
    </w:p>
    <w:p>
      <w:r>
        <w:rPr>
          <w:b/>
        </w:rPr>
        <w:t xml:space="preserve">[09:37] </w:t>
      </w:r>
      <w:r>
        <w:t>to aap dekhiye, terrorism ko aur violence ko keh diya jihad, to terrorism ko aur violence ko jihad ke naam par jaiz kar rakha hai.</w:t>
      </w:r>
    </w:p>
    <w:p>
      <w:pPr>
        <w:jc w:val="right"/>
      </w:pPr>
      <w:r>
        <w:t>تو آپ دیکھیے، ٹیررزم کو اور وائلنس کو کہہ دیا جہاد، تو ٹیررزم کو اور وائلنس کو جہاد کے نام پر جائز کر رکھا ہے۔</w:t>
      </w:r>
    </w:p>
    <w:p>
      <w:r>
        <w:rPr>
          <w:b/>
        </w:rPr>
        <w:t xml:space="preserve">[09:49] </w:t>
      </w:r>
      <w:r>
        <w:t>wohi hai yeh, naam badal kar ek najaaiz ko jaiz kar laina. yahi ho raha hai.</w:t>
      </w:r>
    </w:p>
    <w:p>
      <w:pPr>
        <w:jc w:val="right"/>
      </w:pPr>
      <w:r>
        <w:t>وہی ہے یہ، نام بدل کر ایک ناجائز کو جائز کر لینا۔ یہی ہو رہا ہے۔</w:t>
      </w:r>
    </w:p>
    <w:p>
      <w:r>
        <w:rPr>
          <w:b/>
        </w:rPr>
        <w:t xml:space="preserve">[10:01] </w:t>
      </w:r>
      <w:r>
        <w:t>ab mein aap ko lay chalta hoon rasool Allah ke zamanay ki taraf</w:t>
      </w:r>
    </w:p>
    <w:p>
      <w:pPr>
        <w:jc w:val="right"/>
      </w:pPr>
      <w:r>
        <w:t>اب میں آپ کو لے چلتا ہوں رسول اللہ کے زمانے کی طرف</w:t>
      </w:r>
    </w:p>
    <w:p>
      <w:r>
        <w:rPr>
          <w:b/>
        </w:rPr>
        <w:t xml:space="preserve">[10:05] </w:t>
      </w:r>
      <w:r>
        <w:t>paygambar islam sal Allah alaihi wasallam, yani karamat Muhammad bin Abdullah bin Abdul Muttalib, woh 570 eesvi mein Makkah mein paida huay.</w:t>
      </w:r>
    </w:p>
    <w:p>
      <w:pPr>
        <w:jc w:val="right"/>
      </w:pPr>
      <w:r>
        <w:t>۔ پیغمبر اسلام صلی اللہ علیہ وسلم، یعنی کرامت محمد بن عبداللہ بن عبدالمطلب، وہ 570 عیسوی میں مکہ میں پیدا ہوئے۔</w:t>
      </w:r>
    </w:p>
    <w:p>
      <w:r>
        <w:rPr>
          <w:b/>
        </w:rPr>
        <w:t xml:space="preserve">[10:17] </w:t>
      </w:r>
      <w:r>
        <w:t>610 eesvi mein unhon ne Makkah mein apnay mission ka, yani tauheed ke mission ka aaghaz kiya.</w:t>
      </w:r>
    </w:p>
    <w:p>
      <w:pPr>
        <w:jc w:val="right"/>
      </w:pPr>
      <w:r>
        <w:t>610 عیسوی میں انہوں نے مکہ میں اپنے مشن کا، یعنی توحید کے مشن کا آغاز کیا۔</w:t>
      </w:r>
    </w:p>
    <w:p>
      <w:r>
        <w:rPr>
          <w:b/>
        </w:rPr>
        <w:t xml:space="preserve">[10:28] </w:t>
      </w:r>
      <w:r>
        <w:t>to us waqt shuru ke zamanay mein jo aayatain utrin aap ke upar woh thi al muddathir. surah al muddathir</w:t>
      </w:r>
    </w:p>
    <w:p>
      <w:pPr>
        <w:jc w:val="right"/>
      </w:pPr>
      <w:r>
        <w:t>تو اس وقت شروع کے زمانے میں جو آیتیں اتریں آپ کے اوپر وہ تھی المدثر۔ سورہ المدثر</w:t>
      </w:r>
    </w:p>
    <w:p>
      <w:r>
        <w:rPr>
          <w:b/>
        </w:rPr>
        <w:t xml:space="preserve">[10:39] </w:t>
      </w:r>
      <w:r>
        <w:t>. is mein dekhiye, isi mein pehli,</w:t>
      </w:r>
    </w:p>
    <w:p>
      <w:pPr>
        <w:jc w:val="right"/>
      </w:pPr>
      <w:r>
        <w:t>۔ اس میں دیکھیے، اسی میں پہلی،</w:t>
      </w:r>
    </w:p>
    <w:p>
      <w:r>
        <w:rPr>
          <w:b/>
        </w:rPr>
        <w:t xml:space="preserve">[10:43] </w:t>
      </w:r>
      <w:r>
        <w:t>yani shuru hi mein yeh bata diya gaya tha.</w:t>
      </w:r>
    </w:p>
    <w:p>
      <w:pPr>
        <w:jc w:val="right"/>
      </w:pPr>
      <w:r>
        <w:t>یعنی شروع ہی میں یہ بتا دیا گیا تھا۔</w:t>
      </w:r>
    </w:p>
    <w:p>
      <w:r>
        <w:rPr>
          <w:b/>
        </w:rPr>
        <w:t xml:space="preserve">[10:49] </w:t>
      </w:r>
      <w:r>
        <w:t>woh yeh tha ke ya almudathir qum fanthzur warabbaka fakabbir wasiyabaka fatthahir warizqa fajhur wala tamnan tastakthir walirabbaka</w:t>
      </w:r>
    </w:p>
    <w:p>
      <w:pPr>
        <w:jc w:val="right"/>
      </w:pPr>
      <w:r>
        <w:t>وہ یہ تھا کہ یا المدثر قم فانظر وربک فکبر وصیابک فطہر والرزق فاجر ولا تمن تستکثر ولربک</w:t>
      </w:r>
    </w:p>
    <w:p>
      <w:r>
        <w:rPr>
          <w:b/>
        </w:rPr>
        <w:t xml:space="preserve">[11:03] </w:t>
      </w:r>
      <w:r>
        <w:t>fajbur yani aye paighambar,</w:t>
      </w:r>
    </w:p>
    <w:p>
      <w:pPr>
        <w:jc w:val="right"/>
      </w:pPr>
      <w:r>
        <w:t>فجبر یعنی اے پیغمبر،</w:t>
      </w:r>
    </w:p>
    <w:p>
      <w:r>
        <w:rPr>
          <w:b/>
        </w:rPr>
        <w:t xml:space="preserve">[11:08] </w:t>
      </w:r>
      <w:r>
        <w:t>daao work karo</w:t>
      </w:r>
    </w:p>
    <w:p>
      <w:pPr>
        <w:jc w:val="right"/>
      </w:pPr>
      <w:r>
        <w:t>داؤ ورک کرو</w:t>
      </w:r>
    </w:p>
    <w:p>
      <w:r>
        <w:rPr>
          <w:b/>
        </w:rPr>
        <w:t xml:space="preserve">[11:10] </w:t>
      </w:r>
      <w:r>
        <w:t>aur Allah ke liye sabr karo.</w:t>
      </w:r>
    </w:p>
    <w:p>
      <w:pPr>
        <w:jc w:val="right"/>
      </w:pPr>
      <w:r>
        <w:t>اور اللہ کے لیے صبر کرو۔</w:t>
      </w:r>
    </w:p>
    <w:p>
      <w:r>
        <w:rPr>
          <w:b/>
        </w:rPr>
        <w:t xml:space="preserve">[11:14] </w:t>
      </w:r>
      <w:r>
        <w:t>yani mission ko chalanay ke liye tum ko rukawatain paish aayen gi, logon ki taraf se tarah tarah ke maslay khaday kiye jayen gay, lekin tumhara tareeqa kya hai?</w:t>
      </w:r>
    </w:p>
    <w:p>
      <w:pPr>
        <w:jc w:val="right"/>
      </w:pPr>
      <w:r>
        <w:t>یعنی مشن کو چلانے کے لیے تم کو رکاوٹیں پیش آئیں گی، لوگوں کی طرف سے طرح طرح کے مسئلے کھڑے کیے جائیں گے، لیکن تمہارا طریقہ کیا ہے؟</w:t>
      </w:r>
    </w:p>
    <w:p>
      <w:r>
        <w:rPr>
          <w:b/>
        </w:rPr>
        <w:t xml:space="preserve">[11:26] </w:t>
      </w:r>
      <w:r>
        <w:t>sabar. sabar koi</w:t>
      </w:r>
    </w:p>
    <w:p>
      <w:pPr>
        <w:jc w:val="right"/>
      </w:pPr>
      <w:r>
        <w:t>صبر۔ صبر کوئی</w:t>
      </w:r>
    </w:p>
    <w:p>
      <w:r>
        <w:rPr>
          <w:b/>
        </w:rPr>
        <w:t xml:space="preserve">[11:32] </w:t>
      </w:r>
      <w:r>
        <w:t>paspaai nahi hai, koi passivity attitude nahi hai. sabar naam hai maslay ko thanday tareeqay par ghore karna, maslay par.</w:t>
      </w:r>
    </w:p>
    <w:p>
      <w:pPr>
        <w:jc w:val="right"/>
      </w:pPr>
      <w:r>
        <w:t>پسپائی نہیں ہے، کوئی پیسیو ایٹیٹیوڈ نہیں ہے۔ صبر نام ہے مسئلے کو ٹھنڈے طریقے پر غور کرنا، مسئلے پر۔</w:t>
      </w:r>
    </w:p>
    <w:p>
      <w:r>
        <w:rPr>
          <w:b/>
        </w:rPr>
        <w:t xml:space="preserve">[11:43] </w:t>
      </w:r>
      <w:r>
        <w:t>yani reaction kiye baghair, reaction ke baghair positive planning</w:t>
      </w:r>
    </w:p>
    <w:p>
      <w:pPr>
        <w:jc w:val="right"/>
      </w:pPr>
      <w:r>
        <w:t>یعنی ری ایکشن کیے بغیر، ری ایکشن کے بغیر پازیٹیو پلاننگ</w:t>
      </w:r>
    </w:p>
    <w:p>
      <w:r>
        <w:rPr>
          <w:b/>
        </w:rPr>
        <w:t xml:space="preserve">[11:50] </w:t>
      </w:r>
      <w:r>
        <w:t>yeh hai sabar. yani reaction nahi, nafrat nahi, jhanjhlahat nahi, kina nahi, inteqaam nahi.</w:t>
      </w:r>
    </w:p>
    <w:p>
      <w:pPr>
        <w:jc w:val="right"/>
      </w:pPr>
      <w:r>
        <w:t>، یہ ہے صبر۔ یعنی ری ایکشن نہیں، نفرت نہیں، جھنجھلاہٹ نہیں، کینہ نہیں، انتقام نہیں۔</w:t>
      </w:r>
    </w:p>
    <w:p>
      <w:r>
        <w:rPr>
          <w:b/>
        </w:rPr>
        <w:t xml:space="preserve">[11:59] </w:t>
      </w:r>
      <w:r>
        <w:t>in sab se alag ho kar ke aap sochain, aur soch kar ke apnay amal ki positive planning karen, isi ka naam hai sabar.</w:t>
      </w:r>
    </w:p>
    <w:p>
      <w:pPr>
        <w:jc w:val="right"/>
      </w:pPr>
      <w:r>
        <w:t>ان سب سے الگ ہو کر کے آپ سوچیں، اور سوچ کر کے اپنے عمل کی پازیٹیو پلاننگ کریں، اسی کا نام ہے صبر۔</w:t>
      </w:r>
    </w:p>
    <w:p>
      <w:r>
        <w:rPr>
          <w:b/>
        </w:rPr>
        <w:t xml:space="preserve">[12:10] </w:t>
      </w:r>
      <w:r>
        <w:t>shuru mein bata diya gaya yeh, kaisi ajeeb baat hai.</w:t>
      </w:r>
    </w:p>
    <w:p>
      <w:pPr>
        <w:jc w:val="right"/>
      </w:pPr>
      <w:r>
        <w:t>شروع میں بتا دیا گیا یہ، کیسی عجیب بات ہے۔</w:t>
      </w:r>
    </w:p>
    <w:p>
      <w:r>
        <w:rPr>
          <w:b/>
        </w:rPr>
        <w:t xml:space="preserve">[12:15] </w:t>
      </w:r>
      <w:r>
        <w:t>phir do aur aayaton ko lijiyay. Quran majeed mein ek aayat hai al sulhu khayr. sulah ka matlab hota hai wahi jo aap aaj kehtay hain aman, peace.</w:t>
      </w:r>
    </w:p>
    <w:p>
      <w:pPr>
        <w:jc w:val="right"/>
      </w:pPr>
      <w:r>
        <w:t>پھر دو اور آیتوں کو لیجیے۔ قرآن مجید میں ایک آیت ہے الصلح خیر ۔ صلح کا مطلب ہوتا ہے وہی جو آپ آج کہتے ہیں امن، پیس۔</w:t>
      </w:r>
    </w:p>
    <w:p>
      <w:r>
        <w:rPr>
          <w:b/>
        </w:rPr>
        <w:t xml:space="preserve">[12:27] </w:t>
      </w:r>
      <w:r>
        <w:t>yani al sulhu khayr ka matlab hai peaceful settlement is the best</w:t>
      </w:r>
    </w:p>
    <w:p>
      <w:pPr>
        <w:jc w:val="right"/>
      </w:pPr>
      <w:r>
        <w:t>یعنی الصلح خیر کا مطلب ہے peaceful settlement is the best</w:t>
      </w:r>
    </w:p>
    <w:p>
      <w:r>
        <w:rPr>
          <w:b/>
        </w:rPr>
        <w:t xml:space="preserve">[12:35] </w:t>
      </w:r>
      <w:r>
        <w:t>.</w:t>
      </w:r>
    </w:p>
    <w:p>
      <w:pPr>
        <w:jc w:val="right"/>
      </w:pPr>
      <w:r>
        <w:t>۔</w:t>
      </w:r>
    </w:p>
    <w:p>
      <w:r>
        <w:rPr>
          <w:b/>
        </w:rPr>
        <w:t xml:space="preserve">[12:37] </w:t>
      </w:r>
      <w:r>
        <w:t>yeh quran mein rasool allah ko bataya gaya. yeh surah nisa mein yeh ayat hai.</w:t>
      </w:r>
    </w:p>
    <w:p>
      <w:pPr>
        <w:jc w:val="right"/>
      </w:pPr>
      <w:r>
        <w:t>یہ قرآن میں رسول اللہ کو بتایا گیا۔ یہ سورہ النساء میں یہ آیت ہے۔</w:t>
      </w:r>
    </w:p>
    <w:p>
      <w:r>
        <w:rPr>
          <w:b/>
        </w:rPr>
        <w:t xml:space="preserve">[12:45] </w:t>
      </w:r>
      <w:r>
        <w:t>al sulh khair. yani peaceful settlement is the best. doosri aik ayat surah hajj mein hai, al hajj.</w:t>
      </w:r>
    </w:p>
    <w:p>
      <w:pPr>
        <w:jc w:val="right"/>
      </w:pPr>
      <w:r>
        <w:t>الصلح خیر ۔ یعنی peaceful settlement is the best ۔ دوسری ایک آیت سورہ حج میں ہے، الحج۔</w:t>
      </w:r>
    </w:p>
    <w:p>
      <w:r>
        <w:rPr>
          <w:b/>
        </w:rPr>
        <w:t xml:space="preserve">[12:58] </w:t>
      </w:r>
      <w:r>
        <w:t>fala yunadunaka fi al amr wad'u ila rabbik. yeh</w:t>
      </w:r>
    </w:p>
    <w:p>
      <w:pPr>
        <w:jc w:val="right"/>
      </w:pPr>
      <w:r>
        <w:t>فلا ينادونك فی الامر ودعو الی ربک ۔ یہ</w:t>
      </w:r>
    </w:p>
    <w:p>
      <w:r>
        <w:rPr>
          <w:b/>
        </w:rPr>
        <w:t xml:space="preserve">[13:04] </w:t>
      </w:r>
      <w:r>
        <w:t>farmaya ke lafzi tarjuma to is ka yeh hai ke woh tum se niza na karein, woh tum se takrao na karein, aur tum dawat, dawat work karo.</w:t>
      </w:r>
    </w:p>
    <w:p>
      <w:pPr>
        <w:jc w:val="right"/>
      </w:pPr>
      <w:r>
        <w:t>فرمایا کہ لفظی ترجمہ تو اس کا یہ ہے کہ وہ تم سے نزاع نہ کریں، وہ تم سے ٹکراؤ نہ کریں، اور تم دعوت، دعوت ورک کرو۔</w:t>
      </w:r>
    </w:p>
    <w:p>
      <w:r>
        <w:rPr>
          <w:b/>
        </w:rPr>
        <w:t xml:space="preserve">[13:19] </w:t>
      </w:r>
      <w:r>
        <w:t>lekin yeh arabi ka usloob hai, is ka matlab yani ke unhein order diya ja raha hai ke tum niza mat karo. yani mad'u ko nahi, da'i se kaha ja raha hai ke tum niza ki nabat na aanay do.</w:t>
      </w:r>
    </w:p>
    <w:p>
      <w:pPr>
        <w:jc w:val="right"/>
      </w:pPr>
      <w:r>
        <w:t>لیکن یہ عربی کا اسلوب ہے، اس کا مطلب یعنی کہ انہیں آرڈر دیا جا رہا ہے کہ تم نزاع مت کرو۔ یعنی مدعو کو نہیں، داعی سے کہا جا رہا ہے کہ تم نزاع کی نوبت نہ آنے دو۔</w:t>
      </w:r>
    </w:p>
    <w:p>
      <w:r>
        <w:rPr>
          <w:b/>
        </w:rPr>
        <w:t xml:space="preserve">[13:37] </w:t>
      </w:r>
      <w:r>
        <w:t>jise arabi mein kaha jata hai ke la yadrubannaka zayd. to lafzi tarjuma to is ka hai ke zayd tum ko hargiz na maray, lekin is ka matlab yeh nahi hai.</w:t>
      </w:r>
    </w:p>
    <w:p>
      <w:pPr>
        <w:jc w:val="right"/>
      </w:pPr>
      <w:r>
        <w:t>جسے عربی میں کہا جاتا ہے کہ لا يضربنك زید ۔ تو لفظی ترجمہ تو اس کا ہے کہ زید تم کو ہرگز نہ مارے، لیکن اس کا مطلب یہ نہیں ہے۔</w:t>
      </w:r>
    </w:p>
    <w:p>
      <w:r>
        <w:rPr>
          <w:b/>
        </w:rPr>
        <w:t xml:space="preserve">[13:49] </w:t>
      </w:r>
      <w:r>
        <w:t>is ka matlab hai ke tum zayd ko hargiz yeh moqa na do ke woh tum ko maray,</w:t>
      </w:r>
    </w:p>
    <w:p>
      <w:pPr>
        <w:jc w:val="right"/>
      </w:pPr>
      <w:r>
        <w:t>اس کا مطلب ہے کہ تم زید کو ہرگز یہ موقع نہ دو کہ وہ تم کو مارے،</w:t>
      </w:r>
    </w:p>
    <w:p>
      <w:r>
        <w:rPr>
          <w:b/>
        </w:rPr>
        <w:t xml:space="preserve">[13:55] </w:t>
      </w:r>
      <w:r>
        <w:t>yeh matlab hai. to matlab hai ke da'i ko chahiye ke aisa andaaz ikhtiyar kare, aisa method ikhtiyar kare, aisi policy ikhtiyar kare ke</w:t>
      </w:r>
    </w:p>
    <w:p>
      <w:pPr>
        <w:jc w:val="right"/>
      </w:pPr>
      <w:r>
        <w:t>یہ مطلب ہے۔ تو مطلب ہے کہ داعی کو چاہیے کہ ایسا انداز اختیار کرے، ایسا میتھڈ اختیار کرے، ایسی پالیسی اختیار کرے کہ</w:t>
      </w:r>
    </w:p>
    <w:p>
      <w:r>
        <w:rPr>
          <w:b/>
        </w:rPr>
        <w:t xml:space="preserve">[14:10] </w:t>
      </w:r>
      <w:r>
        <w:t>takrao ki nabat na aaye, confrontation ki nabat na aaye. peaceful environment ko baqi rakhe woh</w:t>
      </w:r>
    </w:p>
    <w:p>
      <w:pPr>
        <w:jc w:val="right"/>
      </w:pPr>
      <w:r>
        <w:t>ٹکراؤ کی نوبت نہ آئے، کنفrontiشن کی نوبت نہ آئے۔ پیس فل انوائرمنٹ کو باقی رکھے وہ</w:t>
      </w:r>
    </w:p>
    <w:p>
      <w:r>
        <w:rPr>
          <w:b/>
        </w:rPr>
        <w:t xml:space="preserve">[14:20] </w:t>
      </w:r>
      <w:r>
        <w:t>da'i apni taraf se, aur kyunke is ke baghair dawat work nahi ho sakta hai. ab in dono ayaton ko lijiye aap</w:t>
      </w:r>
    </w:p>
    <w:p>
      <w:pPr>
        <w:jc w:val="right"/>
      </w:pPr>
      <w:r>
        <w:t>داعی اپنی طرف سے، اور کیونکہ اس کے بغیر دعوت ورک نہیں ہو سکتا ہے۔ اب ان دونوں آیتوں کو لیجیے آپ</w:t>
      </w:r>
    </w:p>
    <w:p>
      <w:r>
        <w:rPr>
          <w:b/>
        </w:rPr>
        <w:t xml:space="preserve">[14:32] </w:t>
      </w:r>
      <w:r>
        <w:t>to kya nikla? ke kaam karne ka tareeqa yeh bataya gaya ke tum kahin bhi kaam karoge to tum ko aisay halaat paish aayenge jo tumhare liye unwanted honge, nagawar honge,</w:t>
      </w:r>
    </w:p>
    <w:p>
      <w:pPr>
        <w:jc w:val="right"/>
      </w:pPr>
      <w:r>
        <w:t>تو کیا نکلا؟ کہ کام کرنے کا طریقہ یہ بتایا گیا کہ تم کہیں بھی کام کرو گے تو تم کو ایسے حالات پیش آئیں گے جو تمہارے لیے ان وانٹڈ ہوں گے، ناخوشگوار ہوں گے،</w:t>
      </w:r>
    </w:p>
    <w:p>
      <w:r>
        <w:rPr>
          <w:b/>
        </w:rPr>
        <w:t xml:space="preserve">[14:48] </w:t>
      </w:r>
      <w:r>
        <w:t>tumhare pasand ke khilaf honge.</w:t>
      </w:r>
    </w:p>
    <w:p>
      <w:pPr>
        <w:jc w:val="right"/>
      </w:pPr>
      <w:r>
        <w:t>تمہارے پسند کے خلاف ہوں گے۔</w:t>
      </w:r>
    </w:p>
    <w:p>
      <w:r>
        <w:rPr>
          <w:b/>
        </w:rPr>
        <w:t xml:space="preserve">[14:51] </w:t>
      </w:r>
      <w:r>
        <w:t>yeh hoga, hoga kyunke yeh law of nature hai.</w:t>
      </w:r>
    </w:p>
    <w:p>
      <w:pPr>
        <w:jc w:val="right"/>
      </w:pPr>
      <w:r>
        <w:t>یہ ہوگا، ہوگا کیونکہ یہ لاء آف نیچر ہے۔</w:t>
      </w:r>
    </w:p>
    <w:p>
      <w:r>
        <w:rPr>
          <w:b/>
        </w:rPr>
        <w:t xml:space="preserve">[14:57] </w:t>
      </w:r>
      <w:r>
        <w:t>law of nature hai. difference is part of nature. to kya karna chahiye? problem aayenge, problem are part of nature.</w:t>
      </w:r>
    </w:p>
    <w:p>
      <w:pPr>
        <w:jc w:val="right"/>
      </w:pPr>
      <w:r>
        <w:t>لاء آف نیچر ہے۔ Difference is part of nature ۔ تو کیا کرنا چاہیے؟ پرابلم آئیں گے، پرابلم آر پارٹ آف نیچر۔</w:t>
      </w:r>
    </w:p>
    <w:p>
      <w:r>
        <w:rPr>
          <w:b/>
        </w:rPr>
        <w:t xml:space="preserve">[15:09] </w:t>
      </w:r>
      <w:r>
        <w:t>to kya karna chahiye? problem ko manage karo, na ke problem se larnay lago.</w:t>
      </w:r>
    </w:p>
    <w:p>
      <w:pPr>
        <w:jc w:val="right"/>
      </w:pPr>
      <w:r>
        <w:t>تو کیا کرنا چاہیے؟ پرابلم کو مینج کرو، نہ کہ پرابلم سے لڑنے لگو۔</w:t>
      </w:r>
    </w:p>
    <w:p>
      <w:r>
        <w:rPr>
          <w:b/>
        </w:rPr>
        <w:t xml:space="preserve">[15:19] </w:t>
      </w:r>
      <w:r>
        <w:t>yeh hai. yani formula jo hai islam ka woh yeh hai ke problem ko manage karo, na yeh ke tum is se larnay lago, aur is ko eliminate karne ki koshish karo.</w:t>
      </w:r>
    </w:p>
    <w:p>
      <w:pPr>
        <w:jc w:val="right"/>
      </w:pPr>
      <w:r>
        <w:t>یہ ہے۔ یعنی فارمولا جو ہے اسلام کا وہ یہ ہے کہ پرابلم کو مینج کرو، نہ یہ کہ تم اس سے لڑنے لگو، اور اس کو ایلیمینیٹ کرنے کی کوشش کرو۔</w:t>
      </w:r>
    </w:p>
    <w:p>
      <w:r>
        <w:rPr>
          <w:b/>
        </w:rPr>
        <w:t xml:space="preserve">[15:35] </w:t>
      </w:r>
      <w:r>
        <w:t>yeh hai formula of pacifism ka. to log jo hain chahte hain ke problem na ho to aman qaim ho. problem khatam ho jaye, injustice khatam ho jaye, zulm khatam ho jaye.</w:t>
      </w:r>
    </w:p>
    <w:p>
      <w:pPr>
        <w:jc w:val="right"/>
      </w:pPr>
      <w:r>
        <w:t>یہ ہے فارمولا پیسیفزم کا۔ تو لوگ جو ہیں چاہتے ہیں کہ پرابلم نہ ہو تو امن قائم ہو۔ پرابلم ختم ہو جائے، ان جسٹس ختم ہو جائے، ظلم ختم ہو جائے۔</w:t>
      </w:r>
    </w:p>
    <w:p>
      <w:r>
        <w:rPr>
          <w:b/>
        </w:rPr>
        <w:t xml:space="preserve">[15:52] </w:t>
      </w:r>
      <w:r>
        <w:t>to yeh to kabhi nahi hoga. kehte hain kya hota hai log? aman ke naam par aik aur larai chher dete hain.</w:t>
      </w:r>
    </w:p>
    <w:p>
      <w:pPr>
        <w:jc w:val="right"/>
      </w:pPr>
      <w:r>
        <w:t>تو یہ تو کبھی نہیں ہوگا۔ کہتے ہیں کیا ہوتا ہے لوگ؟ امن کے نام پر ایک اور لڑائی چھڑ دیتے ہیں۔</w:t>
      </w:r>
    </w:p>
    <w:p>
      <w:r>
        <w:rPr>
          <w:b/>
        </w:rPr>
        <w:t xml:space="preserve">[16:02] </w:t>
      </w:r>
      <w:r>
        <w:t>koi baqayda violent activism chalata hai, koi street activism chalata hai. woh bhi aik qism ki larai hai.</w:t>
      </w:r>
    </w:p>
    <w:p>
      <w:pPr>
        <w:jc w:val="right"/>
      </w:pPr>
      <w:r>
        <w:t>کوئی باقاعدہ وائلنٹ ایکٹیوزم چلاتا ہے، کوئی اسٹریٹ ایکٹیوزم چلاتا ہے۔ وہ بھی ایک قسم کی لڑائی ہے۔</w:t>
      </w:r>
    </w:p>
    <w:p>
      <w:r>
        <w:rPr>
          <w:b/>
        </w:rPr>
        <w:t xml:space="preserve">[16:12] </w:t>
      </w:r>
      <w:r>
        <w:t>yani koi hathiyar utha leta hai, koi hathiyar nahi uthata to crowd nikalta hai street par, is se tarah tarah ke masail paida hote hain.</w:t>
      </w:r>
    </w:p>
    <w:p>
      <w:pPr>
        <w:jc w:val="right"/>
      </w:pPr>
      <w:r>
        <w:t>یعنی کوئی ہتھیار اٹھا لیتا ہے، کوئی ہتھیار نہیں اٹھاتا تو کراؤڈ نکلتا ہے اسٹریٹ پر، اس سے طرح طرح کے مسائل پیدا ہوتے ہیں۔</w:t>
      </w:r>
    </w:p>
    <w:p>
      <w:r>
        <w:rPr>
          <w:b/>
        </w:rPr>
        <w:t xml:space="preserve">[16:23] </w:t>
      </w:r>
      <w:r>
        <w:t>to street activism bhi apni usi category mein se taluq rakhta hai.</w:t>
      </w:r>
    </w:p>
    <w:p>
      <w:pPr>
        <w:jc w:val="right"/>
      </w:pPr>
      <w:r>
        <w:t>تو اسٹریٹ ایکٹیوزم بھی اپنی اسی کیٹیگری میں سے تعلق رکھتا ہے۔</w:t>
      </w:r>
    </w:p>
    <w:p>
      <w:r>
        <w:rPr>
          <w:b/>
        </w:rPr>
        <w:t xml:space="preserve">[16:35] </w:t>
      </w:r>
      <w:r>
        <w:t>street activism se kya hota hai? agitation paida hota hai, agitative mind paida hota hai, nafrat paida hoti hai, jhagray hote hain.</w:t>
      </w:r>
    </w:p>
    <w:p>
      <w:pPr>
        <w:jc w:val="right"/>
      </w:pPr>
      <w:r>
        <w:t>اسٹریٹ ایکٹیوزم سے کیا ہوتا ہے؟ ایجیٹیشن پیدا ہوتا ہے، ایجیٹیٹیو مائنڈ پیدا ہوتا ہے، نفرت پیدا ہوتی ہے، جھگڑے ہوتے ہیں۔</w:t>
      </w:r>
    </w:p>
    <w:p>
      <w:r>
        <w:rPr>
          <w:b/>
        </w:rPr>
        <w:t xml:space="preserve">[16:46] </w:t>
      </w:r>
      <w:r>
        <w:t>we end the concept par aata hai. kyunke street activism chalate hain aap kisi ke khilaf. woh zalim hai, mein mazloom hoon. woh mujhe mehroom ki hui hai, mujhe lena hai.</w:t>
      </w:r>
    </w:p>
    <w:p>
      <w:pPr>
        <w:jc w:val="right"/>
      </w:pPr>
      <w:r>
        <w:t>We end the concept پر آتا ہے۔ کیونکہ اسٹریٹ ایکٹیوزم چلاتے ہیں آپ کسی کے خلاف۔ وہ ظالم ہے، میں مظلوم ہوں۔ وہ مجھے محروم کی ہوئی ہے، مجھے لینا ہے۔</w:t>
      </w:r>
    </w:p>
    <w:p>
      <w:r>
        <w:rPr>
          <w:b/>
        </w:rPr>
        <w:t xml:space="preserve">[16:58] </w:t>
      </w:r>
      <w:r>
        <w:t>to yeh jo hai tareeqa. to chahe aap gun uthayen ya gun na utha kar ke aap demonstration, street activism, bhir bharr jama kar ke slogan, policy chalana,</w:t>
      </w:r>
    </w:p>
    <w:p>
      <w:pPr>
        <w:jc w:val="right"/>
      </w:pPr>
      <w:r>
        <w:t>تو یہ جو ہے طریقہ۔ تو چاہے آپ گن اٹھائیں یا گن نہ اٹھا کر کے آپ ڈیمونسٹریشن، اسٹریٹ ایکٹیوزم، بھیڑ بھاڑ جمع کر کے سلوگن، پالیسی چلانا،</w:t>
      </w:r>
    </w:p>
    <w:p>
      <w:r>
        <w:rPr>
          <w:b/>
        </w:rPr>
        <w:t xml:space="preserve">[17:12] </w:t>
      </w:r>
      <w:r>
        <w:t>yeh sab bhi wahi hai. koi farq nahi hai is mein.</w:t>
      </w:r>
    </w:p>
    <w:p>
      <w:pPr>
        <w:jc w:val="right"/>
      </w:pPr>
      <w:r>
        <w:t>یہ سب بھی وہی ہے۔ کوئی فرق نہیں ہے اس میں۔</w:t>
      </w:r>
    </w:p>
    <w:p>
      <w:r>
        <w:rPr>
          <w:b/>
        </w:rPr>
        <w:t xml:space="preserve">[17:17] </w:t>
      </w:r>
      <w:r>
        <w:t>to islam mein hargiz dono mein se koi bhi nahin. rasool Allah ne kabhi bhi agitation ki policy nahin chalai. juloos, naarah, jhanda, agitation, yeh jo tareeqa hai protest, yeh rasool Allah ne kabhi ikhtiyar nahin kiya.</w:t>
      </w:r>
    </w:p>
    <w:p>
      <w:pPr>
        <w:jc w:val="right"/>
      </w:pPr>
      <w:r>
        <w:t>تو اسلام میں ہرگز دونوں میں سے کوئی بھی نہیں۔ رسول اللہ نے کبھی بھی ایجیٹیشن کی پالیسی نہیں چلائی۔ جلوس، نعرہ، جھنڈا، ایجیٹیشن، یہ جو طریقہ ہے پروٹیسٹ، یہ رسول اللہ نے کبھی اختیار نہیں کیا۔</w:t>
      </w:r>
    </w:p>
    <w:p>
      <w:r>
        <w:rPr>
          <w:b/>
        </w:rPr>
        <w:t xml:space="preserve">[17:34] </w:t>
      </w:r>
      <w:r>
        <w:t>halankeh wahan bohat problem tha. misaal ke taur par kaaba mein sankaron but rakhe hue thay. lekin aap ne kabhi agitation nahin kiya.</w:t>
      </w:r>
    </w:p>
    <w:p>
      <w:pPr>
        <w:jc w:val="right"/>
      </w:pPr>
      <w:r>
        <w:t>حالانکہ وہاں بہت پرابلم تھا۔ مثال کے طور پر کعبہ میں سینکڑوں بت رکھے ہوئے تھے۔ لیکن آپ نے کبھی ایجیٹیشن نہیں کیا۔</w:t>
      </w:r>
    </w:p>
    <w:p>
      <w:r>
        <w:rPr>
          <w:b/>
        </w:rPr>
        <w:t xml:space="preserve">[17:47] </w:t>
      </w:r>
      <w:r>
        <w:t>to dekhiye, peace jo hai, peace ka formula jo logon ne ikhtiyar kiya, woh formula hi galat hai.</w:t>
      </w:r>
    </w:p>
    <w:p>
      <w:pPr>
        <w:jc w:val="right"/>
      </w:pPr>
      <w:r>
        <w:t>تو دیکھیے، پیس جو ہے، پیس کا فارمولا جو لوگوں نے اختیار کیا، وہ فارمولا ہی غلط ہے۔</w:t>
      </w:r>
    </w:p>
    <w:p>
      <w:r>
        <w:rPr>
          <w:b/>
        </w:rPr>
        <w:t xml:space="preserve">[18:02] </w:t>
      </w:r>
      <w:r>
        <w:t>is se peace kabhi nahin aa sakta. kyun? dekhiye, wajah yeh hai keh zindagi ko, creator ka jo creation plan hai, us ko samjhiye.</w:t>
      </w:r>
    </w:p>
    <w:p>
      <w:pPr>
        <w:jc w:val="right"/>
      </w:pPr>
      <w:r>
        <w:t>اس سے پیس کبھی نہیں آ سکتا۔ کیوں؟ دیکھیے، وجہ یہ ہے کہ زندگی کو، کریٹر کا جو کریشن پلان ہے، اس کو سمجھیے۔</w:t>
      </w:r>
    </w:p>
    <w:p>
      <w:r>
        <w:rPr>
          <w:b/>
        </w:rPr>
        <w:t xml:space="preserve">[18:16] </w:t>
      </w:r>
      <w:r>
        <w:t>Khuda ka jo creation plan hai, us ko samjhiye. is plan mein apne aap shamil hai keh duniya mein problem rahenge, differences rahenge.</w:t>
      </w:r>
    </w:p>
    <w:p>
      <w:pPr>
        <w:jc w:val="right"/>
      </w:pPr>
      <w:r>
        <w:t>خدا کا جو کریشن پلان ہے، اس کو سمجھیے۔ اس پلان میں اپنے آپ شامل ہے کہ دنیا میں پرابلم رہیں گے، ڈیفرنسز رہیں گے۔</w:t>
      </w:r>
    </w:p>
    <w:p>
      <w:r>
        <w:rPr>
          <w:b/>
        </w:rPr>
        <w:t xml:space="preserve">[18:28] </w:t>
      </w:r>
      <w:r>
        <w:t>ek doosre ko, ek doosre se kuch chot pahunche gi, yeh sab, yeh sab us ke plan hi mein shamil hai. to problem hissa hai zindagi ka</w:t>
      </w:r>
    </w:p>
    <w:p>
      <w:pPr>
        <w:jc w:val="right"/>
      </w:pPr>
      <w:r>
        <w:t>ایک دوسرے کو، ایک دوسرے سے کچھ چوٹ پہنچے گی، یہ سب، یہ سب اس کے پلان ہی میں شامل ہے۔ تو پرابلم حصہ ہے زندگی کا</w:t>
      </w:r>
    </w:p>
    <w:p>
      <w:r>
        <w:rPr>
          <w:b/>
        </w:rPr>
        <w:t xml:space="preserve">[18:42] </w:t>
      </w:r>
      <w:r>
        <w:t>. problem ko aap khatam nahin kar sakte. to problem ko manage kar sakte hain aap. problem ko aap eliminate nahin kar sakte.</w:t>
      </w:r>
    </w:p>
    <w:p>
      <w:pPr>
        <w:jc w:val="right"/>
      </w:pPr>
      <w:r>
        <w:t>۔ پرابلم کو آپ ختم نہیں کر سکتے۔ تو پرابلم کو مینج کر سکتے ہیں آپ۔ پرابلم کو آپ ایلیمینیٹ نہیں کر سکتے۔</w:t>
      </w:r>
    </w:p>
    <w:p>
      <w:r>
        <w:rPr>
          <w:b/>
        </w:rPr>
        <w:t xml:space="preserve">[18:56] </w:t>
      </w:r>
      <w:r>
        <w:t>yeh hai raaz jo rasool Allah ko bataya gaya.</w:t>
      </w:r>
    </w:p>
    <w:p>
      <w:pPr>
        <w:jc w:val="right"/>
      </w:pPr>
      <w:r>
        <w:t>یہ ہے راز جو رسول اللہ کو بتایا گیا۔</w:t>
      </w:r>
    </w:p>
    <w:p>
      <w:r>
        <w:rPr>
          <w:b/>
        </w:rPr>
        <w:t xml:space="preserve">[19:03] </w:t>
      </w:r>
      <w:r>
        <w:t>to dekhiye, is ka quran mein aur hadith mein is ko bohat kh</w:t>
      </w:r>
    </w:p>
    <w:p>
      <w:pPr>
        <w:jc w:val="right"/>
      </w:pPr>
      <w:r>
        <w:t>تو دیکھیے، اس کا قرآن میں اور حدیث میں اس کو بہت کھ</w:t>
      </w:r>
    </w:p>
    <w:p>
      <w:r>
        <w:rPr>
          <w:b/>
        </w:rPr>
        <w:t xml:space="preserve">[19:11] </w:t>
      </w:r>
      <w:r>
        <w:t>ol kar bataya gaya. misaal ke taur par ek hadith hai keh inna Allaha yarfaqu ma la yarfaqu bil unf.</w:t>
      </w:r>
    </w:p>
    <w:p>
      <w:pPr>
        <w:jc w:val="right"/>
      </w:pPr>
      <w:r>
        <w:t>ول کر بتایا گیا۔ مثال کے طور پر ایک حدیث ہے کہ إن الله يعطي الرفق مولا يعطي العون ۔</w:t>
      </w:r>
    </w:p>
    <w:p>
      <w:r>
        <w:rPr>
          <w:b/>
        </w:rPr>
        <w:t xml:space="preserve">[19:19] </w:t>
      </w:r>
      <w:r>
        <w:t>yani God grants to non-violence, what He does not grant to violence . Khuda aman par woh cheez deta hai jo woh takraao par nahin deta.</w:t>
      </w:r>
    </w:p>
    <w:p>
      <w:pPr>
        <w:jc w:val="right"/>
      </w:pPr>
      <w:r>
        <w:t>یعنی God grants to non-violence, what He does not grant to violence ۔ خدا امن پر وہ چیز دیتا ہے جو وہ ٹکراؤ پر نہیں دیتا۔</w:t>
      </w:r>
    </w:p>
    <w:p>
      <w:r>
        <w:rPr>
          <w:b/>
        </w:rPr>
        <w:t xml:space="preserve">[19:32] </w:t>
      </w:r>
      <w:r>
        <w:t>aur doosre, kya kya? is ka model rasool Allah ne apni zindagi mein pesh kiya.</w:t>
      </w:r>
    </w:p>
    <w:p>
      <w:pPr>
        <w:jc w:val="right"/>
      </w:pPr>
      <w:r>
        <w:t>اور دوسرے، کیا کیا؟ اس کا ماڈل رسول اللہ نے اپنی زندگی میں پیش کیا۔</w:t>
      </w:r>
    </w:p>
    <w:p>
      <w:r>
        <w:rPr>
          <w:b/>
        </w:rPr>
        <w:t xml:space="preserve">[19:38] </w:t>
      </w:r>
      <w:r>
        <w:t>maslan dekhiye, aap Makkah mein thay to wahan har qism ke problem thay. matlab ek problem yeh tha keh tauheed ke ghar mein but bohat saare bhare hue hain.</w:t>
      </w:r>
    </w:p>
    <w:p>
      <w:pPr>
        <w:jc w:val="right"/>
      </w:pPr>
      <w:r>
        <w:t>مثلاً دیکھیے، آپ مکہ میں تھے تو وہاں ہر قسم کے پرابلم تھے۔ مطلب ایک پرابلم یہ تھا کہ توحید کے گھر میں بت بہت سارے بھرے ہوئے ہیں۔</w:t>
      </w:r>
    </w:p>
    <w:p>
      <w:r>
        <w:rPr>
          <w:b/>
        </w:rPr>
        <w:t xml:space="preserve">[19:51] </w:t>
      </w:r>
      <w:r>
        <w:t>ek problem yeh tha keh rasool Allah ke jo saathi thay, un ko log maarte peette thay. khud rasool Allah ko satate thay. rasool Allah ko boycott kiya gaya.</w:t>
      </w:r>
    </w:p>
    <w:p>
      <w:pPr>
        <w:jc w:val="right"/>
      </w:pPr>
      <w:r>
        <w:t>ایک پرابلم یہ تھا کہ رسول اللہ کے جو ساتھی تھے، ان کو لوگ مارتے پیٹتے تھے۔ خود رسول اللہ کو ستاتے تھے۔ رسول اللہ کو بائیکاٹ کیا گیا۔</w:t>
      </w:r>
    </w:p>
    <w:p>
      <w:r>
        <w:rPr>
          <w:b/>
        </w:rPr>
        <w:t xml:space="preserve">[20:03] </w:t>
      </w:r>
      <w:r>
        <w:t>Makkah mein rehna mushkil kar diya gaya aap ke liye.</w:t>
      </w:r>
    </w:p>
    <w:p>
      <w:pPr>
        <w:jc w:val="right"/>
      </w:pPr>
      <w:r>
        <w:t>مکہ میں رہنا مشکل کر دیا گیا آپ کے لیے۔</w:t>
      </w:r>
    </w:p>
    <w:p>
      <w:r>
        <w:rPr>
          <w:b/>
        </w:rPr>
        <w:t xml:space="preserve">[20:07] </w:t>
      </w:r>
      <w:r>
        <w:t>yeh tarah tarah se jis cheez ko aap kehte hain atrocities, zulm, woh sab hua. lekin taira saal ke poore daur mein rasool Allah ne kabhi agitation nahin kiya.</w:t>
      </w:r>
    </w:p>
    <w:p>
      <w:pPr>
        <w:jc w:val="right"/>
      </w:pPr>
      <w:r>
        <w:t>یہ طرح طرح سے جس چیز کو آپ کہتے ہیں atrocities، ظلم، وہ سب ہوا۔ لیکن تیرہ سال کے پورے دور میں رسول اللہ نے کبھی ایجیٹیشن نہیں کیا۔</w:t>
      </w:r>
    </w:p>
    <w:p>
      <w:r>
        <w:rPr>
          <w:b/>
        </w:rPr>
        <w:t xml:space="preserve">[20:19] </w:t>
      </w:r>
      <w:r>
        <w:t>kabhi koi juloos nahin nikala. aur na kabhi ladaai chhedi.</w:t>
      </w:r>
    </w:p>
    <w:p>
      <w:pPr>
        <w:jc w:val="right"/>
      </w:pPr>
      <w:r>
        <w:t>کبھی کوئی جلوس نہیں نکالا۔ اور نہ کبھی لڑائی چھڑی۔</w:t>
      </w:r>
    </w:p>
    <w:p>
      <w:r>
        <w:rPr>
          <w:b/>
        </w:rPr>
        <w:t xml:space="preserve">[20:27] </w:t>
      </w:r>
      <w:r>
        <w:t>jab tadaad barh gayi to logon ne kaha keh hum hum ladenge, lad kar ke zulm khatam karenge.</w:t>
      </w:r>
    </w:p>
    <w:p>
      <w:pPr>
        <w:jc w:val="right"/>
      </w:pPr>
      <w:r>
        <w:t>جب تعداد بڑھ گئی تو لوگوں نے کہا کہ ہم ہم لڑیں گے، لڑ کر کے ظلم ختم کریں گے۔</w:t>
      </w:r>
    </w:p>
    <w:p>
      <w:r>
        <w:rPr>
          <w:b/>
        </w:rPr>
        <w:t xml:space="preserve">[20:34] </w:t>
      </w:r>
      <w:r>
        <w:t>to aap ne farmaya keh nahin. is birruh yani lam amr bil qital . tum sabr karo, mujh ko ladne ka hukum nahin diya gaya hai. yani masle ko sabraana planning se khatam, hal karo.</w:t>
      </w:r>
    </w:p>
    <w:p>
      <w:pPr>
        <w:jc w:val="right"/>
      </w:pPr>
      <w:r>
        <w:t>تو آپ نے فرمایا کہ نہیں۔ اس بروح یعنی لم أمر بالقتال ۔ تم صبر کرو، مجھ کو لڑنے کا حکم نہیں دیا گیا ہے۔ یعنی مسئلے کو صابرانہ پلاننگ سے ختم، حل کرو۔</w:t>
      </w:r>
    </w:p>
    <w:p>
      <w:r>
        <w:rPr>
          <w:b/>
        </w:rPr>
        <w:t xml:space="preserve">[20:51] </w:t>
      </w:r>
      <w:r>
        <w:t>patient planning. lad kar nahin.</w:t>
      </w:r>
    </w:p>
    <w:p>
      <w:pPr>
        <w:jc w:val="right"/>
      </w:pPr>
      <w:r>
        <w:t>پیشنٹ پلاننگ۔ لڑ کر نہیں۔</w:t>
      </w:r>
    </w:p>
    <w:p>
      <w:r>
        <w:rPr>
          <w:b/>
        </w:rPr>
        <w:t xml:space="preserve">[20:58] </w:t>
      </w:r>
      <w:r>
        <w:t>to yeh hai manage karna. is ka naam</w:t>
      </w:r>
    </w:p>
    <w:p>
      <w:pPr>
        <w:jc w:val="right"/>
      </w:pPr>
      <w:r>
        <w:t>تو یہ ہے مینج کرنا۔ اس کا نام</w:t>
      </w:r>
    </w:p>
    <w:p>
      <w:r>
        <w:rPr>
          <w:b/>
        </w:rPr>
        <w:t xml:space="preserve">[21:02] </w:t>
      </w:r>
      <w:r>
        <w:t>hai manage karna. jaise but maujood thay to aap ne kya kiya? beton ko nadandar kar diya. aur wahan par jo log aate thay, jab wahan par log akhatta hote thay beton ke naam par, un ko lage aap dawat de rahe hain.</w:t>
      </w:r>
    </w:p>
    <w:p>
      <w:pPr>
        <w:jc w:val="right"/>
      </w:pPr>
      <w:r>
        <w:t>ہے مینج کرنا۔ جیسے بت موجود تھے تو آپ نے کیا کیا؟ بتوں کو ناداندار کر دیا۔ اور وہاں پر جو لوگ آتے تھے، جب وہاں پر لوگ اکٹھا ہوتے تھے بتوں کے نام پر، ان کو لگے آپ دعوت دے رہے ہیں۔</w:t>
      </w:r>
    </w:p>
    <w:p>
      <w:r>
        <w:rPr>
          <w:b/>
        </w:rPr>
        <w:t xml:space="preserve">[21:14] </w:t>
      </w:r>
      <w:r>
        <w:t>aur kabhi yeh nahin kaha keh dekho yeh zulm hai kya, tauheed ke ghar mein but bhare hue hain. yeh lafz koi bole nahin aap. yeh hai manage karna.</w:t>
      </w:r>
    </w:p>
    <w:p>
      <w:pPr>
        <w:jc w:val="right"/>
      </w:pPr>
      <w:r>
        <w:t>اور کبھی یہ نہیں کہا کہ دیکھو یہ ظلم ہے کیا، توحید کے گھر میں بت بھرے ہوئے ہیں۔ یہ لفظ کوئی بولے نہیں آپ۔ یہ ہے مینج کرنا۔</w:t>
      </w:r>
    </w:p>
    <w:p>
      <w:r>
        <w:rPr>
          <w:b/>
        </w:rPr>
        <w:t xml:space="preserve">[21:27] </w:t>
      </w:r>
      <w:r>
        <w:t>phir dekhiye, unhon ne baqaida tay kiya keh rasool Allah ko qatl kar dein. un ke haan ek tribal parliament thi jis ka naam tha daarulnadwah.</w:t>
      </w:r>
    </w:p>
    <w:p>
      <w:pPr>
        <w:jc w:val="right"/>
      </w:pPr>
      <w:r>
        <w:t>پھر دیکھیے، انہوں نے باقاعدہ طے کیا کہ رسول اللہ کو قتل کر دیں۔ ان کے ہاں ایک ٹرائبل پارلیمنٹ تھی جس کا نام تھا دارالندوہ۔</w:t>
      </w:r>
    </w:p>
    <w:p>
      <w:r>
        <w:rPr>
          <w:b/>
        </w:rPr>
        <w:t xml:space="preserve">[21:40] </w:t>
      </w:r>
      <w:r>
        <w:t>is mein tay kiya unhon ne keh Muhammad ko qatl kar do, masla hi khatam ho jaaye.</w:t>
      </w:r>
    </w:p>
    <w:p>
      <w:pPr>
        <w:jc w:val="right"/>
      </w:pPr>
      <w:r>
        <w:t>اس میں طے کیا انہوں نے کہ محمد کو قتل کر دو، مسئلہ ہی ختم ہو جائے۔</w:t>
      </w:r>
    </w:p>
    <w:p>
      <w:r>
        <w:rPr>
          <w:b/>
        </w:rPr>
        <w:t xml:space="preserve">[21:46] </w:t>
      </w:r>
      <w:r>
        <w:t>to jab yeh faisla hua to kya hua? raat ke waqt rasool Allah sal Allah alaihi wasallam makka se rawana ho kar madina chale gaye.</w:t>
      </w:r>
    </w:p>
    <w:p>
      <w:pPr>
        <w:jc w:val="right"/>
      </w:pPr>
      <w:r>
        <w:t>تو جب یہ فیصلہ ہوا تو کیا ہوا؟ رات کے وقت رسول اللہ صلی اللہ علیہ وسلم مکہ سے روانہ ہو کر مدینہ چلے گئے۔</w:t>
      </w:r>
    </w:p>
    <w:p>
      <w:r>
        <w:rPr>
          <w:b/>
        </w:rPr>
        <w:t xml:space="preserve">[21:58] </w:t>
      </w:r>
      <w:r>
        <w:t>taake takrao ki nabat na aaye. takrao ki nabat na aaye. is tarah se aap ne yeh bhi ek It was also a way of management</w:t>
      </w:r>
    </w:p>
    <w:p>
      <w:pPr>
        <w:jc w:val="right"/>
      </w:pPr>
      <w:r>
        <w:t>تاکہ ٹکراؤ کی نوبت نہ آئے۔ ٹکراؤ کی نوبت نہ آئے۔ اس طرح سے آپ نے یہ بھی ایک It was also a way of management</w:t>
      </w:r>
    </w:p>
    <w:p>
      <w:r>
        <w:rPr>
          <w:b/>
        </w:rPr>
        <w:t xml:space="preserve">[22:12] </w:t>
      </w:r>
      <w:r>
        <w:t>. aap ailaan kar ke jaate hain agar. din ke waqt jaate hain agar. logon se jhanjhat, jhagda kar ke jaate hain agar to log pata hota hai logon ko.</w:t>
      </w:r>
    </w:p>
    <w:p>
      <w:pPr>
        <w:jc w:val="right"/>
      </w:pPr>
      <w:r>
        <w:t>۔ آپ اعلان کر کے جاتے ہیں اگر۔ دن کے وقت جاتے ہیں اگر۔ لوگوں سے جھنجھٹ، جھگڑا کر کے جاتے ہیں اگر تو لوگ پتہ ہوتا ہے لوگوں کو۔</w:t>
      </w:r>
    </w:p>
    <w:p>
      <w:r>
        <w:rPr>
          <w:b/>
        </w:rPr>
        <w:t xml:space="preserve">[22:22] </w:t>
      </w:r>
      <w:r>
        <w:t>phir takrao hota hai zahir hai. to aap ne khamoshi ke saath, bilkul khamoshi ke saath raat ko apne ghar se nikle aur hazrat abubakar ko saath liya aur oont par baith kar ke rawana ho gaye.</w:t>
      </w:r>
    </w:p>
    <w:p>
      <w:pPr>
        <w:jc w:val="right"/>
      </w:pPr>
      <w:r>
        <w:t>پھر ٹکراؤ ہوتا ہے ظاہر ہے۔ تو آپ نے خاموشی کے ساتھ، بالکل خاموشی کے ساتھ رات کو اپنے گھر سے نکلے اور حضرت ابوبکر کو ساتھ لیا اور اونٹ پر بیٹھ کر کے روانہ ہو گئے۔</w:t>
      </w:r>
    </w:p>
    <w:p>
      <w:r>
        <w:rPr>
          <w:b/>
        </w:rPr>
        <w:t xml:space="preserve">[22:42] </w:t>
      </w:r>
      <w:r>
        <w:t>aap ka ek guide tha aur rawana jo ho gaye to aap ne ek naye raaste se, agar aap woh raasta chalte hain jis ko jo kehte hain mohtat raasta, yaani jis par ke lakeer ban jati hai, jis par ke log aate jaate hain to raasta ban jata hai, woh raaste se nahi gaye aap.</w:t>
      </w:r>
    </w:p>
    <w:p>
      <w:pPr>
        <w:jc w:val="right"/>
      </w:pPr>
      <w:r>
        <w:t>آپ کا ایک گائیڈ تھا اور روانہ جو ہو گئے تو آپ نے ایک نئے راستے سے، اگر آپ وہ راستہ چلتے ہیں جس کو جو کہتے ہیں محتاط راستہ، یعنی جس پر کہ لکیر بن جاتی ہے، جس پر کہ لوگ آتے جاتے ہیں تو راستہ بن جاتا ہے، وہ راستے سے نہیں گئے آپ۔</w:t>
      </w:r>
    </w:p>
    <w:p>
      <w:r>
        <w:rPr>
          <w:b/>
        </w:rPr>
        <w:t xml:space="preserve">[23:01] </w:t>
      </w:r>
      <w:r>
        <w:t>ghair mohtat raaste se aap ne safar kiya. is ke liye aap ko guide ki zaroorat pari. guide ki. agar aap jaate is raaste se jo bana bana raasta tha to phir guide ki zaroorat nahi thi.</w:t>
      </w:r>
    </w:p>
    <w:p>
      <w:pPr>
        <w:jc w:val="right"/>
      </w:pPr>
      <w:r>
        <w:t>غیر محتاط راستے سے آپ نے سفر کیا۔ اس کے لیے آپ کو گائیڈ کی ضرورت پڑی۔ گائیڈ کی۔ اگر آپ جاتے اس راستے سے جو بنا بنا راستہ تھا تو پھر گائیڈ کی ضرورت نہیں تھی۔</w:t>
      </w:r>
    </w:p>
    <w:p>
      <w:r>
        <w:rPr>
          <w:b/>
        </w:rPr>
        <w:t xml:space="preserve">[23:14] </w:t>
      </w:r>
      <w:r>
        <w:t>abdullah ibn areeqat ek naam tha ek shakhs ka jo yahi professional tha aur aaj professional woh yahi kaam karta tha guide karne ka.</w:t>
      </w:r>
    </w:p>
    <w:p>
      <w:pPr>
        <w:jc w:val="right"/>
      </w:pPr>
      <w:r>
        <w:t>عبداللہ ابن عریقت ایک نام تھا ایک شخص کا جو یہی پروفیشنل تھا اور آج پروفیشنل وہ یہی کام کرتا تھا گائیڈ کرنے کا۔</w:t>
      </w:r>
    </w:p>
    <w:p>
      <w:r>
        <w:rPr>
          <w:b/>
        </w:rPr>
        <w:t xml:space="preserve">[23:25] </w:t>
      </w:r>
      <w:r>
        <w:t>raaston ka maahir tha. is zamane mein aaj kal ke to raaste road par bane rehte hain, sign is ko dekh kar aap jaan lete hain ke idhar jana hai, idhar jana hai.</w:t>
      </w:r>
    </w:p>
    <w:p>
      <w:pPr>
        <w:jc w:val="right"/>
      </w:pPr>
      <w:r>
        <w:t>راستوں کا ماہر تھا۔ اس زمانے میں آج کل کے تو راستے روڈ پر بنے رہتے ہیں، سائن اس کو دیکھ کر آپ جان لیتے ہیں کہ ادھر جانا ہے، ادھر جانا ہے۔</w:t>
      </w:r>
    </w:p>
    <w:p>
      <w:r>
        <w:rPr>
          <w:b/>
        </w:rPr>
        <w:t xml:space="preserve">[23:36] </w:t>
      </w:r>
      <w:r>
        <w:t>is zamane mein road aise hua nahi karte the. to guide hua karte the.</w:t>
      </w:r>
    </w:p>
    <w:p>
      <w:pPr>
        <w:jc w:val="right"/>
      </w:pPr>
      <w:r>
        <w:t>اس زمانے میں روڈ ایسے ہوا نہیں کرتے تھے۔ تو گائیڈ ہوا کرتے تھے۔</w:t>
      </w:r>
    </w:p>
    <w:p>
      <w:r>
        <w:rPr>
          <w:b/>
        </w:rPr>
        <w:t xml:space="preserve">[23:42] </w:t>
      </w:r>
      <w:r>
        <w:t>to chunaanche aap ko ek aise raaste se jana tha jo jangla hai, pahad hai, jo</w:t>
      </w:r>
    </w:p>
    <w:p>
      <w:pPr>
        <w:jc w:val="right"/>
      </w:pPr>
      <w:r>
        <w:t>تو چونکہ آپ کو ایک ایسے راستے سے جانا تھا جو جنگل ہے، پہاڑ ہے، جو</w:t>
      </w:r>
    </w:p>
    <w:p>
      <w:r>
        <w:rPr>
          <w:b/>
        </w:rPr>
        <w:t xml:space="preserve">[23:50] </w:t>
      </w:r>
      <w:r>
        <w:t>naye raaste se, to abdullah ibn areeqat aap ko le kar ke nikla aur mazeed dekhen aap ne ke ulti taraf rawana hui hai.</w:t>
      </w:r>
    </w:p>
    <w:p>
      <w:pPr>
        <w:jc w:val="right"/>
      </w:pPr>
      <w:r>
        <w:t>نئے راستے سے، تو عبداللہ ابن عریقت آپ کو لے کر کے نکلا اور مزید دیکھیں آپ نے کہ الٹی طرف روانہ ہوئی ہے۔</w:t>
      </w:r>
    </w:p>
    <w:p>
      <w:r>
        <w:rPr>
          <w:b/>
        </w:rPr>
        <w:t xml:space="preserve">[24:01] </w:t>
      </w:r>
      <w:r>
        <w:t>yaani aap ghor kijiye ke makka se nikal kar aap ghar e thor mein ja kar thehre. ghar</w:t>
      </w:r>
    </w:p>
    <w:p>
      <w:pPr>
        <w:jc w:val="right"/>
      </w:pPr>
      <w:r>
        <w:t>یعنی آپ غور کیجیے کہ مکہ سے نکل کر آپ غار ثور میں جا کر ٹھہرے۔ غ</w:t>
      </w:r>
    </w:p>
    <w:p>
      <w:r>
        <w:rPr>
          <w:b/>
        </w:rPr>
        <w:t xml:space="preserve">[24:09] </w:t>
      </w:r>
      <w:r>
        <w:t>e thor jo hai woh madine ki ulti taraf hai. kyunke aap ko khatra tha ke jab aap nikle, logon ko khabar hogi ke aap chale gaye makka se to aap bhejenge log, daudaenge log, giraftar kar ke lao, pakad ke lao.</w:t>
      </w:r>
    </w:p>
    <w:p>
      <w:pPr>
        <w:jc w:val="right"/>
      </w:pPr>
      <w:r>
        <w:t>ار ثور جو ہے وہ مدینے کی الٹی طرف ہے۔ کیونکہ آپ کو خطرہ تھا کہ جب آپ نکلے، لوگوں کو خبر ہوگی کہ آپ چلے گئے مکہ سے تو آپ بھیجیں گے لوگ، دوڑائیں گے لوگ، گرفتار کر کے لاؤ، پکڑ کے لاؤ۔</w:t>
      </w:r>
    </w:p>
    <w:p>
      <w:r>
        <w:rPr>
          <w:b/>
        </w:rPr>
        <w:t xml:space="preserve">[24:25] </w:t>
      </w:r>
      <w:r>
        <w:t>to ulti taraf chale gaye aap</w:t>
      </w:r>
    </w:p>
    <w:p>
      <w:pPr>
        <w:jc w:val="right"/>
      </w:pPr>
      <w:r>
        <w:t>تو الٹی طرف چلے گئے آپ</w:t>
      </w:r>
    </w:p>
    <w:p>
      <w:r>
        <w:rPr>
          <w:b/>
        </w:rPr>
        <w:t xml:space="preserve">[24:27] </w:t>
      </w:r>
      <w:r>
        <w:t>. ab woh daude idhar udhar, aap kuch thehre pehle ghar e thor mein. phir wahan se nikal kar ke naye raaste se chalte hue aap madina pahunch gaye.</w:t>
      </w:r>
    </w:p>
    <w:p>
      <w:pPr>
        <w:jc w:val="right"/>
      </w:pPr>
      <w:r>
        <w:t>۔ اب وہ دوڑے ادھر ادھر، آپ کچھ ٹھہرے پہلے غار ثور میں۔ پھر وہاں سے نکل کر کے نئے راستے سے چلتے ہوئے آپ مدینہ پہنچ گئے۔</w:t>
      </w:r>
    </w:p>
    <w:p>
      <w:r>
        <w:rPr>
          <w:b/>
        </w:rPr>
        <w:t xml:space="preserve">[24:42] </w:t>
      </w:r>
      <w:r>
        <w:t>yeh tha manage karna. takrao ko avoid karna. ladai ko avoid karna. fighting ko avoid karna.</w:t>
      </w:r>
    </w:p>
    <w:p>
      <w:pPr>
        <w:jc w:val="right"/>
      </w:pPr>
      <w:r>
        <w:t>یہ تھا مینج کرنا۔ ٹکراؤ کو اوائڈ کرنا۔ لڑائی کو اوائڈ کرنا۔ فائٹنگ کو اوائڈ کرنا۔</w:t>
      </w:r>
    </w:p>
    <w:p>
      <w:r>
        <w:rPr>
          <w:b/>
        </w:rPr>
        <w:t xml:space="preserve">[24:52] </w:t>
      </w:r>
      <w:r>
        <w:t>violence ko avoid karna.</w:t>
      </w:r>
    </w:p>
    <w:p>
      <w:pPr>
        <w:jc w:val="right"/>
      </w:pPr>
      <w:r>
        <w:t>وائلنس کو اوائڈ کرنا۔</w:t>
      </w:r>
    </w:p>
    <w:p>
      <w:r>
        <w:rPr>
          <w:b/>
        </w:rPr>
        <w:t xml:space="preserve">[24:55] </w:t>
      </w:r>
      <w:r>
        <w:t>to mukhtalif yaani aap apne halaat ke lehaz se tareeqa intikhab karenge ke kaise avoid kiya jaye.</w:t>
      </w:r>
    </w:p>
    <w:p>
      <w:pPr>
        <w:jc w:val="right"/>
      </w:pPr>
      <w:r>
        <w:t>تو مختلف یعنی آپ اپنے حالات کے لحاظ سے طریقہ انتخاب کریں گے کہ کیسے اوائڈ کیا جائے۔</w:t>
      </w:r>
    </w:p>
    <w:p>
      <w:r>
        <w:rPr>
          <w:b/>
        </w:rPr>
        <w:t xml:space="preserve">[25:03] </w:t>
      </w:r>
      <w:r>
        <w:t>lekin basic baat hai ke yeh formula ke peaceful settlement is the best, usool khair, peaceful settlement is the best</w:t>
      </w:r>
    </w:p>
    <w:p>
      <w:pPr>
        <w:jc w:val="right"/>
      </w:pPr>
      <w:r>
        <w:t>لیکن بیسک بات ہے کہ یہ فارمولا کہ peaceful settlement is the best, اصول خیر, peaceful settlement is the best</w:t>
      </w:r>
    </w:p>
    <w:p>
      <w:r>
        <w:rPr>
          <w:b/>
        </w:rPr>
        <w:t xml:space="preserve">[25:17] </w:t>
      </w:r>
      <w:r>
        <w:t>. aur doosra jo maine arz kiya ke fala yanadhalnak fil ardh. yaani doosron ko tum yeh mauqa hi na do ke takra ke nabat aaye.</w:t>
      </w:r>
    </w:p>
    <w:p>
      <w:pPr>
        <w:jc w:val="right"/>
      </w:pPr>
      <w:r>
        <w:t>۔ اور دوسرا جو میں نے عرض کیا کہ فلا يناضلنك فی الارض ۔ یعنی دوسروں کو تم یہ موقع ہی نہ دو کہ ٹکرا کے نوبت آئے۔</w:t>
      </w:r>
    </w:p>
    <w:p>
      <w:r>
        <w:rPr>
          <w:b/>
        </w:rPr>
        <w:t xml:space="preserve">[25:29] </w:t>
      </w:r>
      <w:r>
        <w:t>mauqa hi na do. jaise misaal ke taur par dekhiye, taali aise karein to taali bajegi. aap ek haath neeche kar lein to taali bajegi nahi. to kaha ke aap ne taali bajne ka mauqa nahi diya.</w:t>
      </w:r>
    </w:p>
    <w:p>
      <w:pPr>
        <w:jc w:val="right"/>
      </w:pPr>
      <w:r>
        <w:t>موقع ہی نہ دو۔ جیسے مثال کے طور پر دیکھیے، تالی ایسے کریں تو تالی بجے گی۔ آپ ایک ہاتھ نیچے کر لیں تو تالی بجے گی نہیں۔ تو کہا کہ آپ نے تالی بجنے کا موقع نہیں دیا۔</w:t>
      </w:r>
    </w:p>
    <w:p>
      <w:r>
        <w:rPr>
          <w:b/>
        </w:rPr>
        <w:t xml:space="preserve">[25:40] </w:t>
      </w:r>
      <w:r>
        <w:t>jab aap ka haath yahan rahega to taali bajegi. yahan rahega haath aap ka to to taali bajegi nahi. to niza' ka, takrao ka, confrontation ka, ladai ka mauqa hi na do.</w:t>
      </w:r>
    </w:p>
    <w:p>
      <w:pPr>
        <w:jc w:val="right"/>
      </w:pPr>
      <w:r>
        <w:t>جب آپ کا ہاتھ یہاں رہے گا تو تالی بجے گی۔ یہاں رہے گا ہاتھ آپ کا تو تو تالی بجے گی نہیں۔ تو نزاع کا، ٹکراؤ کا، کنفrontiشن کا، لڑائی کا موقع ہی نہ دو۔</w:t>
      </w:r>
    </w:p>
    <w:p>
      <w:r>
        <w:rPr>
          <w:b/>
        </w:rPr>
        <w:t xml:space="preserve">[25:57] </w:t>
      </w:r>
      <w:r>
        <w:t>achha, is tareeqe se aap chale gaye terah saal ke baad makka se madina. wahan par aap ne ek lafz koi makka walon ke khilaf nahi bol</w:t>
      </w:r>
    </w:p>
    <w:p>
      <w:pPr>
        <w:jc w:val="right"/>
      </w:pPr>
      <w:r>
        <w:t>اچھا، اس طریقے سے آپ چلے گئے تیرہ سال کے بعد مکہ سے مدینہ۔ وہاں پر آپ نے ایک لفظ کوئی مکہ والوں کے خلاف نہیں بول</w:t>
      </w:r>
    </w:p>
    <w:p>
      <w:r>
        <w:rPr>
          <w:b/>
        </w:rPr>
        <w:t xml:space="preserve">[26:10] </w:t>
      </w:r>
      <w:r>
        <w:t>e aap. aam taur par kya hota hai, koi leader jab is tarah ke halaat mein chhodta hai apne watan ko</w:t>
      </w:r>
    </w:p>
    <w:p>
      <w:pPr>
        <w:jc w:val="right"/>
      </w:pPr>
      <w:r>
        <w:t>ے آپ۔ عام طور پر کیا ہوتا ہے، کوئی لیڈر جب اس طرح کے حالات میں چھوڑتا ہے اپنے وطن کو</w:t>
      </w:r>
    </w:p>
    <w:p>
      <w:r>
        <w:rPr>
          <w:b/>
        </w:rPr>
        <w:t xml:space="preserve">[26:18] </w:t>
      </w:r>
      <w:r>
        <w:t>to sab se pehla is ka jo hota hai, is ke khilaf speech dena wahan pahunch kar ke. dekho woh zalim hain, dekho unhone mujhe rehne diya, unhone dekho woh insaaf ke khilaf chal rahe hain, dekho woh injustice kar rahe hain.</w:t>
      </w:r>
    </w:p>
    <w:p>
      <w:pPr>
        <w:jc w:val="right"/>
      </w:pPr>
      <w:r>
        <w:t>تو سب سے پہلا اس کا جو ہوتا ہے، اس کے خلاف سپیچ دینا وہاں پہنچ کر کے۔ دیکھو وہ ظالم ہیں، دیکھو انہوں نے مجھے رہنے دیا، انہوں نے دیکھو وہ انصاف کے خلاف چل رہے ہیں، دیکھو وہ ان جسٹس کر رہے ہیں۔</w:t>
      </w:r>
    </w:p>
    <w:p>
      <w:r>
        <w:rPr>
          <w:b/>
        </w:rPr>
        <w:t xml:space="preserve">[26:34] </w:t>
      </w:r>
      <w:r>
        <w:t>aaj kal aik lafz hai internationalize karna. Chunancha yeh jo musalmanon ko jo problem hai kashmir ka, falasteen ka, to unhon ne apne aadmiyon ko bahar bhej rakha hai europe, america mein.</w:t>
      </w:r>
    </w:p>
    <w:p>
      <w:pPr>
        <w:jc w:val="right"/>
      </w:pPr>
      <w:r>
        <w:t>آج کل ایک لفظ ہے انٹرنیشنلائز کرنا۔ چنانچہ یہ جو مسلمانوں کو جو پرابلم ہے کشمیر کا، فلسطین کا، تو انہوں نے اپنے آدمیوں کو باہر بھیج رکھا ہے یورپ، امریکہ میں۔</w:t>
      </w:r>
    </w:p>
    <w:p>
      <w:r>
        <w:rPr>
          <w:b/>
        </w:rPr>
        <w:t xml:space="preserve">[26:46] </w:t>
      </w:r>
      <w:r>
        <w:t>kyun? Internationalize karne ke liye. Yeh sab Rasool Allah ka tareeqa nahi tha. Internationalize karne ke maani kya hain?</w:t>
      </w:r>
    </w:p>
    <w:p>
      <w:pPr>
        <w:jc w:val="right"/>
      </w:pPr>
      <w:r>
        <w:t>کیوں؟ انٹرنیشنلائز کرنے کے لیے۔ یہ سب رسول اللہ کا طریقہ نہیں تھا۔ انٹرنیشنلائز کرنے کے معنی کیا ہیں؟</w:t>
      </w:r>
    </w:p>
    <w:p>
      <w:r>
        <w:rPr>
          <w:b/>
        </w:rPr>
        <w:t xml:space="preserve">[26:55] </w:t>
      </w:r>
      <w:r>
        <w:t>Aur zara bharkana, aur zara provoke karna. Yani masle ko aur aur zara aggravate karna.</w:t>
      </w:r>
    </w:p>
    <w:p>
      <w:pPr>
        <w:jc w:val="right"/>
      </w:pPr>
      <w:r>
        <w:t>اور ذرا بھڑکانا، اور ذرا پرووک کرنا۔ یعنی مسئلے کو اور اور ذرا ایگریویٹ کرنا۔</w:t>
      </w:r>
    </w:p>
    <w:p>
      <w:r>
        <w:rPr>
          <w:b/>
        </w:rPr>
        <w:t xml:space="preserve">[27:03] </w:t>
      </w:r>
      <w:r>
        <w:t>Rasool Allah ka yeh tareeqa nahi tha. To jab aap Madina pohanche to un ki jo aap ki jo taqreerein Madine ki hain, jo baatein aap Madine mein farmayein, woh sab hadith ki kitabon mein maujood hain.</w:t>
      </w:r>
    </w:p>
    <w:p>
      <w:pPr>
        <w:jc w:val="right"/>
      </w:pPr>
      <w:r>
        <w:t>رسول اللہ کا یہ طریقہ نہیں تھا۔ تو جب آپ مدینہ پہنچے تو ان کی جو آپ کی جو تقریریں مدینے کی ہیں، جو باتیں آپ مدینے میں فرمائیں، وہ سب حدیث کی کتابوں میں موجود ہیں۔</w:t>
      </w:r>
    </w:p>
    <w:p>
      <w:r>
        <w:rPr>
          <w:b/>
        </w:rPr>
        <w:t xml:space="preserve">[27:21] </w:t>
      </w:r>
      <w:r>
        <w:t>Aik kitab se hai Al Rasool fil Madina. To Madine mein jo activities theen, woh is kitab mein maujood hain. Al Rasool fil Madina.</w:t>
      </w:r>
    </w:p>
    <w:p>
      <w:pPr>
        <w:jc w:val="right"/>
      </w:pPr>
      <w:r>
        <w:t>ایک کتاب سے ہے الرسول فی المدینہ ۔ تو مدینے میں جو ایکٹیویٹیز تھیں، وہ اس کتاب میں موجود ہیں۔ الرسول فی المدینہ ۔</w:t>
      </w:r>
    </w:p>
    <w:p>
      <w:r>
        <w:rPr>
          <w:b/>
        </w:rPr>
        <w:t xml:space="preserve">[27:33] </w:t>
      </w:r>
      <w:r>
        <w:t>To poore daur mein jo das saal aap ka Madani ka daur hai, kabhi aap ne Makka walon ke khilaaf koi taqreer nahi ki. Kuch bhi nahi.</w:t>
      </w:r>
    </w:p>
    <w:p>
      <w:pPr>
        <w:jc w:val="right"/>
      </w:pPr>
      <w:r>
        <w:t>تو پورے دور میں جو دس سال آپ کا مدنی کا دور ہے، کبھی آپ نے مکہ والوں کے خلاف کوئی تقریر نہیں کی۔ کچھ بھی نہیں۔</w:t>
      </w:r>
    </w:p>
    <w:p>
      <w:r>
        <w:rPr>
          <w:b/>
        </w:rPr>
        <w:t xml:space="preserve">[27:44] </w:t>
      </w:r>
      <w:r>
        <w:t>Lekin woh chunaanche samajhte thay, woh shirk ko manne walay thay, woh log jo tauheed ko khatra samajhte thay, to unhon ne khud hi iqdaam kiya.</w:t>
      </w:r>
    </w:p>
    <w:p>
      <w:pPr>
        <w:jc w:val="right"/>
      </w:pPr>
      <w:r>
        <w:t>لیکن وہ چونکہ سمجھتے تھے، وہ شرک کو ماننے والے تھے، وہ لوگ جو توحید کو خطرہ سمجھتے تھے، تو انہوں نے خود ہی اقدام کیا۔</w:t>
      </w:r>
    </w:p>
    <w:p>
      <w:r>
        <w:rPr>
          <w:b/>
        </w:rPr>
        <w:t xml:space="preserve">[27:56] </w:t>
      </w:r>
      <w:r>
        <w:t>Aur kuch ladaiyan unhon ne chherin.</w:t>
      </w:r>
    </w:p>
    <w:p>
      <w:pPr>
        <w:jc w:val="right"/>
      </w:pPr>
      <w:r>
        <w:t>اور کچھ لڑائیاں انہوں نے چھیڑیں۔</w:t>
      </w:r>
    </w:p>
    <w:p>
      <w:r>
        <w:rPr>
          <w:b/>
        </w:rPr>
        <w:t xml:space="preserve">[28:00] </w:t>
      </w:r>
      <w:r>
        <w:t>Aap ne dobara manage kiya, yani war ko manage kar ke aap ne is ko aisa kiya ke woh sirf jhadpein ho kar reh gayeen. Is ko kehte hain angrezi mein it's scrubbishes</w:t>
      </w:r>
    </w:p>
    <w:p>
      <w:pPr>
        <w:jc w:val="right"/>
      </w:pPr>
      <w:r>
        <w:t>آپ نے دوبارہ مینج کیا، یعنی وار کو مینج کر کے آپ نے اس کو ایسا کیا کہ وہ صرف جھڑپیں ہو کر رہ گئیں۔ اس کو کہتے ہیں انگریزی میں it's scrubbishes</w:t>
      </w:r>
    </w:p>
    <w:p>
      <w:r>
        <w:rPr>
          <w:b/>
        </w:rPr>
        <w:t xml:space="preserve">[28:13] </w:t>
      </w:r>
      <w:r>
        <w:t>. Yani all those so-called ghazwa aur war were scrubbishes rather than fulfilled war.</w:t>
      </w:r>
    </w:p>
    <w:p>
      <w:pPr>
        <w:jc w:val="right"/>
      </w:pPr>
      <w:r>
        <w:t>۔ یعنی all those so-called غزوہ اور وار were scrubbishes rather than fulfilled وار۔</w:t>
      </w:r>
    </w:p>
    <w:p>
      <w:r>
        <w:rPr>
          <w:b/>
        </w:rPr>
        <w:t xml:space="preserve">[28:23] </w:t>
      </w:r>
      <w:r>
        <w:t>To Rasool Allah sallallahu alaihi wasallam zamane mein jis ko kehta hai ghazwa, ghazwa, ghazwa, woh ghazwa nahi tha, woh sab skirmishes theen, jhadpein theen.</w:t>
      </w:r>
    </w:p>
    <w:p>
      <w:pPr>
        <w:jc w:val="right"/>
      </w:pPr>
      <w:r>
        <w:t>تو رسول اللہ صلی اللہ علیہ وسلم زمانے میں جس کو کہتا ہے غزوہ، غزوہ، غزوہ، وہ غزوہ نہیں تھا، وہ سب اس اسکرمیشنز تھیں، جھڑپیں تھیں۔</w:t>
      </w:r>
    </w:p>
    <w:p>
      <w:r>
        <w:rPr>
          <w:b/>
        </w:rPr>
        <w:t xml:space="preserve">[28:32] </w:t>
      </w:r>
      <w:r>
        <w:t>Kyun ke aaj sab dopahar shuru hui, shaam ko khatam ho gayi, itna hi tha bas. To in ko war kehna hi galat hai.</w:t>
      </w:r>
    </w:p>
    <w:p>
      <w:pPr>
        <w:jc w:val="right"/>
      </w:pPr>
      <w:r>
        <w:t>کیونکہ آج سب دوپہر شروع ہوئی، شام کو ختم ہو گئی، اتنا ہی تھا بس۔ تو ان کو وار کہنا ہی غلط ہے۔</w:t>
      </w:r>
    </w:p>
    <w:p>
      <w:r>
        <w:rPr>
          <w:b/>
        </w:rPr>
        <w:t xml:space="preserve">[28:44] </w:t>
      </w:r>
      <w:r>
        <w:t>War to woh hai jo jaise first world war, second world war. Aisi kaun si duniya mein war hai jo aadhe din rahe bas?</w:t>
      </w:r>
    </w:p>
    <w:p>
      <w:pPr>
        <w:jc w:val="right"/>
      </w:pPr>
      <w:r>
        <w:t>وار تو وہ ہے جو جیسے فرسٹ ورلڈ وار، سیکنڈ ورلڈ وار۔ ایسی کون سی دنیا میں وار ہے جو آدھے دن رہے بس؟</w:t>
      </w:r>
    </w:p>
    <w:p>
      <w:r>
        <w:rPr>
          <w:b/>
        </w:rPr>
        <w:t xml:space="preserve">[28:55] </w:t>
      </w:r>
      <w:r>
        <w:t>Aisi to koi war nahi hai. War par badi badi book rakhi gayi hai, moti moti kitabein likhi gayi hain war par.</w:t>
      </w:r>
    </w:p>
    <w:p>
      <w:pPr>
        <w:jc w:val="right"/>
      </w:pPr>
      <w:r>
        <w:t>ایسی تو کوئی وار نہیں ہے۔ وار پر بڑی بڑی بک رکھی گئی ہے، موٹی موٹی کتابیں لکھی گئی ہیں وار پر۔</w:t>
      </w:r>
    </w:p>
    <w:p>
      <w:r>
        <w:rPr>
          <w:b/>
        </w:rPr>
        <w:t xml:space="preserve">[29:02] </w:t>
      </w:r>
      <w:r>
        <w:t>History of war, is mein aap dekhiye, koi war nahi aisi milegi aap ko jo bas aadhe din mein khatam ho jaye. Badr ki ladai aadhe din rahi, Uhud ki ladai aadhe din rahi.</w:t>
      </w:r>
    </w:p>
    <w:p>
      <w:pPr>
        <w:jc w:val="right"/>
      </w:pPr>
      <w:r>
        <w:t>ہسٹری آف وار، اس میں آپ دیکھیے، کوئی وار نہیں ایسی ملے گی آپ کو جو بس آدھے دن میں ختم ہو جائے۔ بدر کی لڑائی آدھے دن رہی، احد کی لڑائی آدھے دن رہی۔</w:t>
      </w:r>
    </w:p>
    <w:p>
      <w:r>
        <w:rPr>
          <w:b/>
        </w:rPr>
        <w:t xml:space="preserve">[29:15] </w:t>
      </w:r>
      <w:r>
        <w:t>To Rasool Allah ke zamane mein koi bhi fulfilled war nahi thi, sab skirmishes theen. Kyun? Jhadpein ban gayeen woh.</w:t>
      </w:r>
    </w:p>
    <w:p>
      <w:pPr>
        <w:jc w:val="right"/>
      </w:pPr>
      <w:r>
        <w:t>تو رسول اللہ کے زمانے میں کوئی بھی فلفلیٹ وار نہیں تھی، سب اسکرمیشنز تھیں۔ کیوں؟ جھڑپیں بن گئیں وہ۔</w:t>
      </w:r>
    </w:p>
    <w:p>
      <w:r>
        <w:rPr>
          <w:b/>
        </w:rPr>
        <w:t xml:space="preserve">[29:24] </w:t>
      </w:r>
      <w:r>
        <w:t>Woh to war karna chahte thay. Woh aaye thay ladne ke liye.</w:t>
      </w:r>
    </w:p>
    <w:p>
      <w:pPr>
        <w:jc w:val="right"/>
      </w:pPr>
      <w:r>
        <w:t>وہ تو وار کرنا چاہتے تھے۔ وہ آئے تھے لڑنے کے لیے۔</w:t>
      </w:r>
    </w:p>
    <w:p>
      <w:r>
        <w:rPr>
          <w:b/>
        </w:rPr>
        <w:t xml:space="preserve">[29:29] </w:t>
      </w:r>
      <w:r>
        <w:t>Aap ke management ki wajah se, aap ki</w:t>
      </w:r>
    </w:p>
    <w:p>
      <w:pPr>
        <w:jc w:val="right"/>
      </w:pPr>
      <w:r>
        <w:t>آپ کے مینجمنٹ کی وجہ سے، آپ کی</w:t>
      </w:r>
    </w:p>
    <w:p>
      <w:r>
        <w:rPr>
          <w:b/>
        </w:rPr>
        <w:t xml:space="preserve">[29:35] </w:t>
      </w:r>
      <w:r>
        <w:t>peaceful policy ki wajah se aisa hua ke woh skirmishes ban kar reh gayeen. Jhadpein ban kar reh gayeen. Jaise is ki aik misaal dekhiye, khandaq.</w:t>
      </w:r>
    </w:p>
    <w:p>
      <w:pPr>
        <w:jc w:val="right"/>
      </w:pPr>
      <w:r>
        <w:t>پیس فل پالیسی کی وجہ سے ایسا ہوا کہ وہ اسکرمیشنز بن کر رہ گئیں۔ جھڑپیں بن کر رہ گئیں۔ جیسے اس کی ایک مثال دیکھیے، خندق۔</w:t>
      </w:r>
    </w:p>
    <w:p>
      <w:r>
        <w:rPr>
          <w:b/>
        </w:rPr>
        <w:t xml:space="preserve">[29:48] </w:t>
      </w:r>
      <w:r>
        <w:t>Is ko ghazwa khandaq kaha jata hai.</w:t>
      </w:r>
    </w:p>
    <w:p>
      <w:pPr>
        <w:jc w:val="right"/>
      </w:pPr>
      <w:r>
        <w:t>اس کو غزوہ خندق کہا جاتا ہے۔</w:t>
      </w:r>
    </w:p>
    <w:p>
      <w:r>
        <w:rPr>
          <w:b/>
        </w:rPr>
        <w:t xml:space="preserve">[29:52] </w:t>
      </w:r>
      <w:r>
        <w:t>Lekin ghazwa kahan tha woh? Yani woh log barah hazar ki tadad mein Makka se Madina ki taraf aaye.</w:t>
      </w:r>
    </w:p>
    <w:p>
      <w:pPr>
        <w:jc w:val="right"/>
      </w:pPr>
      <w:r>
        <w:t>لیکن غزوہ کہاں تھا وہ؟ یعنی وہ لوگ بارہ ہزار کی تعداد میں مکہ سے مدینہ کی طرف آئے۔</w:t>
      </w:r>
    </w:p>
    <w:p>
      <w:r>
        <w:rPr>
          <w:b/>
        </w:rPr>
        <w:t xml:space="preserve">[30:02] </w:t>
      </w:r>
      <w:r>
        <w:t>Jab aap ko pata chala, dekhiye aap ka aik, aap ke management ka aik aik juz yeh bhi tha ke aap barabar pata karte rehte thay ke aap ke mukhalifeen ki activities kya hain.</w:t>
      </w:r>
    </w:p>
    <w:p>
      <w:pPr>
        <w:jc w:val="right"/>
      </w:pPr>
      <w:r>
        <w:t>جب آپ کو پتہ چلا، دیکھیے آپ کا ایک، آپ کے مینجمنٹ کا ایک ایک جز یہ بھی تھا کہ آپ برابر پتہ کرتے رہتے تھے کہ آپ کے مخالفین کی ایکٹیویٹیز کیا ہیں۔</w:t>
      </w:r>
    </w:p>
    <w:p>
      <w:r>
        <w:rPr>
          <w:b/>
        </w:rPr>
        <w:t xml:space="preserve">[30:17] </w:t>
      </w:r>
      <w:r>
        <w:t>Aap ka intelligence department bohat hi mazboot tha.</w:t>
      </w:r>
    </w:p>
    <w:p>
      <w:pPr>
        <w:jc w:val="right"/>
      </w:pPr>
      <w:r>
        <w:t>آپ کا انٹیلیجنس ڈیپارٹمنٹ بہت ہی مضبوط تھا۔</w:t>
      </w:r>
    </w:p>
    <w:p>
      <w:r>
        <w:rPr>
          <w:b/>
        </w:rPr>
        <w:t xml:space="preserve">[30:21] </w:t>
      </w:r>
      <w:r>
        <w:t>To aap ko bataya gaya ke wahan se barah hazar ka lashkar aa raha hai Madine par attack karne ke liye. To jab aap ne yeh khabar suni to apne sahaba ko saath le kar ke aap ne Madine ke kinare khandaq khod di, yani trench khod di.</w:t>
      </w:r>
    </w:p>
    <w:p>
      <w:pPr>
        <w:jc w:val="right"/>
      </w:pPr>
      <w:r>
        <w:t>تو آپ کو بتایا گیا کہ وہاں سے بارہ ہزار کا لشکر آ رہا ہے مدینے پر اٹیک کرنے کے لیے۔ تو جب آپ نے یہ خبر سنی تو اپنے صحابہ کو ساتھ لے کر کے آپ نے مدینہ کے کنارے خندق کھود دی، یعنی ٹرینچ کھود دی۔</w:t>
      </w:r>
    </w:p>
    <w:p>
      <w:r>
        <w:rPr>
          <w:b/>
        </w:rPr>
        <w:t xml:space="preserve">[30:41] </w:t>
      </w:r>
      <w:r>
        <w:t>Kyun ke Makka, Madina aik aisa shehar tha jo teen taraf se protected nahi kiya ja sakta is zamane mein.</w:t>
      </w:r>
    </w:p>
    <w:p>
      <w:pPr>
        <w:jc w:val="right"/>
      </w:pPr>
      <w:r>
        <w:t>کیونکہ مکہ، مدینہ ایک ایسا شہر تھا جو تین طرف سے پرنٹڈ نہیں کیا جا سکتا اس زمانے میں۔</w:t>
      </w:r>
    </w:p>
    <w:p>
      <w:r>
        <w:rPr>
          <w:b/>
        </w:rPr>
        <w:t xml:space="preserve">[30:49] </w:t>
      </w:r>
      <w:r>
        <w:t>teen taraf se woh ghira hua tha. yani pahadiyan theen, bohat ghane baghat the. to teen taraf se woh koi fauj printed nahi kar sakti thi.</w:t>
      </w:r>
    </w:p>
    <w:p>
      <w:pPr>
        <w:jc w:val="right"/>
      </w:pPr>
      <w:r>
        <w:t>تین طرف سے وہ گھرا ہوا تھا۔ یعنی پہاڑیاں تھیں، بہت گھنے باغات تھے۔ تو تین طرف سے وہ کوئی فوج پرنٹڈ نہیں کر سکتی تھی۔</w:t>
      </w:r>
    </w:p>
    <w:p>
      <w:r>
        <w:rPr>
          <w:b/>
        </w:rPr>
        <w:t xml:space="preserve">[30:59] </w:t>
      </w:r>
      <w:r>
        <w:t>ek taraf khula hua tha. aur madina chhota sa shehar tha, koi dilli ki taraf bara shehar nahi tha. ek town tha, samjhiye town. ek taraf aap ne khandak khod di.</w:t>
      </w:r>
    </w:p>
    <w:p>
      <w:pPr>
        <w:jc w:val="right"/>
      </w:pPr>
      <w:r>
        <w:t>ایک طرف کھلا ہوا تھا۔ اور مدینہ چھوٹا سا شہر تھا، کوئی دلی کی طرف بڑا شہر نہیں تھا۔ ایک ٹاؤن تھا، سمجھئے ٹاؤن۔ ایک طرف آپ نے خندق کھود دی۔</w:t>
      </w:r>
    </w:p>
    <w:p>
      <w:r>
        <w:rPr>
          <w:b/>
        </w:rPr>
        <w:t xml:space="preserve">[31:10] </w:t>
      </w:r>
      <w:r>
        <w:t>wo helicopter ke zamane mein nahi tha ke helicopter urr kar ke wahan pahunch jaye.</w:t>
      </w:r>
    </w:p>
    <w:p>
      <w:pPr>
        <w:jc w:val="right"/>
      </w:pPr>
      <w:r>
        <w:t>وہ ہیلی کاپٹر کے زمانے میں نہیں تھا کہ ہیلی کاپٹر اڑ کر کے وہاں پہنچ جائے۔</w:t>
      </w:r>
    </w:p>
    <w:p>
      <w:r>
        <w:rPr>
          <w:b/>
        </w:rPr>
        <w:t xml:space="preserve">[31:15] </w:t>
      </w:r>
      <w:r>
        <w:t>to woh log khandak ke bahir aa kar padao daal diya aur wahin pade rahe, ghaleban barah din tak. phir woh wapas chale gaye.</w:t>
      </w:r>
    </w:p>
    <w:p>
      <w:pPr>
        <w:jc w:val="right"/>
      </w:pPr>
      <w:r>
        <w:t>تو وہ لوگ خندق کے باہر آ کر پڑاؤ ڈال دیا اور وہیں پڑے رہے، غالباً بارہ دن تک۔ پھر وہ واپس چلے گئے۔</w:t>
      </w:r>
    </w:p>
    <w:p>
      <w:r>
        <w:rPr>
          <w:b/>
        </w:rPr>
        <w:t xml:space="preserve">[31:26] </w:t>
      </w:r>
      <w:r>
        <w:t>phir ladai nahi hui. There was also a way of management</w:t>
      </w:r>
    </w:p>
    <w:p>
      <w:pPr>
        <w:jc w:val="right"/>
      </w:pPr>
      <w:r>
        <w:t>پھر لڑائی نہیں ہوئی۔ There was also a way of management</w:t>
      </w:r>
    </w:p>
    <w:p>
      <w:r>
        <w:rPr>
          <w:b/>
        </w:rPr>
        <w:t xml:space="preserve">[31:33] </w:t>
      </w:r>
      <w:r>
        <w:t>. to woh jo rasool Allah ko bataya gaya tha ke usool e khair, peaceful settlement is the best . aur ينادونك فی الارض .</w:t>
      </w:r>
    </w:p>
    <w:p>
      <w:pPr>
        <w:jc w:val="right"/>
      </w:pPr>
      <w:r>
        <w:t>۔ تو وہ جو رسول اللہ کو بتایا گیا تھا کہ اصول خیر، peaceful settlement is the best ۔ اور ينادونك فی الارض ۔</w:t>
      </w:r>
    </w:p>
    <w:p>
      <w:r>
        <w:rPr>
          <w:b/>
        </w:rPr>
        <w:t xml:space="preserve">[31:44] </w:t>
      </w:r>
      <w:r>
        <w:t>yani unko takrao ka mauqa na do. is tarah se aap karte rahe.</w:t>
      </w:r>
    </w:p>
    <w:p>
      <w:pPr>
        <w:jc w:val="right"/>
      </w:pPr>
      <w:r>
        <w:t>یعنی ان کو ٹکراؤ کا موقع نہ دو۔ اس طرح سے آپ کرتے رہے۔</w:t>
      </w:r>
    </w:p>
    <w:p>
      <w:r>
        <w:rPr>
          <w:b/>
        </w:rPr>
        <w:t xml:space="preserve">[31:52] </w:t>
      </w:r>
      <w:r>
        <w:t>phir aakhir mein kya kiya? aaj bohat hi bara waqea aap ne kiya. jo pacifism, jo discipline hai, uska masterpiece waqea hai yeh.</w:t>
      </w:r>
    </w:p>
    <w:p>
      <w:pPr>
        <w:jc w:val="right"/>
      </w:pPr>
      <w:r>
        <w:t>پھر آخر میں کیا کیا؟ آج بہت ہی بڑا واقعہ آپ نے کیا۔ جو پیسیفزم، جو ڈسپلن ہے، اس کا ماسٹر پیس واقعہ ہے یہ۔</w:t>
      </w:r>
    </w:p>
    <w:p>
      <w:r>
        <w:rPr>
          <w:b/>
        </w:rPr>
        <w:t xml:space="preserve">[32:07] </w:t>
      </w:r>
      <w:r>
        <w:t>yani aap ne bohat hi khamoshi ke sath aur bohat hi thande andaaz mein negotiation shuru ki.</w:t>
      </w:r>
    </w:p>
    <w:p>
      <w:pPr>
        <w:jc w:val="right"/>
      </w:pPr>
      <w:r>
        <w:t>یعنی آپ نے بہت ہی خاموشی کے ساتھ اور بہت ہی ٹھنڈے انداز میں نیگوشی ایشن شروع کیا۔</w:t>
      </w:r>
    </w:p>
    <w:p>
      <w:r>
        <w:rPr>
          <w:b/>
        </w:rPr>
        <w:t xml:space="preserve">[32:17] </w:t>
      </w:r>
      <w:r>
        <w:t>baat cheet.</w:t>
      </w:r>
    </w:p>
    <w:p>
      <w:pPr>
        <w:jc w:val="right"/>
      </w:pPr>
      <w:r>
        <w:t>بات چیت۔</w:t>
      </w:r>
    </w:p>
    <w:p>
      <w:r>
        <w:rPr>
          <w:b/>
        </w:rPr>
        <w:t xml:space="preserve">[32:23] </w:t>
      </w:r>
      <w:r>
        <w:t>aman ki baat cheet. yani fareeq e sani se, fareeq e sani ki jo qiyadat kar rahe the, woh the quraish.</w:t>
      </w:r>
    </w:p>
    <w:p>
      <w:pPr>
        <w:jc w:val="right"/>
      </w:pPr>
      <w:r>
        <w:t>امن کی بات چیت۔ یعنی فریق ثانی سے، فریق ثانی کی جو قیادت کر رہے تھے، وہ تھے قریش۔</w:t>
      </w:r>
    </w:p>
    <w:p>
      <w:r>
        <w:rPr>
          <w:b/>
        </w:rPr>
        <w:t xml:space="preserve">[32:31] </w:t>
      </w:r>
      <w:r>
        <w:t>makkah, quraish wahan bohat sab se bara qabeela samjha jata tha. jaise India mein brahmin hain, aise hi wahan par quraish the.</w:t>
      </w:r>
    </w:p>
    <w:p>
      <w:pPr>
        <w:jc w:val="right"/>
      </w:pPr>
      <w:r>
        <w:t>مکہ، قریش وہاں بہت سب سے بڑا قبیلہ سمجھا جاتا تھا۔ جیسے انڈیا میں براہمن ہیں، ایسے ہی وہاں پر قریش تھے۔</w:t>
      </w:r>
    </w:p>
    <w:p>
      <w:r>
        <w:rPr>
          <w:b/>
        </w:rPr>
        <w:t xml:space="preserve">[32:41] </w:t>
      </w:r>
      <w:r>
        <w:t>to quraish jo hain, woh leadership sambhale hue the. to quraish se aap ne baat cheet shuru ki. ke hamare tumhare darmiyan peace ka muahida ho jaye.</w:t>
      </w:r>
    </w:p>
    <w:p>
      <w:pPr>
        <w:jc w:val="right"/>
      </w:pPr>
      <w:r>
        <w:t>تو قریش جو ہیں، وہ لیڈرشپ سنبھالے ہوئے تھے۔ تو قریش سے آپ نے بات چیت شروع کی۔ کہ ہمارے تمہارے درمیان پیس کا معاہدہ ہو جائے۔</w:t>
      </w:r>
    </w:p>
    <w:p>
      <w:r>
        <w:rPr>
          <w:b/>
        </w:rPr>
        <w:t xml:space="preserve">[32:54] </w:t>
      </w:r>
      <w:r>
        <w:t>na hum tum par attack karein, na tum hum par attack karo.</w:t>
      </w:r>
    </w:p>
    <w:p>
      <w:pPr>
        <w:jc w:val="right"/>
      </w:pPr>
      <w:r>
        <w:t>نہ ہم تم پر اٹیک کریں، نہ تم ہم پر اٹیک کرو۔</w:t>
      </w:r>
    </w:p>
    <w:p>
      <w:r>
        <w:rPr>
          <w:b/>
        </w:rPr>
        <w:t xml:space="preserve">[32:58] </w:t>
      </w:r>
      <w:r>
        <w:t>to unhone kaha ke theek hai, lekin unhone shartein aisi lagayin, condition. yani lateral condition. bohat si lateral condi</w:t>
      </w:r>
    </w:p>
    <w:p>
      <w:pPr>
        <w:jc w:val="right"/>
      </w:pPr>
      <w:r>
        <w:t>تو انہوں نے کہا کہ ٹھیک ہے، لیکن انہوں نے شرطیں ایسی لگائیں، کنڈیشن۔ یعنی لیٹرل کنڈیشن۔ بہت سی لیٹرل کنڈی</w:t>
      </w:r>
    </w:p>
    <w:p>
      <w:r>
        <w:rPr>
          <w:b/>
        </w:rPr>
        <w:t xml:space="preserve">[33:08] </w:t>
      </w:r>
      <w:r>
        <w:t>tion. misaal ke taur par yeh ke agar makkah ka koi aadmi aap ke deen ko qabool kar le aur madina chala jaye to aap ko matlab is tareekh ke baad, jis tareekh ko pichhle ki baat nahi hai,</w:t>
      </w:r>
    </w:p>
    <w:p>
      <w:pPr>
        <w:jc w:val="right"/>
      </w:pPr>
      <w:r>
        <w:t>شن۔ مثال کے طور پر یہ کہ اگر مکے کا کوئی آدمی آپ کے دین کو قبول کر لے اور مدینہ چلا جائے تو آپ کو مطلب اس تاریخ کے بعد، جس تاریخ کو پچھلے کی بات نہیں ہے،</w:t>
      </w:r>
    </w:p>
    <w:p>
      <w:r>
        <w:rPr>
          <w:b/>
        </w:rPr>
        <w:t xml:space="preserve">[33:29] </w:t>
      </w:r>
      <w:r>
        <w:t>jis tareekh ko hamara aap ka muahida hoga, uske baad agar makkah ka koi aadmi aap ke deen ko qabool kar le aur makkah chhod kar madina chala jaye to aap ko us aadmi ko hamein wapas karna parega.</w:t>
      </w:r>
    </w:p>
    <w:p>
      <w:pPr>
        <w:jc w:val="right"/>
      </w:pPr>
      <w:r>
        <w:t>جس تاریخ کو ہمارا آپ کا معاہدہ ہوگا، اس کے بعد اگر مکے کا کوئی آدمی آپ کے دین کو قبول کر لے اور مکہ چھوڑ کر مدینہ چلا جائے تو آپ کو اس آدمی کو ہمیں واپس کرنا پڑے گا۔</w:t>
      </w:r>
    </w:p>
    <w:p>
      <w:r>
        <w:rPr>
          <w:b/>
        </w:rPr>
        <w:t xml:space="preserve">[33:44] </w:t>
      </w:r>
      <w:r>
        <w:t>wapas karna parega. is tarah ki kai is mein condition theen. yahan tak ke dekhiye, muahida is zamane mein paper hua karta tha, hand made paper.</w:t>
      </w:r>
    </w:p>
    <w:p>
      <w:pPr>
        <w:jc w:val="right"/>
      </w:pPr>
      <w:r>
        <w:t>واپس کرنا پڑے گا۔ اس طرح کی کئی اس میں کنڈیشن تھیں۔ یہاں تک کہ دیکھیے، معاہدہ اس زمانے میں پیپر ہوا کرتا تھا، ہینڈ میڈ پیپر۔</w:t>
      </w:r>
    </w:p>
    <w:p>
      <w:r>
        <w:rPr>
          <w:b/>
        </w:rPr>
        <w:t xml:space="preserve">[33:57] </w:t>
      </w:r>
      <w:r>
        <w:t>us par likha ja raha tha. to us par likha gaya ke yeh muahida jo hai quraish ke darmiyan aur Muhammad Rasool Allah ke darmiyan hai.</w:t>
      </w:r>
    </w:p>
    <w:p>
      <w:pPr>
        <w:jc w:val="right"/>
      </w:pPr>
      <w:r>
        <w:t>اس پر لکھا جا رہا تھا۔ تو اس پر لکھا گیا کہ یہ معاہدہ جو ہے قریش کے درمیان اور محمد رسول اللہ کے درمیان ہے۔</w:t>
      </w:r>
    </w:p>
    <w:p>
      <w:r>
        <w:rPr>
          <w:b/>
        </w:rPr>
        <w:t xml:space="preserve">[34:09] </w:t>
      </w:r>
      <w:r>
        <w:t>to unhone kaha ke Rasool Allah to hum mante nahi aap ko. yeh lafz kaatiye. sirf Muhammad bin Abdullah likhiye.</w:t>
      </w:r>
    </w:p>
    <w:p>
      <w:pPr>
        <w:jc w:val="right"/>
      </w:pPr>
      <w:r>
        <w:t>تو انہوں نے کہا کہ رسول اللہ تو ہم مانتے نہیں آپ کو۔ یہ لفظ کاٹیے۔ صرف محمد بن عبداللہ لکھیے۔</w:t>
      </w:r>
    </w:p>
    <w:p>
      <w:r>
        <w:rPr>
          <w:b/>
        </w:rPr>
        <w:t xml:space="preserve">[34:18] </w:t>
      </w:r>
      <w:r>
        <w:t>to sahaba tayyar nahi the ke kaata jaye is ko. aap ne khud apne hath se mita diya. kaha theek hai, likh do ke Muhammad bin Abdullah.</w:t>
      </w:r>
    </w:p>
    <w:p>
      <w:pPr>
        <w:jc w:val="right"/>
      </w:pPr>
      <w:r>
        <w:t>تو صحابہ تیار نہیں تھے کہ کاٹا جائے اس کو۔ آپ نے خود اپنے ہاتھ سے مٹا دیا۔ کہا ٹھیک ہے، لکھ دو کہ محمد بن عبداللہ۔</w:t>
      </w:r>
    </w:p>
    <w:p>
      <w:r>
        <w:rPr>
          <w:b/>
        </w:rPr>
        <w:t xml:space="preserve">[34:29] </w:t>
      </w:r>
      <w:r>
        <w:t>Rasool Allah kaat do. yani aap ne apni hesiyat jo thi, usi hesiyat ko kaghaz par mita diya.</w:t>
      </w:r>
    </w:p>
    <w:p>
      <w:pPr>
        <w:jc w:val="right"/>
      </w:pPr>
      <w:r>
        <w:t>رسول اللہ کاٹ دو۔ یعنی آپ نے اپنی حیثیت جو تھی، اسی حیثیت کو کاغذ پر مٹا دیا۔</w:t>
      </w:r>
    </w:p>
    <w:p>
      <w:r>
        <w:rPr>
          <w:b/>
        </w:rPr>
        <w:t xml:space="preserve">[34:38] </w:t>
      </w:r>
      <w:r>
        <w:t>to yeh tha management. management. management ke dekhiye, koi ek hard and fast rule nahi hua karta.</w:t>
      </w:r>
    </w:p>
    <w:p>
      <w:pPr>
        <w:jc w:val="right"/>
      </w:pPr>
      <w:r>
        <w:t>تو یہ تھا مینجمنٹ۔ مینجمنٹ۔ مینجمنٹ کے دیکھیے، کوئی ایک ہارڈ اینڈ فاسٹ رول نہیں ہوا کرتا۔</w:t>
      </w:r>
    </w:p>
    <w:p>
      <w:r>
        <w:rPr>
          <w:b/>
        </w:rPr>
        <w:t xml:space="preserve">[34:49] </w:t>
      </w:r>
      <w:r>
        <w:t>haalat ke lehaz se pata chalta hai ke hum kaise manage karein. kaise takrao ko avoid karein. kaise war ko avoid karein.</w:t>
      </w:r>
    </w:p>
    <w:p>
      <w:pPr>
        <w:jc w:val="right"/>
      </w:pPr>
      <w:r>
        <w:t>حالات کے لحاظ سے پتہ چلتا ہے کہ ہم کیسے مینج کریں۔ کیسے ٹکراؤ کو اوائڈ کریں۔ کیسے وار کو اوائڈ کریں۔</w:t>
      </w:r>
    </w:p>
    <w:p>
      <w:r>
        <w:rPr>
          <w:b/>
        </w:rPr>
        <w:t xml:space="preserve">[35:00] </w:t>
      </w:r>
      <w:r>
        <w:t>kaise confrontation ko avoid karein. isi ko mein keh raha hoon management.</w:t>
      </w:r>
    </w:p>
    <w:p>
      <w:pPr>
        <w:jc w:val="right"/>
      </w:pPr>
      <w:r>
        <w:t>کیسے کنفرنٹیشن کو اوائڈ کریں۔ اسی کو میں کہہ رہا ہوں مینجمنٹ۔</w:t>
      </w:r>
    </w:p>
    <w:p>
      <w:r>
        <w:rPr>
          <w:b/>
        </w:rPr>
        <w:t xml:space="preserve">[35:07] </w:t>
      </w:r>
      <w:r>
        <w:t>to yeh misaal aap ne qaim ki. aur phir Hudaybiyah wala muahida tay pa gaya is mein ke yeh likha hua tha ke das saal tak dono fareeq ke darmiyan larai band rahe gi.</w:t>
      </w:r>
    </w:p>
    <w:p>
      <w:pPr>
        <w:jc w:val="right"/>
      </w:pPr>
      <w:r>
        <w:t>تو یہ مثال آپ نے قائم کی۔ اور پھر حدیبیہ والا معاہدہ طے پا گیا اس میں کہ یہ لکھا ہوا تھا کہ دس سال تک دونوں فریق کے درمیان لڑائی بند رہے گی۔</w:t>
      </w:r>
    </w:p>
    <w:p>
      <w:r>
        <w:rPr>
          <w:b/>
        </w:rPr>
        <w:t xml:space="preserve">[35:24] </w:t>
      </w:r>
      <w:r>
        <w:t>to Hudaybiyah jo tha, basically woh das saal ka no war pact tha. no war pact.</w:t>
      </w:r>
    </w:p>
    <w:p>
      <w:pPr>
        <w:jc w:val="right"/>
      </w:pPr>
      <w:r>
        <w:t>تو حدیبیہ جو تھا، بیسکلی وہ دس سال کا نو وار پیکٹ تھا۔ نو وار پیکٹ۔</w:t>
      </w:r>
    </w:p>
    <w:p>
      <w:r>
        <w:rPr>
          <w:b/>
        </w:rPr>
        <w:t xml:space="preserve">[35:37] </w:t>
      </w:r>
      <w:r>
        <w:t>ab dekhiye ke kya hua? no war pact jab hua to</w:t>
      </w:r>
    </w:p>
    <w:p>
      <w:pPr>
        <w:jc w:val="right"/>
      </w:pPr>
      <w:r>
        <w:t>اب دیکھیے کہ کیا ہوا؟ نو وار پیکٹ جب ہوا تو</w:t>
      </w:r>
    </w:p>
    <w:p>
      <w:r>
        <w:rPr>
          <w:b/>
        </w:rPr>
        <w:t xml:space="preserve">[35:45] </w:t>
      </w:r>
      <w:r>
        <w:t>yeh aam taur par scholars jo hain, peace ka definition dete hain ke absence of war. jo scholars ki definition hai peace ke liye, woh hai absence of war.</w:t>
      </w:r>
    </w:p>
    <w:p>
      <w:pPr>
        <w:jc w:val="right"/>
      </w:pPr>
      <w:r>
        <w:t>یہ عام طور پر سکالرز جو ہیں، پیس کا ڈیفینیشن دیتے ہیں کہ ایبسنس آف وار۔ جو سکالرز کی ڈیفینیشن ہے پیس کے لیے، وہ ہے ایبسنس آف وار۔</w:t>
      </w:r>
    </w:p>
    <w:p>
      <w:r>
        <w:rPr>
          <w:b/>
        </w:rPr>
        <w:t xml:space="preserve">[35:59] </w:t>
      </w:r>
      <w:r>
        <w:t>yani jang ki ghair maujoodgi</w:t>
      </w:r>
    </w:p>
    <w:p>
      <w:pPr>
        <w:jc w:val="right"/>
      </w:pPr>
      <w:r>
        <w:t>یعنی جنگ کی غیر موجودگی</w:t>
      </w:r>
    </w:p>
    <w:p>
      <w:r>
        <w:rPr>
          <w:b/>
        </w:rPr>
        <w:t xml:space="preserve">[36:03] </w:t>
      </w:r>
      <w:r>
        <w:t>. mein kahoon ga yeh negative definition hai. yani peace ek positive term hai. aap is ki negative definition de rahe hain.</w:t>
      </w:r>
    </w:p>
    <w:p>
      <w:pPr>
        <w:jc w:val="right"/>
      </w:pPr>
      <w:r>
        <w:t>۔ میں کہوں گا یہ نیگیٹیو ڈیفینیشن ہے۔ یعنی پیس ایک پازیٹیو ٹرم ہے۔ آپ اس کی نیگیٹیو ڈیفینیشن دے رہے ہیں۔</w:t>
      </w:r>
    </w:p>
    <w:p>
      <w:r>
        <w:rPr>
          <w:b/>
        </w:rPr>
        <w:t xml:space="preserve">[36:13] </w:t>
      </w:r>
      <w:r>
        <w:t>to woh to theek nahi hai. peace ki definition sahi honi chahiye. absence of war nahi.</w:t>
      </w:r>
    </w:p>
    <w:p>
      <w:pPr>
        <w:jc w:val="right"/>
      </w:pPr>
      <w:r>
        <w:t>تو وہ تو ٹھیک نہیں ہے۔ پیس کی ڈیفینیشن صحیح ہونی چاہیے۔ ایبسنس آف وار نہیں۔</w:t>
      </w:r>
    </w:p>
    <w:p>
      <w:r>
        <w:rPr>
          <w:b/>
        </w:rPr>
        <w:t xml:space="preserve">[36:22] </w:t>
      </w:r>
      <w:r>
        <w:t>hona chahiye presence of opportunities.</w:t>
      </w:r>
    </w:p>
    <w:p>
      <w:pPr>
        <w:jc w:val="right"/>
      </w:pPr>
      <w:r>
        <w:t>ہونا چاہیے پریزنس آف اپرچونیٹیز۔</w:t>
      </w:r>
    </w:p>
    <w:p>
      <w:r>
        <w:rPr>
          <w:b/>
        </w:rPr>
        <w:t xml:space="preserve">[36:28] </w:t>
      </w:r>
      <w:r>
        <w:t>yani absence of war ke sath yeh bhi milaiye aap. absence of war and presence of opportunities. tab definition mukammal hogi.</w:t>
      </w:r>
    </w:p>
    <w:p>
      <w:pPr>
        <w:jc w:val="right"/>
      </w:pPr>
      <w:r>
        <w:t>یعنی ایبسنس آف وار کے ساتھ یہ بھی ملائیے آپ۔ ایبسنس آف وار اینڈ پریزنس آف اپرچونیٹیز۔ تب ڈیفینیشن مکمل ہوگی۔</w:t>
      </w:r>
    </w:p>
    <w:p>
      <w:r>
        <w:rPr>
          <w:b/>
        </w:rPr>
        <w:t xml:space="preserve">[36:38] </w:t>
      </w:r>
      <w:r>
        <w:t>to jahan jab jab peace qaim hoga to kya hoga? mawaqe khulenge, opportunities khulenge, ausar khulenge.</w:t>
      </w:r>
    </w:p>
    <w:p>
      <w:pPr>
        <w:jc w:val="right"/>
      </w:pPr>
      <w:r>
        <w:t>تو جہاں جب جب پیس قائم ہوگا تو کیا ہوگا؟ مواقع کھلیں گے، اپرچونیٹیز کھلیں گے، اوسر کھلیں گے۔</w:t>
      </w:r>
    </w:p>
    <w:p>
      <w:r>
        <w:rPr>
          <w:b/>
        </w:rPr>
        <w:t xml:space="preserve">[36:48] </w:t>
      </w:r>
      <w:r>
        <w:t>to wohi hua. pehli baat to yeh hui, interaction barh gaya.</w:t>
      </w:r>
    </w:p>
    <w:p>
      <w:pPr>
        <w:jc w:val="right"/>
      </w:pPr>
      <w:r>
        <w:t>تو وہی ہوا۔ پہلی بات تو یہ ہوئی، انٹریکشن بڑھ گیا۔</w:t>
      </w:r>
    </w:p>
    <w:p>
      <w:r>
        <w:rPr>
          <w:b/>
        </w:rPr>
        <w:t xml:space="preserve">[36:55] </w:t>
      </w:r>
      <w:r>
        <w:t>yani Hudaybiyah muahide se pehle Rasool Allah ke Sahaba jo the, un ka interaction Makkah walon se hota nahi tha.</w:t>
      </w:r>
    </w:p>
    <w:p>
      <w:pPr>
        <w:jc w:val="right"/>
      </w:pPr>
      <w:r>
        <w:t>یعنی حدیبیہ معاہدے سے پہلے رسول اللہ کے صحابہ جو تھے، ان کا انٹریکشن مکہ والوں سے ہوتا نہیں تھا۔</w:t>
      </w:r>
    </w:p>
    <w:p>
      <w:r>
        <w:rPr>
          <w:b/>
        </w:rPr>
        <w:t xml:space="preserve">[37:04] </w:t>
      </w:r>
      <w:r>
        <w:t>doosre qabail se hota nahi tha. jo shirk par the. ab interaction barh gaya. aur log ek doosre ko Quran sunane lagay.</w:t>
      </w:r>
    </w:p>
    <w:p>
      <w:pPr>
        <w:jc w:val="right"/>
      </w:pPr>
      <w:r>
        <w:t>دوسرے قبائل سے ہوتا نہیں تھا۔ جو شرک پر تھے۔ اب انٹریکشن بڑھ گیا۔ اور لوگ ایک دوسرے کو قرآن سنانے لگے۔</w:t>
      </w:r>
    </w:p>
    <w:p>
      <w:r>
        <w:rPr>
          <w:b/>
        </w:rPr>
        <w:t xml:space="preserve">[37:15] </w:t>
      </w:r>
      <w:r>
        <w:t>ek doosre ko Islam ki ibadat sunane lagay. peaceful andaaz mein da'wa work shuru ho gaya.</w:t>
      </w:r>
    </w:p>
    <w:p>
      <w:pPr>
        <w:jc w:val="right"/>
      </w:pPr>
      <w:r>
        <w:t>ایک دوسرے کو اسلام کی عبادت سنانے لگے۔ پیس فل انداز میں دعا ورک شروع ہو گیا۔</w:t>
      </w:r>
    </w:p>
    <w:p>
      <w:r>
        <w:rPr>
          <w:b/>
        </w:rPr>
        <w:t xml:space="preserve">[37:23] </w:t>
      </w:r>
      <w:r>
        <w:t>to do saal ke andar andar aisa hua ke ek dum sea change hoga, sea change. woh kaise?</w:t>
      </w:r>
    </w:p>
    <w:p>
      <w:pPr>
        <w:jc w:val="right"/>
      </w:pPr>
      <w:r>
        <w:t>تو دو سال کے اندر اندر ایسا ہوا کہ ایک دم سی چینج ہوگا، سی چینج۔ وہ کیسے؟</w:t>
      </w:r>
    </w:p>
    <w:p>
      <w:r>
        <w:rPr>
          <w:b/>
        </w:rPr>
        <w:t xml:space="preserve">[37:37] </w:t>
      </w:r>
      <w:r>
        <w:t>ke Rasool Allah ne jab muahida kiya tha, us waqt aap ke sath kul chaudah sou aadmi the Hudaybiyah ke maqam par. chaudah sou.</w:t>
      </w:r>
    </w:p>
    <w:p>
      <w:pPr>
        <w:jc w:val="right"/>
      </w:pPr>
      <w:r>
        <w:t>کہ رسول اللہ نے جب معاہدہ کیا تھا، اس وقت آپ کے ساتھ کل چودہ سو آدمی تھے حدیبیہ کے مقام پر۔ چودہ سو۔</w:t>
      </w:r>
    </w:p>
    <w:p>
      <w:r>
        <w:rPr>
          <w:b/>
        </w:rPr>
        <w:t xml:space="preserve">[37:48] </w:t>
      </w:r>
      <w:r>
        <w:t>One thousand four hundred</w:t>
      </w:r>
    </w:p>
    <w:p>
      <w:pPr>
        <w:jc w:val="right"/>
      </w:pPr>
      <w:r>
        <w:t>One thousand four hundred</w:t>
      </w:r>
    </w:p>
    <w:p>
      <w:r>
        <w:rPr>
          <w:b/>
        </w:rPr>
        <w:t xml:space="preserve">[37:51] </w:t>
      </w:r>
      <w:r>
        <w:t>do saal ke andar kya hua ke tadad itni barh gayi, itni barh gayi ke aap ne jab march kiya Makkah ki taraf to ten thousand aap ke sathi the.</w:t>
      </w:r>
    </w:p>
    <w:p>
      <w:pPr>
        <w:jc w:val="right"/>
      </w:pPr>
      <w:r>
        <w:t>دو سال کے اندر کیا ہوا کہ تعداد اتنی بڑھ گئی، اتنی بڑھ گئی کہ آپ نے جب مارچ کیا مکہ کی طرف تو ٹین تھاؤزنڈ آپ کے ساتھی تھے۔</w:t>
      </w:r>
    </w:p>
    <w:p>
      <w:r>
        <w:rPr>
          <w:b/>
        </w:rPr>
        <w:t xml:space="preserve">[38:03] </w:t>
      </w:r>
      <w:r>
        <w:t>Ten thousand.</w:t>
      </w:r>
    </w:p>
    <w:p>
      <w:pPr>
        <w:jc w:val="right"/>
      </w:pPr>
      <w:r>
        <w:t>ٹین تھاؤزنڈ۔</w:t>
      </w:r>
    </w:p>
    <w:p>
      <w:r>
        <w:rPr>
          <w:b/>
        </w:rPr>
        <w:t xml:space="preserve">[38:07] </w:t>
      </w:r>
      <w:r>
        <w:t>yeh waqia itna aam hai ke yeh is ka prediction tha Bible mein. Bible mein is ka prediction maujood hai, is mein ten thousand ka lafz maujood hai.</w:t>
      </w:r>
    </w:p>
    <w:p>
      <w:pPr>
        <w:jc w:val="right"/>
      </w:pPr>
      <w:r>
        <w:t>یہ واقعہ اتنا عام ہے کہ یہ اس کا پریڈکشن تھا بائبل میں۔ بائبل میں اس کا پریڈکشن موجود ہے، اس میں ٹین تھاؤزنڈ کا لفظ موجود ہے۔</w:t>
      </w:r>
    </w:p>
    <w:p>
      <w:r>
        <w:rPr>
          <w:b/>
        </w:rPr>
        <w:t xml:space="preserve">[38:20] </w:t>
      </w:r>
      <w:r>
        <w:t>is mein yeh hai ke he came with ten thousand saints</w:t>
      </w:r>
    </w:p>
    <w:p>
      <w:pPr>
        <w:jc w:val="right"/>
      </w:pPr>
      <w:r>
        <w:t>اس میں یہ ہے کہ he came with ten thousand saints</w:t>
      </w:r>
    </w:p>
    <w:p>
      <w:r>
        <w:rPr>
          <w:b/>
        </w:rPr>
        <w:t xml:space="preserve">[38:26] </w:t>
      </w:r>
      <w:r>
        <w:t>. to dekhiye, yeh hai peace ka karishma. is ke baad aap ne kya kiya? jab peace qaim ho gaya, ek taraf interaction shuru ho gaya aur Quran ki baatein phailai jaane lagin.</w:t>
      </w:r>
    </w:p>
    <w:p>
      <w:pPr>
        <w:jc w:val="right"/>
      </w:pPr>
      <w:r>
        <w:t>۔ تو دیکھیے، یہ ہے پیس کا کرشمہ۔ اس کے بعد آپ نے کیا کیا؟ جب پیس قائم ہو گیا، ایک طرف انٹریکشن شروع ہو گیا اور قرآن کی باتیں پھیلائی جانے لگیں۔</w:t>
      </w:r>
    </w:p>
    <w:p>
      <w:r>
        <w:rPr>
          <w:b/>
        </w:rPr>
        <w:t xml:space="preserve">[38:41] </w:t>
      </w:r>
      <w:r>
        <w:t>sath sath aap ne kya kiya? Arab ke atraaf mein jo riyasaten theen, jo rulers the, us zamane mein jo tribe ke head hua karte the, un ko aap ne da'wati khatoot bhejay.</w:t>
      </w:r>
    </w:p>
    <w:p>
      <w:pPr>
        <w:jc w:val="right"/>
      </w:pPr>
      <w:r>
        <w:t>ساتھ ساتھ آپ نے کیا کیا؟ عرب کے اطراف میں جو ریاستیں تھیں، جو رولرز تھے، اس زمانے میں جو ٹرائب کے ہیڈ ہوا کرتے تھے، ان کو آپ نے دعوتی خطوط بھیجے۔</w:t>
      </w:r>
    </w:p>
    <w:p>
      <w:r>
        <w:rPr>
          <w:b/>
        </w:rPr>
        <w:t xml:space="preserve">[38:58] </w:t>
      </w:r>
      <w:r>
        <w:t>da'wati khatoot.</w:t>
      </w:r>
    </w:p>
    <w:p>
      <w:pPr>
        <w:jc w:val="right"/>
      </w:pPr>
      <w:r>
        <w:t>دعوتی خطوط۔</w:t>
      </w:r>
    </w:p>
    <w:p>
      <w:r>
        <w:rPr>
          <w:b/>
        </w:rPr>
        <w:t xml:space="preserve">[39:03] </w:t>
      </w:r>
      <w:r>
        <w:t>isi ke sath kya hua ke jo tribe Arab mein phailay hue the, un mein aap ne apne bhejay, apne safeer. aur woh log aa kar ke Rasool Allah ke pas aate, poochte, Islam kya hai?</w:t>
      </w:r>
    </w:p>
    <w:p>
      <w:pPr>
        <w:jc w:val="right"/>
      </w:pPr>
      <w:r>
        <w:t>اسی کے ساتھ کیا ہوا کہ جو ٹرائب عرب میں پھیلے ہوئے تھے، ان میں آپ نے اپنے بھیجے، اپنے سفیر۔ اور وہ لوگ آ کر کے رسول اللہ کے پاس آتے، پوچھتے، اسلام کیا ہے؟</w:t>
      </w:r>
    </w:p>
    <w:p>
      <w:r>
        <w:rPr>
          <w:b/>
        </w:rPr>
        <w:t xml:space="preserve">[39:16] </w:t>
      </w:r>
      <w:r>
        <w:t>islam ke bare mein baatein karte. aur woh</w:t>
      </w:r>
    </w:p>
    <w:p>
      <w:pPr>
        <w:jc w:val="right"/>
      </w:pPr>
      <w:r>
        <w:t>اسلام کے بارے میں باتیں کرتے۔ اور وہ</w:t>
      </w:r>
    </w:p>
    <w:p>
      <w:r>
        <w:rPr>
          <w:b/>
        </w:rPr>
        <w:t xml:space="preserve">[39:22] </w:t>
      </w:r>
      <w:r>
        <w:t>islam mein dakhil hone lage. yani group conversion hone laga. group conversion. poora poora qabeela ek saath dakhil ho gaya islam mein.</w:t>
      </w:r>
    </w:p>
    <w:p>
      <w:pPr>
        <w:jc w:val="right"/>
      </w:pPr>
      <w:r>
        <w:t>اسلام میں داخل ہونے لگے۔ یعنی گروپ کنورژن ہونے لگا۔ گروپ کنورژن۔ پورا پورا قبیلہ ایک ساتھ داخل ہو گیا اسلام میں۔</w:t>
      </w:r>
    </w:p>
    <w:p>
      <w:r>
        <w:rPr>
          <w:b/>
        </w:rPr>
        <w:t xml:space="preserve">[39:31] </w:t>
      </w:r>
      <w:r>
        <w:t>yeh kya peace ka karishma tha? yeh is tarah rasool Allah salallaho alaihi wasallam ne peace ki ideology di aur peace ka model bhi diya.</w:t>
      </w:r>
    </w:p>
    <w:p>
      <w:pPr>
        <w:jc w:val="right"/>
      </w:pPr>
      <w:r>
        <w:t>یہ کیا پیس کا کرشمہ تھا؟ یہ اس طرح رسول اللہ صلی اللہ علیہ وسلم نے پیس کی آئیڈیالوجی دی اور پیس کا ماڈل بھی دیا۔</w:t>
      </w:r>
    </w:p>
    <w:p>
      <w:r>
        <w:rPr>
          <w:b/>
        </w:rPr>
        <w:t xml:space="preserve">[39:42] </w:t>
      </w:r>
      <w:r>
        <w:t>dono.</w:t>
      </w:r>
    </w:p>
    <w:p>
      <w:pPr>
        <w:jc w:val="right"/>
      </w:pPr>
      <w:r>
        <w:t>دونوں۔</w:t>
      </w:r>
    </w:p>
    <w:p>
      <w:r>
        <w:rPr>
          <w:b/>
        </w:rPr>
        <w:t xml:space="preserve">[39:46] </w:t>
      </w:r>
      <w:r>
        <w:t>peace ki ideology bhi, ideology bhi di aur peace ka model bhi diya.</w:t>
      </w:r>
    </w:p>
    <w:p>
      <w:pPr>
        <w:jc w:val="right"/>
      </w:pPr>
      <w:r>
        <w:t>پیس کی آئیڈیالوجی بھی، آئیڈیالوجی بھی دی اور پیس کا ماڈل بھی دیا۔</w:t>
      </w:r>
    </w:p>
    <w:p>
      <w:r>
        <w:rPr>
          <w:b/>
        </w:rPr>
        <w:t xml:space="preserve">[39:52] </w:t>
      </w:r>
      <w:r>
        <w:t>is ke baad aap ne kuch bohat hi important principle qaim kiye. bohat hi ahem usool. yani peace ko maintain karne ke liye.</w:t>
      </w:r>
    </w:p>
    <w:p>
      <w:pPr>
        <w:jc w:val="right"/>
      </w:pPr>
      <w:r>
        <w:t>اس کے بعد آپ نے کچھ بہت ہی امپورٹنٹ پرنسپل قائم کیے۔ بہت ہی اہم اصول۔ یعنی پیس کو مینٹین کرنے کے لیے۔</w:t>
      </w:r>
    </w:p>
    <w:p>
      <w:r>
        <w:rPr>
          <w:b/>
        </w:rPr>
        <w:t xml:space="preserve">[40:02] </w:t>
      </w:r>
      <w:r>
        <w:t>bohat hi zabardast usool. is mein do usool mein arz karunga aap ko</w:t>
      </w:r>
    </w:p>
    <w:p>
      <w:pPr>
        <w:jc w:val="right"/>
      </w:pPr>
      <w:r>
        <w:t>بہت ہی زبردست اصول۔ اس میں دو اصول میں عرض کروں گا آپ کو</w:t>
      </w:r>
    </w:p>
    <w:p>
      <w:r>
        <w:rPr>
          <w:b/>
        </w:rPr>
        <w:t xml:space="preserve">[40:08] </w:t>
      </w:r>
      <w:r>
        <w:t>. number one, dekhiye ke</w:t>
      </w:r>
    </w:p>
    <w:p>
      <w:pPr>
        <w:jc w:val="right"/>
      </w:pPr>
      <w:r>
        <w:t>۔ نمبر ون، دیکھیے کہ</w:t>
      </w:r>
    </w:p>
    <w:p>
      <w:r>
        <w:rPr>
          <w:b/>
        </w:rPr>
        <w:t xml:space="preserve">[40:15] </w:t>
      </w:r>
      <w:r>
        <w:t>jis ko kehte hain dakhli baghawat. jis ko kehte hain khurooj.</w:t>
      </w:r>
    </w:p>
    <w:p>
      <w:pPr>
        <w:jc w:val="right"/>
      </w:pPr>
      <w:r>
        <w:t>جس کو کہتے ہیں داخلی بغاوت۔ جس کو کہتے ہیں خروج۔</w:t>
      </w:r>
    </w:p>
    <w:p>
      <w:r>
        <w:rPr>
          <w:b/>
        </w:rPr>
        <w:t xml:space="preserve">[40:24] </w:t>
      </w:r>
      <w:r>
        <w:t>yani</w:t>
      </w:r>
    </w:p>
    <w:p>
      <w:pPr>
        <w:jc w:val="right"/>
      </w:pPr>
      <w:r>
        <w:t>یعنی</w:t>
      </w:r>
    </w:p>
    <w:p>
      <w:r>
        <w:rPr>
          <w:b/>
        </w:rPr>
        <w:t xml:space="preserve">[40:27] </w:t>
      </w:r>
      <w:r>
        <w:t>rebel karte hain jo log apni apni hukumat se rebel karte hain. is ko aap ne islam mein haram qarar de diya.</w:t>
      </w:r>
    </w:p>
    <w:p>
      <w:pPr>
        <w:jc w:val="right"/>
      </w:pPr>
      <w:r>
        <w:t>ریبل کرتے ہیں جو لوگ اپنی اپنی حکومت سے ریبل کرتے ہیں۔ اس کو آپ نے اسلام میں حرام قرار دے دیا۔</w:t>
      </w:r>
    </w:p>
    <w:p>
      <w:r>
        <w:rPr>
          <w:b/>
        </w:rPr>
        <w:t xml:space="preserve">[40:38] </w:t>
      </w:r>
      <w:r>
        <w:t>yeh usool islam mein banaya aap ne ke jo hukumat ek baar qaim ho jaye, jo establish ho jaye, jis ka control ho jaye mulk ke upar, to bas is ko accept karo.</w:t>
      </w:r>
    </w:p>
    <w:p>
      <w:pPr>
        <w:jc w:val="right"/>
      </w:pPr>
      <w:r>
        <w:t>یہ اصول اسلام میں بنایا آپ نے کہ جو حکومت ایک بار قائم ہو جائے، جو اسٹیبلش ہو جائے، جس کا کنٹرول ہو جائے ملک کے اوپر، تو بس اس کو ایکسیپٹ کرو۔</w:t>
      </w:r>
    </w:p>
    <w:p>
      <w:r>
        <w:rPr>
          <w:b/>
        </w:rPr>
        <w:t xml:space="preserve">[40:56] </w:t>
      </w:r>
      <w:r>
        <w:t>is ke khilaf baghawat mat karo, khurooj mat karo.</w:t>
      </w:r>
    </w:p>
    <w:p>
      <w:pPr>
        <w:jc w:val="right"/>
      </w:pPr>
      <w:r>
        <w:t>اس کے خلاف بغاوت مت کرو، خروج مت کرو۔</w:t>
      </w:r>
    </w:p>
    <w:p>
      <w:r>
        <w:rPr>
          <w:b/>
        </w:rPr>
        <w:t xml:space="preserve">[41:02] </w:t>
      </w:r>
      <w:r>
        <w:t>yeh bohat badi policy thi. is ka matlab yeh nahi tha ke sirf ek saal bhi hukum nahi</w:t>
      </w:r>
    </w:p>
    <w:p>
      <w:pPr>
        <w:jc w:val="right"/>
      </w:pPr>
      <w:r>
        <w:t>یہ بہت بڑی پالیسی تھی۔ اس کا مطلب یہ نہیں تھا کہ صرف ایک سال بھی حکم نہیں</w:t>
      </w:r>
    </w:p>
    <w:p>
      <w:r>
        <w:rPr>
          <w:b/>
        </w:rPr>
        <w:t xml:space="preserve">[41:08] </w:t>
      </w:r>
      <w:r>
        <w:t>tha yeh. kyun? jab aadmi khurooj nahi karega, baghawat nahi karega to kya karega? peaceful work karega woh.</w:t>
      </w:r>
    </w:p>
    <w:p>
      <w:pPr>
        <w:jc w:val="right"/>
      </w:pPr>
      <w:r>
        <w:t>تھا یہ۔ کیوں؟ جب آدمی خروج نہیں کرے گا، بغاوت نہیں کرے گا تو کیا کرے گا؟ پیس فل ورک کرے گا وہ۔</w:t>
      </w:r>
    </w:p>
    <w:p>
      <w:r>
        <w:rPr>
          <w:b/>
        </w:rPr>
        <w:t xml:space="preserve">[41:20] </w:t>
      </w:r>
      <w:r>
        <w:t>yani bajaye is ke ke political takrao karo, tum peace ke maidan mein kaam karo. yani dawah work, educational work, business waghera waghera.</w:t>
      </w:r>
    </w:p>
    <w:p>
      <w:pPr>
        <w:jc w:val="right"/>
      </w:pPr>
      <w:r>
        <w:t>یعنی بجائے اس کے کہ پولیٹیکل ٹکراؤ کرو، تم پیس کے میدان میں کام کرو۔ یعنی دعا ورک، ایجوکیشنل ورک، بزنس وغیرہ وغیرہ۔</w:t>
      </w:r>
    </w:p>
    <w:p>
      <w:r>
        <w:rPr>
          <w:b/>
        </w:rPr>
        <w:t xml:space="preserve">[41:33] </w:t>
      </w:r>
      <w:r>
        <w:t>yani other than political confrontation, jitne bhi maidan hain is mein kaam karo. to political maidan to so mein ek hai.</w:t>
      </w:r>
    </w:p>
    <w:p>
      <w:pPr>
        <w:jc w:val="right"/>
      </w:pPr>
      <w:r>
        <w:t>یعنی ادر دین پولیٹیکل کنفرنٹیشن، جتنے بھی میدان ہیں اس میں کام کرو۔ تو پولیٹیکل میدان تو سو میں ایک ہے۔</w:t>
      </w:r>
    </w:p>
    <w:p>
      <w:r>
        <w:rPr>
          <w:b/>
        </w:rPr>
        <w:t xml:space="preserve">[41:45] </w:t>
      </w:r>
      <w:r>
        <w:t>to nananwe percent, dekhiye so mein ek jo hai, is mein involvement ki wajah se kya hota hai ke nananwe jo doosre awqaat hain, woh is mein kaam band ho jata hai.</w:t>
      </w:r>
    </w:p>
    <w:p>
      <w:pPr>
        <w:jc w:val="right"/>
      </w:pPr>
      <w:r>
        <w:t>تو ننانوے پرسنٹ، دیکھیے سو میں ایک جو ہے، اس میں انوالومنٹ کی وجہ سے کیا ہوتا ہے کہ ننانوے جو دوسرے مواقع ہیں، وہ اس میں کام بند ہو جاتا ہے۔</w:t>
      </w:r>
    </w:p>
    <w:p>
      <w:r>
        <w:rPr>
          <w:b/>
        </w:rPr>
        <w:t xml:space="preserve">[42:01] </w:t>
      </w:r>
      <w:r>
        <w:t>to aap ne is ko haram qarar de diya ke mulk mein jab hukumat qaim ho jaye to is ke khilaf khurooj karein log.</w:t>
      </w:r>
    </w:p>
    <w:p>
      <w:pPr>
        <w:jc w:val="right"/>
      </w:pPr>
      <w:r>
        <w:t>تو آپ نے اس کو حرام قرار دے دیا کہ ملک میں جب حکومت قائم ہو جائے تو اس کے خلاف خروج کریں لوگ۔</w:t>
      </w:r>
    </w:p>
    <w:p>
      <w:r>
        <w:rPr>
          <w:b/>
        </w:rPr>
        <w:t xml:space="preserve">[42:12] </w:t>
      </w:r>
      <w:r>
        <w:t>yeh kitni badi baat hai.</w:t>
      </w:r>
    </w:p>
    <w:p>
      <w:pPr>
        <w:jc w:val="right"/>
      </w:pPr>
      <w:r>
        <w:t>یہ کتنی بڑی بات ہے۔</w:t>
      </w:r>
    </w:p>
    <w:p>
      <w:r>
        <w:rPr>
          <w:b/>
        </w:rPr>
        <w:t xml:space="preserve">[42:16] </w:t>
      </w:r>
      <w:r>
        <w:t>is ka ek faida mila, woh abbasi daur ke zamane mein jo muhaddiseen the, us zamane mein bohat si buraiyan thin.</w:t>
      </w:r>
    </w:p>
    <w:p>
      <w:pPr>
        <w:jc w:val="right"/>
      </w:pPr>
      <w:r>
        <w:t>اس کا ایک فائدہ ملا، وہ عباسی دور کے زمانے میں جو محدثین تھے، اس زمانے میں بہت سی برائیاں تھیں۔</w:t>
      </w:r>
    </w:p>
    <w:p>
      <w:r>
        <w:rPr>
          <w:b/>
        </w:rPr>
        <w:t xml:space="preserve">[42:26] </w:t>
      </w:r>
      <w:r>
        <w:t>woh sari buraiyan thin jo aaj jis ki wajah se dhoop machi hui hai countries mein. woh sab maujood thin. lekin muhaddiseen ne un se koi ta'alluq nahi rakha.</w:t>
      </w:r>
    </w:p>
    <w:p>
      <w:pPr>
        <w:jc w:val="right"/>
      </w:pPr>
      <w:r>
        <w:t>وہ ساری برائیاں تھیں جو آج جس کی وجہ سے دھوپ مچی ہوئی ہے کنٹریز میں۔ وہ سب موجود تھیں۔ لیکن محدثین نے ان سے کوئی تعلق نہیں رکھا۔</w:t>
      </w:r>
    </w:p>
    <w:p>
      <w:r>
        <w:rPr>
          <w:b/>
        </w:rPr>
        <w:t xml:space="preserve">[42:39] </w:t>
      </w:r>
      <w:r>
        <w:t>is se koi takrao nahi kiya is zamane ke muslim rulers jo the un se</w:t>
      </w:r>
    </w:p>
    <w:p>
      <w:pPr>
        <w:jc w:val="right"/>
      </w:pPr>
      <w:r>
        <w:t>اس سے کوئی ٹکراؤ نہیں کیا اس زمانے کے مسلم رولرز جو تھے ان سے</w:t>
      </w:r>
    </w:p>
    <w:p>
      <w:r>
        <w:rPr>
          <w:b/>
        </w:rPr>
        <w:t xml:space="preserve">[42:44] </w:t>
      </w:r>
      <w:r>
        <w:t>. to is ka kya faida hua? ke muhaddiseen ki poori jamaat, muhaddiseen ka matlab hai ulama, hadith ke ulama, scholars of hadith, woh hadith ko unhone jama kiya, hadith ka ilm banaya,</w:t>
      </w:r>
    </w:p>
    <w:p>
      <w:pPr>
        <w:jc w:val="right"/>
      </w:pPr>
      <w:r>
        <w:t>۔ تو اس کا کیا فائدہ ہوا؟ کہ محدثین کی پوری جماعت، محدثین کا مطلب ہے علماء، حدیث کے علماء، سکالرز آف حدیث، وہ حدیث کو انہوں نے جمع کیا، حدیث کا علم بنایا،</w:t>
      </w:r>
    </w:p>
    <w:p>
      <w:r>
        <w:rPr>
          <w:b/>
        </w:rPr>
        <w:t xml:space="preserve">[43:01] </w:t>
      </w:r>
      <w:r>
        <w:t>unhone hadith ko codify kiya aur aur bohat sari hadith ke majmooe akhattha kiye. isi ki wajah se hadith maujood hai aaj hamare paas.</w:t>
      </w:r>
    </w:p>
    <w:p>
      <w:pPr>
        <w:jc w:val="right"/>
      </w:pPr>
      <w:r>
        <w:t>انہوں نے حدیث کو کوڈیفائی کیا اور اور بہت ساری حدیث کے مجموعے اکٹھا کیے۔ اسی کی وجہ سے حدیث موجود ہے آج ہمارے پاس۔</w:t>
      </w:r>
    </w:p>
    <w:p>
      <w:r>
        <w:rPr>
          <w:b/>
        </w:rPr>
        <w:t xml:space="preserve">[43:11] </w:t>
      </w:r>
      <w:r>
        <w:t>agar woh takrate to kya hota? apne seene mein hadith liye hue hue qabr mein dafan ho jaate. lekin unhon ne mukammal taur par is se doori banai.</w:t>
      </w:r>
    </w:p>
    <w:p>
      <w:pPr>
        <w:jc w:val="right"/>
      </w:pPr>
      <w:r>
        <w:t>اگر وہ ٹکراتے تو کیا ہوتا؟ اپنے سینے میں حدیث لیے ہوئے ہوئے قبر میں دفن ہو جاتے۔ لیکن انہوں نے مکمل طور پر اس سے دوری بنائی۔</w:t>
      </w:r>
    </w:p>
    <w:p>
      <w:r>
        <w:rPr>
          <w:b/>
        </w:rPr>
        <w:t xml:space="preserve">[43:26] </w:t>
      </w:r>
      <w:r>
        <w:t>yani politics opposition se door rahe woh.</w:t>
      </w:r>
    </w:p>
    <w:p>
      <w:pPr>
        <w:jc w:val="right"/>
      </w:pPr>
      <w:r>
        <w:t>یعنی پولیٹکس اپوزیشن سے دور رہے وہ۔</w:t>
      </w:r>
    </w:p>
    <w:p>
      <w:r>
        <w:rPr>
          <w:b/>
        </w:rPr>
        <w:t xml:space="preserve">[43:33] </w:t>
      </w:r>
      <w:r>
        <w:t>to yeh masla itna aham hai ke sahih Muslim ki ek sharh likhi hai Imam Nawawi ne, is mein woh likhte hain hadithon ki sharh karti hui hai jo is cheez se maai hain kitab al-fitan mein ke agar tum ko, yani in in in hadithon ke mutabiq, agar tum ko rulers se ikhtilaf hai, difference hai,</w:t>
      </w:r>
    </w:p>
    <w:p>
      <w:pPr>
        <w:jc w:val="right"/>
      </w:pPr>
      <w:r>
        <w:t>تو یہ مسئلہ اتنا اہم ہے کہ صحیح مسلم کی ایک شرح لکھی ہے امام نووی نے، اس میں وہ لکھتے ہیں حدیثوں کی شرح کرتی ہوئی ہے جو اس چیز سے مائی ہیں کتاب الفتن میں کہ اگر تم کو، یعنی ان ان ان حدیثوں کے مطابق، اگر تم کو رولرز سے اختلاف ہے، ڈیفرنس ہے،</w:t>
      </w:r>
    </w:p>
    <w:p>
      <w:r>
        <w:rPr>
          <w:b/>
        </w:rPr>
        <w:t xml:space="preserve">[43:59] </w:t>
      </w:r>
      <w:r>
        <w:t>tum dekhte ho ke ruler galat kaam kar raha hai to tum ko sirf is mein hai ke fe fima bain wa baina, yani tum ko sirf yeh haq hai ke use tanhai mein milo, use nasihat karo.</w:t>
      </w:r>
    </w:p>
    <w:p>
      <w:pPr>
        <w:jc w:val="right"/>
      </w:pPr>
      <w:r>
        <w:t>تم دیکھتے ہو کہ رولر غلط کام کر رہا ہے تو تم کو صرف اس میں ہے کہ ففیما بینک وبینہ، یعنی تم کو صرف یہ حق ہے کہ اسے تنہائی میں ملو، اسے نصیحت کرو۔</w:t>
      </w:r>
    </w:p>
    <w:p>
      <w:r>
        <w:rPr>
          <w:b/>
        </w:rPr>
        <w:t xml:space="preserve">[44:15] </w:t>
      </w:r>
      <w:r>
        <w:t>akele mein nasihat, yani person to person, fe fima bain wa baina ke maani hain, person to person nasihat, bas is se aage kuch bhi nahin.</w:t>
      </w:r>
    </w:p>
    <w:p>
      <w:pPr>
        <w:jc w:val="right"/>
      </w:pPr>
      <w:r>
        <w:t>اکیلے میں نصیحت، یعنی پرسن ٹو پرسن، ففیما بینک بنو کے معنی ہیں، پرسن ٹو پرسن نصیحت، بس اس سے آگے کچھ بھی نہیں۔</w:t>
      </w:r>
    </w:p>
    <w:p>
      <w:r>
        <w:rPr>
          <w:b/>
        </w:rPr>
        <w:t xml:space="preserve">[44:25] </w:t>
      </w:r>
      <w:r>
        <w:t>phir kehte hain ke wa ambal khurooj alaihim faharam bij ma' al-muslimeen</w:t>
      </w:r>
    </w:p>
    <w:p>
      <w:pPr>
        <w:jc w:val="right"/>
      </w:pPr>
      <w:r>
        <w:t>پھر کہتے ہیں کہ وَأَمْبَلْ خُرُوجُ عَلَيْهِمْ فَحَرَامٌ بِيْجْ مَعَ الْمُسْلِمِينَ</w:t>
      </w:r>
    </w:p>
    <w:p>
      <w:r>
        <w:rPr>
          <w:b/>
        </w:rPr>
        <w:t xml:space="preserve">[44:35] </w:t>
      </w:r>
      <w:r>
        <w:t>wa law kanoo fassqa' wa law kanoo zzalimeen</w:t>
      </w:r>
    </w:p>
    <w:p>
      <w:pPr>
        <w:jc w:val="right"/>
      </w:pPr>
      <w:r>
        <w:t>وَلَوْ كَانُوا فَسْقَاءَ وَلَوْ كَانُوا ظَالِمِينَ</w:t>
      </w:r>
    </w:p>
    <w:p>
      <w:r>
        <w:rPr>
          <w:b/>
        </w:rPr>
        <w:t xml:space="preserve">[44:41] </w:t>
      </w:r>
      <w:r>
        <w:t>yani un ke khilaf baghavat karna haram hai aur is par ijma hai. chahe tumhare nazdeek woh zalim hon, chahe tumhare nazdeek woh fasiq hon.</w:t>
      </w:r>
    </w:p>
    <w:p>
      <w:pPr>
        <w:jc w:val="right"/>
      </w:pPr>
      <w:r>
        <w:t>یعنی ان کے خلاف بغاوت کرنا حرام ہے اور اس پر اجماع ہے۔ چاہے تمہارے نزدیک وہ ظالم ہوں، چاہے تمہارے نزدیک وہ فاسق ہوں۔</w:t>
      </w:r>
    </w:p>
    <w:p>
      <w:r>
        <w:rPr>
          <w:b/>
        </w:rPr>
        <w:t xml:space="preserve">[44:54] </w:t>
      </w:r>
      <w:r>
        <w:t>to ek aap ne rukavaten qaim keen. dakhili sahāfat ke maamle mein. yani internal politics mein aap ne yeh kiya ke jab ek hukumat qaim ho jaye to politics of opposition mat karo,</w:t>
      </w:r>
    </w:p>
    <w:p>
      <w:pPr>
        <w:jc w:val="right"/>
      </w:pPr>
      <w:r>
        <w:t>تو ایک آپ نے رکاوٹیں قائم کیں۔ داخلی صحافت کے معاملے میں۔ یعنی انٹرنل پولیٹکس میں آپ نے یہ کیا کہ جب ایک حکومت قائم ہو جائے تو پولیٹکس آف اپوزیشن مت کرو،</w:t>
      </w:r>
    </w:p>
    <w:p>
      <w:r>
        <w:rPr>
          <w:b/>
        </w:rPr>
        <w:t xml:space="preserve">[45:12] </w:t>
      </w:r>
      <w:r>
        <w:t>balke politics of construction karo. yani peace, yani political takrao ke ilawa jo maidan hai, us mein apna kaam shuru kar do.</w:t>
      </w:r>
    </w:p>
    <w:p>
      <w:pPr>
        <w:jc w:val="right"/>
      </w:pPr>
      <w:r>
        <w:t>بلکہ پولیٹکس آف کنسٹرکشن کرو۔ یعنی پیس، یعنی پولیٹیکل ٹکراؤ کے علاوہ جو میدان ہے، اس میں اپنا کام شروع کر دو۔</w:t>
      </w:r>
    </w:p>
    <w:p>
      <w:r>
        <w:rPr>
          <w:b/>
        </w:rPr>
        <w:t xml:space="preserve">[45:24] </w:t>
      </w:r>
      <w:r>
        <w:t>ek yeh kiya aap ne. doosra yeh kiya aap ne ke bahar ke country ke baare mein.</w:t>
      </w:r>
    </w:p>
    <w:p>
      <w:pPr>
        <w:jc w:val="right"/>
      </w:pPr>
      <w:r>
        <w:t>ایک یہ کیا آپ نے۔ دوسرا یہ کیا آپ نے کہ باہر کے کنٹری کے بارے میں۔</w:t>
      </w:r>
    </w:p>
    <w:p>
      <w:r>
        <w:rPr>
          <w:b/>
        </w:rPr>
        <w:t xml:space="preserve">[45:35] </w:t>
      </w:r>
      <w:r>
        <w:t>to bahar ke country par aggressive war Islam mein haram kar diya aap ne. yani koi musalman is ka haq nahin rakhta ke bahar ke country par woh hamla kar ke dakhil ho jaye.</w:t>
      </w:r>
    </w:p>
    <w:p>
      <w:pPr>
        <w:jc w:val="right"/>
      </w:pPr>
      <w:r>
        <w:t>تو باہر کے کنٹری پر ایگریسو وار اسلام میں حرام کر دیا آپ نے۔ یعنی کوئی مسلمان اس کا حق نہیں رکھتا کہ باہر کے کنٹری پر وہ حملہ کر کے داخل ہو جائے۔</w:t>
      </w:r>
    </w:p>
    <w:p>
      <w:r>
        <w:rPr>
          <w:b/>
        </w:rPr>
        <w:t xml:space="preserve">[45:50] </w:t>
      </w:r>
      <w:r>
        <w:t>albata agar doosra mulk, bahar ka mulk, aggression karta hai, hamla karta hai, attack karta hai to difa ke taur par us se ladna jaiz hai.</w:t>
      </w:r>
    </w:p>
    <w:p>
      <w:pPr>
        <w:jc w:val="right"/>
      </w:pPr>
      <w:r>
        <w:t>البتہ اگر دوسرا ملک، باہر کا ملک، ایگریشن کرتا ہے، حملہ کرتا ہے، اٹیک کرتا ہے تو دفاع کے طور پر اس سے لڑنا جائز ہے۔</w:t>
      </w:r>
    </w:p>
    <w:p>
      <w:r>
        <w:rPr>
          <w:b/>
        </w:rPr>
        <w:t xml:space="preserve">[46:02] </w:t>
      </w:r>
      <w:r>
        <w:t>bas ek hi ladai Islam mein hai, woh hai defensive war. kyunke is ke liye aisa nahin ke bas khabar suni hai, aap ne apni fauj le kar rawana ho gaye ladne ke liye.</w:t>
      </w:r>
    </w:p>
    <w:p>
      <w:pPr>
        <w:jc w:val="right"/>
      </w:pPr>
      <w:r>
        <w:t>بس ایک ہی لڑائی اسلام میں ہے، وہ ہے ڈیفنسو وار۔ کیونکہ اس کے لیے ایسا نہیں کہ بس خبر سنی ہے، آپ نے اپنی فوج لے کر روانہ ہو گئے لڑنے کے لیے۔</w:t>
      </w:r>
    </w:p>
    <w:p>
      <w:r>
        <w:rPr>
          <w:b/>
        </w:rPr>
        <w:t xml:space="preserve">[46:13] </w:t>
      </w:r>
      <w:r>
        <w:t>nahin. agar aap ne khabar suni hai ke bahar ka ek country apni fauj le kar aa raha hai to aap negotiation kijiye.</w:t>
      </w:r>
    </w:p>
    <w:p>
      <w:pPr>
        <w:jc w:val="right"/>
      </w:pPr>
      <w:r>
        <w:t>نہیں۔ اگر آپ نے خبر سنی ہے کہ باہر کا ایک کنٹری اپنی فوج لے کر آ رہا ہے تو آپ نیگوشی ایشن کیجیے۔</w:t>
      </w:r>
    </w:p>
    <w:p>
      <w:r>
        <w:rPr>
          <w:b/>
        </w:rPr>
        <w:t xml:space="preserve">[46:24] </w:t>
      </w:r>
      <w:r>
        <w:t>aman ka, yani sulah ka muahida karne ki koshish kijiye.</w:t>
      </w:r>
    </w:p>
    <w:p>
      <w:pPr>
        <w:jc w:val="right"/>
      </w:pPr>
      <w:r>
        <w:t>امن کا، یعنی صلح کا معاہدہ کرنے کی کوشش کیجیے۔</w:t>
      </w:r>
    </w:p>
    <w:p>
      <w:r>
        <w:rPr>
          <w:b/>
        </w:rPr>
        <w:t xml:space="preserve">[46:32] </w:t>
      </w:r>
      <w:r>
        <w:t>pata kijiye ke woh kya irade hain, kya woh chahta hai.</w:t>
      </w:r>
    </w:p>
    <w:p>
      <w:pPr>
        <w:jc w:val="right"/>
      </w:pPr>
      <w:r>
        <w:t>پتہ کیجیے کہ وہ کیا ارادے ہیں، کیا وہ چاہتا ہے۔</w:t>
      </w:r>
    </w:p>
    <w:p>
      <w:r>
        <w:rPr>
          <w:b/>
        </w:rPr>
        <w:t xml:space="preserve">[46:36] </w:t>
      </w:r>
      <w:r>
        <w:t>to har tareeqe se jang ko avoid karna, har tareeqe se jang ko minimize karna, pehle yeh koshish karna chahiye.</w:t>
      </w:r>
    </w:p>
    <w:p>
      <w:pPr>
        <w:jc w:val="right"/>
      </w:pPr>
      <w:r>
        <w:t>تو ہر طریقے سے جنگ کو اوائڈ کرنا، ہر طریقے سے جنگ کو منیمائز کرنا، پہلے یہ کوشش کرنا چاہیے۔</w:t>
      </w:r>
    </w:p>
    <w:p>
      <w:r>
        <w:rPr>
          <w:b/>
        </w:rPr>
        <w:t xml:space="preserve">[46:46] </w:t>
      </w:r>
      <w:r>
        <w:t>agar sari koshishen bekar ho jayen aur woh waqeatan woh attack kar de, tab tab bhi limited war jaiz hai.</w:t>
      </w:r>
    </w:p>
    <w:p>
      <w:pPr>
        <w:jc w:val="right"/>
      </w:pPr>
      <w:r>
        <w:t>اگر ساری کوششیں بیکار ہو جائیں اور وہ واقعتاً وہ اٹیک کر دے، تب تب بھی لمیٹڈ وار جائز ہے۔</w:t>
      </w:r>
    </w:p>
    <w:p>
      <w:r>
        <w:rPr>
          <w:b/>
        </w:rPr>
        <w:t xml:space="preserve">[46:55] </w:t>
      </w:r>
      <w:r>
        <w:t>yani itni war jati hai ke us attack ko khatm karne ke liye, bas is se zyada nahin.</w:t>
      </w:r>
    </w:p>
    <w:p>
      <w:pPr>
        <w:jc w:val="right"/>
      </w:pPr>
      <w:r>
        <w:t>یعنی اتنی وار جاتی ہے کہ اس اٹیک کو ختم کرنے کے لیے، بس اس سے زیادہ نہیں۔</w:t>
      </w:r>
    </w:p>
    <w:p>
      <w:r>
        <w:rPr>
          <w:b/>
        </w:rPr>
        <w:t xml:space="preserve">[46:59] </w:t>
      </w:r>
      <w:r>
        <w:t>limited war.</w:t>
      </w:r>
    </w:p>
    <w:p>
      <w:pPr>
        <w:jc w:val="right"/>
      </w:pPr>
      <w:r>
        <w:t>لمیٹڈ وار۔</w:t>
      </w:r>
    </w:p>
    <w:p>
      <w:r>
        <w:rPr>
          <w:b/>
        </w:rPr>
        <w:t xml:space="preserve">[47:06] </w:t>
      </w:r>
      <w:r>
        <w:t>mazeed yeh ke aap ne, yani yeh masla hai Islam mein ke ek genuine war ho, yani defensive war, defensive war hi genuine hoti hai Islam mein</w:t>
      </w:r>
    </w:p>
    <w:p>
      <w:pPr>
        <w:jc w:val="right"/>
      </w:pPr>
      <w:r>
        <w:t>مزید یہ کہ آپ نے، یعنی یہ مسئلہ ہے اسلام میں کہ ایک جینون وار ہو، یعنی ڈیفنسو وار، ڈیفنسو وار ہی جینون ہوتی ہے اسلام میں</w:t>
      </w:r>
    </w:p>
    <w:p>
      <w:r>
        <w:rPr>
          <w:b/>
        </w:rPr>
        <w:t xml:space="preserve">[47:16] </w:t>
      </w:r>
      <w:r>
        <w:t>. is mein bhi dekhiye yeh hai ke ke muslim fauj sirf muqatil ko maar sakti hai, ghair muqatil ko nahin maar sakti.</w:t>
      </w:r>
    </w:p>
    <w:p>
      <w:pPr>
        <w:jc w:val="right"/>
      </w:pPr>
      <w:r>
        <w:t>۔ اس میں بھی دیکھیے یہ ہے کہ کہ مسلم فوج صرف مقاتل کو مار سکتی ہے، غیر مقاتل کو نہیں مار سکتی۔</w:t>
      </w:r>
    </w:p>
    <w:p>
      <w:r>
        <w:rPr>
          <w:b/>
        </w:rPr>
        <w:t xml:space="preserve">[47:28] </w:t>
      </w:r>
      <w:r>
        <w:t>yani woh sirf combatant ko maar sakti hai, non-combatant ko nahin maar sakti. yani tab bhi non-combatant ko maarna haram rahega.</w:t>
      </w:r>
    </w:p>
    <w:p>
      <w:pPr>
        <w:jc w:val="right"/>
      </w:pPr>
      <w:r>
        <w:t>یعنی وہ صرف کمبیٹنٹ کو مار سکتی ہے، نان کمبیٹنٹ کو نہیں مار سکتی۔ یعنی تب بھی نان کمبیٹنٹ کو مارنا حرام رہے گا۔</w:t>
      </w:r>
    </w:p>
    <w:p>
      <w:r>
        <w:rPr>
          <w:b/>
        </w:rPr>
        <w:t xml:space="preserve">[47:39] </w:t>
      </w:r>
      <w:r>
        <w:t>ab is ko dekhiye aaj kal ke halaat mein. ab aap jante hain ke aaj zamana bahut badal chuka hai.</w:t>
      </w:r>
    </w:p>
    <w:p>
      <w:pPr>
        <w:jc w:val="right"/>
      </w:pPr>
      <w:r>
        <w:t>اب اس کو دیکھیے آج کل کے حالات میں۔ اب آپ جانتے ہیں کہ آج زمانہ بہت بدل چکا ہے۔</w:t>
      </w:r>
    </w:p>
    <w:p>
      <w:r>
        <w:rPr>
          <w:b/>
        </w:rPr>
        <w:t xml:space="preserve">[47:51] </w:t>
      </w:r>
      <w:r>
        <w:t>aaj hum, aaj dunya mein aagaya zamana, woh jis ko kehte hain, ah, weapons of mass destruction.</w:t>
      </w:r>
    </w:p>
    <w:p>
      <w:pPr>
        <w:jc w:val="right"/>
      </w:pPr>
      <w:r>
        <w:t>آج ہم، آج دنیا میں آگیا زمانہ، وہ جس کو کہتے ہیں، اہ، ویپنز آف ماس ڈسٹرکشن۔</w:t>
      </w:r>
    </w:p>
    <w:p>
      <w:r>
        <w:rPr>
          <w:b/>
        </w:rPr>
        <w:t xml:space="preserve">[48:00] </w:t>
      </w:r>
      <w:r>
        <w:t>yani aise hathiyar ban gaye hain jin se waseeh idaray mein tabahi phailti hai.</w:t>
      </w:r>
    </w:p>
    <w:p>
      <w:pPr>
        <w:jc w:val="right"/>
      </w:pPr>
      <w:r>
        <w:t>یعنی ایسے ہتھیار بن گئے ہیں جن سے وسیع ادارے میں تباہی پھیلتی ہے۔</w:t>
      </w:r>
    </w:p>
    <w:p>
      <w:r>
        <w:rPr>
          <w:b/>
        </w:rPr>
        <w:t xml:space="preserve">[48:08] </w:t>
      </w:r>
      <w:r>
        <w:t>to weapons of mass destruction ke zamane mein aisi larai ladna mumkin hi nahi hai, possible nahi hai. jis mein non combatant ko na maarein aap.</w:t>
      </w:r>
    </w:p>
    <w:p>
      <w:pPr>
        <w:jc w:val="right"/>
      </w:pPr>
      <w:r>
        <w:t>تو ویپنز آف ماس ڈسٹرکشن کے زمانے میں ایسی لڑائی لڑنا ممکن ہی نہیں ہے، پاسیبل نہیں ہے۔ جس میں نان کمبیٹنٹ کو نہ ماریں آپ۔</w:t>
      </w:r>
    </w:p>
    <w:p>
      <w:r>
        <w:rPr>
          <w:b/>
        </w:rPr>
        <w:t xml:space="preserve">[48:20] </w:t>
      </w:r>
      <w:r>
        <w:t>to is mein to ab to bilkul jang hai hi nahi Islam mein. jo condition aap ne lagai, woh condition mazi mein chal sakti thi, ab to chala ga</w:t>
      </w:r>
    </w:p>
    <w:p>
      <w:pPr>
        <w:jc w:val="right"/>
      </w:pPr>
      <w:r>
        <w:t>تو اس میں تو اب تو بالکل جنگ ہے ہی نہیں اسلام میں۔ جو کنڈیشن آپ نے لگائی، وہ کنڈیشن ماضی میں چل سکتی تھی، اب تو چلے گ</w:t>
      </w:r>
    </w:p>
    <w:p>
      <w:r>
        <w:rPr>
          <w:b/>
        </w:rPr>
        <w:t xml:space="preserve">[48:30] </w:t>
      </w:r>
      <w:r>
        <w:t>yi nahi woh. to kya kya aap ne ek taraf internal satah par political opposition ko haram qarar diya.</w:t>
      </w:r>
    </w:p>
    <w:p>
      <w:pPr>
        <w:jc w:val="right"/>
      </w:pPr>
      <w:r>
        <w:t>ی نہیں وہ۔ تو کیا کیا آپ نے ایک طرف انٹرنل سطح پر پولیٹیکل اپوزیشن کو حرام قرار دیا۔</w:t>
      </w:r>
    </w:p>
    <w:p>
      <w:r>
        <w:rPr>
          <w:b/>
        </w:rPr>
        <w:t xml:space="preserve">[48:41] </w:t>
      </w:r>
      <w:r>
        <w:t>sirf taameer ke idaray mein kaam karna bataya. aur external level par aap ne kaha ke agar clear aggression ho, clear aggression, tab tum difa ke liye ja sakte ho.</w:t>
      </w:r>
    </w:p>
    <w:p>
      <w:pPr>
        <w:jc w:val="right"/>
      </w:pPr>
      <w:r>
        <w:t>صرف تعمیر کے ادارے میں کام کرنا بتایا۔ اور ایکسٹرنل لیول پر آپ نے کہا کہ اگر کلیئر ایگریشن ہو، کلیئر ایگریشن، تب تم دفاع کے لیے جا سکتے ہو۔</w:t>
      </w:r>
    </w:p>
    <w:p>
      <w:r>
        <w:rPr>
          <w:b/>
        </w:rPr>
        <w:t xml:space="preserve">[48:55] </w:t>
      </w:r>
      <w:r>
        <w:t>aur difa mein bhi tum ko non combatant ko maarna jaiz nahi hoga.</w:t>
      </w:r>
    </w:p>
    <w:p>
      <w:pPr>
        <w:jc w:val="right"/>
      </w:pPr>
      <w:r>
        <w:t>اور دفاع میں بھی تم کو نان کمبیٹنٹ کو مارنا جائز نہیں ہوگا۔</w:t>
      </w:r>
    </w:p>
    <w:p>
      <w:r>
        <w:rPr>
          <w:b/>
        </w:rPr>
        <w:t xml:space="preserve">[49:00] </w:t>
      </w:r>
      <w:r>
        <w:t>to ab to baghair non combatant ko maare hue aap larai lad nahi sakte. to ab kya, ab to option sirf ek raha. aur woh hai peaceful settlement.</w:t>
      </w:r>
    </w:p>
    <w:p>
      <w:pPr>
        <w:jc w:val="right"/>
      </w:pPr>
      <w:r>
        <w:t>تو اب تو بغیر نان کمبیٹنٹ کو مارے ہوئے آپ لڑائی لڑ نہیں سکتے۔ تو اب کیا، اب تو آپشن صرف ایک رہا۔ اور وہ ہے پیس فل سیٹلمنٹ۔</w:t>
      </w:r>
    </w:p>
    <w:p>
      <w:r>
        <w:rPr>
          <w:b/>
        </w:rPr>
        <w:t xml:space="preserve">[49:11] </w:t>
      </w:r>
      <w:r>
        <w:t>war ka option, option hi khatam ho gaya. yeh hai Islamic pacifism.</w:t>
      </w:r>
    </w:p>
    <w:p>
      <w:pPr>
        <w:jc w:val="right"/>
      </w:pPr>
      <w:r>
        <w:t>وار کا آپشن، آپشن ہی ختم ہو گیا۔ یہ ہے اسلامک پیسیفزم۔</w:t>
      </w:r>
    </w:p>
    <w:p>
      <w:r>
        <w:rPr>
          <w:b/>
        </w:rPr>
        <w:t xml:space="preserve">[49:19] </w:t>
      </w:r>
      <w:r>
        <w:t>to bohat ajeeb baat hai ke musalman khud hi is ko bhool gaye. aur dunya ko jo paigham dena tha, woh paigham pohncha nahi sake woh.</w:t>
      </w:r>
    </w:p>
    <w:p>
      <w:pPr>
        <w:jc w:val="right"/>
      </w:pPr>
      <w:r>
        <w:t>تو بہت عجیب بات ہے کہ مسلمان خود ہی اس کو بھول گئے۔ اور دنیا کو جو پیغام دینا تھا، وہ پیغام پہنچا نہیں سکے وہ۔</w:t>
      </w:r>
    </w:p>
    <w:p>
      <w:r>
        <w:rPr>
          <w:b/>
        </w:rPr>
        <w:t xml:space="preserve">[49:33] </w:t>
      </w:r>
      <w:r>
        <w:t>to yeh jo ideology of peace hai, is se musalman bhi bekhabar hain aur non muslim bhi bekhabar hain. abhi tak, abhi tak logon ko pata hi nahi.</w:t>
      </w:r>
    </w:p>
    <w:p>
      <w:pPr>
        <w:jc w:val="right"/>
      </w:pPr>
      <w:r>
        <w:t>تو یہ جو آئیڈیالوجی آف پیس ہے، اس سے مسلمان بھی بے خبر ہیں اور نان مسلم بھی بے خبر ہیں۔ ابھی تک، ابھی تک لوگوں کو پتہ ہی نہیں۔</w:t>
      </w:r>
    </w:p>
    <w:p>
      <w:r>
        <w:rPr>
          <w:b/>
        </w:rPr>
        <w:t xml:space="preserve">[49:44] </w:t>
      </w:r>
      <w:r>
        <w:t>mere paas America ke Harvard University ke ek research scholar ek baar to aaye, woh isi par research kar rahe thay. peace pacifism par research karte thay, pacifism par.</w:t>
      </w:r>
    </w:p>
    <w:p>
      <w:pPr>
        <w:jc w:val="right"/>
      </w:pPr>
      <w:r>
        <w:t>میرے پاس امریکہ کے ہارورڈ یونیورسٹی کے ایک ریسرچ سکالر ایک بار تو آئے، وہ اسی پر ریسرچ کر رہے تھے۔ پیس پیسیفزم پر ریسرچ کرتے تھے، پیسیفزم پر۔</w:t>
      </w:r>
    </w:p>
    <w:p>
      <w:r>
        <w:rPr>
          <w:b/>
        </w:rPr>
        <w:t xml:space="preserve">[49:55] </w:t>
      </w:r>
      <w:r>
        <w:t>to main ne un se poocha ke aap ki research ke mutabiq ideology of peace kya hai? kya method hai jis se dunya mein peace qaim ho sakta hai?</w:t>
      </w:r>
    </w:p>
    <w:p>
      <w:pPr>
        <w:jc w:val="right"/>
      </w:pPr>
      <w:r>
        <w:t>تو میں نے ان سے پوچھا کہ آپ کی ریسرچ کے مطابق آئیڈیالوجی آف پیس کیا ہے؟ کیا میتھڈ ہے جس سے دنیا میں پیس قائم ہو سکتا ہے؟</w:t>
      </w:r>
    </w:p>
    <w:p>
      <w:r>
        <w:rPr>
          <w:b/>
        </w:rPr>
        <w:t xml:space="preserve">[50:05] </w:t>
      </w:r>
      <w:r>
        <w:t>to woh kuch bata nahi sake woh.</w:t>
      </w:r>
    </w:p>
    <w:p>
      <w:pPr>
        <w:jc w:val="right"/>
      </w:pPr>
      <w:r>
        <w:t>تو وہ کچھ بتا نہیں سکے وہ۔</w:t>
      </w:r>
    </w:p>
    <w:p>
      <w:r>
        <w:rPr>
          <w:b/>
        </w:rPr>
        <w:t xml:space="preserve">[50:09] </w:t>
      </w:r>
      <w:r>
        <w:t>kyun ke jin jo kitabein padhi thi unhone, un kitabon mein yeh baat clear nahi hai. un kitabon mein yeh baat clear nahi hai.</w:t>
      </w:r>
    </w:p>
    <w:p>
      <w:pPr>
        <w:jc w:val="right"/>
      </w:pPr>
      <w:r>
        <w:t>کیونکہ جن جو کتابیں پڑھی تھیں انہوں نے، ان کتابوں میں یہ بات کلیئر نہیں ہے۔ ان کتابوں میں یہ بات کلیئر نہیں ہے۔</w:t>
      </w:r>
    </w:p>
    <w:p>
      <w:r>
        <w:rPr>
          <w:b/>
        </w:rPr>
        <w:t xml:space="preserve">[50:20] </w:t>
      </w:r>
      <w:r>
        <w:t>to yeh Rasool Allah Sal Allahu Alaihi Wasallam ne tareekh mein pehli baar pacifism ka ek haqeeqi formula diya.</w:t>
      </w:r>
    </w:p>
    <w:p>
      <w:pPr>
        <w:jc w:val="right"/>
      </w:pPr>
      <w:r>
        <w:t>تو یہ رسول اللہ صلی اللہ علیہ وسلم نے تاریخ میں پہلی بار پیسیفزم کا ایک حقیقی فارمولا دیا۔</w:t>
      </w:r>
    </w:p>
    <w:p>
      <w:r>
        <w:rPr>
          <w:b/>
        </w:rPr>
        <w:t xml:space="preserve">[50:32] </w:t>
      </w:r>
      <w:r>
        <w:t>haqeeqi formula. yani in terms of ideology aur in terms of method, dono aitbar se. mazeed yeh ke aap ne apni zindagi se is ka ek model bhi pesh kar diya, model.</w:t>
      </w:r>
    </w:p>
    <w:p>
      <w:pPr>
        <w:jc w:val="right"/>
      </w:pPr>
      <w:r>
        <w:t>حقیقی فارمولا۔ یعنی ان ٹرمز آف آئیڈیالوجی اور ان ٹرمز آف میتھڈ، دونوں اعتبار سے۔ مزید یہ کہ آپ نے اپنی زندگی سے اس کا ایک ماڈل بھی پیش کر دیا، ماڈل۔</w:t>
      </w:r>
    </w:p>
    <w:p>
      <w:r>
        <w:rPr>
          <w:b/>
        </w:rPr>
        <w:t xml:space="preserve">[50:47] </w:t>
      </w:r>
      <w:r>
        <w:t>lekin musalman is se bekhabar rahe.</w:t>
      </w:r>
    </w:p>
    <w:p>
      <w:pPr>
        <w:jc w:val="right"/>
      </w:pPr>
      <w:r>
        <w:t>لیکن مسلمان اس سے بے خبر رہے۔</w:t>
      </w:r>
    </w:p>
    <w:p>
      <w:r>
        <w:rPr>
          <w:b/>
        </w:rPr>
        <w:t xml:space="preserve">[50:50] </w:t>
      </w:r>
      <w:r>
        <w:t>bekhabar kyun rahe? dekhiye is ki bhi ek wajah hai. tareekh mein pehle bhi aur aaj bhi ek bohat bari burai raij rahi hai.</w:t>
      </w:r>
    </w:p>
    <w:p>
      <w:pPr>
        <w:jc w:val="right"/>
      </w:pPr>
      <w:r>
        <w:t>بے خبر کیوں رہے؟ دیکھیے اس کی بھی ایک وجہ ہے۔ تاریخ میں پہلے بھی اور آج بھی ایک بہت بڑی برائی رائج رہی ہے۔</w:t>
      </w:r>
    </w:p>
    <w:p>
      <w:r>
        <w:rPr>
          <w:b/>
        </w:rPr>
        <w:t xml:space="preserve">[51:01] </w:t>
      </w:r>
      <w:r>
        <w:t>woh hai selective reporting. selective reporting. ghar mein aap dekhiye ke saas jo hai, selective reporting karti hai bahu ke baray mein.</w:t>
      </w:r>
    </w:p>
    <w:p>
      <w:pPr>
        <w:jc w:val="right"/>
      </w:pPr>
      <w:r>
        <w:t>وہ ہے سلیکٹیو رپورٹنگ۔ سلیکٹیو رپورٹنگ۔ گھر میں آپ دیکھیے کہ ساس جو ہے، سلیکٹیو رپورٹنگ کرتی ہے بہو کے بارے میں۔</w:t>
      </w:r>
    </w:p>
    <w:p>
      <w:r>
        <w:rPr>
          <w:b/>
        </w:rPr>
        <w:t xml:space="preserve">[51:14] </w:t>
      </w:r>
      <w:r>
        <w:t>bahu selective report karti hai saas ke baray mein.</w:t>
      </w:r>
    </w:p>
    <w:p>
      <w:pPr>
        <w:jc w:val="right"/>
      </w:pPr>
      <w:r>
        <w:t>بہو سلیکٹیو رپورٹ کرتی ہے ساس کے بارے میں۔</w:t>
      </w:r>
    </w:p>
    <w:p>
      <w:r>
        <w:rPr>
          <w:b/>
        </w:rPr>
        <w:t xml:space="preserve">[51:19] </w:t>
      </w:r>
      <w:r>
        <w:t>poori baat dein, poori baat na woh batayega na poori baat woh batayega. yeh ek insaan ka mizaj hai, chala raha hai pehle se ab tak.</w:t>
      </w:r>
    </w:p>
    <w:p>
      <w:pPr>
        <w:jc w:val="right"/>
      </w:pPr>
      <w:r>
        <w:t>پوری بات دیں، پوری بات نہ وہ بتائے گا نہ پوری بات وہ بتائے گا۔ یہ ایک انسان کا مزاج ہے، چلا رہا ہے پہلے سے اب تک۔</w:t>
      </w:r>
    </w:p>
    <w:p>
      <w:r>
        <w:rPr>
          <w:b/>
        </w:rPr>
        <w:t xml:space="preserve">[51:29] </w:t>
      </w:r>
      <w:r>
        <w:t>to misaal ke tor par dekhiye, jo musalmanon ki tareekh likhi gayi, bohat si kitabein likhi gayi hain Muslim tareekh par.</w:t>
      </w:r>
    </w:p>
    <w:p>
      <w:pPr>
        <w:jc w:val="right"/>
      </w:pPr>
      <w:r>
        <w:t>تو مثال کے طور پر دیکھیے، جو مسلمانوں کی تاریخ لکھی گئی، بہت سی کتابیں لکھی گئی ہیں مسلم تاریخ پر۔</w:t>
      </w:r>
    </w:p>
    <w:p>
      <w:r>
        <w:rPr>
          <w:b/>
        </w:rPr>
        <w:t xml:space="preserve">[51:39] </w:t>
      </w:r>
      <w:r>
        <w:t>sab mein selective reporting ki burai, ki kami maujood hai. yani is mein janghi waqeat khoob bayan kiye gaye hain. baqi waqeat hain hi nahi.</w:t>
      </w:r>
    </w:p>
    <w:p>
      <w:pPr>
        <w:jc w:val="right"/>
      </w:pPr>
      <w:r>
        <w:t>سب میں سلیکٹیو رپورٹنگ کی برائی، کی کمی موجود ہے۔ یعنی اس میں جنگی واقعات خوب بیان کیے گئے ہیں۔ بقیہ واقعات ہیں ہی نہیں۔</w:t>
      </w:r>
    </w:p>
    <w:p>
      <w:r>
        <w:rPr>
          <w:b/>
        </w:rPr>
        <w:t xml:space="preserve">[51:51] </w:t>
      </w:r>
      <w:r>
        <w:t>masjid Rasool Allah Sal Allahu Alaihi Wasallam ne tablegh ki, dawat ki, dua work kiya. phir sahaba ne dua work kiya.</w:t>
      </w:r>
    </w:p>
    <w:p>
      <w:pPr>
        <w:jc w:val="right"/>
      </w:pPr>
      <w:r>
        <w:t>مسجد رسول اللہ صلی اللہ علیہ وسلم نے تبلیغ کی، دعوت کی، دعا ورک کیا۔ پھر صحابہ نے دعا ورک کیا۔</w:t>
      </w:r>
    </w:p>
    <w:p>
      <w:r>
        <w:rPr>
          <w:b/>
        </w:rPr>
        <w:t xml:space="preserve">[52:01] </w:t>
      </w:r>
      <w:r>
        <w:t>phir rasool Allah ke mashware par sahaba bahar chale gaye dua work karne ke liye. aur karoron karor log Islam mein dakhil ho gaye.</w:t>
      </w:r>
    </w:p>
    <w:p>
      <w:pPr>
        <w:jc w:val="right"/>
      </w:pPr>
      <w:r>
        <w:t>پھر رسول اللہ کے مشورے پر صحابہ باہر چلے گئے دعا ورک کرنے کے لیے۔ اور کروڑوں کروڑ لوگ اسلام میں داخل ہو گئے۔</w:t>
      </w:r>
    </w:p>
    <w:p>
      <w:r>
        <w:rPr>
          <w:b/>
        </w:rPr>
        <w:t xml:space="preserve">[52:11] </w:t>
      </w:r>
      <w:r>
        <w:t>magar is ki detail tareekhon mein nahi hai.</w:t>
      </w:r>
    </w:p>
    <w:p>
      <w:pPr>
        <w:jc w:val="right"/>
      </w:pPr>
      <w:r>
        <w:t>مگر اس کی ڈیٹیل تاریخوں میں نہیں ہے۔</w:t>
      </w:r>
    </w:p>
    <w:p>
      <w:r>
        <w:rPr>
          <w:b/>
        </w:rPr>
        <w:t xml:space="preserve">[52:15] </w:t>
      </w:r>
      <w:r>
        <w:t>pehli bar ek baqayda kitaab is subject par likhi hai ek christian scholar ne.</w:t>
      </w:r>
    </w:p>
    <w:p>
      <w:pPr>
        <w:jc w:val="right"/>
      </w:pPr>
      <w:r>
        <w:t>پہلی بار ایک باقاعدہ کتاب اس سبجیکٹ پر لکھی ہے ایک کرسچن سکالر نے۔</w:t>
      </w:r>
    </w:p>
    <w:p>
      <w:r>
        <w:rPr>
          <w:b/>
        </w:rPr>
        <w:t xml:space="preserve">[52:23] </w:t>
      </w:r>
      <w:r>
        <w:t>professor Arnold, professor T. W. Arnold</w:t>
      </w:r>
    </w:p>
    <w:p>
      <w:pPr>
        <w:jc w:val="right"/>
      </w:pPr>
      <w:r>
        <w:t>پروفیسر آرنلڈ، پروفیسر ٹی ڈبلیو آرنلڈ</w:t>
      </w:r>
    </w:p>
    <w:p>
      <w:r>
        <w:rPr>
          <w:b/>
        </w:rPr>
        <w:t xml:space="preserve">[52:27] </w:t>
      </w:r>
      <w:r>
        <w:t>. un ki kitaab ka naam hai "preaching of Islam". yeh kitaab hamare haan chhapi hai, is ka naam hai "spread of Islam". yaani kaisi ajeeb baat hai ke musalmanon ne jo kitaabein likhi hain tareekh par, woh sab is mein selective reporting thi.</w:t>
      </w:r>
    </w:p>
    <w:p>
      <w:pPr>
        <w:jc w:val="right"/>
      </w:pPr>
      <w:r>
        <w:t>۔ ان کی کتاب کا نام ہے "پریچنگ آف اسلام"۔ یہ کتاب ہمارے ہاں چھپی ہے، اس کا نام ہے "اسپریڈ آف اسلام"۔ یعنی کیسی عجیب بات ہے کہ مسلمانوں نے جو کتابیں لکھی ہیں تاریخ پر، وہ سب اس میں سلیکٹیو رپورٹنگ تھی۔</w:t>
      </w:r>
    </w:p>
    <w:p>
      <w:r>
        <w:rPr>
          <w:b/>
        </w:rPr>
        <w:t xml:space="preserve">[52:44] </w:t>
      </w:r>
      <w:r>
        <w:t>dawa ki sargharmiyan, taleem ki sargharmiyan, peaceful sargharmiyan, woh is mein maujood nahi hain. hain to bohat hi kam. bas janghi, jang o futuhat, jang o futuhat.</w:t>
      </w:r>
    </w:p>
    <w:p>
      <w:pPr>
        <w:jc w:val="right"/>
      </w:pPr>
      <w:r>
        <w:t>دعوت کی سرگرمیاں، تعلیم کی سرگرمیاں، پیس فل سرگرمیاں، وہ اس میں موجود نہیں ہیں۔ ہیں تو بہت ہی کم۔ بس جنگی، جنگ و فتوحات، جنگ و فتوحات۔</w:t>
      </w:r>
    </w:p>
    <w:p>
      <w:r>
        <w:rPr>
          <w:b/>
        </w:rPr>
        <w:t xml:space="preserve">[52:56] </w:t>
      </w:r>
      <w:r>
        <w:t>futuh al sham, futuh al baldan,</w:t>
      </w:r>
    </w:p>
    <w:p>
      <w:pPr>
        <w:jc w:val="right"/>
      </w:pPr>
      <w:r>
        <w:t>فتوح الشام، فتوح البلدان،</w:t>
      </w:r>
    </w:p>
    <w:p>
      <w:r>
        <w:rPr>
          <w:b/>
        </w:rPr>
        <w:t xml:space="preserve">[52:58] </w:t>
      </w:r>
      <w:r>
        <w:t>in ke naam bhi. jo tareekhein likhi hain musalmanon ne, is ke naam bhi isi type ke hain. futuh al sham, futuh al baldan. ya un ke nazdeek Islami tareekh naam hai futuhat ka.</w:t>
      </w:r>
    </w:p>
    <w:p>
      <w:pPr>
        <w:jc w:val="right"/>
      </w:pPr>
      <w:r>
        <w:t>ان کے نام بھی۔ جو تاریخیں لکھی ہیں مسلمانوں نے، اس کے نام بھی اسی ٹائپ کے ہیں۔ فتوح الشام، فتوح البلدان۔ یا ان کے نزدیک اسلامی تاریخ نام ہے فتوحات کا۔</w:t>
      </w:r>
    </w:p>
    <w:p>
      <w:r>
        <w:rPr>
          <w:b/>
        </w:rPr>
        <w:t xml:space="preserve">[53:12] </w:t>
      </w:r>
      <w:r>
        <w:t>un ke, un ke nazdeek rasool Allah ki seerat naam hai ghazwat ka. baad ke zamanay ki jo tareekh hai, woh naam hai futuhat ka.</w:t>
      </w:r>
    </w:p>
    <w:p>
      <w:pPr>
        <w:jc w:val="right"/>
      </w:pPr>
      <w:r>
        <w:t>ان کے، ان کے نزدیک رسول اللہ کی سیرت نام ہے غزوات کا۔ بعد کے زمانے کی جو تاریخ ہے، وہ نام ہے فتوحات کا۔</w:t>
      </w:r>
    </w:p>
    <w:p>
      <w:r>
        <w:rPr>
          <w:b/>
        </w:rPr>
        <w:t xml:space="preserve">[53:22] </w:t>
      </w:r>
      <w:r>
        <w:t>halankay agar aap ghor kijiye ke rasool Allah ne, sahaba ne, tabeen ne, tabe tabeen ne, agar zabardast qism ka dua work peaceful andaaz mein na kiya hota to dunya mein aaj ek billion se zyada musalman kaise ho jatay?</w:t>
      </w:r>
    </w:p>
    <w:p>
      <w:pPr>
        <w:jc w:val="right"/>
      </w:pPr>
      <w:r>
        <w:t>حالانکہ اگر آپ غور کیجیے کہ رسول اللہ نے، صحابہ نے، تابعین نے، تبع تابعین نے، اگر زبردست قسم کا دعا ورک پیس فل انداز میں نہ کیا ہوتا تو دنیا میں آج ایک بلین سے زیادہ مسلمان کیسے ہو جاتے؟</w:t>
      </w:r>
    </w:p>
    <w:p>
      <w:r>
        <w:rPr>
          <w:b/>
        </w:rPr>
        <w:t xml:space="preserve">[53:41] </w:t>
      </w:r>
      <w:r>
        <w:t>ek billion se zyada kaise ho jatay? koi, koi talwar se, koi kisi ka deen ikhtiyar kar sakta hai? talwar se namumkin hai.</w:t>
      </w:r>
    </w:p>
    <w:p>
      <w:pPr>
        <w:jc w:val="right"/>
      </w:pPr>
      <w:r>
        <w:t>ایک بلین سے زیادہ کیسے ہو جاتے؟ کوئی، کوئی تلوار سے، کوئی کسی کا دین اختیار کر سکتا ہے؟ تلوار سے ناممکن ہے۔</w:t>
      </w:r>
    </w:p>
    <w:p>
      <w:r>
        <w:rPr>
          <w:b/>
        </w:rPr>
        <w:t xml:space="preserve">[53:56] </w:t>
      </w:r>
      <w:r>
        <w:t>ek martaba ek sahab ne mujhe khat likha. ek, ek, ek extremist thay woh. unhon ne kaha aap kehte hain ke Islam talwar to nahi parha, afra kitaab parhiye.</w:t>
      </w:r>
    </w:p>
    <w:p>
      <w:pPr>
        <w:jc w:val="right"/>
      </w:pPr>
      <w:r>
        <w:t>ایک مرتبہ ایک صاحب نے مجھے خط لکھا۔ ایک، ایک، ایک ایکسٹریمسٹ تھے وہ۔ انہوں نے کہا آپ کہتے ہیں کہ اسلام تلوار تو نہیں پڑھا، افرا کتاب پڑھیے۔</w:t>
      </w:r>
    </w:p>
    <w:p>
      <w:r>
        <w:rPr>
          <w:b/>
        </w:rPr>
        <w:t xml:space="preserve">[54:11] </w:t>
      </w:r>
      <w:r>
        <w:t>ek kitaab hai "Indian Musalman", ek angrez ki likhi hui. is ko parhiye, us ne bataya us ne ke India mein Islam phaila taqat ke zariye se.</w:t>
      </w:r>
    </w:p>
    <w:p>
      <w:pPr>
        <w:jc w:val="right"/>
      </w:pPr>
      <w:r>
        <w:t>ایک کتاب ہے "انڈین مسلمان"، ایک انگریز کی لکھی ہوئی۔ اس کو پڑھیے، اس نے بتایا اس نے کہ انڈیا میں اسلام پھیلا طاقت کے ذریعے سے۔</w:t>
      </w:r>
    </w:p>
    <w:p>
      <w:r>
        <w:rPr>
          <w:b/>
        </w:rPr>
        <w:t xml:space="preserve">[54:24] </w:t>
      </w:r>
      <w:r>
        <w:t>to woh kitaab Jamia ki library se mein ne hasil ki. aur is mein ek baab hai baqayda ke India mein Islam kaise phaila.</w:t>
      </w:r>
    </w:p>
    <w:p>
      <w:pPr>
        <w:jc w:val="right"/>
      </w:pPr>
      <w:r>
        <w:t>تو وہ کتاب جامعہ کی لائبریری سے میں نے حاصل کی۔ اور اس میں ایک باب ہے باقاعدہ کہ انڈیا میں اسلام کیسے پھیلا۔</w:t>
      </w:r>
    </w:p>
    <w:p>
      <w:r>
        <w:rPr>
          <w:b/>
        </w:rPr>
        <w:t xml:space="preserve">[54:35] </w:t>
      </w:r>
      <w:r>
        <w:t>to is baab ka jo title hai, woh kya hai?</w:t>
      </w:r>
    </w:p>
    <w:p>
      <w:pPr>
        <w:jc w:val="right"/>
      </w:pPr>
      <w:r>
        <w:t>تو اس باب کا جو ٹائٹل ہے، وہ کیا ہے؟</w:t>
      </w:r>
    </w:p>
    <w:p>
      <w:r>
        <w:rPr>
          <w:b/>
        </w:rPr>
        <w:t xml:space="preserve">[54:41] </w:t>
      </w:r>
      <w:r>
        <w:t>bohat hi ajeeb hai. ke is Islam ka dakhla India mein aman ke zariye se.</w:t>
      </w:r>
    </w:p>
    <w:p>
      <w:pPr>
        <w:jc w:val="right"/>
      </w:pPr>
      <w:r>
        <w:t>بہت ہی عجیب ہے۔ کہ اس اسلام کا داخلہ انڈیا میں امن کے ذریعے سے۔</w:t>
      </w:r>
    </w:p>
    <w:p>
      <w:r>
        <w:rPr>
          <w:b/>
        </w:rPr>
        <w:t xml:space="preserve">[54:51] </w:t>
      </w:r>
      <w:r>
        <w:t>yaani "peaceful presentation of Islam in India". yeh, yeh is ka title hai. "peaceful presentation of Islam in India".</w:t>
      </w:r>
    </w:p>
    <w:p>
      <w:pPr>
        <w:jc w:val="right"/>
      </w:pPr>
      <w:r>
        <w:t>یعنی "پیس فل پریٹیشن آف اسلام ان انڈیا"۔ یہ، یہ اس کا ٹائٹل ہے۔ "پیس فل پریٹیشن آف اسلام ان انڈیا"۔</w:t>
      </w:r>
    </w:p>
    <w:p>
      <w:r>
        <w:rPr>
          <w:b/>
        </w:rPr>
        <w:t xml:space="preserve">[55:00] </w:t>
      </w:r>
      <w:r>
        <w:t>unhon ne keh diya ke sahib is kitaab ko parhiye.</w:t>
      </w:r>
    </w:p>
    <w:p>
      <w:pPr>
        <w:jc w:val="right"/>
      </w:pPr>
      <w:r>
        <w:t>انہوں نے کہہ دیا کہ صاحب اس کتاب کو پڑھیے۔</w:t>
      </w:r>
    </w:p>
    <w:p>
      <w:r>
        <w:rPr>
          <w:b/>
        </w:rPr>
        <w:t xml:space="preserve">[55:06] </w:t>
      </w:r>
      <w:r>
        <w:t>aisi Swami Vivekanand ne likha hai ke "it nonsense to say that Hindus were converted to Islam by force".</w:t>
      </w:r>
    </w:p>
    <w:p>
      <w:pPr>
        <w:jc w:val="right"/>
      </w:pPr>
      <w:r>
        <w:t>ایسی سوامی وکانند نے لکھا ہے کہ "اٹ نان سینس ٹو سے دیٹ ہندوز ویر کنورٹڈ ٹو اسلام بائی فورس"۔</w:t>
      </w:r>
    </w:p>
    <w:p>
      <w:r>
        <w:rPr>
          <w:b/>
        </w:rPr>
        <w:t xml:space="preserve">[55:18] </w:t>
      </w:r>
      <w:r>
        <w:t>lekin is, yeh, yeh tareekh mein yeh sab baatein huin kaise? yaani yeh kaise hua ke itni bari tadaad mein, us waqt 57 Muslim countries hain.</w:t>
      </w:r>
    </w:p>
    <w:p>
      <w:pPr>
        <w:jc w:val="right"/>
      </w:pPr>
      <w:r>
        <w:t>لیکن اس، یہ، یہ تاریخ میں یہ سب باتیں ہوئیں کیسے؟ یعنی یہ کیسے ہوا کہ اتنی بڑی تعداد میں، اس وقت 57 مسلم کنٹریز ہیں۔</w:t>
      </w:r>
    </w:p>
    <w:p>
      <w:r>
        <w:rPr>
          <w:b/>
        </w:rPr>
        <w:t xml:space="preserve">[55:30] </w:t>
      </w:r>
      <w:r>
        <w:t>57 jahan musalmanon ki majority hai. to kaise yeh ho gaya?</w:t>
      </w:r>
    </w:p>
    <w:p>
      <w:pPr>
        <w:jc w:val="right"/>
      </w:pPr>
      <w:r>
        <w:t>57 جہاں مسلمانوں کی میجورٹی ہے۔ تو کیسے یہ ہو گیا؟</w:t>
      </w:r>
    </w:p>
    <w:p>
      <w:r>
        <w:rPr>
          <w:b/>
        </w:rPr>
        <w:t xml:space="preserve">[55:38] </w:t>
      </w:r>
      <w:r>
        <w:t>57 Muslim countries kaise ban gaye? ek billion se zyada musalman kaise dunya mein ho gaye? itni bari tadaad mein Islam mein kaise dakhil ho gaye log? musalmanon ki tareekhon mein is ka zikr, tazkira hi nahi hai, bohat hi kam hai.</w:t>
      </w:r>
    </w:p>
    <w:p>
      <w:pPr>
        <w:jc w:val="right"/>
      </w:pPr>
      <w:r>
        <w:t>57 مسلم کنٹریز کیسے بن گئے؟ ایک بلین سے زیادہ مسلمان کیسے دنیا میں ہو گئے؟ اتنی بڑی تعداد میں اسلام میں کیسے داخل ہو گئے لوگ؟ مسلمانوں کی تاریخوں میں اس کا ذکر، تذکرہ ہی نہیں ہے، بہت ہی کم ہے۔</w:t>
      </w:r>
    </w:p>
    <w:p>
      <w:r>
        <w:rPr>
          <w:b/>
        </w:rPr>
        <w:t xml:space="preserve">[55:50] </w:t>
      </w:r>
      <w:r>
        <w:t>kyun? due to selective reporting.</w:t>
      </w:r>
    </w:p>
    <w:p>
      <w:pPr>
        <w:jc w:val="right"/>
      </w:pPr>
      <w:r>
        <w:t>کیوں؟ ڈیو ٹو سلیکٹیو رپورٹنگ۔</w:t>
      </w:r>
    </w:p>
    <w:p>
      <w:r>
        <w:rPr>
          <w:b/>
        </w:rPr>
        <w:t xml:space="preserve">[55:56] </w:t>
      </w:r>
      <w:r>
        <w:t>unhon ne un waqiat ko report kiya jin pe jang, fateh, yeh sab tazkray thay. aur woh waqiat jo pur aman sargharmiyon ki wajah se wajood mein aaye, is ka zikr hi nahi hai.</w:t>
      </w:r>
    </w:p>
    <w:p>
      <w:pPr>
        <w:jc w:val="right"/>
      </w:pPr>
      <w:r>
        <w:t>انہوں نے ان واقعات کو رپورٹ کیا جن پہ جنگ، فتح، یہ سب تذکرے تھے۔ اور وہ واقعات جو پرامن سرگرمیوں کی وجہ سے وجود میں آئے، اس کا ذکر ہی نہیں ہے۔</w:t>
      </w:r>
    </w:p>
    <w:p>
      <w:r>
        <w:rPr>
          <w:b/>
        </w:rPr>
        <w:t xml:space="preserve">[56:16] </w:t>
      </w:r>
      <w:r>
        <w:t>aaj bhi hum isi museebat se dochar hain.</w:t>
      </w:r>
    </w:p>
    <w:p>
      <w:pPr>
        <w:jc w:val="right"/>
      </w:pPr>
      <w:r>
        <w:t>آج بھی ہم اسی مصیبت سے دوچار ہیں۔</w:t>
      </w:r>
    </w:p>
    <w:p>
      <w:r>
        <w:rPr>
          <w:b/>
        </w:rPr>
        <w:t xml:space="preserve">[56:19] </w:t>
      </w:r>
      <w:r>
        <w:t>we are victim of this kind of selective reporting. abhi parson mere paas ek urdu akhbar ke ek team aayi, interview lene ke liye.</w:t>
      </w:r>
    </w:p>
    <w:p>
      <w:pPr>
        <w:jc w:val="right"/>
      </w:pPr>
      <w:r>
        <w:t>وی آر وکٹم آف دس کائنڈ آف سلیکٹیو رپورٹنگ۔ ابھی پرسوں میرے پاس ایک اردو اخبار کے ایک ٹیم آئی، انٹرویو لینے کے لیے۔</w:t>
      </w:r>
    </w:p>
    <w:p>
      <w:r>
        <w:rPr>
          <w:b/>
        </w:rPr>
        <w:t xml:space="preserve">[56:34] </w:t>
      </w:r>
      <w:r>
        <w:t>to unhon ne jo sawalat murattab kiye thay, woh sab mein tha ke musalman mazloom hain, musalman par zulm ho raha hai India mein. India ke bare mein tha woh.</w:t>
      </w:r>
    </w:p>
    <w:p>
      <w:pPr>
        <w:jc w:val="right"/>
      </w:pPr>
      <w:r>
        <w:t>تو انہوں نے جو سوالات مرتب کیے تھے، وہ سب میں تھا کہ مسلمان مظلوم ہیں، مسلمان پر ظلم ہو رہا ہے انڈیا میں۔ انڈیا کے بارے میں تھا وہ۔</w:t>
      </w:r>
    </w:p>
    <w:p>
      <w:r>
        <w:rPr>
          <w:b/>
        </w:rPr>
        <w:t xml:space="preserve">[56:48] </w:t>
      </w:r>
      <w:r>
        <w:t>doosre mulkon mein bhi</w:t>
      </w:r>
    </w:p>
    <w:p>
      <w:pPr>
        <w:jc w:val="right"/>
      </w:pPr>
      <w:r>
        <w:t>دوسرے ملکوں میں بھی</w:t>
      </w:r>
    </w:p>
    <w:p>
      <w:r>
        <w:rPr>
          <w:b/>
        </w:rPr>
        <w:t xml:space="preserve">[56:50] </w:t>
      </w:r>
      <w:r>
        <w:t>. to is mein yeh sab un ke sawalat yeh thay ke musalmanon par zulm ho raha hai, musalmanon par yani pareshan kiya jaye, sazishain ho rahi hain.</w:t>
      </w:r>
    </w:p>
    <w:p>
      <w:pPr>
        <w:jc w:val="right"/>
      </w:pPr>
      <w:r>
        <w:t>۔ تو اس میں یہ سب ان کے سوالات یہ تھے کہ مسلمانوں پر ظلم ہو رہا ہے، مسلمانوں پر یعنی پریشان کیا جائے، سازشیں ہو رہی ہیں۔</w:t>
      </w:r>
    </w:p>
    <w:p>
      <w:r>
        <w:rPr>
          <w:b/>
        </w:rPr>
        <w:t xml:space="preserve">[57:01] </w:t>
      </w:r>
      <w:r>
        <w:t>to main ne kaha ke dekhiye, aap ka jo source hai jankari ka, woh hai akhbarat, media. media mein jo parha aap ne, usi ko le kar aap bol rahe hain.</w:t>
      </w:r>
    </w:p>
    <w:p>
      <w:pPr>
        <w:jc w:val="right"/>
      </w:pPr>
      <w:r>
        <w:t>تو میں نے کہا کہ دیکھیے، آپ کا جو سورس ہے جانکاری کا، وہ ہے اخبارات، میڈیا۔ میڈیا میں جو پڑھا آپ نے، اسی کو لے کر آپ بول رہے ہیں۔</w:t>
      </w:r>
    </w:p>
    <w:p>
      <w:r>
        <w:rPr>
          <w:b/>
        </w:rPr>
        <w:t xml:space="preserve">[57:14] </w:t>
      </w:r>
      <w:r>
        <w:t>ab media kya hai? media jo hai, selective reporting ki industry hai.</w:t>
      </w:r>
    </w:p>
    <w:p>
      <w:pPr>
        <w:jc w:val="right"/>
      </w:pPr>
      <w:r>
        <w:t>اب میڈیا کیا ہے؟ میڈیا جو ہے، سلیکٹیو رپورٹنگ کی انڈسٹری ہے۔</w:t>
      </w:r>
    </w:p>
    <w:p>
      <w:r>
        <w:rPr>
          <w:b/>
        </w:rPr>
        <w:t xml:space="preserve">[57:22] </w:t>
      </w:r>
      <w:r>
        <w:t>media sensational khabron ko leti hai.</w:t>
      </w:r>
    </w:p>
    <w:p>
      <w:pPr>
        <w:jc w:val="right"/>
      </w:pPr>
      <w:r>
        <w:t>میڈیا سینسیشنل خبروں کو لیتی ہے۔</w:t>
      </w:r>
    </w:p>
    <w:p>
      <w:r>
        <w:rPr>
          <w:b/>
        </w:rPr>
        <w:t xml:space="preserve">[57:27] </w:t>
      </w:r>
      <w:r>
        <w:t>jo khabrein sensational wali na hon, woh leti hai nahi media. main ek martaba sun raha tha BBC London Hindi mein, jo is ka jo Hindi subsection hai.</w:t>
      </w:r>
    </w:p>
    <w:p>
      <w:pPr>
        <w:jc w:val="right"/>
      </w:pPr>
      <w:r>
        <w:t>جو خبریں سینسیشنل والی نہ ہوں، وہ لیتی ہے نہیں میڈیا۔ میں ایک مرتبہ سن رہا تھا بی بی سی لندن ہندی میں، جو اس کا جو ہندی سب سیکشن ہے۔</w:t>
      </w:r>
    </w:p>
    <w:p>
      <w:r>
        <w:rPr>
          <w:b/>
        </w:rPr>
        <w:t xml:space="preserve">[57:40] </w:t>
      </w:r>
      <w:r>
        <w:t>to Mauritius ke ek aadmi ne is se sawal kiya ke aap ka jo Hindi jo shoba hai, is mein aap Mauritius ki kuch khabrein nahi lete?</w:t>
      </w:r>
    </w:p>
    <w:p>
      <w:pPr>
        <w:jc w:val="right"/>
      </w:pPr>
      <w:r>
        <w:t>تو موریسز کے ایک آدمی نے اس سے سوال کیا کہ آپ کا جو ہندی جو شعبہ ہے، اس میں آپ موریسز کی کچھ خبریں نہیں لیتے؟</w:t>
      </w:r>
    </w:p>
    <w:p>
      <w:r>
        <w:rPr>
          <w:b/>
        </w:rPr>
        <w:t xml:space="preserve">[57:50] </w:t>
      </w:r>
      <w:r>
        <w:t>halankey Mauritius mein Hindi bolne waley bohat hain.</w:t>
      </w:r>
    </w:p>
    <w:p>
      <w:pPr>
        <w:jc w:val="right"/>
      </w:pPr>
      <w:r>
        <w:t>حالانکہ موریسز میں ہندی بولنے والے بہت ہیں۔</w:t>
      </w:r>
    </w:p>
    <w:p>
      <w:r>
        <w:rPr>
          <w:b/>
        </w:rPr>
        <w:t xml:space="preserve">[57:54] </w:t>
      </w:r>
      <w:r>
        <w:t>to announcer ne hanste hue kaha tha ke ke media to bad news ki industry hai.</w:t>
      </w:r>
    </w:p>
    <w:p>
      <w:pPr>
        <w:jc w:val="right"/>
      </w:pPr>
      <w:r>
        <w:t>تو اناؤنسر نے ہنستے ہوئے کہا تھا کہ کہ میڈیا تو بیڈ نیوز کی انڈسٹری ہے۔</w:t>
      </w:r>
    </w:p>
    <w:p>
      <w:r>
        <w:rPr>
          <w:b/>
        </w:rPr>
        <w:t xml:space="preserve">[58:08] </w:t>
      </w:r>
      <w:r>
        <w:t>aur Mauritius sab good news hoti hain.</w:t>
      </w:r>
    </w:p>
    <w:p>
      <w:pPr>
        <w:jc w:val="right"/>
      </w:pPr>
      <w:r>
        <w:t>اور موریسز سب گڈ نیوز ہوتی ہیں۔</w:t>
      </w:r>
    </w:p>
    <w:p>
      <w:r>
        <w:rPr>
          <w:b/>
        </w:rPr>
        <w:t xml:space="preserve">[58:12] </w:t>
      </w:r>
      <w:r>
        <w:t>to hum kya karein? matlab yeh hai ke aap bomb marein to hum report karein ge is ko. aap ladaai chheriye to hum report karein ge is ko.</w:t>
      </w:r>
    </w:p>
    <w:p>
      <w:pPr>
        <w:jc w:val="right"/>
      </w:pPr>
      <w:r>
        <w:t>تو ہم کیا کریں؟ مطلب یہ ہے کہ آپ بم ماریں تو ہم رپورٹ کریں گے اس کو۔ آپ لڑائی چھڑیے تو ہم رپورٹ کریں گے اس کو۔</w:t>
      </w:r>
    </w:p>
    <w:p>
      <w:r>
        <w:rPr>
          <w:b/>
        </w:rPr>
        <w:t xml:space="preserve">[58:24] </w:t>
      </w:r>
      <w:r>
        <w:t>aap koi sensation kiye to hum is ko report karein ge. to yeh, yeh sab ka haal hai. jitne bhi paper hain, jitne bhi paper hain. jitna bhi media hai, woh hai selective reporting ki industry.</w:t>
      </w:r>
    </w:p>
    <w:p>
      <w:pPr>
        <w:jc w:val="right"/>
      </w:pPr>
      <w:r>
        <w:t>آپ کوئی سینسیشن کیے تو ہم اس کو رپورٹ کریں گے۔ تو یہ، یہ سب کا حال ہے۔ جتنے بھی پیپر ہیں، جتنے بھی پیپر ہیں۔ جتنا بھی میڈیا ہے، وہ ہے سلیکٹیو رپورٹنگ کی انڈسٹری۔</w:t>
      </w:r>
    </w:p>
    <w:p>
      <w:r>
        <w:rPr>
          <w:b/>
        </w:rPr>
        <w:t xml:space="preserve">[58:39] </w:t>
      </w:r>
      <w:r>
        <w:t>acha, isi ko hum parhte hain.</w:t>
      </w:r>
    </w:p>
    <w:p>
      <w:pPr>
        <w:jc w:val="right"/>
      </w:pPr>
      <w:r>
        <w:t>اچھا، اسی کو ہم پڑھتے ہیں۔</w:t>
      </w:r>
    </w:p>
    <w:p>
      <w:r>
        <w:rPr>
          <w:b/>
        </w:rPr>
        <w:t xml:space="preserve">[58:42] </w:t>
      </w:r>
      <w:r>
        <w:t>sare musalman, jis se miliye aap, jis se musalman ho, woh kahega musalman bohat mazloom hain. musalman jo hai, siege mein hain. halankey bilkul yeh baseless baat hai.</w:t>
      </w:r>
    </w:p>
    <w:p>
      <w:pPr>
        <w:jc w:val="right"/>
      </w:pPr>
      <w:r>
        <w:t>سارے مسلمان، جس سے ملیے آپ، جس سے مسلمان ہو، وہ کہے گا مسلمان بہت مظلوم ہیں۔ مسلمان جو ہے، سیج میں ہیں۔ حالانکہ بالکل یہ بیسلیس بات ہے۔</w:t>
      </w:r>
    </w:p>
    <w:p>
      <w:r>
        <w:rPr>
          <w:b/>
        </w:rPr>
        <w:t xml:space="preserve">[58:56] </w:t>
      </w:r>
      <w:r>
        <w:t>99 feesad good news hai musalmanon ke bare mein. woh report nahi hoti. 1 feesad jo negative news hai, wohi report hoti hai.</w:t>
      </w:r>
    </w:p>
    <w:p>
      <w:pPr>
        <w:jc w:val="right"/>
      </w:pPr>
      <w:r>
        <w:t>99 فیصد گڈ نیوز ہے مسلمانوں کے بارے میں۔ وہ رپورٹ نہیں ہوتی۔ 1 فیصد جو نیگیٹیو نیوز ہے، وہی رپورٹ ہوتی ہے۔</w:t>
      </w:r>
    </w:p>
    <w:p>
      <w:r>
        <w:rPr>
          <w:b/>
        </w:rPr>
        <w:t xml:space="preserve">[59:05] </w:t>
      </w:r>
      <w:r>
        <w:t>isi ko samajhte hain ke yeh hai musalman. isi ka naam musalman hai.</w:t>
      </w:r>
    </w:p>
    <w:p>
      <w:pPr>
        <w:jc w:val="right"/>
      </w:pPr>
      <w:r>
        <w:t>اسی کو سمجھتے ہیں کہ یہ ہے مسلمان۔ اسی کا نام مسلمان ہے۔</w:t>
      </w:r>
    </w:p>
    <w:p>
      <w:r>
        <w:rPr>
          <w:b/>
        </w:rPr>
        <w:t xml:space="preserve">[59:10] </w:t>
      </w:r>
      <w:r>
        <w:t>to main ne usay kaha ke dekhiye, Babri Masjid ko 1992 mein toda gaya. to sari duniya jante hain ke Babri todi gayi, Babri todi gayi.</w:t>
      </w:r>
    </w:p>
    <w:p>
      <w:pPr>
        <w:jc w:val="right"/>
      </w:pPr>
      <w:r>
        <w:t>تو میں نے اسے کہا کہ دیکھیے، بابری مسجد کو 1992 میں توڑا گیا۔ تو ساری دنیا جانتے ہیں کہ بابری توڑی گئی، بابری توڑی گئی۔</w:t>
      </w:r>
    </w:p>
    <w:p>
      <w:r>
        <w:rPr>
          <w:b/>
        </w:rPr>
        <w:t xml:space="preserve">[59:21] </w:t>
      </w:r>
      <w:r>
        <w:t>sari duniya janti hai. yeh kis ko pata hai ke abhi bhi saade panch lakh masjidain India mein intact hain, wahan khoob namaz hoti hai, azan hoti hai.</w:t>
      </w:r>
    </w:p>
    <w:p>
      <w:pPr>
        <w:jc w:val="right"/>
      </w:pPr>
      <w:r>
        <w:t>ساری دنیا جانتی ہے۔ یہ کس کو پتہ ہے کہ ابھی بھی ساڑھے پانچ لاکھ مسجدیں انڈیا میں انٹیکٹ ہیں، وہاں خوب نماز ہوتی ہے، اذان ہوتی ہے۔</w:t>
      </w:r>
    </w:p>
    <w:p>
      <w:r>
        <w:rPr>
          <w:b/>
        </w:rPr>
        <w:t xml:space="preserve">[59:32] </w:t>
      </w:r>
      <w:r>
        <w:t>aur is mein taameerat ho rahi hain, is mein izafa ho raha hai. yeh kisi ko khabar nahi? woh jo mere paas aaye thay, un ko bhi</w:t>
      </w:r>
    </w:p>
    <w:p>
      <w:pPr>
        <w:jc w:val="right"/>
      </w:pPr>
      <w:r>
        <w:t>اور اس میں تعمیرات ہو رہی ہیں، اس میں اضافہ ہو رہا ہے۔ یہ کسی کو خبر نہیں؟ وہ جو میرے پاس آئے تھے، ان کو بھی</w:t>
      </w:r>
    </w:p>
    <w:p>
      <w:r>
        <w:rPr>
          <w:b/>
        </w:rPr>
        <w:t xml:space="preserve">[59:39] </w:t>
      </w:r>
      <w:r>
        <w:t>khabar nahi? achhe saade panch lakh masjidain hain. to kaha ke saade panch masjidon ki reporting to hui nahi. ek masjid ki report khoob dhoom se hui.</w:t>
      </w:r>
    </w:p>
    <w:p>
      <w:pPr>
        <w:jc w:val="right"/>
      </w:pPr>
      <w:r>
        <w:t>خبر نہیں؟ اچھے ساڑھے پانچ لاکھ مسجدیں ہیں۔ تو کہا کہ ساڑھے پانچ مسجدوں کی رپورٹنگ تو ہوئی نہیں۔ ایک مسجد کی رپورٹ خوب دھوم سے ہوئی۔</w:t>
      </w:r>
    </w:p>
    <w:p>
      <w:r>
        <w:rPr>
          <w:b/>
        </w:rPr>
        <w:t xml:space="preserve">[59:49] </w:t>
      </w:r>
      <w:r>
        <w:t>yeh hai selective reporting.</w:t>
      </w:r>
    </w:p>
    <w:p>
      <w:pPr>
        <w:jc w:val="right"/>
      </w:pPr>
      <w:r>
        <w:t>یہ ہے سلیکٹیو رپورٹنگ۔</w:t>
      </w:r>
    </w:p>
    <w:p>
      <w:r>
        <w:rPr>
          <w:b/>
        </w:rPr>
        <w:t xml:space="preserve">[59:54] </w:t>
      </w:r>
      <w:r>
        <w:t>ek martaba fasad hua Meerut mein. to bohat khabrein chapi theen. Meerut mein fasad, Meerut mein fasad, Meerut mein fasad.</w:t>
      </w:r>
    </w:p>
    <w:p>
      <w:pPr>
        <w:jc w:val="right"/>
      </w:pPr>
      <w:r>
        <w:t>ایک مرتبہ فساد ہوا میرٹھ میں۔ تو بہت خبریں چھپی تھیں۔ میرٹھ میں فساد، میرٹھ میں فساد، میرٹھ میں فساد۔</w:t>
      </w:r>
    </w:p>
    <w:p>
      <w:r>
        <w:rPr>
          <w:b/>
        </w:rPr>
        <w:t xml:space="preserve">[1:00:05] </w:t>
      </w:r>
      <w:r>
        <w:t>to main car par yahan Delhi se Meerut gaya. jab Meerut dakhil hua to laga ke yeh to baqayda ek abad shehar hai, wahan par log chal phir rahe hain.</w:t>
      </w:r>
    </w:p>
    <w:p>
      <w:pPr>
        <w:jc w:val="right"/>
      </w:pPr>
      <w:r>
        <w:t>تو میں کار پر یہاں دلی سے میرٹھ گیا۔ جب میرٹھ داخل ہوا تو لگا کہ یہ تو باقاعدہ ایک آباد شہر ہے، وہاں پر لوگ چل پھر رہے ہیں۔</w:t>
      </w:r>
    </w:p>
    <w:p>
      <w:r>
        <w:rPr>
          <w:b/>
        </w:rPr>
        <w:t xml:space="preserve">[1:00:19] </w:t>
      </w:r>
      <w:r>
        <w:t>mein soch gaya tha ke meerath jab pohnchun ga, aag silg rahi hogi aur har taraf afra tafri hogi, har taraf ajeeb manzar hoga, wahan kuch bhi nahi.</w:t>
      </w:r>
    </w:p>
    <w:p>
      <w:pPr>
        <w:jc w:val="right"/>
      </w:pPr>
      <w:r>
        <w:t>میں سوچ گیا تھا کہ میرٹھ جب پہنچوں گا، آگ سلگ رہی ہوگی اور ہر طرف افرا تفری ہوگی، ہر طرف عجیب منظر ہوگا، وہاں کچھ بھی نہیں۔</w:t>
      </w:r>
    </w:p>
    <w:p>
      <w:r>
        <w:rPr>
          <w:b/>
        </w:rPr>
        <w:t xml:space="preserve">[1:00:28] </w:t>
      </w:r>
      <w:r>
        <w:t>to mein ne kaha ke bhai woh, woh, woh kon sa meerath jahan fasaad hua hai? to unhon ne bataya ke aap falan mehle mein jaiye. to gurde ka poora meerath, meerath ghoomte ghoomte ghoomte hum is mehle mein pohanche.</w:t>
      </w:r>
    </w:p>
    <w:p>
      <w:pPr>
        <w:jc w:val="right"/>
      </w:pPr>
      <w:r>
        <w:t>تو میں نے کہا کہ بھئی وہ، وہ، وہ کون سا میرٹھ جہاں فساد ہوا ہے؟ تو انہوں نے بتایا کہ آپ فلاں محلے میں جائیے۔ تو گردے کا پورا میرٹھ، میرٹھ گھومتے گھومتے گھومتے ہم اس محلے میں پہنچے۔</w:t>
      </w:r>
    </w:p>
    <w:p>
      <w:r>
        <w:rPr>
          <w:b/>
        </w:rPr>
        <w:t xml:space="preserve">[1:00:43] </w:t>
      </w:r>
      <w:r>
        <w:t>ek chota sa mehla tha woh. jo poora meerath abad tha, poore meerath mein sargarmian theen. aur is ek chote se mehle mein fasaad hua tha.</w:t>
      </w:r>
    </w:p>
    <w:p>
      <w:pPr>
        <w:jc w:val="right"/>
      </w:pPr>
      <w:r>
        <w:t>ایک چھوٹا سا محلہ تھا وہ۔ جو پورا میرٹھ آباد تھا، پورے میرٹھ میں سرگرمیاں تھیں۔ اور اس ایک چھوٹے سے محلے میں فساد ہوا تھا۔</w:t>
      </w:r>
    </w:p>
    <w:p>
      <w:r>
        <w:rPr>
          <w:b/>
        </w:rPr>
        <w:t xml:space="preserve">[1:00:54] </w:t>
      </w:r>
      <w:r>
        <w:t>lekin</w:t>
      </w:r>
    </w:p>
    <w:p>
      <w:pPr>
        <w:jc w:val="right"/>
      </w:pPr>
      <w:r>
        <w:t>لیکن</w:t>
      </w:r>
    </w:p>
    <w:p>
      <w:r>
        <w:rPr>
          <w:b/>
        </w:rPr>
        <w:t xml:space="preserve">[1:00:55] </w:t>
      </w:r>
      <w:r>
        <w:t>akhbaron mein kya chapa? meerath mein fasaad, meerath mein fasaad, meerath mein fasaad.</w:t>
      </w:r>
    </w:p>
    <w:p>
      <w:pPr>
        <w:jc w:val="right"/>
      </w:pPr>
      <w:r>
        <w:t>اخباروں میں کیا چھپا؟ میرٹھ میں فساد، میرٹھ میں فساد، میرٹھ میں فساد۔</w:t>
      </w:r>
    </w:p>
    <w:p>
      <w:r>
        <w:rPr>
          <w:b/>
        </w:rPr>
        <w:t xml:space="preserve">[1:01:02] </w:t>
      </w:r>
      <w:r>
        <w:t>ek martaba mein yahan se gaya tha kahin bahar. to wapsi mein jahaz mein mujhe jo akhbar mila, us mein likha hua tha ke dilli mein fasaad.</w:t>
      </w:r>
    </w:p>
    <w:p>
      <w:pPr>
        <w:jc w:val="right"/>
      </w:pPr>
      <w:r>
        <w:t>ایک مرتبہ میں یہاں سے گیا تھا کہیں باہر۔ تو واپسی میں جہاز میں مجھے جو اخبار ملا، اس میں لکھا ہوا تھا کہ دلی میں فساد۔</w:t>
      </w:r>
    </w:p>
    <w:p>
      <w:r>
        <w:rPr>
          <w:b/>
        </w:rPr>
        <w:t xml:space="preserve">[1:01:15] </w:t>
      </w:r>
      <w:r>
        <w:t>to jab mein dilli airport utra to mein pareshan hua ke bhai pata nahi dilli mein kya ho raha hai.</w:t>
      </w:r>
    </w:p>
    <w:p>
      <w:pPr>
        <w:jc w:val="right"/>
      </w:pPr>
      <w:r>
        <w:t>تو جب میں دلی ایئرپورٹ اترا تو میں پریشان ہوا کہ بھئی پتہ نہیں دلی میں کیا ہو رہا ہے۔</w:t>
      </w:r>
    </w:p>
    <w:p>
      <w:r>
        <w:rPr>
          <w:b/>
        </w:rPr>
        <w:t xml:space="preserve">[1:01:21] </w:t>
      </w:r>
      <w:r>
        <w:t>to, to us zamane mein mobile bhi nahi hota tha ke mobile se mein baat kar loon. mobile se pehle ki baat hai.</w:t>
      </w:r>
    </w:p>
    <w:p>
      <w:pPr>
        <w:jc w:val="right"/>
      </w:pPr>
      <w:r>
        <w:t>تو، تو اس زمانے میں موبائل بھی نہیں ہوتا تھا کہ موبائل سے میں بات کر لوں۔ موبائل سے پہلے کی بات ہے۔</w:t>
      </w:r>
    </w:p>
    <w:p>
      <w:r>
        <w:rPr>
          <w:b/>
        </w:rPr>
        <w:t xml:space="preserve">[1:01:30] </w:t>
      </w:r>
      <w:r>
        <w:t>to bari, to yani mein airport se ghar aaya lekin yeh darte darte ke pata nahi kya ho jayega. ke sari dilli mein fasaad ho raha hai.</w:t>
      </w:r>
    </w:p>
    <w:p>
      <w:pPr>
        <w:jc w:val="right"/>
      </w:pPr>
      <w:r>
        <w:t>تو بڑی، تو یعنی میں ایئرپورٹ سے گھر آیا لیکن یہ ڈرتے ڈرتے کہ پتہ نہیں کیا ہو جائے گا۔ کہ ساری دلی میں فساد ہو رہا ہے۔</w:t>
      </w:r>
    </w:p>
    <w:p>
      <w:r>
        <w:rPr>
          <w:b/>
        </w:rPr>
        <w:t xml:space="preserve">[1:01:40] </w:t>
      </w:r>
      <w:r>
        <w:t>to airport se nizamuddin aa gaya, kahin koi fasaad nahi, kuch. to baad ko pata chala ke is sealam pur ke ek kisi ek mehle mein fasaad hua tha.</w:t>
      </w:r>
    </w:p>
    <w:p>
      <w:pPr>
        <w:jc w:val="right"/>
      </w:pPr>
      <w:r>
        <w:t>تو ایئرپورٹ سے نظام الدین آ گیا، کہیں کوئی فساد نہیں، کچھ۔ تو بعد کو پتہ چلا کہ اس سیلم پور کے ایک کسی ایک محلے میں فساد ہوا تھا۔</w:t>
      </w:r>
    </w:p>
    <w:p>
      <w:r>
        <w:rPr>
          <w:b/>
        </w:rPr>
        <w:t xml:space="preserve">[1:01:51] </w:t>
      </w:r>
      <w:r>
        <w:t>to sealam pur jo hai, hazaron bastiyon mein se ek basti hai, wahan par ek mehle mein kuch hua tha. aur akhbar mein kya chapa? dilli mein fasaad.</w:t>
      </w:r>
    </w:p>
    <w:p>
      <w:pPr>
        <w:jc w:val="right"/>
      </w:pPr>
      <w:r>
        <w:t>تو سیلم پور جو ہے، ہزاروں بستیوں میں سے ایک بستی ہے، وہاں پر ایک محلے میں کچھ ہوا تھا۔ اور اخبار میں کیا چھپا؟ دلی میں فساد۔</w:t>
      </w:r>
    </w:p>
    <w:p>
      <w:r>
        <w:rPr>
          <w:b/>
        </w:rPr>
        <w:t xml:space="preserve">[1:02:00] </w:t>
      </w:r>
      <w:r>
        <w:t>balkeh pakistan akhbar chapa tha, bharat mein fasaad. is se barh kar ke. yeh hai selective reporting. to hamari tareekh mein selective reporting hui, aaj bhi media ke daur mein selective reporting ho rahi hai.</w:t>
      </w:r>
    </w:p>
    <w:p>
      <w:pPr>
        <w:jc w:val="right"/>
      </w:pPr>
      <w:r>
        <w:t>بلکہ پاکستان اخبار چھپا تھا، بھارت میں فساد۔ اس سے بڑھ کر کے۔ یہ ہے سلیکٹیو رپورٹنگ۔ تو ہماری تاریخ میں سلیکٹیو رپورٹنگ ہوئی، آج بھی میڈیا کے دور میں سلیکٹیو رپورٹنگ ہو رہی ہے۔</w:t>
      </w:r>
    </w:p>
    <w:p>
      <w:r>
        <w:rPr>
          <w:b/>
        </w:rPr>
        <w:t xml:space="preserve">[1:02:16] </w:t>
      </w:r>
      <w:r>
        <w:t>to yeh sab cheezein hain jo logon ko aman se rok</w:t>
      </w:r>
    </w:p>
    <w:p>
      <w:pPr>
        <w:jc w:val="right"/>
      </w:pPr>
      <w:r>
        <w:t>تو یہ سب چیزیں ہیں جو لوگوں کو امن سے روک</w:t>
      </w:r>
    </w:p>
    <w:p>
      <w:r>
        <w:rPr>
          <w:b/>
        </w:rPr>
        <w:t xml:space="preserve">[1:02:20] </w:t>
      </w:r>
      <w:r>
        <w:t>e hui hain. log nafrat mein jeete hain. log ghusse mein jeete hain. log ek doosre ke khilaf, yani dushmani ke jazbe mein jeete hain.</w:t>
      </w:r>
    </w:p>
    <w:p>
      <w:pPr>
        <w:jc w:val="right"/>
      </w:pPr>
      <w:r>
        <w:t>ے ہوئی ہیں۔ لوگ نفرت میں جیتے ہیں۔ لوگ غصے میں جیتے ہیں۔ لوگ ایک دوسرے کے خلاف، یعنی دشمنی کے جذبے میں جیتے ہیں۔</w:t>
      </w:r>
    </w:p>
    <w:p>
      <w:r>
        <w:rPr>
          <w:b/>
        </w:rPr>
        <w:t xml:space="preserve">[1:02:32] </w:t>
      </w:r>
      <w:r>
        <w:t>haqeeqat aisi nahi hai.</w:t>
      </w:r>
    </w:p>
    <w:p>
      <w:pPr>
        <w:jc w:val="right"/>
      </w:pPr>
      <w:r>
        <w:t>حقیقت ایسی نہیں ہے۔</w:t>
      </w:r>
    </w:p>
    <w:p>
      <w:r>
        <w:rPr>
          <w:b/>
        </w:rPr>
        <w:t xml:space="preserve">[1:02:36] </w:t>
      </w:r>
      <w:r>
        <w:t>to mein samajhta hoon ke humein ek nai tareekh banani hai, ek naya daur lana hai. balkeh mein kahunga history ko re process karna hai.</w:t>
      </w:r>
    </w:p>
    <w:p>
      <w:pPr>
        <w:jc w:val="right"/>
      </w:pPr>
      <w:r>
        <w:t>تو میں سمجھتا ہوں کہ ہمیں ایک نئی تاریخ بنانی ہے، ایک نیا دور لانا ہے۔ بلکہ میں کہوں گا ہسٹری کو ری پروسیس کرنا ہے۔</w:t>
      </w:r>
    </w:p>
    <w:p>
      <w:r>
        <w:rPr>
          <w:b/>
        </w:rPr>
        <w:t xml:space="preserve">[1:02:47] </w:t>
      </w:r>
      <w:r>
        <w:t>tab log janenge haqeeqi soorat e haal kya hai. tab log janenge ke ideology of peace kya hai. tab log janenge ke kis tarah se aman qaim kiya jaye.</w:t>
      </w:r>
    </w:p>
    <w:p>
      <w:pPr>
        <w:jc w:val="right"/>
      </w:pPr>
      <w:r>
        <w:t>تب لوگ جانیں گے حقیقی صورتحال کیا ہے۔ تب لوگ جانیں گے کہ آئیڈیالوجی آف پیس کیا ہے۔ تب لوگ جانیں گے کہ کس طرح سے امن قائم کیا جائے۔</w:t>
      </w:r>
    </w:p>
    <w:p>
      <w:r>
        <w:rPr>
          <w:b/>
        </w:rPr>
        <w:t xml:space="preserve">[1:02:58] </w:t>
      </w:r>
      <w:r>
        <w:t>jab aman hoga, tab dua work karega. mein dua karta hoon Allah taala mujh ko aur aap ko tofeeq de. aqool qawli haza wastaghfirullaha walakum ajmaeen.</w:t>
      </w:r>
    </w:p>
    <w:p>
      <w:pPr>
        <w:jc w:val="right"/>
      </w:pPr>
      <w:r>
        <w:t>جب امن ہوگا، تب دعا ورک ہوگا۔ میں دعا کرتا ہوں اللہ تعالی مجھ کو اور آپ کو توفیق دے۔ اقول قولیھذا واستغفراللہ لولکم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