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Receive Divine Inspiration 12 oct 2008 - Maulana Wahiduddin Khan</w:t>
      </w:r>
    </w:p>
    <w:p>
      <w:r>
        <w:t>https://www.youtube.com/watch?v=Xn1PrrS_J-c</w:t>
      </w:r>
    </w:p>
    <w:p>
      <w:r>
        <w:rPr>
          <w:b/>
        </w:rPr>
        <w:t xml:space="preserve">[00:13] </w:t>
      </w:r>
      <w:r>
        <w:t>bismillah rahman rahim, wasallallahu ala nabi al kareem. rab ishrah li sadri, wa yassir li amri, wah 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[00:31] </w:t>
      </w:r>
      <w:r>
        <w:t>aaj ka jo</w:t>
      </w:r>
    </w:p>
    <w:p>
      <w:pPr>
        <w:jc w:val="right"/>
      </w:pPr>
      <w:r>
        <w:t>آج کا جو</w:t>
      </w:r>
    </w:p>
    <w:p>
      <w:r>
        <w:rPr>
          <w:b/>
        </w:rPr>
        <w:t xml:space="preserve">[00:35] </w:t>
      </w:r>
      <w:r>
        <w:t>theme hai woh hai "how to receive divine inspiration".</w:t>
      </w:r>
    </w:p>
    <w:p>
      <w:pPr>
        <w:jc w:val="right"/>
      </w:pPr>
      <w:r>
        <w:t>تھیم ہے وہ ہے "ہاؤ ٹو ریسیو ڈیوائن انسپریشن"۔</w:t>
      </w:r>
    </w:p>
    <w:p>
      <w:r>
        <w:rPr>
          <w:b/>
        </w:rPr>
        <w:t xml:space="preserve">[00:48] </w:t>
      </w:r>
      <w:r>
        <w:t>sab log yeh sawal karte hain, janna chahte hain ke Khuda ka inspiration jo hai woh kaise mile hum ko.</w:t>
      </w:r>
    </w:p>
    <w:p>
      <w:pPr>
        <w:jc w:val="right"/>
      </w:pPr>
      <w:r>
        <w:t>سب لوگ یہ سوال کرتے ہیں، جاننا چاہتے ہیں کہ خدا کا انسپریشن جو ہے وہ کیسے ملے ہم کو۔</w:t>
      </w:r>
    </w:p>
    <w:p>
      <w:r>
        <w:rPr>
          <w:b/>
        </w:rPr>
        <w:t xml:space="preserve">[01:02] </w:t>
      </w:r>
      <w:r>
        <w:t>to dekhiye, islam mein do term bole jatay hain. ek hai wahi, ek hai ilham.</w:t>
      </w:r>
    </w:p>
    <w:p>
      <w:pPr>
        <w:jc w:val="right"/>
      </w:pPr>
      <w:r>
        <w:t>تو دیکھیے، اسلام میں دو ٹرم بولے جاتے ہیں۔ ایک ہے وحی، ایک ہے الہام۔</w:t>
      </w:r>
    </w:p>
    <w:p>
      <w:r>
        <w:rPr>
          <w:b/>
        </w:rPr>
        <w:t xml:space="preserve">[01:13] </w:t>
      </w:r>
      <w:r>
        <w:t>ilhami ko ek aur word bolte hain log, alqa. alqa aur ilham dono ek cheez hain. basically yeh do hain: wahi aur ilham.</w:t>
      </w:r>
    </w:p>
    <w:p>
      <w:pPr>
        <w:jc w:val="right"/>
      </w:pPr>
      <w:r>
        <w:t>الہامی کو ایک اور ورڈ بولتے ہیں لوگ، القا۔ القا اور الہام دونوں ایک چیز ہیں۔ بیسیکلی یہ دو ہیں: وحی اور الہام۔</w:t>
      </w:r>
    </w:p>
    <w:p>
      <w:r>
        <w:rPr>
          <w:b/>
        </w:rPr>
        <w:t xml:space="preserve">[01:25] </w:t>
      </w:r>
      <w:r>
        <w:t>wahi ka matlab hota hai revelation, ilham ka matlab hota hai inspiration. to islam mein jo bataya gaya hai woh yeh hai ke wahi ya revelation ek special cheez hai jo sirf prophet hi ko aati hai,</w:t>
      </w:r>
    </w:p>
    <w:p>
      <w:pPr>
        <w:jc w:val="right"/>
      </w:pPr>
      <w:r>
        <w:t>وحی کا مطلب ہوتا ہے ریویلیشن، الہام کا مطلب ہوتا ہے انسپریشن۔ تو اسلام میں جو بتایا گیا ہے وہ یہ ہے کہ وحی یا ریویلیشن ایک اسپیشل چیز ہے جو صرف پرافٹ ہی کو آتی ہے،</w:t>
      </w:r>
    </w:p>
    <w:p>
      <w:r>
        <w:rPr>
          <w:b/>
        </w:rPr>
        <w:t xml:space="preserve">[01:48] </w:t>
      </w:r>
      <w:r>
        <w:t>kisi aur ko nahin.</w:t>
      </w:r>
    </w:p>
    <w:p>
      <w:pPr>
        <w:jc w:val="right"/>
      </w:pPr>
      <w:r>
        <w:t>کسی اور کو نہیں۔</w:t>
      </w:r>
    </w:p>
    <w:p>
      <w:r>
        <w:rPr>
          <w:b/>
        </w:rPr>
        <w:t xml:space="preserve">[01:50] </w:t>
      </w:r>
      <w:r>
        <w:t>lekin ilham ya alqa, jis ko hum inspiration kahenge, woh har ek ko aa sakta hai. woh har ek ke liye ho sakta hai.</w:t>
      </w:r>
    </w:p>
    <w:p>
      <w:pPr>
        <w:jc w:val="right"/>
      </w:pPr>
      <w:r>
        <w:t>لیکن الہام یا القا، جس کو ہم انسپریشن کہیں گے، وہ ہر ایک کو آ سکتا ہے۔ وہ ہر ایک کے لیے ہو سکتا ہے۔</w:t>
      </w:r>
    </w:p>
    <w:p>
      <w:r>
        <w:rPr>
          <w:b/>
        </w:rPr>
        <w:t xml:space="preserve">[02:04] </w:t>
      </w:r>
      <w:r>
        <w:t>to jahan tak wahi ya revelation ki baat hai, is mein humein to sochna nahin hai kyunke hum wahi hum ko aa nahin sakti hai.</w:t>
      </w:r>
    </w:p>
    <w:p>
      <w:pPr>
        <w:jc w:val="right"/>
      </w:pPr>
      <w:r>
        <w:t>تو جہاں تک وحی یا ریویلیشن کی بات ہے، اس میں ہمیں تو سوچنا نہیں ہے کیونکہ ہم وحی ہم کو آ نہیں سکتی ہے۔</w:t>
      </w:r>
    </w:p>
    <w:p>
      <w:r>
        <w:rPr>
          <w:b/>
        </w:rPr>
        <w:t xml:space="preserve">[02:15] </w:t>
      </w:r>
      <w:r>
        <w:t>woh to prophet ko aayegi.</w:t>
      </w:r>
    </w:p>
    <w:p>
      <w:pPr>
        <w:jc w:val="right"/>
      </w:pPr>
      <w:r>
        <w:t>وہ تو پرافٹی کو آئے گی۔</w:t>
      </w:r>
    </w:p>
    <w:p>
      <w:r>
        <w:rPr>
          <w:b/>
        </w:rPr>
        <w:t xml:space="preserve">[02:17] </w:t>
      </w:r>
      <w:r>
        <w:t>lekin jo doosri cheez hai, ilham ya alqa ya inspiration, woh hum sab ke liye hai. to hum sab ko yeh sochna chahiye ke hum ko woh kaise mile.</w:t>
      </w:r>
    </w:p>
    <w:p>
      <w:pPr>
        <w:jc w:val="right"/>
      </w:pPr>
      <w:r>
        <w:t>لیکن جو دوسری چیز ہے، الہام یا القا یا انسپریشن، وہ ہم سب کے لیے ہے۔ تو ہم سب کو یہ سوچنا چاہیے کہ ہم کو وہ کیسے ملے۔</w:t>
      </w:r>
    </w:p>
    <w:p>
      <w:r>
        <w:rPr>
          <w:b/>
        </w:rPr>
        <w:t xml:space="preserve">[02:31] </w:t>
      </w:r>
      <w:r>
        <w:t>kyunke yeh bohat bara wisdom hai aur bohat bara gyan hai jo kisi insan ko milta</w:t>
      </w:r>
    </w:p>
    <w:p>
      <w:pPr>
        <w:jc w:val="right"/>
      </w:pPr>
      <w:r>
        <w:t>کیونکہ یہ بہت بڑا وزڈم ہے اور بہت بڑا گیان ہے جو کسی انسان کو ملتا</w:t>
      </w:r>
    </w:p>
    <w:p>
      <w:r>
        <w:rPr>
          <w:b/>
        </w:rPr>
        <w:t xml:space="preserve">[02:43] </w:t>
      </w:r>
      <w:r>
        <w:t>hai. balkeh sab se bara gyan, sab se bari marifat, sab se bara realization yahi hai ke khuda ka inspiration aap ko pohnchne lage.</w:t>
      </w:r>
    </w:p>
    <w:p>
      <w:pPr>
        <w:jc w:val="right"/>
      </w:pPr>
      <w:r>
        <w:t>ہے۔ بلکہ سب سے بڑا گیان، سب سے بڑی معرفت، سب سے بڑا ریلائزیشن یہی ہے کہ خدا کا انسپریشن آپ کو پہنچنے لگے۔</w:t>
      </w:r>
    </w:p>
    <w:p>
      <w:r>
        <w:rPr>
          <w:b/>
        </w:rPr>
        <w:t xml:space="preserve">[02:55] </w:t>
      </w:r>
      <w:r>
        <w:t>to is par mein bohat sochta tha, bohat kuch likha bhi hai maine. recently ek mujhe experience hua. is experience mein mein aap ko share karna chahta hoon.</w:t>
      </w:r>
    </w:p>
    <w:p>
      <w:pPr>
        <w:jc w:val="right"/>
      </w:pPr>
      <w:r>
        <w:t>تو اس پر میں بہت سوچتا تھا، بہت کچھ لکھا بھی ہے میں نے۔ ریسنٹلی ایک مجھے ایکسپیرینس ہوا۔ اس ایکسپیرینس میں میں آپ کو شیئر کرنا چاہتا ہوں۔</w:t>
      </w:r>
    </w:p>
    <w:p>
      <w:r>
        <w:rPr>
          <w:b/>
        </w:rPr>
        <w:t xml:space="preserve">[03:10] </w:t>
      </w:r>
      <w:r>
        <w:t>hua yeh ke abhi jaldi ek sahib mujh se milne ke liye aaye to woh senior aadmi the.</w:t>
      </w:r>
    </w:p>
    <w:p>
      <w:pPr>
        <w:jc w:val="right"/>
      </w:pPr>
      <w:r>
        <w:t>ہوا یہ کہ ابھی جلدی ایک صاحب مجھ سے ملنے کے لیے آئے تو وہ سینئر آدمی تھے۔</w:t>
      </w:r>
    </w:p>
    <w:p>
      <w:r>
        <w:rPr>
          <w:b/>
        </w:rPr>
        <w:t xml:space="preserve">[03:29] </w:t>
      </w:r>
      <w:r>
        <w:t>aaye to unhon ne bataya, abhi khare khare baat cheet ho rahi thi, woh bataya ke mein Nigeria gaya tha, wahan se chhe mahine ke baad aaya hoon.</w:t>
      </w:r>
    </w:p>
    <w:p>
      <w:pPr>
        <w:jc w:val="right"/>
      </w:pPr>
      <w:r>
        <w:t>آئے تو انہوں نے بتایا، ابھی کھڑے کھڑے بات چیت ہو رہی تھی، وہ بتایا کہ میں نائجیریا گیا تھا، وہاں سے چھ مہینے کے بعد آیا ہوں۔</w:t>
      </w:r>
    </w:p>
    <w:p>
      <w:r>
        <w:rPr>
          <w:b/>
        </w:rPr>
        <w:t xml:space="preserve">[03:43] </w:t>
      </w:r>
      <w:r>
        <w:t>to aap jante hain ke yahan par ek movement hai jo aisa karti hai ke log jate hain yahan se wahan, wahan se wahan, wahan se wahan. to pehle woh desh ke andar hi woh log aate jate the, ab bahar bhi jate hain.</w:t>
      </w:r>
    </w:p>
    <w:p>
      <w:pPr>
        <w:jc w:val="right"/>
      </w:pPr>
      <w:r>
        <w:t>تو آپ جانتے ہیں کہ یہاں پر ایک موومنٹ ہے جو ایسا کرتی ہے کہ لوگ جاتے ہیں یہاں سے وہاں، وہاں سے وہاں، وہاں سے وہاں۔ تو پہلے وہ دیش کے اندر ہی وہ لوگ آتے جاتے تھے، اب باہر بھی جاتے ہیں۔</w:t>
      </w:r>
    </w:p>
    <w:p>
      <w:r>
        <w:rPr>
          <w:b/>
        </w:rPr>
        <w:t xml:space="preserve">[03:59] </w:t>
      </w:r>
      <w:r>
        <w:t>to yeh sahib kuch logon ke sath ek jamaat ke roop mein gaye the Nigeria. to mein ne un se poocha ke aap ka kitna paisa laga wahan jaane mein?</w:t>
      </w:r>
    </w:p>
    <w:p>
      <w:pPr>
        <w:jc w:val="right"/>
      </w:pPr>
      <w:r>
        <w:t>تو یہ صاحب کچھ لوگوں کے ساتھ ایک جماعت کے روپ میں گئے تھے نائجیریا۔ تو میں نے ان سے پوچھا کہ آپ کا کتنا پیسہ لگا وہاں جانے میں؟</w:t>
      </w:r>
    </w:p>
    <w:p>
      <w:r>
        <w:rPr>
          <w:b/>
        </w:rPr>
        <w:t xml:space="preserve">[04:13] </w:t>
      </w:r>
      <w:r>
        <w:t>to unhon ne kaha ke 60 hazar. sunte hi mujhe, yaani ghussa aa gaya, kehna chahiye.</w:t>
      </w:r>
    </w:p>
    <w:p>
      <w:pPr>
        <w:jc w:val="right"/>
      </w:pPr>
      <w:r>
        <w:t>تو انہوں نے کہا کہ 60 ہزار۔ سنتے ہی مجھے، یعنی غصہ آ گیا، کہنا چاہیے۔</w:t>
      </w:r>
    </w:p>
    <w:p>
      <w:r>
        <w:rPr>
          <w:b/>
        </w:rPr>
        <w:t xml:space="preserve">[04:23] </w:t>
      </w:r>
      <w:r>
        <w:t>to mein ne kaha ke aap ne 60 hazar gunah kiye.</w:t>
      </w:r>
    </w:p>
    <w:p>
      <w:pPr>
        <w:jc w:val="right"/>
      </w:pPr>
      <w:r>
        <w:t>تو میں نے کہا کہ آپ نے 60 ہزار گناہ کیے۔</w:t>
      </w:r>
    </w:p>
    <w:p>
      <w:r>
        <w:rPr>
          <w:b/>
        </w:rPr>
        <w:t xml:space="preserve">[04:28] </w:t>
      </w:r>
      <w:r>
        <w:t>phir normal tareeqe se baat nahin ki un se mein ne. aur yahi mein kehta raha ke aap ne 60 hazar gunah kiye. yahan India mein itna sab kaam hai, dawat ka kaam, itne sare log yahan par sachai se door hain.</w:t>
      </w:r>
    </w:p>
    <w:p>
      <w:pPr>
        <w:jc w:val="right"/>
      </w:pPr>
      <w:r>
        <w:t>پھر نارمل طریقے سے بات نہیں کی ان سے میں نے۔ اور یہی میں کہتا رہا کہ آپ نے 60 ہزار گناہ کیے۔ یہاں انڈیا میں اتنا سب کام ہے، دعوت کا کام، اتنے سارے لوگ یہاں پر سچائی سے دور ہیں۔</w:t>
      </w:r>
    </w:p>
    <w:p>
      <w:r>
        <w:rPr>
          <w:b/>
        </w:rPr>
        <w:t xml:space="preserve">[04:43] </w:t>
      </w:r>
      <w:r>
        <w:t>to aap Nigeria kis liye chale gaye? ke paisa aap ne jo kharch kiya, woh gunah ke rastay par kharch kiya. yeh keh kar mein andar chala gaya.</w:t>
      </w:r>
    </w:p>
    <w:p>
      <w:pPr>
        <w:jc w:val="right"/>
      </w:pPr>
      <w:r>
        <w:t>تو آپ نائجیریا کس لیے چلے گئے؟ کہ پیسہ آپ نے جو خرچ کیا، وہ گناہ کے راستے پر خرچ کیا۔ یہ کہہ کر میں اندر چلا گیا۔</w:t>
      </w:r>
    </w:p>
    <w:p>
      <w:r>
        <w:rPr>
          <w:b/>
        </w:rPr>
        <w:t xml:space="preserve">[04:55] </w:t>
      </w:r>
      <w:r>
        <w:t>us waqt hamare do saathi wahan par the, Maulana Zakwan Nadvi aur Maulana Naseeb Muhammad Nadvi.</w:t>
      </w:r>
    </w:p>
    <w:p>
      <w:pPr>
        <w:jc w:val="right"/>
      </w:pPr>
      <w:r>
        <w:t>اس وقت ہمارے دو ساتھی وہاں پر تھے، مولانا ذکوان ندوی اور مولانا نصیب محمد ندوی۔</w:t>
      </w:r>
    </w:p>
    <w:p>
      <w:r>
        <w:rPr>
          <w:b/>
        </w:rPr>
        <w:t xml:space="preserve">[05:09] </w:t>
      </w:r>
      <w:r>
        <w:t>yeh log un se baat karte rahe. to mein chala gaya andar. phir baat ko kya hua ke in logon ne un ko pacify kiya aur un se kafi naram andaaz mein baatein keen.</w:t>
      </w:r>
    </w:p>
    <w:p>
      <w:pPr>
        <w:jc w:val="right"/>
      </w:pPr>
      <w:r>
        <w:t>یہ لوگ ان سے بات کرتے رہے۔ تو میں چلا گیا اندر۔ پھر بات کو کیا ہوا کہ ان لوگوں نے ان کو پیسیفائی کیا اور ان سے کافی نرم انداز میں باتیں کیں۔</w:t>
      </w:r>
    </w:p>
    <w:p>
      <w:r>
        <w:rPr>
          <w:b/>
        </w:rPr>
        <w:t xml:space="preserve">[05:26] </w:t>
      </w:r>
      <w:r>
        <w:t>plus yeh hua ke Maulana Naseeb Muhammad Nadvi jo the, khud se unhon ne ek bohat bara kaam kiya. jab woh aadmi chala gaya, woh baasi thehre the, woh to woh khud wahan chal kar gaye.</w:t>
      </w:r>
    </w:p>
    <w:p>
      <w:pPr>
        <w:jc w:val="right"/>
      </w:pPr>
      <w:r>
        <w:t>پلس یہ ہوا کہ مولانا نصیب محمد ندوی جو تھے، خود سے انہوں نے ایک بہت بڑا کام کیا۔ جب وہ آدمی چلا گیا، وہ باسی ٹھہرے تھے، وہ تو وہ خود وہاں چل کر گئے۔</w:t>
      </w:r>
    </w:p>
    <w:p>
      <w:r>
        <w:rPr>
          <w:b/>
        </w:rPr>
        <w:t xml:space="preserve">[05:42] </w:t>
      </w:r>
      <w:r>
        <w:t>aur unhon ne yeh bohat hi aqalmandi ka kaam kiya ke meri taraf se unhon ne un se maafi mangi ke mein ne un ko bheja hai ke ja kar un se maafi mangi.</w:t>
      </w:r>
    </w:p>
    <w:p>
      <w:pPr>
        <w:jc w:val="right"/>
      </w:pPr>
      <w:r>
        <w:t>اور انہوں نے یہ بہت ہی عقلمندی کا کام کیا کہ میری طرف سے انہوں نے ان سے معافی مانگی کہ میں نے ان کو بھیجا ہے کہ جا کر ان سے معافی مانگیے۔</w:t>
      </w:r>
    </w:p>
    <w:p>
      <w:r>
        <w:rPr>
          <w:b/>
        </w:rPr>
        <w:t xml:space="preserve">[05:52] </w:t>
      </w:r>
      <w:r>
        <w:t>halankeh yeh un ka bohat samajhdari ki baat thi, aisa unhon ne kiya. to baharhaal unhon ne bataya ke woh sun kar ke woh woh bhi rone lage.</w:t>
      </w:r>
    </w:p>
    <w:p>
      <w:pPr>
        <w:jc w:val="right"/>
      </w:pPr>
      <w:r>
        <w:t>حالانکہ یہ ان کا بہت سمجھداری کی بات تھی، ایسا انہوں نے کیا۔ تو بہرحال انہوں نے بتایا کہ وہ سن کر کے وہ وہ بھی رونے لگے۔</w:t>
      </w:r>
    </w:p>
    <w:p>
      <w:r>
        <w:rPr>
          <w:b/>
        </w:rPr>
        <w:t xml:space="preserve">[06:04] </w:t>
      </w:r>
      <w:r>
        <w:t>unhon ne kaha ke</w:t>
      </w:r>
    </w:p>
    <w:p>
      <w:pPr>
        <w:jc w:val="right"/>
      </w:pPr>
      <w:r>
        <w:t>انہوں نے کہا کہ</w:t>
      </w:r>
    </w:p>
    <w:p>
      <w:r>
        <w:rPr>
          <w:b/>
        </w:rPr>
        <w:t xml:space="preserve">[06:07] </w:t>
      </w:r>
      <w:r>
        <w:t>sab pacify ho gaya, mamla sab theek ho gaya. to khair, is beech mein jo hai, teen din mere aise guzre hain jab ke mein divine inspiration se bilkul mehroom raha.</w:t>
      </w:r>
    </w:p>
    <w:p>
      <w:pPr>
        <w:jc w:val="right"/>
      </w:pPr>
      <w:r>
        <w:t>سب پیسیفائی ہو گیا، معاملہ سب ٹھیک ہو گیا۔ تو خیر، اس بیچ میں جو ہے، تین دن میرے ایسے گزرے ہیں جب کہ میں ڈیوائن انسپریشن سے بالکل محروم رہا۔</w:t>
      </w:r>
    </w:p>
    <w:p>
      <w:r>
        <w:rPr>
          <w:b/>
        </w:rPr>
        <w:t xml:space="preserve">[06:22] </w:t>
      </w:r>
      <w:r>
        <w:t>mera aisa mamla hai ke taqreeban har din mujhe inspiration aate hain, taqreeban har din. aur jis din mujhe inspiration na aaye to woh din mein samajhta hoon ke mera din khali gaya hai.</w:t>
      </w:r>
    </w:p>
    <w:p>
      <w:pPr>
        <w:jc w:val="right"/>
      </w:pPr>
      <w:r>
        <w:t>میرا ایسا معاملہ ہے کہ تقریباً ہر دن مجھے انسپریشن آتے ہیں، تقریباً ہر دن۔ اور جس دن مجھے انسپریشن نہ آئے تو وہ دن میں سمجھتا ہوں کہ میرا دن خالی گیا ہے۔</w:t>
      </w:r>
    </w:p>
    <w:p>
      <w:r>
        <w:rPr>
          <w:b/>
        </w:rPr>
        <w:t xml:space="preserve">[06:38] </w:t>
      </w:r>
      <w:r>
        <w:t>aaj to woh teen din jo inspiration nahin aaya mujh ko, mein sochta raha ke aisa kyun hua, aisa kyun hua? yaani khuda goya meri taraf mutawajjah nahin hua, khuda ki attention mujh se hat gayi.</w:t>
      </w:r>
    </w:p>
    <w:p>
      <w:pPr>
        <w:jc w:val="right"/>
      </w:pPr>
      <w:r>
        <w:t>آج تو وہ تین دن جو انسپریشن نہیں آیا مجھ کو، میں سوچتا رہا کہ ایسا کیوں ہوا، ایسا کیوں ہوا؟ یعنی خدا گویا میری طرف متوجہ نہیں ہوا، خدا کی اٹینشن مجھ سے ہٹ گئی۔</w:t>
      </w:r>
    </w:p>
    <w:p>
      <w:r>
        <w:rPr>
          <w:b/>
        </w:rPr>
        <w:t xml:space="preserve">[06:53] </w:t>
      </w:r>
      <w:r>
        <w:t>to mein bohat pareshan tha. phir teesre din, aur phir is beech mein mein un ke liye duaen karta raha, barabar, kyunke mujhe ehsas ho gaya tha ke maine ghalti ki.</w:t>
      </w:r>
    </w:p>
    <w:p>
      <w:pPr>
        <w:jc w:val="right"/>
      </w:pPr>
      <w:r>
        <w:t>تو میں بہت پریشان تھا۔ پھر تیسرے دن، اور پھر اس بیچ میں میں ان کے لیے دعائیں کرتا رہا، برابر، کیونکہ مجھے احساس ہو گیا تھا کہ میں نے غلطی کی۔</w:t>
      </w:r>
    </w:p>
    <w:p>
      <w:r>
        <w:rPr>
          <w:b/>
        </w:rPr>
        <w:t xml:space="preserve">[07:04] </w:t>
      </w:r>
      <w:r>
        <w:t>ghalti ka matlab yeh hai ke agarchay aap right hon, yaani aap ka stand right stand ho, tab bhi aap ko yeh haq nahi hai ke kisi ko aap rud andaaz mein bolen.</w:t>
      </w:r>
    </w:p>
    <w:p>
      <w:pPr>
        <w:jc w:val="right"/>
      </w:pPr>
      <w:r>
        <w:t>غلطی کا مطلب یہ ہے کہ اگرچہ آپ رائٹ ہوں، یعنی آپ کا اسٹینڈ رائٹ اسٹینڈ ہو، تب بھی آپ کو یہ حق نہیں ہے کہ کسی کو آپ رود انداز میں بولیں۔</w:t>
      </w:r>
    </w:p>
    <w:p>
      <w:r>
        <w:rPr>
          <w:b/>
        </w:rPr>
        <w:t xml:space="preserve">[07:20] </w:t>
      </w:r>
      <w:r>
        <w:t>ek aadmi jo aaya hai to woh respectable hai har haal mein, chahe aap ko acha lage ya na acha lage. aap apni rai ko bol sakte hain.</w:t>
      </w:r>
    </w:p>
    <w:p>
      <w:pPr>
        <w:jc w:val="right"/>
      </w:pPr>
      <w:r>
        <w:t>ایک آدمی جو آیا ہے تو وہ ریسپیکٹیبل ہے ہر حال میں، چاہے آپ کو اچھا لگے یا نہ اچھا لگے۔ آپ اپنی رائے کو بول سکتے ہیں۔</w:t>
      </w:r>
    </w:p>
    <w:p>
      <w:r>
        <w:rPr>
          <w:b/>
        </w:rPr>
        <w:t xml:space="preserve">[07:34] </w:t>
      </w:r>
      <w:r>
        <w:t>aap ki rai agar alag hai to apne difference ko aap bata sakte hain is ko, lekin yeh right aap ko haq nahi hai. is baat ka haq nahi hai aap ko ke is ko aap, yaani disrespect andaaz mein aap se bolen, is ko rud andaaz mein kalam karen.</w:t>
      </w:r>
    </w:p>
    <w:p>
      <w:pPr>
        <w:jc w:val="right"/>
      </w:pPr>
      <w:r>
        <w:t>آپ کی رائے اگر الگ ہے تو اپنے ڈیفرنس کو آپ بتا سکتے ہیں اس کو، لیکن یہ رائٹ آپ کو حق نہیں ہے۔ اس بات کا حق نہیں ہے آپ کو کہ اس کو آپ، یعنی ڈس ریسپیکٹ انداز میں آپ سے بولیں، اس کو رود انداز میں کلام کریں۔</w:t>
      </w:r>
    </w:p>
    <w:p>
      <w:r>
        <w:rPr>
          <w:b/>
        </w:rPr>
        <w:t xml:space="preserve">[07:51] </w:t>
      </w:r>
      <w:r>
        <w:t>yeh aap ko haq nahi hai. to is tajrubay se yeh mujhe jo cheez maloom hui, woh yeh hai ke agar aap insaan se,</w:t>
      </w:r>
    </w:p>
    <w:p>
      <w:pPr>
        <w:jc w:val="right"/>
      </w:pPr>
      <w:r>
        <w:t>یہ آپ کو حق نہیں ہے۔ تو اس تجربے سے یہ مجھے جو چیز معلوم ہوئی، وہ یہ ہے کہ اگر آپ انسان سے،</w:t>
      </w:r>
    </w:p>
    <w:p>
      <w:r>
        <w:rPr>
          <w:b/>
        </w:rPr>
        <w:t xml:space="preserve">[08:03] </w:t>
      </w:r>
      <w:r>
        <w:t>insaan se munh morren ge to Khuda bhi aap se munh mor le ga. ki</w:t>
      </w:r>
    </w:p>
    <w:p>
      <w:pPr>
        <w:jc w:val="right"/>
      </w:pPr>
      <w:r>
        <w:t>انسان سے منہ موڑیں گے تو خدا بھی آپ سے منہ موڑ لے گا۔ کی</w:t>
      </w:r>
    </w:p>
    <w:p>
      <w:r>
        <w:rPr>
          <w:b/>
        </w:rPr>
        <w:t xml:space="preserve">[08:13] </w:t>
      </w:r>
      <w:r>
        <w:t>yunke jaise hi yeh mamla settle hua, teesre din subah ko to achaanak ek bohat bari baat mujhe, yaani jaise achaanak mere mind mein ek baat aa jaye,</w:t>
      </w:r>
    </w:p>
    <w:p>
      <w:pPr>
        <w:jc w:val="right"/>
      </w:pPr>
      <w:r>
        <w:t>ونکہ جیسے ہی یہ معاملہ سیٹل ہوا، تیسرے دن صبح کو تو اچانک ایک بہت بڑی بات مجھے، یعنی جیسے اچانک میرے مائنڈ میں ایک بات آ جائے،</w:t>
      </w:r>
    </w:p>
    <w:p>
      <w:r>
        <w:rPr>
          <w:b/>
        </w:rPr>
        <w:t xml:space="preserve">[08:27] </w:t>
      </w:r>
      <w:r>
        <w:t>woh tha divine inspiration. kyunke ek taraf un se jo maafi mangi gayi, woh mein khud maafi mangta raha, bar bar un ke liye duaen karta raha.</w:t>
      </w:r>
    </w:p>
    <w:p>
      <w:pPr>
        <w:jc w:val="right"/>
      </w:pPr>
      <w:r>
        <w:t>وہ تھا ڈیوائن انسپریشن۔ کیونکہ ایک طرف ان سے جو معافی مانگی گئی، وہ میں خود معافی مانگتا رہا، بار بار ان کے لیے دعائیں کرتا رہا۔</w:t>
      </w:r>
    </w:p>
    <w:p>
      <w:r>
        <w:rPr>
          <w:b/>
        </w:rPr>
        <w:t xml:space="preserve">[08:38] </w:t>
      </w:r>
      <w:r>
        <w:t>to phir Allah taala ne qabool kar</w:t>
      </w:r>
    </w:p>
    <w:p>
      <w:pPr>
        <w:jc w:val="right"/>
      </w:pPr>
      <w:r>
        <w:t>تو پھر اللہ تعالیٰ نے قبول کر</w:t>
      </w:r>
    </w:p>
    <w:p>
      <w:r>
        <w:rPr>
          <w:b/>
        </w:rPr>
        <w:t xml:space="preserve">[08:40] </w:t>
      </w:r>
      <w:r>
        <w:t>lia. jaise Hazrat Adam ke Adam se ek ghalti hui thi to Khuda ne qabool kar lia aur phir apni rehmaten un ki taraf bhej din.</w:t>
      </w:r>
    </w:p>
    <w:p>
      <w:pPr>
        <w:jc w:val="right"/>
      </w:pPr>
      <w:r>
        <w:t>لیا۔ جیسے حضرت آدم کے آدم سے ایک غلطی ہوئی تھی تو خدا نے قبول کر لیا اور پھر اپنی رحمتیں ان کی طرف بھیج دیں۔</w:t>
      </w:r>
    </w:p>
    <w:p>
      <w:r>
        <w:rPr>
          <w:b/>
        </w:rPr>
        <w:t xml:space="preserve">[08:49] </w:t>
      </w:r>
      <w:r>
        <w:t>to teesre din kya hua? ek nai cheez mujhe, ek nai marifat ki cheez, yaani realization ki cheez, achaanak discover ho gayi.</w:t>
      </w:r>
    </w:p>
    <w:p>
      <w:pPr>
        <w:jc w:val="right"/>
      </w:pPr>
      <w:r>
        <w:t>تو تیسرے دن کیا ہوا؟ ایک نئی چیز مجھے، ایک نئی معرفت کی چیز، یعنی ریلائزیشن کی چیز، اچانک ڈسکور ہو گئی۔</w:t>
      </w:r>
    </w:p>
    <w:p>
      <w:r>
        <w:rPr>
          <w:b/>
        </w:rPr>
        <w:t xml:space="preserve">[09:02] </w:t>
      </w:r>
      <w:r>
        <w:t>mein apne, meri jo balcony hai, wahan par darakht hain, wahan khara tha. subah ka waqt tha aur isi halat mein tha ke Khuda ne mujhe shayad chhor diya.</w:t>
      </w:r>
    </w:p>
    <w:p>
      <w:pPr>
        <w:jc w:val="right"/>
      </w:pPr>
      <w:r>
        <w:t>میں اپنے، میری جو بالکنی ہے، وہاں پر درخت ہیں، وہاں کھڑا تھا۔ صبح کا وقت تھا اور اسی حالت میں تھا کہ خدا نے مجھے شاید چھوڑ دیا۔</w:t>
      </w:r>
    </w:p>
    <w:p>
      <w:r>
        <w:rPr>
          <w:b/>
        </w:rPr>
        <w:t xml:space="preserve">[09:16] </w:t>
      </w:r>
      <w:r>
        <w:t>inspiration nahi aa rahe hain mujh ko. idhar yeh process jari tha ke mein bhi maafi mang raha tha, un se hi maafi mangi gayi. yeh sab process tha to woh process apni culmination pe pohanch gaya.</w:t>
      </w:r>
    </w:p>
    <w:p>
      <w:pPr>
        <w:jc w:val="right"/>
      </w:pPr>
      <w:r>
        <w:t>انسپریشن نہیں آ رہے ہیں مجھ کو۔ ادھر یہ پراسیس جاری تھا کہ میں بھی معافی مانگ رہا تھا، ان سے ہی معافی مانگی گئی۔ یہ سب پراسیس تھا تو وہ پراسیس اپنی کلمنیشن پہ پہنچ گیا۔</w:t>
      </w:r>
    </w:p>
    <w:p>
      <w:r>
        <w:rPr>
          <w:b/>
        </w:rPr>
        <w:t xml:space="preserve">[09:29] </w:t>
      </w:r>
      <w:r>
        <w:t>khat bhi likhwao</w:t>
      </w:r>
    </w:p>
    <w:p>
      <w:pPr>
        <w:jc w:val="right"/>
      </w:pPr>
      <w:r>
        <w:t>خط بھی لکھوایا</w:t>
      </w:r>
    </w:p>
    <w:p>
      <w:r>
        <w:rPr>
          <w:b/>
        </w:rPr>
        <w:t xml:space="preserve">[09:30] </w:t>
      </w:r>
      <w:r>
        <w:t>mein ne. haan, un ko khat bhi likhwao mein ne. ek badhiya khat likhwao ke aap mujhe maaf kar den, mujh se ghalti hui. to achaanak mein jab khara tha wahan, suraj nikla hua tha to mujhe dekha ke maine kaha darakhton ka saya par raha hai.</w:t>
      </w:r>
    </w:p>
    <w:p>
      <w:pPr>
        <w:jc w:val="right"/>
      </w:pPr>
      <w:r>
        <w:t>میں نے۔ ہاں، ان کو خط بھی لکھوایا میں نے۔ ایک بدیہ خط لکھوایا کہ آپ مجھے معاف کر دیں، مجھ سے غلطی ہوئی۔ تو اچانک میں جب کھڑا تھا وہاں، سورج نکلا ہوا تھا تو مجھے دیکھا کہ میں نے کہا درختوں کا سایہ پڑ رہا ہے۔</w:t>
      </w:r>
    </w:p>
    <w:p>
      <w:r>
        <w:rPr>
          <w:b/>
        </w:rPr>
        <w:t xml:space="preserve">[09:47] </w:t>
      </w:r>
      <w:r>
        <w:t>is suraj ke nikalne se darakhton mein saya, yaani shadow par rahe hain.</w:t>
      </w:r>
    </w:p>
    <w:p>
      <w:pPr>
        <w:jc w:val="right"/>
      </w:pPr>
      <w:r>
        <w:t>اس سورج کے نکلنے سے درختوں میں سایہ، یعنی شیڈو پڑ رہے ہیں۔</w:t>
      </w:r>
    </w:p>
    <w:p>
      <w:r>
        <w:rPr>
          <w:b/>
        </w:rPr>
        <w:t xml:space="preserve">[09:53] </w:t>
      </w:r>
      <w:r>
        <w:t>to shadow ek aam cheez hai. har aadmi janta hai ke jab suraj nikalta hai to cheezon ke shadow parte hain, wahan par zameen par saya par jata hai.</w:t>
      </w:r>
    </w:p>
    <w:p>
      <w:pPr>
        <w:jc w:val="right"/>
      </w:pPr>
      <w:r>
        <w:t>تو شیڈو ایک عام چیز ہے۔ ہر آدمی جانتا ہے کہ جب سورج نکلتا ہے تو چیزوں کے شیڈو پڑتے ہیں، وہاں پر زمین پر سایہ پڑ جاتا ہے۔</w:t>
      </w:r>
    </w:p>
    <w:p>
      <w:r>
        <w:rPr>
          <w:b/>
        </w:rPr>
        <w:t xml:space="preserve">[10:05] </w:t>
      </w:r>
      <w:r>
        <w:t>to us waqt Quran ki ek ayat mujhe achaanak yaad aayi.</w:t>
      </w:r>
    </w:p>
    <w:p>
      <w:pPr>
        <w:jc w:val="right"/>
      </w:pPr>
      <w:r>
        <w:t>تو اس وقت قرآن کی ایک آیت مجھے اچانک یاد آئی۔</w:t>
      </w:r>
    </w:p>
    <w:p>
      <w:r>
        <w:rPr>
          <w:b/>
        </w:rPr>
        <w:t xml:space="preserve">[10:10] </w:t>
      </w:r>
      <w:r>
        <w:t>Quran mein hai ke alamta kaifa madda al-zulla wa shajala sakinan thumma ja'alna al-shamsa 'alayhi daleelan thumma qabathna ilayhi qabthan yaseeran yeh Quran ka ek verse hai ke kya tum ne dekha nahi ke Khuda kaise lamba karta hai saaye ko?</w:t>
      </w:r>
    </w:p>
    <w:p>
      <w:pPr>
        <w:jc w:val="right"/>
      </w:pPr>
      <w:r>
        <w:t>قرآن میں ہے کہ علمت کیف مد الذل وشا لجالہ ساکنا ثم جعلنا الشمس علیہ دلیلا ثم قبضنا الینا قبضا یسیرا یہ قرآن کا ایک ورس ہے کہ کیا تم نے دیکھا نہیں کہ خدا کیسے لمبا کرتا ہے سائے کو؟</w:t>
      </w:r>
    </w:p>
    <w:p>
      <w:r>
        <w:rPr>
          <w:b/>
        </w:rPr>
        <w:t xml:space="preserve">[10:35] </w:t>
      </w:r>
      <w:r>
        <w:t>woh chahta to woh saaye ko thehra deta.</w:t>
      </w:r>
    </w:p>
    <w:p>
      <w:pPr>
        <w:jc w:val="right"/>
      </w:pPr>
      <w:r>
        <w:t>وہ چاہتا تو وہ سائے کو ٹھہرا دیتا۔</w:t>
      </w:r>
    </w:p>
    <w:p>
      <w:r>
        <w:rPr>
          <w:b/>
        </w:rPr>
        <w:t xml:space="preserve">[10:40] </w:t>
      </w:r>
      <w:r>
        <w:t>aap jante hain ke subah ko saya dhire dhire dhire lamba hota hai, phir dhire dhire cement kar ke chhota ho jata hai. jab suraj nikalta hai to woh west world mein saya jata hai, uska jab sham hoti hai to east world mein saya uska chala jata hai.</w:t>
      </w:r>
    </w:p>
    <w:p>
      <w:pPr>
        <w:jc w:val="right"/>
      </w:pPr>
      <w:r>
        <w:t>آپ جانتے ہیں کہ صبح کو سایہ دھیرے دھیرے دھیرے لمبا ہوتا ہے، پھر دھیرے دھیرے سیمٹ کر کے چھوٹا ہو جاتا ہے۔ جب سورج نکلتا ہے تو وہ ویسٹ ورلڈ میں سایہ جاتا ہے، اس کا جب شام ہوتی ہے تو ایسٹ ورلڈ میں سایہ اس کا چلا جاتا ہے۔</w:t>
      </w:r>
    </w:p>
    <w:p>
      <w:r>
        <w:rPr>
          <w:b/>
        </w:rPr>
        <w:t xml:space="preserve">[10:59] </w:t>
      </w:r>
      <w:r>
        <w:t>to Khuda is phenomena ko refer kar raha hai ke kya tum ne saaye ke shadow ke phenomena ko nahi dekha?</w:t>
      </w:r>
    </w:p>
    <w:p>
      <w:pPr>
        <w:jc w:val="right"/>
      </w:pPr>
      <w:r>
        <w:t>تو خدا اس فیناومینا کو ریفر کر رہا ہے کہ کیا تم نے سائے کے شیڈو کے فیناومینا کو نہیں دیکھا؟</w:t>
      </w:r>
    </w:p>
    <w:p>
      <w:r>
        <w:rPr>
          <w:b/>
        </w:rPr>
        <w:t xml:space="preserve">[11:08] </w:t>
      </w:r>
      <w:r>
        <w:t>kis tarah woh barhta hai aur ghat ta hai? ek bar east ki taraf, doosri dafa west ki taraf. hum chahte to is ko rok dete, aisa na hota.</w:t>
      </w:r>
    </w:p>
    <w:p>
      <w:pPr>
        <w:jc w:val="right"/>
      </w:pPr>
      <w:r>
        <w:t>کس طرح وہ بڑھتا ہے اور گھٹتا ہے؟ ایک بار ایسٹ کی طرف، دوسری دفعہ ویسٹ کی طرف۔ ہم چاہتے تو اس کو روک دیتے، ایسا نہ ہوتا۔</w:t>
      </w:r>
    </w:p>
    <w:p>
      <w:r>
        <w:rPr>
          <w:b/>
        </w:rPr>
        <w:t xml:space="preserve">[11:21] </w:t>
      </w:r>
      <w:r>
        <w:t>ek baat saada si hai lekin is mein bohat hi bari baat chhipi hui thi jo us din mujhe discover hui.</w:t>
      </w:r>
    </w:p>
    <w:p>
      <w:pPr>
        <w:jc w:val="right"/>
      </w:pPr>
      <w:r>
        <w:t>ایک بات سادہ سی ہے لیکن اس میں بہت ہی بڑی بات چھپی ہوئی تھی جو اس دن مجھے ڈسکور ہوئی۔</w:t>
      </w:r>
    </w:p>
    <w:p>
      <w:r>
        <w:rPr>
          <w:b/>
        </w:rPr>
        <w:t xml:space="preserve">[11:29] </w:t>
      </w:r>
      <w:r>
        <w:t>ab mein sochne laga ke saya kaise hota hai? to mere mind mein aaya us waqt ke ek universal activity hoti hai, universal activities hoti hain, kuch tab yeh saya parta hai.</w:t>
      </w:r>
    </w:p>
    <w:p>
      <w:pPr>
        <w:jc w:val="right"/>
      </w:pPr>
      <w:r>
        <w:t>اب میں سوچنے لگا کہ سایہ کیسے ہوتا ہے؟ تو میرے مائنڈ میں آیا اس وقت کہ ایک یونیورسل ایکٹیویٹی ہوتی ہے، یونیورسل ایکٹیویٹیز ہوتی ہیں، کچھ تب یہ سایہ پڑتا ہے۔</w:t>
      </w:r>
    </w:p>
    <w:p>
      <w:r>
        <w:rPr>
          <w:b/>
        </w:rPr>
        <w:t xml:space="preserve">[11:47] </w:t>
      </w:r>
      <w:r>
        <w:t>bghair saaye nahi ho sakta. bzaahir chaand ke oopar koi saaya nahi hota hai kyunke is tarah ki universal activities jo hain, saanp chaand par nahi ho rahi hain.</w:t>
      </w:r>
    </w:p>
    <w:p>
      <w:pPr>
        <w:jc w:val="right"/>
      </w:pPr>
      <w:r>
        <w:t>بغیر سائے نہیں ہو سکتا۔ بظاہر چاند کے اوپر کوئی سایہ نہیں ہوتا ہے کیونکہ اس طرح کی یونیورسل ایکٹیویٹیز جو ہیں، سانپ چاند پر نہیں ہو رہی ہیں۔</w:t>
      </w:r>
    </w:p>
    <w:p>
      <w:r>
        <w:rPr>
          <w:b/>
        </w:rPr>
        <w:t xml:space="preserve">[11:59] </w:t>
      </w:r>
      <w:r>
        <w:t>woh kaise zameen se door hai? chaand, woh suraj jo hai, hamari zameen se bohat door hai, bohat door hai.</w:t>
      </w:r>
    </w:p>
    <w:p>
      <w:pPr>
        <w:jc w:val="right"/>
      </w:pPr>
      <w:r>
        <w:t>وہ کیسے زمین سے دور ہے؟ چاند، وہ سورج جو ہے، ہماری زمین سے بہت دور ہے، بہت دور ہے۔</w:t>
      </w:r>
    </w:p>
    <w:p>
      <w:r>
        <w:rPr>
          <w:b/>
        </w:rPr>
        <w:t xml:space="preserve">[12:14] </w:t>
      </w:r>
      <w:r>
        <w:t>aisa nahi ke woh bohat hi paas ho, yaani nau karor tees lakh meel door hai. hamari zameen se suraj nau karor tees lakh meel door hai, wahan se roshni bhejta hai.</w:t>
      </w:r>
    </w:p>
    <w:p>
      <w:pPr>
        <w:jc w:val="right"/>
      </w:pPr>
      <w:r>
        <w:t>ایسا نہیں کہ وہ بہت ہی پاس ہو، یعنی نو کروڑ تیس لاکھ میل دور ہے۔ ہماری زمین سے سورج نو کروڑ تیس لاکھ میل دور ہے، وہاں سے روشنی بھیجتا ہے۔</w:t>
      </w:r>
    </w:p>
    <w:p>
      <w:r>
        <w:rPr>
          <w:b/>
        </w:rPr>
        <w:t xml:space="preserve">[12:28] </w:t>
      </w:r>
      <w:r>
        <w:t>woh</w:t>
      </w:r>
    </w:p>
    <w:p>
      <w:pPr>
        <w:jc w:val="right"/>
      </w:pPr>
      <w:r>
        <w:t>وہ</w:t>
      </w:r>
    </w:p>
    <w:p>
      <w:r>
        <w:rPr>
          <w:b/>
        </w:rPr>
        <w:t xml:space="preserve">[12:30] </w:t>
      </w:r>
      <w:r>
        <w:t>roshni ka aap jante hain ke yeh qanoon hai ke beech mein agar ek paper bhi aa jaye to roshni ruk jati hai. roshni ki rays jo hain, hamesha straight forward chalti hain, seedhe chalti hain.</w:t>
      </w:r>
    </w:p>
    <w:p>
      <w:pPr>
        <w:jc w:val="right"/>
      </w:pPr>
      <w:r>
        <w:t>روشنی کا آپ جانتے ہیں کہ یہ قانون ہے کہ بیچ میں اگر ایک پیپر بھی آ جائے تو روشنی رک جاتی ہے۔ روشنی کی ریز جو ہیں، ہمیشہ سٹریٹ فارورڈ چلتی ہیں، سیدھے چلتی ہیں۔</w:t>
      </w:r>
    </w:p>
    <w:p>
      <w:r>
        <w:rPr>
          <w:b/>
        </w:rPr>
        <w:t xml:space="preserve">[12:44] </w:t>
      </w:r>
      <w:r>
        <w:t>is ka matlab kya hua? ke chaand aur zameen ke beech mein agar koi aar aa jaye, jaise chaand aa jaye, jaise gahan parta hai to wahi hota hai wahan par.</w:t>
      </w:r>
    </w:p>
    <w:p>
      <w:pPr>
        <w:jc w:val="right"/>
      </w:pPr>
      <w:r>
        <w:t>اس کا مطلب کیا ہوا؟ کہ چاند اور زمین کے بیچ میں اگر کوئی اڑ آ جائے، جیسے چاند آ جائے، جیسے گرہن پڑتا ہے تو وہی ہوتا ہے وہاں پر۔</w:t>
      </w:r>
    </w:p>
    <w:p>
      <w:r>
        <w:rPr>
          <w:b/>
        </w:rPr>
        <w:t xml:space="preserve">[12:54] </w:t>
      </w:r>
      <w:r>
        <w:t>to phir suraj ki roshni hum tak nahi pahunche gi.</w:t>
      </w:r>
    </w:p>
    <w:p>
      <w:pPr>
        <w:jc w:val="right"/>
      </w:pPr>
      <w:r>
        <w:t>تو پھر سورج کی روشنی ہم تک نہیں پہنچے گی۔</w:t>
      </w:r>
    </w:p>
    <w:p>
      <w:r>
        <w:rPr>
          <w:b/>
        </w:rPr>
        <w:t xml:space="preserve">[12:59] </w:t>
      </w:r>
      <w:r>
        <w:t>to saaye ka phenomenon bhi distract ho jaye ga.</w:t>
      </w:r>
    </w:p>
    <w:p>
      <w:pPr>
        <w:jc w:val="right"/>
      </w:pPr>
      <w:r>
        <w:t>تو سائے کا فیناومینا بھی ڈس ایکٹر ہو جائے گا۔</w:t>
      </w:r>
    </w:p>
    <w:p>
      <w:r>
        <w:rPr>
          <w:b/>
        </w:rPr>
        <w:t xml:space="preserve">[13:05] </w:t>
      </w:r>
      <w:r>
        <w:t>phir kyun saaya ek baar east world mein, doosri baar west world mein jata hai? is liye ke zameen hamari bohat hi ek, is ka matlab ek bohat hi exceptionally ek, ek, ek aur ek woh hai,</w:t>
      </w:r>
    </w:p>
    <w:p>
      <w:pPr>
        <w:jc w:val="right"/>
      </w:pPr>
      <w:r>
        <w:t>پھر کیوں سایہ ایک بار ایسٹ ورلڈ میں، دوسری بار ویسٹ ورلڈ میں جاتا ہے؟ اس لیے کہ زمین ہماری بہت ہی ایک، اس کا مطلب ایک بہت ہی ایکسیپشنلی ایک، ایک، ایک اور ایک وہ ہے،</w:t>
      </w:r>
    </w:p>
    <w:p>
      <w:r>
        <w:rPr>
          <w:b/>
        </w:rPr>
        <w:t xml:space="preserve">[13:19] </w:t>
      </w:r>
      <w:r>
        <w:t>yaani ek cheez hai. woh hai ke woh rotate karti hai apne axis par.</w:t>
      </w:r>
    </w:p>
    <w:p>
      <w:pPr>
        <w:jc w:val="right"/>
      </w:pPr>
      <w:r>
        <w:t>یعنی ایک چیز ہے۔ وہ ہے کہ وہ روٹیٹ کرتی ہے اپنے ایکسز پر۔</w:t>
      </w:r>
    </w:p>
    <w:p>
      <w:r>
        <w:rPr>
          <w:b/>
        </w:rPr>
        <w:t xml:space="preserve">[13:27] </w:t>
      </w:r>
      <w:r>
        <w:t>zameen ke siwa abhi tak koi aisa planet discover nahi hua hai jo apne, jis ke andar double rotation ho. yaani ek taraf to sun ke chaaron taraf revolve kar rahi hai zameen aur doosri apne axis par woh 1000 per mile ki speed se chal rahi hai.</w:t>
      </w:r>
    </w:p>
    <w:p>
      <w:pPr>
        <w:jc w:val="right"/>
      </w:pPr>
      <w:r>
        <w:t>زمین کے سوا ابھی تک کوئی ایسا پلینٹ ڈسکور نہیں ہوا ہے جو اپنے، جس کے اندر ڈبل روٹیشن ہو۔ یعنی ایک طرف تو سن کے چاروں طرف ریوالو کر رہی ہے زمین اور دوسری اپنے ایکسز پر وہ 1000 پر مائل کی سپیڈ سے چل رہی ہے۔</w:t>
      </w:r>
    </w:p>
    <w:p>
      <w:r>
        <w:rPr>
          <w:b/>
        </w:rPr>
        <w:t xml:space="preserve">[13:48] </w:t>
      </w:r>
      <w:r>
        <w:t>1000 per mile ki speed se</w:t>
      </w:r>
    </w:p>
    <w:p>
      <w:pPr>
        <w:jc w:val="right"/>
      </w:pPr>
      <w:r>
        <w:t>1000 پر مائل کی سپیڈ سے</w:t>
      </w:r>
    </w:p>
    <w:p>
      <w:r>
        <w:rPr>
          <w:b/>
        </w:rPr>
        <w:t xml:space="preserve">[13:52] </w:t>
      </w:r>
      <w:r>
        <w:t>asia se zameen par shaam hoti hai aur shaam aur subah hoti hai. subah aur shaam hoti hai. yaani isi ki wajah se aisa hota hai, yaani axis par rotate karne ki wajah se ke ek baar suraj dikhai deta hai east mein, yeh jab doobta hai to west mein chala jata hai.</w:t>
      </w:r>
    </w:p>
    <w:p>
      <w:pPr>
        <w:jc w:val="right"/>
      </w:pPr>
      <w:r>
        <w:t>ایشیا سے زمین پر شام ہوتی ہے اور شام اور صبح ہوتی ہے۔ صبح اور شام ہوتی ہے۔ یعنی اسی کی وجہ سے ایسا ہوتا ہے، یعنی ایکسز پر روٹیٹ کرنے کی وجہ سے کہ ایک بار سورج دکھائی دیتا ہے ایسٹ میں، یہ جب ڈوبتا ہے تو ویسٹ میں چلا جاتا ہے۔</w:t>
      </w:r>
    </w:p>
    <w:p>
      <w:r>
        <w:rPr>
          <w:b/>
        </w:rPr>
        <w:t xml:space="preserve">[14:10] </w:t>
      </w:r>
      <w:r>
        <w:t>to khud suraj nahi hai, aisa karta ke suraj east mein west mein chala jaye. zameen ke rotation ki wajah se aisa dikhai deta hai hum ko ke idhar east mein hai, idhar west mein hai.</w:t>
      </w:r>
    </w:p>
    <w:p>
      <w:pPr>
        <w:jc w:val="right"/>
      </w:pPr>
      <w:r>
        <w:t>تو خود سورج نہیں ہے، ایسا کرتا کہ سورج ایسٹ میں ویسٹ میں چلا جائے۔ زمین کے روٹیشن کی وجہ سے ایسا دکھائی دیتا ہے ہم کو کہ ادھر ایسٹ میں ہے، ادھر ویسٹ میں ہے۔</w:t>
      </w:r>
    </w:p>
    <w:p>
      <w:r>
        <w:rPr>
          <w:b/>
        </w:rPr>
        <w:t xml:space="preserve">[14:20] </w:t>
      </w:r>
      <w:r>
        <w:t>woh</w:t>
      </w:r>
    </w:p>
    <w:p>
      <w:pPr>
        <w:jc w:val="right"/>
      </w:pPr>
      <w:r>
        <w:t>وہ</w:t>
      </w:r>
    </w:p>
    <w:p>
      <w:r>
        <w:rPr>
          <w:b/>
        </w:rPr>
        <w:t xml:space="preserve">[14:22] </w:t>
      </w:r>
      <w:r>
        <w:t>to kaha ke aur bhi bohat sare is mein factor honge. maine teen ka zikr kiya ke itni door se suraj ki roshni ka aana, beech mein rukawat na hona aur phir zameen ka rotate karna,</w:t>
      </w:r>
    </w:p>
    <w:p>
      <w:pPr>
        <w:jc w:val="right"/>
      </w:pPr>
      <w:r>
        <w:t>تو کہا کہ اور بھی بہت سارے اس میں فیکٹر ہوں گے۔ میں نے تین کا ذکر کیا کہ اتنی دور سے سورج کی روشنی کا آنا، بیچ میں رکاوٹ نہ ہونا اور پھر زمین کا روٹیٹ کرنا،</w:t>
      </w:r>
    </w:p>
    <w:p>
      <w:r>
        <w:rPr>
          <w:b/>
        </w:rPr>
        <w:t xml:space="preserve">[14:37] </w:t>
      </w:r>
      <w:r>
        <w:t>is se yeh saaya parta hai. to universal activities hain jis se yeh saaya humein zameen mein dikhai parta hai. poori poori, yaani poora poora yeh involve hota hai, poora poora system.</w:t>
      </w:r>
    </w:p>
    <w:p>
      <w:pPr>
        <w:jc w:val="right"/>
      </w:pPr>
      <w:r>
        <w:t>اس سے یہ سایہ پڑتا ہے۔ تو یونیورسل ایکٹیویٹیز ہیں جس سے یہ سایہ ہمیں زمین میں دکھائی پڑتا ہے۔ پوری پوری، یعنی پورا پورا یہ انوالو ہوتا ہے، پورا پورا سسٹم۔</w:t>
      </w:r>
    </w:p>
    <w:p>
      <w:r>
        <w:rPr>
          <w:b/>
        </w:rPr>
        <w:t xml:space="preserve">[14:52] </w:t>
      </w:r>
      <w:r>
        <w:t>phir aap dekhiye ke yeh jo solar system hai, phir main sochne laga ke solar system, solar system beech mein zameen, suraj hai, is ke is ke chaaron taraf planet ghoom rahe hain, including our earth.</w:t>
      </w:r>
    </w:p>
    <w:p>
      <w:pPr>
        <w:jc w:val="right"/>
      </w:pPr>
      <w:r>
        <w:t>پھر آپ دیکھیے کہ یہ جو سولر سسٹم ہے، پھر میں سوچنے لگا کہ سولر سسٹم، سولر سسٹم بیچ میں زمین، سورج ہے، اس کے اس کے چاروں طرف پلینٹ گھوم رہے ہیں، انکلوڈنگ اور ارتھ۔</w:t>
      </w:r>
    </w:p>
    <w:p>
      <w:r>
        <w:rPr>
          <w:b/>
        </w:rPr>
        <w:t xml:space="preserve">[15:11] </w:t>
      </w:r>
      <w:r>
        <w:t>lekin itna bara in ka span hai ke hum is ko dekh nahi sakte. yaani ek focus mein woh nahi aata.</w:t>
      </w:r>
    </w:p>
    <w:p>
      <w:pPr>
        <w:jc w:val="right"/>
      </w:pPr>
      <w:r>
        <w:t>لیکن اتنا بڑا ان کا اسپین ہے کہ ہم اس کو دیکھ نہیں سکتے۔ یعنی ایک فوکس میں وہ نہیں آتا۔</w:t>
      </w:r>
    </w:p>
    <w:p>
      <w:r>
        <w:rPr>
          <w:b/>
        </w:rPr>
        <w:t xml:space="preserve">[15:20] </w:t>
      </w:r>
      <w:r>
        <w:t>bari sabhi telescope bhi aap ko ek focus mein nahi dikhati ke jab bhi is ko focus kiya jata hai to is ka span itna barh jata hai ke hamari aankh jo hai, due to our limitations, poore is ko apne focus mein nahi la pati.</w:t>
      </w:r>
    </w:p>
    <w:p>
      <w:pPr>
        <w:jc w:val="right"/>
      </w:pPr>
      <w:r>
        <w:t>بڑی سبھی ٹیلیسکوپ بھی آپ کو ایک فوکس میں نہیں دکھاتی کہ جب بھی اس کو فوکس کیا جاتا ہے تو اس کا اسپین اتنا بڑھ جاتا ہے کہ ہماری آنکھ جو ہے، ڈیو ٹو اور لیمیٹیشنز، پورے اس کو اپنے فوکس میں نہیں لا پاتی۔</w:t>
      </w:r>
    </w:p>
    <w:p>
      <w:r>
        <w:rPr>
          <w:b/>
        </w:rPr>
        <w:t xml:space="preserve">[15:36] </w:t>
      </w:r>
      <w:r>
        <w:t>to hum partial sense mein dekh paate hain. itna bara solar system jis ko hum dekh bhi na paaye</w:t>
      </w:r>
    </w:p>
    <w:p>
      <w:pPr>
        <w:jc w:val="right"/>
      </w:pPr>
      <w:r>
        <w:t>تو ہم پارشل سینس میں دیکھ پاتے ہیں۔ اتنا بڑا سولر سسٹم جس کو ہم دیکھ بھی نہ پائیں</w:t>
      </w:r>
    </w:p>
    <w:p>
      <w:r>
        <w:rPr>
          <w:b/>
        </w:rPr>
        <w:t xml:space="preserve">[15:45] </w:t>
      </w:r>
      <w:r>
        <w:t>, to Khuda ki greatness jo hai, woh mere samne aayi ke kitna zyada bara hai Khuda, kitna zyada great hai Khuda ke itne bare system ko chala raha hai aur is ke andar koi defect nahi,</w:t>
      </w:r>
    </w:p>
    <w:p>
      <w:pPr>
        <w:jc w:val="right"/>
      </w:pPr>
      <w:r>
        <w:t>، تو خدا کی گریٹنس جو ہے، وہ میرے سامنے آئی کہ کتنا زیادہ بڑا ہے خدا، کتنا زیادہ گریٹ ہے خدا کہ اتنے بڑے سسٹم کو چلا رہا ہے اور اس کے اندر کوئی ڈیفیکٹ نہیں،</w:t>
      </w:r>
    </w:p>
    <w:p>
      <w:r>
        <w:rPr>
          <w:b/>
        </w:rPr>
        <w:t xml:space="preserve">[16:02] </w:t>
      </w:r>
      <w:r>
        <w:t>koi serious defect ab tak is mein discover nahi ho saka. minute aur second ke aitbaar se yeh chalte hain yeh sab system.</w:t>
      </w:r>
    </w:p>
    <w:p>
      <w:pPr>
        <w:jc w:val="right"/>
      </w:pPr>
      <w:r>
        <w:t>کوئی سیرائٹس ڈیفیکٹ اب تک اس میں ڈسکور نہیں ہو سکا۔ منٹ اور سیکنڈ کے اعتبار سے یہ چلتے ہیں یہ سب سسٹم۔</w:t>
      </w:r>
    </w:p>
    <w:p>
      <w:r>
        <w:rPr>
          <w:b/>
        </w:rPr>
        <w:t xml:space="preserve">[16:13] </w:t>
      </w:r>
      <w:r>
        <w:t>to main socha ke dekho, saaya jaisi ek mamooli si cheez mein kitni bari baat chupi hui hai. phir kya hua?</w:t>
      </w:r>
    </w:p>
    <w:p>
      <w:pPr>
        <w:jc w:val="right"/>
      </w:pPr>
      <w:r>
        <w:t>تو میں سوچا کہ دیکھو، سایہ جیسی ایک معمولی سی چیز میں کتنی بڑی بات چھپی ہوئی ہے۔ پھر کیا ہوا؟</w:t>
      </w:r>
    </w:p>
    <w:p>
      <w:r>
        <w:rPr>
          <w:b/>
        </w:rPr>
        <w:t xml:space="preserve">[16:24] </w:t>
      </w:r>
      <w:r>
        <w:t>ab mujhe Khuda ke fazal se phir yaani divine revelation aane laga.</w:t>
      </w:r>
    </w:p>
    <w:p>
      <w:pPr>
        <w:jc w:val="right"/>
      </w:pPr>
      <w:r>
        <w:t>اب مجھے خدا کے فضل سے پھر یعنی ڈیوائن ریولیشن آنے لگا۔</w:t>
      </w:r>
    </w:p>
    <w:p>
      <w:r>
        <w:rPr>
          <w:b/>
        </w:rPr>
        <w:t xml:space="preserve">[16:32] </w:t>
      </w:r>
      <w:r>
        <w:t>divine revelation kiya cheez hai? main samajhta hoon ke iska ek aspect yeh hai ke</w:t>
      </w:r>
    </w:p>
    <w:p>
      <w:pPr>
        <w:jc w:val="right"/>
      </w:pPr>
      <w:r>
        <w:t>ڈیوائن ریولیشن کیا چیز ہے؟ میں سمجھتا ہوں کہ اس کا ایک اسپیکٹ یہ ہے کہ</w:t>
      </w:r>
    </w:p>
    <w:p>
      <w:r>
        <w:rPr>
          <w:b/>
        </w:rPr>
        <w:t xml:space="preserve">[16:41] </w:t>
      </w:r>
      <w:r>
        <w:t>maloom cheezon mein unknown ko discover kar lena, unknown mein unknown ko discover kar laina. kyun ke baatein sab log jante hain, maslan shadow sab log jante hain, main bhi janta tha.</w:t>
      </w:r>
    </w:p>
    <w:p>
      <w:pPr>
        <w:jc w:val="right"/>
      </w:pPr>
      <w:r>
        <w:t>معلوم چیزوں میں ان نون کو ڈسکور کر لینا، ان نون میں ان نون کو ڈسکور کر لینا۔ کیونکہ باتیں سب لوگ جانتے ہیں، مثلاً شیڈو سب لوگ جانتے ہیں، میں بھی جانتا تھا۔</w:t>
      </w:r>
    </w:p>
    <w:p>
      <w:r>
        <w:rPr>
          <w:b/>
        </w:rPr>
        <w:t xml:space="preserve">[16:54] </w:t>
      </w:r>
      <w:r>
        <w:t>lekin yeh jo iske andar ek cheez chupi hui thi, woh main ne is din discover kiya.</w:t>
      </w:r>
    </w:p>
    <w:p>
      <w:pPr>
        <w:jc w:val="right"/>
      </w:pPr>
      <w:r>
        <w:t>لیکن یہ جو اس کے اندر ایک چیز چھپی ہوئی تھی، وہ میں نے اس دن ڈسکور کیا۔</w:t>
      </w:r>
    </w:p>
    <w:p>
      <w:r>
        <w:rPr>
          <w:b/>
        </w:rPr>
        <w:t xml:space="preserve">[17:01] </w:t>
      </w:r>
      <w:r>
        <w:t>to Khuda ki tofeeq jab milti hai aap ko, jab Khuda ka inspiration aap ko aata hai, tab aap aisa kar paate hain ke known mein unknown ko discover karein.</w:t>
      </w:r>
    </w:p>
    <w:p>
      <w:pPr>
        <w:jc w:val="right"/>
      </w:pPr>
      <w:r>
        <w:t>تو خدا کی توفیق جب ملتی ہے آپ کو، جب خدا کا انسپریشن آپ کو آتا ہے، تب آپ ایسا کر پاتے ہیں کہ نون میں ان نون کو ڈسکور کریں۔</w:t>
      </w:r>
    </w:p>
    <w:p>
      <w:r>
        <w:rPr>
          <w:b/>
        </w:rPr>
        <w:t xml:space="preserve">[17:12] </w:t>
      </w:r>
      <w:r>
        <w:t>yeh Khuda ki help se hota hai, Khuda ki madad se hota hai.aise hi main wahin baitha hua tha apni balcony par to jo railing hai balcony ki, is railing par ek akeli ek ek cheunti chal rahi thi.</w:t>
      </w:r>
    </w:p>
    <w:p>
      <w:pPr>
        <w:jc w:val="right"/>
      </w:pPr>
      <w:r>
        <w:t>یہ خدا کی ہیلپ سے ہوتا ہے، خدا کی مدد سے ہوتا ہے۔ ایسے ہی میں وہیں بیٹھا ہوا تھا اپنی بالکنی پر تو جو ریلنگ ہے بالکنی کی، اس ریلنگ پر ایک اکیلی ایک ایک چیونٹی چل رہی تھی۔</w:t>
      </w:r>
    </w:p>
    <w:p>
      <w:r>
        <w:rPr>
          <w:b/>
        </w:rPr>
        <w:t xml:space="preserve">[17:29] </w:t>
      </w:r>
      <w:r>
        <w:t>isko main ne dekha,</w:t>
      </w:r>
    </w:p>
    <w:p>
      <w:pPr>
        <w:jc w:val="right"/>
      </w:pPr>
      <w:r>
        <w:t>اس کو میں نے دیکھا،</w:t>
      </w:r>
    </w:p>
    <w:p>
      <w:r>
        <w:rPr>
          <w:b/>
        </w:rPr>
        <w:t xml:space="preserve">[17:31] </w:t>
      </w:r>
      <w:r>
        <w:t>ab main sochne laga ke cheunti jo hai,</w:t>
      </w:r>
    </w:p>
    <w:p>
      <w:pPr>
        <w:jc w:val="right"/>
      </w:pPr>
      <w:r>
        <w:t>اب میں سوچنے لگا کہ چیونٹی جو ہے،</w:t>
      </w:r>
    </w:p>
    <w:p>
      <w:r>
        <w:rPr>
          <w:b/>
        </w:rPr>
        <w:t xml:space="preserve">[17:38] </w:t>
      </w:r>
      <w:r>
        <w:t>iske apne bahar ek bohat bari duniya hai, woh Himalayan mountain, Himalaya pahad.</w:t>
      </w:r>
    </w:p>
    <w:p>
      <w:pPr>
        <w:jc w:val="right"/>
      </w:pPr>
      <w:r>
        <w:t>اس کے اپنے باہر ایک بہت بڑی دنیا ہے، وہ ہمالین ماؤنٹین، ہمالیہ پہاڑ۔</w:t>
      </w:r>
    </w:p>
    <w:p>
      <w:r>
        <w:rPr>
          <w:b/>
        </w:rPr>
        <w:t xml:space="preserve">[17:48] </w:t>
      </w:r>
      <w:r>
        <w:t>to isko kuch bhi khabar nahin.</w:t>
      </w:r>
    </w:p>
    <w:p>
      <w:pPr>
        <w:jc w:val="right"/>
      </w:pPr>
      <w:r>
        <w:t>تو اس کو کچھ بھی خبر نہیں۔</w:t>
      </w:r>
    </w:p>
    <w:p>
      <w:r>
        <w:rPr>
          <w:b/>
        </w:rPr>
        <w:t xml:space="preserve">[17:51] </w:t>
      </w:r>
      <w:r>
        <w:t>cheunti quite unaware hai is baat se ke koi Himalaya pahad bhi yahan exist kar raha hai. woh magar apne us mein chal rahi hai, phir rahi hai, apna dana talash kar rahi hai.</w:t>
      </w:r>
    </w:p>
    <w:p>
      <w:pPr>
        <w:jc w:val="right"/>
      </w:pPr>
      <w:r>
        <w:t>چیونٹی کوائٹ ان اویئر ہے اس بات سے کہ کوئی ہمالیہ پہاڑ بھی یہاں ایگزسٹ کر رہا ہے۔ وہ مگر نے اپنے اس میں چل رہی ہے، پھر رہی ہے، اپنا دانہ تلاش کر رہی ہے۔</w:t>
      </w:r>
    </w:p>
    <w:p>
      <w:r>
        <w:rPr>
          <w:b/>
        </w:rPr>
        <w:t xml:space="preserve">[18:06] </w:t>
      </w:r>
      <w:r>
        <w:t>to main ne socha ke jo ratio hai cheunti mein Himalaya pahad mein, us se bhi zyada bara ratio hai hamare mind mein aur Khuda ke, Khuda ke wajood mein.</w:t>
      </w:r>
    </w:p>
    <w:p>
      <w:pPr>
        <w:jc w:val="right"/>
      </w:pPr>
      <w:r>
        <w:t>تو میں نے سوچا کہ جو ریشو ہے چیونٹی میں ہمالیہ پہاڑ میں، اس سے بھی زیادہ بڑا ریشو ہے ہمارے مائنڈ میں اور خدا کے، خدا کے وجود میں۔</w:t>
      </w:r>
    </w:p>
    <w:p>
      <w:r>
        <w:rPr>
          <w:b/>
        </w:rPr>
        <w:t xml:space="preserve">[18:23] </w:t>
      </w:r>
      <w:r>
        <w:t>to jis tarah se cheunti Himalaya pahad ko discover nahin kar sakti, is tarah insan bhi discover nahin kar sakta Khuda ko, sirf partial partial sense mein jaan sakta hai.</w:t>
      </w:r>
    </w:p>
    <w:p>
      <w:pPr>
        <w:jc w:val="right"/>
      </w:pPr>
      <w:r>
        <w:t>تو جس طرح سے چیونٹی ہمالیہ پہاڑ کو ڈسکور نہیں کر سکتی، اس طرح انسان بھی ڈسکور نہیں کر سکتا خدا کو، صرف پارشل پارشل سینس میں جان سکتا ہے۔</w:t>
      </w:r>
    </w:p>
    <w:p>
      <w:r>
        <w:rPr>
          <w:b/>
        </w:rPr>
        <w:t xml:space="preserve">[18:40] </w:t>
      </w:r>
      <w:r>
        <w:t>to ek cheunti yeh ek message de rahi hai ke jis tarah se cheunti jo hai, ek pahad se unaware hoti hai, tum bhi Khuda se unaware ho.</w:t>
      </w:r>
    </w:p>
    <w:p>
      <w:pPr>
        <w:jc w:val="right"/>
      </w:pPr>
      <w:r>
        <w:t>تو ایک چیونٹی یہ ایک میسج دے رہی ہے کہ جس طرح سے چیونٹی جو ہے، ایک پہاڑ سے ان اویئر ہوتی ہے، تم بھی خدا سے ان اویئر ہو۔</w:t>
      </w:r>
    </w:p>
    <w:p>
      <w:r>
        <w:rPr>
          <w:b/>
        </w:rPr>
        <w:t xml:space="preserve">[18:51] </w:t>
      </w:r>
      <w:r>
        <w:t>kyunki Khuda to jis ne pahadon ko banaya, jis ne samundaron ko banaya, jis ne galaxies ko banaya, zahir hai ke us se bohat hi bara hoga, bohat hi bara hoga, bohat hi bara hoga.</w:t>
      </w:r>
    </w:p>
    <w:p>
      <w:pPr>
        <w:jc w:val="right"/>
      </w:pPr>
      <w:r>
        <w:t>کیونکہ خدا تو جس نے پہاڑوں کو بنایا، جس نے سمندروں کو بنایا، جس نے گلیکسیز کو بنایا، ظاہر ہے کہ اس سے بہت ہی بڑا ہوگا، بہت ہی بڑا ہوگا، بہت ہی بڑا ہوگا۔</w:t>
      </w:r>
    </w:p>
    <w:p>
      <w:r>
        <w:rPr>
          <w:b/>
        </w:rPr>
        <w:t xml:space="preserve">[19:02] </w:t>
      </w:r>
      <w:r>
        <w:t>tumhara mind kaise ho? tumhare mind mein kaise woh sama sakta hai?</w:t>
      </w:r>
    </w:p>
    <w:p>
      <w:pPr>
        <w:jc w:val="right"/>
      </w:pPr>
      <w:r>
        <w:t>تمہارا مائنڈ کیسے ہو؟ تمہارے مائنڈ میں کیسے وہ سما سکتا ہے؟</w:t>
      </w:r>
    </w:p>
    <w:p>
      <w:r>
        <w:rPr>
          <w:b/>
        </w:rPr>
        <w:t xml:space="preserve">[19:09] </w:t>
      </w:r>
      <w:r>
        <w:t>aap jante hain ke Sufis ke haan yeh concept hai ke woh Khuda ko sab dekhte hain. muraqba jo karte hain, woh Khuda ko dekhne ke liye.</w:t>
      </w:r>
    </w:p>
    <w:p>
      <w:pPr>
        <w:jc w:val="right"/>
      </w:pPr>
      <w:r>
        <w:t>آپ جانتے ہیں کہ صوفیاء کے ہاں یہ کانسیپٹ ہے کہ وہ خدا کو سب دیکھتے ہیں۔ مراقبہ جو کرتے ہیں، وہ خدا کو دیکھنے کے لیے۔</w:t>
      </w:r>
    </w:p>
    <w:p>
      <w:r>
        <w:rPr>
          <w:b/>
        </w:rPr>
        <w:t xml:space="preserve">[19:23] </w:t>
      </w:r>
      <w:r>
        <w:t>mujhe bilkul yeh ridiculous baat maloom hoti hai ke dil mein jhaank kar ke Khuda ko dekhna, yani sach much hi Khuda ko dekhna.</w:t>
      </w:r>
    </w:p>
    <w:p>
      <w:pPr>
        <w:jc w:val="right"/>
      </w:pPr>
      <w:r>
        <w:t>مجھے بالکل یہ بریٹیکولس بات معلوم ہوتی ہے کہ دل میں جھانک کر کے خدا کو دیکھنا، یعنی سچ مچ ہی خدا کو دیکھنا۔</w:t>
      </w:r>
    </w:p>
    <w:p>
      <w:r>
        <w:rPr>
          <w:b/>
        </w:rPr>
        <w:t xml:space="preserve">[19:33] </w:t>
      </w:r>
      <w:r>
        <w:t>ek to hai ke Khuda ko, yani Khuda ke baray mein sochna, soch ke level par Khuda ke greatness ko discover karna.</w:t>
      </w:r>
    </w:p>
    <w:p>
      <w:pPr>
        <w:jc w:val="right"/>
      </w:pPr>
      <w:r>
        <w:t>ایک تو ہے کہ خدا کو، یعنی خدا کے بارے میں سوچنا، سوچ کے لیول پر خدا کے کی گریٹنس کو ڈسکور کرنا۔</w:t>
      </w:r>
    </w:p>
    <w:p>
      <w:r>
        <w:rPr>
          <w:b/>
        </w:rPr>
        <w:t xml:space="preserve">[19:46] </w:t>
      </w:r>
      <w:r>
        <w:t>to yeh Sufis ke haan nahin hai. inka jo concept hai, woh yeh nahin hai.</w:t>
      </w:r>
    </w:p>
    <w:p>
      <w:pPr>
        <w:jc w:val="right"/>
      </w:pPr>
      <w:r>
        <w:t>تو یہ صوفیاء کے ہاں نہیں ہے۔ ان کا جو کانسیپٹ ہے، وہ یہ نہیں ہے۔</w:t>
      </w:r>
    </w:p>
    <w:p>
      <w:r>
        <w:rPr>
          <w:b/>
        </w:rPr>
        <w:t xml:space="preserve">[19:53] </w:t>
      </w:r>
      <w:r>
        <w:t>to yeh log kahan se nikalte hain? yeh nikalte hain yahan se ke Rasool Allah ne Khuda ko dekha tha, to hum bhi dekh sakte hain.</w:t>
      </w:r>
    </w:p>
    <w:p>
      <w:pPr>
        <w:jc w:val="right"/>
      </w:pPr>
      <w:r>
        <w:t>تو یہ لوگ کہاں سے نکالتے ہیں؟ یہ نکالتے ہیں یہاں سے کہ رسول اللہ نے خدا کو دیکھا تھا، تو ہم بھی دیکھ سکتے ہیں۔</w:t>
      </w:r>
    </w:p>
    <w:p>
      <w:r>
        <w:rPr>
          <w:b/>
        </w:rPr>
        <w:t xml:space="preserve">[20:02] </w:t>
      </w:r>
      <w:r>
        <w:t>halanke sab se zyada jo Afqah al-Sahaba kahi jati hain, Hazrat Aisha, yani tamam Sahaba mein sab se zyada, yani yani sab se zyada,</w:t>
      </w:r>
    </w:p>
    <w:p>
      <w:pPr>
        <w:jc w:val="right"/>
      </w:pPr>
      <w:r>
        <w:t>حالانکہ سب سے زیادہ جو افقہ الصحابہ کہی جاتی ہیں، حضرت عائشہ، یعنی تمام صحابہ میں سب سے زیادہ، یعنی یعنی سب سے زیادہ،</w:t>
      </w:r>
    </w:p>
    <w:p>
      <w:r>
        <w:rPr>
          <w:b/>
        </w:rPr>
        <w:t xml:space="preserve">[20:16] </w:t>
      </w:r>
      <w:r>
        <w:t>yani wisdom wali, sab se zyada wisdom wali jo hain, woh hain Hazrat Aisha. jo hain to</w:t>
      </w:r>
    </w:p>
    <w:p>
      <w:pPr>
        <w:jc w:val="right"/>
      </w:pPr>
      <w:r>
        <w:t>یعنی وزڈم والی، سب سے زیادہ وزڈم والی جو ہیں، وہ ہیں حضرت عائشہ۔ جو ہیں تو</w:t>
      </w:r>
    </w:p>
    <w:p>
      <w:r>
        <w:rPr>
          <w:b/>
        </w:rPr>
        <w:t xml:space="preserve">[20:25] </w:t>
      </w:r>
      <w:r>
        <w:t>unhon ne kaha ke jo ek kehta hai ke Rasool Allah ne Khuda ko dekha tha, to woh jhoot bolta hai, faqat kadhib.</w:t>
      </w:r>
    </w:p>
    <w:p>
      <w:pPr>
        <w:jc w:val="right"/>
      </w:pPr>
      <w:r>
        <w:t>انہوں نے کہا کہ جو ایک کہتا ہے کہ رسول اللہ نے خدا کو دیکھا تھا، تو وہ جھوٹ بولتا ہے، فقط کذب۔</w:t>
      </w:r>
    </w:p>
    <w:p>
      <w:r>
        <w:rPr>
          <w:b/>
        </w:rPr>
        <w:t xml:space="preserve">[20:36] </w:t>
      </w:r>
      <w:r>
        <w:t>noor in era, woh to noor hai, woh kaun dekh sakta hai Khuda ko? to jahan jis cheez pe base kar ke unhon ne yeh nazariya nikala hai ke Khuda ko hum muraqbe mein kar ke dekh lenge, to wahan wohi, yeh isko kehte hain Arabic mein "bunyad e fasid al-fasid".</w:t>
      </w:r>
    </w:p>
    <w:p>
      <w:pPr>
        <w:jc w:val="right"/>
      </w:pPr>
      <w:r>
        <w:t>نور ان ایرا، وہ تو نور ہے، وہ کون دیکھ سکتا ہے خدا کو؟ تو جہاں جس چیز پہ بیس کر کے انہوں نے یہ نظریہ نکالا ہے کہ خدا کو ہم مراقبے میں کر کے دیکھ لیں گے، تو وہاں وہ وہی، یہ اس کو کہتے ہیں عربی میں "بنائے فاسد الفاسد"۔</w:t>
      </w:r>
    </w:p>
    <w:p>
      <w:r>
        <w:rPr>
          <w:b/>
        </w:rPr>
        <w:t xml:space="preserve">[20:55] </w:t>
      </w:r>
      <w:r>
        <w:t>Arabic mein bhi kehte hain isko "bunyad e fasid al-fasid", yani ek aisi cheez jo khud bhi iska koi existence nahin hai, us se aap ek aur cheez ko nikal rahe hain.</w:t>
      </w:r>
    </w:p>
    <w:p>
      <w:pPr>
        <w:jc w:val="right"/>
      </w:pPr>
      <w:r>
        <w:t>عربی میں بھی کہتے ہیں اس کو "بنائے فاسد الفاسد"، یعنی ایک ایسی چیز جو خود بھی اس کا کوئی ایگزسٹنس نہیں ہے، اس سے آپ ایک اور چیز کو نکال رہے ہیں۔</w:t>
      </w:r>
    </w:p>
    <w:p>
      <w:r>
        <w:rPr>
          <w:b/>
        </w:rPr>
        <w:t xml:space="preserve">[21:07] </w:t>
      </w:r>
      <w:r>
        <w:t>rasool Allah ne dekha nahi, ab aap is ko, yaani ghalat tor par yeh suppose karte hain ke aap ne dekha tha, ab is pe kehte hain ke hum bhi dekh sakte hain.</w:t>
      </w:r>
    </w:p>
    <w:p>
      <w:pPr>
        <w:jc w:val="right"/>
      </w:pPr>
      <w:r>
        <w:t>رسول اللہ نے دیکھا نہیں، اب آپ اس کو، یعنی غلط طور پر یہ سپوز کرتے ہیں کہ آپ نے دیکھا تھا، اب اس پہ کہتے ہیں کہ ہم بھی دیکھ سکتے ہیں۔</w:t>
      </w:r>
    </w:p>
    <w:p>
      <w:r>
        <w:rPr>
          <w:b/>
        </w:rPr>
        <w:t xml:space="preserve">[21:17] </w:t>
      </w:r>
      <w:r>
        <w:t>yeh hai "banaye fasid al-fasid" . to bilkul yeh deticulus baat hai ke insaan Khuda ko dekh sakta hai, hum sirf conceive kar sakte hain, hum sirf realize, realize kar sakte hain, hum sirf discover kar sakte hain.</w:t>
      </w:r>
    </w:p>
    <w:p>
      <w:pPr>
        <w:jc w:val="right"/>
      </w:pPr>
      <w:r>
        <w:t>یہ ہے "بنائے فاسد الفاسد"۔ تو بالکل یہ ڈیٹیکولس بات ہے کہ انسان خدا کو دیکھ سکتا ہے، ہم صرف کنسیو کر سکتے ہیں، ہم صرف ریلائز، ریلائز کر سکتے ہیں، ہم صرف ڈسکور کر سکتے ہیں۔</w:t>
      </w:r>
    </w:p>
    <w:p>
      <w:r>
        <w:rPr>
          <w:b/>
        </w:rPr>
        <w:t xml:space="preserve">[21:36] </w:t>
      </w:r>
      <w:r>
        <w:t>yahan par mujhe aik bohat hi bari, yaani cheez mere mein ne jani, jo is se pehle mein ne jani nahi thi, yaani is se pehle, yaani parson se pehle tak mujhe aik bhram hota tha.</w:t>
      </w:r>
    </w:p>
    <w:p>
      <w:pPr>
        <w:jc w:val="right"/>
      </w:pPr>
      <w:r>
        <w:t>یہاں پر مجھے ایک بہت ہی بڑی، یعنی چیز میرے میں نے جانی، جو اس سے پہلے میں نے جانی نہیں تھی، یعنی اس سے پہلے، یعنی پرسوں سے پہلے تک مجھے ایک بھرم ہوتا تھا۔</w:t>
      </w:r>
    </w:p>
    <w:p>
      <w:r>
        <w:rPr>
          <w:b/>
        </w:rPr>
        <w:t xml:space="preserve">[21:55] </w:t>
      </w:r>
      <w:r>
        <w:t>parson se pehle tak mujhe aik bhram hota tha,</w:t>
      </w:r>
    </w:p>
    <w:p>
      <w:pPr>
        <w:jc w:val="right"/>
      </w:pPr>
      <w:r>
        <w:t>پرسوں سے پہلے تک مجھے ایک بھرم ہوتا تھا،</w:t>
      </w:r>
    </w:p>
    <w:p>
      <w:r>
        <w:rPr>
          <w:b/>
        </w:rPr>
        <w:t xml:space="preserve">[21:57] </w:t>
      </w:r>
      <w:r>
        <w:t>mein sochta tha ke insaan Khuda ko amal nahi pesh kar sakta, amal ki jo bhi quantity hogi, woh kam hogi Khuda ke muqable mein.</w:t>
      </w:r>
    </w:p>
    <w:p>
      <w:pPr>
        <w:jc w:val="right"/>
      </w:pPr>
      <w:r>
        <w:t>میں سوچتا تھا کہ انسان خدا کو عمل نہیں پیش کر سکتا، عمل کی جو بھی کوانٹٹی ہوگی، وہ کم ہوگی خدا کے مقابلے میں۔</w:t>
      </w:r>
    </w:p>
    <w:p>
      <w:r>
        <w:rPr>
          <w:b/>
        </w:rPr>
        <w:t xml:space="preserve">[22:12] </w:t>
      </w:r>
      <w:r>
        <w:t>hadees mein aata hai ke rasool Allah ne farmaya apne namaz ke baad jo aap kalmaat aap ki zuban se nikalte the, usay aap ne farmaya ke "ma abdna haq ibadatik" .</w:t>
      </w:r>
    </w:p>
    <w:p>
      <w:pPr>
        <w:jc w:val="right"/>
      </w:pPr>
      <w:r>
        <w:t>حدیث میں آتا ہے کہ رسول اللہ نے فرمایا اپنے نماز کے بعد جو آپ کلمات آپ کی زبان سے نکلتے تھے، اسے آپ نے فرمایا کہ "ما عبدنا حق عبادتک"۔</w:t>
      </w:r>
    </w:p>
    <w:p>
      <w:r>
        <w:rPr>
          <w:b/>
        </w:rPr>
        <w:t xml:space="preserve">[22:26] </w:t>
      </w:r>
      <w:r>
        <w:t>ae Khuda, hum ne jo tera haq hai ibadat karne ka, waise ibadat hum nahi kar sake.</w:t>
      </w:r>
    </w:p>
    <w:p>
      <w:pPr>
        <w:jc w:val="right"/>
      </w:pPr>
      <w:r>
        <w:t>اے خدا، ہم نے جو تیرا حق ہے عبادت کرنے کا، ویسے عبادت ہم نہیں کر سکے۔</w:t>
      </w:r>
    </w:p>
    <w:p>
      <w:r>
        <w:rPr>
          <w:b/>
        </w:rPr>
        <w:t xml:space="preserve">[22:33] </w:t>
      </w:r>
      <w:r>
        <w:t>"ma abdna haq ibadatik" jo dar jo haq hai teri ibadat karne ka, woh ibadat hum nahi kar sake.</w:t>
      </w:r>
    </w:p>
    <w:p>
      <w:pPr>
        <w:jc w:val="right"/>
      </w:pPr>
      <w:r>
        <w:t>"ما عبدنا حق عبادتک" جو در جو حق ہے تیری عبادت کرنے کا، وہ عبادت ہم نہیں کر سکے۔</w:t>
      </w:r>
    </w:p>
    <w:p>
      <w:r>
        <w:rPr>
          <w:b/>
        </w:rPr>
        <w:t xml:space="preserve">[22:45] </w:t>
      </w:r>
      <w:r>
        <w:t>to mein yeh manta tha ke amal ki satah par aadmi hamesha jo cheez pesh karega, woh kam hogi, woh perfect nahi hogi, woh ideal nahi hogi,</w:t>
      </w:r>
    </w:p>
    <w:p>
      <w:pPr>
        <w:jc w:val="right"/>
      </w:pPr>
      <w:r>
        <w:t>تو میں یہ مانتا تھا کہ عمل کی سطح پر آدمی ہمیشہ جو چیز پیش کرے گا، وہ کم ہوگی، وہ پرفیکٹ نہیں ہوگی، وہ آئیڈیل نہیں ہوگی،</w:t>
      </w:r>
    </w:p>
    <w:p>
      <w:r>
        <w:rPr>
          <w:b/>
        </w:rPr>
        <w:t xml:space="preserve">[22:59] </w:t>
      </w:r>
      <w:r>
        <w:t>to woh kam ho</w:t>
      </w:r>
    </w:p>
    <w:p>
      <w:pPr>
        <w:jc w:val="right"/>
      </w:pPr>
      <w:r>
        <w:t>تو وہ کم ہو</w:t>
      </w:r>
    </w:p>
    <w:p>
      <w:r>
        <w:rPr>
          <w:b/>
        </w:rPr>
        <w:t xml:space="preserve">[23:00] </w:t>
      </w:r>
      <w:r>
        <w:t>gi . to amal aadmi nahi pesh kar sakta, koi bara amal . lekin mujhe aik bhram tha ke marifat pesh kar sakta hai insaan, yaani marifat ki satah par Khuda,</w:t>
      </w:r>
    </w:p>
    <w:p>
      <w:pPr>
        <w:jc w:val="right"/>
      </w:pPr>
      <w:r>
        <w:t>گی۔ تو عمل آدمی نہیں پیش کر سکتا، کوئی بڑا عمل۔ لیکن مجھے ایک بھرم تھا کہ معرفت پیش کر سکتا ہے انسان، یعنی معرفت کی سطح پر خدا،</w:t>
      </w:r>
    </w:p>
    <w:p>
      <w:r>
        <w:rPr>
          <w:b/>
        </w:rPr>
        <w:t xml:space="preserve">[23:13] </w:t>
      </w:r>
      <w:r>
        <w:t>yaani insaan Khuda ko realize kar sakta hai . yaani insaan, aaj mein samajhta tha ke insaan jo hai, perfect amal to nahi kar sakta, us ka har amal kam rahe ga.</w:t>
      </w:r>
    </w:p>
    <w:p>
      <w:pPr>
        <w:jc w:val="right"/>
      </w:pPr>
      <w:r>
        <w:t>یعنی انسان خدا کو ریلائز کر سکتا ہے۔ یعنی انسان، آج میں سمجھتا تھا کہ انسان جو ہے، پرفیکٹ عمل تو نہیں کر سکتا، اس کا ہر عمل کم رہے گا۔</w:t>
      </w:r>
    </w:p>
    <w:p>
      <w:r>
        <w:rPr>
          <w:b/>
        </w:rPr>
        <w:t xml:space="preserve">[23:25] </w:t>
      </w:r>
      <w:r>
        <w:t>lekin marifat mein, mein samajhta tha ke marifat jo hai, woh aala darjay ki insaan ko hasil ho sakti hai.</w:t>
      </w:r>
    </w:p>
    <w:p>
      <w:pPr>
        <w:jc w:val="right"/>
      </w:pPr>
      <w:r>
        <w:t>لیکن معرفت میں، میں سمجھتا تھا کہ معرفت جو ہے، وہ اعلیٰ درجے کی انسان کو حاصل ہو سکتی ہے۔</w:t>
      </w:r>
    </w:p>
    <w:p>
      <w:r>
        <w:rPr>
          <w:b/>
        </w:rPr>
        <w:t xml:space="preserve">[23:31] </w:t>
      </w:r>
      <w:r>
        <w:t>yeh mera bhram tha, lekin yeh bhram toot gaya in tajribat ke baad, yeh jo experience mujhe hua . ab mera manna yeh hai ke rasool Allah ke is mein is ka toseef mafhoom yeh hai shamil is mein ke "ma arfnaka haq marifatk" ,</w:t>
      </w:r>
    </w:p>
    <w:p>
      <w:pPr>
        <w:jc w:val="right"/>
      </w:pPr>
      <w:r>
        <w:t>یہ میرا بھرم تھا، لیکن یہ بھرم ٹوٹ گیا ان تجربات کے بعد، یہ جو ایکسپیرینس مجھے ہوا۔ اب میرا ماننا یہ ہے کہ رسول اللہ کے اس میں اس کا توصیف مفہوم یہ ہے شامل اس میں کہ "ما عرفنا کا حق معرفتک"،</w:t>
      </w:r>
    </w:p>
    <w:p>
      <w:r>
        <w:rPr>
          <w:b/>
        </w:rPr>
        <w:t xml:space="preserve">[23:56] </w:t>
      </w:r>
      <w:r>
        <w:t>yaani hum teri ibadat nahi kar sake jaisa ke, jaisa ke haq tha teri ibadat karne ka.</w:t>
      </w:r>
    </w:p>
    <w:p>
      <w:pPr>
        <w:jc w:val="right"/>
      </w:pPr>
      <w:r>
        <w:t>یعنی ہم تیری عبادت نہیں کر سکے جیسا کہ، جیسا کہ حق تھا تیری عبادت کرنے کا۔</w:t>
      </w:r>
    </w:p>
    <w:p>
      <w:r>
        <w:rPr>
          <w:b/>
        </w:rPr>
        <w:t xml:space="preserve">[24:01] </w:t>
      </w:r>
      <w:r>
        <w:t>is mein extended tor par, extended sense is ka yeh bhi shamil hai is mein ke hum tujh ko realize nahi kar sake jaisa ke tujh ko realize karna tha.</w:t>
      </w:r>
    </w:p>
    <w:p>
      <w:pPr>
        <w:jc w:val="right"/>
      </w:pPr>
      <w:r>
        <w:t>اس میں ایکسٹینڈڈ طور پر، ایکسٹینڈڈ سینس اس کا یہ بھی شامل ہے اس میں کہ ہم تجھ کو ریلائز نہیں کر سکے جیسا کہ تجھ کو ریلائز کرنا تھا۔</w:t>
      </w:r>
    </w:p>
    <w:p>
      <w:r>
        <w:rPr>
          <w:b/>
        </w:rPr>
        <w:t xml:space="preserve">[24:12] </w:t>
      </w:r>
      <w:r>
        <w:t>tujh ko jitna hum mein marifat matloob thi, woh marifat hum hasil nahi kar sake . is mein yeh shamil hai, is mein toseefi tor par, yaani is ke extended sense mein.</w:t>
      </w:r>
    </w:p>
    <w:p>
      <w:pPr>
        <w:jc w:val="right"/>
      </w:pPr>
      <w:r>
        <w:t>تجھ کو جتنا ہم میں معرفت مطلوب تھی، وہ معرفت ہم حاصل نہیں کر سکے۔ اس میں یہ شامل ہے، اس میں توصیحی طور پر، یعنی اس کے ایکسٹینڈڈ سینس میں۔</w:t>
      </w:r>
    </w:p>
    <w:p>
      <w:r>
        <w:rPr>
          <w:b/>
        </w:rPr>
        <w:t xml:space="preserve">[24:28] </w:t>
      </w:r>
      <w:r>
        <w:t>to</w:t>
      </w:r>
    </w:p>
    <w:p>
      <w:pPr>
        <w:jc w:val="right"/>
      </w:pPr>
      <w:r>
        <w:t>تو</w:t>
      </w:r>
    </w:p>
    <w:p>
      <w:r>
        <w:rPr>
          <w:b/>
        </w:rPr>
        <w:t xml:space="preserve">[24:29] </w:t>
      </w:r>
      <w:r>
        <w:t>yeh jo</w:t>
      </w:r>
    </w:p>
    <w:p>
      <w:pPr>
        <w:jc w:val="right"/>
      </w:pPr>
      <w:r>
        <w:t>یہ جو</w:t>
      </w:r>
    </w:p>
    <w:p>
      <w:r>
        <w:rPr>
          <w:b/>
        </w:rPr>
        <w:t xml:space="preserve">[24:32] </w:t>
      </w:r>
      <w:r>
        <w:t>mera andar yeh hota tha aik bhram ke marifat ke darjay mein insaan aik aala satah par puhanch sakta hai . pehle mein manta tha ke amal ke aitbar se aadmi aala satah par nahi puhanch sakta, har alam mein amal mein kuch kami rahe gi, kuch na kuch.</w:t>
      </w:r>
    </w:p>
    <w:p>
      <w:pPr>
        <w:jc w:val="right"/>
      </w:pPr>
      <w:r>
        <w:t>میرا اندر یہ ہوتا تھا ایک بھرم کہ معرفت کے درجے میں انسان ایک اعلیٰ سطح پر پہنچ سکتا ہے۔ پہلے میں مانتا تھا کہ عمل کے اعتبار سے آدمی اعلیٰ سطح پر نہیں پہنچ سکتا، ہر عالم میں عمل میں کچھ کمی رہے گی، کچھ نہ کچھ۔</w:t>
      </w:r>
    </w:p>
    <w:p>
      <w:r>
        <w:rPr>
          <w:b/>
        </w:rPr>
        <w:t xml:space="preserve">[24:51] </w:t>
      </w:r>
      <w:r>
        <w:t>lekin marifat ke aitbar se insaan aala marifat ke darjay tak puhanch sakta hai.</w:t>
      </w:r>
    </w:p>
    <w:p>
      <w:pPr>
        <w:jc w:val="right"/>
      </w:pPr>
      <w:r>
        <w:t>لیکن معرفت کے اعتبار سے انسان اعلیٰ معرفت کے درجے تک پہنچ سکتا ہے۔</w:t>
      </w:r>
    </w:p>
    <w:p>
      <w:r>
        <w:rPr>
          <w:b/>
        </w:rPr>
        <w:t xml:space="preserve">[24:59] </w:t>
      </w:r>
      <w:r>
        <w:t>lekin ab mein ne yeh cheez discover ki ke marifat ke aitbar se bhi aap aala darjay par nahi puhanch sakte.</w:t>
      </w:r>
    </w:p>
    <w:p>
      <w:pPr>
        <w:jc w:val="right"/>
      </w:pPr>
      <w:r>
        <w:t>لیکن اب میں نے یہ چیز ڈسکور کی کہ معرفت کے اعتبار سے بھی آپ اعلیٰ درجے پر نہیں پہنچ سکتے۔</w:t>
      </w:r>
    </w:p>
    <w:p>
      <w:r>
        <w:rPr>
          <w:b/>
        </w:rPr>
        <w:t xml:space="preserve">[25:11] </w:t>
      </w:r>
      <w:r>
        <w:t>yeh aik aik aik bhram hai . yeh</w:t>
      </w:r>
    </w:p>
    <w:p>
      <w:pPr>
        <w:jc w:val="right"/>
      </w:pPr>
      <w:r>
        <w:t>یہ ایک ایک ایک بھرم ہے۔ یہ</w:t>
      </w:r>
    </w:p>
    <w:p>
      <w:r>
        <w:rPr>
          <w:b/>
        </w:rPr>
        <w:t xml:space="preserve">[25:15] </w:t>
      </w:r>
      <w:r>
        <w:t>deen, in in in yeh jo experience mujhe hue chand din ke andar, is se mein ne samjha ke sirf aik hi cheez insaan ke liye achievable hai, aik ke sath koi doosri cheez nahi.</w:t>
      </w:r>
    </w:p>
    <w:p>
      <w:pPr>
        <w:jc w:val="right"/>
      </w:pPr>
      <w:r>
        <w:t>دیکھیں، ان ان ان یہ جو ایکسپیرینس مجھے ہوئے چند دن کے اندر، اس سے میں نے سمجھا کہ صرف ایک ہی چیز انسان کے لیے اچیویبل ہے، ایک کے ساتھ کوئی دوسری چیز نہیں۔</w:t>
      </w:r>
    </w:p>
    <w:p>
      <w:r>
        <w:rPr>
          <w:b/>
        </w:rPr>
        <w:t xml:space="preserve">[25:30] </w:t>
      </w:r>
      <w:r>
        <w:t>woh hai jis ko Arabic mein kehte hain "ajz" , English mein kahenge "helplessness" ,</w:t>
      </w:r>
    </w:p>
    <w:p>
      <w:pPr>
        <w:jc w:val="right"/>
      </w:pPr>
      <w:r>
        <w:t>وہ ہے جس کو عربک میں کہتے ہیں "عجز"، انگلش میں کہیں گے "ہیلپ لیسنس"،</w:t>
      </w:r>
    </w:p>
    <w:p>
      <w:r>
        <w:rPr>
          <w:b/>
        </w:rPr>
        <w:t xml:space="preserve">[25:40] </w:t>
      </w:r>
      <w:r>
        <w:t>yani apni helplessness ko hum jaan lein, apne ajz ko hum jaan lein.</w:t>
      </w:r>
    </w:p>
    <w:p>
      <w:pPr>
        <w:jc w:val="right"/>
      </w:pPr>
      <w:r>
        <w:t>یعنی اپنی ہیلپ لیسنس کو ہم جان لیں، اپنے عجز کو ہم جان لیں۔</w:t>
      </w:r>
    </w:p>
    <w:p>
      <w:r>
        <w:rPr>
          <w:b/>
        </w:rPr>
        <w:t xml:space="preserve">[25:47] </w:t>
      </w:r>
      <w:r>
        <w:t>bas yahi yahi hai, ab yeh cheez hamare liye qabil-e-idraak, qabil-e-idraak hai. Yeh woh cheez hai jis ko hum sahi maano mein realize kar sakte hain,</w:t>
      </w:r>
    </w:p>
    <w:p>
      <w:pPr>
        <w:jc w:val="right"/>
      </w:pPr>
      <w:r>
        <w:t>بس یہی یہی ہے، اب یہ چیز ہمارے لیے قابل ادراک، قابل ادراک ہے۔ یہ وہ چیز ہے جس کو ہم صحیح معنوں میں ریلائز کر سکتے ہیں،</w:t>
      </w:r>
    </w:p>
    <w:p>
      <w:r>
        <w:rPr>
          <w:b/>
        </w:rPr>
        <w:t xml:space="preserve">[26:02] </w:t>
      </w:r>
      <w:r>
        <w:t>apne ajz ka idraak, apni helplessness ka idraak.</w:t>
      </w:r>
    </w:p>
    <w:p>
      <w:pPr>
        <w:jc w:val="right"/>
      </w:pPr>
      <w:r>
        <w:t>اپنے عجز کا ادراک، اپنی ہیلپ لیسنس کا ادراک۔</w:t>
      </w:r>
    </w:p>
    <w:p>
      <w:r>
        <w:rPr>
          <w:b/>
        </w:rPr>
        <w:t xml:space="preserve">[26:07] </w:t>
      </w:r>
      <w:r>
        <w:t>to main samajhta hoon ke kaamil ajz, yani poora ka poora total sense mein helplessness, agar aadmi jaan le apne bare mein to wahi sab se bari cheez hai jo us ne is duniya mein jani.</w:t>
      </w:r>
    </w:p>
    <w:p>
      <w:pPr>
        <w:jc w:val="right"/>
      </w:pPr>
      <w:r>
        <w:t>تو میں سمجھتا ہوں کہ کامل عجز، یعنی پورا کا پورا ٹوٹل سینس میں ہیلپ لیسنس، اگر آدمی جان لے اپنے بارے میں تو وہی سب سے بڑی چیز ہے جو اس نے اس دنیا میں جانی۔</w:t>
      </w:r>
    </w:p>
    <w:p>
      <w:r>
        <w:rPr>
          <w:b/>
        </w:rPr>
        <w:t xml:space="preserve">[26:29] </w:t>
      </w:r>
      <w:r>
        <w:t>complete helplessness,</w:t>
      </w:r>
    </w:p>
    <w:p>
      <w:pPr>
        <w:jc w:val="right"/>
      </w:pPr>
      <w:r>
        <w:t>کمپلیٹ ہیلپ لیسنس،</w:t>
      </w:r>
    </w:p>
    <w:p>
      <w:r>
        <w:rPr>
          <w:b/>
        </w:rPr>
        <w:t xml:space="preserve">[26:35] </w:t>
      </w:r>
      <w:r>
        <w:t>complete helplessness.</w:t>
      </w:r>
    </w:p>
    <w:p>
      <w:pPr>
        <w:jc w:val="right"/>
      </w:pPr>
      <w:r>
        <w:t>کمپلیٹ ہیلپ لیسنس۔</w:t>
      </w:r>
    </w:p>
    <w:p>
      <w:r>
        <w:rPr>
          <w:b/>
        </w:rPr>
        <w:t xml:space="preserve">[26:39] </w:t>
      </w:r>
      <w:r>
        <w:t>abhi main kal parson ek ek ek item tha, ek news item tha akhbar mein, shayad parson ek top ki actress,</w:t>
      </w:r>
    </w:p>
    <w:p>
      <w:pPr>
        <w:jc w:val="right"/>
      </w:pPr>
      <w:r>
        <w:t>ابھی میں کل پرسوں ایک ایک ایک آئٹم تھا، ایک نیوز آئٹم تھا اخبار میں، شاید پرسوں ایک ٹاپ کی ایکٹرس،</w:t>
      </w:r>
    </w:p>
    <w:p>
      <w:r>
        <w:rPr>
          <w:b/>
        </w:rPr>
        <w:t xml:space="preserve">[26:53] </w:t>
      </w:r>
      <w:r>
        <w:t>british actress, is ka ek apne peak par pahunch chuki thi, apni umar ke lehaz se, apne profession ke lehaz se.</w:t>
      </w:r>
    </w:p>
    <w:p>
      <w:pPr>
        <w:jc w:val="right"/>
      </w:pPr>
      <w:r>
        <w:t>برٹش ایکٹرس، اس کا ایک اپنے پیک پر پہنچ چکی تھی، اپنی عمر کے لحاظ سے، اپنے پروفیشن کے لحاظ سے۔</w:t>
      </w:r>
    </w:p>
    <w:p>
      <w:r>
        <w:rPr>
          <w:b/>
        </w:rPr>
        <w:t xml:space="preserve">[27:07] </w:t>
      </w:r>
      <w:r>
        <w:t>suddenly kya discover hua? Doctor ne bataya ke tum ko cancer ho chuka hai,</w:t>
      </w:r>
    </w:p>
    <w:p>
      <w:pPr>
        <w:jc w:val="right"/>
      </w:pPr>
      <w:r>
        <w:t>سڈنلی کیا ڈسکور ہوا؟ ڈاکٹر نے بتایا کہ تم کو کینسر ہو چکا ہے،</w:t>
      </w:r>
    </w:p>
    <w:p>
      <w:r>
        <w:rPr>
          <w:b/>
        </w:rPr>
        <w:t xml:space="preserve">[27:16] </w:t>
      </w:r>
      <w:r>
        <w:t>cancer ho chuka hai. Aap jante hain, cancer ka koi cure nahi hai.</w:t>
      </w:r>
    </w:p>
    <w:p>
      <w:pPr>
        <w:jc w:val="right"/>
      </w:pPr>
      <w:r>
        <w:t>کینسر ہو چکا ہے۔ آپ جانتے ہیں، کینسر کا کوئی کور نہیں ہے۔</w:t>
      </w:r>
    </w:p>
    <w:p>
      <w:r>
        <w:rPr>
          <w:b/>
        </w:rPr>
        <w:t xml:space="preserve">[27:26] </w:t>
      </w:r>
      <w:r>
        <w:t>jis ko cancer hua to phir woh us ke aage us ke liye maut hai. Ab</w:t>
      </w:r>
    </w:p>
    <w:p>
      <w:pPr>
        <w:jc w:val="right"/>
      </w:pPr>
      <w:r>
        <w:t>جس کو کینسر ہوا تو پھر وہ اس کے آگے اس کے لیے موت ہے۔ اب</w:t>
      </w:r>
    </w:p>
    <w:p>
      <w:r>
        <w:rPr>
          <w:b/>
        </w:rPr>
        <w:t xml:space="preserve">[27:33] </w:t>
      </w:r>
      <w:r>
        <w:t>hee tak jo baatein kahi jaati hain cancer ke bare mein, woh sab main samajhta hoon ke bas propaganda hai, warna cancer ka koi ilaaj nahi hai abhi tak.</w:t>
      </w:r>
    </w:p>
    <w:p>
      <w:pPr>
        <w:jc w:val="right"/>
      </w:pPr>
      <w:r>
        <w:t>ھی تک جو باتیں کہی جاتی ہیں کینسر کے بارے میں، وہ سب میں سمجھتا ہوں کہ بس پروپیگنڈا ہے، ورنہ کینسر کا کوئی علاج نہیں ہے ابھی تک۔</w:t>
      </w:r>
    </w:p>
    <w:p>
      <w:r>
        <w:rPr>
          <w:b/>
        </w:rPr>
        <w:t xml:space="preserve">[27:46] </w:t>
      </w:r>
      <w:r>
        <w:t>to us ne kaha jab us ko pata chala ke mujhe cancer ho chuka hai to us ka aaya tha ke us ne kaha ke "people plan that weddings".</w:t>
      </w:r>
    </w:p>
    <w:p>
      <w:pPr>
        <w:jc w:val="right"/>
      </w:pPr>
      <w:r>
        <w:t>تو اس نے کہا جب اس کو پتہ چلا کہ مجھے کینسر ہو چکا ہے تو اس کا آیا تھا کہ اس نے کہا کہ "پیپل پلان دیٹ ویڈنگز"۔</w:t>
      </w:r>
    </w:p>
    <w:p>
      <w:r>
        <w:rPr>
          <w:b/>
        </w:rPr>
        <w:t xml:space="preserve">[28:03] </w:t>
      </w:r>
      <w:r>
        <w:t>"people plan that weddings". "I am planning my death". "My funeral". "People plan that weddings".</w:t>
      </w:r>
    </w:p>
    <w:p>
      <w:pPr>
        <w:jc w:val="right"/>
      </w:pPr>
      <w:r>
        <w:t>"پیپل پلان دیٹ ویڈنگز"۔ "آئی ایم پلاننگ مائی ڈیتھ"۔ "مائی فیونرل"۔ "پیپل پلان دیٹ ویڈنگز"۔</w:t>
      </w:r>
    </w:p>
    <w:p>
      <w:r>
        <w:rPr>
          <w:b/>
        </w:rPr>
        <w:t xml:space="preserve">[28:16] </w:t>
      </w:r>
      <w:r>
        <w:t>"I am planning my funeral".</w:t>
      </w:r>
    </w:p>
    <w:p>
      <w:pPr>
        <w:jc w:val="right"/>
      </w:pPr>
      <w:r>
        <w:t>"آئی ایم پلاننگ مائی فیونرل"۔</w:t>
      </w:r>
    </w:p>
    <w:p>
      <w:r>
        <w:rPr>
          <w:b/>
        </w:rPr>
        <w:t xml:space="preserve">[28:22] </w:t>
      </w:r>
      <w:r>
        <w:t>log apne shadi ka mansooba banate hain, yeh khushiyon ka ko paane ka mansooba banate hain.</w:t>
      </w:r>
    </w:p>
    <w:p>
      <w:pPr>
        <w:jc w:val="right"/>
      </w:pPr>
      <w:r>
        <w:t>لوگ اپنے شادی کا منصوبہ بناتے ہیں، یہ خوشیوں کا کو پانے کا منصوبہ بناتے ہیں۔</w:t>
      </w:r>
    </w:p>
    <w:p>
      <w:r>
        <w:rPr>
          <w:b/>
        </w:rPr>
        <w:t xml:space="preserve">[28:33] </w:t>
      </w:r>
      <w:r>
        <w:t>main apni maut ka mansooba bana rahi hoon. Funeral kehte hain janaza, yani main maroon aur mera janaza nikle, is ka main planning kar rahi hoon, matlab is ka intezar kar rahi hoon.</w:t>
      </w:r>
    </w:p>
    <w:p>
      <w:pPr>
        <w:jc w:val="right"/>
      </w:pPr>
      <w:r>
        <w:t>میں اپنی موت کا منصوبہ بنا رہی ہوں۔ فیونرل کہتے ہیں جنازہ، یعنی میں مروں اور میرا جنازہ نکلے، اس کا میں پلان کر رہی ہوں، مطلب اس کا انتظار کر رہی ہوں۔</w:t>
      </w:r>
    </w:p>
    <w:p>
      <w:r>
        <w:rPr>
          <w:b/>
        </w:rPr>
        <w:t xml:space="preserve">[28:50] </w:t>
      </w:r>
      <w:r>
        <w:t>to main ne socha ke dekhein, chand din pehle tak bhi us ko apni is is ka ilm yeh tha ke ab main meri limitations hain, yahan apni is limitations ka ilm us ko nahi tha.</w:t>
      </w:r>
    </w:p>
    <w:p>
      <w:pPr>
        <w:jc w:val="right"/>
      </w:pPr>
      <w:r>
        <w:t>تو میں نے سوچا کہ دیکھیں، چند دن پہلے تک بھی اس کو اپنی اس اس کا علم یہ تھا کہ اب میں میری لیمیٹیشنز ہیں، یہاں اپنی اس لیمیٹیشنز کا علم اس کو نہیں تھا۔</w:t>
      </w:r>
    </w:p>
    <w:p>
      <w:r>
        <w:rPr>
          <w:b/>
        </w:rPr>
        <w:t xml:space="preserve">[29:05] </w:t>
      </w:r>
      <w:r>
        <w:t>aise jis ko bhi dekhein, us ko bhi dekhein, us ko bhi dekhein, har aadmi bare bare bhram mein jeeta hai. Lekin aakhir kar kya hota hai?</w:t>
      </w:r>
    </w:p>
    <w:p>
      <w:pPr>
        <w:jc w:val="right"/>
      </w:pPr>
      <w:r>
        <w:t>ایسے جس کو بھی دیکھیں، اس کو بھی دیکھیں، اس کو بھی دیکھیں، ہر آدمی بڑے بڑے بھرم میں جیتا ہے۔ لیکن آخر کار کیا ہوتا ہے؟</w:t>
      </w:r>
    </w:p>
    <w:p>
      <w:r>
        <w:rPr>
          <w:b/>
        </w:rPr>
        <w:t xml:space="preserve">[29:15] </w:t>
      </w:r>
      <w:r>
        <w:t>aakhir kar yeh hota hai ke woh kisi bimari ka shikar ho gaya, accident ho gaya, mar gaya. Kya hua aur kya hua?</w:t>
      </w:r>
    </w:p>
    <w:p>
      <w:pPr>
        <w:jc w:val="right"/>
      </w:pPr>
      <w:r>
        <w:t>آخر کار یہ ہوتا ہے کہ وہ کسی بیماری کا شکار ہو گیا، ایکسیڈنٹ ہو گیا، مر گیا۔ کیا ہوا اور کیا ہوا؟</w:t>
      </w:r>
    </w:p>
    <w:p>
      <w:r>
        <w:rPr>
          <w:b/>
        </w:rPr>
        <w:t xml:space="preserve">[29:25] </w:t>
      </w:r>
      <w:r>
        <w:t>rozana aap paperon mein parhte rehte hain.</w:t>
      </w:r>
    </w:p>
    <w:p>
      <w:pPr>
        <w:jc w:val="right"/>
      </w:pPr>
      <w:r>
        <w:t>روزانہ آپ پیپروں میں پڑھتے رہتے ہیں۔</w:t>
      </w:r>
    </w:p>
    <w:p>
      <w:r>
        <w:rPr>
          <w:b/>
        </w:rPr>
        <w:t xml:space="preserve">[29:29] </w:t>
      </w:r>
      <w:r>
        <w:t>to yeh jo us ne kaha, us ko main us ko main generalize kar ke kahoon ga ke yeh sab ke liye, yeh bas us us actress ke liye nahi, balkeh sab ke liye ke log khushiyon ka plan bana rahe hain, khushiyon ko paane ka din.</w:t>
      </w:r>
    </w:p>
    <w:p>
      <w:pPr>
        <w:jc w:val="right"/>
      </w:pPr>
      <w:r>
        <w:t>تو یہ جو اس نے کہا، اس کو میں اس کو میں جنرلائز کر کے کہوں گا کہ یہ سب کے لیے، یہ بس اس اس ایکٹرس کے لیے نہیں، بلکہ سب کے لیے کہ لوگ خوشیوں کا پلان بنا رہے ہیں، خوشیوں کو پانے کا دن۔</w:t>
      </w:r>
    </w:p>
    <w:p>
      <w:r>
        <w:rPr>
          <w:b/>
        </w:rPr>
        <w:t xml:space="preserve">[29:45] </w:t>
      </w:r>
      <w:r>
        <w:t>halankeh har ek ka jo end hai, woh yeh hai ke woh</w:t>
      </w:r>
    </w:p>
    <w:p>
      <w:pPr>
        <w:jc w:val="right"/>
      </w:pPr>
      <w:r>
        <w:t>حالانکہ ہر ایک کا جو اینڈ ہے، وہ یہ ہے کہ وہ</w:t>
      </w:r>
    </w:p>
    <w:p>
      <w:r>
        <w:rPr>
          <w:b/>
        </w:rPr>
        <w:t xml:space="preserve">[29:53] </w:t>
      </w:r>
      <w:r>
        <w:t>frustration mein maray. Har ek ka aakhri end jo hai, woh miserably frustration, ek sad end har ek ka hai.</w:t>
      </w:r>
    </w:p>
    <w:p>
      <w:pPr>
        <w:jc w:val="right"/>
      </w:pPr>
      <w:r>
        <w:t>فرسٹریشن میں مرے۔ ہر ایک کا آخری اینڈ جو ہے، وہ مائسلی فرسٹریشن، ایک سیڈ اینڈ ہر ایک کا ہے۔</w:t>
      </w:r>
    </w:p>
    <w:p>
      <w:r>
        <w:rPr>
          <w:b/>
        </w:rPr>
        <w:t xml:space="preserve">[30:09] </w:t>
      </w:r>
      <w:r>
        <w:t>to agar aadmi soche, soche, soche to pata chalega ke hamara case jo hai, ajz ka case hai, helplessness ka case hai. Hamare paas ajz ke siwa aur kuch bhi nahi hai,</w:t>
      </w:r>
    </w:p>
    <w:p>
      <w:pPr>
        <w:jc w:val="right"/>
      </w:pPr>
      <w:r>
        <w:t>تو اگر آدمی سوچے، سوچے، سوچے تو پتہ چلے گا کہ ہمارا کیس جو ہے، عجز کا کیس ہے، ہیلپ لیسنس کا کیس ہے۔ ہمارے پاس عجز کے سوا اور کچھ بھی نہیں ہے،</w:t>
      </w:r>
    </w:p>
    <w:p>
      <w:r>
        <w:rPr>
          <w:b/>
        </w:rPr>
        <w:t xml:space="preserve">[30:24] </w:t>
      </w:r>
      <w:r>
        <w:t>helplessness ke siwa aur kuch bhi nahi hai.</w:t>
      </w:r>
    </w:p>
    <w:p>
      <w:pPr>
        <w:jc w:val="right"/>
      </w:pPr>
      <w:r>
        <w:t>ہیلپ لیسنس کے سوا اور کچھ بھی نہیں ہے۔</w:t>
      </w:r>
    </w:p>
    <w:p>
      <w:r>
        <w:rPr>
          <w:b/>
        </w:rPr>
        <w:t xml:space="preserve">[30:29] </w:t>
      </w:r>
      <w:r>
        <w:t>abhi aap ne akhbaron mein parha hoga ke ek aadmi jis ka naam lodha ghaliban hai, 50 arab rupiya is ko bella family se mila.</w:t>
      </w:r>
    </w:p>
    <w:p>
      <w:pPr>
        <w:jc w:val="right"/>
      </w:pPr>
      <w:r>
        <w:t>ابھی آپ نے اخباروں میں پڑھا ہوگا کہ ایک آدمی جس کا نام لوڑھا غالباً ہے، 50 ارب روپیہ اس کو بیلا فیملی سے ملا۔</w:t>
      </w:r>
    </w:p>
    <w:p>
      <w:r>
        <w:rPr>
          <w:b/>
        </w:rPr>
        <w:t xml:space="preserve">[30:44] </w:t>
      </w:r>
      <w:r>
        <w:t>yani bella ne apni jo us ki us ki jo</w:t>
      </w:r>
    </w:p>
    <w:p>
      <w:pPr>
        <w:jc w:val="right"/>
      </w:pPr>
      <w:r>
        <w:t>یعنی بیلا نے اپنی جو اس کی اس کی جو</w:t>
      </w:r>
    </w:p>
    <w:p>
      <w:r>
        <w:rPr>
          <w:b/>
        </w:rPr>
        <w:t xml:space="preserve">[30:53] </w:t>
      </w:r>
      <w:r>
        <w:t>us ki jo sanpati thi, us ko apni biwi ke naam kar diya jo 50 arab rupay ki thi.</w:t>
      </w:r>
    </w:p>
    <w:p>
      <w:pPr>
        <w:jc w:val="right"/>
      </w:pPr>
      <w:r>
        <w:t>اس کی جو سنپتی تھی، اس کو اپنی بیوی کے نام کر دیا جو 50 ارب روپے کی تھی۔</w:t>
      </w:r>
    </w:p>
    <w:p>
      <w:r>
        <w:rPr>
          <w:b/>
        </w:rPr>
        <w:t xml:space="preserve">[31:02] </w:t>
      </w:r>
      <w:r>
        <w:t>ab kya hua? us ki family mein rift paida ho gaya kyun ke bella ke jo larkay larkiyan theen, unhon ne kaha ke yeh to hamara hissa hai.</w:t>
      </w:r>
    </w:p>
    <w:p>
      <w:pPr>
        <w:jc w:val="right"/>
      </w:pPr>
      <w:r>
        <w:t>اب کیا ہوا؟ اس کی فیملی میں رفٹ پیدا ہو گیا کیونکہ بیلا کے جو لڑکے لڑکیاں تھیں، انہوں نے کہا کہ یہ تو ہمارا حصہ ہے۔</w:t>
      </w:r>
    </w:p>
    <w:p>
      <w:r>
        <w:rPr>
          <w:b/>
        </w:rPr>
        <w:t xml:space="preserve">[31:12] </w:t>
      </w:r>
      <w:r>
        <w:t>ab aapas mein case chala, abhi bhi case chal raha hai lekin itna zyada tension hua is ko, itna zyada tension hua ke sirf abhi kam umri mein tha, woh koi boodha nahi hua tha, woh ke is ko dil ka daura pada aur mar gaya.</w:t>
      </w:r>
    </w:p>
    <w:p>
      <w:pPr>
        <w:jc w:val="right"/>
      </w:pPr>
      <w:r>
        <w:t>اب آپس میں کیس چلا، ابھی بھی کیس چل رہا ہے لیکن اتنا زیادہ ٹینشن ہوا اس کو، اتنا زیادہ ٹینشن ہوا کہ صرف ابھی کم عمری میں تھا، وہ کوئی بوڑھا نہیں ہوا تھا، وہ کہ اس کو دل کا دورہ پڑا اور مر گیا۔</w:t>
      </w:r>
    </w:p>
    <w:p>
      <w:r>
        <w:rPr>
          <w:b/>
        </w:rPr>
        <w:t xml:space="preserve">[31:29] </w:t>
      </w:r>
      <w:r>
        <w:t>woh acha, 50 arab rupiya chhod kar ke</w:t>
      </w:r>
    </w:p>
    <w:p>
      <w:pPr>
        <w:jc w:val="right"/>
      </w:pPr>
      <w:r>
        <w:t>وہ اچھا، 50 ارب روپیہ چھوڑ کر کے</w:t>
      </w:r>
    </w:p>
    <w:p>
      <w:r>
        <w:rPr>
          <w:b/>
        </w:rPr>
        <w:t xml:space="preserve">[31:34] </w:t>
      </w:r>
      <w:r>
        <w:t>yeh sab ka haal ho raha hai, kahin na kahin sab ka haal ho raha hai, kahin na kahein. to har waqt Khuda jo hai, main samajhta hoon ke har insan ko kahin na kahin yeh remind karta hai.</w:t>
      </w:r>
    </w:p>
    <w:p>
      <w:pPr>
        <w:jc w:val="right"/>
      </w:pPr>
      <w:r>
        <w:t>یہ سب کا حال ہو رہا ہے، کہیں نہ کہیں سب کا حال ہو رہا ہے، کہیں نہ کہیں۔ تو ہر وقت خدا جو ہے، میں سمجھتا ہوں کہ ہر انسان کو کہیں نہ کہیں یہ ریمائنڈ کرتا ہے۔</w:t>
      </w:r>
    </w:p>
    <w:p>
      <w:r>
        <w:rPr>
          <w:b/>
        </w:rPr>
        <w:t xml:space="preserve">[31:48] </w:t>
      </w:r>
      <w:r>
        <w:t>remind yeh dekho, tum helpless ho, dekho tum aajiz ho, dekho tum powerless ho.</w:t>
      </w:r>
    </w:p>
    <w:p>
      <w:pPr>
        <w:jc w:val="right"/>
      </w:pPr>
      <w:r>
        <w:t>ریمائنڈ یہ دیکھو، تم ہیلپ لیس ہو، دیکھو تم عاجز ہو، دیکھو تم پاور لیس ہو۔</w:t>
      </w:r>
    </w:p>
    <w:p>
      <w:r>
        <w:rPr>
          <w:b/>
        </w:rPr>
        <w:t xml:space="preserve">[31:58] </w:t>
      </w:r>
      <w:r>
        <w:t>to main samajhta hoon ke yahi woh sab se bari cheez hai jis ko humein discover karna hai. isi discovery ki main samajhta hoon ke isi discovery ke yeh discovery woh certificate hai jo hum ko paradise mein le jaye.</w:t>
      </w:r>
    </w:p>
    <w:p>
      <w:pPr>
        <w:jc w:val="right"/>
      </w:pPr>
      <w:r>
        <w:t>تو میں سمجھتا ہوں کہ یہی وہ سب سے بڑی چیز ہے جس کو ہمیں ڈسکور کرنا ہے۔ اسی ڈسکوری کی میں سمجھتا ہوں کہ اسی ڈسکوری کے یہ ڈسکوری وہ سرٹیفیکیٹ ہے جو ہم کو پارڈائز میں لے جائے۔</w:t>
      </w:r>
    </w:p>
    <w:p>
      <w:r>
        <w:rPr>
          <w:b/>
        </w:rPr>
        <w:t xml:space="preserve">[32:19] </w:t>
      </w:r>
      <w:r>
        <w:t>kyun? dekhein, yeh is discovery, yeh discovery jab tak na ho to aadmi jo hai, jise balloon hota hai, usay phoonk dijiye, itna bara dikhai dega.</w:t>
      </w:r>
    </w:p>
    <w:p>
      <w:pPr>
        <w:jc w:val="right"/>
      </w:pPr>
      <w:r>
        <w:t>کیوں؟ دیکھیں، یہ اس ڈسکوری، یہ ڈسکوری جب تک نہ ہو تو آدمی جو ہے، جسے بلون ہوتا ہے، اسے پھونک دیجئے، اتنا بڑا دکھائی دے گا۔</w:t>
      </w:r>
    </w:p>
    <w:p>
      <w:r>
        <w:rPr>
          <w:b/>
        </w:rPr>
        <w:t xml:space="preserve">[32:31] </w:t>
      </w:r>
      <w:r>
        <w:t>yani in fact to chhota sa hota hai, itna sa bara phoolnay ke baad daba dikhai deta hai. woh to har aadmi mein ek phoola hua balloon hai, ek phoola hua balloon hai.</w:t>
      </w:r>
    </w:p>
    <w:p>
      <w:pPr>
        <w:jc w:val="right"/>
      </w:pPr>
      <w:r>
        <w:t>یعنی ان فیکٹ تو چھوٹا سا ہوتا ہے، اتنا سا بڑا پھولنے کے بعد دبا دکھائی دیتا ہے۔ وہ تو ہر آدمی میں ایک پھولا ہوا بلون ہے، ایک پھولا ہوا بلون ہے۔</w:t>
      </w:r>
    </w:p>
    <w:p>
      <w:r>
        <w:rPr>
          <w:b/>
        </w:rPr>
        <w:t xml:space="preserve">[32:47] </w:t>
      </w:r>
      <w:r>
        <w:t>to jab us ki hawa aap nikal dein to achaanak woh bilkul itna sa bara ho jaye ga, cut to size ho gaya, ho jaye ga. to Khuda chahta hai ke har ek apne ajz ko discover kare.</w:t>
      </w:r>
    </w:p>
    <w:p>
      <w:pPr>
        <w:jc w:val="right"/>
      </w:pPr>
      <w:r>
        <w:t>تو جب اس کی ہوا آپ نکال دیں تو اچانک وہ بالکل اتنا سا بڑا ہو جائے گا، کٹو سائز ہو گیا، ہو جائے گا۔ تو خدا چاہتا ہے کہ ہر ایک اپنے عجز کو ڈسکور کرے۔</w:t>
      </w:r>
    </w:p>
    <w:p>
      <w:r>
        <w:rPr>
          <w:b/>
        </w:rPr>
        <w:t xml:space="preserve">[33:05] </w:t>
      </w:r>
      <w:r>
        <w:t>main aik, yani aik lafz mein main yeh keh sakta hoon ke man cut to size yahi sab se bari, yani sab se bari cheez hai kisi insan ke liye.</w:t>
      </w:r>
    </w:p>
    <w:p>
      <w:pPr>
        <w:jc w:val="right"/>
      </w:pPr>
      <w:r>
        <w:t>میں ایک، یعنی ایک لفظ میں میں یہ کہہ سکتا ہوں کہ مین کٹو سائز یہی سب سے بڑی، یعنی سب سے بڑی چیز ہے کسی انسان کے لیے۔</w:t>
      </w:r>
    </w:p>
    <w:p>
      <w:r>
        <w:rPr>
          <w:b/>
        </w:rPr>
        <w:t xml:space="preserve">[33:19] </w:t>
      </w:r>
      <w:r>
        <w:t>man cut to size kyun? sab se bari cheez hai, isi se sari achhaiyan nikalti hain.</w:t>
      </w:r>
    </w:p>
    <w:p>
      <w:pPr>
        <w:jc w:val="right"/>
      </w:pPr>
      <w:r>
        <w:t>مین کٹو سائز کیوں؟ سب سے بڑی چیز ہے، اسی سے ساری اچھائیاں نکلتی ہیں۔</w:t>
      </w:r>
    </w:p>
    <w:p>
      <w:r>
        <w:rPr>
          <w:b/>
        </w:rPr>
        <w:t xml:space="preserve">[33:28] </w:t>
      </w:r>
      <w:r>
        <w:t>agar aadmi mind ka cut to size ban jaye to kya hoga? arrogance khatam ho jaye ga, fakhr aur naaz khatam ho jaye ga, superiority complex khatam ho jaye ga,</w:t>
      </w:r>
    </w:p>
    <w:p>
      <w:pPr>
        <w:jc w:val="right"/>
      </w:pPr>
      <w:r>
        <w:t>اگر آدمی مائنڈ کا ٹو سائز بن جائے تو کیا ہوگا؟ ارگنز ختم ہو جائے گا، فخر اور ناز ختم ہو جائے گا، سپیریٹی کمپلیکس ختم ہو جائے گا،</w:t>
      </w:r>
    </w:p>
    <w:p>
      <w:r>
        <w:rPr>
          <w:b/>
        </w:rPr>
        <w:t xml:space="preserve">[33:43] </w:t>
      </w:r>
      <w:r>
        <w:t>apni barhai ka ehsas khatam ho jaye ga.</w:t>
      </w:r>
    </w:p>
    <w:p>
      <w:pPr>
        <w:jc w:val="right"/>
      </w:pPr>
      <w:r>
        <w:t>اپنی بڑائی کا احساس ختم ہو جائے گا۔</w:t>
      </w:r>
    </w:p>
    <w:p>
      <w:r>
        <w:rPr>
          <w:b/>
        </w:rPr>
        <w:t xml:space="preserve">[33:46] </w:t>
      </w:r>
      <w:r>
        <w:t>phir kya hoga? negative thoughts bhi khatam ho jayenge,</w:t>
      </w:r>
    </w:p>
    <w:p>
      <w:pPr>
        <w:jc w:val="right"/>
      </w:pPr>
      <w:r>
        <w:t>پھر کیا ہوگا؟ نیگیٹیو تھاٹ بھی ختم ہو جائیں گے،</w:t>
      </w:r>
    </w:p>
    <w:p>
      <w:r>
        <w:rPr>
          <w:b/>
        </w:rPr>
        <w:t xml:space="preserve">[33:54] </w:t>
      </w:r>
      <w:r>
        <w:t>malice khatam ho jaye ga, hasad, jalan sab khatam ho jaye ga, hate khatam ho jaye ga. man cut to size hote hi agar sach much ho jaye aadmi, sach much to sare negative us ke jo items hain us ki zindagi mein woh sab khatam ho jate hain.</w:t>
      </w:r>
    </w:p>
    <w:p>
      <w:pPr>
        <w:jc w:val="right"/>
      </w:pPr>
      <w:r>
        <w:t>مائلیس ختم ہو جائے گا، حسد، جلن سب ختم ہو جائے گا، ہیٹ ختم ہو جائے گا۔ مین کٹو سائز ہوتے ہی اگر سچ مچ ہو جائے آدمی، سچ مچ تو سارے نیگیٹیو اس کے جو آئٹم ہیں اس کی زندگی میں وہ سب ختم ہو جاتے ہیں۔</w:t>
      </w:r>
    </w:p>
    <w:p>
      <w:r>
        <w:rPr>
          <w:b/>
        </w:rPr>
        <w:t xml:space="preserve">[34:16] </w:t>
      </w:r>
      <w:r>
        <w:t>yeh jar hai, yeh jar hai. main samajhta hoon ke har cheez ki</w:t>
      </w:r>
    </w:p>
    <w:p>
      <w:pPr>
        <w:jc w:val="right"/>
      </w:pPr>
      <w:r>
        <w:t>یہ جڑ ہے، یہ جڑ ہے۔ میں سمجھتا ہوں کہ ہر چیز کی</w:t>
      </w:r>
    </w:p>
    <w:p>
      <w:r>
        <w:rPr>
          <w:b/>
        </w:rPr>
        <w:t xml:space="preserve">[34:27] </w:t>
      </w:r>
      <w:r>
        <w:t>to main apne experience se yeh keh sakta hoon ke aadmi ke andar agar sach much,</w:t>
      </w:r>
    </w:p>
    <w:p>
      <w:pPr>
        <w:jc w:val="right"/>
      </w:pPr>
      <w:r>
        <w:t>تو میں اپنے ایکسپیرینس سے یہ کہہ سکتا ہوں کہ آدمی کے اندر اگر سچ مچ،</w:t>
      </w:r>
    </w:p>
    <w:p>
      <w:r>
        <w:rPr>
          <w:b/>
        </w:rPr>
        <w:t xml:space="preserve">[34:39] </w:t>
      </w:r>
      <w:r>
        <w:t>yani discovery ke darje mein us ne paya ho apni ajz ko, tabhi us ka connection qaim hota hai Khuda se.</w:t>
      </w:r>
    </w:p>
    <w:p>
      <w:pPr>
        <w:jc w:val="right"/>
      </w:pPr>
      <w:r>
        <w:t>یعنی ڈسکوری کے درجے میں اس نے پایا ہو اپنی عجز کو، تبھی اس کا کنیکشن قائم ہوتا ہے خدا سے۔</w:t>
      </w:r>
    </w:p>
    <w:p>
      <w:r>
        <w:rPr>
          <w:b/>
        </w:rPr>
        <w:t xml:space="preserve">[34:50] </w:t>
      </w:r>
      <w:r>
        <w:t>jaise aap jante hain ke aap ke ghar mein bijli ki fitting ho, tab bhi aur power house se bijli supply ho rahi ho, lekin aap ka ghar tabhi roshan ho paye ga jab ke koi bad conductor jo hai us mein wire mein na ho.</w:t>
      </w:r>
    </w:p>
    <w:p>
      <w:pPr>
        <w:jc w:val="right"/>
      </w:pPr>
      <w:r>
        <w:t>جیسے آپ جانتے ہیں کہ آپ کے گھر میں بجلی کی فٹنگ ہو، تب بھی اور پاور ہاؤس سے بجلی سپلائی ہو رہی ہو، لیکن آپ کا گھر تبھی روشن ہو پائے گا جب کہ کوئی بیڈ کنڈکٹر جو ہے اس میں اڑ میں نہ ہو۔</w:t>
      </w:r>
    </w:p>
    <w:p>
      <w:r>
        <w:rPr>
          <w:b/>
        </w:rPr>
        <w:t xml:space="preserve">[35:09] </w:t>
      </w:r>
      <w:r>
        <w:t>to sirf good conductor hi se bijli ki current pass hoti hai.</w:t>
      </w:r>
    </w:p>
    <w:p>
      <w:pPr>
        <w:jc w:val="right"/>
      </w:pPr>
      <w:r>
        <w:t>تو صرف گڈ کنڈکٹر ہی سے بجلی کی کی کرنٹ پاس ہوتی ہے۔</w:t>
      </w:r>
    </w:p>
    <w:p>
      <w:r>
        <w:rPr>
          <w:b/>
        </w:rPr>
        <w:t xml:space="preserve">[35:16] </w:t>
      </w:r>
      <w:r>
        <w:t>yani lakri ka aap bana rakha ho aap ne to lakri se pass nahi hogi bijli ka current. to bijli wahan se aa rahi hai, current wahan se aa raha hai aap ki taraf.</w:t>
      </w:r>
    </w:p>
    <w:p>
      <w:pPr>
        <w:jc w:val="right"/>
      </w:pPr>
      <w:r>
        <w:t>یعنی لکڑی کا آپ بنا رکھا ہو آپ نے تو لکڑی سے پاس نہیں ہوگی بجلی کا کرنٹ۔ تو بجلی وہاں سے آ رہی ہے، کرنٹ وہاں سے آ رہا ہے آپ کی طرف۔</w:t>
      </w:r>
    </w:p>
    <w:p>
      <w:r>
        <w:rPr>
          <w:b/>
        </w:rPr>
        <w:t xml:space="preserve">[35:30] </w:t>
      </w:r>
      <w:r>
        <w:t>ab bed conductor to aap tak nahi pahunchegi, aap ka ghar roshan nahi hoga.</w:t>
      </w:r>
    </w:p>
    <w:p>
      <w:pPr>
        <w:jc w:val="right"/>
      </w:pPr>
      <w:r>
        <w:t>اب بیڈ کنڈکٹر تو آپ تک نہیں پہنچے گی، آپ کا گھر روشن نہیں ہوگا۔</w:t>
      </w:r>
    </w:p>
    <w:p>
      <w:r>
        <w:rPr>
          <w:b/>
        </w:rPr>
        <w:t xml:space="preserve">[35:37] </w:t>
      </w:r>
      <w:r>
        <w:t>to har woh aadmi jo jee raha hai superiority mein,</w:t>
      </w:r>
    </w:p>
    <w:p>
      <w:pPr>
        <w:jc w:val="right"/>
      </w:pPr>
      <w:r>
        <w:t>تو ہر وہ آدمی جو جی رہا ہے سپیریٹی میں،</w:t>
      </w:r>
    </w:p>
    <w:p>
      <w:r>
        <w:rPr>
          <w:b/>
        </w:rPr>
        <w:t xml:space="preserve">[35:43] </w:t>
      </w:r>
      <w:r>
        <w:t>goya ke woh bed conductor lagaye hue hain apne andar, to woh مرحوم rahega. aur jo aadmi azz ke feeling mein jee raha hai, is azz ke ehsaas mein jee raha hai, helplessness ki feeling mein jee raha hai, to woh good conductor lagaye hue hain apne.</w:t>
      </w:r>
    </w:p>
    <w:p>
      <w:pPr>
        <w:jc w:val="right"/>
      </w:pPr>
      <w:r>
        <w:t>گویا کہ وہ بیڈ کنڈکٹر لگائے ہوئے ہیں اپنے اندر، تو وہ مرحوم رہے گا۔ اور جو آدمی عجز کے فیلنگ میں جی رہا ہے، اس عجز کے احساس میں جی رہا ہے، ہیلپ لیسنس کی فیلنگ میں جی رہا ہے، تو وہ گڈ کنڈکٹر لگائے ہوئے ہیں اپنے۔</w:t>
      </w:r>
    </w:p>
    <w:p>
      <w:r>
        <w:rPr>
          <w:b/>
        </w:rPr>
        <w:t xml:space="preserve">[36:02] </w:t>
      </w:r>
      <w:r>
        <w:t>to Khuda ka inspiration aayega, aap foran us tak pahunch jayega.</w:t>
      </w:r>
    </w:p>
    <w:p>
      <w:pPr>
        <w:jc w:val="right"/>
      </w:pPr>
      <w:r>
        <w:t>تو خدا کا انسپیریشن آئے گا، آپ فوراً اس تک پہنچ جائے گا۔</w:t>
      </w:r>
    </w:p>
    <w:p>
      <w:r>
        <w:rPr>
          <w:b/>
        </w:rPr>
        <w:t xml:space="preserve">[36:10] </w:t>
      </w:r>
      <w:r>
        <w:t>to yaad rakhiye, aadmi har cheez ke liye Khudaai ka mohtaaj hai, yaani khane peene hi ke liye nahi, har cheez ke liye,</w:t>
      </w:r>
    </w:p>
    <w:p>
      <w:pPr>
        <w:jc w:val="right"/>
      </w:pPr>
      <w:r>
        <w:t>تو یاد رکھیے، آدمی ہر چیز کے لیے خدائی کا محتاج ہے، یعنی کھانے پینے ہی کے لیے نہیں، ہر چیز کے لیے،</w:t>
      </w:r>
    </w:p>
    <w:p>
      <w:r>
        <w:rPr>
          <w:b/>
        </w:rPr>
        <w:t xml:space="preserve">[36:24] </w:t>
      </w:r>
      <w:r>
        <w:t>saans lene ke liye, aankh se dekhne ke liye,</w:t>
      </w:r>
    </w:p>
    <w:p>
      <w:pPr>
        <w:jc w:val="right"/>
      </w:pPr>
      <w:r>
        <w:t>سانس لینے کے لیے، آنکھ سے دیکھنے کے لیے،</w:t>
      </w:r>
    </w:p>
    <w:p>
      <w:r>
        <w:rPr>
          <w:b/>
        </w:rPr>
        <w:t xml:space="preserve">[36:29] </w:t>
      </w:r>
      <w:r>
        <w:t>aur sochne ke liye bhi, right thinking ke liye bhi.</w:t>
      </w:r>
    </w:p>
    <w:p>
      <w:pPr>
        <w:jc w:val="right"/>
      </w:pPr>
      <w:r>
        <w:t>اور سوچنے کے لیے بھی، رائٹ تھنکنگ کے لیے بھی۔</w:t>
      </w:r>
    </w:p>
    <w:p>
      <w:r>
        <w:rPr>
          <w:b/>
        </w:rPr>
        <w:t xml:space="preserve">[36:37] </w:t>
      </w:r>
      <w:r>
        <w:t>jab tak Khuda ka inspiration na mile insaan ko, uske andar right thinking nahi aa sakti.</w:t>
      </w:r>
    </w:p>
    <w:p>
      <w:pPr>
        <w:jc w:val="right"/>
      </w:pPr>
      <w:r>
        <w:t>جب تک خدا کا انسپیریشن نہ ملے انسان کو، اس کے اندر رائٹ تھنکنگ نہیں آ سکتی۔</w:t>
      </w:r>
    </w:p>
    <w:p>
      <w:r>
        <w:rPr>
          <w:b/>
        </w:rPr>
        <w:t xml:space="preserve">[36:45] </w:t>
      </w:r>
      <w:r>
        <w:t>aaj kal dekhen, aap log confusion mein jeete hain, har aadmi confusion mein jeeta hai.</w:t>
      </w:r>
    </w:p>
    <w:p>
      <w:pPr>
        <w:jc w:val="right"/>
      </w:pPr>
      <w:r>
        <w:t>آج کل دیکھیں، آپ لوگ کنفیوژن میں جیتے ہیں، ہر آدمی کنفیوژن میں جیتا ہے۔</w:t>
      </w:r>
    </w:p>
    <w:p>
      <w:r>
        <w:rPr>
          <w:b/>
        </w:rPr>
        <w:t xml:space="preserve">[36:52] </w:t>
      </w:r>
      <w:r>
        <w:t>clear cut baat kehna logon ko aata hi nahi. to kyun aisa hota hai? kyunke woh Khuda ke inspiration ke baghair bol rahe hain.</w:t>
      </w:r>
    </w:p>
    <w:p>
      <w:pPr>
        <w:jc w:val="right"/>
      </w:pPr>
      <w:r>
        <w:t>کلیئر کٹ بات کہنا لوگوں کو آتا ہی نہیں۔ تو کیوں ایسا ہوتا ہے؟ کیونکہ وہ خدا کے انسپیریشن کے بغیر بول رہے ہیں۔</w:t>
      </w:r>
    </w:p>
    <w:p>
      <w:r>
        <w:rPr>
          <w:b/>
        </w:rPr>
        <w:t xml:space="preserve">[37:01] </w:t>
      </w:r>
      <w:r>
        <w:t>woh jab Khuda ka inspiration milega kisi aadmi ko to uski baat mein clarity aayegi, aur jab Khuda ke inspiration ke baghair koi bolega to</w:t>
      </w:r>
    </w:p>
    <w:p>
      <w:pPr>
        <w:jc w:val="right"/>
      </w:pPr>
      <w:r>
        <w:t>وہ جب خدا کا انسپیریشن ملے گا کسی آدمی کو تو اس کی بات میں کلیئرٹی آئے گی، اور جب خدا کے انسپیریشن کے بغیر کوئی بولے گا تو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