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Between Possible and Impossible December 9, 2012</w:t>
      </w:r>
    </w:p>
    <w:p>
      <w:r>
        <w:t>https://youtu.be/Q0tC7obKbT8</w:t>
      </w:r>
    </w:p>
    <w:p>
      <w:r>
        <w:rPr>
          <w:b/>
        </w:rPr>
        <w:t xml:space="preserve">[00:27] </w:t>
      </w:r>
      <w:r>
        <w:t>wahal al-uqdata min lisani, yafqah qawli.</w:t>
      </w:r>
    </w:p>
    <w:p>
      <w:pPr>
        <w:jc w:val="right"/>
      </w:pPr>
      <w:r>
        <w:t>واحل العقدۃ من لسانی، یفقہ قولی۔</w:t>
      </w:r>
    </w:p>
    <w:p>
      <w:r>
        <w:rPr>
          <w:b/>
        </w:rPr>
        <w:t xml:space="preserve">[00:36] </w:t>
      </w:r>
      <w:r>
        <w:t>aaj ka topic hai "Between possible and impossible" . yani mumkin aur namumkin ke darmiyan.</w:t>
      </w:r>
    </w:p>
    <w:p>
      <w:pPr>
        <w:jc w:val="right"/>
      </w:pPr>
      <w:r>
        <w:t>آج کا ٹاپک ہے "Between possible and impossible" ۔ یعنی ممکن اور ناممکن کے درمیان۔</w:t>
      </w:r>
    </w:p>
    <w:p>
      <w:r>
        <w:rPr>
          <w:b/>
        </w:rPr>
        <w:t xml:space="preserve">[00:50] </w:t>
      </w:r>
      <w:r>
        <w:t>yeh topic meri samajh mein aaya aaj ki news ko dekh kar.</w:t>
      </w:r>
    </w:p>
    <w:p>
      <w:pPr>
        <w:jc w:val="right"/>
      </w:pPr>
      <w:r>
        <w:t>یہ ٹاپک میری سمجھ میں آیا آج کی نیوز کو دیکھ کر۔</w:t>
      </w:r>
    </w:p>
    <w:p>
      <w:r>
        <w:rPr>
          <w:b/>
        </w:rPr>
        <w:t xml:space="preserve">[00:58] </w:t>
      </w:r>
      <w:r>
        <w:t>ek latest news hai jo abhi akhbaron mein nahi aayi hai, lekin morning news jo thi TV ki us mein aa gayi hai.</w:t>
      </w:r>
    </w:p>
    <w:p>
      <w:pPr>
        <w:jc w:val="right"/>
      </w:pPr>
      <w:r>
        <w:t>ایک لیٹسٹ نیوز ہے جو ابھی اخباروں میں نہیں آئی ہے، لیکن مارننگ نیوز جو تھی ٹی وی کی اس میں آ گئی ہے۔</w:t>
      </w:r>
    </w:p>
    <w:p>
      <w:r>
        <w:rPr>
          <w:b/>
        </w:rPr>
        <w:t xml:space="preserve">[01:10] </w:t>
      </w:r>
      <w:r>
        <w:t>woh yeh hai ke Egypt ke jo president hain, doctor Muhammad Morsi, unhon ne apne degree ko wapas le liya.</w:t>
      </w:r>
    </w:p>
    <w:p>
      <w:pPr>
        <w:jc w:val="right"/>
      </w:pPr>
      <w:r>
        <w:t>وہ یہ ہے کہ ایجپٹ کے جو پریزیڈنٹ ہیں، ڈاکٹر محمد برسی، انہوں نے اپنے ڈگری کو واپس لے لیا۔</w:t>
      </w:r>
    </w:p>
    <w:p>
      <w:r>
        <w:rPr>
          <w:b/>
        </w:rPr>
        <w:t xml:space="preserve">[01:25] </w:t>
      </w:r>
      <w:r>
        <w:t>iska qissa yeh hai ke un se pehle Egypt mein, yani Misr mein, Hosni Mubarak ki, Mufti Mubarak wahan ke president thay, un ke khilaf bohat bari opposition chali.</w:t>
      </w:r>
    </w:p>
    <w:p>
      <w:pPr>
        <w:jc w:val="right"/>
      </w:pPr>
      <w:r>
        <w:t>اس کا قصہ یہ ہے کہ ان سے پہلے ایجپٹ میں، یعنی مصر میں، حسنی مبارک کی، مفتی مبارک وہاں کے پریزیڈنٹ تھے، ان کے خلاف بہت بڑی اپوزیشن چلی۔</w:t>
      </w:r>
    </w:p>
    <w:p>
      <w:r>
        <w:rPr>
          <w:b/>
        </w:rPr>
        <w:t xml:space="preserve">[01:42] </w:t>
      </w:r>
      <w:r>
        <w:t>yahan tak ke woh hat gaye aur phir wahan par election hua, aur is mein doctor Muhammad Morsi jo hain, woh elect ho kar ke aaye aur president bane.</w:t>
      </w:r>
    </w:p>
    <w:p>
      <w:pPr>
        <w:jc w:val="right"/>
      </w:pPr>
      <w:r>
        <w:t>یہاں تک کہ وہ ہٹ گئے اور پھر وہاں پر الیکشن ہوا، اور اس میں ڈاکٹر محمد مورسی جو ہیں، وہ الیکٹ ہو کر کے آئے اور پریزیڈنٹ بنے۔</w:t>
      </w:r>
    </w:p>
    <w:p>
      <w:r>
        <w:rPr>
          <w:b/>
        </w:rPr>
        <w:t xml:space="preserve">[01:58] </w:t>
      </w:r>
      <w:r>
        <w:t>yeh hua hai 30 June 2012 ko.</w:t>
      </w:r>
    </w:p>
    <w:p>
      <w:pPr>
        <w:jc w:val="right"/>
      </w:pPr>
      <w:r>
        <w:t>یہ ہوا ہے 30 جون 2012 کو۔</w:t>
      </w:r>
    </w:p>
    <w:p>
      <w:r>
        <w:rPr>
          <w:b/>
        </w:rPr>
        <w:t xml:space="preserve">[02:06] </w:t>
      </w:r>
      <w:r>
        <w:t>is ke baad kya hua ke Muhammad Morsi sahab ne 2 November 2012 ko ek presidential decree jari kiya.</w:t>
      </w:r>
    </w:p>
    <w:p>
      <w:pPr>
        <w:jc w:val="right"/>
      </w:pPr>
      <w:r>
        <w:t>اس کے بعد کیا ہوا کہ محمد برسی صاحب نے 2 نومبر 2012 کو ایک پریزیڈنشل ڈگری جاری کیا۔</w:t>
      </w:r>
    </w:p>
    <w:p>
      <w:r>
        <w:rPr>
          <w:b/>
        </w:rPr>
        <w:t xml:space="preserve">[02:18] </w:t>
      </w:r>
      <w:r>
        <w:t>is mein yeh tha ke president jo order karega, us ko</w:t>
      </w:r>
    </w:p>
    <w:p>
      <w:pPr>
        <w:jc w:val="right"/>
      </w:pPr>
      <w:r>
        <w:t>اس میں یہ تھا کہ پریزیڈنٹ جو آرڈر کرے گا، اس کو</w:t>
      </w:r>
    </w:p>
    <w:p>
      <w:r>
        <w:rPr>
          <w:b/>
        </w:rPr>
        <w:t xml:space="preserve">[02:29] </w:t>
      </w:r>
      <w:r>
        <w:t>court mein challenge nahi kiya sakta.</w:t>
      </w:r>
    </w:p>
    <w:p>
      <w:pPr>
        <w:jc w:val="right"/>
      </w:pPr>
      <w:r>
        <w:t>کورٹ میں چیلنج نہیں کیا سکتا۔</w:t>
      </w:r>
    </w:p>
    <w:p>
      <w:r>
        <w:rPr>
          <w:b/>
        </w:rPr>
        <w:t xml:space="preserve">[02:33] </w:t>
      </w:r>
      <w:r>
        <w:t>yani arbitrary power le liya unhon ne. is ke khilaf opposition hui wahan, sakht opposition. bohat se log mare gaye, bohat se log, bohat sa nuqsan hua,</w:t>
      </w:r>
    </w:p>
    <w:p>
      <w:pPr>
        <w:jc w:val="right"/>
      </w:pPr>
      <w:r>
        <w:t>یعنی آربیٹری پاور لے لیا انہوں نے۔ اس کے خلاف اپوزیشن ہوئی وہاں، سخت اپوزیشن۔ بہت سے لوگ مارے گئے، بہت سے لوگ، بہت سا نقصان ہوا،</w:t>
      </w:r>
    </w:p>
    <w:p>
      <w:r>
        <w:rPr>
          <w:b/>
        </w:rPr>
        <w:t xml:space="preserve">[02:48] </w:t>
      </w:r>
      <w:r>
        <w:t>life ka, property ka.</w:t>
      </w:r>
    </w:p>
    <w:p>
      <w:pPr>
        <w:jc w:val="right"/>
      </w:pPr>
      <w:r>
        <w:t>لائف کا، پراپرٹی کا۔</w:t>
      </w:r>
    </w:p>
    <w:p>
      <w:r>
        <w:rPr>
          <w:b/>
        </w:rPr>
        <w:t xml:space="preserve">[02:51] </w:t>
      </w:r>
      <w:r>
        <w:t>aakhir mein aaj ki jo morning news hai, woh yeh hai ke doctor Muhammad Morsi ne apne presidential order ko wapas le liya, us ko cancel kar diya.</w:t>
      </w:r>
    </w:p>
    <w:p>
      <w:pPr>
        <w:jc w:val="right"/>
      </w:pPr>
      <w:r>
        <w:t>آخر میں آج کی جو مارننگ نیوز ہے، وہ یہ ہے کہ ڈاکٹر محمد برسی نے اپنے پریزیڈنشل آرڈر کو واپس لے لیا، اس کو کینسل کر دیا۔</w:t>
      </w:r>
    </w:p>
    <w:p>
      <w:r>
        <w:rPr>
          <w:b/>
        </w:rPr>
        <w:t xml:space="preserve">[03:05] </w:t>
      </w:r>
      <w:r>
        <w:t>dekhein, yeh simple baat nahi hai. yeh bohat hi serious news hai. is ke do matlab hain.</w:t>
      </w:r>
    </w:p>
    <w:p>
      <w:pPr>
        <w:jc w:val="right"/>
      </w:pPr>
      <w:r>
        <w:t>دیکھیں، یہ پرنس سمپل بات نہیں ہے۔ یہ بہت ہی سیریس نیوز ہے۔ اس کے دو مطلب ہیں۔</w:t>
      </w:r>
    </w:p>
    <w:p>
      <w:r>
        <w:rPr>
          <w:b/>
        </w:rPr>
        <w:t xml:space="preserve">[03:16] </w:t>
      </w:r>
      <w:r>
        <w:t>ek yeh hai ke doctor Morsi sahab ne apni incompetence ko sabit kiya. woh is ke liye competent aadmi nahi hain ke Egypt mein rule karein.</w:t>
      </w:r>
    </w:p>
    <w:p>
      <w:pPr>
        <w:jc w:val="right"/>
      </w:pPr>
      <w:r>
        <w:t>ایک یہ ہے کہ ڈاکٹر برسی صاحب نے اپنی ان کمپیٹنس کو ثابت کیا۔ وہ اس کے لیے کمپیٹنٹ آدمی نہیں ہیں کہ ایجپٹ میں رول کریں۔</w:t>
      </w:r>
    </w:p>
    <w:p>
      <w:r>
        <w:rPr>
          <w:b/>
        </w:rPr>
        <w:t xml:space="preserve">[03:30] </w:t>
      </w:r>
      <w:r>
        <w:t>kyun? yeh bohat hi ek sahi qaul hai ke "Politics is the art of the possible" . toh jo cheez impossible thi, us mein unhon ne chhalang laga di.</w:t>
      </w:r>
    </w:p>
    <w:p>
      <w:pPr>
        <w:jc w:val="right"/>
      </w:pPr>
      <w:r>
        <w:t>کیوں؟ یہ بہت ہی ایک صحیح قول ہے کہ "Politics is the art of the possible" ۔ تو جو چیز امپاسیبل تھی، اس میں انہوں نے چھلانگ لگا دی۔</w:t>
      </w:r>
    </w:p>
    <w:p>
      <w:r>
        <w:rPr>
          <w:b/>
        </w:rPr>
        <w:t xml:space="preserve">[03:42] </w:t>
      </w:r>
      <w:r>
        <w:t>toh kaha jata hai ke "Fools rush in where angels fear to tread" .</w:t>
      </w:r>
    </w:p>
    <w:p>
      <w:pPr>
        <w:jc w:val="right"/>
      </w:pPr>
      <w:r>
        <w:t>تو کہا جاتا ہے کہ "Fools rush in where engines fear to tread" ۔</w:t>
      </w:r>
    </w:p>
    <w:p>
      <w:r>
        <w:rPr>
          <w:b/>
        </w:rPr>
        <w:t xml:space="preserve">[03:49] </w:t>
      </w:r>
      <w:r>
        <w:t>toh unhein janna chahiye tha in advance ke woh is qism ka sadarati farman jari karna un ke bas mein bahar hai.</w:t>
      </w:r>
    </w:p>
    <w:p>
      <w:pPr>
        <w:jc w:val="right"/>
      </w:pPr>
      <w:r>
        <w:t>تو انہیں جاننا چاہیے تھا ان ایڈوانس کہ وہ اس قسم کا صدارتی فرمان جاری کرنا ان کے بس میں باہر ہے۔</w:t>
      </w:r>
    </w:p>
    <w:p>
      <w:r>
        <w:rPr>
          <w:b/>
        </w:rPr>
        <w:t xml:space="preserve">[04:01] </w:t>
      </w:r>
      <w:r>
        <w:t>aisa presidential order jis ko wapas lana pade, woh agar aap jari karte hain toh you only establish your end of incompetence .</w:t>
      </w:r>
    </w:p>
    <w:p>
      <w:pPr>
        <w:jc w:val="right"/>
      </w:pPr>
      <w:r>
        <w:t>ایسا پریزیڈنشل آرڈر جس کو واپس لانا پڑے، وہ اگر آپ جاری کرتے ہیں تو you only establish your end of incompetence ۔</w:t>
      </w:r>
    </w:p>
    <w:p>
      <w:r>
        <w:rPr>
          <w:b/>
        </w:rPr>
        <w:t xml:space="preserve">[04:13] </w:t>
      </w:r>
      <w:r>
        <w:t>that you, aap jante nahi politics kya cheez hai.</w:t>
      </w:r>
    </w:p>
    <w:p>
      <w:pPr>
        <w:jc w:val="right"/>
      </w:pPr>
      <w:r>
        <w:t>دیٹ یو، آپ جانتے نہیں پولیٹکس کیا چیز ہے۔</w:t>
      </w:r>
    </w:p>
    <w:p>
      <w:r>
        <w:rPr>
          <w:b/>
        </w:rPr>
        <w:t xml:space="preserve">[04:18] </w:t>
      </w:r>
      <w:r>
        <w:t>toh ek toh yeh ho gaya. doosri baat, ek bohat is se bhi zyada dangerous yeh hai ke opposition ko unhon ne yeh message diya ke tum dhoom machao,</w:t>
      </w:r>
    </w:p>
    <w:p>
      <w:pPr>
        <w:jc w:val="right"/>
      </w:pPr>
      <w:r>
        <w:t>تو ایک تو یہ ہو گیا۔ دوسری بات، ایک بہت اس سے بھی زیادہ ڈینجرس یہ ہے کہ اپوزیشن کو انہوں نے یہ میسج دیا کہ تم دھوم مچاؤ،</w:t>
      </w:r>
    </w:p>
    <w:p>
      <w:r>
        <w:rPr>
          <w:b/>
        </w:rPr>
        <w:t xml:space="preserve">[04:32] </w:t>
      </w:r>
      <w:r>
        <w:t>street activism chalao to government peechay hatt jaye gi. to aap jantay hain ke government se hamesha kuch kuch complaint rehti hai, kuch na kuch shikayatein rehti hain.</w:t>
      </w:r>
    </w:p>
    <w:p>
      <w:pPr>
        <w:jc w:val="right"/>
      </w:pPr>
      <w:r>
        <w:t>اسٹریٹ ایکٹیوزم چلاؤ تو گورنمنٹ پیچھے ہٹ جائے گی۔ تو آپ جانتے ہیں کہ گورنمنٹ سے ہمیشہ کچھ کچھ کمپلینٹ رہتی ہے، کچھ نہ کچھ شکایتیں رہتی ہیں۔</w:t>
      </w:r>
    </w:p>
    <w:p>
      <w:r>
        <w:rPr>
          <w:b/>
        </w:rPr>
        <w:t xml:space="preserve">[04:44] </w:t>
      </w:r>
      <w:r>
        <w:t>to ab, ab poori un ka jo term hai, poori term mein yeh chalta rahe ga. kuch bhi nahi kar payein ge yeh.</w:t>
      </w:r>
    </w:p>
    <w:p>
      <w:pPr>
        <w:jc w:val="right"/>
      </w:pPr>
      <w:r>
        <w:t>تو اب، اب پوری ان کا جو ٹرم ہے، پوری ٹرم میں یہ چلتا رہے گا۔ کچھ بھی نہیں کر پائیں گے یہ۔</w:t>
      </w:r>
    </w:p>
    <w:p>
      <w:r>
        <w:rPr>
          <w:b/>
        </w:rPr>
        <w:t xml:space="preserve">[04:54] </w:t>
      </w:r>
      <w:r>
        <w:t>ab kya hoga misr mein ke politics of power aik taraf chale gi, aik taraf politics of opposition. dono mein takrao hota rahe ga.</w:t>
      </w:r>
    </w:p>
    <w:p>
      <w:pPr>
        <w:jc w:val="right"/>
      </w:pPr>
      <w:r>
        <w:t>اب کیا ہوگا مصر میں کہ پولیٹکس آف پاور ایک طرف چلے گی، ایک طرف پولیٹکس آف اپوزیشن۔ دونوں میں ٹکراؤ ہوتا رہے گا۔</w:t>
      </w:r>
    </w:p>
    <w:p>
      <w:r>
        <w:rPr>
          <w:b/>
        </w:rPr>
        <w:t xml:space="preserve">[05:03] </w:t>
      </w:r>
      <w:r>
        <w:t>aur result kya hoga ke misr mein koi bhi constitu kaam nahi ho sake ga.</w:t>
      </w:r>
    </w:p>
    <w:p>
      <w:pPr>
        <w:jc w:val="right"/>
      </w:pPr>
      <w:r>
        <w:t>اور رزلٹ کیا ہوگا کہ مصر میں کوئی بھی کانسٹیٹیو کام نہیں ہو سکے گا۔</w:t>
      </w:r>
    </w:p>
    <w:p>
      <w:r>
        <w:rPr>
          <w:b/>
        </w:rPr>
        <w:t xml:space="preserve">[05:12] </w:t>
      </w:r>
      <w:r>
        <w:t>bilkul is mein koi bhi shaq nahi hai. agar koi samjhe ke in sab ke bawajood misr mein constitu kaam hoga to he is living in the food paradise .</w:t>
      </w:r>
    </w:p>
    <w:p>
      <w:pPr>
        <w:jc w:val="right"/>
      </w:pPr>
      <w:r>
        <w:t>بالکل اس میں کوئی بھی شک نہیں ہے۔ اگر کوئی سمجھے کہ ان سب کے باوجود مصر میں کانسٹیٹیو کام ہوگا تو he is living in the food paradise ۔</w:t>
      </w:r>
    </w:p>
    <w:p>
      <w:r>
        <w:rPr>
          <w:b/>
        </w:rPr>
        <w:t xml:space="preserve">[05:26] </w:t>
      </w:r>
      <w:r>
        <w:t>yani yeh unhein show karna, yeh ke apnay ko, yani apnay ko kill karna tha apnay political career ko ke jab tum dhoom machao ge to hum peechay hatt jayen ge.</w:t>
      </w:r>
    </w:p>
    <w:p>
      <w:pPr>
        <w:jc w:val="right"/>
      </w:pPr>
      <w:r>
        <w:t>یعنی یہ انہیں شو کرنا، یہ کہ اپنے کو، یعنی اپنے کو کل کرنا تھا اپنے پولیٹیکل کیریئر کو کہ جب تم دھوم مچاؤ گے تو ہم پیچھے ہٹ جائیں گے۔</w:t>
      </w:r>
    </w:p>
    <w:p>
      <w:r>
        <w:rPr>
          <w:b/>
        </w:rPr>
        <w:t xml:space="preserve">[05:40] </w:t>
      </w:r>
      <w:r>
        <w:t>to purana aik misl hai persian ka ke "kaja kar kunad aaqil ki baz ayad pashaimani" . yani aadmi agar, aadmi aisa kaam kyun kare jis ko usay wapas lena ho?</w:t>
      </w:r>
    </w:p>
    <w:p>
      <w:pPr>
        <w:jc w:val="right"/>
      </w:pPr>
      <w:r>
        <w:t>تو پرانا ایک مثل ہے پرشین کا کہ "کجا کار کند عاقل که باز آید پشیمانی" ۔ یعنی آدمی اگر، آدمی ایسا کام کیوں کرے جس کو اسے واپس لینا ہو؟</w:t>
      </w:r>
    </w:p>
    <w:p>
      <w:r>
        <w:rPr>
          <w:b/>
        </w:rPr>
        <w:t xml:space="preserve">[05:58] </w:t>
      </w:r>
      <w:r>
        <w:t>to unhon ne aik taraf yeh dunya ko dikhaya ke "I am not a competent president of Egypt" . mein politics ko nahi janta.</w:t>
      </w:r>
    </w:p>
    <w:p>
      <w:pPr>
        <w:jc w:val="right"/>
      </w:pPr>
      <w:r>
        <w:t>تو انہوں نے ایک طرف یہ دنیا کو دکھایا کہ "I am not a competent president of Egypt" ۔ میں پولیٹکس کو نہیں جانتا۔</w:t>
      </w:r>
    </w:p>
    <w:p>
      <w:r>
        <w:rPr>
          <w:b/>
        </w:rPr>
        <w:t xml:space="preserve">[06:10] </w:t>
      </w:r>
      <w:r>
        <w:t>ab bataiye ke agar koi president yeh dunya ko, yani message de de to kya, kya woh politics chalaye ga?</w:t>
      </w:r>
    </w:p>
    <w:p>
      <w:pPr>
        <w:jc w:val="right"/>
      </w:pPr>
      <w:r>
        <w:t>اب بتائیے کہ اگر کوئی پریزیڈنٹ یہ دنیا کو، یعنی میسج دے دے تو کیا، کیا وہ پولیٹکس چلائے گا؟</w:t>
      </w:r>
    </w:p>
    <w:p>
      <w:r>
        <w:rPr>
          <w:b/>
        </w:rPr>
        <w:t xml:space="preserve">[06:20] </w:t>
      </w:r>
      <w:r>
        <w:t>doosri baat yeh hui ke opposition ko unhon ne hamesha ke liye yeh message de diya ke tum jab bhi dhoom machao ge to hum peechay hatt jayen ge.</w:t>
      </w:r>
    </w:p>
    <w:p>
      <w:pPr>
        <w:jc w:val="right"/>
      </w:pPr>
      <w:r>
        <w:t>دوسری بات یہ ہوئی کہ اپوزیشن کو انہوں نے ہمیشہ کے لیے یہ میسج دے دیا کہ تم جب بھی دھوم مچاؤ گے تو ہم پیچھے ہٹ جائیں گے۔</w:t>
      </w:r>
    </w:p>
    <w:p>
      <w:r>
        <w:rPr>
          <w:b/>
        </w:rPr>
        <w:t xml:space="preserve">[06:31] </w:t>
      </w:r>
      <w:r>
        <w:t>to aik taraf jo party rule, rule, jo ruling party hai, woh chahe gi apni chalana, do opposition jo hai, woh, woh chahe gi kaat karna.</w:t>
      </w:r>
    </w:p>
    <w:p>
      <w:pPr>
        <w:jc w:val="right"/>
      </w:pPr>
      <w:r>
        <w:t>تو ایک طرف جو پارٹی رول، رول، جو رولنگ پارٹی ہے، وہ چاہے گی اپنی چلانا، دو اپوزیشن جو ہے، وہ، وہ چاہے گی کاٹ کرنا۔</w:t>
      </w:r>
    </w:p>
    <w:p>
      <w:r>
        <w:rPr>
          <w:b/>
        </w:rPr>
        <w:t xml:space="preserve">[06:41] </w:t>
      </w:r>
      <w:r>
        <w:t>to aik taraf se chale gi politics of power aur doosri taraf chale gi politics of opposition. isi mein sara, yani sari term khatam ho jaye gi.</w:t>
      </w:r>
    </w:p>
    <w:p>
      <w:pPr>
        <w:jc w:val="right"/>
      </w:pPr>
      <w:r>
        <w:t>تو ایک طرف سے چلے گی پولیٹکس آف پاور اور دوسری طرف چلے گی پولیٹکس آف اپوزیشن۔ اسی میں سارا، یعنی ساری ٹرم ختم ہو جائے گی۔</w:t>
      </w:r>
    </w:p>
    <w:p>
      <w:r>
        <w:rPr>
          <w:b/>
        </w:rPr>
        <w:t xml:space="preserve">[06:51] </w:t>
      </w:r>
      <w:r>
        <w:t>aur koi bhi constitu kaam egypt mein nahi ho sake ga jaisa ke is se pehle bhi nahi hua.</w:t>
      </w:r>
    </w:p>
    <w:p>
      <w:pPr>
        <w:jc w:val="right"/>
      </w:pPr>
      <w:r>
        <w:t>اور کوئی بھی کانسٹیٹیو کام ایجپٹ میں نہیں ہو سکے گا جیسا کہ اس سے پہلے بھی نہیں ہوا۔</w:t>
      </w:r>
    </w:p>
    <w:p>
      <w:r>
        <w:rPr>
          <w:b/>
        </w:rPr>
        <w:t xml:space="preserve">[07:00] </w:t>
      </w:r>
      <w:r>
        <w:t>is ko sochte hue mujhe yaad aya ke Allah taala ne kitna bara insaan ko message diya tha aik dam shuru hi mein.</w:t>
      </w:r>
    </w:p>
    <w:p>
      <w:pPr>
        <w:jc w:val="right"/>
      </w:pPr>
      <w:r>
        <w:t>اس کو سوچتے ہوئے مجھے یاد آیا کہ اللہ تعالیٰ نے کتنا بڑا انسان کو میسج دیا تھا ایک دم شروع ہی میں۔</w:t>
      </w:r>
    </w:p>
    <w:p>
      <w:r>
        <w:rPr>
          <w:b/>
        </w:rPr>
        <w:t xml:space="preserve">[07:12] </w:t>
      </w:r>
      <w:r>
        <w:t>yani zindagi ka jo raaz hai, woh Allah taala ne shuru hi mein bata diya tha lekin poori history guzar gayi aur insaan is ko follow nahi kar saka.</w:t>
      </w:r>
    </w:p>
    <w:p>
      <w:pPr>
        <w:jc w:val="right"/>
      </w:pPr>
      <w:r>
        <w:t>یعنی زندگی کا جو راز ہے، وہ اللہ تعالیٰ نے شروع ہی میں بتا دیا تھا لیکن پوری ہسٹری گزر گئی اور انسان اس کو فالو نہیں کر سکا۔</w:t>
      </w:r>
    </w:p>
    <w:p>
      <w:r>
        <w:rPr>
          <w:b/>
        </w:rPr>
        <w:t xml:space="preserve">[07:24] </w:t>
      </w:r>
      <w:r>
        <w:t>woh raaz kya hai?</w:t>
      </w:r>
    </w:p>
    <w:p>
      <w:pPr>
        <w:jc w:val="right"/>
      </w:pPr>
      <w:r>
        <w:t>وہ راز کیا ہے؟</w:t>
      </w:r>
    </w:p>
    <w:p>
      <w:r>
        <w:rPr>
          <w:b/>
        </w:rPr>
        <w:t xml:space="preserve">[07:27] </w:t>
      </w:r>
      <w:r>
        <w:t>dekhiye, Allah taala ne paida kiya tha pehle Adam ko jo first man thay. to us waqt Adam, insaan ke ilawa do aur log thay, aik jin aur doosre angels, yani jinat aur farishtay.</w:t>
      </w:r>
    </w:p>
    <w:p>
      <w:pPr>
        <w:jc w:val="right"/>
      </w:pPr>
      <w:r>
        <w:t>دیکھیے، اللہ تعالیٰ نے پیدا کیا تھا پہلے آدم کو جو فرسٹ مین تھے۔ تو اس وقت آدم، انسان کے علاوہ دو اور لوگ تھے، ایک جن اور دوسرے اینجلز، یعنی جنات اور فرشتے۔</w:t>
      </w:r>
    </w:p>
    <w:p>
      <w:r>
        <w:rPr>
          <w:b/>
        </w:rPr>
        <w:t xml:space="preserve">[07:47] </w:t>
      </w:r>
      <w:r>
        <w:t>to quran mein bataya gaya hai ke Allah taala ne jab insaan ko paida kiya to jin aur malaika dono se kaha ke tum is ke aagay jhuk jao.</w:t>
      </w:r>
    </w:p>
    <w:p>
      <w:pPr>
        <w:jc w:val="right"/>
      </w:pPr>
      <w:r>
        <w:t>تو قرآن میں بتایا گیا ہے کہ اللہ تعالیٰ نے جب انسان کو پیدا کیا تو جن اور ملائکہ دونوں سے کہا کہ تم اس کے آگے جھک جاؤ۔</w:t>
      </w:r>
    </w:p>
    <w:p>
      <w:r>
        <w:rPr>
          <w:b/>
        </w:rPr>
        <w:t xml:space="preserve">[07:58] </w:t>
      </w:r>
      <w:r>
        <w:t>jhukne ka matlab kya tha? jhukna jo hai, Allah taala ka jo creational plan hai, us ko batana tha. kyun ke Adam ko Allah ne degree ka declare kiya tha ke yeh khalifa, yani khaleefa ho gaya zameen par.</w:t>
      </w:r>
    </w:p>
    <w:p>
      <w:pPr>
        <w:jc w:val="right"/>
      </w:pPr>
      <w:r>
        <w:t>جھکنے کا مطلب کیا تھا؟ جھکنا جو ہے، اللہ تعالیٰ کا جو کریشنل پلان ہے، اس کو بتانا تھا۔ کیونکہ آدم کو اللہ نے ڈگری کا ڈیکلیئر کیا تھا کہ یہ خلاف، یعنی خلیفہ ہو گیا زمین پر۔</w:t>
      </w:r>
    </w:p>
    <w:p>
      <w:r>
        <w:rPr>
          <w:b/>
        </w:rPr>
        <w:t xml:space="preserve">[08:14] </w:t>
      </w:r>
      <w:r>
        <w:t>khilafat di un ko. khilafat ka matlab kya hai? political power. khilafat koi holy institution nahi hai.</w:t>
      </w:r>
    </w:p>
    <w:p>
      <w:pPr>
        <w:jc w:val="right"/>
      </w:pPr>
      <w:r>
        <w:t>خلافت دی ان کو۔ خلافت کا مطلب کیا ہے؟ پولیٹیکل پاور۔ خلافت کوئی ہولی انسٹیٹیوشن نہیں ہے۔</w:t>
      </w:r>
    </w:p>
    <w:p>
      <w:r>
        <w:rPr>
          <w:b/>
        </w:rPr>
        <w:t xml:space="preserve">[08:24] </w:t>
      </w:r>
      <w:r>
        <w:t>aik temporary period ke liye political power. yahi hai khilafat. to</w:t>
      </w:r>
    </w:p>
    <w:p>
      <w:pPr>
        <w:jc w:val="right"/>
      </w:pPr>
      <w:r>
        <w:t>ایک ٹیمپریری پیریڈ کے لیے پولیٹیکل پاور۔ یہی ہے خلافت۔ تو</w:t>
      </w:r>
    </w:p>
    <w:p>
      <w:r>
        <w:rPr>
          <w:b/>
        </w:rPr>
        <w:t xml:space="preserve">[08:33] </w:t>
      </w:r>
      <w:r>
        <w:t>firishton ne doubt kiya aur jin ka jo iblis, jo jin jinon ka jo sardar tha, iblis, us ne is ko challenge kiya.</w:t>
      </w:r>
    </w:p>
    <w:p>
      <w:pPr>
        <w:jc w:val="right"/>
      </w:pPr>
      <w:r>
        <w:t>فرشتوں نے ڈاؤٹ کیا اور جن کا جو ابلیس، جو جن جنوں کا جو سردار تھا، ابلیس، اس نے اس کو چیلنج کیا۔</w:t>
      </w:r>
    </w:p>
    <w:p>
      <w:r>
        <w:rPr>
          <w:b/>
        </w:rPr>
        <w:t xml:space="preserve">[08:46] </w:t>
      </w:r>
      <w:r>
        <w:t>yani yeh us ne dikhaya ke Adam se zyada mein is ka, mera right hai, mein, mein zyada haqdar hoon is ka.</w:t>
      </w:r>
    </w:p>
    <w:p>
      <w:pPr>
        <w:jc w:val="right"/>
      </w:pPr>
      <w:r>
        <w:t>یعنی یہ اس نے دکھایا کہ آدم سے زیادہ میں اس کا، میرا رائٹ ہے، میں، میں زیادہ حقدار ہوں اس کا۔</w:t>
      </w:r>
    </w:p>
    <w:p>
      <w:r>
        <w:rPr>
          <w:b/>
        </w:rPr>
        <w:t xml:space="preserve">[08:57] </w:t>
      </w:r>
      <w:r>
        <w:t>ab aap dekhiye ke kya hua ke firishton ne to rethink kiya. rethink kar ke unhon ne apnay ko adjust kar liya.</w:t>
      </w:r>
    </w:p>
    <w:p>
      <w:pPr>
        <w:jc w:val="right"/>
      </w:pPr>
      <w:r>
        <w:t>اب آپ دیکھیے کہ کیا ہوا کہ فرشتوں نے تو ری تھنک کیا۔ ری تھنک کر کے انہوں نے اپنے کو ایڈجسٹ کر لیا۔</w:t>
      </w:r>
    </w:p>
    <w:p>
      <w:r>
        <w:rPr>
          <w:b/>
        </w:rPr>
        <w:t xml:space="preserve">[09:09] </w:t>
      </w:r>
      <w:r>
        <w:t>lekin jo iblis tha, us ne rethink nahi kiya. woh apnay, yani us ne apnay tareeqay par woh qaim raha.</w:t>
      </w:r>
    </w:p>
    <w:p>
      <w:pPr>
        <w:jc w:val="right"/>
      </w:pPr>
      <w:r>
        <w:t>لیکن جو ابلیس تھا، اس نے ری تھنک نہیں کیا۔ وہ اپنے، یعنی اس نے اپنے طریقے پر وہ قائم رہا۔</w:t>
      </w:r>
    </w:p>
    <w:p>
      <w:r>
        <w:rPr>
          <w:b/>
        </w:rPr>
        <w:t xml:space="preserve">[09:21] </w:t>
      </w:r>
      <w:r>
        <w:t>yahan tak ke nateeja kya hua ke Khuda ne Iblees ko aur us ki poori jo community thi, us ko apni blessing se mahroom kar diya.</w:t>
      </w:r>
    </w:p>
    <w:p>
      <w:pPr>
        <w:jc w:val="right"/>
      </w:pPr>
      <w:r>
        <w:t>یہاں تک کہ نتیجہ کیا ہوا کہ خدا نے ابلیس کو اور اس کی پوری جو کمیونٹی تھی، اس کو اپنی بلیسنگ سے محروم کر دیا۔</w:t>
      </w:r>
    </w:p>
    <w:p>
      <w:r>
        <w:rPr>
          <w:b/>
        </w:rPr>
        <w:t xml:space="preserve">[09:35] </w:t>
      </w:r>
      <w:r>
        <w:t>Quran mein ek lanat kiya, lanat ka matlab hai blessing se mahroom karna. To abadi tor par jinnat jo hai aur Iblees jo hai, Allah ki blessing se mahroom ho gaye.</w:t>
      </w:r>
    </w:p>
    <w:p>
      <w:pPr>
        <w:jc w:val="right"/>
      </w:pPr>
      <w:r>
        <w:t>قرآن میں ایک لعنت کیا، لعنت کا مطلب ہے بلیسنگ سے محروم کرنا۔ تو ابدی طور پر جنات جو ہے اور ابلیس جو ہے، اللہ کی بلیسنگ سے محروم ہو گئے۔</w:t>
      </w:r>
    </w:p>
    <w:p>
      <w:r>
        <w:rPr>
          <w:b/>
        </w:rPr>
        <w:t xml:space="preserve">[09:49] </w:t>
      </w:r>
      <w:r>
        <w:t>yeh kya hai</w:t>
      </w:r>
    </w:p>
    <w:p>
      <w:pPr>
        <w:jc w:val="right"/>
      </w:pPr>
      <w:r>
        <w:t>یہ کیا ہے</w:t>
      </w:r>
    </w:p>
    <w:p>
      <w:r>
        <w:rPr>
          <w:b/>
        </w:rPr>
        <w:t xml:space="preserve">[09:51] </w:t>
      </w:r>
      <w:r>
        <w:t>? Yeh bilkul, yaani jab zindagi shuru hui, jab insaan ka aaghaz hua, usi waqt Allah ne bata diya hai ke zindagi ka kamyab zindagi ka raaz kya hoga.</w:t>
      </w:r>
    </w:p>
    <w:p>
      <w:pPr>
        <w:jc w:val="right"/>
      </w:pPr>
      <w:r>
        <w:t>؟ یہ بالکل، یعنی جب زندگی شروع ہوئی، جب انسان کا آغاز ہوا، اسی وقت اللہ نے بتا دیا ہے کہ زندگی کا کامیاب زندگی کا راز کیا ہوگا۔</w:t>
      </w:r>
    </w:p>
    <w:p>
      <w:r>
        <w:rPr>
          <w:b/>
        </w:rPr>
        <w:t xml:space="preserve">[10:04] </w:t>
      </w:r>
      <w:r>
        <w:t>woh yeh hai ke yahan par ek hai Allah ka creation plan, ek hai Khuda ki scheme of things. To tum ko is se mutabiqat karni hogi.</w:t>
      </w:r>
    </w:p>
    <w:p>
      <w:pPr>
        <w:jc w:val="right"/>
      </w:pPr>
      <w:r>
        <w:t>وہ یہ ہے کہ یہاں پر ایک ہے اللہ کا کریشن پلان، ایک ہے خدا کی اسکیم آف تھنگز۔ تو تم کو اس سے مطابقت کرنی ہوگی۔</w:t>
      </w:r>
    </w:p>
    <w:p>
      <w:r>
        <w:rPr>
          <w:b/>
        </w:rPr>
        <w:t xml:space="preserve">[10:14] </w:t>
      </w:r>
      <w:r>
        <w:t>agar tum se mutabiqat nahi karoge to tum khud is ko, yaani is ki price tum ko khud deni padegi.</w:t>
      </w:r>
    </w:p>
    <w:p>
      <w:pPr>
        <w:jc w:val="right"/>
      </w:pPr>
      <w:r>
        <w:t>اگر تم سے مطابقت نہیں کرو گے تو تم خود اس کو، یعنی اس کی پرائس تم کو خود دینی پڑے گی۔</w:t>
      </w:r>
    </w:p>
    <w:p>
      <w:r>
        <w:rPr>
          <w:b/>
        </w:rPr>
        <w:t xml:space="preserve">[10:23] </w:t>
      </w:r>
      <w:r>
        <w:t>tum ko khud is ki price deni padegi. To khilafat jo hai, woh kisi ki monopoly nahi hai, kisi ka haq nahi hai hamesha ke liye.</w:t>
      </w:r>
    </w:p>
    <w:p>
      <w:pPr>
        <w:jc w:val="right"/>
      </w:pPr>
      <w:r>
        <w:t>تم کو خود اس کی پرائس دینی پڑے گی۔ تو خلافت جو ہے، وہ کسی کی موناپولی نہیں ہے، کسی کا حق نہیں ہے ہمیشہ کے لیے۔</w:t>
      </w:r>
    </w:p>
    <w:p>
      <w:r>
        <w:rPr>
          <w:b/>
        </w:rPr>
        <w:t xml:space="preserve">[10:31] </w:t>
      </w:r>
      <w:r>
        <w:t>khilafat badalti rahegi. Khalifa ka matlab yeh hai qawmun yakhlufu ba'dhun ba'dhan. Kabhi yeh, kabhi woh, kabhi yeh, kabhi woh.</w:t>
      </w:r>
    </w:p>
    <w:p>
      <w:pPr>
        <w:jc w:val="right"/>
      </w:pPr>
      <w:r>
        <w:t>خلافت بدلتی رہے گی۔ خلیفہ کا مطلب یہ ہے قوما یخلف بعض بعضا ۔ کبھی یہ، کبھی وہ، کبھی یہ، کبھی وہ۔</w:t>
      </w:r>
    </w:p>
    <w:p>
      <w:r>
        <w:rPr>
          <w:b/>
        </w:rPr>
        <w:t xml:space="preserve">[10:41] </w:t>
      </w:r>
      <w:r>
        <w:t>to agar yeh aadmi chahe ke meri monopoly ho jaye to nateeja kya hoga? Ke woh khud hi fail ho jayega.</w:t>
      </w:r>
    </w:p>
    <w:p>
      <w:pPr>
        <w:jc w:val="right"/>
      </w:pPr>
      <w:r>
        <w:t>تو اگر یہ آدمی چاہے کہ میری موناپولی ہو جائے تو نتیجہ کیا ہوگا؟ کہ وہ خود ہی فیل ہو جائے گا۔</w:t>
      </w:r>
    </w:p>
    <w:p>
      <w:r>
        <w:rPr>
          <w:b/>
        </w:rPr>
        <w:t xml:space="preserve">[10:50] </w:t>
      </w:r>
      <w:r>
        <w:t>yeh poori zindagi mein hi mamla hai, sirf politics mein nahi hai. Poori zindagi mein mamla yahi hai ke aadmi ke liye do option hota hai hamesha. Ya to Allah taala ki jo scheme hai, us se adjust kar ke apni zindagi ka naqsha banaye, ya yeh ke us ko challenge kare, us se lade.</w:t>
      </w:r>
    </w:p>
    <w:p>
      <w:pPr>
        <w:jc w:val="right"/>
      </w:pPr>
      <w:r>
        <w:t>یہ پوری زندگی میں ہی معاملہ ہے، صرف پولیٹکس میں نہیں ہے۔ پوری زندگی میں معاملہ یہی ہے کہ آدمی کے لیے دو آپشن ہوتا ہے ہمیشہ۔ یا تو اللہ تعالیٰ کی جو اسکیم ہے، اس سے ایڈجسٹ کر کے اپنی زندگی کا نقشہ بنائے، یا یہ کہ اس کو چیلنج کرے، اس سے لڑے۔</w:t>
      </w:r>
    </w:p>
    <w:p>
      <w:r>
        <w:rPr>
          <w:b/>
        </w:rPr>
        <w:t xml:space="preserve">[11:10] </w:t>
      </w:r>
      <w:r>
        <w:t>to do option hain. Ek option jo hai, possible ka option hai, ek ek option hai impossible ka option. To</w:t>
      </w:r>
    </w:p>
    <w:p>
      <w:pPr>
        <w:jc w:val="right"/>
      </w:pPr>
      <w:r>
        <w:t>تو دو آپشن ہیں۔ ایک آپشن جو ہے، پاسیبل کا آپشن ہے، ایک ایک آپشن ہے امپاسیبل کا آپشن۔ تو</w:t>
      </w:r>
    </w:p>
    <w:p>
      <w:r>
        <w:rPr>
          <w:b/>
        </w:rPr>
        <w:t xml:space="preserve">[11:22] </w:t>
      </w:r>
      <w:r>
        <w:t>Angels ne possible ka option liya, is liye un ka koi kaam bigra nahi. Aur Iblees ne impossible ka option liya to woh khud hi fail ho gaya.</w:t>
      </w:r>
    </w:p>
    <w:p>
      <w:pPr>
        <w:jc w:val="right"/>
      </w:pPr>
      <w:r>
        <w:t>اینجلز نے پاسیبل کا آپشن لیا، اس لیے ان کا کوئی کام بگڑا نہیں۔ اور ابلیس نے امپاسیبل کا آپشن لیا تو وہ خود ہی فیل ہو گیا۔</w:t>
      </w:r>
    </w:p>
    <w:p>
      <w:r>
        <w:rPr>
          <w:b/>
        </w:rPr>
        <w:t xml:space="preserve">[11:34] </w:t>
      </w:r>
      <w:r>
        <w:t>yeh poori zindagi mein jaari hai yeh. Aur yeh sirf politics ki baat nahi hai. Family life se le kar political life tak, social life se le kar national life tak, yahan tak ke international life tak, har jagah yahi hai.</w:t>
      </w:r>
    </w:p>
    <w:p>
      <w:pPr>
        <w:jc w:val="right"/>
      </w:pPr>
      <w:r>
        <w:t>یہ پوری زندگی میں جاری ہے یہ۔ اور یہ صرف پولیٹکس کی بات نہیں ہے۔ فیملی لائف سے لے کر پولیٹیکل لائف تک، سوشل لائف سے لے کر نیشنل لائف تک، یہاں تک کہ انٹرنیشنل لائف تک، ہر جگہ یہی ہے۔</w:t>
      </w:r>
    </w:p>
    <w:p>
      <w:r>
        <w:rPr>
          <w:b/>
        </w:rPr>
        <w:t xml:space="preserve">[11:49] </w:t>
      </w:r>
      <w:r>
        <w:t>har jagah aap do option ke beech mein hote hain. Ek hota hai possible, ek hota hai impossible. To agar aap ne possible ka option liya to aap kamyab ho gaye.</w:t>
      </w:r>
    </w:p>
    <w:p>
      <w:pPr>
        <w:jc w:val="right"/>
      </w:pPr>
      <w:r>
        <w:t>ہر جگہ آپ دو آپشن کے بیچ میں ہوتے ہیں۔ ایک ہوتا ہے پاسیبل، ایک ہوتا ہے امپاسیبل۔ تو اگر آپ نے پاسیبل کا آپشن لیا تو آپ کامیاب ہو گئے۔</w:t>
      </w:r>
    </w:p>
    <w:p>
      <w:r>
        <w:rPr>
          <w:b/>
        </w:rPr>
        <w:t xml:space="preserve">[12:00] </w:t>
      </w:r>
      <w:r>
        <w:t>impossible ka option liya to nakaam ho gaye aap.</w:t>
      </w:r>
    </w:p>
    <w:p>
      <w:pPr>
        <w:jc w:val="right"/>
      </w:pPr>
      <w:r>
        <w:t>امپاسیبل کا آپشن لیا تو ناکام ہو گئے آپ۔</w:t>
      </w:r>
    </w:p>
    <w:p>
      <w:r>
        <w:rPr>
          <w:b/>
        </w:rPr>
        <w:t xml:space="preserve">[12:06] </w:t>
      </w:r>
      <w:r>
        <w:t>ab main aap ko Egypt ki history ke bare mein kuch bataunga. Yeh jo history Egypt ki hai, yeh sirf shuru hoti hai 1952 se</w:t>
      </w:r>
    </w:p>
    <w:p>
      <w:pPr>
        <w:jc w:val="right"/>
      </w:pPr>
      <w:r>
        <w:t>اب میں آپ کو ایجپٹ کی ہسٹری کے بارے میں کچھ بتاؤں گا۔ یہ جو ہسٹری ایجپٹ کی ہے، یہ صرف شروع ہوتی ہے 1952 سے</w:t>
      </w:r>
    </w:p>
    <w:p>
      <w:r>
        <w:rPr>
          <w:b/>
        </w:rPr>
        <w:t xml:space="preserve">[12:18] </w:t>
      </w:r>
      <w:r>
        <w:t>. Yaani Islam ke naam par jo wahan politics chalai gayi. Egypt mein, yaani Islamic politics chalai gayi 1950 ke aas paas. Is waqt wahan par jo king the, woh the Farooq.</w:t>
      </w:r>
    </w:p>
    <w:p>
      <w:pPr>
        <w:jc w:val="right"/>
      </w:pPr>
      <w:r>
        <w:t>۔ یعنی اسلام کے نام پر جو وہاں پولیٹکس چلائی گئی۔ ایجپٹ میں، یعنی اسلامک پولیٹکس چلائی گئی 1950 کے آس پاس۔ اس وقت وہاں پر جو کنگ تھے، وہ تھے فاروق۔</w:t>
      </w:r>
    </w:p>
    <w:p>
      <w:r>
        <w:rPr>
          <w:b/>
        </w:rPr>
        <w:t xml:space="preserve">[12:31] </w:t>
      </w:r>
      <w:r>
        <w:t>King Farooq ko depose kiya gaya. Ek hungama khara hua wahan Islam ke naam par ke yeh Islam ke khilaf un ki zindagi hai.</w:t>
      </w:r>
    </w:p>
    <w:p>
      <w:pPr>
        <w:jc w:val="right"/>
      </w:pPr>
      <w:r>
        <w:t>کنگ فاروق کو ڈیپوز کیا گیا۔ ایک ہنگامہ کھڑا ہوا وہاں اسلام کے نام پر کہ یہ اسلام کے خلاف ان کی زندگی ہے۔</w:t>
      </w:r>
    </w:p>
    <w:p>
      <w:r>
        <w:rPr>
          <w:b/>
        </w:rPr>
        <w:t xml:space="preserve">[12:43] </w:t>
      </w:r>
      <w:r>
        <w:t>acha, is ke baad hua kya?</w:t>
      </w:r>
    </w:p>
    <w:p>
      <w:pPr>
        <w:jc w:val="right"/>
      </w:pPr>
      <w:r>
        <w:t>اچھا، اس کے بعد ہوا کیا؟</w:t>
      </w:r>
    </w:p>
    <w:p>
      <w:r>
        <w:rPr>
          <w:b/>
        </w:rPr>
        <w:t xml:space="preserve">[12:46] </w:t>
      </w:r>
      <w:r>
        <w:t>is ke baad yeh hua ke jo log aaye, wohi karte rahe jo ab Morsi sahib ne kiya. Ke arbitrary order jaari karte rahe. Aur is, is yaani khud bhi wahi karte rahe jo King Farooq ne kiya tha.</w:t>
      </w:r>
    </w:p>
    <w:p>
      <w:pPr>
        <w:jc w:val="right"/>
      </w:pPr>
      <w:r>
        <w:t>اس کے بعد یہ ہوا کہ جو لوگ آئے، وہ وہی کرتے رہے جو اب مرسی صاحب نے کیا۔ کہ آربیٹری آرڈر جاری کرتے رہے۔ اور اس، اس یعنی خود بھی وہی کرتے رہے جو کنگ فاروق نے کیا تھا۔</w:t>
      </w:r>
    </w:p>
    <w:p>
      <w:r>
        <w:rPr>
          <w:b/>
        </w:rPr>
        <w:t xml:space="preserve">[13:00] </w:t>
      </w:r>
      <w:r>
        <w:t>yaani, yaani, yaani sara power mere paas ho, jo chahoon main karoon. To ek ke baad ek opposition ka victim bante rahe.</w:t>
      </w:r>
    </w:p>
    <w:p>
      <w:pPr>
        <w:jc w:val="right"/>
      </w:pPr>
      <w:r>
        <w:t>یعنی، یعنی، یعنی سارا پاور میرے پاس ہو، جو چاہوں میں کروں۔ تو ایک کے بعد ایک اپوزیشن کا وکٹم بنتے رہے۔</w:t>
      </w:r>
    </w:p>
    <w:p>
      <w:r>
        <w:rPr>
          <w:b/>
        </w:rPr>
        <w:t xml:space="preserve">[13:11] </w:t>
      </w:r>
      <w:r>
        <w:t>aap dekhiye, poora 60 saal beet gaya hai.</w:t>
      </w:r>
    </w:p>
    <w:p>
      <w:pPr>
        <w:jc w:val="right"/>
      </w:pPr>
      <w:r>
        <w:t>آپ دیکھیے، پورا 60 سال بیت گیا ہے۔</w:t>
      </w:r>
    </w:p>
    <w:p>
      <w:r>
        <w:rPr>
          <w:b/>
        </w:rPr>
        <w:t xml:space="preserve">[13:16] </w:t>
      </w:r>
      <w:r>
        <w:t>1952 mein King Farooq ko depose kiya gaya. Is ke baad aaye Najib. Najib ke khilaf opposition hui, woh bhi hata diye gaye.</w:t>
      </w:r>
    </w:p>
    <w:p>
      <w:pPr>
        <w:jc w:val="right"/>
      </w:pPr>
      <w:r>
        <w:t>1952 میں کنگ فاروق کو ڈیپوز کیا گیا۔ اس کے بعد آئے نجیب۔ نجیب کے خلاف اپوزیشن ہوئی، وہ بھی ہٹا دیے گئے۔</w:t>
      </w:r>
    </w:p>
    <w:p>
      <w:r>
        <w:rPr>
          <w:b/>
        </w:rPr>
        <w:t xml:space="preserve">[13:27] </w:t>
      </w:r>
      <w:r>
        <w:t>is ke baad aaye Jamal Abdul Nasser. Un ke khilaf opposition hui, woh hataye to nahi gaye lekin woh collapse kar gaye aur mar gaye jaldi.</w:t>
      </w:r>
    </w:p>
    <w:p>
      <w:pPr>
        <w:jc w:val="right"/>
      </w:pPr>
      <w:r>
        <w:t>اس کے بعد آئے جمال عبدالناصر۔ ان کے خلاف اپوزیشن ہوئی، وہ ہٹائے تو نہیں گئے لیکن وہ کولیپس کر گئے اور مر گئے جلدی۔</w:t>
      </w:r>
    </w:p>
    <w:p>
      <w:r>
        <w:rPr>
          <w:b/>
        </w:rPr>
        <w:t xml:space="preserve">[13:38] </w:t>
      </w:r>
      <w:r>
        <w:t>is ke baad phir aaye Hosni Mubarak, woh, woh aaye Anwar Sadat.</w:t>
      </w:r>
    </w:p>
    <w:p>
      <w:pPr>
        <w:jc w:val="right"/>
      </w:pPr>
      <w:r>
        <w:t>اس کے بعد پھر آئے حسنی بوار، وہ، وہ آئے انور سادات۔</w:t>
      </w:r>
    </w:p>
    <w:p>
      <w:r>
        <w:rPr>
          <w:b/>
        </w:rPr>
        <w:t xml:space="preserve">[13:44] </w:t>
      </w:r>
      <w:r>
        <w:t>un ke khilaaf phir opposition hui aur goli maari gayi un ko. aur yeh sab islam ke naam par hua. un ke baad phir aaye husni mubarak.</w:t>
      </w:r>
    </w:p>
    <w:p>
      <w:pPr>
        <w:jc w:val="right"/>
      </w:pPr>
      <w:r>
        <w:t>ان کے خلاف پھر اپوزیشن ہوئی اور گولی ماری گئی ان کو۔ اور یہ سب اسلام کے نام پر ہوا۔ ان کے بعد پھر آئے حسنی مبارک۔</w:t>
      </w:r>
    </w:p>
    <w:p>
      <w:r>
        <w:rPr>
          <w:b/>
        </w:rPr>
        <w:t xml:space="preserve">[13:53] </w:t>
      </w:r>
      <w:r>
        <w:t>husni mubarak ke khilaaf phir opposition ki movement chali aur un ko depose kiya gaya. ab is ke baad ab aaye hain doctor muhammad morsi.</w:t>
      </w:r>
    </w:p>
    <w:p>
      <w:pPr>
        <w:jc w:val="right"/>
      </w:pPr>
      <w:r>
        <w:t>حسنی مبارک کے خلاف پھر اپوزیشن کی موومنٹ چلی اور ان کو ڈیپوز کیا گیا۔ اب اس کے بعد اب آئے ہیں ڈاکٹر محمد مرسی۔</w:t>
      </w:r>
    </w:p>
    <w:p>
      <w:r>
        <w:rPr>
          <w:b/>
        </w:rPr>
        <w:t xml:space="preserve">[14:04] </w:t>
      </w:r>
      <w:r>
        <w:t>un ke khilaaf phir opposition shuru ho gayi hai. yeh sab kyun hai?</w:t>
      </w:r>
    </w:p>
    <w:p>
      <w:pPr>
        <w:jc w:val="right"/>
      </w:pPr>
      <w:r>
        <w:t>ان کے خلاف پھر اپوزیشن شروع ہو گئی ہے۔ یہ سب کیوں ہے؟</w:t>
      </w:r>
    </w:p>
    <w:p>
      <w:r>
        <w:rPr>
          <w:b/>
        </w:rPr>
        <w:t xml:space="preserve">[14:08] </w:t>
      </w:r>
      <w:r>
        <w:t>yeh saare log is baat ko jaante nahin ke hum ek hai, hamare liye possible, ek hai hamare liye impossible. possible ko agar hum lena chahenge to woh hamein mil jayega.</w:t>
      </w:r>
    </w:p>
    <w:p>
      <w:pPr>
        <w:jc w:val="right"/>
      </w:pPr>
      <w:r>
        <w:t>یہ سارے لوگ اس بات کو جانتے نہیں کہ ہم ایک ہے، ہمارے لیے پاسیبل، ایک ہے ہمارے لیے امپاسیبل۔ پاسیبل کو اگر ہم لینا چاہیں گے تو وہ ہمیں مل جائے گا۔</w:t>
      </w:r>
    </w:p>
    <w:p>
      <w:r>
        <w:rPr>
          <w:b/>
        </w:rPr>
        <w:t xml:space="preserve">[14:21] </w:t>
      </w:r>
      <w:r>
        <w:t>impossible ko lena chahenge to woh nahin milega. woh kya hai? woh yeh hai ke politics jo hai, woh sirf aap ko limited power deti hai.</w:t>
      </w:r>
    </w:p>
    <w:p>
      <w:pPr>
        <w:jc w:val="right"/>
      </w:pPr>
      <w:r>
        <w:t>امپاسیبل کو لینا چاہیں گے تو وہ نہیں ملے گا۔ وہ کیا ہے؟ وہ یہ ہے کہ پولیٹکس جو ہے، وہ صرف آپ کو لمیٹڈ پاور دیتی ہے۔</w:t>
      </w:r>
    </w:p>
    <w:p>
      <w:r>
        <w:rPr>
          <w:b/>
        </w:rPr>
        <w:t xml:space="preserve">[14:34] </w:t>
      </w:r>
      <w:r>
        <w:t>total power nahin deti.</w:t>
      </w:r>
    </w:p>
    <w:p>
      <w:pPr>
        <w:jc w:val="right"/>
      </w:pPr>
      <w:r>
        <w:t>ٹوٹل پاور نہیں دیتی۔</w:t>
      </w:r>
    </w:p>
    <w:p>
      <w:r>
        <w:rPr>
          <w:b/>
        </w:rPr>
        <w:t xml:space="preserve">[14:36] </w:t>
      </w:r>
      <w:r>
        <w:t>to limited power par aap content kijiye. limited power mein apna kaam kijiye aap. aap chahein ke saara qabza kar lein to yeh mumkin nahin hai.</w:t>
      </w:r>
    </w:p>
    <w:p>
      <w:pPr>
        <w:jc w:val="right"/>
      </w:pPr>
      <w:r>
        <w:t>تو لمیٹڈ پاور پر آپ کنٹینٹ کیجیے۔ لمیٹڈ پاور میں اپنا کام کیجیے آپ۔ آپ چاہیں کہ سارا قبضہ کر لیں تو یہ ممکن نہیں ہے۔</w:t>
      </w:r>
    </w:p>
    <w:p>
      <w:r>
        <w:rPr>
          <w:b/>
        </w:rPr>
        <w:t xml:space="preserve">[14:46] </w:t>
      </w:r>
      <w:r>
        <w:t>to har aadmi jo aata hai, woh chahta hai ke yaani arbitrary power mil jaye us ko. aur woh accept nahin hota.</w:t>
      </w:r>
    </w:p>
    <w:p>
      <w:pPr>
        <w:jc w:val="right"/>
      </w:pPr>
      <w:r>
        <w:t>تو ہر آدمی جو آتا ہے، وہ چاہتا ہے کہ یعنی آربیٹری پاور مل جائے اس کو۔ اور وہ ایکسیپٹ نہیں ہوتا۔</w:t>
      </w:r>
    </w:p>
    <w:p>
      <w:r>
        <w:rPr>
          <w:b/>
        </w:rPr>
        <w:t xml:space="preserve">[14:56] </w:t>
      </w:r>
      <w:r>
        <w:t>woh baar baar aata hai, baar baar jaata hai. to 60 baras beet gaye is false islamic politics mein</w:t>
      </w:r>
    </w:p>
    <w:p>
      <w:pPr>
        <w:jc w:val="right"/>
      </w:pPr>
      <w:r>
        <w:t>وہ بار بار آتا ہے، بار بار جاتا ہے۔ تو 60 برس بیت گئے اس فالس اسلامک پولیٹکس میں</w:t>
      </w:r>
    </w:p>
    <w:p>
      <w:r>
        <w:rPr>
          <w:b/>
        </w:rPr>
        <w:t xml:space="preserve">[15:03] </w:t>
      </w:r>
      <w:r>
        <w:t>. is ko islamic politics kehte hain. yeh log, main is ko false islamic politics samajhta hoon. kyunke woh it is against the Christian plan of God Khuda to yeh keh raha hai ke tum is dunya mein tum ko saara power nahin milega.</w:t>
      </w:r>
    </w:p>
    <w:p>
      <w:pPr>
        <w:jc w:val="right"/>
      </w:pPr>
      <w:r>
        <w:t>۔ اس کو اسلامک پولیٹکس کہتے ہیں۔ یہ لوگ، میں اس کو فالس اسلامک پولیٹکس سمجھتا ہوں۔ کیونکہ وہ it is against the Christian plan of God خدا تو یہ کہہ رہا ہے کہ تم اس دنیا میں تم کو سارا پاور نہیں ملے گا۔</w:t>
      </w:r>
    </w:p>
    <w:p>
      <w:r>
        <w:rPr>
          <w:b/>
        </w:rPr>
        <w:t xml:space="preserve">[15:17] </w:t>
      </w:r>
      <w:r>
        <w:t>kuch power milega. baqiya tum ko doosre ko dena padega. lekin is ke liye nahin raazi nahin le. yeh, yeh log ho rahe hain.</w:t>
      </w:r>
    </w:p>
    <w:p>
      <w:pPr>
        <w:jc w:val="right"/>
      </w:pPr>
      <w:r>
        <w:t>کچھ پاور ملے گا۔ بقیہ تم کو دوسرے کو دینا پڑے گا۔ لیکن اس کے لیے نہیں راضی نہیں لے۔ یہ، یہ لوگ ہو رہے ہیں۔</w:t>
      </w:r>
    </w:p>
    <w:p>
      <w:r>
        <w:rPr>
          <w:b/>
        </w:rPr>
        <w:t xml:space="preserve">[15:26] </w:t>
      </w:r>
      <w:r>
        <w:t>natija yeh ke baar baar un ki sa'adat fail ho rahi hai. baar baar sa'adat fail ho rahi hai.</w:t>
      </w:r>
    </w:p>
    <w:p>
      <w:pPr>
        <w:jc w:val="right"/>
      </w:pPr>
      <w:r>
        <w:t>نتیجہ یہ کہ بار بار ان کی سعادت فیل ہو رہی ہے۔ بار بار سعادت فیل ہو رہی ہے۔</w:t>
      </w:r>
    </w:p>
    <w:p>
      <w:r>
        <w:rPr>
          <w:b/>
        </w:rPr>
        <w:t xml:space="preserve">[15:33] </w:t>
      </w:r>
      <w:r>
        <w:t>dekhiye, yahan par main ek bohat hi important baat aap ko arz karna chahta hoon. Allah taala ne ek, ek, ek model set kar diya.</w:t>
      </w:r>
    </w:p>
    <w:p>
      <w:pPr>
        <w:jc w:val="right"/>
      </w:pPr>
      <w:r>
        <w:t>دیکھیے، یہاں پر میں ایک بہت ہی امپورٹنٹ بات آپ کو عرض کرنا چاہتا ہوں۔ اللہ تعالیٰ نے ایک، ایک، ایک ماڈل سیٹ کر دیا۔</w:t>
      </w:r>
    </w:p>
    <w:p>
      <w:r>
        <w:rPr>
          <w:b/>
        </w:rPr>
        <w:t xml:space="preserve">[15:43] </w:t>
      </w:r>
      <w:r>
        <w:t>yaani successful politics ka model history mein. lekin is ko logon ne na samjha na is ko follow kiya.</w:t>
      </w:r>
    </w:p>
    <w:p>
      <w:pPr>
        <w:jc w:val="right"/>
      </w:pPr>
      <w:r>
        <w:t>یعنی سکسیس فل پولیٹکس کا ماڈل ہسٹری میں۔ لیکن اس کو لوگوں نے نہ سمجھا نہ اس کو فالو کیا۔</w:t>
      </w:r>
    </w:p>
    <w:p>
      <w:r>
        <w:rPr>
          <w:b/>
        </w:rPr>
        <w:t xml:space="preserve">[15:53] </w:t>
      </w:r>
      <w:r>
        <w:t>sab se pehla model to yahi tha jo Adam ki zamane mein set hua. ke Iblees ne chaha ke isi ko sab kuch milay.</w:t>
      </w:r>
    </w:p>
    <w:p>
      <w:pPr>
        <w:jc w:val="right"/>
      </w:pPr>
      <w:r>
        <w:t>سب سے پہلا ماڈل تو یہی تھا جو آدم کی زمانے میں سیٹ ہوا۔ کہ ابلیس نے چاہا کہ اسی کو سب کچھ ملے۔</w:t>
      </w:r>
    </w:p>
    <w:p>
      <w:r>
        <w:rPr>
          <w:b/>
        </w:rPr>
        <w:t xml:space="preserve">[16:01] </w:t>
      </w:r>
      <w:r>
        <w:t>poora khilafat us ko milay. to woh fail ho gaya. us ko chahiye tha ke woh Adam ko tasleem karta aur us ko Adam ko tasleem karne ke baad jo us ko opportunity mil rahi thi, us ko, us ko avail karta woh bas.</w:t>
      </w:r>
    </w:p>
    <w:p>
      <w:pPr>
        <w:jc w:val="right"/>
      </w:pPr>
      <w:r>
        <w:t>پورا خلافت اس کو ملے۔ تو وہ فیل ہو گیا۔ اس کو چاہیے تھا کہ وہ آدم کو تسلیم کرتا اور اس کو آدم کو تسلیم کرنے کے بعد جو اس کو اپرچونیٹی مل رہی تھی، اس کو، اس کو اویل کرتا وہ بس۔</w:t>
      </w:r>
    </w:p>
    <w:p>
      <w:r>
        <w:rPr>
          <w:b/>
        </w:rPr>
        <w:t xml:space="preserve">[16:19] </w:t>
      </w:r>
      <w:r>
        <w:t>lekin us ne chaha ke Adam ko hataoon, bas main qabza karoon saara.</w:t>
      </w:r>
    </w:p>
    <w:p>
      <w:pPr>
        <w:jc w:val="right"/>
      </w:pPr>
      <w:r>
        <w:t>لیکن اس نے چاہا کہ آدم کو ہٹاؤں، بس میں قبضہ کروں سارا۔</w:t>
      </w:r>
    </w:p>
    <w:p>
      <w:r>
        <w:rPr>
          <w:b/>
        </w:rPr>
        <w:t xml:space="preserve">[16:24] </w:t>
      </w:r>
      <w:r>
        <w:t>is ke baad teen model qaim hue hain teen prophet ke zariye se. yahan tak main samajhta hoon. sab se pehla model kaun hai?</w:t>
      </w:r>
    </w:p>
    <w:p>
      <w:pPr>
        <w:jc w:val="right"/>
      </w:pPr>
      <w:r>
        <w:t>اس کے بعد تین ماڈل قائم ہوئے ہیں تین پرافٹ کے ذریعے سے۔ یہاں تک میں سمجھتا ہوں۔ سب سے پہلا ماڈل کون ہے؟</w:t>
      </w:r>
    </w:p>
    <w:p>
      <w:r>
        <w:rPr>
          <w:b/>
        </w:rPr>
        <w:t xml:space="preserve">[16:34] </w:t>
      </w:r>
      <w:r>
        <w:t>woh hai Hazrat Yusuf ka. Quran mein dekhiye, sab ek poori surah mein Hazrat Yusuf علیہ السلام ka qissa hai.</w:t>
      </w:r>
    </w:p>
    <w:p>
      <w:pPr>
        <w:jc w:val="right"/>
      </w:pPr>
      <w:r>
        <w:t>وہ ہے حضرت یوسف کا۔ قرآن میں دیکھیے، سب ایک پوری سورہ میں حضرت یوسف علیہ السلام کا قصہ ہے۔</w:t>
      </w:r>
    </w:p>
    <w:p>
      <w:r>
        <w:rPr>
          <w:b/>
        </w:rPr>
        <w:t xml:space="preserve">[16:43] </w:t>
      </w:r>
      <w:r>
        <w:t>jo ab se saade teen hazar saal pehle Misr mein aaye. to Misr mein un ke zariye se ek model set hua.</w:t>
      </w:r>
    </w:p>
    <w:p>
      <w:pPr>
        <w:jc w:val="right"/>
      </w:pPr>
      <w:r>
        <w:t>جو اب سے ساڑھے تین ہزار سال پہلے مصر میں آئے۔ تو مصر میں ان کے ذریعے سے ایک ماڈل سیٹ ہوا۔</w:t>
      </w:r>
    </w:p>
    <w:p>
      <w:r>
        <w:rPr>
          <w:b/>
        </w:rPr>
        <w:t xml:space="preserve">[16:53] </w:t>
      </w:r>
      <w:r>
        <w:t>yeh bohat hi zyada interesting story hai yeh. is waqt ek, ek, ek king tha wahan par. ek dynasty thi jis ko kehte the Aexes Kings.</w:t>
      </w:r>
    </w:p>
    <w:p>
      <w:pPr>
        <w:jc w:val="right"/>
      </w:pPr>
      <w:r>
        <w:t>یہ بہت ہی زیادہ انٹرسٹنگ سٹوری ہے یہ۔ اس وقت ایک، ایک، ایک کنگ تھا وہاں پر۔ ایک ڈائنسٹی تھی جس کو کہتے تھے ایکساس کنگز۔</w:t>
      </w:r>
    </w:p>
    <w:p>
      <w:r>
        <w:rPr>
          <w:b/>
        </w:rPr>
        <w:t xml:space="preserve">[17:05] </w:t>
      </w:r>
      <w:r>
        <w:t>woh dynasty rule kar rahi thi. to is waqt Hazrat Misr, Misr mein aaye woh aaye Hazrat Yusuf aaye jo paida hue the Falasteen mein.</w:t>
      </w:r>
    </w:p>
    <w:p>
      <w:pPr>
        <w:jc w:val="right"/>
      </w:pPr>
      <w:r>
        <w:t>وہ ڈائنسٹی رول کر رہی تھی۔ تو اس وقت حضرت مصر، مصر میں آئے وہ آئے حضرت یوسف آئے جو پیدا ہوئے تھے فلسطین میں۔</w:t>
      </w:r>
    </w:p>
    <w:p>
      <w:r>
        <w:rPr>
          <w:b/>
        </w:rPr>
        <w:t xml:space="preserve">[17:17] </w:t>
      </w:r>
      <w:r>
        <w:t>to kuch aise halaat paida hue hain jis ka zikr hai Quran majeed mein aap us ko parh lijiye. ke badshah ne offer diya Hazrat Yusuf ko ke aap hamari saltanat mein agriculture ka charge le lijiye.</w:t>
      </w:r>
    </w:p>
    <w:p>
      <w:pPr>
        <w:jc w:val="right"/>
      </w:pPr>
      <w:r>
        <w:t>تو کچھ ایسے حالات پیدا ہوئے ہیں جس کا ذکر ہے قرآن مجید میں آپ اس کو پڑھ لیجیے۔ کہ بادشاہ نے آفر دیا حضرت یوسف کو کہ آپ ہماری سلطنت میں ایگریکلچر کا چارج لے لیجیے۔</w:t>
      </w:r>
    </w:p>
    <w:p>
      <w:r>
        <w:rPr>
          <w:b/>
        </w:rPr>
        <w:t xml:space="preserve">[17:32] </w:t>
      </w:r>
      <w:r>
        <w:t>is zamane mein agriculture bohat bara department hua karta tha. to woh le liya unhon ne. lekin soorat-e-haal, soorat-e-haal yeh thi ke jo throne tha, throne, throne par badastoor badshah tha.</w:t>
      </w:r>
    </w:p>
    <w:p>
      <w:pPr>
        <w:jc w:val="right"/>
      </w:pPr>
      <w:r>
        <w:t>اس زمانے میں ایگریکلچر بہت بڑا ڈیپارٹمنٹ ہوا کرتا تھا۔ تو وہ لے لیا انہوں نے۔ لیکن صورتحال، صورتحال یہ تھی کہ جو تھرون تھا، تھرون، تھرون پر بدستور بادشاہ تھا۔</w:t>
      </w:r>
    </w:p>
    <w:p>
      <w:r>
        <w:rPr>
          <w:b/>
        </w:rPr>
        <w:t xml:space="preserve">[17:49] </w:t>
      </w:r>
      <w:r>
        <w:t>badshah ko</w:t>
      </w:r>
    </w:p>
    <w:p>
      <w:pPr>
        <w:jc w:val="right"/>
      </w:pPr>
      <w:r>
        <w:t>بادشاہ کو</w:t>
      </w:r>
    </w:p>
    <w:p>
      <w:r>
        <w:rPr>
          <w:b/>
        </w:rPr>
        <w:t xml:space="preserve">[17:52] </w:t>
      </w:r>
      <w:r>
        <w:t>yani badshah ka political power mante hue Hazrat Yusuf ne is ko accept kiya tha. yani is, is offer ko.</w:t>
      </w:r>
    </w:p>
    <w:p>
      <w:pPr>
        <w:jc w:val="right"/>
      </w:pPr>
      <w:r>
        <w:t>یعنی بادشاہ کا پولیٹیکل پاور مانتے ہوئے حضرت یوسف نے اس کو ایکسیپٹ کیا تھا۔ یعنی اس، اس آفر کو۔</w:t>
      </w:r>
    </w:p>
    <w:p>
      <w:r>
        <w:rPr>
          <w:b/>
        </w:rPr>
        <w:t xml:space="preserve">[18:01] </w:t>
      </w:r>
      <w:r>
        <w:t>yani is mein Quran mein jo lafz hai, do lafz aya hai. ek hai deen al-mulk, ek hai khazain al-ard. deen al-mulk ka matlab hai political power.</w:t>
      </w:r>
    </w:p>
    <w:p>
      <w:pPr>
        <w:jc w:val="right"/>
      </w:pPr>
      <w:r>
        <w:t>یعنی اس میں قرآن میں جو لفظ ہے، دو لفظ آیا ہے۔ ایک ہے دین الملک، ایک ہے خزائن الارض۔ دین الملک کا مطلب ہے پولیٹیکل پاور۔</w:t>
      </w:r>
    </w:p>
    <w:p>
      <w:r>
        <w:rPr>
          <w:b/>
        </w:rPr>
        <w:t xml:space="preserve">[18:12] </w:t>
      </w:r>
      <w:r>
        <w:t>to political power is waqt bhi tha badshah ke paas. lekin khazain al-ard jo the, woh hadithon ke paas the.</w:t>
      </w:r>
    </w:p>
    <w:p>
      <w:pPr>
        <w:jc w:val="right"/>
      </w:pPr>
      <w:r>
        <w:t>تو پولیٹیکل پاور اس وقت بھی تھا بادشاہ کے پاس۔ لیکن خزائن ارض جو تھے، وہ حدیثوں کے پاس تھے۔</w:t>
      </w:r>
    </w:p>
    <w:p>
      <w:r>
        <w:rPr>
          <w:b/>
        </w:rPr>
        <w:t xml:space="preserve">[18:19] </w:t>
      </w:r>
      <w:r>
        <w:t>khazain al-ard ka matlab hai mawaqe, opportunities. yani non-political field mein opportunities. khazain al-ard ka matlab hai ke non-political field mein jo opportunities hain, un par poora ikhtiyar tha Yusuf ko.</w:t>
      </w:r>
    </w:p>
    <w:p>
      <w:pPr>
        <w:jc w:val="right"/>
      </w:pPr>
      <w:r>
        <w:t>خزائن ارض کا مطلب ہے مواقع، اپرچونیٹیز۔ یعنی نان پولیٹیکل فیلڈ میں اپرچونیٹیز۔ خزائن ارض کا مطلب ہے کہ نان پولیٹیکل فیلڈ میں جو اپرچونیٹیز ہیں، ان پر پورا اختیار تھا یوسف کو۔</w:t>
      </w:r>
    </w:p>
    <w:p>
      <w:r>
        <w:rPr>
          <w:b/>
        </w:rPr>
        <w:t xml:space="preserve">[18:36] </w:t>
      </w:r>
      <w:r>
        <w:t>lekin jo throne tha, us par badshah qabiz tha. yeh baat Quran mein deen al-mulk ka aur khazain al-ard ke lafz mein aayi hai.</w:t>
      </w:r>
    </w:p>
    <w:p>
      <w:pPr>
        <w:jc w:val="right"/>
      </w:pPr>
      <w:r>
        <w:t>لیکن جو تھرون تھا، اس پر بادشاہ قابض تھا۔ یہ بات قرآن میں دین الملک کا اور خزائن ارض کے لفظ میں آئی ہے۔</w:t>
      </w:r>
    </w:p>
    <w:p>
      <w:r>
        <w:rPr>
          <w:b/>
        </w:rPr>
        <w:t xml:space="preserve">[18:45] </w:t>
      </w:r>
      <w:r>
        <w:t>lekin ek qissa Babil mein bhi hai.</w:t>
      </w:r>
    </w:p>
    <w:p>
      <w:pPr>
        <w:jc w:val="right"/>
      </w:pPr>
      <w:r>
        <w:t>لیکن ایک قصہ بابل میں بھی ہے۔</w:t>
      </w:r>
    </w:p>
    <w:p>
      <w:r>
        <w:rPr>
          <w:b/>
        </w:rPr>
        <w:t xml:space="preserve">[18:47] </w:t>
      </w:r>
      <w:r>
        <w:t>Babil mein aaya hai ke badshah ne Hazrat Yusuf se kaha ke only in regard to the throne I will be greater than you yeh badshah ne kaha tha Hazrat Yusuf se only in regard to the throne I will be greater than you yani sirf takht ke mamle mein main tum se bada rahunga.</w:t>
      </w:r>
    </w:p>
    <w:p>
      <w:pPr>
        <w:jc w:val="right"/>
      </w:pPr>
      <w:r>
        <w:t>بابل میں آیا ہے کہ بادشاہ نے حضرت یوسف سے کہا کہ only in regard to the throne I will be greater than you یہ بادشاہ نے کہا تھا حضرت یوسف سے only in regard to the throne I will be greater than you یعنی صرف تخت کے معاملے میں میں تم سے بڑا رہوں گا۔</w:t>
      </w:r>
    </w:p>
    <w:p>
      <w:r>
        <w:rPr>
          <w:b/>
        </w:rPr>
        <w:t xml:space="preserve">[19:11] </w:t>
      </w:r>
      <w:r>
        <w:t>baqi sab tumhare ikhtiyar mein hoga. yani is ka matlab kya hua?</w:t>
      </w:r>
    </w:p>
    <w:p>
      <w:pPr>
        <w:jc w:val="right"/>
      </w:pPr>
      <w:r>
        <w:t>باقی سب تمہارے اختیار میں ہوگا۔ یعنی اس کا مطلب کیا ہوا؟</w:t>
      </w:r>
    </w:p>
    <w:p>
      <w:r>
        <w:rPr>
          <w:b/>
        </w:rPr>
        <w:t xml:space="preserve">[19:17] </w:t>
      </w:r>
      <w:r>
        <w:t>yani political throne mere paas hoga. lekin non-political, non-political field mein opportunities jo hain, woh sab to avail karne ke liye azaad ho gaye.</w:t>
      </w:r>
    </w:p>
    <w:p>
      <w:pPr>
        <w:jc w:val="right"/>
      </w:pPr>
      <w:r>
        <w:t>یعنی پولیٹیکل تھرون میرے پاس ہوگا۔ لیکن نان پولیٹیکل، نان پولیٹیکل فیلڈ میں اپرچونیٹیز جو ہیں، وہ سب تو اویل کرنے کے لیے آزاد ہو گئے۔</w:t>
      </w:r>
    </w:p>
    <w:p>
      <w:r>
        <w:rPr>
          <w:b/>
        </w:rPr>
        <w:t xml:space="preserve">[19:27] </w:t>
      </w:r>
      <w:r>
        <w:t>yeh model tha. main samajhta hoon ke yahi ek hi model hai jo possible hai. koi doosra model possible nahi hai.</w:t>
      </w:r>
    </w:p>
    <w:p>
      <w:pPr>
        <w:jc w:val="right"/>
      </w:pPr>
      <w:r>
        <w:t>یہ ماڈل تھا۔ میں سمجھتا ہوں کہ یہی ایک ہی ماڈل ہے جو پاسیبل ہے۔ کوئی دوسرا ماڈل پاسیبل نہیں ہے۔</w:t>
      </w:r>
    </w:p>
    <w:p>
      <w:r>
        <w:rPr>
          <w:b/>
        </w:rPr>
        <w:t xml:space="preserve">[19:37] </w:t>
      </w:r>
      <w:r>
        <w:t>is model ko aap yeh keh sakte hain ke de-politicization. yani political power ko ek, ek, ek limit mein lana, ek had mein lana.</w:t>
      </w:r>
    </w:p>
    <w:p>
      <w:pPr>
        <w:jc w:val="right"/>
      </w:pPr>
      <w:r>
        <w:t>اس ماڈل کو آپ یہ کہہ سکتے ہیں کہ ڈی پولیٹیسائزیشن۔ یعنی پولیٹیکل پاور کو ایک، ایک، ایک لمٹ میں لانا، ایک حد میں لانا۔</w:t>
      </w:r>
    </w:p>
    <w:p>
      <w:r>
        <w:rPr>
          <w:b/>
        </w:rPr>
        <w:t xml:space="preserve">[19:49] </w:t>
      </w:r>
      <w:r>
        <w:t>saare shobe se par is ka control ho, aisa na hona.</w:t>
      </w:r>
    </w:p>
    <w:p>
      <w:pPr>
        <w:jc w:val="right"/>
      </w:pPr>
      <w:r>
        <w:t>سارے شعبے سے پر اس کا کنٹرول ہو، ایسا نہ ہونا۔</w:t>
      </w:r>
    </w:p>
    <w:p>
      <w:r>
        <w:rPr>
          <w:b/>
        </w:rPr>
        <w:t xml:space="preserve">[19:56] </w:t>
      </w:r>
      <w:r>
        <w:t>yahi model is ke baad aap dekhte hain, dekhiye, wahan khud yani Rasool Allah ki zindagi mein bhi.</w:t>
      </w:r>
    </w:p>
    <w:p>
      <w:pPr>
        <w:jc w:val="right"/>
      </w:pPr>
      <w:r>
        <w:t>یہی ماڈل اس کے بعد آپ دیکھتے ہیں، دیکھیے، وہاں خود یعنی رسول اللہ کی زندگی میں بھی۔</w:t>
      </w:r>
    </w:p>
    <w:p>
      <w:r>
        <w:rPr>
          <w:b/>
        </w:rPr>
        <w:t xml:space="preserve">[20:06] </w:t>
      </w:r>
      <w:r>
        <w:t>Rasool Allah ke haan nahi, main is se pehle Hazrat Masih ka hawala dunga. yeh isi model ko Hazrat Masih ne, Hazrat Masih ko hukumat to nahi mili thi, lekin unhon ne isi model ko bayan kiya.</w:t>
      </w:r>
    </w:p>
    <w:p>
      <w:pPr>
        <w:jc w:val="right"/>
      </w:pPr>
      <w:r>
        <w:t>رسول اللہ کے ہاں نہیں، میں اس سے پہلے حضرت مسیح کا حوالہ دوں گا۔ یہ اسی ماڈل کو حضرت مسیح نے، حضرت مسیح کو حکومت تو نہیں ملی تھی، لیکن انہوں نے اسی ماڈل کو بیان کیا۔</w:t>
      </w:r>
    </w:p>
    <w:p>
      <w:r>
        <w:rPr>
          <w:b/>
        </w:rPr>
        <w:t xml:space="preserve">[20:19] </w:t>
      </w:r>
      <w:r>
        <w:t>in Bible mein yeh alfaaz aate hain ke give to Caesar what is due to Caesar, give to God what is due to God</w:t>
      </w:r>
    </w:p>
    <w:p>
      <w:pPr>
        <w:jc w:val="right"/>
      </w:pPr>
      <w:r>
        <w:t>ان بائبل میں یہ الفاظ آتے ہیں کہ give to Caesar what is due to Caesar, give to God what is due to God</w:t>
      </w:r>
    </w:p>
    <w:p>
      <w:r>
        <w:rPr>
          <w:b/>
        </w:rPr>
        <w:t xml:space="preserve">[20:31] </w:t>
      </w:r>
      <w:r>
        <w:t>yani badshah ko woh do jo badshah ka haq hai. Allah ka woh do jo Allah ka haq hai. yani ek qism ka division, ek qism ka adjustment.</w:t>
      </w:r>
    </w:p>
    <w:p>
      <w:pPr>
        <w:jc w:val="right"/>
      </w:pPr>
      <w:r>
        <w:t>یعنی بادشاہ کو وہ دو جو بادشاہ کا حق ہے۔ اللہ کا وہ دو جو اللہ کا حق ہے۔ یعنی ایک قسم کا ڈویژن، ایک قسم کا ایڈجسٹمنٹ۔</w:t>
      </w:r>
    </w:p>
    <w:p>
      <w:r>
        <w:rPr>
          <w:b/>
        </w:rPr>
        <w:t xml:space="preserve">[20:42] </w:t>
      </w:r>
      <w:r>
        <w:t>yani political power ki had tak badshah ka ikhtiyar. lekin doosre tamam jo mawaqe hain, us par logon ko azadi.</w:t>
      </w:r>
    </w:p>
    <w:p>
      <w:pPr>
        <w:jc w:val="right"/>
      </w:pPr>
      <w:r>
        <w:t>یعنی پولیٹیکل پاور کی حد تک بادشاہ کا اختیار۔ لیکن دوسرے تمام جو مواقع ہیں، اس پر لوگوں کو آزادی۔</w:t>
      </w:r>
    </w:p>
    <w:p>
      <w:r>
        <w:rPr>
          <w:b/>
        </w:rPr>
        <w:t xml:space="preserve">[20:51] </w:t>
      </w:r>
      <w:r>
        <w:t>maslan education hai, the work hai, industry hai, business hai, social, yani social service hai.</w:t>
      </w:r>
    </w:p>
    <w:p>
      <w:pPr>
        <w:jc w:val="right"/>
      </w:pPr>
      <w:r>
        <w:t>مثلاً ایجوکیشن ہے، دا ورک ہے، انڈسٹری ہے، بزنس ہے، سوشل، یعنی سوشل سروس ہے۔</w:t>
      </w:r>
    </w:p>
    <w:p>
      <w:r>
        <w:rPr>
          <w:b/>
        </w:rPr>
        <w:t xml:space="preserve">[21:02] </w:t>
      </w:r>
      <w:r>
        <w:t>yeh saari cheezein jo hain, badshah ke is se bahar rahengi. political power badshah ke paas hoga. yani aaj kal ki zaban mein administration. aap jante hain ke America, America mein government ko government nahi kahaya tha.</w:t>
      </w:r>
    </w:p>
    <w:p>
      <w:pPr>
        <w:jc w:val="right"/>
      </w:pPr>
      <w:r>
        <w:t>یہ ساری چیزیں جو ہیں، بادشاہ کے اس سے باہر رہیں گی۔ پولیٹیکل پاور بادشاہ کے پاس ہوگا۔ یعنی آج کل کی زبان میں ایڈمنسٹریشن۔ آپ جانتے ہیں کہ امریکہ، امریکہ میں گورنمنٹ کو گورنمنٹ نہیں کہایا تھا۔</w:t>
      </w:r>
    </w:p>
    <w:p>
      <w:r>
        <w:rPr>
          <w:b/>
        </w:rPr>
        <w:t xml:space="preserve">[21:15] </w:t>
      </w:r>
      <w:r>
        <w:t>administration kahaya tha. US administration. yeh best, main samajhta hoon ke term hai. political power ke liye best term hai. to sab se pehle Hazrat Yusuf ke zariye se ek model qaim hua.</w:t>
      </w:r>
    </w:p>
    <w:p>
      <w:pPr>
        <w:jc w:val="right"/>
      </w:pPr>
      <w:r>
        <w:t>ایڈمنسٹریشن کہایا تھا۔ یو ایس ایڈمنسٹریشن۔ یہ بیسٹ، میں سمجھتا ہوں کہ ٹرم ہے۔ پولیٹیکل پاور کے لیے بیسٹ ٹرم ہے۔ تو سب سے پہلے حضرت یوسف کے ذریعے سے ایک ماڈل قائم ہوا۔</w:t>
      </w:r>
    </w:p>
    <w:p>
      <w:r>
        <w:rPr>
          <w:b/>
        </w:rPr>
        <w:t xml:space="preserve">[21:29] </w:t>
      </w:r>
      <w:r>
        <w:t>is ke baad Hazrat Masih ne kaha ke isi model ko affirm kiya unhon ne. ke badshah ko is ka political right do aur tum jo opportunities hain, is is ke ilawa is ko avail karo.</w:t>
      </w:r>
    </w:p>
    <w:p>
      <w:pPr>
        <w:jc w:val="right"/>
      </w:pPr>
      <w:r>
        <w:t>اس کے بعد حضرت مسیح نے کہا کہ اسی ماڈل کو افرم کیا انہوں نے۔ کہ بادشاہ کو اس کا پولیٹیکل رائٹ دو اور تم جو اپرچونیٹیز ہیں، اس اس کے علاوہ اس کو اویل کرو۔</w:t>
      </w:r>
    </w:p>
    <w:p>
      <w:r>
        <w:rPr>
          <w:b/>
        </w:rPr>
        <w:t xml:space="preserve">[21:44] </w:t>
      </w:r>
      <w:r>
        <w:t>is tarah adjust, adjust karo political power ke sath. phir dekhiye, Rasool Allah Sallallahu Alaihi Wasallam ko lijiye. yani qabr Islam Sallallahu Alaihi Wasallam. aap ko mauqa mila ke Madine mein aap ki state qaim ho.</w:t>
      </w:r>
    </w:p>
    <w:p>
      <w:pPr>
        <w:jc w:val="right"/>
      </w:pPr>
      <w:r>
        <w:t>اس طرح ایڈجسٹ، ایڈجسٹ کرو پولیٹیکل پاور کے ساتھ۔ پھر دیکھیے، رسول اللہ صلی اللہ علیہ وسلم کو لیجیے۔ یعنی قبر اسلام صلی اللہ علیہ وسلم۔ آپ کو موقع ملا کہ مدینے میں آپ کی اسٹیٹ قائم ہو۔</w:t>
      </w:r>
    </w:p>
    <w:p>
      <w:r>
        <w:rPr>
          <w:b/>
        </w:rPr>
        <w:t xml:space="preserve">[22:00] </w:t>
      </w:r>
      <w:r>
        <w:t>Madine mein. yani aap ne Makkah mein apna kaam shuru kiya. is ke baad jab migrate kar ke aap Madine gaye to Madine mein aap ka jo istiqbal kiya tha, wahan, wahan ke logon ne yeh lafz bole the ke amira muta'ayyin aap the aur aap ke sath Abu Bakr the.</w:t>
      </w:r>
    </w:p>
    <w:p>
      <w:pPr>
        <w:jc w:val="right"/>
      </w:pPr>
      <w:r>
        <w:t>مدینے میں۔ یعنی آپ نے مکہ میں اپنا کام شروع کیا۔ اس کے بعد جب مائیگریٹ کر کے آپ مدینے گئے تو مدینے میں آپ کا جو استقبال کیا تھا، وہاں، وہاں کے لوگوں نے یہ لفظ بولے تھے کہ آمیره متعین آپ تھے اور آپ کے ساتھ ابوبکر تھے۔</w:t>
      </w:r>
    </w:p>
    <w:p>
      <w:r>
        <w:rPr>
          <w:b/>
        </w:rPr>
        <w:t xml:space="preserve">[22:18] </w:t>
      </w:r>
      <w:r>
        <w:t>do the. to unhon ne kaha tha ke amira muta'ayyin yani tum dono aadmi aaj se Madine mein yani hakim ho.</w:t>
      </w:r>
    </w:p>
    <w:p>
      <w:pPr>
        <w:jc w:val="right"/>
      </w:pPr>
      <w:r>
        <w:t>دو تھے۔ تو انہوں نے کہا تھا کہ آمیره متعین یعنی تم دونوں آدمی آج سے مدینے میں یعنی حاکم ہو۔</w:t>
      </w:r>
    </w:p>
    <w:p>
      <w:r>
        <w:rPr>
          <w:b/>
        </w:rPr>
        <w:t xml:space="preserve">[22:28] </w:t>
      </w:r>
      <w:r>
        <w:t>hum tumhari hakimiyat ko mante hain. yeh keh kar istiqbal kiya. kaha Madine mein jo state bani thi, us state ke head the Rasool Allah Sallallahu Alaihi Wasallam.</w:t>
      </w:r>
    </w:p>
    <w:p>
      <w:pPr>
        <w:jc w:val="right"/>
      </w:pPr>
      <w:r>
        <w:t>ہم تمہاری حاکمیت کو مانتے ہیں۔ یہ کہہ کر استقبال کیا۔ کہا مدینے میں جو اسٹیٹ بنی تھی، اس اسٹیٹ کے ہیڈ تھے رسول اللہ صلی اللہ علیہ وسلم۔</w:t>
      </w:r>
    </w:p>
    <w:p>
      <w:r>
        <w:rPr>
          <w:b/>
        </w:rPr>
        <w:t xml:space="preserve">[22:41] </w:t>
      </w:r>
      <w:r>
        <w:t>madina mein state bani thi shuru mein. phir woh expand hui</w:t>
      </w:r>
    </w:p>
    <w:p>
      <w:pPr>
        <w:jc w:val="right"/>
      </w:pPr>
      <w:r>
        <w:t>مدینہ میں سٹی اسٹیٹ بنی تھی شروع میں۔ پھر وہ ایکسپینڈ ہوئی</w:t>
      </w:r>
    </w:p>
    <w:p>
      <w:r>
        <w:rPr>
          <w:b/>
        </w:rPr>
        <w:t xml:space="preserve">[22:46] </w:t>
      </w:r>
      <w:r>
        <w:t>.. to is state ke rasool Allah salallaho alaihe wasallam head thay. lekin is ke sath kya hua? aap dekhiye. rasool Allah salallaho alaihe wasallam ne yeh kiya ke aik, aik declaration jari kar diya.</w:t>
      </w:r>
    </w:p>
    <w:p>
      <w:pPr>
        <w:jc w:val="right"/>
      </w:pPr>
      <w:r>
        <w:t>۔ تو اس اسٹیٹ کے رسول اللہ صلی اللہ علیہ وسلم ہیڈ تھے۔ لیکن اس کے ساتھ کیا ہوا؟ آپ دیکھیے۔ رسول اللہ صلی اللہ علیہ وسلم نے یہ کیا کہ ایک، ایک ڈیکلریشن جاری کر دیا۔</w:t>
      </w:r>
    </w:p>
    <w:p>
      <w:r>
        <w:rPr>
          <w:b/>
        </w:rPr>
        <w:t xml:space="preserve">[22:59] </w:t>
      </w:r>
      <w:r>
        <w:t>jis ko kehte hain arabi mein Sahifat al-Madinah. yani Madinah declaration. Madinah declaration.</w:t>
      </w:r>
    </w:p>
    <w:p>
      <w:pPr>
        <w:jc w:val="right"/>
      </w:pPr>
      <w:r>
        <w:t>جس کو کہتے ہیں عربی میں صحیفۃ المدینہ۔ یعنی مدینہ ڈیکلریشن۔ مدینہ ڈیکلریشن۔</w:t>
      </w:r>
    </w:p>
    <w:p>
      <w:r>
        <w:rPr>
          <w:b/>
        </w:rPr>
        <w:t xml:space="preserve">[23:08] </w:t>
      </w:r>
      <w:r>
        <w:t>is mein kya tha? is mein yeh tha ke lilmuslimeena deenu hum walil yahoodi deenu hum yeh alfaaz thay.</w:t>
      </w:r>
    </w:p>
    <w:p>
      <w:pPr>
        <w:jc w:val="right"/>
      </w:pPr>
      <w:r>
        <w:t>اس میں کیا تھا؟ اس میں یہ تھا کہ للمسلمين دينهم وللیهود دينهم یہ الفاظ تھے۔</w:t>
      </w:r>
    </w:p>
    <w:p>
      <w:r>
        <w:rPr>
          <w:b/>
        </w:rPr>
        <w:t xml:space="preserve">[23:16] </w:t>
      </w:r>
      <w:r>
        <w:t>walil yahoodi deenu hum walilmuslimeena deenu hum yani yahood ke liye yahood ka deen, musalman ke liye musalman ka deen. is ka matlab kya hua? ke political head to mein raho ga.</w:t>
      </w:r>
    </w:p>
    <w:p>
      <w:pPr>
        <w:jc w:val="right"/>
      </w:pPr>
      <w:r>
        <w:t>لليهود دينهم وللمسلمين دينهم یعنی یہود کے لیے یہود کا دین، مسلمان کے لیے مسلمان کا دین۔ اس کا مطلب کیا ہوا؟ کہ پولیٹیکل ہیڈ تو میں رہوں گا۔</w:t>
      </w:r>
    </w:p>
    <w:p>
      <w:r>
        <w:rPr>
          <w:b/>
        </w:rPr>
        <w:t xml:space="preserve">[23:30] </w:t>
      </w:r>
      <w:r>
        <w:t>yani madine ka political head. lekin jahan tak deen ki baat hai to dono ko azadi hogi. musalman ko apni azadi, yahood ko apni azadi.</w:t>
      </w:r>
    </w:p>
    <w:p>
      <w:pPr>
        <w:jc w:val="right"/>
      </w:pPr>
      <w:r>
        <w:t>یعنی مدینے کا پولیٹیکل ہیڈ۔ لیکن جہاں تک دین کی بات ہے تو دونوں کو آزادی ہوگی۔ مسلمان کو اپنی آزادی، یہود کو اپنی آزادی۔</w:t>
      </w:r>
    </w:p>
    <w:p>
      <w:r>
        <w:rPr>
          <w:b/>
        </w:rPr>
        <w:t xml:space="preserve">[23:39] </w:t>
      </w:r>
      <w:r>
        <w:t>kyun ke is waqt yahood jo thay, woh 50 feesad thay madina mein.</w:t>
      </w:r>
    </w:p>
    <w:p>
      <w:pPr>
        <w:jc w:val="right"/>
      </w:pPr>
      <w:r>
        <w:t>کیونکہ اس وقت یہود جو تھے، وہ 50 فیصد تھے مدینہ میں۔</w:t>
      </w:r>
    </w:p>
    <w:p>
      <w:r>
        <w:rPr>
          <w:b/>
        </w:rPr>
        <w:t xml:space="preserve">[23:45] </w:t>
      </w:r>
      <w:r>
        <w:t>to madina aik aisi society thi jahan 50 feesad musalman thay, 50 feesad yahood thay. to dekhiye, yahan par aap ko yani wahi model yahan bhi hai.</w:t>
      </w:r>
    </w:p>
    <w:p>
      <w:pPr>
        <w:jc w:val="right"/>
      </w:pPr>
      <w:r>
        <w:t>تو مدینہ ایک ایسی سوسائٹی تھی جہاں 50 فیصد مسلمان تھے، 50 فیصد یہود تھے۔ تو دیکھیے، یہاں پر آپ کو یعنی وہی ماڈل یہاں بھی ہے۔</w:t>
      </w:r>
    </w:p>
    <w:p>
      <w:r>
        <w:rPr>
          <w:b/>
        </w:rPr>
        <w:t xml:space="preserve">[23:55] </w:t>
      </w:r>
      <w:r>
        <w:t>ke political head par rasool Allah salallaho alaihe wasallam hain. lekin deen ke muamle mein dono ko barabar ki azadi. yeh hai model. yahi model hamesha ke liye hai.</w:t>
      </w:r>
    </w:p>
    <w:p>
      <w:pPr>
        <w:jc w:val="right"/>
      </w:pPr>
      <w:r>
        <w:t>کہ پولیٹیکل ہیڈ پر رسول اللہ صلی اللہ علیہ وسلم ہیں۔ لیکن دین کے معاملے میں دونوں کو برابر کی آزادی۔ یہ ہے ماڈل۔ یہی ماڈل ہمیشہ کے لیے ہے۔</w:t>
      </w:r>
    </w:p>
    <w:p>
      <w:r>
        <w:rPr>
          <w:b/>
        </w:rPr>
        <w:t xml:space="preserve">[24:09] </w:t>
      </w:r>
      <w:r>
        <w:t>jab bhi aap is model ko ikhtiyar nahi karein ge to ladai hogi. to Egypt mein kya ho raha hai?</w:t>
      </w:r>
    </w:p>
    <w:p>
      <w:pPr>
        <w:jc w:val="right"/>
      </w:pPr>
      <w:r>
        <w:t>جب بھی آپ اس ماڈل کو اختیار نہیں کریں گے تو لڑائی ہوگی۔ تو ایجپٹ میں کیا ہو رہا ہے؟</w:t>
      </w:r>
    </w:p>
    <w:p>
      <w:r>
        <w:rPr>
          <w:b/>
        </w:rPr>
        <w:t xml:space="preserve">[24:15] </w:t>
      </w:r>
      <w:r>
        <w:t>is model ko yani samajh nahi sake aur is ko follow nahi kar sake. woh chahte hain ke poora power hamare paas ho.</w:t>
      </w:r>
    </w:p>
    <w:p>
      <w:pPr>
        <w:jc w:val="right"/>
      </w:pPr>
      <w:r>
        <w:t>اس ماڈل کو یعنی سمجھ نہیں سکے اور اس کو فالو نہیں کر سکے۔ وہ چاہتے ہیں کہ پورا پاور ہمارے پاس ہو۔</w:t>
      </w:r>
    </w:p>
    <w:p>
      <w:r>
        <w:rPr>
          <w:b/>
        </w:rPr>
        <w:t xml:space="preserve">[24:24] </w:t>
      </w:r>
      <w:r>
        <w:t>saara, saare affairs hamare paas hon. sab kuch hamare kabze mein ho. lekin yeh Christian plan of God ke khilaf hai.</w:t>
      </w:r>
    </w:p>
    <w:p>
      <w:pPr>
        <w:jc w:val="right"/>
      </w:pPr>
      <w:r>
        <w:t>سارا، سارے افیئرز ہمارے پاس ہوں۔ سب کچھ ہمارے قبضے میں ہو۔ لیکن یہ کرسچن پلان اف گارڈ کے خلاف ہے۔</w:t>
      </w:r>
    </w:p>
    <w:p>
      <w:r>
        <w:rPr>
          <w:b/>
        </w:rPr>
        <w:t xml:space="preserve">[24:33] </w:t>
      </w:r>
      <w:r>
        <w:t>wahan par yahi hona chahiye ke political power jo hai, yani political head to woh ho jo chun kar aaya hai.</w:t>
      </w:r>
    </w:p>
    <w:p>
      <w:pPr>
        <w:jc w:val="right"/>
      </w:pPr>
      <w:r>
        <w:t>وہاں پر یہی ہونا چاہیے کہ پولیٹیکل پاور جو ہے، یعنی پولیٹیکل ہیڈ تو وہ ہو جو چن کر آیا ہے۔</w:t>
      </w:r>
    </w:p>
    <w:p>
      <w:r>
        <w:rPr>
          <w:b/>
        </w:rPr>
        <w:t xml:space="preserve">[24:42] </w:t>
      </w:r>
      <w:r>
        <w:t>yani Morsi sahib, political head. lekin jaiz doosre jitne affairs hain, un sab mein logon ko azadi ho. maslan education hai, industry hai, business hai, the work hai, aur yeh journalism hai, media hai.</w:t>
      </w:r>
    </w:p>
    <w:p>
      <w:pPr>
        <w:jc w:val="right"/>
      </w:pPr>
      <w:r>
        <w:t>یعنی مرسی صاحب، پولیٹیکل ہیڈ۔ لیکن جائز دوسرے جتنے افیئرز ہیں، ان سب میں لوگوں کو آزادی ہو۔ مثلاً ایجوکیشن ہے، انڈسٹری ہے، بزنس ہے، دا ورک ہے، اور یہ جرنلزم ہے، میڈیا ہے۔</w:t>
      </w:r>
    </w:p>
    <w:p>
      <w:r>
        <w:rPr>
          <w:b/>
        </w:rPr>
        <w:t xml:space="preserve">[24:58] </w:t>
      </w:r>
      <w:r>
        <w:t>un sab mein azadi.</w:t>
      </w:r>
    </w:p>
    <w:p>
      <w:pPr>
        <w:jc w:val="right"/>
      </w:pPr>
      <w:r>
        <w:t>ان سب میں آزادی۔</w:t>
      </w:r>
    </w:p>
    <w:p>
      <w:r>
        <w:rPr>
          <w:b/>
        </w:rPr>
        <w:t xml:space="preserve">[25:00] </w:t>
      </w:r>
      <w:r>
        <w:t>administration, administrative power Morsi ke paas. aur baqi log, baqi mamlaat ke log azad. yeh yahi, yani yeh yahi aik hi, yani possible hai.</w:t>
      </w:r>
    </w:p>
    <w:p>
      <w:pPr>
        <w:jc w:val="right"/>
      </w:pPr>
      <w:r>
        <w:t>ایڈمنسٹریشن، ایڈمنسٹریٹیو پاور مرسی کے پاس۔ اور باقی لوگ، باقی معاملات کے لوگ آزاد۔ یہ یہی، یعنی یہ یہی ایک ہی، یعنی پاسیبل ہے۔</w:t>
      </w:r>
    </w:p>
    <w:p>
      <w:r>
        <w:rPr>
          <w:b/>
        </w:rPr>
        <w:t xml:space="preserve">[25:14] </w:t>
      </w:r>
      <w:r>
        <w:t>hamesha ke liye. koi doosri cheez possible nahi hai. jab aap doosri cheez ko chahe ge, yani doosra option le ge to woh, woh impossible ka option hoga.</w:t>
      </w:r>
    </w:p>
    <w:p>
      <w:pPr>
        <w:jc w:val="right"/>
      </w:pPr>
      <w:r>
        <w:t>ہمیشہ کے لیے۔ کوئی دوسری چیز پاسیبل نہیں ہے۔ جب آپ دوسری چیز کو چاہیں گے، یعنی دوسرا آپشن لیں گے تو وہ، وہ امپاسیبل کا آپشن ہوگا۔</w:t>
      </w:r>
    </w:p>
    <w:p>
      <w:r>
        <w:rPr>
          <w:b/>
        </w:rPr>
        <w:t xml:space="preserve">[25:26] </w:t>
      </w:r>
      <w:r>
        <w:t>aur phir kya hoga? takrao hoga. tabahi hogi. is ke siwa aur kuch nahi hoga.</w:t>
      </w:r>
    </w:p>
    <w:p>
      <w:pPr>
        <w:jc w:val="right"/>
      </w:pPr>
      <w:r>
        <w:t>اور پھر کیا ہوگا؟ ٹکراؤ ہوگا۔ تباہی ہوگی۔ اس کے سوا اور کچھ نہیں ہوگا۔</w:t>
      </w:r>
    </w:p>
    <w:p>
      <w:r>
        <w:rPr>
          <w:b/>
        </w:rPr>
        <w:t xml:space="preserve">[25:30] </w:t>
      </w:r>
      <w:r>
        <w:t>is duniya mein aap, yani family se le kar ke government tak, sab log is, is raaz ko nahi samajhte ke hum, hum, hum, hum do ke beech mein hain.</w:t>
      </w:r>
    </w:p>
    <w:p>
      <w:pPr>
        <w:jc w:val="right"/>
      </w:pPr>
      <w:r>
        <w:t>اس دنیا میں آپ، یعنی فیملی سے لے کر کے گورنمنٹ تک، سب لوگ اس، اس راز کو نہیں سمجھتے کہ ہم، ہم، ہم، ہم دو کے بیچ میں ہیں۔</w:t>
      </w:r>
    </w:p>
    <w:p>
      <w:r>
        <w:rPr>
          <w:b/>
        </w:rPr>
        <w:t xml:space="preserve">[25:42] </w:t>
      </w:r>
      <w:r>
        <w:t>yani possible aur impossible. agar aap ne impossible ka option liya to tabahi hai. aur aap ne possible ka option liya to kamyabi hai.</w:t>
      </w:r>
    </w:p>
    <w:p>
      <w:pPr>
        <w:jc w:val="right"/>
      </w:pPr>
      <w:r>
        <w:t>یعنی پاسیبل اور امپاسیبل۔ اگر آپ نے امپاسیبل کا آپشن لیا تو تباہی ہے۔ اور آپ نے پاسیبل کا آپشن لیا تو کامیابی ہے۔</w:t>
      </w:r>
    </w:p>
    <w:p>
      <w:r>
        <w:rPr>
          <w:b/>
        </w:rPr>
        <w:t xml:space="preserve">[25:52] </w:t>
      </w:r>
      <w:r>
        <w:t>yeh, yeh, yeh bohat hi bara raaz hai zindagi ka. yani, yani, yani secret to self. yani success ka raaz is duniya mein.</w:t>
      </w:r>
    </w:p>
    <w:p>
      <w:pPr>
        <w:jc w:val="right"/>
      </w:pPr>
      <w:r>
        <w:t>یہ، یہ، یہ بہت ہی بڑا راز ہے زندگی کا۔ یعنی، یعنی، یعنی سیکرٹ ٹو سیلف۔ یعنی سکسیس کا راز اس دنیا میں۔</w:t>
      </w:r>
    </w:p>
    <w:p>
      <w:r>
        <w:rPr>
          <w:b/>
        </w:rPr>
        <w:t xml:space="preserve">[26:04] </w:t>
      </w:r>
      <w:r>
        <w:t>ke aap hamesha yeh janiye, yeh discover kijiye ke kya cheez aap ke liye possible hai aur kya cheez aap ke liye possible nahi. kyun ke agar aap pasand nahi karein ge to kya hoga</w:t>
      </w:r>
    </w:p>
    <w:p>
      <w:pPr>
        <w:jc w:val="right"/>
      </w:pPr>
      <w:r>
        <w:t>کہ آپ ہمیشہ یہ جانیے، یہ ڈسکور کیجیے کہ کیا چیز آپ کے لیے پاسیبل ہے اور کیا چیز آپ کے لیے پاسیبل نہیں۔ کیونکہ اگر آپ پسند نہیں کریں گے تو کیا ہوگا</w:t>
      </w:r>
    </w:p>
    <w:p>
      <w:r>
        <w:rPr>
          <w:b/>
        </w:rPr>
        <w:t xml:space="preserve">[26:13] </w:t>
      </w:r>
      <w:r>
        <w:t>? tension hoga. ladai hogi. aur nafrat hogi. aur yahan tak ke jang hogi. yahan tak ke suicide bombing hogi.</w:t>
      </w:r>
    </w:p>
    <w:p>
      <w:pPr>
        <w:jc w:val="right"/>
      </w:pPr>
      <w:r>
        <w:t>؟ ٹینشن ہوگا۔ لڑائی ہوگی۔ اور نفرت ہوگی۔ اور یہاں تک کہ جنگ ہوگی۔ یہاں تک کہ سوسائیڈ بمبنگ ہوگی۔</w:t>
      </w:r>
    </w:p>
    <w:p>
      <w:r>
        <w:rPr>
          <w:b/>
        </w:rPr>
        <w:t xml:space="preserve">[26:22] </w:t>
      </w:r>
      <w:r>
        <w:t>yeh sab kuch hoga. yeh shuru hoga tension se, pahuncha gaya suicide bombing tak. aur gun, gun culture aur bomb culture tak pahunch jaye ga. to saara raaz jo hai, woh, woh yahi hai ke log farq nahi jaante possible aur impossible ke beech mein.</w:t>
      </w:r>
    </w:p>
    <w:p>
      <w:pPr>
        <w:jc w:val="right"/>
      </w:pPr>
      <w:r>
        <w:t>یہ سب کچھ ہوگا۔ یہ شروع ہوگا ٹینشن سے، پہنچا گیا سوسائیڈ بمبنگ تک۔ اور گن، گن کلچر اور بم کلچر تک پہنچ جائے گا۔ تو سارا راز جو ہے، وہ، وہ یہی ہے کہ لوگ فرق نہیں جانتے پاسیبل اور امپاسیبل کے بیچ میں۔</w:t>
      </w:r>
    </w:p>
    <w:p>
      <w:r>
        <w:rPr>
          <w:b/>
        </w:rPr>
        <w:t xml:space="preserve">[26:39] </w:t>
      </w:r>
      <w:r>
        <w:t>aur isi wajah se hum sab se tabah hote rehte hain. tabah hote rehte hain. tabah hote rehte hain.</w:t>
      </w:r>
    </w:p>
    <w:p>
      <w:pPr>
        <w:jc w:val="right"/>
      </w:pPr>
      <w:r>
        <w:t>اور اسی وجہ سے ہم سب سے تباہ ہوتے رہتے ہیں۔ تباہ ہوتے رہتے ہیں۔ تباہ ہوتے رہتے ہیں۔</w:t>
      </w:r>
    </w:p>
    <w:p>
      <w:r>
        <w:rPr>
          <w:b/>
        </w:rPr>
        <w:t xml:space="preserve">[26:44] </w:t>
      </w:r>
      <w:r>
        <w:t>ab dekhiye, ek aur pehlu pe aap ghor kijiye. Allah taala ki jo scheme thi yeh, yeh scheme history mein, mein insaan hamesha is ko deny karta raha.</w:t>
      </w:r>
    </w:p>
    <w:p>
      <w:pPr>
        <w:jc w:val="right"/>
      </w:pPr>
      <w:r>
        <w:t>اب دیکھیے، ایک اور پہلو پہ آپ غور کیجیے۔ اللہ تعالیٰ کی جو اسکیم تھی یہ، یہ اسکیم ہسٹری میں، میں انسان ہمیشہ اس کو ڈینائی کرتا رہا۔</w:t>
      </w:r>
    </w:p>
    <w:p>
      <w:r>
        <w:rPr>
          <w:b/>
        </w:rPr>
        <w:t xml:space="preserve">[26:56] </w:t>
      </w:r>
      <w:r>
        <w:t>hamesha impossible ke peeche daurta raha woh. To Allah taala ne Europe mein jo inqilab aaya hai, woh mein samajhta hoon ke divine operation tha woh.</w:t>
      </w:r>
    </w:p>
    <w:p>
      <w:pPr>
        <w:jc w:val="right"/>
      </w:pPr>
      <w:r>
        <w:t>ہمیشہ امپاسیبل کے پیچھے دوڑتا رہا وہ۔ تو اللہ تعالیٰ نے یورپ میں جو انقلاب آیا ہے، وہ میں سمجھتا ہوں کہ ڈیوائن آپریشن تھا وہ۔</w:t>
      </w:r>
    </w:p>
    <w:p>
      <w:r>
        <w:rPr>
          <w:b/>
        </w:rPr>
        <w:t xml:space="preserve">[27:06] </w:t>
      </w:r>
      <w:r>
        <w:t>divine operation. Aap jante hain ke Europe mein kya hua?</w:t>
      </w:r>
    </w:p>
    <w:p>
      <w:pPr>
        <w:jc w:val="right"/>
      </w:pPr>
      <w:r>
        <w:t>ڈیوائن آپریشن۔ آپ جانتے ہیں کہ یورپ میں کیا ہوا؟</w:t>
      </w:r>
    </w:p>
    <w:p>
      <w:r>
        <w:rPr>
          <w:b/>
        </w:rPr>
        <w:t xml:space="preserve">[27:11] </w:t>
      </w:r>
      <w:r>
        <w:t>Europe mein yeh hua ke wahan par king rule kiya karte thay. Saare Europe mein king jo thay, woh rule karte thay. To yeh king jo thay, yeh poora ikhtiyar le rakha tha inhon ne.</w:t>
      </w:r>
    </w:p>
    <w:p>
      <w:pPr>
        <w:jc w:val="right"/>
      </w:pPr>
      <w:r>
        <w:t>یورپ میں یہ ہوا کہ وہاں پر کنگ رول کیا کرتے تھے۔ سارے یورپ میں کنگ جو تھے، وہ رول کرتے تھے۔ تو یہ کنگ جو تھے، یہ پورا اختیار لے رکھا تھا انہوں نے۔</w:t>
      </w:r>
    </w:p>
    <w:p>
      <w:r>
        <w:rPr>
          <w:b/>
        </w:rPr>
        <w:t xml:space="preserve">[27:27] </w:t>
      </w:r>
      <w:r>
        <w:t>poora ikhtiyar. Yaani woh totalitarian state mein believe karte thay. Poora ikhtiyar hamare paas.</w:t>
      </w:r>
    </w:p>
    <w:p>
      <w:pPr>
        <w:jc w:val="right"/>
      </w:pPr>
      <w:r>
        <w:t>پورا اختیار۔ یعنی وہ ٹوٹلٹیرین اسٹیٹ میں بیلیو کرتے تھے۔ پورا اختیار ہمارے پاس۔</w:t>
      </w:r>
    </w:p>
    <w:p>
      <w:r>
        <w:rPr>
          <w:b/>
        </w:rPr>
        <w:t xml:space="preserve">[27:36] </w:t>
      </w:r>
      <w:r>
        <w:t>is ki wajah se kya hua wahan par? Ke science ki taraqqi ruki hui thi.</w:t>
      </w:r>
    </w:p>
    <w:p>
      <w:pPr>
        <w:jc w:val="right"/>
      </w:pPr>
      <w:r>
        <w:t>اس کی وجہ سے کیا ہوا وہاں پر؟ کہ سائنس کی ترقی رکی ہوئی تھی۔</w:t>
      </w:r>
    </w:p>
    <w:p>
      <w:r>
        <w:rPr>
          <w:b/>
        </w:rPr>
        <w:t xml:space="preserve">[27:40] </w:t>
      </w:r>
      <w:r>
        <w:t>kyun ke science ke log koi nayi baat keh dete to woh is ko marte peette thay.</w:t>
      </w:r>
    </w:p>
    <w:p>
      <w:pPr>
        <w:jc w:val="right"/>
      </w:pPr>
      <w:r>
        <w:t>کیونکہ سائنس کے لوگ کوئی نئی بات کہہ دیتے تو وہ اس کو مارتے پیٹتے تھے۔</w:t>
      </w:r>
    </w:p>
    <w:p>
      <w:r>
        <w:rPr>
          <w:b/>
        </w:rPr>
        <w:t xml:space="preserve">[27:47] </w:t>
      </w:r>
      <w:r>
        <w:t>to nateeja kya hua? Separation hua. Wahan par ek, ek nayi, ek nayi movement chali jis ka conversion tha democracy.</w:t>
      </w:r>
    </w:p>
    <w:p>
      <w:pPr>
        <w:jc w:val="right"/>
      </w:pPr>
      <w:r>
        <w:t>تو نتیجہ کیا ہوا؟ سیپریشن ہوا۔ وہاں پر ایک، ایک نئی، ایک نئی موومنٹ چلی جس کا کنورژن تھا ڈیموکریسی۔</w:t>
      </w:r>
    </w:p>
    <w:p>
      <w:r>
        <w:rPr>
          <w:b/>
        </w:rPr>
        <w:t xml:space="preserve">[27:56] </w:t>
      </w:r>
      <w:r>
        <w:t>democracy. To yeh, yeh ek, ek mein samajhta hoon ke democracy jo hai, woh isi cheez ka institutionalization hai.</w:t>
      </w:r>
    </w:p>
    <w:p>
      <w:pPr>
        <w:jc w:val="right"/>
      </w:pPr>
      <w:r>
        <w:t>ڈیموکریسی۔ تو یہ، یہ ایک، ایک میں سمجھتا ہوں کہ ڈیموکریسی جو ہے، وہ اسی چیز کا انسٹیٹیوشنلائزیشن ہے۔</w:t>
      </w:r>
    </w:p>
    <w:p>
      <w:r>
        <w:rPr>
          <w:b/>
        </w:rPr>
        <w:t xml:space="preserve">[28:07] </w:t>
      </w:r>
      <w:r>
        <w:t>Allah taala ke jo Christian plan hai.</w:t>
      </w:r>
    </w:p>
    <w:p>
      <w:pPr>
        <w:jc w:val="right"/>
      </w:pPr>
      <w:r>
        <w:t>اللہ تعالیٰ کے جو کرسچن پلان ہے۔</w:t>
      </w:r>
    </w:p>
    <w:p>
      <w:r>
        <w:rPr>
          <w:b/>
        </w:rPr>
        <w:t xml:space="preserve">[28:10] </w:t>
      </w:r>
      <w:r>
        <w:t>mein democracy ko bilkul sahi samajhta hoon. Aur woh Islam, kuch log jo baaton ko samajhte nahi hain, woh kehte hain ke yeh anti Islamic yaani concept hai.</w:t>
      </w:r>
    </w:p>
    <w:p>
      <w:pPr>
        <w:jc w:val="right"/>
      </w:pPr>
      <w:r>
        <w:t>میں ڈیموکریسی کو بالکل صحیح سمجھتا ہوں۔ اور وہ اسلام، کچھ لوگ جو باتوں کو سمجھتے نہیں ہیں، وہ کہتے ہیں کہ یہ اینٹی اسلامک یعنی کانسیپٹ ہے۔</w:t>
      </w:r>
    </w:p>
    <w:p>
      <w:r>
        <w:rPr>
          <w:b/>
        </w:rPr>
        <w:t xml:space="preserve">[28:22] </w:t>
      </w:r>
      <w:r>
        <w:t>yeh bilkul galat baat hai. Woh ain Islamic concept hai. Bilkul. Woh anti Islamic nahi hai. Woh kaise?</w:t>
      </w:r>
    </w:p>
    <w:p>
      <w:pPr>
        <w:jc w:val="right"/>
      </w:pPr>
      <w:r>
        <w:t>یہ بالکل غلط بات ہے۔ وہ عین اسلامک کانسیپٹ ہے۔ بالکل۔ وہ اینٹی اسلامک نہیں ہے۔ وہ کیسے؟</w:t>
      </w:r>
    </w:p>
    <w:p>
      <w:r>
        <w:rPr>
          <w:b/>
        </w:rPr>
        <w:t xml:space="preserve">[28:30] </w:t>
      </w:r>
      <w:r>
        <w:t>yaani Allah taala ko yeh manzoor tha ke log jo hain, is raaz ko janiye ke political power hamesha pe kisi ki monopoly nahi rahe gi.</w:t>
      </w:r>
    </w:p>
    <w:p>
      <w:pPr>
        <w:jc w:val="right"/>
      </w:pPr>
      <w:r>
        <w:t>یعنی اللہ تعالیٰ کو یہ منظور تھا کہ لوگ جو ہیں، اس راز کو جانیں کہ پولیٹیکل پاور ہمیشہ پر کسی کی مناپلی نہیں رہے گی۔</w:t>
      </w:r>
    </w:p>
    <w:p>
      <w:r>
        <w:rPr>
          <w:b/>
        </w:rPr>
        <w:t xml:space="preserve">[28:40] </w:t>
      </w:r>
      <w:r>
        <w:t>political power badalta rahe ga. Quran mein hai ke tilka al ayyam nadawluha bayn al nas yaani political power kabhi un ke paas, kabhi un ke paas, kabhi un ke paas, kabhi un ke paas.</w:t>
      </w:r>
    </w:p>
    <w:p>
      <w:pPr>
        <w:jc w:val="right"/>
      </w:pPr>
      <w:r>
        <w:t>پولیٹیکل پاور بدلتا رہے گا۔ قرآن میں ہے کہ تلك الأيام نداولها بين الناس یعنی پولیٹیکل پاور کبھی ان کے پاس، کبھی ان کے پاس، کبھی ان کے پاس، کبھی ان کے پاس۔</w:t>
      </w:r>
    </w:p>
    <w:p>
      <w:r>
        <w:rPr>
          <w:b/>
        </w:rPr>
        <w:t xml:space="preserve">[28:52] </w:t>
      </w:r>
      <w:r>
        <w:t>to political power badalta rahe ga.</w:t>
      </w:r>
    </w:p>
    <w:p>
      <w:pPr>
        <w:jc w:val="right"/>
      </w:pPr>
      <w:r>
        <w:t>تو پولیٹیکل پاور بدلتا رہے گا۔</w:t>
      </w:r>
    </w:p>
    <w:p>
      <w:r>
        <w:rPr>
          <w:b/>
        </w:rPr>
        <w:t xml:space="preserve">[28:54] </w:t>
      </w:r>
      <w:r>
        <w:t>to ek is ka jo hai, is ka settlement is tareeqe se kiya? Yaani jo kiya gaya hai</w:t>
      </w:r>
    </w:p>
    <w:p>
      <w:pPr>
        <w:jc w:val="right"/>
      </w:pPr>
      <w:r>
        <w:t>تو ایک اس کا جو ہے، اس کا سیٹلمنٹ اس طریقے سے کیا؟ یعنی جو کیا گیا ہے</w:t>
      </w:r>
    </w:p>
    <w:p>
      <w:r>
        <w:rPr>
          <w:b/>
        </w:rPr>
        <w:t xml:space="preserve">[29:05] </w:t>
      </w:r>
      <w:r>
        <w:t>democracy mein, bilkul sahi hai ke democracy ka matlab yeh hai ke har mulk mein election ho. Yaani fair and free election.</w:t>
      </w:r>
    </w:p>
    <w:p>
      <w:pPr>
        <w:jc w:val="right"/>
      </w:pPr>
      <w:r>
        <w:t>ڈیموکریسی میں، بالکل صحیح ہے کہ ڈیموکریسی کا مطلب یہ ہے کہ ہر ملک میں الیکشن ہو۔ یعنی فیئر اینڈ فری الیکشن۔</w:t>
      </w:r>
    </w:p>
    <w:p>
      <w:r>
        <w:rPr>
          <w:b/>
        </w:rPr>
        <w:t xml:space="preserve">[29:16] </w:t>
      </w:r>
      <w:r>
        <w:t>ek mehdood term ke liye, chaar saal ya paanch saal ke liye, jo log elect hon, jo log, jo log elect hon, woh hukoomat karein. Phir un ka jab un ka term khatam ho, to phir election kiya jaye.</w:t>
      </w:r>
    </w:p>
    <w:p>
      <w:pPr>
        <w:jc w:val="right"/>
      </w:pPr>
      <w:r>
        <w:t>ایک محدود ٹرم کے لیے، چار سال یا پانچ سال کے لیے، جو لوگ الیکٹ ہوں، جو لوگ، جو لوگ الیکٹ ہوں، وہ حکومت کریں۔ پھر ان کا جب ان کا ٹرم ختم ہو، تو پھر الیکشن کیا جائے۔</w:t>
      </w:r>
    </w:p>
    <w:p>
      <w:r>
        <w:rPr>
          <w:b/>
        </w:rPr>
        <w:t xml:space="preserve">[29:30] </w:t>
      </w:r>
      <w:r>
        <w:t>phir yaani free aur fair election. Phir jo log elect hon, woh hukoomat karein.</w:t>
      </w:r>
    </w:p>
    <w:p>
      <w:pPr>
        <w:jc w:val="right"/>
      </w:pPr>
      <w:r>
        <w:t>پھر یعنی فری اور فیئر الیکشن۔ پھر جو لوگ الیکٹ ہوں، وہ حکومت کریں۔</w:t>
      </w:r>
    </w:p>
    <w:p>
      <w:r>
        <w:rPr>
          <w:b/>
        </w:rPr>
        <w:t xml:space="preserve">[29:35] </w:t>
      </w:r>
      <w:r>
        <w:t>to democracy jo hai, best adjustment hai in dono ke beech mein. Between possible aur impossible. Aur, aur democracy mein dekhiye, yeh maan liya gaya hai ke jo,</w:t>
      </w:r>
    </w:p>
    <w:p>
      <w:pPr>
        <w:jc w:val="right"/>
      </w:pPr>
      <w:r>
        <w:t>تو ڈیموکریسی جو ہے، بیسٹ ایڈجسٹمنٹ ہے ان دونوں کے بیچ میں۔ بٹوین پاسیبل اور امپاسیبل۔ اور، اور ڈیموکریسی میں دیکھیے، یہ مان لیا گیا ہے کہ جو،</w:t>
      </w:r>
    </w:p>
    <w:p>
      <w:r>
        <w:rPr>
          <w:b/>
        </w:rPr>
        <w:t xml:space="preserve">[29:49] </w:t>
      </w:r>
      <w:r>
        <w:t>jo, jo ruler hoga, jo prime minister hoga ya president hoga, us ke power limited hon ge. Yaani us ke power jo hon ge, administration tak hoga.</w:t>
      </w:r>
    </w:p>
    <w:p>
      <w:pPr>
        <w:jc w:val="right"/>
      </w:pPr>
      <w:r>
        <w:t>جو، جو رولر ہوگا، جو پرائم منسٹر ہوگا یا پریزیڈنٹ ہوگا، اس کے پاور لمیٹڈ ہوں گے۔ یعنی اس کے پاور جو ہوں گے، ایڈمنسٹریشن تک ہوگا۔</w:t>
      </w:r>
    </w:p>
    <w:p>
      <w:r>
        <w:rPr>
          <w:b/>
        </w:rPr>
        <w:t xml:space="preserve">[29:59] </w:t>
      </w:r>
      <w:r>
        <w:t>administration. Yeh bohat bara yaani revolution hai jo aaya hai maujooda zamane mein.</w:t>
      </w:r>
    </w:p>
    <w:p>
      <w:pPr>
        <w:jc w:val="right"/>
      </w:pPr>
      <w:r>
        <w:t>ایڈمنسٹریشن۔ یہ بہت بڑا یعنی ریولوشن ہے جو آیا ہے موجودہ زمانے میں۔</w:t>
      </w:r>
    </w:p>
    <w:p>
      <w:r>
        <w:rPr>
          <w:b/>
        </w:rPr>
        <w:t xml:space="preserve">[30:05] </w:t>
      </w:r>
      <w:r>
        <w:t>jo jis ne is ko power ko limit kar diya hai. Administration to un ke haath mein hai. Yaani government jo aaj ki hoti hai, us ke haath mein administration hota hai.</w:t>
      </w:r>
    </w:p>
    <w:p>
      <w:pPr>
        <w:jc w:val="right"/>
      </w:pPr>
      <w:r>
        <w:t>جو جس نے اس کو پاور کو لمیٹ کر دیا ہے۔ ایڈمنسٹریشن تو ان کے ہاتھ میں ہے۔ یعنی گورنمنٹ جو آج کی ہوتی ہے، اس کے ہاتھ میں ایڈمنسٹریشن ہوتا ہے۔</w:t>
      </w:r>
    </w:p>
    <w:p>
      <w:r>
        <w:rPr>
          <w:b/>
        </w:rPr>
        <w:t xml:space="preserve">[30:15] </w:t>
      </w:r>
      <w:r>
        <w:t>baqi sab azaad hai. Yaani yeh sab jo shobe hain, education ka shoba, journals ka shoba, media ka shoba, industry, business, aur mazhab, mazhabi activities, yeh sab azaad hain.</w:t>
      </w:r>
    </w:p>
    <w:p>
      <w:pPr>
        <w:jc w:val="right"/>
      </w:pPr>
      <w:r>
        <w:t>باقی سب آزاد ہے۔ یعنی یہ سب جو شعبے ہیں، ایجوکیشن کا شعبہ، جرنلز کا شعبہ، میڈیا کا شعبہ، انڈسٹری، بزنس، اور مذہب، مذہبی ایکٹیویٹیز، یہ سب آزاد ہیں۔</w:t>
      </w:r>
    </w:p>
    <w:p>
      <w:r>
        <w:rPr>
          <w:b/>
        </w:rPr>
        <w:t xml:space="preserve">[30:31] </w:t>
      </w:r>
      <w:r>
        <w:t>yeh bohat hi bara reform aaya hai tareekh mein. Aur mein samajhta hoon ke yeh ain Christian plan of God ke mutabiq hai. Lekin is ko log samjhe nahi ya accept nahi kar sake.</w:t>
      </w:r>
    </w:p>
    <w:p>
      <w:pPr>
        <w:jc w:val="right"/>
      </w:pPr>
      <w:r>
        <w:t>یہ بہت ہی بڑا ریفارم آیا ہے تاریخ میں۔ اور میں سمجھتا ہوں کہ یہ عین کرسچن پلان اف گارڈ کے مطابق ہے۔ لیکن اس کو لوگ سمجھے نہیں یا ایکسیپٹ نہیں کر سکے۔</w:t>
      </w:r>
    </w:p>
    <w:p>
      <w:r>
        <w:rPr>
          <w:b/>
        </w:rPr>
        <w:t xml:space="preserve">[30:42] </w:t>
      </w:r>
      <w:r>
        <w:t>muslim log. sab se zyada musalman is ke khilaf hain. jitne muslim countries hain, kahin bhi democracy nahin hai. is liye woh samajhte nahin is raaz ko.</w:t>
      </w:r>
    </w:p>
    <w:p>
      <w:pPr>
        <w:jc w:val="right"/>
      </w:pPr>
      <w:r>
        <w:t>مسلم لوگ۔ سب سے زیادہ مسلمان اس کے خلاف ہیں۔ جتنے مسلم کنٹریز ہیں، کہیں بھی ڈیموکریسی نہیں ہے۔ اس لیے وہ سمجھتے نہیں اس راز کو۔</w:t>
      </w:r>
    </w:p>
    <w:p>
      <w:r>
        <w:rPr>
          <w:b/>
        </w:rPr>
        <w:t xml:space="preserve">[30:51] </w:t>
      </w:r>
      <w:r>
        <w:t>democracy ko woh samajhte nahin ke yeh ain islam ke mutabiq hai.</w:t>
      </w:r>
    </w:p>
    <w:p>
      <w:pPr>
        <w:jc w:val="right"/>
      </w:pPr>
      <w:r>
        <w:t>ڈیموکریسی کو وہ سمجھتے نہیں کہ یہ عین اسلام کے مطابق ہے۔</w:t>
      </w:r>
    </w:p>
    <w:p>
      <w:r>
        <w:rPr>
          <w:b/>
        </w:rPr>
        <w:t xml:space="preserve">[30:56] </w:t>
      </w:r>
      <w:r>
        <w:t>to saare muslim mulkon mein ya to yaani ya to woh dictatorship hai ya agar democracy hai to isi qism ki hai ke lad rahe hain log, lad rahe hain, accept nahin kar rahay.</w:t>
      </w:r>
    </w:p>
    <w:p>
      <w:pPr>
        <w:jc w:val="right"/>
      </w:pPr>
      <w:r>
        <w:t>تو سارے مسلم ملکوں میں یا تو یعنی یا تو وہ ڈکٹیٹرشپ ہے یا اگر ڈیموکریسی ہے تو اسی قسم کی ہے کہ لڑ رہے ہیں لوگ، لڑ رہے ہیں، ایکسیپٹ نہیں کر رہے۔</w:t>
      </w:r>
    </w:p>
    <w:p>
      <w:r>
        <w:rPr>
          <w:b/>
        </w:rPr>
        <w:t xml:space="preserve">[31:09] </w:t>
      </w:r>
      <w:r>
        <w:t>pakistan mein lad rahe hain, accept nahin kar rahay. misr mein lad rahe hain, accept nahin kar rahay. to democracy jab chalegi jab ke aap accept karein is baat ko ke kuch log honge jin ko political rule karne ka ikhtiyar hoga.</w:t>
      </w:r>
    </w:p>
    <w:p>
      <w:pPr>
        <w:jc w:val="right"/>
      </w:pPr>
      <w:r>
        <w:t>پاکستان میں لڑ رہے ہیں، ایکسیپٹ نہیں کر رہے۔ مصر میں لڑ رہے ہیں، ایکسیپٹ نہیں کر رہے۔ تو ڈیموکریسی جب چلے گی جب کہ آپ ایکسیپٹ کریں اس بات کو کہ کچھ لوگ ہوں گے جن کو پولیٹیکل رول کرنے کا اختیار ہوگا۔</w:t>
      </w:r>
    </w:p>
    <w:p>
      <w:r>
        <w:rPr>
          <w:b/>
        </w:rPr>
        <w:t xml:space="preserve">[31:26] </w:t>
      </w:r>
      <w:r>
        <w:t>baqi log hain, un ko yeh ikhtiyar hoga ke woh yaani political field ke bahar jo opportunities hain, us ko avail karein.</w:t>
      </w:r>
    </w:p>
    <w:p>
      <w:pPr>
        <w:jc w:val="right"/>
      </w:pPr>
      <w:r>
        <w:t>باقی لوگ ہیں، ان کو یہ اختیار ہوگا کہ وہ یعنی پولیٹیکل فیلڈ کے باہر جو اپرچونیٹیز ہیں، اس کو اویل کریں۔</w:t>
      </w:r>
    </w:p>
    <w:p>
      <w:r>
        <w:rPr>
          <w:b/>
        </w:rPr>
        <w:t xml:space="preserve">[31:35] </w:t>
      </w:r>
      <w:r>
        <w:t>yeh hai best adjustment. isi raaz ko na janne ki wajah se ladaiyan ho rahi hain. aur logon ne samjha tha ke ke misr mein islam aa gaya hai.</w:t>
      </w:r>
    </w:p>
    <w:p>
      <w:pPr>
        <w:jc w:val="right"/>
      </w:pPr>
      <w:r>
        <w:t>یہ ہے بیسٹ ایڈجسٹمنٹ۔ اسی راز کو نہ جاننے کی وجہ سے لڑائیاں ہو رہی ہیں۔ اور لوگوں نے سمجھا تھا کہ کہ مصر میں اسلام آ گیا ہے۔</w:t>
      </w:r>
    </w:p>
    <w:p>
      <w:r>
        <w:rPr>
          <w:b/>
        </w:rPr>
        <w:t xml:space="preserve">[31:47] </w:t>
      </w:r>
      <w:r>
        <w:t>main, main, main, main kehta hoon ke kuch bhi nahin aaya. siwaye anar ke ke. koi islam nahin aaya. is ka saboot hi aaj ka din hai.</w:t>
      </w:r>
    </w:p>
    <w:p>
      <w:pPr>
        <w:jc w:val="right"/>
      </w:pPr>
      <w:r>
        <w:t>میں، میں، میں، میں کہتا ہوں کہ کچھ بھی نہیں آیا۔ سوائے انارکے کے۔ کوئی اسلام نہیں آیا۔ اس کا ثبوت ہی آج کا دن ہے۔</w:t>
      </w:r>
    </w:p>
    <w:p>
      <w:r>
        <w:rPr>
          <w:b/>
        </w:rPr>
        <w:t xml:space="preserve">[31:58] </w:t>
      </w:r>
      <w:r>
        <w:t>kya doctor muhammad morsi jo hain, parhe likhe aadmi hain, un ki education غالباً america mein hui hai. aur woh arabi bhi jante hain, english bhi jante hain.</w:t>
      </w:r>
    </w:p>
    <w:p>
      <w:pPr>
        <w:jc w:val="right"/>
      </w:pPr>
      <w:r>
        <w:t>کیا ڈاکٹر محمد مرسی جو ہیں، پڑھے لکھے آدمی ہیں، ان کی ایجوکیشن غالباً امریکہ میں ہوئی ہے۔ اور وہ عربی بھی جانتے ہیں، انگلش بھی جانتے ہیں۔</w:t>
      </w:r>
    </w:p>
    <w:p>
      <w:r>
        <w:rPr>
          <w:b/>
        </w:rPr>
        <w:t xml:space="preserve">[32:09] </w:t>
      </w:r>
      <w:r>
        <w:t>lekin woh is raaz ko nahin samajhte ke ke christian plan of god kya hai. yaani arabi zaban jante hain, angrezi zaban jante hain.</w:t>
      </w:r>
    </w:p>
    <w:p>
      <w:pPr>
        <w:jc w:val="right"/>
      </w:pPr>
      <w:r>
        <w:t>لیکن وہ اس راز کو نہیں سمجھتے کہ کہ کرسچن پلان اف گارڈ کیا ہے۔ یعنی عربی زبان جانتے ہیں، انگریزی زبان جانتے ہیں۔</w:t>
      </w:r>
    </w:p>
    <w:p>
      <w:r>
        <w:rPr>
          <w:b/>
        </w:rPr>
        <w:t xml:space="preserve">[32:19] </w:t>
      </w:r>
      <w:r>
        <w:t>unhon ne doctorate degree غالباً america se li hai. sab kuch hai. lekin christian plan of god ko nahin samajhte woh.</w:t>
      </w:r>
    </w:p>
    <w:p>
      <w:pPr>
        <w:jc w:val="right"/>
      </w:pPr>
      <w:r>
        <w:t>انہوں نے ڈاکٹریٹ ڈگری غالباً امریکہ سے لی ہے۔ سب کچھ ہے۔ لیکن کرسچن پلان اف گارڈ کو نہیں سمجھتے وہ۔</w:t>
      </w:r>
    </w:p>
    <w:p>
      <w:r>
        <w:rPr>
          <w:b/>
        </w:rPr>
        <w:t xml:space="preserve">[32:26] </w:t>
      </w:r>
      <w:r>
        <w:t>agar woh samajhte to yeh jo degree jari ki, woh jari na karte. ke woh president hain to president ka matlab yeh nahin ke woh total yaani rule un ka haq ho gaya hai.</w:t>
      </w:r>
    </w:p>
    <w:p>
      <w:pPr>
        <w:jc w:val="right"/>
      </w:pPr>
      <w:r>
        <w:t>اگر وہ سمجھتے تو یہ جو ڈگری جاری کی، وہ جاری نہ کرتے۔ کہ وہ پریزیڈنٹ ہیں تو پریزیڈنٹ کا مطلب یہ نہیں کہ وہ ٹوٹل یعنی رول ان کا حق ہو گیا ہے۔</w:t>
      </w:r>
    </w:p>
    <w:p>
      <w:r>
        <w:rPr>
          <w:b/>
        </w:rPr>
        <w:t xml:space="preserve">[32:42] </w:t>
      </w:r>
      <w:r>
        <w:t>yeh sara ikhtiyar un ke paas aa gaya. doosron ko ikhtiyar dena parega. is duniya mein aap ko doosron ko ikhtiyar dena parega.</w:t>
      </w:r>
    </w:p>
    <w:p>
      <w:pPr>
        <w:jc w:val="right"/>
      </w:pPr>
      <w:r>
        <w:t>یہ سارا اختیار ان کے پاس آ گیا۔ دوسروں کو اختیار دینا پڑے گا۔ اس دنیا میں آپ کو دوسروں کو اختیار دینا پڑے گا۔</w:t>
      </w:r>
    </w:p>
    <w:p>
      <w:r>
        <w:rPr>
          <w:b/>
        </w:rPr>
        <w:t xml:space="preserve">[32:50] </w:t>
      </w:r>
      <w:r>
        <w:t>jaise jo waqea hua tha yaani yaani shuru zamanay mein insaan ke ibtidai daur mein ke ek taraf jinn tha, ek taraf adam thay.</w:t>
      </w:r>
    </w:p>
    <w:p>
      <w:pPr>
        <w:jc w:val="right"/>
      </w:pPr>
      <w:r>
        <w:t>جیسے جو واقعہ ہوا تھا یعنی یعنی شروع زمانے میں انسان کے ابتدائی دور میں کہ ایک طرف جن تھا، ایک طرف آدم تھے۔</w:t>
      </w:r>
    </w:p>
    <w:p>
      <w:r>
        <w:rPr>
          <w:b/>
        </w:rPr>
        <w:t xml:space="preserve">[33:03] </w:t>
      </w:r>
      <w:r>
        <w:t>to jinn ko adam ko ikhtiyar dena chahiye tha. kuch ab kuch khud leta, kuch un ko deta. to koi break down na hota.</w:t>
      </w:r>
    </w:p>
    <w:p>
      <w:pPr>
        <w:jc w:val="right"/>
      </w:pPr>
      <w:r>
        <w:t>تو جن کو آدم کو اختیار دینا چاہیے تھا۔ کچھ اب کچھ خود لیتا، کچھ ان کو دیتا۔ تو کوئی بریک ڈاؤن نہ ہوتا۔</w:t>
      </w:r>
    </w:p>
    <w:p>
      <w:r>
        <w:rPr>
          <w:b/>
        </w:rPr>
        <w:t xml:space="preserve">[33:13] </w:t>
      </w:r>
      <w:r>
        <w:t>lekin is ne inkar kiya ke main adam ko ikhtiyar nahin doonga. mere paas ikhtiyar aana chahiye. kyunke khalqatni min nar wa khalqat hu min teen</w:t>
      </w:r>
    </w:p>
    <w:p>
      <w:pPr>
        <w:jc w:val="right"/>
      </w:pPr>
      <w:r>
        <w:t>لیکن اس نے انکار کیا کہ میں آدم کو اختیار نہیں دوں گا۔ میرے پاس اختیار آنا چاہیے۔ کیونکہ خلقتني من نار وخلقته من طين</w:t>
      </w:r>
    </w:p>
    <w:p>
      <w:r>
        <w:rPr>
          <w:b/>
        </w:rPr>
        <w:t xml:space="preserve">[33:21] </w:t>
      </w:r>
      <w:r>
        <w:t>ke adam ko banaya kya hai mitti se, mujhe banaya aag se. to main superior hoon. yeh jo thinking hai, yeh satanic thinking hai.</w:t>
      </w:r>
    </w:p>
    <w:p>
      <w:pPr>
        <w:jc w:val="right"/>
      </w:pPr>
      <w:r>
        <w:t>کہ آدم کو بنایا کیا ہے مٹی سے، مجھے بنایا آگ سے۔ تو میں سپیریئر ہوں۔ یہ جو تھنکنگ ہے، یہ سٹیٹنک تھنکنگ ہے۔</w:t>
      </w:r>
    </w:p>
    <w:p>
      <w:r>
        <w:rPr>
          <w:b/>
        </w:rPr>
        <w:t xml:space="preserve">[33:31] </w:t>
      </w:r>
      <w:r>
        <w:t>satanic thinking hai.</w:t>
      </w:r>
    </w:p>
    <w:p>
      <w:pPr>
        <w:jc w:val="right"/>
      </w:pPr>
      <w:r>
        <w:t>سٹیٹنک تھنکنگ ہے۔</w:t>
      </w:r>
    </w:p>
    <w:p>
      <w:r>
        <w:rPr>
          <w:b/>
        </w:rPr>
        <w:t xml:space="preserve">[33:36] </w:t>
      </w:r>
      <w:r>
        <w:t>to isi raaz ko na janne ki wajah se poori history mein ladaiyan ho rahi hain. aap dekhein, poori history ladai ki history hai.</w:t>
      </w:r>
    </w:p>
    <w:p>
      <w:pPr>
        <w:jc w:val="right"/>
      </w:pPr>
      <w:r>
        <w:t>تو اسی راز کو نہ جاننے کی وجہ سے پوری ہسٹری میں لڑائیاں ہو رہی ہیں۔ آپ دیکھیں، پوری ہسٹری لڑائی کی ہسٹری ہے۔</w:t>
      </w:r>
    </w:p>
    <w:p>
      <w:r>
        <w:rPr>
          <w:b/>
        </w:rPr>
        <w:t xml:space="preserve">[33:46] </w:t>
      </w:r>
      <w:r>
        <w:t>har choti bari war poori history mein chalti rahi</w:t>
      </w:r>
    </w:p>
    <w:p>
      <w:pPr>
        <w:jc w:val="right"/>
      </w:pPr>
      <w:r>
        <w:t>ہر چھوٹی بڑی وار پوری ہسٹری میں چلتی رہی</w:t>
      </w:r>
    </w:p>
    <w:p>
      <w:r>
        <w:rPr>
          <w:b/>
        </w:rPr>
        <w:t xml:space="preserve">[33:51] </w:t>
      </w:r>
      <w:r>
        <w:t>hai. opposition ki yeh poori tareekh ka hissa bana hua hai. kyun log is ko samajh nahin paate ke christian plan of god hai kya?</w:t>
      </w:r>
    </w:p>
    <w:p>
      <w:pPr>
        <w:jc w:val="right"/>
      </w:pPr>
      <w:r>
        <w:t>ہے۔ اپوزیشن کی یہ پوری تاریخ کا حصہ بنا ہوا ہے۔ کیوں لوگ اس کو سمجھ نہیں پاتے کہ کرسچن پلان اف گارڈ ہے کیا؟</w:t>
      </w:r>
    </w:p>
    <w:p>
      <w:r>
        <w:rPr>
          <w:b/>
        </w:rPr>
        <w:t xml:space="preserve">[34:02] </w:t>
      </w:r>
      <w:r>
        <w:t>christian plan of god yeh hai ke political power ko sirf ek limited ikhtiyarat honge. limited. saare nahin.</w:t>
      </w:r>
    </w:p>
    <w:p>
      <w:pPr>
        <w:jc w:val="right"/>
      </w:pPr>
      <w:r>
        <w:t>کرسچن پلان اف گارڈ یہ ہے کہ پولیٹیکل پاور کو صرف ایک لمیٹڈ اختیارات ہوں گے۔ لمیٹڈ۔ سارے نہیں۔</w:t>
      </w:r>
    </w:p>
    <w:p>
      <w:r>
        <w:rPr>
          <w:b/>
        </w:rPr>
        <w:t xml:space="preserve">[34:11] </w:t>
      </w:r>
      <w:r>
        <w:t>limited ikhtiyar par yaani jis ko political power mile to ek apne limited dayre mein woh apna kaam kare.</w:t>
      </w:r>
    </w:p>
    <w:p>
      <w:pPr>
        <w:jc w:val="right"/>
      </w:pPr>
      <w:r>
        <w:t>لمیٹڈ اختیار پر یعنی جس کو پولیٹیکل پاور ملے تو ایک اپنے لمیٹڈ دائرے میں وہ اپنا کام کرے۔</w:t>
      </w:r>
    </w:p>
    <w:p>
      <w:r>
        <w:rPr>
          <w:b/>
        </w:rPr>
        <w:t xml:space="preserve">[34:19] </w:t>
      </w:r>
      <w:r>
        <w:t>aur baqi cheezon ko azadi de de. to democracy ka concept basically yahi hai. basically.</w:t>
      </w:r>
    </w:p>
    <w:p>
      <w:pPr>
        <w:jc w:val="right"/>
      </w:pPr>
      <w:r>
        <w:t>اور باقی چیزوں کو آزادی دے دے۔ تو ڈیموکریسی کا کانسیپٹ بیسیکلی یہی ہے۔ بیسیکلی۔</w:t>
      </w:r>
    </w:p>
    <w:p>
      <w:r>
        <w:rPr>
          <w:b/>
        </w:rPr>
        <w:t xml:space="preserve">[34:28] </w:t>
      </w:r>
      <w:r>
        <w:t>to democracy kuch countries mein kam aayi chal rahi hai achhe tareeqe se. lekin muslim countries mein chal rahi hai. kyunke muslim countries abhi tak samajh nahin paye ke democracy jo hai yaani ka matlab kya hai.</w:t>
      </w:r>
    </w:p>
    <w:p>
      <w:pPr>
        <w:jc w:val="right"/>
      </w:pPr>
      <w:r>
        <w:t>تو ڈیموکریسی کچھ کنٹریز میں کم آئی چل رہی ہے اچھے طریقے سے۔ لیکن مسلم کنٹریز میں چل رہی ہے۔ کیونکہ مسلم کنٹریز ابھی تک سمجھ نہیں پائے کہ ڈیموکریسی جو ہے یعنی کا مطلب کیا ہے۔</w:t>
      </w:r>
    </w:p>
    <w:p>
      <w:r>
        <w:rPr>
          <w:b/>
        </w:rPr>
        <w:t xml:space="preserve">[34:43] </w:t>
      </w:r>
      <w:r>
        <w:t>woh samajhte hain ke yaani sara ikhtiyar hamare paas hona chahiye. to muslim mind jo hai woh democracy ko accept nahin kar pata.</w:t>
      </w:r>
    </w:p>
    <w:p>
      <w:pPr>
        <w:jc w:val="right"/>
      </w:pPr>
      <w:r>
        <w:t>وہ سمجھتے ہیں کہ یعنی سارا اختیار ہمارے پاس ہونا چاہیے۔ تو مسلم مائنڈ جو ہے وہ ڈیموکریسی کو ایکسیپٹ نہیں کر پاتا۔</w:t>
      </w:r>
    </w:p>
    <w:p>
      <w:r>
        <w:rPr>
          <w:b/>
        </w:rPr>
        <w:t xml:space="preserve">[34:53] </w:t>
      </w:r>
      <w:r>
        <w:t>kisi bhi country mein aap dekhiye, iran hai, pakistan hai, afghanistan hai, misr hai, aur doosre arab countries mein, kisi bhi mulk mein muslim jo muslim mind hai, woh democracy ko accept nahi kar paya hai.</w:t>
      </w:r>
    </w:p>
    <w:p>
      <w:pPr>
        <w:jc w:val="right"/>
      </w:pPr>
      <w:r>
        <w:t>کسی بھی کنٹری میں آپ دیکھیے، ایران ہے، پاکستان ہے، افغانستان ہے، مصر ہے، اور دوسرے عرب کنٹریز میں، کسی بھی ملک میں مسلم جو مسلم مائنڈ ہے، وہ ڈیموکریسی کو ایکسیپٹ نہیں کر پایا ہے۔</w:t>
      </w:r>
    </w:p>
    <w:p>
      <w:r>
        <w:rPr>
          <w:b/>
        </w:rPr>
        <w:t xml:space="preserve">[35:09] </w:t>
      </w:r>
      <w:r>
        <w:t>kyunke jante nahi iski value. meri mulaqat ek bohat padhe likhe musalman se hui hai ek baar.</w:t>
      </w:r>
    </w:p>
    <w:p>
      <w:pPr>
        <w:jc w:val="right"/>
      </w:pPr>
      <w:r>
        <w:t>کیونکہ جانتے نہیں اس کی ویلیو۔ میری ملاقات ایک بہت پڑھے لکھے مسلمان سے ہوئی ہے ایک بار۔</w:t>
      </w:r>
    </w:p>
    <w:p>
      <w:r>
        <w:rPr>
          <w:b/>
        </w:rPr>
        <w:t xml:space="preserve">[35:18] </w:t>
      </w:r>
      <w:r>
        <w:t>toh woh democracy ko padha hai unhon ne.</w:t>
      </w:r>
    </w:p>
    <w:p>
      <w:pPr>
        <w:jc w:val="right"/>
      </w:pPr>
      <w:r>
        <w:t>تو وہ ڈیموکریسی کو پڑھا ہے انہوں نے۔</w:t>
      </w:r>
    </w:p>
    <w:p>
      <w:r>
        <w:rPr>
          <w:b/>
        </w:rPr>
        <w:t xml:space="preserve">[35:21] </w:t>
      </w:r>
      <w:r>
        <w:t>political science unka subject tha. isi par unhon ne education li hai. toh unhon ne kaha ke yaani baat cheet ke douran unhon ne kaha ke main toh itna zyada manta hoon democracy ko ke mera jab bachcha paida hoga toh bachche ke, jaise aap jante hain ke musalmanon mein ek tradition hai,</w:t>
      </w:r>
    </w:p>
    <w:p>
      <w:pPr>
        <w:jc w:val="right"/>
      </w:pPr>
      <w:r>
        <w:t>پولیٹیکل سائنس ان کا سبجیکٹ تھا۔ اسی پر انہوں نے ایجوکیشن لی ہے۔ تو انہوں نے کہا کہ یعنی بات چیت کے دوران انہوں نے کہا کہ میں تو اتنا زیادہ مانتا ہوں ڈیموکریسی کو کہ میرا جب بچہ پیدا ہوگا تو بچے کے، جیسے آپ جانتے ہیں کہ مسلمانوں میں ایک ٹریڈیشن ہے،</w:t>
      </w:r>
    </w:p>
    <w:p>
      <w:r>
        <w:rPr>
          <w:b/>
        </w:rPr>
        <w:t xml:space="preserve">[35:41] </w:t>
      </w:r>
      <w:r>
        <w:t>musalmanon mein ke bachcha paida hota hai, uske kaan mein azan dete hain. Allahu Akbar, Allahu Akbar, idhar bhi, idhar bhi. kaan mein azan di jaati hai. toh unhon ne kaha ke mera bachcha jab paida hoga toh uske kaan mein idhar udhar dono taraf kahunga.</w:t>
      </w:r>
    </w:p>
    <w:p>
      <w:pPr>
        <w:jc w:val="right"/>
      </w:pPr>
      <w:r>
        <w:t>مسلمانوں میں کہ بچہ پیدا ہوتا ہے، اس کے کان میں اذان دیتے ہیں۔ اللہ اکبر، اللہ اکبر، ادھر بھی، ادھر بھی۔ کان میں اذان دی جاتی ہے۔ تو انہوں نے کہا کہ میرا بچہ جب پیدا ہوگا تو اس کے کان میں ادھر ادھر دونوں طرف کہوں گا۔</w:t>
      </w:r>
    </w:p>
    <w:p>
      <w:r>
        <w:rPr>
          <w:b/>
        </w:rPr>
        <w:t xml:space="preserve">[35:56] </w:t>
      </w:r>
      <w:r>
        <w:t>democracy, democracy, democracy.</w:t>
      </w:r>
    </w:p>
    <w:p>
      <w:pPr>
        <w:jc w:val="right"/>
      </w:pPr>
      <w:r>
        <w:t>ڈیموکریسی، ڈیموکریسی، ڈیموکریسی۔</w:t>
      </w:r>
    </w:p>
    <w:p>
      <w:r>
        <w:rPr>
          <w:b/>
        </w:rPr>
        <w:t xml:space="preserve">[35:59] </w:t>
      </w:r>
      <w:r>
        <w:t>democracy, democracy, democracy. toh unhon ne jo baat kahi, bazahir ek ek ek lagti hai bohat hi yaani ek booti si baat lagti hai.</w:t>
      </w:r>
    </w:p>
    <w:p>
      <w:pPr>
        <w:jc w:val="right"/>
      </w:pPr>
      <w:r>
        <w:t>ڈیموکریسی، ڈیموکریسی، ڈیموکریسی۔ تو انہوں نے جو بات کہی، بظاہر ایک ایک ایک لگتی ہے بہت ہی یعنی ایک بوٹی سی بات لگتی ہے۔</w:t>
      </w:r>
    </w:p>
    <w:p>
      <w:r>
        <w:rPr>
          <w:b/>
        </w:rPr>
        <w:t xml:space="preserve">[36:10] </w:t>
      </w:r>
      <w:r>
        <w:t>lekin woh sahi hai mere nazdeek. bilkul sahi hai. ke musalmanon ko yeh batana ke tum democracy ko samajhte ho ke unislamic, woh islamic nahi hai. woh islam hai, islam hai, islam hai.</w:t>
      </w:r>
    </w:p>
    <w:p>
      <w:pPr>
        <w:jc w:val="right"/>
      </w:pPr>
      <w:r>
        <w:t>لیکن وہ صحیح ہے میرے نزدیک۔ بالکل صحیح ہے۔ کہ مسلمانوں کو یہ بتانا کہ تم ڈیموکریسی کو سمجھتے ہو کہ ان اسلامک، وہ اسلامک نہیں ہے۔ وہ اسلام ہے، اسلام ہے، اسلام ہے۔</w:t>
      </w:r>
    </w:p>
    <w:p>
      <w:r>
        <w:rPr>
          <w:b/>
        </w:rPr>
        <w:t xml:space="preserve">[36:25] </w:t>
      </w:r>
      <w:r>
        <w:t>yeh bohat badi galatfehmi logon ko hai.</w:t>
      </w:r>
    </w:p>
    <w:p>
      <w:pPr>
        <w:jc w:val="right"/>
      </w:pPr>
      <w:r>
        <w:t>یہ بہت بڑی غلط فہمی لوگوں کو ہے۔</w:t>
      </w:r>
    </w:p>
    <w:p>
      <w:r>
        <w:rPr>
          <w:b/>
        </w:rPr>
        <w:t xml:space="preserve">[36:28] </w:t>
      </w:r>
      <w:r>
        <w:t>yeh galatfehmi is zamane mein badhi hai jab ke ek nazariya paida hua. islam ek mukammal nizam hai. yeh jo mukammal nizam ka jo concept hai, yeh mere nazdeek bilkul false concept hai.</w:t>
      </w:r>
    </w:p>
    <w:p>
      <w:pPr>
        <w:jc w:val="right"/>
      </w:pPr>
      <w:r>
        <w:t>یہ غلط فہمی اس زمانے میں بڑھی ہے جب کہ ایک نظریہ پیدا ہوا۔ اسلام ایک مکمل نظام ہے۔ یہ جو مکمل نظام کا جو کانسیپٹ ہے، یہ میرے نزدیک بالکل فالس کانسیپٹ ہے۔</w:t>
      </w:r>
    </w:p>
    <w:p>
      <w:r>
        <w:rPr>
          <w:b/>
        </w:rPr>
        <w:t xml:space="preserve">[36:40] </w:t>
      </w:r>
      <w:r>
        <w:t>unislamic hai. aur bilkul base less concept hai. islam har giz har giz mukammal nizam ka lafz iske sahi nahi hai islam ke liye.</w:t>
      </w:r>
    </w:p>
    <w:p>
      <w:pPr>
        <w:jc w:val="right"/>
      </w:pPr>
      <w:r>
        <w:t>ان اسلامک ہے۔ اور بالکل بیس لیس کانسیپٹ ہے۔ اسلام ہرگز ہرگز مکمل نظام کا لفظ اس کے صحیح نہیں ہے اسلام کے لیے۔</w:t>
      </w:r>
    </w:p>
    <w:p>
      <w:r>
        <w:rPr>
          <w:b/>
        </w:rPr>
        <w:t xml:space="preserve">[36:51] </w:t>
      </w:r>
      <w:r>
        <w:t>islam jo hai wohi hai jo hazrat yusuf ke zamane mein jiska ek ek model qaim hua tha ke ke deen ek kisi ek ke paas aur khazana arz kisi ek ke paas.</w:t>
      </w:r>
    </w:p>
    <w:p>
      <w:pPr>
        <w:jc w:val="right"/>
      </w:pPr>
      <w:r>
        <w:t>اسلام جو ہے وہی ہے جو حضرت یوسف کے زمانے میں جس کا ایک ایک ماڈل قائم ہوا تھا کہ کہ دین ایک کسی ایک کے پاس اور خزانہ عرض کسی ایک کے پاس۔</w:t>
      </w:r>
    </w:p>
    <w:p>
      <w:r>
        <w:rPr>
          <w:b/>
        </w:rPr>
        <w:t xml:space="preserve">[37:05] </w:t>
      </w:r>
      <w:r>
        <w:t>yaani deen jo tha woh political hakim ke paas aur khazana arz jo hai woh sab ke paas. sab sab ko azadi. aur rasool Allah sallallahu alaihi wasallam ne yahi elaan kiya tha ke political head toh woh khud honge</w:t>
      </w:r>
    </w:p>
    <w:p>
      <w:pPr>
        <w:jc w:val="right"/>
      </w:pPr>
      <w:r>
        <w:t>یعنی دین جو تھا وہ پولیٹیکل حاکم کے پاس اور خزانہ عرض جو ہے وہ سب کے پاس۔ سب سب کو آزادی۔ اور رسول اللہ صلی اللہ علیہ وسلم نے یہی اعلان کیا تھا کہ پولیٹیکل ہیڈ تو وہ خود ہوں گے</w:t>
      </w:r>
    </w:p>
    <w:p>
      <w:r>
        <w:rPr>
          <w:b/>
        </w:rPr>
        <w:t xml:space="preserve">[37:19] </w:t>
      </w:r>
      <w:r>
        <w:t>lekin deen ke mamle mein lil yahudi deenu wa lil muslimeen deenu dono ko barabar ki azadi hogi. deen ko aap kisi mahdood mani mein na lijiyye.</w:t>
      </w:r>
    </w:p>
    <w:p>
      <w:pPr>
        <w:jc w:val="right"/>
      </w:pPr>
      <w:r>
        <w:t>لیکن دین کے معاملے میں للיהود دينه وللمسلمين دينه دونوں کو برابر کی آزادی ہوگی۔ دین کو آپ کسی محدود معنی میں نہ لیجیے۔</w:t>
      </w:r>
    </w:p>
    <w:p>
      <w:r>
        <w:rPr>
          <w:b/>
        </w:rPr>
        <w:t xml:space="preserve">[37:30] </w:t>
      </w:r>
      <w:r>
        <w:t>deen mein yaani other deen partist sari cheezein shamil hain. partist ka main lafz bol raha hoon woh sirf administration ke mani mein.</w:t>
      </w:r>
    </w:p>
    <w:p>
      <w:pPr>
        <w:jc w:val="right"/>
      </w:pPr>
      <w:r>
        <w:t>دین میں یعنی ادر دین پارٹسٹ ساری چیزیں شامل ہیں۔ پارٹسٹ کا میں لفظ بول رہا ہوں وہ صرف ایڈمنسٹریشن کے معنی میں۔</w:t>
      </w:r>
    </w:p>
    <w:p>
      <w:r>
        <w:rPr>
          <w:b/>
        </w:rPr>
        <w:t xml:space="preserve">[37:40] </w:t>
      </w:r>
      <w:r>
        <w:t>is mani mein bol raha hoon main. toh partist in the sense of administration ek bohat hi limited shoba hai. log bohat</w:t>
      </w:r>
    </w:p>
    <w:p>
      <w:pPr>
        <w:jc w:val="right"/>
      </w:pPr>
      <w:r>
        <w:t>اس معنی میں بول رہا ہوں میں۔ تو پارٹسٹ ان دا سینس آف ایڈمنسٹریشن ایک بہت ہی لمیٹڈ شعبہ ہے۔ لوگ بہت</w:t>
      </w:r>
    </w:p>
    <w:p>
      <w:r>
        <w:rPr>
          <w:b/>
        </w:rPr>
        <w:t xml:space="preserve">[37:48] </w:t>
      </w:r>
      <w:r>
        <w:t>hi limited. main toh kehta hoon isko headache samajhta hoon. mujhe koi prime minister banana chahe toh main main kis se banoonga prime minister?</w:t>
      </w:r>
    </w:p>
    <w:p>
      <w:pPr>
        <w:jc w:val="right"/>
      </w:pPr>
      <w:r>
        <w:t>ہی لمیٹڈ۔ میں تو کہتا ہوں اس کو ہیڈک سمجھتا ہوں۔ مجھے کوئی پرائم منسٹر بنانا چاہے تو میں میں کس سے بنوں گا پرائم منسٹر؟</w:t>
      </w:r>
    </w:p>
    <w:p>
      <w:r>
        <w:rPr>
          <w:b/>
        </w:rPr>
        <w:t xml:space="preserve">[37:57] </w:t>
      </w:r>
      <w:r>
        <w:t>headache lene ke liye? sir sir dard ke liye? mujhe nahi chahiye prime minister sirf. woh jis ko suit karti hai le.</w:t>
      </w:r>
    </w:p>
    <w:p>
      <w:pPr>
        <w:jc w:val="right"/>
      </w:pPr>
      <w:r>
        <w:t>ہیڈک لینے کے لیے؟ سر سر درد کے لیے؟ مجھے نہیں چاہیے پرائم منسٹر صرف۔ وہ جس کو سوٹ کرتی ہے لے۔</w:t>
      </w:r>
    </w:p>
    <w:p>
      <w:r>
        <w:rPr>
          <w:b/>
        </w:rPr>
        <w:t xml:space="preserve">[38:07] </w:t>
      </w:r>
      <w:r>
        <w:t>humein toh kaam karna hai jo door jo open field hai us mein.</w:t>
      </w:r>
    </w:p>
    <w:p>
      <w:pPr>
        <w:jc w:val="right"/>
      </w:pPr>
      <w:r>
        <w:t>ہمیں تو کام کرنا ہے جو دور جو اوپن فیلڈ ہے اس میں۔</w:t>
      </w:r>
    </w:p>
    <w:p>
      <w:r>
        <w:rPr>
          <w:b/>
        </w:rPr>
        <w:t xml:space="preserve">[38:13] </w:t>
      </w:r>
      <w:r>
        <w:t>jaise ke maine aaj kaha ke education hai, business hai, industry hai, the work hai, journalism hai, media hai. yeh jo khule hue hain maidan, humein is mein kaam karna hai.</w:t>
      </w:r>
    </w:p>
    <w:p>
      <w:pPr>
        <w:jc w:val="right"/>
      </w:pPr>
      <w:r>
        <w:t>جیسے کہ میں نے آج کہا کہ ایجوکیشن ہے، بزنس ہے، انڈسٹری ہے، دا ورک ہے، جرنلزم ہے، میڈیا ہے۔ یہ جو کھلے ہوئے ہیں میدان، ہمیں اس میں کام کرنا ہے۔</w:t>
      </w:r>
    </w:p>
    <w:p>
      <w:r>
        <w:rPr>
          <w:b/>
        </w:rPr>
        <w:t xml:space="preserve">[38:23] </w:t>
      </w:r>
      <w:r>
        <w:t>jahan poori azadi hai. yahi islam hai. yahi islam hai.</w:t>
      </w:r>
    </w:p>
    <w:p>
      <w:pPr>
        <w:jc w:val="right"/>
      </w:pPr>
      <w:r>
        <w:t>جہاں پوری آزادی ہے۔ یہی اسلام ہے۔ یہی اسلام ہے۔</w:t>
      </w:r>
    </w:p>
    <w:p>
      <w:r>
        <w:rPr>
          <w:b/>
        </w:rPr>
        <w:t xml:space="preserve">[38:30] </w:t>
      </w:r>
      <w:r>
        <w:t>ke ek bohat hi ek limited dayre mein</w:t>
      </w:r>
    </w:p>
    <w:p>
      <w:pPr>
        <w:jc w:val="right"/>
      </w:pPr>
      <w:r>
        <w:t>کہ ایک بہت ہی ایک لمیٹڈ دائرے میں</w:t>
      </w:r>
    </w:p>
    <w:p>
      <w:r>
        <w:rPr>
          <w:b/>
        </w:rPr>
        <w:t xml:space="preserve">[38:36] </w:t>
      </w:r>
      <w:r>
        <w:t>political activities jo hai unka dayra ek bohat limited dayra hua. yaani administration ka dayra.</w:t>
      </w:r>
    </w:p>
    <w:p>
      <w:pPr>
        <w:jc w:val="right"/>
      </w:pPr>
      <w:r>
        <w:t>پولیٹیکل ایکٹیویٹیز جو ہے ان کا دائرہ ایک بہت لمیٹڈ دائرہ ہوا۔ یعنی ایڈمنسٹریشن کا دائرہ۔</w:t>
      </w:r>
    </w:p>
    <w:p>
      <w:r>
        <w:rPr>
          <w:b/>
        </w:rPr>
        <w:t xml:space="preserve">[38:45] </w:t>
      </w:r>
      <w:r>
        <w:t>baqi dayre khule hue hain. jaise main india mein kaam kar raha hoon. ek sahib pakistan se aaye ek baar.</w:t>
      </w:r>
    </w:p>
    <w:p>
      <w:pPr>
        <w:jc w:val="right"/>
      </w:pPr>
      <w:r>
        <w:t>باقی دائرے کھلے ہوئے ہیں۔ جیسے میں انڈیا میں کام کر رہا ہوں۔ ایک صاحب پاکستان سے آئے ایک بار۔</w:t>
      </w:r>
    </w:p>
    <w:p>
      <w:r>
        <w:rPr>
          <w:b/>
        </w:rPr>
        <w:t xml:space="preserve">[38:55] </w:t>
      </w:r>
      <w:r>
        <w:t>hamare kamre mein baithe woh. toh kya kehte hain woh?</w:t>
      </w:r>
    </w:p>
    <w:p>
      <w:pPr>
        <w:jc w:val="right"/>
      </w:pPr>
      <w:r>
        <w:t>ہمارے کمرے میں بیٹھے وہ۔ تو کیا کہتے ہیں وہ؟</w:t>
      </w:r>
    </w:p>
    <w:p>
      <w:r>
        <w:rPr>
          <w:b/>
        </w:rPr>
        <w:t xml:space="preserve">[38:59] </w:t>
      </w:r>
      <w:r>
        <w:t>1947 mein jab inqilab aaya India mein to aadhe musalman jo hain woh azaad hue, aadhe musalman azaad nahi hue.</w:t>
      </w:r>
    </w:p>
    <w:p>
      <w:pPr>
        <w:jc w:val="right"/>
      </w:pPr>
      <w:r>
        <w:t>1947 میں جب انقلاب آیا انڈیا میں تو آدھے مسلمان جو ہیں وہ آزاد ہوئے، آدھے مسلمان آزاد نہیں ہوئے۔</w:t>
      </w:r>
    </w:p>
    <w:p>
      <w:r>
        <w:rPr>
          <w:b/>
        </w:rPr>
        <w:t xml:space="preserve">[39:11] </w:t>
      </w:r>
      <w:r>
        <w:t>Yaani hum log isi mein hain ke hum ko azaadi nahi mili. Aur Pakistaniyon ko azaadi mili. Maine kaha aap bilkul kuch jante nahi hain. Bilkul hi absurd baat yeh hai.</w:t>
      </w:r>
    </w:p>
    <w:p>
      <w:pPr>
        <w:jc w:val="right"/>
      </w:pPr>
      <w:r>
        <w:t>یعنی ہم لوگ اسی میں ہیں کہ ہم کو آزادی نہیں ملی۔ اور پاکستانیوں کو آزادی ملی۔ میں نے کہا آپ بالکل کچھ جانتے نہیں ہیں۔ بالکل ہی ایبسرڈ بات یہ ہے۔</w:t>
      </w:r>
    </w:p>
    <w:p>
      <w:r>
        <w:rPr>
          <w:b/>
        </w:rPr>
        <w:t xml:space="preserve">[39:21] </w:t>
      </w:r>
      <w:r>
        <w:t>Absurd. Aap ka criterion galat hai. Criterion miyar aap ka galat hai.</w:t>
      </w:r>
    </w:p>
    <w:p>
      <w:pPr>
        <w:jc w:val="right"/>
      </w:pPr>
      <w:r>
        <w:t>ایبسرڈ۔ آپ کا کرائٹیرین غلط ہے۔ کرائٹیرین معیار آپ کا غلط ہے۔</w:t>
      </w:r>
    </w:p>
    <w:p>
      <w:r>
        <w:rPr>
          <w:b/>
        </w:rPr>
        <w:t xml:space="preserve">[39:27] </w:t>
      </w:r>
      <w:r>
        <w:t>Aap judge kar rahe hain maamle ko galat criterion se. Hum poori tarah azaad hain. Humein azaadi mein koi kami nahi hai. Aap samajhte hain ke hum agar prime minister hon to azaad hain.</w:t>
      </w:r>
    </w:p>
    <w:p>
      <w:pPr>
        <w:jc w:val="right"/>
      </w:pPr>
      <w:r>
        <w:t>آپ جج کر رہے ہیں معاملے کو غلط کرائٹیرین سے۔ ہم پوری طرح آزاد ہیں۔ ہمیں آزادی میں کوئی کمی نہیں ہے۔ آپ سمجھتے ہیں کہ ہم اگر پرائم منسٹر ہوں تو آزاد ہیں۔</w:t>
      </w:r>
    </w:p>
    <w:p>
      <w:r>
        <w:rPr>
          <w:b/>
        </w:rPr>
        <w:t xml:space="preserve">[39:39] </w:t>
      </w:r>
      <w:r>
        <w:t>Humein is ki zaroorat hi nahi hai. Hum prime minister ban kar kya karenge? Maine kaha azaadi ka matlab kya hai? Sochne ki azaadi.</w:t>
      </w:r>
    </w:p>
    <w:p>
      <w:pPr>
        <w:jc w:val="right"/>
      </w:pPr>
      <w:r>
        <w:t>ہمیں اس کی ضرورت ہی نہیں ہے۔ ہم پرائم منسٹر بن کر کیا کریں گے؟ میں نے کہا آزادی کا مطلب کیا ہے؟ سوچنے کی آزادی۔</w:t>
      </w:r>
    </w:p>
    <w:p>
      <w:r>
        <w:rPr>
          <w:b/>
        </w:rPr>
        <w:t xml:space="preserve">[39:49] </w:t>
      </w:r>
      <w:r>
        <w:t>Bolne ki azaadi. Planning ki azaadi. Action ki azaadi.</w:t>
      </w:r>
    </w:p>
    <w:p>
      <w:pPr>
        <w:jc w:val="right"/>
      </w:pPr>
      <w:r>
        <w:t>بولنے کی آزادی۔ پلاننگ کی آزادی۔ ایکشن کی آزادی۔</w:t>
      </w:r>
    </w:p>
    <w:p>
      <w:r>
        <w:rPr>
          <w:b/>
        </w:rPr>
        <w:t xml:space="preserve">[39:54] </w:t>
      </w:r>
      <w:r>
        <w:t>Hum jo chahte hain yahan par hum matlab hamara magazine nikaal rahe hain. Hum yahan par computer istemal kar rahe hain. Hum yahan par yaani meeting karte hain.</w:t>
      </w:r>
    </w:p>
    <w:p>
      <w:pPr>
        <w:jc w:val="right"/>
      </w:pPr>
      <w:r>
        <w:t>ہم جو چاہتے ہیں یہاں پر ہم مطلب ہمارا میگزین نکال رہے ہیں۔ ہم یہاں پر کمپیوٹر استعمال کر رہے ہیں۔ ہم یہاں پر یعنی میٹنگ کرتے ہیں۔</w:t>
      </w:r>
    </w:p>
    <w:p>
      <w:r>
        <w:rPr>
          <w:b/>
        </w:rPr>
        <w:t xml:space="preserve">[40:04] </w:t>
      </w:r>
      <w:r>
        <w:t>Literature chhapte hain. The work kar rahe hain. Sari activities jo hain non political daire mein hum chala rahe hain. Koi rukawat nahi hai.</w:t>
      </w:r>
    </w:p>
    <w:p>
      <w:pPr>
        <w:jc w:val="right"/>
      </w:pPr>
      <w:r>
        <w:t>لٹریچر چھاپتے ہیں۔ دا ورک کر رہے ہیں۔ ساری ایکٹیویٹیز جو ہیں نان پولیٹیکل دائرے میں ہم چلا رہے ہیں۔ کوئی رکاوٹ نہیں ہے۔</w:t>
      </w:r>
    </w:p>
    <w:p>
      <w:r>
        <w:rPr>
          <w:b/>
        </w:rPr>
        <w:t xml:space="preserve">[40:13] </w:t>
      </w:r>
      <w:r>
        <w:t>Kuch bhi rukawat nahi hai. Isi ka naam hai freedom.</w:t>
      </w:r>
    </w:p>
    <w:p>
      <w:pPr>
        <w:jc w:val="right"/>
      </w:pPr>
      <w:r>
        <w:t>کچھ بھی رکاوٹ نہیں ہے۔ اسی کا نام ہے فریڈم۔</w:t>
      </w:r>
    </w:p>
    <w:p>
      <w:r>
        <w:rPr>
          <w:b/>
        </w:rPr>
        <w:t xml:space="preserve">[40:17] </w:t>
      </w:r>
      <w:r>
        <w:t>Aap samajhte hain ke agar aap baithe hue hain prime minister ki seat par to tab aap azaad hain. Nahi to azaad nahi hain. Maine kaha yeh yeh false concept of freedom hai yeh.</w:t>
      </w:r>
    </w:p>
    <w:p>
      <w:pPr>
        <w:jc w:val="right"/>
      </w:pPr>
      <w:r>
        <w:t>آپ سمجھتے ہیں کہ اگر آپ بیٹھے ہوئے ہیں پرائم منسٹر کی سیٹ پر تو تب آپ آزاد ہیں۔ نہیں تو آزاد نہیں ہیں۔ میں نے کہا یہ یہ فالس کانسیپٹ آف فریڈم ہے یہ۔</w:t>
      </w:r>
    </w:p>
    <w:p>
      <w:r>
        <w:rPr>
          <w:b/>
        </w:rPr>
        <w:t xml:space="preserve">[40:31] </w:t>
      </w:r>
      <w:r>
        <w:t>Yeh yeh jo India mein ya doosre jagahon par jo chala azaadi o ghulami ka lafz, yeh lafz apne aap mein bohat hi deceiving word hai.</w:t>
      </w:r>
    </w:p>
    <w:p>
      <w:pPr>
        <w:jc w:val="right"/>
      </w:pPr>
      <w:r>
        <w:t>یہ یہ جو انڈیا میں یا دوسرے جگہوں پر جو چلا آزادی و غلامی کا لفظ، یہ لفظ اپنے آپ میں بہت ہی ڈیسیونگ ورڈ ہے۔</w:t>
      </w:r>
    </w:p>
    <w:p>
      <w:r>
        <w:rPr>
          <w:b/>
        </w:rPr>
        <w:t xml:space="preserve">[40:41] </w:t>
      </w:r>
      <w:r>
        <w:t>Bohat hi galat lafz hai. Azaadi o ghulami ka lafz hi galat hai.</w:t>
      </w:r>
    </w:p>
    <w:p>
      <w:pPr>
        <w:jc w:val="right"/>
      </w:pPr>
      <w:r>
        <w:t>بہت ہی غلط لفظ ہے۔ آزادی و غلامی کا لفظ ہی غلط ہے۔</w:t>
      </w:r>
    </w:p>
    <w:p>
      <w:r>
        <w:rPr>
          <w:b/>
        </w:rPr>
        <w:t xml:space="preserve">[40:47] </w:t>
      </w:r>
      <w:r>
        <w:t>Is ko phir se define kijiye. You have to redefine the both words yaani azaadi o ghulami ke jo alfaaz raaij hue hain, freedom aur slavery, woh lafz behad galat lafz hain.</w:t>
      </w:r>
    </w:p>
    <w:p>
      <w:pPr>
        <w:jc w:val="right"/>
      </w:pPr>
      <w:r>
        <w:t>اس کو پھر سے ڈیفائن کیجیے۔ You have to redefine the both words یعنی آزادی و غلامی کے جو الفاظ رائج ہوئے ہیں، فریڈم اور سلیوری، وہ لفظ بے حد غلط لفظ ہیں۔</w:t>
      </w:r>
    </w:p>
    <w:p>
      <w:r>
        <w:rPr>
          <w:b/>
        </w:rPr>
        <w:t xml:space="preserve">[41:00] </w:t>
      </w:r>
      <w:r>
        <w:t>Woh sahi nahi hai. Sahi lafz kya hai? Ke life mein aap ko janna padega sab se pehle ke What is the Christian plan of God</w:t>
      </w:r>
    </w:p>
    <w:p>
      <w:pPr>
        <w:jc w:val="right"/>
      </w:pPr>
      <w:r>
        <w:t>وہ صحیح نہیں ہے۔ صحیح لفظ کیا ہے؟ کہ لائف میں آپ کو جاننا پڑے گا سب سے پہلے کہ What is the Christian plan of God</w:t>
      </w:r>
    </w:p>
    <w:p>
      <w:r>
        <w:rPr>
          <w:b/>
        </w:rPr>
        <w:t xml:space="preserve">[41:12] </w:t>
      </w:r>
      <w:r>
        <w:t>Allah ka Allah ka takhleeqi mansooba kya hai? Is ke lehaz se aap ko cheezon ko set karna padega, rooh ko us ko jagah deni padegi.</w:t>
      </w:r>
    </w:p>
    <w:p>
      <w:pPr>
        <w:jc w:val="right"/>
      </w:pPr>
      <w:r>
        <w:t>اللہ کا اللہ کا تخلیقی منصوبہ کیا ہے؟ اس کے لحاظ سے آپ کو چیزوں کو سیٹ کرنا پڑے گا، روح کو اس کو جگہ دینی پڑے گی۔</w:t>
      </w:r>
    </w:p>
    <w:p>
      <w:r>
        <w:rPr>
          <w:b/>
        </w:rPr>
        <w:t xml:space="preserve">[41:24] </w:t>
      </w:r>
      <w:r>
        <w:t>To Allah ke Christian plan ke mutabiq is duniya mein har cheez test paper hai, including political power. To including jab political power jab test paper hai to hamesha ke liye ek ke paas kaise rahega?</w:t>
      </w:r>
    </w:p>
    <w:p>
      <w:pPr>
        <w:jc w:val="right"/>
      </w:pPr>
      <w:r>
        <w:t>تو اللہ کے کرسچن پلان کے مطابق اس دنیا میں ہر چیز ٹیسٹ پیپرز ہے، انکلوڈنگ پولیٹیکل پاور۔ تو انکلوڈنگ جب پولیٹیکل پاور جب ٹیسٹ پیپر ہے تو ہمیشہ کے لیے ایک کے پاس کیسے رہے گا؟</w:t>
      </w:r>
    </w:p>
    <w:p>
      <w:r>
        <w:rPr>
          <w:b/>
        </w:rPr>
        <w:t xml:space="preserve">[41:39] </w:t>
      </w:r>
      <w:r>
        <w:t>Kaise kisi ki monopoly qaim ho jayegi is ki?</w:t>
      </w:r>
    </w:p>
    <w:p>
      <w:pPr>
        <w:jc w:val="right"/>
      </w:pPr>
      <w:r>
        <w:t>کیسے کسی کی مناپلی قائم ہو جائے گی اس کی؟</w:t>
      </w:r>
    </w:p>
    <w:p>
      <w:r>
        <w:rPr>
          <w:b/>
        </w:rPr>
        <w:t xml:space="preserve">[41:42] </w:t>
      </w:r>
      <w:r>
        <w:t>In paas monopoly qaim ho to Allah ka manzoor hai ke ke test paper badle. Aaj koi hakim hai, kal koi doosra hakim ho.</w:t>
      </w:r>
    </w:p>
    <w:p>
      <w:pPr>
        <w:jc w:val="right"/>
      </w:pPr>
      <w:r>
        <w:t>ان پاس مناپلی قائم ہو تو اللہ کا منظور ہے کہ کہ ٹیسٹ پیپر بدلے۔ آج کوئی حاکم ہے، کل کوئی دوسرا حاکم ہو۔</w:t>
      </w:r>
    </w:p>
    <w:p>
      <w:r>
        <w:rPr>
          <w:b/>
        </w:rPr>
        <w:t xml:space="preserve">[41:50] </w:t>
      </w:r>
      <w:r>
        <w:t>Misal ke taur par dekhiye, jo jis ko hum Arab world kehte hain, wahan pehle kya tha?</w:t>
      </w:r>
    </w:p>
    <w:p>
      <w:pPr>
        <w:jc w:val="right"/>
      </w:pPr>
      <w:r>
        <w:t>مثلاً دیکھیے، جو جس کو ہم عرب ورلڈ کہتے ہیں، وہاں پہلے کیا تھا؟</w:t>
      </w:r>
    </w:p>
    <w:p>
      <w:r>
        <w:rPr>
          <w:b/>
        </w:rPr>
        <w:t xml:space="preserve">[41:56] </w:t>
      </w:r>
      <w:r>
        <w:t>Wahan Byzantine rule kar rahe the. Byzantine, Byzantium ne park qaim ki. Phir kya hua? Woh hate, is ke baad Arab rule karne lage.</w:t>
      </w:r>
    </w:p>
    <w:p>
      <w:pPr>
        <w:jc w:val="right"/>
      </w:pPr>
      <w:r>
        <w:t>وہاں بازنتینی رول کر رہے تھے۔ بازنتینی، بازنتین نے پارک قائم کی۔ پھر کیا ہوا؟ وہ ہٹے، اس کے بعد عرب رول کرنے لگے۔</w:t>
      </w:r>
    </w:p>
    <w:p>
      <w:r>
        <w:rPr>
          <w:b/>
        </w:rPr>
        <w:t xml:space="preserve">[42:09] </w:t>
      </w:r>
      <w:r>
        <w:t>Phir Arabon mein mukhtalif woh hue, yaani mukhtalif dynasty. Kuch din Abbasi period raha, Abbasiyon ne rule kiya.</w:t>
      </w:r>
    </w:p>
    <w:p>
      <w:pPr>
        <w:jc w:val="right"/>
      </w:pPr>
      <w:r>
        <w:t>پھر عربوں میں مختلف وہ ہوئے، یعنی مختلف ڈائنسٹی۔ کچھ دن عباسی پیریڈ رہا، عباسیوں نے رول کیا۔</w:t>
      </w:r>
    </w:p>
    <w:p>
      <w:r>
        <w:rPr>
          <w:b/>
        </w:rPr>
        <w:t xml:space="preserve">[42:17] </w:t>
      </w:r>
      <w:r>
        <w:t>Phir woh hate, is ke baad Usmani Emperor aaye, Turk rule karne lage. Phir woh bhi hata, phir doosra aaya, doosra aaya, doosra aaya.</w:t>
      </w:r>
    </w:p>
    <w:p>
      <w:pPr>
        <w:jc w:val="right"/>
      </w:pPr>
      <w:r>
        <w:t>پھر وہ ہٹے، اس کے بعد اٹھمان ایمپرر آئے، ترک رول کرنے لگے۔ پھر وہ بھی ہٹا، پھر دوسرا آیا، دوسرا آیا، دوسرا آیا۔</w:t>
      </w:r>
    </w:p>
    <w:p>
      <w:r>
        <w:rPr>
          <w:b/>
        </w:rPr>
        <w:t xml:space="preserve">[42:26] </w:t>
      </w:r>
      <w:r>
        <w:t>To yeh saada baat nahi hai. Kyun aisa hai ke political power badalta rehta hai? تلك الايام نداولها بناس yaani political power ko hum badalte rehte hain.</w:t>
      </w:r>
    </w:p>
    <w:p>
      <w:pPr>
        <w:jc w:val="right"/>
      </w:pPr>
      <w:r>
        <w:t>تو یہ سادہ بات نہیں ہے۔ کیوں ایسا ہے کہ پولیٹیکل پاور بدلتا رہتا ہے؟ تلك الايام نداولها بناس یعنی پولیٹیکل پاور کو ہم بدلتے رہتے ہیں۔</w:t>
      </w:r>
    </w:p>
    <w:p>
      <w:r>
        <w:rPr>
          <w:b/>
        </w:rPr>
        <w:t xml:space="preserve">[42:37] </w:t>
      </w:r>
      <w:r>
        <w:t>Quran mein hai. Kyun aisa hota hai? Dekhiye, political power jab bhi aayega, kuch dino ke baad stagnation aa jayega.</w:t>
      </w:r>
    </w:p>
    <w:p>
      <w:pPr>
        <w:jc w:val="right"/>
      </w:pPr>
      <w:r>
        <w:t>قرآن میں ہے۔ کیوں ایسا ہوتا ہے؟ دیکھیے، پولیٹیکل پاور جب بھی آئے گا، کچھ دنوں کے بعد اسٹیگنیشن آ جائے گا۔</w:t>
      </w:r>
    </w:p>
    <w:p>
      <w:r>
        <w:rPr>
          <w:b/>
        </w:rPr>
        <w:t xml:space="preserve">[42:47] </w:t>
      </w:r>
      <w:r>
        <w:t>Kisi ne bohat sahi kaha ke power corrupts and absolute power corrupts absolutely.</w:t>
      </w:r>
    </w:p>
    <w:p>
      <w:pPr>
        <w:jc w:val="right"/>
      </w:pPr>
      <w:r>
        <w:t>کسی نے بہت صحیح کہا کہ پاور کرپٹس اینڈ ایبسولیوٹ پاور کرپٹس ایبسولیوٹلی۔</w:t>
      </w:r>
    </w:p>
    <w:p>
      <w:r>
        <w:rPr>
          <w:b/>
        </w:rPr>
        <w:t xml:space="preserve">[42:52] </w:t>
      </w:r>
      <w:r>
        <w:t>to hamesha aisa hoga, stagnation aayega. aur stagnation aayega to sari kharabiyan paida ho jati hain. jaise India mein aap dekhiye, raja the, rule kar rahe the.</w:t>
      </w:r>
    </w:p>
    <w:p>
      <w:pPr>
        <w:jc w:val="right"/>
      </w:pPr>
      <w:r>
        <w:t>تو ہمیشہ ایسا ہوگا، اسٹیگنیشن آئے گا۔ اور اسٹیگنیشن آئے گا تو ساری خرابیاں پیدا ہو جاتی ہیں۔ جیسے انڈیا میں آپ دیکھیے، راجہ تھے، رول کر رہے تھے۔</w:t>
      </w:r>
    </w:p>
    <w:p>
      <w:r>
        <w:rPr>
          <w:b/>
        </w:rPr>
        <w:t xml:space="preserve">[43:03] </w:t>
      </w:r>
      <w:r>
        <w:t>stagnation aaya, unko hataya gaya. iske baad kya hua? Mughal aaye, Mughlon mein stagnation aaya, unko hataya gaya. iske baad kya hua?</w:t>
      </w:r>
    </w:p>
    <w:p>
      <w:pPr>
        <w:jc w:val="right"/>
      </w:pPr>
      <w:r>
        <w:t>اسٹیگنیشن آیا، ان کو ہٹایا گیا۔ اس کے بعد کیا ہوا؟ مغل آئے، مغلوں میں اسٹیگنیشن آیا، ان کو ہٹایا گیا۔ اس کے بعد کیا ہوا؟</w:t>
      </w:r>
    </w:p>
    <w:p>
      <w:r>
        <w:rPr>
          <w:b/>
        </w:rPr>
        <w:t xml:space="preserve">[43:12] </w:t>
      </w:r>
      <w:r>
        <w:t>Britishz aaye, in mein bhi stagnation aaya, do sau saal ke baad. inko bhi hataya gaya. aur phir national rule aaya.</w:t>
      </w:r>
    </w:p>
    <w:p>
      <w:pPr>
        <w:jc w:val="right"/>
      </w:pPr>
      <w:r>
        <w:t>برٹشز آئے، ان میں بھی اسٹیگنیشن آیا، دو سو سال کے بعد۔ ان کو بھی ہٹایا گیا۔ اور پھر نیشنل رول آیا۔</w:t>
      </w:r>
    </w:p>
    <w:p>
      <w:r>
        <w:rPr>
          <w:b/>
        </w:rPr>
        <w:t xml:space="preserve">[43:20] </w:t>
      </w:r>
      <w:r>
        <w:t>to Allah taala ki scheme yeh hai ke political power kabhi bhi kisi ki monopoly na rahe. monopoly rahegi to kya hoga? stagnation eternal ho jayega.</w:t>
      </w:r>
    </w:p>
    <w:p>
      <w:pPr>
        <w:jc w:val="right"/>
      </w:pPr>
      <w:r>
        <w:t>تو اللہ تعالیٰ کی اسکیم یہ ہے کہ پولیٹیکل پاور کبھی بھی کسی کی مناپلی نہ رہے۔ مناپلی رہے گی تو کیا ہوگا؟ اسٹیگنیشن ایٹرنل ہو جائے گا۔</w:t>
      </w:r>
    </w:p>
    <w:p>
      <w:r>
        <w:rPr>
          <w:b/>
        </w:rPr>
        <w:t xml:space="preserve">[43:31] </w:t>
      </w:r>
      <w:r>
        <w:t>hamesha stagnation jo ke hukumat rahegi. aur jab stagnation jab aata hai to sari kharabiyan aa jati hain.</w:t>
      </w:r>
    </w:p>
    <w:p>
      <w:pPr>
        <w:jc w:val="right"/>
      </w:pPr>
      <w:r>
        <w:t>ہمیشہ اسٹیگنیشن جو کہ حکومت رہے گی۔ اور جب اسٹیگنیشن جب آتا ہے تو ساری خرابیاں آ جاتی ہیں۔</w:t>
      </w:r>
    </w:p>
    <w:p>
      <w:r>
        <w:rPr>
          <w:b/>
        </w:rPr>
        <w:t xml:space="preserve">[43:42] </w:t>
      </w:r>
      <w:r>
        <w:t>stagnation matlab jabood. jabood aaya to sari kharabiyan aa gayeen.</w:t>
      </w:r>
    </w:p>
    <w:p>
      <w:pPr>
        <w:jc w:val="right"/>
      </w:pPr>
      <w:r>
        <w:t>اسٹیگنیشن مطلب جبود۔ جبود آیا تو ساری خرابیاں آ گئیں۔</w:t>
      </w:r>
    </w:p>
    <w:p>
      <w:r>
        <w:rPr>
          <w:b/>
        </w:rPr>
        <w:t xml:space="preserve">[43:48] </w:t>
      </w:r>
      <w:r>
        <w:t>to Allah taala ki scheme yeh hai ke political power jo hai badalta rahe, badalta rahe, badalta rahe. isi liye isko lafz Khalifa kaha gaya hai Quran majeed mein.</w:t>
      </w:r>
    </w:p>
    <w:p>
      <w:pPr>
        <w:jc w:val="right"/>
      </w:pPr>
      <w:r>
        <w:t>تو اللہ تعالیٰ کی اسکیم یہ ہے کہ پولیٹیکل پاور جو ہے بدلتا رہے، بدلتا رہے، بدلتا رہے۔ اسی لیے اس کو لفظ خلیفہ کہا گیا ہے قرآن مجید میں۔</w:t>
      </w:r>
    </w:p>
    <w:p>
      <w:r>
        <w:rPr>
          <w:b/>
        </w:rPr>
        <w:t xml:space="preserve">[43:58] </w:t>
      </w:r>
      <w:r>
        <w:t>Khalifa jo hai lafz hai political power ke liye. Khalifa ka matlab hai qaum yakhlufo ba'du ba'dan yani ek aisa institution jis mein kabhi yeh aayen, kabhi woh aayen, kabhi woh aayen.</w:t>
      </w:r>
    </w:p>
    <w:p>
      <w:pPr>
        <w:jc w:val="right"/>
      </w:pPr>
      <w:r>
        <w:t>خلیفہ جو ہے لفظ ہے پولیٹیکل پاور کے لیے۔ خلیفہ کا مطلب ہے قوم یخلف بعض بعد یعنی ایک ایسا انسٹیٹیوشن جس میں کبھی یہ آئیں، کبھی وہ آئیں، کبھی وہ آئیں۔</w:t>
      </w:r>
    </w:p>
    <w:p>
      <w:r>
        <w:rPr>
          <w:b/>
        </w:rPr>
        <w:t xml:space="preserve">[44:10] </w:t>
      </w:r>
      <w:r>
        <w:t>yeh yeh Allah ki scheme hai.</w:t>
      </w:r>
    </w:p>
    <w:p>
      <w:pPr>
        <w:jc w:val="right"/>
      </w:pPr>
      <w:r>
        <w:t>یہ یہ اللہ کی اسکیم ہے۔</w:t>
      </w:r>
    </w:p>
    <w:p>
      <w:r>
        <w:rPr>
          <w:b/>
        </w:rPr>
        <w:t xml:space="preserve">[44:13] </w:t>
      </w:r>
      <w:r>
        <w:t>kyun? iske baghair stagnation hi duniya mein stagnation hi stagnation rahega. kuch aur nahi hoga. koi taraqqi nahi hogi.</w:t>
      </w:r>
    </w:p>
    <w:p>
      <w:pPr>
        <w:jc w:val="right"/>
      </w:pPr>
      <w:r>
        <w:t>کیوں؟ اس کے بغیر اسٹیگنیشن ہی دنیا میں اسٹیگنیشن ہی اسٹیگنیشن رہے گا۔ کچھ اور نہیں ہوگا۔ کوئی ترقی نہیں ہوگی۔</w:t>
      </w:r>
    </w:p>
    <w:p>
      <w:r>
        <w:rPr>
          <w:b/>
        </w:rPr>
        <w:t xml:space="preserve">[44:21] </w:t>
      </w:r>
      <w:r>
        <w:t>koi development nahi hoga. kuch bhi nahi hoga. to is insaan ko stagnation se bachane ke liye Allah taala ne yeh kiya ke political power kabhi kisi ki monopoly na rahe.</w:t>
      </w:r>
    </w:p>
    <w:p>
      <w:pPr>
        <w:jc w:val="right"/>
      </w:pPr>
      <w:r>
        <w:t>کوئی ڈیولپمنٹ نہیں ہوگا۔ کچھ بھی نہیں ہوگا۔ تو اس انسان کو اسٹیگنیشن سے بچانے کے لیے اللہ تعالیٰ نے یہ کیا کہ پولیٹیکل پاور کبھی کسی کی مناپلی نہ رہے۔</w:t>
      </w:r>
    </w:p>
    <w:p>
      <w:r>
        <w:rPr>
          <w:b/>
        </w:rPr>
        <w:t xml:space="preserve">[44:34] </w:t>
      </w:r>
      <w:r>
        <w:t>monopoly na rahe. chunancha jahan jahan Musalman rule kar rahe the, har jagah stagnation aa gaya tha.</w:t>
      </w:r>
    </w:p>
    <w:p>
      <w:pPr>
        <w:jc w:val="right"/>
      </w:pPr>
      <w:r>
        <w:t>مناپلی نہ رہے۔ چنانچہ جہاں جہاں مسلمان رول کر رہے تھے، ہر جگہ اسٹیگنیشن آ گیا تھا۔</w:t>
      </w:r>
    </w:p>
    <w:p>
      <w:r>
        <w:rPr>
          <w:b/>
        </w:rPr>
        <w:t xml:space="preserve">[44:42] </w:t>
      </w:r>
      <w:r>
        <w:t>khud Falasteen mein dekhiye, Falasteen mein ya Misr mein, yahan par rule kar rahe the is se pehle Usmaan, yani Turk Khilafat thi wahan par.</w:t>
      </w:r>
    </w:p>
    <w:p>
      <w:pPr>
        <w:jc w:val="right"/>
      </w:pPr>
      <w:r>
        <w:t>خود فلسطین میں دیکھیے، فلسطین میں یا مصر میں، یہاں پر رول کر رہے تھے اس سے پہلے اٹھمان، یعنی ترک خلافت تھی وہاں پر۔</w:t>
      </w:r>
    </w:p>
    <w:p>
      <w:r>
        <w:rPr>
          <w:b/>
        </w:rPr>
        <w:t xml:space="preserve">[44:52] </w:t>
      </w:r>
      <w:r>
        <w:t>Turk Khilafat thi. to Turk Khilafat jo thi, usko beesveen sadi ke aakhir mein zabardast stagnation ka shikar ho chuki thi.</w:t>
      </w:r>
    </w:p>
    <w:p>
      <w:pPr>
        <w:jc w:val="right"/>
      </w:pPr>
      <w:r>
        <w:t>ترک خلافت تھی۔ تو ترک خلافت جو تھی، اس کو بیسویں صدی کے آخر میں زبردست اسٹیگنیشن کا شکار ہو چکی تھی۔</w:t>
      </w:r>
    </w:p>
    <w:p>
      <w:r>
        <w:rPr>
          <w:b/>
        </w:rPr>
        <w:t xml:space="preserve">[45:06] </w:t>
      </w:r>
      <w:r>
        <w:t>zabardast shikar ho chuki thi stagnation ka. to us waqt khatam hui woh.</w:t>
      </w:r>
    </w:p>
    <w:p>
      <w:pPr>
        <w:jc w:val="right"/>
      </w:pPr>
      <w:r>
        <w:t>زبردست شکار ہو چکی تھی اسٹیگنیشن کا۔ تو اس وقت ختم ہوئی وہ۔</w:t>
      </w:r>
    </w:p>
    <w:p>
      <w:r>
        <w:rPr>
          <w:b/>
        </w:rPr>
        <w:t xml:space="preserve">[45:13] </w:t>
      </w:r>
      <w:r>
        <w:t>agar aaj tak qaim rehti hai farz kiye Turk Khilafat to har taraf stagnation hi stagnation hota. jabood hi jabood hota.</w:t>
      </w:r>
    </w:p>
    <w:p>
      <w:pPr>
        <w:jc w:val="right"/>
      </w:pPr>
      <w:r>
        <w:t>اگر آج تک قائم رہتی ہے فرض کیے ترک خلافت تو ہر طرف اسٹیگنیشن ہی اسٹیگنیشن ہوتا۔ جبود ہی جبود ہوتا۔</w:t>
      </w:r>
    </w:p>
    <w:p>
      <w:r>
        <w:rPr>
          <w:b/>
        </w:rPr>
        <w:t xml:space="preserve">[45:24] </w:t>
      </w:r>
      <w:r>
        <w:t>isi liye ek taraf Allah taala ne khud Turki mein khatam kar diya is hukumat ko aur phir idhar bhi khatam kar diya.</w:t>
      </w:r>
    </w:p>
    <w:p>
      <w:pPr>
        <w:jc w:val="right"/>
      </w:pPr>
      <w:r>
        <w:t>اسی لیے ایک طرف اللہ تعالیٰ نے خود ترکی میں ختم کر دیا اس حکومت کو اور پھر ادھر بھی ختم کر دیا۔</w:t>
      </w:r>
    </w:p>
    <w:p>
      <w:r>
        <w:rPr>
          <w:b/>
        </w:rPr>
        <w:t xml:space="preserve">[45:30] </w:t>
      </w:r>
      <w:r>
        <w:t>kyun? stagnation se bachane ke liye. yeh bohat hi important baat hai jis ko log samajhte nahi ke kabhi bhi aisa nahi ho sakta ke kisi ek ki monopoly agar ho jaye political power to taraqqiyan ruk jayengi.</w:t>
      </w:r>
    </w:p>
    <w:p>
      <w:pPr>
        <w:jc w:val="right"/>
      </w:pPr>
      <w:r>
        <w:t>کیوں؟ اسٹیگنیشن سے بچانے کے لیے۔ یہ بہت ہی امپورٹنٹ بات ہے جس کو لوگ سمجھتے نہیں کہ کبھی بھی ایسا نہیں ہو سکتا کہ کسی ایک کی مناپلی اگر ہو جائے پولیٹیکل پاور تو ترقیاں رک جائیں گی۔</w:t>
      </w:r>
    </w:p>
    <w:p>
      <w:r>
        <w:rPr>
          <w:b/>
        </w:rPr>
        <w:t xml:space="preserve">[45:45] </w:t>
      </w:r>
      <w:r>
        <w:t>jabood aayega, stagnation aayega, free thinking ruk jayegi. to Allah taala ka matlab hai ke duniya ke taraqqi ka safar jari rahe.</w:t>
      </w:r>
    </w:p>
    <w:p>
      <w:pPr>
        <w:jc w:val="right"/>
      </w:pPr>
      <w:r>
        <w:t>جبود آئے گا، اسٹیگنیشن آئے گا، فری تھنکنگ رک جائے گی۔ تو اللہ تعالیٰ کا مطلوب ہے کہ دنیا کے ترقی کا سفر جاری رہے۔</w:t>
      </w:r>
    </w:p>
    <w:p>
      <w:r>
        <w:rPr>
          <w:b/>
        </w:rPr>
        <w:t xml:space="preserve">[45:55] </w:t>
      </w:r>
      <w:r>
        <w:t>taraqqi ka safar kabhi ruke nahi.</w:t>
      </w:r>
    </w:p>
    <w:p>
      <w:pPr>
        <w:jc w:val="right"/>
      </w:pPr>
      <w:r>
        <w:t>ترقی کا سفر کبھی رکے نہیں۔</w:t>
      </w:r>
    </w:p>
    <w:p>
      <w:r>
        <w:rPr>
          <w:b/>
        </w:rPr>
        <w:t xml:space="preserve">[45:58] </w:t>
      </w:r>
      <w:r>
        <w:t>to taraqqi ke safar ko rok deti hai political monopoly. political monopoly taraqqi ke safar ko rok deti hai.</w:t>
      </w:r>
    </w:p>
    <w:p>
      <w:pPr>
        <w:jc w:val="right"/>
      </w:pPr>
      <w:r>
        <w:t>تو ترقی کے سفر کو روک دیتی ہے پولیٹیکل مناپلی۔ پولیٹیکل مناپلی ترقی کے سفر کو روک دیتی ہے۔</w:t>
      </w:r>
    </w:p>
    <w:p>
      <w:r>
        <w:rPr>
          <w:b/>
        </w:rPr>
        <w:t xml:space="preserve">[46:09] </w:t>
      </w:r>
      <w:r>
        <w:t>isi liye isko hataya jata hai, hataya jata hai, hataya jata hai.</w:t>
      </w:r>
    </w:p>
    <w:p>
      <w:pPr>
        <w:jc w:val="right"/>
      </w:pPr>
      <w:r>
        <w:t>اس لیے اس کو ہٹایا جاتا ہے، ہٹایا جاتا ہے، ہٹایا جاتا ہے۔</w:t>
      </w:r>
    </w:p>
    <w:p>
      <w:r>
        <w:rPr>
          <w:b/>
        </w:rPr>
        <w:t xml:space="preserve">[46:12] </w:t>
      </w:r>
      <w:r>
        <w:t>yahi yeh raaz hai is ayat mein ke tilka al-yawm nu dawiluha bayna al-nas</w:t>
      </w:r>
    </w:p>
    <w:p>
      <w:pPr>
        <w:jc w:val="right"/>
      </w:pPr>
      <w:r>
        <w:t>یہی یہ راز ہے اس آیت میں کہ تلك اليوم نداولها بن الناس</w:t>
      </w:r>
    </w:p>
    <w:p>
      <w:r>
        <w:rPr>
          <w:b/>
        </w:rPr>
        <w:t xml:space="preserve">[46:20] </w:t>
      </w:r>
      <w:r>
        <w:t>aur ek aur ayat hai ke wa la dafa'a Allah al-nas ba'dahum ba'dan lafasadat al-ardh ke yani agar agar agar hataya na jaye ek ek ke baad ek ko to duniya mein fasad aa jayega.</w:t>
      </w:r>
    </w:p>
    <w:p>
      <w:pPr>
        <w:jc w:val="right"/>
      </w:pPr>
      <w:r>
        <w:t>اور ایک اور آیت ہے کہ ولا دفعوا الله الناس بعدہم لفظۃ الارض کہ یعنی اگر اگر اگر ہٹایا نہ جائے ایک ایک کے بعد ایک کو تو دنیا میں فساد آ جائے گا۔</w:t>
      </w:r>
    </w:p>
    <w:p>
      <w:r>
        <w:rPr>
          <w:b/>
        </w:rPr>
        <w:t xml:space="preserve">[46:33] </w:t>
      </w:r>
      <w:r>
        <w:t>fasad ke ma'ni kya hain? stagnation. stagnation ka matlab jabood. aur jabood aayega to sari kharabiyan aa jayengi.</w:t>
      </w:r>
    </w:p>
    <w:p>
      <w:pPr>
        <w:jc w:val="right"/>
      </w:pPr>
      <w:r>
        <w:t>فساد کے معنی کیا ہیں؟ اسٹیگنیشن۔ اسٹیگنیشن کا مطلب جبود۔ اور جبود آئے گا تو ساری خرابیاں آ جائیں گی۔</w:t>
      </w:r>
    </w:p>
    <w:p>
      <w:r>
        <w:rPr>
          <w:b/>
        </w:rPr>
        <w:t xml:space="preserve">[46:43] </w:t>
      </w:r>
      <w:r>
        <w:t>to log jo larh larhte phirte hain, ek ek ek larhai bharhai ka culture hi chal raha hai poori history mein. kyon?</w:t>
      </w:r>
    </w:p>
    <w:p>
      <w:pPr>
        <w:jc w:val="right"/>
      </w:pPr>
      <w:r>
        <w:t>تو لوگ جو لڑ لڑتے پھرتے ہیں، ایک ایک ایک لڑائی بھڑائی کا کلچر ہی چل رہا ہے پوری ہسٹری میں۔ کیوں؟</w:t>
      </w:r>
    </w:p>
    <w:p>
      <w:r>
        <w:rPr>
          <w:b/>
        </w:rPr>
        <w:t xml:space="preserve">[46:51] </w:t>
      </w:r>
      <w:r>
        <w:t>is liye ke Allah taala ki scheme ko log samajhte nahin. samajhte nahin.</w:t>
      </w:r>
    </w:p>
    <w:p>
      <w:pPr>
        <w:jc w:val="right"/>
      </w:pPr>
      <w:r>
        <w:t>اس لیے کہ اللہ تعالیٰ کی اسکیم کو لوگ سمجھتے نہیں۔ سمجھتے نہیں۔</w:t>
      </w:r>
    </w:p>
    <w:p>
      <w:r>
        <w:rPr>
          <w:b/>
        </w:rPr>
        <w:t xml:space="preserve">[46:59] </w:t>
      </w:r>
      <w:r>
        <w:t>to is stagnation ya jamood jo hai bohat hi buri cheez hai. is se dimagh ka intellectual process ruk jata hai.</w:t>
      </w:r>
    </w:p>
    <w:p>
      <w:pPr>
        <w:jc w:val="right"/>
      </w:pPr>
      <w:r>
        <w:t>تو اس اسٹیگنیشن یا جمود جو ہے بہت ہی بری چیز ہے۔ اس سے دماغ کا انٹلیکچول پراسیس رک جاتا ہے۔</w:t>
      </w:r>
    </w:p>
    <w:p>
      <w:r>
        <w:rPr>
          <w:b/>
        </w:rPr>
        <w:t xml:space="preserve">[47:10] </w:t>
      </w:r>
      <w:r>
        <w:t>jahan stagnation aaye ga to intellectual process ruk jaye ga. log yaani logon ki soch ka daira bohat mehdood ho jaye ga.</w:t>
      </w:r>
    </w:p>
    <w:p>
      <w:pPr>
        <w:jc w:val="right"/>
      </w:pPr>
      <w:r>
        <w:t>جہاں اسٹیگنیشن آئے گا تو انٹلیکچول پراسیس رک جائے گا۔ لوگ یعنی لوگوں کی سوچ کا دائرہ بہت محدود ہو جائے گا۔</w:t>
      </w:r>
    </w:p>
    <w:p>
      <w:r>
        <w:rPr>
          <w:b/>
        </w:rPr>
        <w:t xml:space="preserve">[47:20] </w:t>
      </w:r>
      <w:r>
        <w:t>tarqqiyan nahin hongi. is ka dekhiye, ek ek morkhin is ki misaal dete hain ke Roman power aur Roman empire jo thi, Roman empire do hazar saal tak rule kiya is ne.</w:t>
      </w:r>
    </w:p>
    <w:p>
      <w:pPr>
        <w:jc w:val="right"/>
      </w:pPr>
      <w:r>
        <w:t>ترقیاں نہیں ہوں گی۔ اس کا دیکھیے، ایک ایک مورخین اس کی مثال دیتے ہیں کہ رومن پاور اور رومن ایمپائر جو تھی، رومن ایمپائر دو ہزار سال تک رول کیا اس نے۔</w:t>
      </w:r>
    </w:p>
    <w:p>
      <w:r>
        <w:rPr>
          <w:b/>
        </w:rPr>
        <w:t xml:space="preserve">[47:34] </w:t>
      </w:r>
      <w:r>
        <w:t>Roman empire ne</w:t>
      </w:r>
    </w:p>
    <w:p>
      <w:pPr>
        <w:jc w:val="right"/>
      </w:pPr>
      <w:r>
        <w:t>رومن ایمپائر نے</w:t>
      </w:r>
    </w:p>
    <w:p>
      <w:r>
        <w:rPr>
          <w:b/>
        </w:rPr>
        <w:t xml:space="preserve">[47:36] </w:t>
      </w:r>
      <w:r>
        <w:t>2000 years tak. aur Roman empire ke zamanay mein koi scientific development nahin hua. Roman empire do hazar saal tak rule karti rahi.</w:t>
      </w:r>
    </w:p>
    <w:p>
      <w:pPr>
        <w:jc w:val="right"/>
      </w:pPr>
      <w:r>
        <w:t>2000 ایئرز تک۔ اور رومن ایمپائر کے زمانے میں کوئی سائنٹیفک ڈیولپمنٹ نہیں ہوا۔ رومن ایمپائر دو ہزار سال تک رول کرتی رہی۔</w:t>
      </w:r>
    </w:p>
    <w:p>
      <w:r>
        <w:rPr>
          <w:b/>
        </w:rPr>
        <w:t xml:space="preserve">[47:46] </w:t>
      </w:r>
      <w:r>
        <w:t>aur koi aur koi development, scientific develop</w:t>
      </w:r>
    </w:p>
    <w:p>
      <w:pPr>
        <w:jc w:val="right"/>
      </w:pPr>
      <w:r>
        <w:t>اور کوئی اور کوئی ڈیولپمنٹ، سائنٹیفک ڈیولپ</w:t>
      </w:r>
    </w:p>
    <w:p>
      <w:r>
        <w:rPr>
          <w:b/>
        </w:rPr>
        <w:t xml:space="preserve">[47:51] </w:t>
      </w:r>
      <w:r>
        <w:t>ment nahin hua. jab Roman empire khatm hui tab aap jante hain ke Europe mein sari tarqqiyan huin. kyunke is tarah ka yaani political, political Allah taala ki scheme yeh hai ke political monopoly dunya mein kabhi na rahe.</w:t>
      </w:r>
    </w:p>
    <w:p>
      <w:pPr>
        <w:jc w:val="right"/>
      </w:pPr>
      <w:r>
        <w:t>منٹ نہیں ہوا۔ جب رومن ایمپائر ختم ہوئی تب آپ جانتے ہیں کہ یورپ میں ساری ترقیاں ہوئیں۔ کیونکہ اس طرح کا یعنی پولیٹیکل، پولیٹیکل اللہ تعالیٰ کی اسکیم یہ ہے کہ پولیٹیکل مناپلی دنیا میں کبھی نہ رہے۔</w:t>
      </w:r>
    </w:p>
    <w:p>
      <w:r>
        <w:rPr>
          <w:b/>
        </w:rPr>
        <w:t xml:space="preserve">[48:08] </w:t>
      </w:r>
      <w:r>
        <w:t>balke political power badalta rahe.</w:t>
      </w:r>
    </w:p>
    <w:p>
      <w:pPr>
        <w:jc w:val="right"/>
      </w:pPr>
      <w:r>
        <w:t>بلکہ پولیٹیکل پاور بدلتا رہے۔</w:t>
      </w:r>
    </w:p>
    <w:p>
      <w:r>
        <w:rPr>
          <w:b/>
        </w:rPr>
        <w:t xml:space="preserve">[48:14] </w:t>
      </w:r>
      <w:r>
        <w:t>to is raaz ko mera khayal hai ke Musalman bilkul nahin samajhte.</w:t>
      </w:r>
    </w:p>
    <w:p>
      <w:pPr>
        <w:jc w:val="right"/>
      </w:pPr>
      <w:r>
        <w:t>تو اس راز کو میرا خیال ہے کہ مسلمان بالکل نہیں سمجھتے۔</w:t>
      </w:r>
    </w:p>
    <w:p>
      <w:r>
        <w:rPr>
          <w:b/>
        </w:rPr>
        <w:t xml:space="preserve">[48:20] </w:t>
      </w:r>
      <w:r>
        <w:t>doosre log bhi nahin samajhte aur Musalman bhi nahin samajhte. kyunke aap ko sab se pehle yeh janna chahiye ke sab se pehle yeh aap yeh discover kijiye ke What is the Christian plan of God Allah taala ki scheme of things kya hai?</w:t>
      </w:r>
    </w:p>
    <w:p>
      <w:pPr>
        <w:jc w:val="right"/>
      </w:pPr>
      <w:r>
        <w:t>دوسرے لوگ بھی نہیں سمجھتے اور مسلمان بھی نہیں سمجھتے۔ کیونکہ آپ کو سب سے پہلے یہ جاننا چاہیے کہ سب سے پہلے یہ آپ یہ ڈسکور کیجیے کہ What is the Christian plan of God اللہ تعالیٰ کی اسکیم آف تھنگز کیا ہے؟</w:t>
      </w:r>
    </w:p>
    <w:p>
      <w:r>
        <w:rPr>
          <w:b/>
        </w:rPr>
        <w:t xml:space="preserve">[48:39] </w:t>
      </w:r>
      <w:r>
        <w:t>kyunke dekhiye, aap ek aisi dunya mein hain jis ko aap ne nahin banaya. aap ek ek aisi dunya mein hain jis ko aap ne nahin banaya</w:t>
      </w:r>
    </w:p>
    <w:p>
      <w:pPr>
        <w:jc w:val="right"/>
      </w:pPr>
      <w:r>
        <w:t>کیونکہ دیکھیے، آپ ایک ایسی دنیا میں ہیں جس کو آپ نے نہیں بنایا۔ آپ ایک ایک ایسی دنیا میں ہیں جس کو آپ نے نہیں بنایا</w:t>
      </w:r>
    </w:p>
    <w:p>
      <w:r>
        <w:rPr>
          <w:b/>
        </w:rPr>
        <w:t xml:space="preserve">[48:50] </w:t>
      </w:r>
      <w:r>
        <w:t>. Allah ne banaya hai. Khuda ne banaya hai. to jab banaya hua hai Khuda hai, jab creator Khuda hai to aap ko janna pare ga ke is ki scheme of things kya hain?</w:t>
      </w:r>
    </w:p>
    <w:p>
      <w:pPr>
        <w:jc w:val="right"/>
      </w:pPr>
      <w:r>
        <w:t>۔ اللہ نے بنایا ہے۔ خدا نے بنایا ہے۔ تو جب بنایا ہوا ہے خدا ہے، جب کریٹر خدا ہے تو آپ کو جاننا پڑے گا کہ اس کی اسکیم آف تھنگز کیا ہیں؟</w:t>
      </w:r>
    </w:p>
    <w:p>
      <w:r>
        <w:rPr>
          <w:b/>
        </w:rPr>
        <w:t xml:space="preserve">[49:01] </w:t>
      </w:r>
      <w:r>
        <w:t>is ka naqsha kya hai? is ka mansooba kya hai? aap ko is se adjust kar ke chalenge tab kamyab honge, nahin to kamyab nahin honge. to log kya karte hain?</w:t>
      </w:r>
    </w:p>
    <w:p>
      <w:pPr>
        <w:jc w:val="right"/>
      </w:pPr>
      <w:r>
        <w:t>اس کا نقشہ کیا ہے؟ اس کا منصوبہ کیا ہے؟ آپ کو اس سے ایڈجسٹ کر کے چلیں گے تب کامیاب ہوں گے، نہیں تو کامیاب نہیں ہوں گے۔ تو لوگ کیا کرتے ہیں؟</w:t>
      </w:r>
    </w:p>
    <w:p>
      <w:r>
        <w:rPr>
          <w:b/>
        </w:rPr>
        <w:t xml:space="preserve">[49:10] </w:t>
      </w:r>
      <w:r>
        <w:t>ke bas apne mind se sochte hain. apne mind se sochte hain. yeh nahin sochte ke Allah God ki scheme of things kya hai?</w:t>
      </w:r>
    </w:p>
    <w:p>
      <w:pPr>
        <w:jc w:val="right"/>
      </w:pPr>
      <w:r>
        <w:t>کہ بس اپنے مائنڈ سے سوچتے ہیں۔ اپنے مائنڈ سے سوچتے ہیں۔ یہ نہیں سوچتے کہ اللہ گاڈ کی اسکیم آف تھنگز کیا ہے؟</w:t>
      </w:r>
    </w:p>
    <w:p>
      <w:r>
        <w:rPr>
          <w:b/>
        </w:rPr>
        <w:t xml:space="preserve">[49:20] </w:t>
      </w:r>
      <w:r>
        <w:t>isi liye jis ko power mil jata hai woh samajhta hai ke bas main power par qaim rahoon. halanke Allah ko manzoor hai ke insan ko stagnation se bachaya jaye.</w:t>
      </w:r>
    </w:p>
    <w:p>
      <w:pPr>
        <w:jc w:val="right"/>
      </w:pPr>
      <w:r>
        <w:t>اسی لیے جس کو پاور مل جاتا ہے وہ سمجھتا ہے کہ بس میں پاور پر قائم رہوں۔ حالانکہ اللہ کو منظور ہے کہ انسان کو اسٹیگنیشن سے بچایا جائے۔</w:t>
      </w:r>
    </w:p>
    <w:p>
      <w:r>
        <w:rPr>
          <w:b/>
        </w:rPr>
        <w:t xml:space="preserve">[49:30] </w:t>
      </w:r>
      <w:r>
        <w:t>aap chahte hain ke main qaim rahoon aur qaim rehne mein kya hoga? stagnation aaye ga to Allah ki yaani Allah ke mansoobe se takra jaye ga aap ka mansooba.</w:t>
      </w:r>
    </w:p>
    <w:p>
      <w:pPr>
        <w:jc w:val="right"/>
      </w:pPr>
      <w:r>
        <w:t>آپ چاہتے ہیں کہ میں قائم رہوں اور قائم رہنے میں کیا ہوگا؟ اسٹیگنیشن آئے گا تو اللہ کی یعنی اللہ کے منصوبے سے ٹکرا جائے گا آپ کا منصوبہ۔</w:t>
      </w:r>
    </w:p>
    <w:p>
      <w:r>
        <w:rPr>
          <w:b/>
        </w:rPr>
        <w:t xml:space="preserve">[49:42] </w:t>
      </w:r>
      <w:r>
        <w:t>kyunke Allah chahta hai ke dunya mein jabood khatm ho, is</w:t>
      </w:r>
    </w:p>
    <w:p>
      <w:pPr>
        <w:jc w:val="right"/>
      </w:pPr>
      <w:r>
        <w:t>کیونکہ اللہ چاہتا ہے کہ دنیا میں جبود ختم ہو، اس</w:t>
      </w:r>
    </w:p>
    <w:p>
      <w:r>
        <w:rPr>
          <w:b/>
        </w:rPr>
        <w:t xml:space="preserve">[49:49] </w:t>
      </w:r>
      <w:r>
        <w:t>stagnation khatm ho. aap chahte hain ke nahin, baqi rahe. to aap hi harenge. yahi muamla is ka hai mere nazdeek Palestine ka.</w:t>
      </w:r>
    </w:p>
    <w:p>
      <w:pPr>
        <w:jc w:val="right"/>
      </w:pPr>
      <w:r>
        <w:t>ٹیگنیشن ختم ہو۔ آپ چاہتے ہیں کہ نہیں، باقی رہے۔ تو آپ ہی ہاریں گے۔ یہی معاملہ اس کا ہے میرے نزدیک فلسطین کا۔</w:t>
      </w:r>
    </w:p>
    <w:p>
      <w:r>
        <w:rPr>
          <w:b/>
        </w:rPr>
        <w:t xml:space="preserve">[50:01] </w:t>
      </w:r>
      <w:r>
        <w:t>Palestine mein dekhiye, yaani Palestine ki jo recent history hai woh 1948 se shuru hoti hai. 1948 se.</w:t>
      </w:r>
    </w:p>
    <w:p>
      <w:pPr>
        <w:jc w:val="right"/>
      </w:pPr>
      <w:r>
        <w:t>فلسطین میں دیکھیے، یعنی فلسطین کی جو ریسنٹ ہسٹری ہے وہ 1948 سے شروع ہوتی ہے۔ 1948 سے۔</w:t>
      </w:r>
    </w:p>
    <w:p>
      <w:r>
        <w:rPr>
          <w:b/>
        </w:rPr>
        <w:t xml:space="preserve">[50:11] </w:t>
      </w:r>
      <w:r>
        <w:t>abhi kal mein akhbar mein parh raha tha ke Palestinian leaderon ki Gaza mein woh hui meeting hui.</w:t>
      </w:r>
    </w:p>
    <w:p>
      <w:pPr>
        <w:jc w:val="right"/>
      </w:pPr>
      <w:r>
        <w:t>ابھی کل میں اخبار میں پڑھ رہا تھا کہ فلسطینی لیڈروں کی غزہ میں وہ ہوئی میٹنگ ہوئی۔</w:t>
      </w:r>
    </w:p>
    <w:p>
      <w:r>
        <w:rPr>
          <w:b/>
        </w:rPr>
        <w:t xml:space="preserve">[50:18] </w:t>
      </w:r>
      <w:r>
        <w:t>woh dhoom se taqreeren kin unhon ne ke sara Palestine jab tak hamare qabze mein na aa jaye ga, us waqt hum chup nahin baithenge.</w:t>
      </w:r>
    </w:p>
    <w:p>
      <w:pPr>
        <w:jc w:val="right"/>
      </w:pPr>
      <w:r>
        <w:t>وہ دھوم سے تقریریں کیں انہوں نے کہ سارا فلسطین جب تک ہمارے قبضے میں نہ آ جائے گا، اس وقت ہم چپ نہیں بیٹھیں گے۔</w:t>
      </w:r>
    </w:p>
    <w:p>
      <w:r>
        <w:rPr>
          <w:b/>
        </w:rPr>
        <w:t xml:space="preserve">[50:27] </w:t>
      </w:r>
      <w:r>
        <w:t>hamari struggle jari rahe gi jab tak poore Palestine par hum qabza na kar len. yeh ab impossible hai. yeh Allah ke scheme of things ke khilaf hai yeh ke sare Palestine par hum qabiz ho jayen.</w:t>
      </w:r>
    </w:p>
    <w:p>
      <w:pPr>
        <w:jc w:val="right"/>
      </w:pPr>
      <w:r>
        <w:t>ہماری اسٹرگل جاری رہے گی جب تک پورے فلسطین پر ہم قبضہ نہ کر لیں۔ یہ اب امپاسیبل ہے۔ یہ اللہ کے اسکیم آف تھنگز کے خلاف ہے یہ کہ سارے فلسطین پر ہم قابض ہو جائیں۔</w:t>
      </w:r>
    </w:p>
    <w:p>
      <w:r>
        <w:rPr>
          <w:b/>
        </w:rPr>
        <w:t xml:space="preserve">[50:41] </w:t>
      </w:r>
      <w:r>
        <w:t>yeh yeh to impossible hai.</w:t>
      </w:r>
    </w:p>
    <w:p>
      <w:pPr>
        <w:jc w:val="right"/>
      </w:pPr>
      <w:r>
        <w:t>یہ یہ تو امپاسیبل ہے۔</w:t>
      </w:r>
    </w:p>
    <w:p>
      <w:r>
        <w:rPr>
          <w:b/>
        </w:rPr>
        <w:t xml:space="preserve">[50:43] </w:t>
      </w:r>
      <w:r>
        <w:t>dekhiye, main aap ko aik aik bohat hi important law of nature arz karta hoon ke jab bhi aap ki koi planning fail ho jaye, jab bhi aap ki koi planning fail ho jaye, koi mansooba aap ka kamyab na ho to aap ko kya karna chahiye?</w:t>
      </w:r>
    </w:p>
    <w:p>
      <w:pPr>
        <w:jc w:val="right"/>
      </w:pPr>
      <w:r>
        <w:t>دیکھیے، میں آپ کو ایک ایک بہت ہی امپورٹنٹ لاء آف نیچر عرض کرتا ہوں کہ جب بھی آپ کی کوئی پلاننگ فیل ہو جائے، جب بھی آپ کی کوئی پلاننگ فیل ہو جائے، کوئی منصوبہ آپ کا کامیاب نہ ہو تو آپ کو کیا کرنا چاہیے؟</w:t>
      </w:r>
    </w:p>
    <w:p>
      <w:r>
        <w:rPr>
          <w:b/>
        </w:rPr>
        <w:t xml:space="preserve">[51:01] </w:t>
      </w:r>
      <w:r>
        <w:t>aap kabhi bhi react nahi karna chahiye. aap ko rethink karna chahiye. reassess karna chahiye.</w:t>
      </w:r>
    </w:p>
    <w:p>
      <w:pPr>
        <w:jc w:val="right"/>
      </w:pPr>
      <w:r>
        <w:t>آپ کبھی بھی ری ایکٹ نہیں کرنا چاہیے۔ آپ کو ری تھنک کرنا چاہیے۔ ری ایسس کرنا چاہیے۔</w:t>
      </w:r>
    </w:p>
    <w:p>
      <w:r>
        <w:rPr>
          <w:b/>
        </w:rPr>
        <w:t xml:space="preserve">[51:10] </w:t>
      </w:r>
      <w:r>
        <w:t>agar aap reaction karenge to aap static rastay pe chalenge. aap rethink karenge to aap farishton ke rastay pe chalenge.</w:t>
      </w:r>
    </w:p>
    <w:p>
      <w:pPr>
        <w:jc w:val="right"/>
      </w:pPr>
      <w:r>
        <w:t>اگر آپ ری ایکشن کریں گے تو آپ سٹیٹک راستے پہ چلیں گے۔ آپ ری تھنک کریں گے تو آپ فرشتوں کے راستے پہ چلیں گے۔</w:t>
      </w:r>
    </w:p>
    <w:p>
      <w:r>
        <w:rPr>
          <w:b/>
        </w:rPr>
        <w:t xml:space="preserve">[51:19] </w:t>
      </w:r>
      <w:r>
        <w:t>jis mein kya hoga faida? rethink karne mein aap ko nai line of action mil jati hai. reaction karne mein aap ko koi line of action nahi milti.</w:t>
      </w:r>
    </w:p>
    <w:p>
      <w:pPr>
        <w:jc w:val="right"/>
      </w:pPr>
      <w:r>
        <w:t>جس میں کیا ہوگا فائدہ؟ ری تھنک کرنے میں آپ کو نئی لائن آف ایکشن مل جاتی ہے۔ ری ایکشن کرنے میں آپ کو کوئی لائن آف ایکشن نہیں ملتی۔</w:t>
      </w:r>
    </w:p>
    <w:p>
      <w:r>
        <w:rPr>
          <w:b/>
        </w:rPr>
        <w:t xml:space="preserve">[51:34] </w:t>
      </w:r>
      <w:r>
        <w:t>sahi yani right line of</w:t>
      </w:r>
    </w:p>
    <w:p>
      <w:pPr>
        <w:jc w:val="right"/>
      </w:pPr>
      <w:r>
        <w:t>صحیح یعنی رائٹ لائن آف</w:t>
      </w:r>
    </w:p>
    <w:p>
      <w:r>
        <w:rPr>
          <w:b/>
        </w:rPr>
        <w:t xml:space="preserve">[51:37] </w:t>
      </w:r>
      <w:r>
        <w:t>action kya hai? woh aap jaan lete hain rethink karne ki shakal mein. ab rethink nahi karte to aap kya hote hain? tension, larai, frustration aur suicide aur yeh sab hota rehta hai.</w:t>
      </w:r>
    </w:p>
    <w:p>
      <w:pPr>
        <w:jc w:val="right"/>
      </w:pPr>
      <w:r>
        <w:t>ایکشن کیا ہے؟ وہ آپ جان لیتے ہیں ری تھنک کرنے کی شکل میں۔ اب ری تھنک نہیں کرتے تو آپ کیا ہوتے ہیں؟ ٹینشن، لڑائی، فرسٹریشن اور سوسائیڈ اور یہ سب ہوتا رہتا ہے۔</w:t>
      </w:r>
    </w:p>
    <w:p>
      <w:r>
        <w:rPr>
          <w:b/>
        </w:rPr>
        <w:t xml:space="preserve">[51:54] </w:t>
      </w:r>
      <w:r>
        <w:t>to jab bhi aap ka koi bhi planning jo aap ne kiya, koi bhi planning chahe individual life mein ho, chahe national life mein ho, agar woh dekhen aap ke aap ka jo goal tha woh poora nahi ho saka to yeh mat kabhi kijiye ke aap react karen.</w:t>
      </w:r>
    </w:p>
    <w:p>
      <w:pPr>
        <w:jc w:val="right"/>
      </w:pPr>
      <w:r>
        <w:t>تو جب بھی آپ کا کوئی بھی پلاننگ جو آپ نے کیا، کوئی بھی پلاننگ چاہے انڈیویجول لائف میں ہو، چاہے نیشنل لائف میں ہو، اگر وہ دیکھیں آپ کہ آپ کا جو گول تھا وہ پورا نہیں ہو سکا تو یہ مت کبھی کیجیے کہ آپ ری ایکٹ کریں۔</w:t>
      </w:r>
    </w:p>
    <w:p>
      <w:r>
        <w:rPr>
          <w:b/>
        </w:rPr>
        <w:t xml:space="preserve">[52:15] </w:t>
      </w:r>
      <w:r>
        <w:t>balkeh rethink kijiye. falasteen</w:t>
      </w:r>
    </w:p>
    <w:p>
      <w:pPr>
        <w:jc w:val="right"/>
      </w:pPr>
      <w:r>
        <w:t>بلکہ ری تھنک کیجیے۔ فلسطین</w:t>
      </w:r>
    </w:p>
    <w:p>
      <w:r>
        <w:rPr>
          <w:b/>
        </w:rPr>
        <w:t xml:space="preserve">[52:18] </w:t>
      </w:r>
      <w:r>
        <w:t>mein kya hua dekhiye? 1948 mein balfour wardict ke tehat partition hua falasteen ka.</w:t>
      </w:r>
    </w:p>
    <w:p>
      <w:pPr>
        <w:jc w:val="right"/>
      </w:pPr>
      <w:r>
        <w:t>میں کیا ہوا دیکھیے؟ 1948 میں بالفور وارڈکٹ کے تحت پارٹیشن ہوا فلسطین کا۔</w:t>
      </w:r>
    </w:p>
    <w:p>
      <w:r>
        <w:rPr>
          <w:b/>
        </w:rPr>
        <w:t xml:space="preserve">[52:28] </w:t>
      </w:r>
      <w:r>
        <w:t>roughly aadha diya gaya yani yahood ko aadha diya gaya, arabon ko. acha, arabon ne kaha ke hum nahi mante is partition ko aur larai chhod di unhon ne.</w:t>
      </w:r>
    </w:p>
    <w:p>
      <w:pPr>
        <w:jc w:val="right"/>
      </w:pPr>
      <w:r>
        <w:t>رفلی آدھا دیا گیا یعنی یہود کو آدھا دیا گیا، عربوں کو۔ اچھا، عربوں نے کہا کہ ہم نہیں مانتے اس پارٹیشن کو اور لڑائی چھوڑ دی انہوں نے۔</w:t>
      </w:r>
    </w:p>
    <w:p>
      <w:r>
        <w:rPr>
          <w:b/>
        </w:rPr>
        <w:t xml:space="preserve">[52:39] </w:t>
      </w:r>
      <w:r>
        <w:t>1948 hi se larai shuru kar di unhon ne ke hum is partition ko nahi mante, poora poora falasteen hamara</w:t>
      </w:r>
    </w:p>
    <w:p>
      <w:pPr>
        <w:jc w:val="right"/>
      </w:pPr>
      <w:r>
        <w:t>1948 ہی سے لڑائی شروع کر دی انہوں نے کہ ہم اس پارٹیشن کو نہیں مانتے، پورا پورا فلسطین ہمارا</w:t>
      </w:r>
    </w:p>
    <w:p>
      <w:r>
        <w:rPr>
          <w:b/>
        </w:rPr>
        <w:t xml:space="preserve">[52:45] </w:t>
      </w:r>
      <w:r>
        <w:t>hai. acha, ab dekhiye ke 60 saal se zyada muddat beet gayi. 60 saal se zyada muddat beet gayi.</w:t>
      </w:r>
    </w:p>
    <w:p>
      <w:pPr>
        <w:jc w:val="right"/>
      </w:pPr>
      <w:r>
        <w:t>ہے۔ اچھا، اب دیکھیے کہ 60 سال سے زیادہ مدت بیت گئی۔ 60 سال سے زیادہ مدت بیت گئی۔</w:t>
      </w:r>
    </w:p>
    <w:p>
      <w:r>
        <w:rPr>
          <w:b/>
        </w:rPr>
        <w:t xml:space="preserve">[52:54] </w:t>
      </w:r>
      <w:r>
        <w:t>ab falastiniyon ko mila kya? mila kya falastiniyon ko?</w:t>
      </w:r>
    </w:p>
    <w:p>
      <w:pPr>
        <w:jc w:val="right"/>
      </w:pPr>
      <w:r>
        <w:t>اب فلسطینیوں کو ملا کیا؟ ملا کیا فلسطینیوں کو؟</w:t>
      </w:r>
    </w:p>
    <w:p>
      <w:r>
        <w:rPr>
          <w:b/>
        </w:rPr>
        <w:t xml:space="preserve">[52:58] </w:t>
      </w:r>
      <w:r>
        <w:t>dekhiye, 1948 mein arabon ko ya falastiniyon ko falasteen ka aadha hissa mila hua tha, including yerushalayim,</w:t>
      </w:r>
    </w:p>
    <w:p>
      <w:pPr>
        <w:jc w:val="right"/>
      </w:pPr>
      <w:r>
        <w:t>دیکھیے، 1948 میں عربوں کو یا فلسطینیوں کو فلسطین کا آدھا حصہ ملا ہوا تھا، انکلوڈنگ یروشلم،</w:t>
      </w:r>
    </w:p>
    <w:p>
      <w:r>
        <w:rPr>
          <w:b/>
        </w:rPr>
        <w:t xml:space="preserve">[53:12] </w:t>
      </w:r>
      <w:r>
        <w:t>including badr al-muqaddas, including masjid al-aqsa mila hua tha. lekin unhon ne is ke khilaf yani woh shuru kar diya</w:t>
      </w:r>
    </w:p>
    <w:p>
      <w:pPr>
        <w:jc w:val="right"/>
      </w:pPr>
      <w:r>
        <w:t>انکلوڈنگ بدر المقدس، انکلوڈنگ مسجد اقصیٰ ملا ہوا تھا۔ لیکن انہوں نے اس کے خلاف یعنی وہ شروع کر دیا</w:t>
      </w:r>
    </w:p>
    <w:p>
      <w:r>
        <w:rPr>
          <w:b/>
        </w:rPr>
        <w:t xml:space="preserve">[53:26] </w:t>
      </w:r>
      <w:r>
        <w:t>larai, shuru kar di larai.</w:t>
      </w:r>
    </w:p>
    <w:p>
      <w:pPr>
        <w:jc w:val="right"/>
      </w:pPr>
      <w:r>
        <w:t>لڑائی، شروع کر دی لڑائی۔</w:t>
      </w:r>
    </w:p>
    <w:p>
      <w:r>
        <w:rPr>
          <w:b/>
        </w:rPr>
        <w:t xml:space="preserve">[53:28] </w:t>
      </w:r>
      <w:r>
        <w:t>aaj kya soorat-e-haal hai? aaj un ke paas aik bohat chhota sa hissa hai jo aik municipality samajh lijiye, municipality koi woh hukoomat ki shakal is ki nahi hai.</w:t>
      </w:r>
    </w:p>
    <w:p>
      <w:pPr>
        <w:jc w:val="right"/>
      </w:pPr>
      <w:r>
        <w:t>آج کیا صورتحال ہے؟ آج ان کے پاس ایک بہت چھوٹا سا حصہ ہے جو ایک میونسپلٹی سمجھ لیجیے، میونسپلٹی کوئی وہ حکومت کی شکل اس کی نہیں ہے۔</w:t>
      </w:r>
    </w:p>
    <w:p>
      <w:r>
        <w:rPr>
          <w:b/>
        </w:rPr>
        <w:t xml:space="preserve">[53:40] </w:t>
      </w:r>
      <w:r>
        <w:t>to aap bajaye is ke ke yeh kahein ke hum ko poora falasteen hamein lena hai, yeh nahi karna chahiye. rethink karna chahiye ke kyun hamara plan nakam ho gaya.</w:t>
      </w:r>
    </w:p>
    <w:p>
      <w:pPr>
        <w:jc w:val="right"/>
      </w:pPr>
      <w:r>
        <w:t>تو آپ بجائے اس کے کہ یہ کہیں کہ ہم کو پورا فلسطین ہمیں لینا ہے، یہ نہیں کرنا چاہیے۔ ری تھنک کرنا چاہیے کہ کیوں ہمارا پلان ناکام ہو گیا۔</w:t>
      </w:r>
    </w:p>
    <w:p>
      <w:r>
        <w:rPr>
          <w:b/>
        </w:rPr>
        <w:t xml:space="preserve">[53:51] </w:t>
      </w:r>
      <w:r>
        <w:t>arabon ko chahiye ke woh yeh sochein ke jo hum ne planning ki thi 1948 mein, woh kyun nakam ho gayi?</w:t>
      </w:r>
    </w:p>
    <w:p>
      <w:pPr>
        <w:jc w:val="right"/>
      </w:pPr>
      <w:r>
        <w:t>عربوں کو چاہیے کہ وہ یہ سوچیں کہ جو ہم نے پلاننگ کی تھی 1948 میں، وہ کیوں ناکام ہو گئی؟</w:t>
      </w:r>
    </w:p>
    <w:p>
      <w:r>
        <w:rPr>
          <w:b/>
        </w:rPr>
        <w:t xml:space="preserve">[53:57] </w:t>
      </w:r>
      <w:r>
        <w:t>kai naslein beet gayeen, lakhon log mar gaye aur yani billion trillion rupay ka nuqsan hua. phir bhi hum apna plan poora nahi kar sake.</w:t>
      </w:r>
    </w:p>
    <w:p>
      <w:pPr>
        <w:jc w:val="right"/>
      </w:pPr>
      <w:r>
        <w:t>کئی نسلیں بیت گئیں، لاکھوں لوگ مر گئے اور یعنی بلین ٹریلین روپے کا نقصان ہوا۔ پھر بھی ہم اپنا پلان پورا نہیں کر سکے۔</w:t>
      </w:r>
    </w:p>
    <w:p>
      <w:r>
        <w:rPr>
          <w:b/>
        </w:rPr>
        <w:t xml:space="preserve">[54:10] </w:t>
      </w:r>
      <w:r>
        <w:t>to aisa hua kyun? yani issue ko main kehta hoon rethink karna. lekin woh react kar rahe hain. is duniya mein reaction se kya hoga?</w:t>
      </w:r>
    </w:p>
    <w:p>
      <w:pPr>
        <w:jc w:val="right"/>
      </w:pPr>
      <w:r>
        <w:t>تو ایسا ہوا کیوں؟ یعنی ایشو کو میں کہتا ہوں ری تھنک کرنا۔ لیکن وہ ری ایکٹ کر رہے ہیں۔ اس دنیا میں ری ایکشن سے کیا ہوگا؟</w:t>
      </w:r>
    </w:p>
    <w:p>
      <w:r>
        <w:rPr>
          <w:b/>
        </w:rPr>
        <w:t xml:space="preserve">[54:23] </w:t>
      </w:r>
      <w:r>
        <w:t>aap fail hi fail hote rahenge. kyunke woh to static rasta hai.</w:t>
      </w:r>
    </w:p>
    <w:p>
      <w:pPr>
        <w:jc w:val="right"/>
      </w:pPr>
      <w:r>
        <w:t>آپ فیل ہی فیل ہوتے رہیں گے۔ کیونکہ وہ تو سٹیٹک راستہ ہے۔</w:t>
      </w:r>
    </w:p>
    <w:p>
      <w:r>
        <w:rPr>
          <w:b/>
        </w:rPr>
        <w:t xml:space="preserve">[54:28] </w:t>
      </w:r>
      <w:r>
        <w:t>rethink karenge to kya hoga? aap naya rasta pa lenge, nai line of action pa lenge. aik aap ko dikhai dega ke phir se apna plan banaoon main, naya plan jo waqatan workable ho.</w:t>
      </w:r>
    </w:p>
    <w:p>
      <w:pPr>
        <w:jc w:val="right"/>
      </w:pPr>
      <w:r>
        <w:t>ری تھنک کریں گے تو کیا ہوگا؟ آپ نیا راستہ پالیں گے، نئی لائن آف ایکشن پالیں گے۔ ایک آپ کو دکھائی دے گا کہ پھر سے اپنا پلان بناؤں میں، نیا پلان جو واقعتا ورک ایبل ہو۔</w:t>
      </w:r>
    </w:p>
    <w:p>
      <w:r>
        <w:rPr>
          <w:b/>
        </w:rPr>
        <w:t xml:space="preserve">[54:44] </w:t>
      </w:r>
      <w:r>
        <w:t>to fail hone ke maani hain ke aap ka plan ne work nahi kiya. it was not workable jaise morsi sahib ne apne potential degree ko wapas liya to is ka matlab kya hua?</w:t>
      </w:r>
    </w:p>
    <w:p>
      <w:pPr>
        <w:jc w:val="right"/>
      </w:pPr>
      <w:r>
        <w:t>تو فیل ہونے کے معنی ہیں کہ آپ کا پلان نے ورک نہیں کیا۔ It was not workable جیسے مرسی صاحب نے اپنے پوٹینشل ڈگری کو واپس لیا تو اس کا مطلب کیا ہوا؟</w:t>
      </w:r>
    </w:p>
    <w:p>
      <w:r>
        <w:rPr>
          <w:b/>
        </w:rPr>
        <w:t xml:space="preserve">[54:56] </w:t>
      </w:r>
      <w:r>
        <w:t>ke woh workable nahi tha, woh workable nahi tha. to ab jo hai kya hai ke workable planning karni chahiye, jo work kare, jo feasible ho.</w:t>
      </w:r>
    </w:p>
    <w:p>
      <w:pPr>
        <w:jc w:val="right"/>
      </w:pPr>
      <w:r>
        <w:t>کہ وہ ورک ایبل نہیں تھا، وہ ورک ایبل نہیں تھا۔ تو اب جو ہے کیا ہے کہ ورک ایبل پلاننگ کرنی چاہیے، جو ورک کرے، جو فیزیبل ہو۔</w:t>
      </w:r>
    </w:p>
    <w:p>
      <w:r>
        <w:rPr>
          <w:b/>
        </w:rPr>
        <w:t xml:space="preserve">[55:06] </w:t>
      </w:r>
      <w:r>
        <w:t>to jab bhi aap ki zindagi mein koi bhi maamle mein, chahe ghar ka maamla ho ya nation ka maamla ho, aap ki koi planning fail ho jaye to samajhye ke that was not workable react mat kijiye, ghussa mat huiye,</w:t>
      </w:r>
    </w:p>
    <w:p>
      <w:pPr>
        <w:jc w:val="right"/>
      </w:pPr>
      <w:r>
        <w:t>تو جب بھی آپ کی زندگی میں کوئی بھی معاملے میں، چاہے گھر کا معاملہ ہو یا نیشن کا معاملہ ہو، آپ کی کوئی پلاننگ فیل ہو جائے تو سمجھئے کہ that was not workable ری ایکٹ مت کیجیے، غصہ مت ہوئیے،</w:t>
      </w:r>
    </w:p>
    <w:p>
      <w:r>
        <w:rPr>
          <w:b/>
        </w:rPr>
        <w:t xml:space="preserve">[55:24] </w:t>
      </w:r>
      <w:r>
        <w:t>tension mein mat jaiye, balkeh rethink kijiye. aur yeh maan lijiye ke aap ki planning workable nahi thi. ab phir se aap replan kijiye aur workable planning kijiye, workable jo work kare, jo feasible ho.</w:t>
      </w:r>
    </w:p>
    <w:p>
      <w:pPr>
        <w:jc w:val="right"/>
      </w:pPr>
      <w:r>
        <w:t>ٹینشن میں مت جائیے، بلکہ ری تھنک کیجیے۔ اور یہ مان لیجیے کہ آپ کی پلاننگ ورک ایبل نہیں تھی۔ اب پھر سے آپ ری پلان کیجیے اور ورک ایبل پلاننگ کیجیے، ورک ایبل جو ورک کرے، جو فیزیبل ہو۔</w:t>
      </w:r>
    </w:p>
    <w:p>
      <w:r>
        <w:rPr>
          <w:b/>
        </w:rPr>
        <w:t xml:space="preserve">[55:40] </w:t>
      </w:r>
      <w:r>
        <w:t>yeh hai sab se bara sabak jo masjidon ki poori history mein bar bar diya gaya hai, lekin is ko insaan pakadta nahi hai. is ko aur recently misr ki tareekh yeh batati hai ke jo planning unhon ne ki,</w:t>
      </w:r>
    </w:p>
    <w:p>
      <w:pPr>
        <w:jc w:val="right"/>
      </w:pPr>
      <w:r>
        <w:t>یہ ہے سب سے بڑا سبق جو مسجدوں کی پوری ہسٹری میں بار بار دیا گیا ہے، لیکن اس کو انسان پکڑتا نہیں ہے۔ اس کو اور ریسنٹلی مصر کی تاریخ یہ بتاتی ہے کہ جو پلاننگ انہوں نے کی،</w:t>
      </w:r>
    </w:p>
    <w:p>
      <w:r>
        <w:rPr>
          <w:b/>
        </w:rPr>
        <w:t xml:space="preserve">[55:54] </w:t>
      </w:r>
      <w:r>
        <w:t>king farooq ko nikal kar ke, woh bhi fail ho gayi. jo planning unhon ne ki, abhi election mein hissa le kar ke, ab morsi sahib jo president ban gaye, woh bhi fail ho gayi.</w:t>
      </w:r>
    </w:p>
    <w:p>
      <w:pPr>
        <w:jc w:val="right"/>
      </w:pPr>
      <w:r>
        <w:t>کنگ فاروق کو نکال کر کے، وہ بھی فیل ہو گئی۔ جو پلاننگ انہوں نے کی، ابھی الیکشن میں حصہ لے کر کے، اب مرسی صاحب جو پریزیڈنٹ بن گئے، وہ بھی فیل ہو گئی۔</w:t>
      </w:r>
    </w:p>
    <w:p>
      <w:r>
        <w:rPr>
          <w:b/>
        </w:rPr>
        <w:t xml:space="preserve">[56:05] </w:t>
      </w:r>
      <w:r>
        <w:t>to ab react, ab bhi wahi react kar rahe hain, ab bhi reaction ki policy chala rahe hain. log</w:t>
      </w:r>
    </w:p>
    <w:p>
      <w:pPr>
        <w:jc w:val="right"/>
      </w:pPr>
      <w:r>
        <w:t>تو اب ری ایکٹ، اب بھی وہی ری ایکٹ کر رہے ہیں، اب بھی ری ایکشن کی پالیسی چلا رہے ہیں۔ لوگ</w:t>
      </w:r>
    </w:p>
    <w:p>
      <w:r>
        <w:rPr>
          <w:b/>
        </w:rPr>
        <w:t xml:space="preserve">[56:11] </w:t>
      </w:r>
      <w:r>
        <w:t>reaction ki policy chhodni padegi, rethink up karna padega, reassess karna padega, aur yeh sochna padega ke ke pehli planning work nahi kiya is ne.</w:t>
      </w:r>
    </w:p>
    <w:p>
      <w:pPr>
        <w:jc w:val="right"/>
      </w:pPr>
      <w:r>
        <w:t>ری ایکشن کی پالیسی چھوڑنی پڑے گی، ری تھنک اپ کرنا پڑے گا، ری ایسس کرنا پڑے گا، اور یہ سوچنا پڑے گا کہ کہ پہلی پلاننگ ورک نہیں کیا اس نے۔</w:t>
      </w:r>
    </w:p>
    <w:p>
      <w:r>
        <w:rPr>
          <w:b/>
        </w:rPr>
        <w:t xml:space="preserve">[56:24] </w:t>
      </w:r>
      <w:r>
        <w:t>to ab workable planning kya hai? ab workable planning talash karna chahiye.</w:t>
      </w:r>
    </w:p>
    <w:p>
      <w:pPr>
        <w:jc w:val="right"/>
      </w:pPr>
      <w:r>
        <w:t>تو اب ورک ایبل پلاننگ کیا ہے؟ اب ورک ایبل پلاننگ تلاش کرنا چاہیے۔</w:t>
      </w:r>
    </w:p>
    <w:p>
      <w:r>
        <w:rPr>
          <w:b/>
        </w:rPr>
        <w:t xml:space="preserve">[56:31] </w:t>
      </w:r>
      <w:r>
        <w:t>to sab se bara jo sabak history ka mere nazdeek yahi hai ke aadmi yeh jaane ke jab bhi is ka plan kaamyaab nahi hua to is ka matlab kya hai?</w:t>
      </w:r>
    </w:p>
    <w:p>
      <w:pPr>
        <w:jc w:val="right"/>
      </w:pPr>
      <w:r>
        <w:t>تو سب سے بڑا جو سبق ہسٹری کا میرے نزدیک یہی ہے کہ آدمی یہ جانے کہ جب بھی اس کا پلان کامیاب نہیں ہوا تو اس کا مطلب کیا ہے؟</w:t>
      </w:r>
    </w:p>
    <w:p>
      <w:r>
        <w:rPr>
          <w:b/>
        </w:rPr>
        <w:t xml:space="preserve">[56:43] </w:t>
      </w:r>
      <w:r>
        <w:t>ke workable nahi tha woh. to ab kya karna chahiye? rethink</w:t>
      </w:r>
    </w:p>
    <w:p>
      <w:pPr>
        <w:jc w:val="right"/>
      </w:pPr>
      <w:r>
        <w:t>کہ ورک ایبل نہیں تھا وہ۔ تو اب کیا کرنا چاہیے؟ ری تھنک</w:t>
      </w:r>
    </w:p>
    <w:p>
      <w:r>
        <w:rPr>
          <w:b/>
        </w:rPr>
        <w:t xml:space="preserve">[56:48] </w:t>
      </w:r>
      <w:r>
        <w:t>karo, rethink karo taake tum ko workable planning ki samajh aa jaye. aur ajeeb baat hai ke poori history isi ki kahani hai.</w:t>
      </w:r>
    </w:p>
    <w:p>
      <w:pPr>
        <w:jc w:val="right"/>
      </w:pPr>
      <w:r>
        <w:t>کرو، ری تھنک کرو تاکہ تم کو ورک ایبل پلاننگ کی سمجھ آ جائے۔ اور عجیب بات ہے کہ پوری ہسٹری اسی کی کہانی ہے۔</w:t>
      </w:r>
    </w:p>
    <w:p>
      <w:r>
        <w:rPr>
          <w:b/>
        </w:rPr>
        <w:t xml:space="preserve">[56:58] </w:t>
      </w:r>
      <w:r>
        <w:t>jaise greece ka jo tha, alexander, alexander the great, jo kaha jata hai, alexander ne scheme banayi ke sari dunya mujhe rule karna hai, sari dunya mujhe rule karna hai.</w:t>
      </w:r>
    </w:p>
    <w:p>
      <w:pPr>
        <w:jc w:val="right"/>
      </w:pPr>
      <w:r>
        <w:t>جیسے گریس کا جو تھا، الیگزینڈر، الیگزینڈر دی گریٹ، جو کہا جاتا ہے، الیگزینڈر نے اسکیم بنائی کہ ساری دنیا مجھے رول کرنا ہے، ساری دنیا مجھے رول کرنا ہے۔</w:t>
      </w:r>
    </w:p>
    <w:p>
      <w:r>
        <w:rPr>
          <w:b/>
        </w:rPr>
        <w:t xml:space="preserve">[57:12] </w:t>
      </w:r>
      <w:r>
        <w:t>to badhte badhte aa gaya woh asia tak,</w:t>
      </w:r>
    </w:p>
    <w:p>
      <w:pPr>
        <w:jc w:val="right"/>
      </w:pPr>
      <w:r>
        <w:t>تو بڑھتے بڑھتے آ گیا وہ ایشیا تک،</w:t>
      </w:r>
    </w:p>
    <w:p>
      <w:r>
        <w:rPr>
          <w:b/>
        </w:rPr>
        <w:t xml:space="preserve">[57:17] </w:t>
      </w:r>
      <w:r>
        <w:t>lekin aakhir mein is ki army jo thi, us ne baghavat kar di. us ne kaha ke hum aage nahi ja sakte. ab is ko frustration aaya, woh sharab piya, sharab piya, sharab piya, is se mar gaya woh.</w:t>
      </w:r>
    </w:p>
    <w:p>
      <w:pPr>
        <w:jc w:val="right"/>
      </w:pPr>
      <w:r>
        <w:t>لیکن آخر میں اس کی آرا آرمی جو تھی، اس نے بغاوت کر دیا۔ اس نے کہا کہ ہم آگے نہیں جا سکتے۔ اب اس کو فرسٹن آیا، وہ شراب پیا، شراب پیا، شراب پیا، اس سے مر گیا وہ۔</w:t>
      </w:r>
    </w:p>
    <w:p>
      <w:r>
        <w:rPr>
          <w:b/>
        </w:rPr>
        <w:t xml:space="preserve">[57:28] </w:t>
      </w:r>
      <w:r>
        <w:t>to is ko sochna chahiye tha ke alexander the great ko ke meri ek planning fail ho gayi to ab doosri planning banaun jo workable ho.</w:t>
      </w:r>
    </w:p>
    <w:p>
      <w:pPr>
        <w:jc w:val="right"/>
      </w:pPr>
      <w:r>
        <w:t>تو اس کو سوچنا چاہیے تھا کہ الیگزینڈر دی گریٹ کو کہ میری ایک پلاننگ فیل ہو گئی تو اب دوسری پلاننگ بناؤں جو ورک ایبل ہو۔</w:t>
      </w:r>
    </w:p>
    <w:p>
      <w:r>
        <w:rPr>
          <w:b/>
        </w:rPr>
        <w:t xml:space="preserve">[57:39] </w:t>
      </w:r>
      <w:r>
        <w:t>yaani alexander ne khudkushi, khudkushi to nahi ki thi, lekin itna sharab piya, itna sharab piya ke is se mar gaya woh.</w:t>
      </w:r>
    </w:p>
    <w:p>
      <w:pPr>
        <w:jc w:val="right"/>
      </w:pPr>
      <w:r>
        <w:t>یعنی الیگزینڈر نے خودکشی، خودکشی تو نہیں کی تھی، لیکن اتنا شراب پیا، اتنا شراب پیا کہ اس سے مر گیا وہ۔</w:t>
      </w:r>
    </w:p>
    <w:p>
      <w:r>
        <w:rPr>
          <w:b/>
        </w:rPr>
        <w:t xml:space="preserve">[57:48] </w:t>
      </w:r>
      <w:r>
        <w:t>to poori dunya ka ko rule karun mein, yeh is ki jo planning thi, fail ho gayi. ab is ko rethink karna chahiye tha ke ab mein jo nayi planning karun, jo ke workable ho.</w:t>
      </w:r>
    </w:p>
    <w:p>
      <w:pPr>
        <w:jc w:val="right"/>
      </w:pPr>
      <w:r>
        <w:t>تو پوری دنیا کا کو رول کروں میں، یہ اس کی جو پلاننگ تھی، فیل ہو گئی۔ اب اس کو ری تھنک کرنا چاہیے تھا کہ اب میں جو نئی پلاننگ کروں، جو کہ ورک ایبل ہو۔</w:t>
      </w:r>
    </w:p>
    <w:p>
      <w:r>
        <w:rPr>
          <w:b/>
        </w:rPr>
        <w:t xml:space="preserve">[58:03] </w:t>
      </w:r>
      <w:r>
        <w:t>yeh sab ka maamla hai, sab ka maamla hai, sab ka maamla hai.</w:t>
      </w:r>
    </w:p>
    <w:p>
      <w:pPr>
        <w:jc w:val="right"/>
      </w:pPr>
      <w:r>
        <w:t>یہ سب کا معاملہ ہے، سب کا معاملہ ہے، سب کا معاملہ ہے۔</w:t>
      </w:r>
    </w:p>
    <w:p>
      <w:r>
        <w:rPr>
          <w:b/>
        </w:rPr>
        <w:t xml:space="preserve">[58:07] </w:t>
      </w:r>
      <w:r>
        <w:t>chahe chahe ek family ho, chahe ek ek nation ho, chahe international parties ho, har jagah log jo hain isi mein phanse hue hain ke jab un ki planning fail hoti hai to react karte hain, rethink nahi karte,</w:t>
      </w:r>
    </w:p>
    <w:p>
      <w:pPr>
        <w:jc w:val="right"/>
      </w:pPr>
      <w:r>
        <w:t>چاہے چاہے ایک فیملی ہو، چاہے ایک ایک نیشن ہو، چاہے انٹرنیشنل پارٹیز ہو، ہر جگہ لوگ جو ہیں اسی میں پھنسے ہوئے ہیں کہ جب ان کی پلاننگ فیل ہوتی ہے تو ری ایکٹ کرتے ہیں، ری تھنک نہیں کرتے،</w:t>
      </w:r>
    </w:p>
    <w:p>
      <w:r>
        <w:rPr>
          <w:b/>
        </w:rPr>
        <w:t xml:space="preserve">[58:21] </w:t>
      </w:r>
      <w:r>
        <w:t>rethink nahi karte.</w:t>
      </w:r>
    </w:p>
    <w:p>
      <w:pPr>
        <w:jc w:val="right"/>
      </w:pPr>
      <w:r>
        <w:t>ری تھنک نہیں کرتے۔</w:t>
      </w:r>
    </w:p>
    <w:p>
      <w:r>
        <w:rPr>
          <w:b/>
        </w:rPr>
        <w:t xml:space="preserve">[58:25] </w:t>
      </w:r>
      <w:r>
        <w:t>har har failure, har nakami is baat ka Allah ki taraf, yaani creator ki taraf se paigham hai ke tumhari planning sahi nahi thi, yeh wrong thi, yeh planning yeh workable nahi thi.</w:t>
      </w:r>
    </w:p>
    <w:p>
      <w:pPr>
        <w:jc w:val="right"/>
      </w:pPr>
      <w:r>
        <w:t>ہر ہر فیلیر، ہر ناکامی اس بات کا اللہ کی طرف، یعنی کریٹر کی طرف سے پیغام ہے کہ تمہاری پلاننگ صحیح نہیں تھی، یہ رونگ تھی، یہ پلاننگ یہ ورک ایبل نہیں تھی۔</w:t>
      </w:r>
    </w:p>
    <w:p>
      <w:r>
        <w:rPr>
          <w:b/>
        </w:rPr>
        <w:t xml:space="preserve">[58:39] </w:t>
      </w:r>
      <w:r>
        <w:t>to phir se socho, phir soch kar nayi planning karo. yahi hai sab ka sabak jo hamein history se lena chahiye.</w:t>
      </w:r>
    </w:p>
    <w:p>
      <w:pPr>
        <w:jc w:val="right"/>
      </w:pPr>
      <w:r>
        <w:t>تو پھر سے سوچو، پھر سوچ کر نئی پلاننگ کرو۔ یہی ہے سب کا سبق جو ہمیں ہسٹری سے لینا چاہیے۔</w:t>
      </w:r>
    </w:p>
    <w:p>
      <w:r>
        <w:rPr>
          <w:b/>
        </w:rPr>
        <w:t xml:space="preserve">[58:50] </w:t>
      </w:r>
      <w:r>
        <w:t>to hamari jo yeh jo jo hamare jo cps ka jo movement hai, ho sakta hai peeche to woh woh bhi isi ki hai ke hum aap hum khud samjhein is raaz ko, hum khud is raaz ko samjhein ke yeh dunya mein sirf workable planning hi planning hai.</w:t>
      </w:r>
    </w:p>
    <w:p>
      <w:pPr>
        <w:jc w:val="right"/>
      </w:pPr>
      <w:r>
        <w:t>تو ہماری جو یہ جو جو ہمارے جو سی پی ایس کا جو موومنٹ ہے، ہو سکتا ہے پیچھے تو وہ وہ بھی اسی کی ہے کہ ہم آپ ہم خود سمجھیں اس راز کو، ہم خود اس راز کو سمجھیں کہ یہ دنیا میں صرف ورک ایبل پلاننگ ہی پلاننگ ہے۔</w:t>
      </w:r>
    </w:p>
    <w:p>
      <w:r>
        <w:rPr>
          <w:b/>
        </w:rPr>
        <w:t xml:space="preserve">[59:09] </w:t>
      </w:r>
      <w:r>
        <w:t>jo planning work na kare, woh planning nahi. is dunya mein wahi planning planning hai jo workable ho.</w:t>
      </w:r>
    </w:p>
    <w:p>
      <w:pPr>
        <w:jc w:val="right"/>
      </w:pPr>
      <w:r>
        <w:t>جو پلاننگ ورک نہ کرے، وہ پلاننگ نہیں۔ اس دنیا میں وہی پلاننگ پلاننگ ہے جو ورک ایبل ہو۔</w:t>
      </w:r>
    </w:p>
    <w:p>
      <w:r>
        <w:rPr>
          <w:b/>
        </w:rPr>
        <w:t xml:space="preserve">[59:18] </w:t>
      </w:r>
      <w:r>
        <w:t>jo planning work na kare, woh woh planning hi galat thi khud. to mein dua karta hoon ke Allah taala mujh ko aur aap ko right thinking ki tofeeq de aur aakhirat mein hamein jannat naseeb kare.</w:t>
      </w:r>
    </w:p>
    <w:p>
      <w:pPr>
        <w:jc w:val="right"/>
      </w:pPr>
      <w:r>
        <w:t>جو پلاننگ ورک نہ کرے، وہ وہ پلاننگ ہی غلط تھی خود۔ تو میں دعا کرتا ہوں کہ اللہ تعالی مجھ کو اور آپ کو رائٹ تھنکنگ کی توفیق دے اور آخرت میں ہمیں جنت نصیب کرے۔</w:t>
      </w:r>
    </w:p>
    <w:p>
      <w:r>
        <w:rPr>
          <w:b/>
        </w:rPr>
        <w:t xml:space="preserve">[59:34] </w:t>
      </w:r>
      <w:r>
        <w:t>aqool qooli haza wastaghfirullaha li walakum ajmaeen</w:t>
      </w:r>
    </w:p>
    <w:p>
      <w:pPr>
        <w:jc w:val="right"/>
      </w:pPr>
      <w:r>
        <w:t>أقول قولي هذا واستغفرالله لي ولكم اجمعین</w:t>
      </w:r>
    </w:p>
    <w:p>
      <w:r>
        <w:rPr>
          <w:b/>
        </w:rPr>
        <w:t xml:space="preserve">[59:51] </w:t>
      </w:r>
      <w:r>
        <w:t>maulana, sawal lene se pehle hum do comments parhna chahenge jo pichle hafte da'wah meet cure ki gayi thi, 2012.</w:t>
      </w:r>
    </w:p>
    <w:p>
      <w:pPr>
        <w:jc w:val="right"/>
      </w:pPr>
      <w:r>
        <w:t>مولانا، سوال لینے سے پہلے ہم دو کمنٹس پڑھنا چاہیں گے جو پچھلے ہفتے داؤ میٹ کری گئی تھی، 2012۔</w:t>
      </w:r>
    </w:p>
    <w:p>
      <w:r>
        <w:rPr>
          <w:b/>
        </w:rPr>
        <w:t xml:space="preserve">[1:00:01] </w:t>
      </w:r>
      <w:r>
        <w:t>is ko le ke maulana do comments aaye hain, ek america se aaya hai aur ek bangalore se. america, pennsylvania se kaleem sahab ka comment hai jo hum sab se pehle parhna chahenge.</w:t>
      </w:r>
    </w:p>
    <w:p>
      <w:pPr>
        <w:jc w:val="right"/>
      </w:pPr>
      <w:r>
        <w:t>اس کو لے کے مولانا دو کمنٹس آئے ہیں، ایک امریکہ سے آیا ہے اور ایک بینگلور سے۔ امریکہ، پینسلوینیا سے کلیم صاحب کا کمنٹ ہے جو ہم سب سے پہلے پڑھنا چاہیں گے۔</w:t>
      </w:r>
    </w:p>
    <w:p>
      <w:r>
        <w:rPr>
          <w:b/>
        </w:rPr>
        <w:t xml:space="preserve">[1:00:14] </w:t>
      </w:r>
      <w:r>
        <w:t>unhon ne likha hai: "maulana sahab, you have rightly said that we should be very grateful to the modern civilization, because of this we here in america are able to witness the kashmir da'wah meet 2012 as though we are participating in it personally since yesterday.</w:t>
      </w:r>
    </w:p>
    <w:p>
      <w:pPr>
        <w:jc w:val="right"/>
      </w:pPr>
      <w:r>
        <w:t>انہوں نے لکھا ہے: "مولانا صاحب، یو ہیو رائٹلی سیڈ دیٹ وی شوڈ بی ویری گریٹ فل ٹو دی ماڈرن سولائزیشن، بیکاز اف دس وی ہیئر ان امریکہ آر ایبل ٹو وٹنس دا کشمیر داؤ میٹ 2012 ایز دو وی آر پارٹیسپیٹنگ ان اٹ پرسنلی سنس یسٹرڈے۔</w:t>
      </w:r>
    </w:p>
    <w:p>
      <w:r>
        <w:rPr>
          <w:b/>
        </w:rPr>
        <w:t xml:space="preserve">[1:00:36] </w:t>
      </w:r>
      <w:r>
        <w:t>may allah give us the ability to use this modern opportunity to spread his message. ameen."</w:t>
      </w:r>
    </w:p>
    <w:p>
      <w:pPr>
        <w:jc w:val="right"/>
      </w:pPr>
      <w:r>
        <w:t>می اللہ گیو اس دا ایبیلیٹی ٹو یوز دس ماڈرن اپرچونیٹی ٹو سپریڈ ہز میسج۔ آمین۔"</w:t>
      </w:r>
    </w:p>
    <w:p>
      <w:r>
        <w:rPr>
          <w:b/>
        </w:rPr>
        <w:t xml:space="preserve">[1:00:45] </w:t>
      </w:r>
      <w:r>
        <w:t>agla comment maulana bangalore se hai, miss fatima sarah ka. unhon ne likha hai: "the entire kashmir da'wah meet was such an inspiration that i feel i am reborn with the renewed understanding of my purpose in life.</w:t>
      </w:r>
    </w:p>
    <w:p>
      <w:pPr>
        <w:jc w:val="right"/>
      </w:pPr>
      <w:r>
        <w:t>اگلا کمنٹ مولانا بینگلور سے ہے، مس فاطمہ سارہ کا۔ انہوں نے لکھا ہے: "دا انٹائر کشمیر داؤ میٹ واز سچ اینڈ انسپیریشن دیٹ آئی فیل آئی ایم ری بورن ود دا رینیوڈ انڈرسٹینڈنگ اف مائی پرپس ان لائف۔</w:t>
      </w:r>
    </w:p>
    <w:p>
      <w:r>
        <w:rPr>
          <w:b/>
        </w:rPr>
        <w:t xml:space="preserve">[1:01:03] </w:t>
      </w:r>
      <w:r>
        <w:t>may allah bless everyone who was a part of this meet, either directly or indirectly.</w:t>
      </w:r>
    </w:p>
    <w:p>
      <w:pPr>
        <w:jc w:val="right"/>
      </w:pPr>
      <w:r>
        <w:t>می اللہ بلیس ایوری ون ہو واز ا پارٹ اف دس میٹ، ایتھر ڈائریکٹلی اور ان ڈائریکٹلی۔</w:t>
      </w:r>
    </w:p>
    <w:p>
      <w:r>
        <w:rPr>
          <w:b/>
        </w:rPr>
        <w:t xml:space="preserve">[1:01:10] </w:t>
      </w:r>
      <w:r>
        <w:t>i felt i was amongst you all in delhi as i was listening to the whole program. everyone spoke from their heart for it reached our hearts.</w:t>
      </w:r>
    </w:p>
    <w:p>
      <w:pPr>
        <w:jc w:val="right"/>
      </w:pPr>
      <w:r>
        <w:t>آئی فیلٹ آئی واز امنگز یو آل ان دہلی ایز آئی واز لسننگ ٹو دا ہول پروگرام۔ ایوری ون سپوک فرام دیر ہارٹ فار اٹ ریچڈ اور ہارٹس۔</w:t>
      </w:r>
    </w:p>
    <w:p>
      <w:r>
        <w:rPr>
          <w:b/>
        </w:rPr>
        <w:t xml:space="preserve">[1:01:23] </w:t>
      </w:r>
      <w:r>
        <w:t>this is a sure sign of speaking from the heart. i do not have everyone's email id. please pass on this message to others as well.</w:t>
      </w:r>
    </w:p>
    <w:p>
      <w:pPr>
        <w:jc w:val="right"/>
      </w:pPr>
      <w:r>
        <w:t>دس از ا شور سائن اف سپیکنگ فرام دا ہارٹ۔ آئی ڈو ناٹ ہیو ایوری ون ای میل آئی ڈی۔ پلیز پاس ان دس میسج ٹو ادر ایز ویل۔</w:t>
      </w:r>
    </w:p>
    <w:p>
      <w:r>
        <w:rPr>
          <w:b/>
        </w:rPr>
        <w:t xml:space="preserve">[1:01:33] </w:t>
      </w:r>
      <w:r>
        <w:t>may allah bless the entire cps team with immense rewards.</w:t>
      </w:r>
    </w:p>
    <w:p>
      <w:pPr>
        <w:jc w:val="right"/>
      </w:pPr>
      <w:r>
        <w:t>می اللہ بلیس دی انٹائر سی پی ایس ٹیم ود ایمنس ریوارڈز۔</w:t>
      </w:r>
    </w:p>
    <w:p>
      <w:r>
        <w:rPr>
          <w:b/>
        </w:rPr>
        <w:t xml:space="preserve">[1:01:38] </w:t>
      </w:r>
      <w:r>
        <w:t>may allah bring good results from this meet by guiding the hearts of all our kashmiri brothers and sisters towards an era of peace and harmony and make kashmir a great da'wah center.</w:t>
      </w:r>
    </w:p>
    <w:p>
      <w:pPr>
        <w:jc w:val="right"/>
      </w:pPr>
      <w:r>
        <w:t>می اللہ برنگ گڈ رزلٹس فرام دس میٹ بائے گائیڈنگ دا ہارٹس اف آل اور کشمیری برادرز اینڈ سسٹرز ٹورڈز این ایرا اف پیس اینڈ ہارمونی اینڈ میک کشمیر ا گریٹ داؤ سینٹر۔</w:t>
      </w:r>
    </w:p>
    <w:p>
      <w:r>
        <w:rPr>
          <w:b/>
        </w:rPr>
        <w:t xml:space="preserve">[1:01:51] </w:t>
      </w:r>
      <w:r>
        <w:t>ameen."</w:t>
      </w:r>
    </w:p>
    <w:p>
      <w:pPr>
        <w:jc w:val="right"/>
      </w:pPr>
      <w:r>
        <w:t>آمین۔"</w:t>
      </w:r>
    </w:p>
    <w:p>
      <w:r>
        <w:rPr>
          <w:b/>
        </w:rPr>
        <w:t xml:space="preserve">[1:01:57] </w:t>
      </w:r>
      <w:r>
        <w:t>maulana ab sawal lete hain. yeh sawal ali garh se aaya hai, doctor qamar khan</w:t>
      </w:r>
    </w:p>
    <w:p>
      <w:pPr>
        <w:jc w:val="right"/>
      </w:pPr>
      <w:r>
        <w:t>मौलाना اب سوال لیتے ہیں۔ یہ سوال علی گڑھ سے آیا ہے، ڈاکٹر قمر خان</w:t>
      </w:r>
    </w:p>
    <w:p>
      <w:r>
        <w:rPr>
          <w:b/>
        </w:rPr>
        <w:t xml:space="preserve">[1:02:03] </w:t>
      </w:r>
      <w:r>
        <w:t>sahab ka. unhon ne likha hai: "maulana sahab, hum log educated class mein aap ka quran phailate hain, magar yeh log kehte hain ke translation modern standard par nahi hai.</w:t>
      </w:r>
    </w:p>
    <w:p>
      <w:pPr>
        <w:jc w:val="right"/>
      </w:pPr>
      <w:r>
        <w:t>صاحب کا۔ انہوں نے لکھا ہے: "مولانا صاحب، ہم لوگ ایجوکیٹڈ کلاس میں آپ کا قرآن پھیلاتے ہیں، مگر یہ لوگ کہتے ہیں کہ ٹرانسلیشن ماڈرن سٹینڈرڈ پر نہیں ہے۔</w:t>
      </w:r>
    </w:p>
    <w:p>
      <w:r>
        <w:rPr>
          <w:b/>
        </w:rPr>
        <w:t xml:space="preserve">[1:02:18] </w:t>
      </w:r>
      <w:r>
        <w:t>un ka kehna hai ke is mein acknowledgement nahi hai. is ke is ke baghair aaj kal koi kitaab authentic nahi hoti.</w:t>
      </w:r>
    </w:p>
    <w:p>
      <w:pPr>
        <w:jc w:val="right"/>
      </w:pPr>
      <w:r>
        <w:t>ان کا کہنا ہے کہ اس میں ایکنالجمنٹ نہیں ہے۔ اس کے اس کے بغیر آج کل کوئی کتاب اتھینٹک نہیں ہوتی۔</w:t>
      </w:r>
    </w:p>
    <w:p>
      <w:r>
        <w:rPr>
          <w:b/>
        </w:rPr>
        <w:t xml:space="preserve">[1:02:27] </w:t>
      </w:r>
      <w:r>
        <w:t>yahi baat woh aap ki doosri books par bhi kehte hain. main is ko kaise samjhaun</w:t>
      </w:r>
    </w:p>
    <w:p>
      <w:pPr>
        <w:jc w:val="right"/>
      </w:pPr>
      <w:r>
        <w:t>یہی بات وہ آپ کی دوسری بکس پر بھی کہتے ہیں۔ میں اس کو کیسے سمجھاؤں</w:t>
      </w:r>
    </w:p>
    <w:p>
      <w:r>
        <w:rPr>
          <w:b/>
        </w:rPr>
        <w:t xml:space="preserve">[1:02:33] </w:t>
      </w:r>
      <w:r>
        <w:t>?" koi baat ye nahi kahi unhon ne. koi point batayein kyun? ji. ye toh khali ek da'wah hai. hmm. acknowledgement kya hai?</w:t>
      </w:r>
    </w:p>
    <w:p>
      <w:pPr>
        <w:jc w:val="right"/>
      </w:pPr>
      <w:r>
        <w:t>؟" कोई बात ये नहीं कही उन्होंने। कोई पॉइंट बताएं क्यों? جی۔ ये तो खाली एक दावा है। ہمم۔ अकलारिजमेंट क्या है?</w:t>
      </w:r>
    </w:p>
    <w:p>
      <w:r>
        <w:rPr>
          <w:b/>
        </w:rPr>
        <w:t xml:space="preserve">[1:02:41] </w:t>
      </w:r>
      <w:r>
        <w:t>ye toh kya matlab hai acknowledgement ka? hmm. sari duniya is ko maan rahi hai ke sir best translation hai. koi hoga?</w:t>
      </w:r>
    </w:p>
    <w:p>
      <w:pPr>
        <w:jc w:val="right"/>
      </w:pPr>
      <w:r>
        <w:t>یہ تو کیا مطلب ہے اکلارجمنٹ کا؟ हम्म। ساری دنیا اس کو مان رہی ہے کہ سر بیسٹ ٹرانسلیشن ہے۔ कोई होगा?</w:t>
      </w:r>
    </w:p>
    <w:p>
      <w:r>
        <w:rPr>
          <w:b/>
        </w:rPr>
        <w:t xml:space="preserve">[1:02:50] </w:t>
      </w:r>
      <w:r>
        <w:t>koi aadmi? koi jis ki yani koi zyada educated nahi hoga mere khayal se woh. yani sari duniya mein main khud ja ke dekha hai maine ke sab log kehte hain ke yeh best tra</w:t>
      </w:r>
    </w:p>
    <w:p>
      <w:pPr>
        <w:jc w:val="right"/>
      </w:pPr>
      <w:r>
        <w:t>کوئی آدمی؟ कोई जिसकी یعنی کوئی زیادہ ایجوکیٹڈ نہیں ہوگا میرے خیال سے وہ۔ यानी ساری دنیا میں میں خود جا کے دیکھا ہے میں نے کہ سب لوگ کہتے ہیں کہ یہ بیسٹ ٹ</w:t>
      </w:r>
    </w:p>
    <w:p>
      <w:r>
        <w:rPr>
          <w:b/>
        </w:rPr>
        <w:t xml:space="preserve">[1:03:02] </w:t>
      </w:r>
      <w:r>
        <w:t>nslation hai. easily understandable hai. khushwant singh jo top india mein sab se acha angrezi janne wala aadmi hai, us ne bhi is ko aitraf kiya.</w:t>
      </w:r>
    </w:p>
    <w:p>
      <w:pPr>
        <w:jc w:val="right"/>
      </w:pPr>
      <w:r>
        <w:t>رانسلیشن ہے۔ Easily understandable ہے۔ خوشمن سنگھ جو ٹاپ انڈیا میں سب سے اچھا انگریزی جاننے والا آدمی ہے، اس نے بھی اس کو اعتراف کیا۔</w:t>
      </w:r>
    </w:p>
    <w:p>
      <w:r>
        <w:rPr>
          <w:b/>
        </w:rPr>
        <w:t xml:space="preserve">[1:03:10] </w:t>
      </w:r>
      <w:r>
        <w:t>ye kaun aadmi hai ali garh mein jo aisa keh raha hai? main toh bolta hoon ke aadmi hai jo angrezi janta nahi, aise hi ek ek lafz mil gaya, acknowledgement bol diya unhon ne. khushwant singh jo hai, bohat hi secular aadmi hai, bohat acha angrezi janta hai woh, aur bohat hi impartial raah deta hai.</w:t>
      </w:r>
    </w:p>
    <w:p>
      <w:pPr>
        <w:jc w:val="right"/>
      </w:pPr>
      <w:r>
        <w:t>یہ کون آدمی ہے علی گڑھ میں جو ایسا کہہ رہا ہے؟ میں تو بولتا ہوں کہ آدمی ہے جو انگریزی جانتا نہیں، ایسے ہی ایک ایک لفظ مل گیا، اکنالجمنٹ بول دیا انہوں نے۔ خوشمن سنگھ جو ہے، بہت ہی سیکولر آدمی ہے، بہت اچھا انگریزی جانتا ہے وہ، اور بہت ہی امپارشل راہ دیتا ہے۔</w:t>
      </w:r>
    </w:p>
    <w:p>
      <w:r>
        <w:rPr>
          <w:b/>
        </w:rPr>
        <w:t xml:space="preserve">[1:03:26] </w:t>
      </w:r>
      <w:r>
        <w:t>us ne kaha ke best translation yeh hai. us ne yeh bhi kaha ke maine bohat si tarjume padhe hain,</w:t>
      </w:r>
    </w:p>
    <w:p>
      <w:pPr>
        <w:jc w:val="right"/>
      </w:pPr>
      <w:r>
        <w:t>اس نے کہا کہ بیسٹ ٹرانسلیشن یہ ہے۔ اس نے یہ بھی کہا کہ میں نے بہت سی ترجمے پڑھے ہیں،</w:t>
      </w:r>
    </w:p>
    <w:p>
      <w:r>
        <w:rPr>
          <w:b/>
        </w:rPr>
        <w:t xml:space="preserve">[1:03:31] </w:t>
      </w:r>
      <w:r>
        <w:t>us ke baad aisa keh raha hoon. ye kaun aadmi hai? woh aap batayein us ko, yani us ko, yani koi daleel dein.</w:t>
      </w:r>
    </w:p>
    <w:p>
      <w:pPr>
        <w:jc w:val="right"/>
      </w:pPr>
      <w:r>
        <w:t>اس کے بعد ایسا کہہ رہا ہوں۔ یہ کون آدمی ہے؟ وہ آپ بتائیں اس کو، یعنی اس کو، یعنی کوئی دلیل دیں۔</w:t>
      </w:r>
    </w:p>
    <w:p>
      <w:r>
        <w:rPr>
          <w:b/>
        </w:rPr>
        <w:t xml:space="preserve">[1:03:40] </w:t>
      </w:r>
      <w:r>
        <w:t>ye toh koi baat nahi, acknowledgement. kya matlab acknowledgement? ji. mujhe bohat ta'ajjub hai ke logon ke andar khud aitraf ka maada nahi hai, doosron par ilzaam de rahe hain.</w:t>
      </w:r>
    </w:p>
    <w:p>
      <w:pPr>
        <w:jc w:val="right"/>
      </w:pPr>
      <w:r>
        <w:t>یہ تو کوئی بات نہیں، اکلارجمنٹ۔ کیا مطلب اکلارجمنٹ؟ جی۔ मुझे बहुत تعجب है کہ لوگوں کے اندر خود اعتراف کا مادہ نہیں ہے، دوسروں پر الزام دے رہے ہیں۔</w:t>
      </w:r>
    </w:p>
    <w:p>
      <w:r>
        <w:rPr>
          <w:b/>
        </w:rPr>
        <w:t xml:space="preserve">[1:03:51] </w:t>
      </w:r>
      <w:r>
        <w:t>jis ne aisa kaha, woh is us ne khud aitraf ka maada us ke andar nahi hai. khud us ke andar aitraf ka maada nahi hai.</w:t>
      </w:r>
    </w:p>
    <w:p>
      <w:pPr>
        <w:jc w:val="right"/>
      </w:pPr>
      <w:r>
        <w:t>جس نے ایسا کہا، وہ اس اس نے خود اعتراف کا مادہ اس کے اندر نہیں ہے۔ خود اس کے اندر اعتراف کا مادہ نہیں ہے۔</w:t>
      </w:r>
    </w:p>
    <w:p>
      <w:r>
        <w:rPr>
          <w:b/>
        </w:rPr>
        <w:t xml:space="preserve">[1:04:02] </w:t>
      </w:r>
      <w:r>
        <w:t>bohat ta'ajjub mujhe hota hai logon ke andar ke aitraf ka maada nahi hai. khali bas hawaai baatein bolna jaante hain.</w:t>
      </w:r>
    </w:p>
    <w:p>
      <w:pPr>
        <w:jc w:val="right"/>
      </w:pPr>
      <w:r>
        <w:t>बहुत تعجب مجھے ہوتا ہے لوگوں کے اندر کہ اعتراف کا مادہ نہیں ہے۔ خالی بس ہوائی باتیں بولنا جانتے ہیں۔</w:t>
      </w:r>
    </w:p>
    <w:p>
      <w:r>
        <w:rPr>
          <w:b/>
        </w:rPr>
        <w:t xml:space="preserve">[1:04:12] </w:t>
      </w:r>
      <w:r>
        <w:t>maulana agla sawal lete hain. yeh analysis forum kar ke tanzeem hai UK mein, wahan se sawal aa</w:t>
      </w:r>
    </w:p>
    <w:p>
      <w:pPr>
        <w:jc w:val="right"/>
      </w:pPr>
      <w:r>
        <w:t>मौलाना اگلا سوال لیتے ہیں۔ یہ انالیسز فورم کر کے تنظیم ہے یو کے میں، وہاں سے سوال آ</w:t>
      </w:r>
    </w:p>
    <w:p>
      <w:r>
        <w:rPr>
          <w:b/>
        </w:rPr>
        <w:t xml:space="preserve">[1:04:19] </w:t>
      </w:r>
      <w:r>
        <w:t>ya hai. unhon ne likha hai: "maulana sahib, aap ne islam ka political interpretation ko jo expose kar ke ummat par bohat bara ehsan farmaya hai, yahi sahi ideology hai.</w:t>
      </w:r>
    </w:p>
    <w:p>
      <w:pPr>
        <w:jc w:val="right"/>
      </w:pPr>
      <w:r>
        <w:t>یا ہے۔ انہوں نے لکھا ہے: "مولانا صاحب، آپ نے اسلام کا پولیٹیکل انٹرپریٹیشن کو جو ایکسپوز کر کے امت پر بہت بڑا احسان فرمایا ہے، یہی صحیح آئیڈیالوجی ہے۔</w:t>
      </w:r>
    </w:p>
    <w:p>
      <w:r>
        <w:rPr>
          <w:b/>
        </w:rPr>
        <w:t xml:space="preserve">[1:04:33] </w:t>
      </w:r>
      <w:r>
        <w:t>is waqt ek sawal zehan mein aa raha hai ke kya aap ki apni zindagi mein maulana Maududi ki tehreek ka koi positive contribution hai ya aisa nahi hai?"</w:t>
      </w:r>
    </w:p>
    <w:p>
      <w:pPr>
        <w:jc w:val="right"/>
      </w:pPr>
      <w:r>
        <w:t>اس وقت ایک سوال ذہن میں آ رہا ہے کہ کیا آپ کی اپنی زندگی میں مولانا مودودی کی تحریک کا کوئی پازیٹیو کنٹریبیوشن ہے یا ایسا نہیں ہے؟"</w:t>
      </w:r>
    </w:p>
    <w:p>
      <w:r>
        <w:rPr>
          <w:b/>
        </w:rPr>
        <w:t xml:space="preserve">[1:04:47] </w:t>
      </w:r>
      <w:r>
        <w:t>main to us se juda raha hoon bohat dinon tak, aur main yahi kahunga ke positive contribution nahi hai.</w:t>
      </w:r>
    </w:p>
    <w:p>
      <w:pPr>
        <w:jc w:val="right"/>
      </w:pPr>
      <w:r>
        <w:t>मैं तो उससे जुड़ा रहा हूं بہت دنوں تک، اور میں یہی کہوں گا کہ پازیٹیو کنٹریبیوشن نہیں ہے۔</w:t>
      </w:r>
    </w:p>
    <w:p>
      <w:r>
        <w:rPr>
          <w:b/>
        </w:rPr>
        <w:t xml:space="preserve">[1:04:56] </w:t>
      </w:r>
      <w:r>
        <w:t>kyun ke main jaanta hoon ke in logon ke andar political thinking aayi. jitne bhi jamaat samii ke log hain, maulana Maududi ke mutasir log hain, sab ke andar political thinking hai.</w:t>
      </w:r>
    </w:p>
    <w:p>
      <w:pPr>
        <w:jc w:val="right"/>
      </w:pPr>
      <w:r>
        <w:t>کیونکہ میں جانتا ہوں کہ ان لوگوں کے اندر پولیٹیکل تھنکنگ آئی۔ جتنے بھی جماعت سمیع کے لوگ ہیں، مولانا مودودی کے متاثر لوگ ہیں، سب کے اندر پولیٹیکل تھنکنگ ہے۔</w:t>
      </w:r>
    </w:p>
    <w:p>
      <w:r>
        <w:rPr>
          <w:b/>
        </w:rPr>
        <w:t xml:space="preserve">[1:05:07] </w:t>
      </w:r>
      <w:r>
        <w:t>political thinking itself is wrong. yani jo sahi thinking hai, woh thinking woh hai jo yani divine thinking ho.</w:t>
      </w:r>
    </w:p>
    <w:p>
      <w:pPr>
        <w:jc w:val="right"/>
      </w:pPr>
      <w:r>
        <w:t>Political thinking itself is wrong. یعنی جو صحیح تھنکنگ ہے، وہ تھنکنگ وہ ہے جو یعنی ڈیوائن تھنکنگ ہو۔</w:t>
      </w:r>
    </w:p>
    <w:p>
      <w:r>
        <w:rPr>
          <w:b/>
        </w:rPr>
        <w:t xml:space="preserve">[1:05:17] </w:t>
      </w:r>
      <w:r>
        <w:t>yani aadmi ke andar accountability ho, Allah ka khauf ho, Allah ki mohabbat ho, kisi plan of God ki jaankari ho.</w:t>
      </w:r>
    </w:p>
    <w:p>
      <w:pPr>
        <w:jc w:val="right"/>
      </w:pPr>
      <w:r>
        <w:t>یعنی آدمی کے اندر اکاؤنٹیبلٹی ہو، اللہ کا خوف ہو، اللہ کی محبت ہو، کسی پلان آف گاڈ کی جانکاری ہو۔</w:t>
      </w:r>
    </w:p>
    <w:p>
      <w:r>
        <w:rPr>
          <w:b/>
        </w:rPr>
        <w:t xml:space="preserve">[1:05:26] </w:t>
      </w:r>
      <w:r>
        <w:t>yeh sab nahi in logon mein hai. bas political baatein</w:t>
      </w:r>
    </w:p>
    <w:p>
      <w:pPr>
        <w:jc w:val="right"/>
      </w:pPr>
      <w:r>
        <w:t>یہ سب نہیں ان لوگوں میں ہے۔ بس پولیٹیکل باتیں</w:t>
      </w:r>
    </w:p>
    <w:p>
      <w:r>
        <w:rPr>
          <w:b/>
        </w:rPr>
        <w:t xml:space="preserve">[1:05:30] </w:t>
      </w:r>
      <w:r>
        <w:t>karte hain. jab dekhen political baatein karte hain, is ka zinda saboot Misr ki siyasat hai, woh bhi isi zehan ke log hain. political interpretation dene wale do khaas log the.</w:t>
      </w:r>
    </w:p>
    <w:p>
      <w:pPr>
        <w:jc w:val="right"/>
      </w:pPr>
      <w:r>
        <w:t>کرتے ہیں۔ جب دیکھیں پولیٹیکل باتیں کرتے ہیں، اس کا زندہ ثبوت مصر کی سیاست ہے، وہ بھی اسی ذہن کے لوگ ہیں۔ پولیٹیکل انٹرپریٹیشن دینے والے دو خاص لوگ تھے۔</w:t>
      </w:r>
    </w:p>
    <w:p>
      <w:r>
        <w:rPr>
          <w:b/>
        </w:rPr>
        <w:t xml:space="preserve">[1:05:42] </w:t>
      </w:r>
      <w:r>
        <w:t>ek the Arab mein Syed Qutb, aur doosre the Indian subcontinent mein Abul Ala Maududi sahib. dono jo hain political thinking hain, aur jo asal thinking hai, woh rabbani thinking, woh maujood hi nahi hai.</w:t>
      </w:r>
    </w:p>
    <w:p>
      <w:pPr>
        <w:jc w:val="right"/>
      </w:pPr>
      <w:r>
        <w:t>ایک تھے عرب میں سید قطب، اور دوسرے تھے انڈین سب کانٹیننٹ میں ابوالعلی مودودی صاحب۔ دونوں جو ہیں پولیٹیکل تھنکنگ ہیں، اور جو اصل تھنکنگ ہے، وہ ربانی تھنکنگ، وہ موجود ہی نہیں ہے۔</w:t>
      </w:r>
    </w:p>
    <w:p>
      <w:r>
        <w:rPr>
          <w:b/>
        </w:rPr>
        <w:t xml:space="preserve">[1:05:56] </w:t>
      </w:r>
      <w:r>
        <w:t>ise main nahi manta ke koi positive, yani is ka koi positive role hai. kyun ke Quran mein bataya gaya hai ke sharab mein bhi ek ek pehlu hota hai.</w:t>
      </w:r>
    </w:p>
    <w:p>
      <w:pPr>
        <w:jc w:val="right"/>
      </w:pPr>
      <w:r>
        <w:t>اسے میں نہیں مانتا کہ کوئی پازیٹیو، یعنی اس کا کوئی پازیٹیو رول ہے۔ کیونکہ قرآن میں بتایا گیا ہے کہ شراب میں بھی ایک ایک پہلو ہوتا ہے۔</w:t>
      </w:r>
    </w:p>
    <w:p>
      <w:r>
        <w:rPr>
          <w:b/>
        </w:rPr>
        <w:t xml:space="preserve">[1:06:07] </w:t>
      </w:r>
      <w:r>
        <w:t>achha, is Muhammad Akbar of India fam to yeh dekhiye ke zyada nuksan hua hai ya ya kam nuksan hua. agar zyada nuksan hua to wahi wahi liya jayega.</w:t>
      </w:r>
    </w:p>
    <w:p>
      <w:pPr>
        <w:jc w:val="right"/>
      </w:pPr>
      <w:r>
        <w:t>اچھا، اس محمد اکبر اف انڈا فیم تو یہ دیکھیے کہ زیادہ نقصان ہوا ہے یا یا کم نقصان ہوا۔ اگر زیادہ نقصان ہوا تو وہی وہی لیا جائے گا۔</w:t>
      </w:r>
    </w:p>
    <w:p>
      <w:r>
        <w:rPr>
          <w:b/>
        </w:rPr>
        <w:t xml:space="preserve">[1:06:18] </w:t>
      </w:r>
      <w:r>
        <w:t>is Muhammad Akbar of India fam agar koi faida hua bil farz to is se zyada nuksan hua hai.</w:t>
      </w:r>
    </w:p>
    <w:p>
      <w:pPr>
        <w:jc w:val="right"/>
      </w:pPr>
      <w:r>
        <w:t>اس محمد اکبر اف انڈا فیم اگر کوئی فائدہ ہوا بالفرض تو اس سے زیادہ نقصان ہوا ہے۔</w:t>
      </w:r>
    </w:p>
    <w:p>
      <w:r>
        <w:rPr>
          <w:b/>
        </w:rPr>
        <w:t xml:space="preserve">[1:06:24] </w:t>
      </w:r>
      <w:r>
        <w:t>is wajah se main yahi kahunga ke is ki koi positive contribution nahi hai, is ka hai. Maulana inhi ka ek aur sawal hai. unhon ne likha hai: "Ulama ne hamesha ek team tayyar ki, jaise Ibn Taymiyyah ne Ibn Qayyim aur Ibn Kathir jaise ulama ko tayyar kiya.</w:t>
      </w:r>
    </w:p>
    <w:p>
      <w:pPr>
        <w:jc w:val="right"/>
      </w:pPr>
      <w:r>
        <w:t>اس وجہ سے میں یہی کہوں گا کہ اس کی کوئی پازیٹیو کنٹریبیوشن نہیں ہے، اس کا ہے۔ मौलाना انہی کا ایک اور سوال ہے۔ انہوں نے لکھا ہے: "علماء نے ہمیشہ ایک ٹیم تیار کی، جیسے ابن تیمیہ نے ابن قیم اور ابن کثیر جیسے علماء کو تیار کیا۔</w:t>
      </w:r>
    </w:p>
    <w:p>
      <w:r>
        <w:rPr>
          <w:b/>
        </w:rPr>
        <w:t xml:space="preserve">[1:06:44] </w:t>
      </w:r>
      <w:r>
        <w:t>Allama Shibli ne Hamiduddin Farahi jaise ulama ko tayyar kiya. Farahi ne Amin Ahsan Islahi jaise ulama ko tayyar kiya waghera.</w:t>
      </w:r>
    </w:p>
    <w:p>
      <w:pPr>
        <w:jc w:val="right"/>
      </w:pPr>
      <w:r>
        <w:t>علامہ شبلی نے حمید الدین فراہی جیسے علماء کو تیار کیا۔ فراہی نے امین احسن اصلاحی جیسے علماء کو تیار کیا وغیرہ۔</w:t>
      </w:r>
    </w:p>
    <w:p>
      <w:r>
        <w:rPr>
          <w:b/>
        </w:rPr>
        <w:t xml:space="preserve">[1:06:53] </w:t>
      </w:r>
      <w:r>
        <w:t>magar aap ne aisa koi bara aalim tayyar nahi kiya. is ki wajah kya hai? aap ke mission mein hum jaise hum jaise literature distributor to hain, magar aisa koi aadmi nahi jo sahi maano mein acha aalim ho.</w:t>
      </w:r>
    </w:p>
    <w:p>
      <w:pPr>
        <w:jc w:val="right"/>
      </w:pPr>
      <w:r>
        <w:t>مگر آپ نے ایسا کوئی بڑا عالم تیار نہیں کیا۔ اس کی وجہ کیا ہے؟ آپ کے مشن میں ہم جیسے ہم جیسے لٹریچر ڈسٹریبیوٹر تو ہیں، مگر ایسا کوئی آدمی نہیں جو صحیح معنوں میں اچھا عالم ہو۔</w:t>
      </w:r>
    </w:p>
    <w:p>
      <w:r>
        <w:rPr>
          <w:b/>
        </w:rPr>
        <w:t xml:space="preserve">[1:07:09] </w:t>
      </w:r>
      <w:r>
        <w:t>aap ke mission mein jo madrasa wale log hain, un mein se bhi koi aisa nahi hai. yeh log bhi aap ke Urdu literature tak mehdood hain.</w:t>
      </w:r>
    </w:p>
    <w:p>
      <w:pPr>
        <w:jc w:val="right"/>
      </w:pPr>
      <w:r>
        <w:t>آپ کے مشن میں جو مدرسہ والے لوگ ہیں، ان میں سے بھی کوئی ایسا نہیں ہے۔ یہ لوگ بھی آپ کے اردو لٹریچر تک محدود ہیں۔</w:t>
      </w:r>
    </w:p>
    <w:p>
      <w:r>
        <w:rPr>
          <w:b/>
        </w:rPr>
        <w:t xml:space="preserve">[1:07:19] </w:t>
      </w:r>
      <w:r>
        <w:t>main yeh nahi kehta ke sab aap jaise thinker hon, lekin Quran, hadith aur Arabic ke gehre aalim ka hona mission ke liye zaroori hai.</w:t>
      </w:r>
    </w:p>
    <w:p>
      <w:pPr>
        <w:jc w:val="right"/>
      </w:pPr>
      <w:r>
        <w:t>میں یہ نہیں کہتا کہ سب آپ جیسے تھنکر ہوں، لیکن قرآن، حدیث اور عربی کے گہرے عالم کا ہونا مشن کے لیے ضروری ہے۔</w:t>
      </w:r>
    </w:p>
    <w:p>
      <w:r>
        <w:rPr>
          <w:b/>
        </w:rPr>
        <w:t xml:space="preserve">[1:07:29] </w:t>
      </w:r>
      <w:r>
        <w:t>doosra pehlu se aap ka mission sab se aage hai, lekin is pehlu se peeche hai. is par aap dhyan dein.</w:t>
      </w:r>
    </w:p>
    <w:p>
      <w:pPr>
        <w:jc w:val="right"/>
      </w:pPr>
      <w:r>
        <w:t>دوسرا پہلو سے آپ کا مشن سب سے آگے ہے، لیکن اس پہلو سے پیچھے ہے۔ اس پر آپ دھیان دیں۔</w:t>
      </w:r>
    </w:p>
    <w:p>
      <w:r>
        <w:rPr>
          <w:b/>
        </w:rPr>
        <w:t xml:space="preserve">[1:07:39] </w:t>
      </w:r>
      <w:r>
        <w:t>Maulana sahib, please aap mere sawal par ghussa ho kar is ko brush aside na karen. Al-Risalah mein zaroor rehnumai farmayen.</w:t>
      </w:r>
    </w:p>
    <w:p>
      <w:pPr>
        <w:jc w:val="right"/>
      </w:pPr>
      <w:r>
        <w:t>مولانا صاحب، پلیز آپ میرے سوال پر غصہ ہو کر اس کو برش اسائیڈ نہ کریں۔ الرسالہ میں ضرور رہنمائی فرمائیں۔</w:t>
      </w:r>
    </w:p>
    <w:p>
      <w:r>
        <w:rPr>
          <w:b/>
        </w:rPr>
        <w:t xml:space="preserve">[1:07:49] </w:t>
      </w:r>
      <w:r>
        <w:t>dekhiye yeh baat jo hai, aap present ka taqabul kar rahe hain past se. yani this kind of comparison is wrong.</w:t>
      </w:r>
    </w:p>
    <w:p>
      <w:pPr>
        <w:jc w:val="right"/>
      </w:pPr>
      <w:r>
        <w:t>देखिए یہ بات جو ہے، آپ پریزنٹ کا تقابل کر رہے ہیں پاسٹ سے۔ یعنی this kind of comparison is wrong.</w:t>
      </w:r>
    </w:p>
    <w:p>
      <w:r>
        <w:rPr>
          <w:b/>
        </w:rPr>
        <w:t xml:space="preserve">[1:08:02] </w:t>
      </w:r>
      <w:r>
        <w:t>jin logon ka aap naam le rahe hain aaj, woh apni zaban mein un ko takfeer ki gayi, un ko bura bhala kaha gaya, un ko kode mare gaye.</w:t>
      </w:r>
    </w:p>
    <w:p>
      <w:pPr>
        <w:jc w:val="right"/>
      </w:pPr>
      <w:r>
        <w:t>جن لوگوں کا آپ نام لے رہے ہیں آج، وہ اپنی زبان میں ان کو تکفیر کی گئی، ان کو برا بھلا کہا گیا، ان کو کوڑے مارے گئے۔</w:t>
      </w:r>
    </w:p>
    <w:p>
      <w:r>
        <w:rPr>
          <w:b/>
        </w:rPr>
        <w:t xml:space="preserve">[1:08:12] </w:t>
      </w:r>
      <w:r>
        <w:t>to jo hamare mission ko dekh rahe hain aap aaj, yeh mission jab pachas sau, pachas sau saal beet jayenge na, to yeh mission bohat bara logon ko dikhai dega.</w:t>
      </w:r>
    </w:p>
    <w:p>
      <w:pPr>
        <w:jc w:val="right"/>
      </w:pPr>
      <w:r>
        <w:t>تو جو ہمارے مشن کو دیکھ رہے ہیں آپ آج، یہ مشن جب پچاس سو، پچاس سو سال بیت جائیں گے نا، تو یہ مشن بہت بڑا لوگوں کو دکھائی دے گا۔</w:t>
      </w:r>
    </w:p>
    <w:p>
      <w:r>
        <w:rPr>
          <w:b/>
        </w:rPr>
        <w:t xml:space="preserve">[1:08:22] </w:t>
      </w:r>
      <w:r>
        <w:t>yeh team bohat bari dikhai degi, yeh team. to mazi hamesha bara dikhai deta hai, present hamesha chhota chhota dikhai deta hai. to yeh log yeh kya kar rahe hain?</w:t>
      </w:r>
    </w:p>
    <w:p>
      <w:pPr>
        <w:jc w:val="right"/>
      </w:pPr>
      <w:r>
        <w:t>یہ ٹیم بہت بڑی دکھائی دے گی، یہ ٹیم۔ تو ماضی ہمیشہ بڑا دکھائی دیتا ہے، پریزنٹ ہمیشہ چھوٹا چھوٹا دکھائی دیتا ہے۔ تو یہ لوگ یہ کیا کر رہے ہیں؟</w:t>
      </w:r>
    </w:p>
    <w:p>
      <w:r>
        <w:rPr>
          <w:b/>
        </w:rPr>
        <w:t xml:space="preserve">[1:08:32] </w:t>
      </w:r>
      <w:r>
        <w:t>present ko compare kar rahe hain past se. aap ko maloom nahi ke kya guzri Ibn Taymiyyah par, woh woh aap ko pata hi nahi. ab to sirf aap jante hain Imam Ibn Taymiyyah.</w:t>
      </w:r>
    </w:p>
    <w:p>
      <w:pPr>
        <w:jc w:val="right"/>
      </w:pPr>
      <w:r>
        <w:t>پریزنٹ کو کمپیئر کر رہے ہیں پاسٹ سے۔ آپ کو معلوم نہیں کہ کیا گزری ابن تیمیہ پر، وہ وہ آپ کو پتہ ہی نہیں۔ اب تو صرف آپ جانتے ہیں امام ابن تیمیہ۔</w:t>
      </w:r>
    </w:p>
    <w:p>
      <w:r>
        <w:rPr>
          <w:b/>
        </w:rPr>
        <w:t xml:space="preserve">[1:08:42] </w:t>
      </w:r>
      <w:r>
        <w:t>is waqt imam ibn taimiya imam nahi thay, woh</w:t>
      </w:r>
    </w:p>
    <w:p>
      <w:pPr>
        <w:jc w:val="right"/>
      </w:pPr>
      <w:r>
        <w:t>اس وقت امام ابن تیمیہ امام نہیں تھے، وہ</w:t>
      </w:r>
    </w:p>
    <w:p>
      <w:r>
        <w:rPr>
          <w:b/>
        </w:rPr>
        <w:t xml:space="preserve">[1:08:46] </w:t>
      </w:r>
      <w:r>
        <w:t>imam nahi thay. woh khud ibn kathir ki tafsir mein aap parhiye to imam ibn taimiya ne jo jo kitab likhi hai, alsarib al-rasool ala isha'at al-rasool, to unhon ne yeh jab masla uthaya tha aur aik bhir jama kar ke laye thay badshah ke pas, to badshah ne inhi ki falagien kin, yani koday marwaye ibn taimiya ko.</w:t>
      </w:r>
    </w:p>
    <w:p>
      <w:pPr>
        <w:jc w:val="right"/>
      </w:pPr>
      <w:r>
        <w:t>امام نہیں تھے۔ وہ خود ابن کثیر کی تفسیر میں آپ پڑھیے تو امام ابن تیمیہ نے جو جو کتاب لکھی ہے، السارب الرسول علی اشاعت الرسول، تو انہوں نے یہ جب مسئلہ اٹھایا تھا اور ایک بھیڑ اکٹھا کر کے لائے تھے بادشاہ کے پاس، تو بادشاہ نے انہی کی فلاگیں کیں، یعنی کوڑے مروائے ابن تیمیہ کو۔</w:t>
      </w:r>
    </w:p>
    <w:p>
      <w:r>
        <w:rPr>
          <w:b/>
        </w:rPr>
        <w:t xml:space="preserve">[1:09:06] </w:t>
      </w:r>
      <w:r>
        <w:t>is tarah ki bohat si qisse hain. to mazi ke log legend ban jatay hain, legend to baray dikhaye jatay hain, aur hal ke log jo hain, woh legend nahi bantay, chotay dikhaye jatay hain.</w:t>
      </w:r>
    </w:p>
    <w:p>
      <w:pPr>
        <w:jc w:val="right"/>
      </w:pPr>
      <w:r>
        <w:t>اس طرح کی بہت سی قصے ہیں۔ تو ماضی کے لوگ لیجنڈ بن جاتے ہیں، لیجنڈ تو بڑے دکھائے جاتے ہیں، اور حال کے لوگ جو ہیں، وہ لیجنڈ نہیں بنتے، چھوٹے دکھائے جاتے ہیں۔</w:t>
      </w:r>
    </w:p>
    <w:p>
      <w:r>
        <w:rPr>
          <w:b/>
        </w:rPr>
        <w:t xml:space="preserve">[1:09:18] </w:t>
      </w:r>
      <w:r>
        <w:t>hamari team, hamara mission jab kuch muddat beet jaye gi to lagay ga ke to poori history ka sawal mission tha. poori history ka sawal mission tha yeh.</w:t>
      </w:r>
    </w:p>
    <w:p>
      <w:pPr>
        <w:jc w:val="right"/>
      </w:pPr>
      <w:r>
        <w:t>ہماری ٹیم، ہمارا مشن جب کچھ مدت بیت جائے گی تو لگے گا کہ تو پوری ہسٹری کا سوال مشن تھا۔ پوری ہسٹری کا سوال مشن تھا یہ۔</w:t>
      </w:r>
    </w:p>
    <w:p>
      <w:r>
        <w:rPr>
          <w:b/>
        </w:rPr>
        <w:t xml:space="preserve">[1:09:30] </w:t>
      </w:r>
      <w:r>
        <w:t>to mein yeh kahoon ke aap ka aap ka comparison galat hai.</w:t>
      </w:r>
    </w:p>
    <w:p>
      <w:pPr>
        <w:jc w:val="right"/>
      </w:pPr>
      <w:r>
        <w:t>تو میں یہ کہوں کہ آپ کا آپ کا کمپیریزن غلط ہے۔</w:t>
      </w:r>
    </w:p>
    <w:p>
      <w:r>
        <w:rPr>
          <w:b/>
        </w:rPr>
        <w:t xml:space="preserve">[1:09:35] </w:t>
      </w:r>
      <w:r>
        <w:t>apni comparison par aap ko phir se sochiye. maulana agla sawal lainay se pehle aik comment parhna chahen ge jo balochistan pakistan se aya hai, munir azad sahib ka, jo principal hain wahan pe modern public high school mein.</w:t>
      </w:r>
    </w:p>
    <w:p>
      <w:pPr>
        <w:jc w:val="right"/>
      </w:pPr>
      <w:r>
        <w:t>اپنی کمپیریزن پر آپ کو پھر سے سوچیے۔ मौलाना اگلا سوال لینے سے پہلے ایک کمنٹ پڑھنا چاہیں گے جو بلوچستان پاکستان سے آیا ہے، منیر آزاد صاحب کا، جو پرنسپل ہیں وہاں پہ ماڈرن پبلک ہائی سکول میں۔</w:t>
      </w:r>
    </w:p>
    <w:p>
      <w:r>
        <w:rPr>
          <w:b/>
        </w:rPr>
        <w:t xml:space="preserve">[1:09:53] </w:t>
      </w:r>
      <w:r>
        <w:t>unhon ne likha hai: "I have been reading Al-Risalah since 1998</w:t>
      </w:r>
    </w:p>
    <w:p>
      <w:pPr>
        <w:jc w:val="right"/>
      </w:pPr>
      <w:r>
        <w:t>انہوں نے لکھا ہے: "I have been reading Al-Risalah since 1998</w:t>
      </w:r>
    </w:p>
    <w:p>
      <w:r>
        <w:rPr>
          <w:b/>
        </w:rPr>
        <w:t xml:space="preserve">[1:10:00] </w:t>
      </w:r>
      <w:r>
        <w:t>. I realized to do something for hereafter, so I decided to distribute Al-Risalah in my area, where everyone knows little about Islam.</w:t>
      </w:r>
    </w:p>
    <w:p>
      <w:pPr>
        <w:jc w:val="right"/>
      </w:pPr>
      <w:r>
        <w:t>. I realized to do something for hereafter, so I decided to distribute Al-Risalah in my area, where everyone knows little about Islam.</w:t>
      </w:r>
    </w:p>
    <w:p>
      <w:r>
        <w:rPr>
          <w:b/>
        </w:rPr>
        <w:t xml:space="preserve">[1:10:11] </w:t>
      </w:r>
      <w:r>
        <w:t>I targeted areas where institutions as Government Girls' School, Inter-College Boys and Girls, and Library, where I distributed 100 copies of Al-Risalah.</w:t>
      </w:r>
    </w:p>
    <w:p>
      <w:pPr>
        <w:jc w:val="right"/>
      </w:pPr>
      <w:r>
        <w:t>I targeted areas where institutions as Government Girls' School, Inter-College Boys and Girls, and Library, where I distributed 100 copies of Al-Risalah.</w:t>
      </w:r>
    </w:p>
    <w:p>
      <w:r>
        <w:rPr>
          <w:b/>
        </w:rPr>
        <w:t xml:space="preserve">[1:10:24] </w:t>
      </w:r>
      <w:r>
        <w:t>People of my area read it with applause and requested me to give them literature of Maulana sahib." Maulana agla sawal dilli se hai, Maulana zakwan nadvi sahib ka.</w:t>
      </w:r>
    </w:p>
    <w:p>
      <w:pPr>
        <w:jc w:val="right"/>
      </w:pPr>
      <w:r>
        <w:t>People of my area read it with applause and requested me to give them literature of مولانا صاحب." मौलाना اگلا سوال دلی سے ہے، مولانا زکوان ندوی صاحب کا۔</w:t>
      </w:r>
    </w:p>
    <w:p>
      <w:r>
        <w:rPr>
          <w:b/>
        </w:rPr>
        <w:t xml:space="preserve">[1:10:36] </w:t>
      </w:r>
      <w:r>
        <w:t>unhon ne likha hai: "hadees mein aya hai ke iblis apne sathiyon se maloom karta hai ke kis ne logon ko kya kya bahkaya.</w:t>
      </w:r>
    </w:p>
    <w:p>
      <w:pPr>
        <w:jc w:val="right"/>
      </w:pPr>
      <w:r>
        <w:t>انہوں نے لکھا ہے: "हदीस में आया है कि इब्लीस अपने साथियों से मालूम करता है कि किसने लोगों को क्या-क्या बहकाया।</w:t>
      </w:r>
    </w:p>
    <w:p>
      <w:r>
        <w:rPr>
          <w:b/>
        </w:rPr>
        <w:t xml:space="preserve">[1:10:48] </w:t>
      </w:r>
      <w:r>
        <w:t>iblis ke jo sathi hain, us ko woh yeh batatay hain ke us ne husband aur wife mein jhagda paida kiya. iblis sab se zyada us se khush hota hai aur us ko apne seenay se lagakar kehta hai ke haan, tum ne asal kaam kiya, tum shabashi ke laiq ho." Maulana sahib, is hadees ko aap is ki is ki wazahat karen.</w:t>
      </w:r>
    </w:p>
    <w:p>
      <w:pPr>
        <w:jc w:val="right"/>
      </w:pPr>
      <w:r>
        <w:t>इब्लीस के जो साथी हैं, उसको वह यह बताते हैं कि उसने हस्बैंड और वाइफ में झगड़ा पैदा किया। इब्लीस सबसे ज्यादा उससे खुश होता है और उसको अपने सीने से लगाकर कहता है कि हाँ, तुमने असल काम किया, तुम शाबाशी के लायक हो।" مولانا صاحب، اس حدیث کو آپ اس کی اس کی وضاحت کریں۔</w:t>
      </w:r>
    </w:p>
    <w:p>
      <w:r>
        <w:rPr>
          <w:b/>
        </w:rPr>
        <w:t xml:space="preserve">[1:11:13] </w:t>
      </w:r>
      <w:r>
        <w:t>dekhiye yeh hadees jo hai,</w:t>
      </w:r>
    </w:p>
    <w:p>
      <w:pPr>
        <w:jc w:val="right"/>
      </w:pPr>
      <w:r>
        <w:t>देखिए یہ حدیث جو ہے،</w:t>
      </w:r>
    </w:p>
    <w:p>
      <w:r>
        <w:rPr>
          <w:b/>
        </w:rPr>
        <w:t xml:space="preserve">[1:11:20] </w:t>
      </w:r>
      <w:r>
        <w:t>is ka matlab hai ke family society ki unit hoti hai, poori nation ki unit hoti hai, poori mankind ki unit hoti hai.</w:t>
      </w:r>
    </w:p>
    <w:p>
      <w:pPr>
        <w:jc w:val="right"/>
      </w:pPr>
      <w:r>
        <w:t>اس کا مطلب ہے کہ فیملی سوسائٹی کی یونٹ ہوتی ہے، پوری نیشن کی یونٹ ہوتی ہے، پوری مین کائنڈ کی یونٹ ہوتی ہے۔</w:t>
      </w:r>
    </w:p>
    <w:p>
      <w:r>
        <w:rPr>
          <w:b/>
        </w:rPr>
        <w:t xml:space="preserve">[1:11:31] </w:t>
      </w:r>
      <w:r>
        <w:t>sab se pehle insan family to banata hai, family se phir society banti hai, phir nation banti hai, phir poori insaniyat banti hai.</w:t>
      </w:r>
    </w:p>
    <w:p>
      <w:pPr>
        <w:jc w:val="right"/>
      </w:pPr>
      <w:r>
        <w:t>سب سے پہلے انسان فیملی تو بناتا ہے، فیملی سے پھر سوسائٹی بنتی ہے، پھر نیشن بنتی ہے، پھر پوری انسانیت بنتی ہے۔</w:t>
      </w:r>
    </w:p>
    <w:p>
      <w:r>
        <w:rPr>
          <w:b/>
        </w:rPr>
        <w:t xml:space="preserve">[1:11:41] </w:t>
      </w:r>
      <w:r>
        <w:t>to is ka matlab yeh hai ke family ki satah par agar mamla bigar jaye to aisay hoga jaise ke kisi billi ki ent kharab ho jaye to sari billi kharab ho jayegi.</w:t>
      </w:r>
    </w:p>
    <w:p>
      <w:pPr>
        <w:jc w:val="right"/>
      </w:pPr>
      <w:r>
        <w:t>تو اس کا مطلب یہ ہے کہ فیملی کی سطح پر اگر معاملہ بگڑ جائے تو ایسے ہوگا جیسے کہ کسی بلی کی اینٹ خراب ہو جائے تو ساری بلی خراب ہو جائے گی۔</w:t>
      </w:r>
    </w:p>
    <w:p>
      <w:r>
        <w:rPr>
          <w:b/>
        </w:rPr>
        <w:t xml:space="preserve">[1:11:55] </w:t>
      </w:r>
      <w:r>
        <w:t>to us ko samajhta hai, yani iblis samajhta hai ke jar yahan hai. insan ko bigarna chahte ho to family ko bigar do, kyun ke bhai to unit unit hai.</w:t>
      </w:r>
    </w:p>
    <w:p>
      <w:pPr>
        <w:jc w:val="right"/>
      </w:pPr>
      <w:r>
        <w:t>تو اس کو سمجھتا ہے، یعنی ابلیس سمجھتا ہے کہ جڑ یہاں ہے۔ انسان کو بگاڑنا چاہتے ہو تو فیملی کو بگاڑ دو، کیونکہ بھئی تو یونٹ یونٹ ہے۔</w:t>
      </w:r>
    </w:p>
    <w:p>
      <w:r>
        <w:rPr>
          <w:b/>
        </w:rPr>
        <w:t xml:space="preserve">[1:12:06] </w:t>
      </w:r>
      <w:r>
        <w:t>to yeh hadees bohat, yani yani law of nation ko batati hai ke agar tum chahte ho ke poori insaniyat mein acha mahol banay to sab se pehle jo yousef unit hai, yani family, wahan par kaam karo.</w:t>
      </w:r>
    </w:p>
    <w:p>
      <w:pPr>
        <w:jc w:val="right"/>
      </w:pPr>
      <w:r>
        <w:t>تو یہ حدیث بہت، یعنی یعنی لاء آف نیشن کو بتاتی ہے کہ اگر تم چاہتے ہو کہ پوری انسانیت میں اچھا ماحول بنے تو سب سے پہلے جو یوسف یونٹ ہے، یعنی فیملی، وہاں پر کام کرو۔</w:t>
      </w:r>
    </w:p>
    <w:p>
      <w:r>
        <w:rPr>
          <w:b/>
        </w:rPr>
        <w:t xml:space="preserve">[1:12:25] </w:t>
      </w:r>
      <w:r>
        <w:t>to family ke mamlay mein mein yeh arz karoon ga ke mera jo tajurba hai, mujhe hai ke log aik is zehniyat ke shikar hotay hain ke khas tor par is zamanay mein aik chala hua hai gender equality.</w:t>
      </w:r>
    </w:p>
    <w:p>
      <w:pPr>
        <w:jc w:val="right"/>
      </w:pPr>
      <w:r>
        <w:t>تو فیملی کے معاملے میں میں یہ عرض کروں گا کہ میرا جو تجربہ ہے، مجھے ہے کہ لوگ ایک اس ذہنیت کے شکار ہوتے ہیں کہ خاص طور پر اس زمانے میں ایک چلا ہوا ہے جینڈر ایکولٹی۔</w:t>
      </w:r>
    </w:p>
    <w:p>
      <w:r>
        <w:rPr>
          <w:b/>
        </w:rPr>
        <w:t xml:space="preserve">[1:12:41] </w:t>
      </w:r>
      <w:r>
        <w:t>gender equality aik false concept hai. barabari se barabari ka tasawwur jo hai, unity paida nahi honay deta. unity ati hai adjustment ke sath.</w:t>
      </w:r>
    </w:p>
    <w:p>
      <w:pPr>
        <w:jc w:val="right"/>
      </w:pPr>
      <w:r>
        <w:t>جینڈر ایکولٹی ایک فالس کانسیپٹ ہے۔ برابری سے برابری کا تصور جو ہے، یونٹی پیدا نہیں ہونے دیتا۔ یونٹی آتی ہے ایڈجسٹمنٹ کے ساتھ۔</w:t>
      </w:r>
    </w:p>
    <w:p>
      <w:r>
        <w:rPr>
          <w:b/>
        </w:rPr>
        <w:t xml:space="preserve">[1:12:52] </w:t>
      </w:r>
      <w:r>
        <w:t>jahan adjustment apna karen to unity bhi nahi aye gi.</w:t>
      </w:r>
    </w:p>
    <w:p>
      <w:pPr>
        <w:jc w:val="right"/>
      </w:pPr>
      <w:r>
        <w:t>جہاں ایڈجسٹمنٹ اپنا کریں تو یونٹی بھی نہیں آئے گی۔</w:t>
      </w:r>
    </w:p>
    <w:p>
      <w:r>
        <w:rPr>
          <w:b/>
        </w:rPr>
        <w:t xml:space="preserve">[1:12:55] </w:t>
      </w:r>
      <w:r>
        <w:t>to gender equality law of nature ke mutabiq nahi hai. mein dekhta hoon gender inequality sahi hai. inequality kyun?</w:t>
      </w:r>
    </w:p>
    <w:p>
      <w:pPr>
        <w:jc w:val="right"/>
      </w:pPr>
      <w:r>
        <w:t>تو جینڈر ایکولٹی لاء آف نیچر کے مطابق نہیں ہے۔ میں دیکھتا ہوں جینڈر ان ایکولٹی صحیح ہے۔ ان ایکولٹی کیوں؟</w:t>
      </w:r>
    </w:p>
    <w:p>
      <w:r>
        <w:rPr>
          <w:b/>
        </w:rPr>
        <w:t xml:space="preserve">[1:13:04] </w:t>
      </w:r>
      <w:r>
        <w:t>aurat ke andar alag quality hai, mard ke andar alag quality hai. yeh to bilkul well established fact hai ke dono ki quality alag alag hain.</w:t>
      </w:r>
    </w:p>
    <w:p>
      <w:pPr>
        <w:jc w:val="right"/>
      </w:pPr>
      <w:r>
        <w:t>عورت کے اندر الگ کوالٹی ہے، مرد کے اندر الگ کوالٹی ہے۔ یہ تو بالکل ویل اسٹیبلش فیکٹ ہے کہ دونوں کی کوالٹی الگ الگ ہیں۔</w:t>
      </w:r>
    </w:p>
    <w:p>
      <w:r>
        <w:rPr>
          <w:b/>
        </w:rPr>
        <w:t xml:space="preserve">[1:13:13] </w:t>
      </w:r>
      <w:r>
        <w:t>to yeh gender equality ka lafz hi mere nazdeek bilkul, yani unscientific hai.</w:t>
      </w:r>
    </w:p>
    <w:p>
      <w:pPr>
        <w:jc w:val="right"/>
      </w:pPr>
      <w:r>
        <w:t>تو یہ جینڈر ایکولٹی کا لفظ ہی میرے نزدیک بالکل، یعنی ان سائنٹیفک ہے۔</w:t>
      </w:r>
    </w:p>
    <w:p>
      <w:r>
        <w:rPr>
          <w:b/>
        </w:rPr>
        <w:t xml:space="preserve">[1:13:21] </w:t>
      </w:r>
      <w:r>
        <w:t>to mard ko chahiye ke woh aurat ko samjhay, aurat chahiye ke mard samjhay. aur yeh yeh kab hoga? jab adjustment dono ke andar hoga. agar adjustment na hoga to woh kahen ge meri baat chalay gi, tumhari baat nahi chalay gi.</w:t>
      </w:r>
    </w:p>
    <w:p>
      <w:pPr>
        <w:jc w:val="right"/>
      </w:pPr>
      <w:r>
        <w:t>تو مرد کو چاہیے کہ وہ عورت کو سمجھے، عورت چاہیے کہ مرد سمجھے۔ اور یہ یہ کب ہوگا؟ جب ایڈجسٹمنٹ دونوں کے اندر ہوگا۔ اگر ایڈجسٹمنٹ نہ ہوگا تو وہ کہیں گے میری بات چلے گی، تمہاری بات نہیں چلے گی۔</w:t>
      </w:r>
    </w:p>
    <w:p>
      <w:r>
        <w:rPr>
          <w:b/>
        </w:rPr>
        <w:t xml:space="preserve">[1:13:34] </w:t>
      </w:r>
      <w:r>
        <w:t>wo kahein ge nahi, meri baat chale gi to tumhari nahi chale gi. nahi, adjustment ke usool par hi unity qaim hoti hai.</w:t>
      </w:r>
    </w:p>
    <w:p>
      <w:pPr>
        <w:jc w:val="right"/>
      </w:pPr>
      <w:r>
        <w:t>وہ کہیں گے نہیں، میری بات چلے گی تو تمہاری نہیں چلے گی۔ نہیں، ایڈجسٹمنٹ کے اصول پر ہی یونٹی قائم ہوتی ہے۔</w:t>
      </w:r>
    </w:p>
    <w:p>
      <w:r>
        <w:rPr>
          <w:b/>
        </w:rPr>
        <w:t xml:space="preserve">[1:13:43] </w:t>
      </w:r>
      <w:r>
        <w:t>to agar family achi ho jaye to sari society aur sari nation achi ho jaye gi. aur family ko acha banane ka sab se acha tareeqa hai ke dono janiye, yani dono partner ke hum dono ko adjust kar ke rehna hai, larr kar nahi rehna hai.</w:t>
      </w:r>
    </w:p>
    <w:p>
      <w:pPr>
        <w:jc w:val="right"/>
      </w:pPr>
      <w:r>
        <w:t>تو اگر فیملی اچھی ہو جائے تو ساری سوسائٹی اور ساری نیشن اچھی ہو جائے گی۔ اور فیملی کو اچھا بنانے کا سب سے اچھا طریقہ ہے کہ دونوں جانیں، یعنی دونوں پارٹنر کہ ہم دونوں کو ایڈجسٹ کر کے رہنا ہے، لڑ کر نہیں رہنا ہے۔</w:t>
      </w:r>
    </w:p>
    <w:p>
      <w:r>
        <w:rPr>
          <w:b/>
        </w:rPr>
        <w:t xml:space="preserve">[1:14:01] </w:t>
      </w:r>
      <w:r>
        <w:t>kyunke larein ge to that is against the law of nature na aap na tum jeeto ge, na mein jeetoon ga. dono fail ho jayein ge. is par meri aik kitab hai, wo urdu english mein chhapi hui hai.</w:t>
      </w:r>
    </w:p>
    <w:p>
      <w:pPr>
        <w:jc w:val="right"/>
      </w:pPr>
      <w:r>
        <w:t>کیونکہ لڑیں گے تو that is against the law of nature نہ آپ نہ تم جیتو گے، نہ میں جیتوں گا۔ دونوں فیل ہو جائیں گے۔ اس پر میری ایک کتاب ہے، وہ اردو انگلش میں چھپی ہوئی ہے۔</w:t>
      </w:r>
    </w:p>
    <w:p>
      <w:r>
        <w:rPr>
          <w:b/>
        </w:rPr>
        <w:t xml:space="preserve">[1:14:13] </w:t>
      </w:r>
      <w:r>
        <w:t>isi isi cheez ko maine bataya hai. is mein khandani zindagi, yani family life, is mein aik kitab hai. to family zindagi jo hai, jo wo unit hai poore society ki.</w:t>
      </w:r>
    </w:p>
    <w:p>
      <w:pPr>
        <w:jc w:val="right"/>
      </w:pPr>
      <w:r>
        <w:t>اسی اسی چیز کو میں نے بتایا ہے۔ اس میں خاندانی زندگی، یعنی فیملی لائف، اس میں ایک کتاب ہے۔ تو فیملی زندگی جو ہے، جو وہ یونٹ ہے پورے سوسائٹی کی۔</w:t>
      </w:r>
    </w:p>
    <w:p>
      <w:r>
        <w:rPr>
          <w:b/>
        </w:rPr>
        <w:t xml:space="preserve">[1:14:28] </w:t>
      </w:r>
      <w:r>
        <w:t>to main samajhta hoon ke har husband aur har wife ko chahiye ke ye soche ke agar tum ne family ko acha nahi banaya to society achi nahi banegi.</w:t>
      </w:r>
    </w:p>
    <w:p>
      <w:pPr>
        <w:jc w:val="right"/>
      </w:pPr>
      <w:r>
        <w:t>تو میں سمجھتا ہوں کہ ہر ہسبینڈ اور ہر وائف کو چاہیے کہ یہ سوچے کہ اگر تم نے فیملی کو اچھا نہیں بنایا تو سوسائٹی اچھی نہیں بنے گی۔</w:t>
      </w:r>
    </w:p>
    <w:p>
      <w:r>
        <w:rPr>
          <w:b/>
        </w:rPr>
        <w:t xml:space="preserve">[1:14:40] </w:t>
      </w:r>
      <w:r>
        <w:t>society kaise banegi? aap hi to is ka unit unit hain.</w:t>
      </w:r>
    </w:p>
    <w:p>
      <w:pPr>
        <w:jc w:val="right"/>
      </w:pPr>
      <w:r>
        <w:t>سوسائٹی کیسے بنے گی؟ آپ ہی تو اس کا یونٹ یونٹ ہیں۔</w:t>
      </w:r>
    </w:p>
    <w:p>
      <w:r>
        <w:rPr>
          <w:b/>
        </w:rPr>
        <w:t xml:space="preserve">[1:14:43] </w:t>
      </w:r>
      <w:r>
        <w:t>to family life ki kamyabi ka raaz hai adjustment. adjustment, adjustment. aur koi doosra hal nahi. doosra hal kya hai?</w:t>
      </w:r>
    </w:p>
    <w:p>
      <w:pPr>
        <w:jc w:val="right"/>
      </w:pPr>
      <w:r>
        <w:t>تو فیملی لائف کی کامیابی کا راز ہے ایڈجسٹمنٹ۔ ایڈجسٹمنٹ، ایڈجسٹمنٹ۔ اور کوئی دوسرا حل نہیں۔ دوسرا حل کیا ہے؟</w:t>
      </w:r>
    </w:p>
    <w:p>
      <w:r>
        <w:rPr>
          <w:b/>
        </w:rPr>
        <w:t xml:space="preserve">[1:14:52] </w:t>
      </w:r>
      <w:r>
        <w:t>tension. aur tension, tension, nafrat, hate. isi mein jeena, isi mein mar jana. agar aap Allah, jo jo creator ka jo qanoon hai, jo law of nature hai, us ko na manein to aap badal to paein ge nahi.</w:t>
      </w:r>
    </w:p>
    <w:p>
      <w:pPr>
        <w:jc w:val="right"/>
      </w:pPr>
      <w:r>
        <w:t>ٹینشن۔ اور ٹینشن، ٹینشن، نفرت، ہیٹ۔ اسی میں جینا، اسی میں مر جانا۔ اگر آپ اللہ، جو جو کریٹر کا جو قانون ہے، جو لاء آف نیچر ہے، اس کو نہ مانیں تو آپ بدل تو پائیں گے نہیں۔</w:t>
      </w:r>
    </w:p>
    <w:p>
      <w:r>
        <w:rPr>
          <w:b/>
        </w:rPr>
        <w:t xml:space="preserve">[1:15:09] </w:t>
      </w:r>
      <w:r>
        <w:t>badal nahi paein ge to kya hoga? tension mein jeena pare ga.</w:t>
      </w:r>
    </w:p>
    <w:p>
      <w:pPr>
        <w:jc w:val="right"/>
      </w:pPr>
      <w:r>
        <w:t>بدل نہیں پائیں گے تو کیا ہوگا؟ ٹینشن میں جینا پڑے گا۔</w:t>
      </w:r>
    </w:p>
    <w:p>
      <w:r>
        <w:rPr>
          <w:b/>
        </w:rPr>
        <w:t xml:space="preserve">[1:15:13] </w:t>
      </w:r>
      <w:r>
        <w:t>tension mein jeena pare ga. aur koi hal nahi hai. to ye jo hadith hai, bohat hi meaningful hadith hai.</w:t>
      </w:r>
    </w:p>
    <w:p>
      <w:pPr>
        <w:jc w:val="right"/>
      </w:pPr>
      <w:r>
        <w:t>ٹینشن میں جینا پڑے گا۔ اور کوئی حل نہیں ہے۔ تو یہ جو حدیث ہے، بہت ہی میننگ فل حدیث ہے۔</w:t>
      </w:r>
    </w:p>
    <w:p>
      <w:r>
        <w:rPr>
          <w:b/>
        </w:rPr>
        <w:t xml:space="preserve">[1:15:22] </w:t>
      </w:r>
      <w:r>
        <w:t>is mein bataya gaya hai ke agar tum chahte ho reform to sab se pehle family mein reform lao. kyunke family mein reform aa jaye ga to poori society mein reform aa jaye ga.</w:t>
      </w:r>
    </w:p>
    <w:p>
      <w:pPr>
        <w:jc w:val="right"/>
      </w:pPr>
      <w:r>
        <w:t>اس میں بتایا گیا ہے کہ اگر تم چاہتے ہو ریفارم تو سب سے پہلے فیملی میں ریفارم لاؤ۔ کیونکہ فیملی میں ریفارم آ جائے گا تو پوری سوسائٹی میں ریفارم آ جائے گا۔</w:t>
      </w:r>
    </w:p>
    <w:p>
      <w:r>
        <w:rPr>
          <w:b/>
        </w:rPr>
        <w:t xml:space="preserve">[1:15:35] </w:t>
      </w:r>
      <w:r>
        <w:t>molana agla sawal lahore pakistan se hai, miss salm</w:t>
      </w:r>
    </w:p>
    <w:p>
      <w:pPr>
        <w:jc w:val="right"/>
      </w:pPr>
      <w:r>
        <w:t>मौलाना اگلا سوال لاہور پاکستان سے ہے، مس سلم</w:t>
      </w:r>
    </w:p>
    <w:p>
      <w:r>
        <w:rPr>
          <w:b/>
        </w:rPr>
        <w:t xml:space="preserve">[1:15:39] </w:t>
      </w:r>
      <w:r>
        <w:t>ha ka. unho ne aap se poocha hai: "qanaat aur hiras ko define kijiye aur ye bataiye ke dono mein insani kamyabi ke liye kaun sa tareeqa durust hai?" qanaat kehte hain contentment. hiras ka matlab hai list.</w:t>
      </w:r>
    </w:p>
    <w:p>
      <w:pPr>
        <w:jc w:val="right"/>
      </w:pPr>
      <w:r>
        <w:t>ہ کا۔ انہوں نے آپ سے پوچھا ہے: "قناعت اور حرص کو ڈیفائن کیجیے اور یہ بتائیے کہ دونوں میں انسانی کامیابی کے لیے کون سا طریقہ درست ہے؟" क़नात कहते हैं कंटेंटमेंट। حرص کا مطلب ہے لسٹ۔</w:t>
      </w:r>
    </w:p>
    <w:p>
      <w:r>
        <w:rPr>
          <w:b/>
        </w:rPr>
        <w:t xml:space="preserve">[1:15:59] </w:t>
      </w:r>
      <w:r>
        <w:t>greed. to qanaat jo hai, qanaat is ka naam hai ke mile hue par raazi hona.</w:t>
      </w:r>
    </w:p>
    <w:p>
      <w:pPr>
        <w:jc w:val="right"/>
      </w:pPr>
      <w:r>
        <w:t>Greed. تو قناعت جو ہے، قناعت اس کا نام ہے کہ ملے ہوئے پر راضی ہونا۔</w:t>
      </w:r>
    </w:p>
    <w:p>
      <w:r>
        <w:rPr>
          <w:b/>
        </w:rPr>
        <w:t xml:space="preserve">[1:16:09] </w:t>
      </w:r>
      <w:r>
        <w:t>har aadmi ko kuch na kuch mila hua hai. dunya mein koi aisa nahi hai jis ko kuch mila hua na ho. lekin aadmi kehta hai more and more, more and more and more.</w:t>
      </w:r>
    </w:p>
    <w:p>
      <w:pPr>
        <w:jc w:val="right"/>
      </w:pPr>
      <w:r>
        <w:t>ہر آدمی کو کچھ نہ کچھ ملا ہوا ہے۔ دنیا میں کوئی ایسا نہیں ہے جس کو کچھ ملا ہوا نہ ہو۔ لیکن آدمی کہتا ہے مور اینڈ مور، مور اینڈ مور اینڈ مور۔</w:t>
      </w:r>
    </w:p>
    <w:p>
      <w:r>
        <w:rPr>
          <w:b/>
        </w:rPr>
        <w:t xml:space="preserve">[1:16:18] </w:t>
      </w:r>
      <w:r>
        <w:t>to more and more ko kehte hain hiras. jo kuch mujhe mila hua hai, is par main raazi na hoon aur aur zyada aur zyada chahoon.</w:t>
      </w:r>
    </w:p>
    <w:p>
      <w:pPr>
        <w:jc w:val="right"/>
      </w:pPr>
      <w:r>
        <w:t>تو مور اینڈ مور کو کہتے ہیں حرص۔ جو کچھ مجھے ملا ہوا ہے، اس پر میں راضی نہ ہوں اور اور زیادہ اور زیادہ چاہوں۔</w:t>
      </w:r>
    </w:p>
    <w:p>
      <w:r>
        <w:rPr>
          <w:b/>
        </w:rPr>
        <w:t xml:space="preserve">[1:16:28] </w:t>
      </w:r>
      <w:r>
        <w:t>to isi ka naam hiras hai, yani list ya greed. aur ye saada baat nahi hai, dekhiye. saada baat nahi hai.</w:t>
      </w:r>
    </w:p>
    <w:p>
      <w:pPr>
        <w:jc w:val="right"/>
      </w:pPr>
      <w:r>
        <w:t>تو اسی کا نام حرص ہے، یعنی لسٹ یا گریڈ۔ اور یہ سادہ بات نہیں ہے، دیکھیے۔ سادہ بات نہیں ہے۔</w:t>
      </w:r>
    </w:p>
    <w:p>
      <w:r>
        <w:rPr>
          <w:b/>
        </w:rPr>
        <w:t xml:space="preserve">[1:16:37] </w:t>
      </w:r>
      <w:r>
        <w:t>ye jo hiras aati hai, kis cheez mein aati hai? material cheezon mein aati hai. material, maadi cheezon mein. aur maadi cheezon mein agar aap ke andar aa jaye mizaj more and more ka to aap ko bohat bara loss uthana parta hai.</w:t>
      </w:r>
    </w:p>
    <w:p>
      <w:pPr>
        <w:jc w:val="right"/>
      </w:pPr>
      <w:r>
        <w:t>یہ جو حرص آتی ہے، کس چیز میں آتی ہے؟ مٹیریل چیزوں میں آتی ہے۔ مٹیریل، مادی چیزوں میں۔ اور مادی چیزوں میں اگر آپ کے اندر آ جائے مزاج مور اینڈ مور کا تو آپ کو بہت بڑا لاس اٹھانا پڑتا ہے۔</w:t>
      </w:r>
    </w:p>
    <w:p>
      <w:r>
        <w:rPr>
          <w:b/>
        </w:rPr>
        <w:t xml:space="preserve">[1:16:52] </w:t>
      </w:r>
      <w:r>
        <w:t>wo kya hai? intellectual development. spiritual development, intellectual development is ka hota hi nahi, bilkul khatam ho jata hai. sari daur chalti hai maadi cheezon par.</w:t>
      </w:r>
    </w:p>
    <w:p>
      <w:pPr>
        <w:jc w:val="right"/>
      </w:pPr>
      <w:r>
        <w:t>وہ کیا ہے؟ انٹلیکچول ڈیولپمنٹ۔ اسپیریچول ڈیولپمنٹ، انٹلیکچول ڈیولپمنٹ اس کا ہوتا ہی نہیں، بالکل ختم ہو جاتا ہے۔ ساری دوڑ چلتی ہے مادی چیزوں پر۔</w:t>
      </w:r>
    </w:p>
    <w:p>
      <w:r>
        <w:rPr>
          <w:b/>
        </w:rPr>
        <w:t xml:space="preserve">[1:17:04] </w:t>
      </w:r>
      <w:r>
        <w:t>aur aakhir mein maadi cheezein aap qatai hasil kar lein, aap ko kabhi yani peace nahi milta.</w:t>
      </w:r>
    </w:p>
    <w:p>
      <w:pPr>
        <w:jc w:val="right"/>
      </w:pPr>
      <w:r>
        <w:t>اور آخر میں مادی چیزیں آپ قطعی حاصل کر لیں، آپ کو کبھی یعنی پیس نہیں ملتا۔</w:t>
      </w:r>
    </w:p>
    <w:p>
      <w:r>
        <w:rPr>
          <w:b/>
        </w:rPr>
        <w:t xml:space="preserve">[1:17:12] </w:t>
      </w:r>
      <w:r>
        <w:t>spiritual development mein peace hai, intellectual development mein peace hai. lekin agar aap material cheezon ki taraf daur lagayein to hamesha aap ko mehsoos lage ga ke ke abhi to ye waqea hai, abhi to wo waqea hai, abhi to wo waqea hai.</w:t>
      </w:r>
    </w:p>
    <w:p>
      <w:pPr>
        <w:jc w:val="right"/>
      </w:pPr>
      <w:r>
        <w:t>اسپیریچول ڈیولپمنٹ میں پیس ہے، انٹلیکچول ڈیولپمنٹ میں پیس ہے۔ لیکن اگر آپ مٹیریل چیزوں کی طرف دوڑ لگائیں تو ہمیشہ آپ کو محسوس لگے گا کہ کہ ابھی تو یہ واقعہ ہے، ابھی تو وہ واقعہ ہے، ابھی تو وہ واقعہ ہے۔</w:t>
      </w:r>
    </w:p>
    <w:p>
      <w:r>
        <w:rPr>
          <w:b/>
        </w:rPr>
        <w:t xml:space="preserve">[1:17:27] </w:t>
      </w:r>
      <w:r>
        <w:t>yani more and more ka aik aik aik unending silsila chal parta hai.</w:t>
      </w:r>
    </w:p>
    <w:p>
      <w:pPr>
        <w:jc w:val="right"/>
      </w:pPr>
      <w:r>
        <w:t>یعنی مور اینڈ مور کا ایک ایک ایک ان اینڈنگ سلسلہ چل پڑتا ہے۔</w:t>
      </w:r>
    </w:p>
    <w:p>
      <w:r>
        <w:rPr>
          <w:b/>
        </w:rPr>
        <w:t xml:space="preserve">[1:17:34] </w:t>
      </w:r>
      <w:r>
        <w:t>to qanaat ka matlab hai jo mila hua hai, is par raazi ho jao. aur aap ka jo jazba jo hai, aur aur more and more ka, to is ke liye aap doosri field mein is ko divert kijiye.</w:t>
      </w:r>
    </w:p>
    <w:p>
      <w:pPr>
        <w:jc w:val="right"/>
      </w:pPr>
      <w:r>
        <w:t>تو قناعت کا مطلب ہے جو ملا ہوا ہے، اس پر راضی ہو جاؤ۔ اور آپ کا جو جذبہ جو ہے، اور اور مور اینڈ مور کا، تو اس کے لیے آپ دوسری فیلڈ میں اس کو ڈائیورٹ کیجیے۔</w:t>
      </w:r>
    </w:p>
    <w:p>
      <w:r>
        <w:rPr>
          <w:b/>
        </w:rPr>
        <w:t xml:space="preserve">[1:17:48] </w:t>
      </w:r>
      <w:r>
        <w:t>yani spiritual taraqqi mein, intellectual taraqqi mein is ko divert kijiye. yahi sahi tareeqa hai. molana agla sawal lene se pehle aik comment parhna chahein ge</w:t>
      </w:r>
    </w:p>
    <w:p>
      <w:pPr>
        <w:jc w:val="right"/>
      </w:pPr>
      <w:r>
        <w:t>یعنی اسپیریچول ترقی میں، انٹلیکچول ترقی میں اس کو ڈائیورٹ کیجیے۔ یہی صحیح طریقہ ہے۔ मौलाना اگلا سوال لینے سے پہلے ایک کمنٹ پڑھنا چاہیں گے</w:t>
      </w:r>
    </w:p>
    <w:p>
      <w:r>
        <w:rPr>
          <w:b/>
        </w:rPr>
        <w:t xml:space="preserve">[1:18:01] </w:t>
      </w:r>
      <w:r>
        <w:t>jo Johar Town University of Central Punjab Lahore se aya hai. Fida aur Rehman sahib ka, jo wahan pe aik research scholar hain M.Phil Islamic Studies department mein, unho ne likha hai:</w:t>
      </w:r>
    </w:p>
    <w:p>
      <w:pPr>
        <w:jc w:val="right"/>
      </w:pPr>
      <w:r>
        <w:t>جو جوہر ٹاؤن یونیورسٹی آف سینٹرل پنجاب لاہور سے آیا ہے۔ فدا اور رحمان صاحب کا، جو وہاں پہ ایک ریسرچ سکالر ہیں ایم فل اسلامک سٹڈیز ڈیپارٹمنٹ میں، انہوں نے لکھا ہے:</w:t>
      </w:r>
    </w:p>
    <w:p>
      <w:r>
        <w:rPr>
          <w:b/>
        </w:rPr>
        <w:t xml:space="preserve">[1:18:16] </w:t>
      </w:r>
      <w:r>
        <w:t>I am reading spiritual readings of Maulana Sahib since 2007. I have distributed his books among many people</w:t>
      </w:r>
    </w:p>
    <w:p>
      <w:pPr>
        <w:jc w:val="right"/>
      </w:pPr>
      <w:r>
        <w:t>"I am reading spiritual readings of مولانا صاحب since 2007. I have distributed his books among many people</w:t>
      </w:r>
    </w:p>
    <w:p>
      <w:r>
        <w:rPr>
          <w:b/>
        </w:rPr>
        <w:t xml:space="preserve">[1:18:25] </w:t>
      </w:r>
      <w:r>
        <w:t>. His every word creates new enthusiasm and renews my commitment with Dawa work. Thank you and jazak Allah for awarding me an opportunity to do Dawa work under CPS." fida aur rehman.</w:t>
      </w:r>
    </w:p>
    <w:p>
      <w:pPr>
        <w:jc w:val="right"/>
      </w:pPr>
      <w:r>
        <w:t>. His every word creates new enthusiasm and renews my commitment with Dawa work. Thank you and جزاک اللہ for awarding me an opportunity to do Dawa work under CPS." فدا اور رحمان۔</w:t>
      </w:r>
    </w:p>
    <w:p>
      <w:r>
        <w:rPr>
          <w:b/>
        </w:rPr>
        <w:t xml:space="preserve">[1:18:42] </w:t>
      </w:r>
      <w:r>
        <w:t>Maulana agla sawal hai Tamil Nadu se Maulana Iqbal Umri Sahib ka,</w:t>
      </w:r>
    </w:p>
    <w:p>
      <w:pPr>
        <w:jc w:val="right"/>
      </w:pPr>
      <w:r>
        <w:t>मौलाना اگلا سوال ہے تمل ناڈو سے مولانا اقبال عمری صاحب کا،</w:t>
      </w:r>
    </w:p>
    <w:p>
      <w:r>
        <w:rPr>
          <w:b/>
        </w:rPr>
        <w:t xml:space="preserve">[1:18:49] </w:t>
      </w:r>
      <w:r>
        <w:t>unhon ne likha hai: "Maulana deen ki siyasi taabeer aur Marxism ki siyasi taabeer mein kya farq hai?</w:t>
      </w:r>
    </w:p>
    <w:p>
      <w:pPr>
        <w:jc w:val="right"/>
      </w:pPr>
      <w:r>
        <w:t>انہوں نے لکھا ہے: "مولانا دین کی سیاسی تعبیر اور مارکسزم کی سیاسی تعبیر میں کیا فرق ہے؟</w:t>
      </w:r>
    </w:p>
    <w:p>
      <w:r>
        <w:rPr>
          <w:b/>
        </w:rPr>
        <w:t xml:space="preserve">[1:18:57] </w:t>
      </w:r>
      <w:r>
        <w:t>is ke bare mein bataein."</w:t>
      </w:r>
    </w:p>
    <w:p>
      <w:pPr>
        <w:jc w:val="right"/>
      </w:pPr>
      <w:r>
        <w:t>اس کے بارے میں بتائیں۔"</w:t>
      </w:r>
    </w:p>
    <w:p>
      <w:r>
        <w:rPr>
          <w:b/>
        </w:rPr>
        <w:t xml:space="preserve">[1:19:07] </w:t>
      </w:r>
      <w:r>
        <w:t>woh toh alag cheez hai, woh toh maadi hai, yeh mazhabi hai. Marxism toh ek maadi taabeer hai aur yeh jo hai mazhabi taabeer hai.</w:t>
      </w:r>
    </w:p>
    <w:p>
      <w:pPr>
        <w:jc w:val="right"/>
      </w:pPr>
      <w:r>
        <w:t>वह तो अलग चीज़ है, वह तो मادی है, यह مذہبی है। مارکسزم تو ایک مادی تعبیر ہے اور یہ جو ہے مذہبی تعبیر ہے۔</w:t>
      </w:r>
    </w:p>
    <w:p>
      <w:r>
        <w:rPr>
          <w:b/>
        </w:rPr>
        <w:t xml:space="preserve">[1:19:19] </w:t>
      </w:r>
      <w:r>
        <w:t>albata ek similarity hai dono mein, woh similarity yeh hai ke ke kisi ek cheez ko le kar ke usi ko, yaani usi par poora system ka concept dena.</w:t>
      </w:r>
    </w:p>
    <w:p>
      <w:pPr>
        <w:jc w:val="right"/>
      </w:pPr>
      <w:r>
        <w:t>البتہ ایک سمیلریٹی ہے دونوں میں، وہ سمیلریٹی یہ ہے کہ کہ کسی ایک چیز کو لے کر کے اسی کو، یعنی اسی پر پورا سسٹم کا کانسیپٹ دینا۔</w:t>
      </w:r>
    </w:p>
    <w:p>
      <w:r>
        <w:rPr>
          <w:b/>
        </w:rPr>
        <w:t xml:space="preserve">[1:19:34] </w:t>
      </w:r>
      <w:r>
        <w:t>toh deen ki saari taabeer mein kya kya gaya hai ke mazhab ka talluq hai insaan ki, yaani spiritual life se, us ki intellectual life se.</w:t>
      </w:r>
    </w:p>
    <w:p>
      <w:pPr>
        <w:jc w:val="right"/>
      </w:pPr>
      <w:r>
        <w:t>تو دین کی ساری تعبیر میں کیا کیا گیا ہے کہ مذہب کا تعلق ہے انسان کی، یعنی اسپیریچول لائف سے، اس کی انٹلیکچول لائف سے۔</w:t>
      </w:r>
    </w:p>
    <w:p>
      <w:r>
        <w:rPr>
          <w:b/>
        </w:rPr>
        <w:t xml:space="preserve">[1:19:43] </w:t>
      </w:r>
      <w:r>
        <w:t>lekin is ko barha kar barha kar maashi zindagi, saazi zindagi, yeh zindagi woh zindagi phaila diya is ko. Nateeja yeh hai ke insaan apni zaat mein koi taraqqi nahi karta aur jhagde hote rehte hain.</w:t>
      </w:r>
    </w:p>
    <w:p>
      <w:pPr>
        <w:jc w:val="right"/>
      </w:pPr>
      <w:r>
        <w:t>لیکن اس کو بڑھا کر بڑھا کر معاشی زندگی، سازی زندگی، یہ زندگی وہ زندگی پھیلا دیا اس کو۔ نتیجہ یہ ہے کہ انسان اپنی ذات میں کوئی ترقی نہیں کرتا اور جھگڑے ہوتے رہتے ہیں۔</w:t>
      </w:r>
    </w:p>
    <w:p>
      <w:r>
        <w:rPr>
          <w:b/>
        </w:rPr>
        <w:t xml:space="preserve">[1:19:56] </w:t>
      </w:r>
      <w:r>
        <w:t>hamein yeh maashi nizam banana hai, hamein woh siyasi nizam banana hai, is ka jhagda hota rehta hai. Toh focus hat jata hai,</w:t>
      </w:r>
    </w:p>
    <w:p>
      <w:pPr>
        <w:jc w:val="right"/>
      </w:pPr>
      <w:r>
        <w:t>ہمیں یہ معاشی نظام بنانا ہے، ہمیں وہ سیاسی نظام بنانا ہے، اس کا جھگڑا ہوتا رہتا ہے۔ تو فوکس ہٹ جاتا ہے،</w:t>
      </w:r>
    </w:p>
    <w:p>
      <w:r>
        <w:rPr>
          <w:b/>
        </w:rPr>
        <w:t xml:space="preserve">[1:20:03] </w:t>
      </w:r>
      <w:r>
        <w:t>apni focus apne aap na rehne ke chala jata hai is par, yaani system par. Aur jo jo bars ki taabeer hai, Marx ki taabeer toh ek ek woh chali nahi, woh toh khatam ho gayi, lekin abhi bhi, yaani woh ab toh classic ka hissa hai.</w:t>
      </w:r>
    </w:p>
    <w:p>
      <w:pPr>
        <w:jc w:val="right"/>
      </w:pPr>
      <w:r>
        <w:t>اپنی فوکس اپنے آپ نہ رہنے کے چلا جاتا ہے اس پر، یعنی سسٹم پر۔ اور جو جو بارس کی تعبیر ہے، مارکس کی تعبیر تو ایک ایک وہ چلی نہیں، وہ تو ختم ہوگئی، لیکن ابھی بھی، یعنی وہ اب تو کلاسک کا حصہ ہے۔</w:t>
      </w:r>
    </w:p>
    <w:p>
      <w:r>
        <w:rPr>
          <w:b/>
        </w:rPr>
        <w:t xml:space="preserve">[1:20:23] </w:t>
      </w:r>
      <w:r>
        <w:t>woh</w:t>
      </w:r>
    </w:p>
    <w:p>
      <w:pPr>
        <w:jc w:val="right"/>
      </w:pPr>
      <w:r>
        <w:t>وہ</w:t>
      </w:r>
    </w:p>
    <w:p>
      <w:r>
        <w:rPr>
          <w:b/>
        </w:rPr>
        <w:t xml:space="preserve">[1:20:24] </w:t>
      </w:r>
      <w:r>
        <w:t>toh is ne jo taabeer di thi, woh yeh thi ke is ne kaha ke, yaani Newton ne yeh kaha tha ke dunya ek ek ek ek qanoon mein jakri hui hai, ek law hai, physical laws, is se tarah dunya chal rahi hai.</w:t>
      </w:r>
    </w:p>
    <w:p>
      <w:pPr>
        <w:jc w:val="right"/>
      </w:pPr>
      <w:r>
        <w:t>تو اس نے جو تعبیر دی تھی، وہ یہ تھی کہ اس نے کہا کہ، یعنی نیوٹن نے یہ کہا تھا کہ دنیا ایک ایک ایک ایک قانون میں جکڑی ہوئی ہے، ایک لاء ہے، فزیکل لاز، اس سے طرح دنیا چل رہی ہے۔</w:t>
      </w:r>
    </w:p>
    <w:p>
      <w:r>
        <w:rPr>
          <w:b/>
        </w:rPr>
        <w:t xml:space="preserve">[1:20:39] </w:t>
      </w:r>
      <w:r>
        <w:t>toh is ko extend kar ke Marx ne kaha ke jo human, jo hamari life hai, insani zindagi, woh bhi is ka bhi ek qanoon hai, is mein woh jakra hua hai.</w:t>
      </w:r>
    </w:p>
    <w:p>
      <w:pPr>
        <w:jc w:val="right"/>
      </w:pPr>
      <w:r>
        <w:t>تو اس کو ایکسٹینڈ کر کے مارکس نے کہا کہ جو ہیومن، جو ہماری لائف ہے، انسانی زندگی، وہ بھی اس کا بھی ایک قانون ہے، اس میں وہ جکڑا ہوا ہے۔</w:t>
      </w:r>
    </w:p>
    <w:p>
      <w:r>
        <w:rPr>
          <w:b/>
        </w:rPr>
        <w:t xml:space="preserve">[1:20:50] </w:t>
      </w:r>
      <w:r>
        <w:t>is ko kehte hain material interpretation of history,</w:t>
      </w:r>
    </w:p>
    <w:p>
      <w:pPr>
        <w:jc w:val="right"/>
      </w:pPr>
      <w:r>
        <w:t>اس کو کہتے ہیں مٹیریل انٹرپریشن آف ہسٹری،</w:t>
      </w:r>
    </w:p>
    <w:p>
      <w:r>
        <w:rPr>
          <w:b/>
        </w:rPr>
        <w:t xml:space="preserve">[1:20:55] </w:t>
      </w:r>
      <w:r>
        <w:t>yaani hum aap jo kar rahe hain, woh woh bhi isi tarah se ek kuch laws se govern ho raha hai, jis tarah se barish ka barsna ya zalezelay ka aana, jo doosre tab physical waqiyat hain.</w:t>
      </w:r>
    </w:p>
    <w:p>
      <w:pPr>
        <w:jc w:val="right"/>
      </w:pPr>
      <w:r>
        <w:t>یعنی ہم آپ جو کر رہے ہیں، وہ وہ بھی اسی طرح سے ایک کچھ لاس سے گورن ہو رہا ہے، جس طرح سے بارش کا برسنا یا زلزلے کا آنا، جو دوسرے طب فزیکل واقعات ہیں۔</w:t>
      </w:r>
    </w:p>
    <w:p>
      <w:r>
        <w:rPr>
          <w:b/>
        </w:rPr>
        <w:t xml:space="preserve">[1:21:09] </w:t>
      </w:r>
      <w:r>
        <w:t>yeh bilkul absurd tha, woh chala nahi, ab ab koi manta nahi is ko, lekin ek zamane mein dhoom thi bohat ziyada is ki, bohat dhoom thi.</w:t>
      </w:r>
    </w:p>
    <w:p>
      <w:pPr>
        <w:jc w:val="right"/>
      </w:pPr>
      <w:r>
        <w:t>یہ بالکل ایبسرٹ تھا، وہ چلا نہیں، اب اب کوئی مانتا نہیں اس کو، لیکن ایک زمانے میں دھوم تھی بہت زیادہ اس کی، بہت دھوم تھی۔</w:t>
      </w:r>
    </w:p>
    <w:p>
      <w:r>
        <w:rPr>
          <w:b/>
        </w:rPr>
        <w:t xml:space="preserve">[1:21:19] </w:t>
      </w:r>
      <w:r>
        <w:t>toh yaani ke is jo mazhab ki saari taabeer hai, woh toh chal rahi hai abhi tak, bohat se dimagh isi par sochte hain.</w:t>
      </w:r>
    </w:p>
    <w:p>
      <w:pPr>
        <w:jc w:val="right"/>
      </w:pPr>
      <w:r>
        <w:t>تو یعنی کہ اس جو مذہب کی ساری تعبیر ہے، وہ تو چل رہی ہے ابھی تک، بہت سے دماغ اسی پر سوچتے ہیں۔</w:t>
      </w:r>
    </w:p>
    <w:p>
      <w:r>
        <w:rPr>
          <w:b/>
        </w:rPr>
        <w:t xml:space="preserve">[1:21:28] </w:t>
      </w:r>
      <w:r>
        <w:t>woh toh communities part toot gaya, aur woh bhi is ke sath, woh bhi khatam ho gayi. Toh ab toh woh ek history ka hissa hai, ab koi koi living, ek koi living philosophy nahi hai woh.</w:t>
      </w:r>
    </w:p>
    <w:p>
      <w:pPr>
        <w:jc w:val="right"/>
      </w:pPr>
      <w:r>
        <w:t>وہ تو کمیونٹیز پارٹ ٹوٹ گیا، اور وہ بھی اس کے ساتھ، وہ بھی ختم ہوگئی۔ تو اب تو وہ ایک ہسٹری کا حصہ ہے، اب کوئی کوئی لیونگ، ایک کوئی لیونگ فلاسفی نہیں ہے وہ۔</w:t>
      </w:r>
    </w:p>
    <w:p>
      <w:r>
        <w:rPr>
          <w:b/>
        </w:rPr>
        <w:t xml:space="preserve">[1:21:43] </w:t>
      </w:r>
      <w:r>
        <w:t>Maulana ek sawal hum aap se poochna chahte the,</w:t>
      </w:r>
    </w:p>
    <w:p>
      <w:pPr>
        <w:jc w:val="right"/>
      </w:pPr>
      <w:r>
        <w:t>मौलाना ایک سوال ہم آپ سے پوچھنا چاہتے تھے،</w:t>
      </w:r>
    </w:p>
    <w:p>
      <w:r>
        <w:rPr>
          <w:b/>
        </w:rPr>
        <w:t xml:space="preserve">[1:21:47] </w:t>
      </w:r>
      <w:r>
        <w:t>ah Maulana aksar kai log ah ghusse mein ya out of habit jo khana hai, us ko zaya kar dete hain, ya toh chhod dete hain Maulana ya phenk dete hain.</w:t>
      </w:r>
    </w:p>
    <w:p>
      <w:pPr>
        <w:jc w:val="right"/>
      </w:pPr>
      <w:r>
        <w:t>اہ مولانا اکثر کئی لوگ اہ غصے میں یا آؤٹ آف ہیبٹ جو کھانا ہے، اس کو ضائع کر دیتے ہیں، یا تو چھوڑ دیتے ہیں مولانا یا پھینک دیتے ہیں۔</w:t>
      </w:r>
    </w:p>
    <w:p>
      <w:r>
        <w:rPr>
          <w:b/>
        </w:rPr>
        <w:t xml:space="preserve">[1:21:57] </w:t>
      </w:r>
      <w:r>
        <w:t>toh is par Maulana hum aap se poochna chahte the ke aap kya kehna chahenge? Dekhiye jis cheez ko hum paida nahi kar sakte, us ko hum west karne ki variety hum ko nahi hai.</w:t>
      </w:r>
    </w:p>
    <w:p>
      <w:pPr>
        <w:jc w:val="right"/>
      </w:pPr>
      <w:r>
        <w:t>تو اس پر مولانا ہم آپ سے پوچھنا چاہتے تھے کہ آپ کیا کہنا چاہیں گے؟ देखिए جس چیز کو ہم پیدا نہیں کر سکتے، اس کو ہم ویسٹ کرنے کی ورائٹی ہم کو نہیں ہے۔</w:t>
      </w:r>
    </w:p>
    <w:p>
      <w:r>
        <w:rPr>
          <w:b/>
        </w:rPr>
        <w:t xml:space="preserve">[1:22:12] </w:t>
      </w:r>
      <w:r>
        <w:t>h</w:t>
      </w:r>
    </w:p>
    <w:p>
      <w:pPr>
        <w:jc w:val="right"/>
      </w:pPr>
      <w:r>
        <w:t>ہ</w:t>
      </w:r>
    </w:p>
    <w:p>
      <w:r>
        <w:rPr>
          <w:b/>
        </w:rPr>
        <w:t xml:space="preserve">[1:22:13] </w:t>
      </w:r>
      <w:r>
        <w:t>m pani ko paida nahi kar sakte, toh hum pani ki ek ek ek ek boond bhi hum west nahi kar sakte. Hum chawal ko paida nahi kar sakte, chawal ka ek dana bhi hum west nahi kar sakte.</w:t>
      </w:r>
    </w:p>
    <w:p>
      <w:pPr>
        <w:jc w:val="right"/>
      </w:pPr>
      <w:r>
        <w:t>م پانی کو پیدا نہیں کر سکتے، تو ہم پانی کی ایک ایک ایک ایک بوند بھی ہم ویسٹ نہیں کر سکتے۔ ہم چاول کو پیدا نہیں کر سکتے، چاول کا ایک دانہ بھی ہم ویسٹ نہیں کر سکتے۔</w:t>
      </w:r>
    </w:p>
    <w:p>
      <w:r>
        <w:rPr>
          <w:b/>
        </w:rPr>
        <w:t xml:space="preserve">[1:22:26] </w:t>
      </w:r>
      <w:r>
        <w:t>yeh haram se ziyada buri cheez hai. Dunya mein aadmi pakda pakda nahi ja raha, lekin akhirat mein toh pakda jayega, kyunke akhirat mein yeh hai ke wa la tus'alunna yawma'in 'an an-na'im</w:t>
      </w:r>
    </w:p>
    <w:p>
      <w:pPr>
        <w:jc w:val="right"/>
      </w:pPr>
      <w:r>
        <w:t>یہ حرام سے زیادہ بری چیز ہے۔ دنیا میں آدمی پکڑ پکڑا نہیں جا رہا، لیکن آخرت میں تو پکڑا جائے گا، کیونکہ آخرت میں یہ ہے کہ ولا تسألن یوم عین عن النعیم</w:t>
      </w:r>
    </w:p>
    <w:p>
      <w:r>
        <w:rPr>
          <w:b/>
        </w:rPr>
        <w:t xml:space="preserve">[1:22:40] </w:t>
      </w:r>
      <w:r>
        <w:t>yani maut ke baad jo dunya aane wali hai, jahan saare log Allah ke saamne khade kiye jayenge, to wahan par hai ke wala tas'alan yawm ainin an-na'im tum se poocha jayega nematon ke baray mein.</w:t>
      </w:r>
    </w:p>
    <w:p>
      <w:pPr>
        <w:jc w:val="right"/>
      </w:pPr>
      <w:r>
        <w:t>یعنی موت کے بعد جو دنیا آنے والی ہے، جہاں سارے لوگ اللہ کے سامنے کھڑے کیے جائیں گے، تو وہاں پر ہے کہ ولا تسألن یوم عین عن النعیم تم سے پوچھا جائے گا نعمتوں کے بارے میں۔</w:t>
      </w:r>
    </w:p>
    <w:p>
      <w:r>
        <w:rPr>
          <w:b/>
        </w:rPr>
        <w:t xml:space="preserve">[1:22:53] </w:t>
      </w:r>
      <w:r>
        <w:t>kya poocha jayega ke nematon ka theek se istemal kiya ya is ko waste kiya, is ko barbaad kiya?</w:t>
      </w:r>
    </w:p>
    <w:p>
      <w:pPr>
        <w:jc w:val="right"/>
      </w:pPr>
      <w:r>
        <w:t>کیا پوچھا جائے گا کہ نعمتوں کا ٹھیک سے استعمال کیا یا اس کو ویسٹ کیا، اس کو برباد کیا؟</w:t>
      </w:r>
    </w:p>
    <w:p>
      <w:r>
        <w:rPr>
          <w:b/>
        </w:rPr>
        <w:t xml:space="preserve">[1:23:01] </w:t>
      </w:r>
      <w:r>
        <w:t>to yaqeen kijiye ke pani ka ek qatra phenkna, chawal ka ek dana phenkna ya chhodna, jab khate hain log chhod dete hain, yeh chhodna jo hai saada baat nahi hai.</w:t>
      </w:r>
    </w:p>
    <w:p>
      <w:pPr>
        <w:jc w:val="right"/>
      </w:pPr>
      <w:r>
        <w:t>تو یقین کیجیے کہ پانی کا ایک قطرہ پھینکنا، چاول کا ایک دانہ پھینکنا یا چھوڑنا، جب کھاتے ہیں لوگ چھوڑ دیتے ہیں، یہ چھوڑنا جو ہے سادہ بات نہیں ہے۔</w:t>
      </w:r>
    </w:p>
    <w:p>
      <w:r>
        <w:rPr>
          <w:b/>
        </w:rPr>
        <w:t xml:space="preserve">[1:23:16] </w:t>
      </w:r>
      <w:r>
        <w:t>is ke liye bohat zabardast punishment bhugtna padega. bohat zabardast flogging ho gayi aadmi ki. jis aadmi ne pani ko chhodna, jis aadmi ne khane ko chhodna, woh samajhta hai ke b</w:t>
      </w:r>
    </w:p>
    <w:p>
      <w:pPr>
        <w:jc w:val="right"/>
      </w:pPr>
      <w:r>
        <w:t>اس کے لیے بہت زبردست پنشمنٹ بھگتنا پڑے گا۔ بہت زبردست فلاگنگ ہو گئی آدمی کی۔ جس آدمی نے پانی کو چھوڑا، جس آدمی نے کھانے کو چھوڑا، وہ سمجھتا ہے کہ ب</w:t>
      </w:r>
    </w:p>
    <w:p>
      <w:r>
        <w:rPr>
          <w:b/>
        </w:rPr>
        <w:t xml:space="preserve">[1:23:30] </w:t>
      </w:r>
      <w:r>
        <w:t>sa chhod diya, kyunke hum ne paisa kharch kiya tha to hum ne chhod diya. nahi, aisa nahi hai. woh creator ka tohfa tha, creator gift tha.</w:t>
      </w:r>
    </w:p>
    <w:p>
      <w:pPr>
        <w:jc w:val="right"/>
      </w:pPr>
      <w:r>
        <w:t>س چھوڑ دیا، کیونکہ ہم نے پیسہ خرچ کیا تھا تو ہم نے چھوڑ دیا۔ نہیں، ایسا نہیں ہے۔ وہ کریٹر کا تحفہ تھا، کریٹر گفٹ تھا۔</w:t>
      </w:r>
    </w:p>
    <w:p>
      <w:r>
        <w:rPr>
          <w:b/>
        </w:rPr>
        <w:t xml:space="preserve">[1:23:39] </w:t>
      </w:r>
      <w:r>
        <w:t>to jab aap creator ke saamne pesh honge to us ki bohat zabardast punishment is par hoga ke tum ko kya haq tha pani ko waste karne ka, is ko tum ne paida nahi kiya tha.</w:t>
      </w:r>
    </w:p>
    <w:p>
      <w:pPr>
        <w:jc w:val="right"/>
      </w:pPr>
      <w:r>
        <w:t>تو جب آپ کریٹر کے سامنے پیش ہوں گے تو اس کی بہت زبردست پنشمنٹ اس پر ہوگا کہ تم کو کیا حق تھا پانی کو ویسٹ کرنے کا، اس کو تم نے پیدا نہیں کیا تھا۔</w:t>
      </w:r>
    </w:p>
    <w:p>
      <w:r>
        <w:rPr>
          <w:b/>
        </w:rPr>
        <w:t xml:space="preserve">[1:23:51] </w:t>
      </w:r>
      <w:r>
        <w:t>jo paida karne wala hai, woh malik hai, jo khareedar is ne, woh malik nahi hai.</w:t>
      </w:r>
    </w:p>
    <w:p>
      <w:pPr>
        <w:jc w:val="right"/>
      </w:pPr>
      <w:r>
        <w:t>جو پیدا کرنے والا ہے، وہ مالک ہے، جو خریدار اس نے، وہ مالک نہیں ہے۔</w:t>
      </w:r>
    </w:p>
    <w:p>
      <w:r>
        <w:rPr>
          <w:b/>
        </w:rPr>
        <w:t xml:space="preserve">[1:23:57] </w:t>
      </w:r>
      <w:r>
        <w:t>shopping center se aap kharidte hain to aap malik nahi ho gaye. malik woh jis ne create kiya hai, us ko</w:t>
      </w:r>
    </w:p>
    <w:p>
      <w:pPr>
        <w:jc w:val="right"/>
      </w:pPr>
      <w:r>
        <w:t>شاپنگ سینٹر سے آپ خریدتے ہیں تو آپ مالک نہیں ہو گئے۔ مالک وہ جس نے کریٹ کیا ہے، اس کو</w:t>
      </w:r>
    </w:p>
    <w:p>
      <w:r>
        <w:rPr>
          <w:b/>
        </w:rPr>
        <w:t xml:space="preserve">[1:24:06] </w:t>
      </w:r>
      <w:r>
        <w:t>chand paisa de kar aap ne shopping center se kharid liya to aap malik nahi ho gaye. jo asal jo creator hai, us ka ownership usi ki hai.</w:t>
      </w:r>
    </w:p>
    <w:p>
      <w:pPr>
        <w:jc w:val="right"/>
      </w:pPr>
      <w:r>
        <w:t>چند پیسہ دے کر آپ نے شاپنگ سینٹر سے خرید لیا تو آپ مالک نہیں ہو گئے۔ جو اصل جو کریٹر ہے، اس کا اونرشپ اسی کی ہے۔</w:t>
      </w:r>
    </w:p>
    <w:p>
      <w:r>
        <w:rPr>
          <w:b/>
        </w:rPr>
        <w:t xml:space="preserve">[1:24:18] </w:t>
      </w:r>
      <w:r>
        <w:t>to woh poochega ke kyun tum ne pani ko waste kiya, kyun tum ne khane ko waste kiya.</w:t>
      </w:r>
    </w:p>
    <w:p>
      <w:pPr>
        <w:jc w:val="right"/>
      </w:pPr>
      <w:r>
        <w:t>تو وہ پوچھے گا کہ کیوں تم نے پانی کو ویسٹ کیا، کیوں تم نے کھانے کو ویسٹ کیا۔</w:t>
      </w:r>
    </w:p>
    <w:p>
      <w:r>
        <w:rPr>
          <w:b/>
        </w:rPr>
        <w:t xml:space="preserve">[1:24:23] </w:t>
      </w:r>
      <w:r>
        <w:t>ab bohat ziyada punishment is ke liye hai maut ke baad jo dunya aane wali hai. logon ko bohat darna chahiye, bohat darna chahiye ke woh pani ko waste karein ya khane ko waste karein.</w:t>
      </w:r>
    </w:p>
    <w:p>
      <w:pPr>
        <w:jc w:val="right"/>
      </w:pPr>
      <w:r>
        <w:t>اب بہت زیادہ پنشمنٹ اس کے لیے ہے موت کے بعد جو دنیا آنے والی ہے۔ لوگوں کو بہت ڈرنا چاہیے، بہت ڈرنا چاہیے کہ وہ پانی کو ویسٹ کریں یا کھانے کو ویسٹ کریں۔</w:t>
      </w:r>
    </w:p>
    <w:p>
      <w:r>
        <w:rPr>
          <w:b/>
        </w:rPr>
        <w:t xml:space="preserve">[1:24:39] </w:t>
      </w:r>
      <w:r>
        <w:t>maulana agla sawal Dilli se hai, Maulana Farhad Ahmed Umri sahib ka. unhon ne likha hai: "aap ne likha hai ke mere saathi ko janna chahiye ke main aage kya karne wala hoon.</w:t>
      </w:r>
    </w:p>
    <w:p>
      <w:pPr>
        <w:jc w:val="right"/>
      </w:pPr>
      <w:r>
        <w:t>मौलाना اگلا سوال دلی سے ہے، مولانا فرہاد احمد عمری صاحب کا۔ انہوں نے لکھا ہے: "आपने लिखा है कि मेरे साथी को जानना चाहिए कि मैं आगे क्या करने वाला हूँ।</w:t>
      </w:r>
    </w:p>
    <w:p>
      <w:r>
        <w:rPr>
          <w:b/>
        </w:rPr>
        <w:t xml:space="preserve">[1:24:51] </w:t>
      </w:r>
      <w:r>
        <w:t>hum apne andar yeh wisdom kaise paida karein, is ka formula kya hai?" dekhiye, is par maine ek article likha tha monthly risale mein.</w:t>
      </w:r>
    </w:p>
    <w:p>
      <w:pPr>
        <w:jc w:val="right"/>
      </w:pPr>
      <w:r>
        <w:t>हम अपने अंदर यह विज़डम कैसे पैदा करें, इसका फार्मूला क्या है?" دیکھیے، اس پر میں نے ایک آرٹیکل لکھا تھا منتھلی رسالے میں۔</w:t>
      </w:r>
    </w:p>
    <w:p>
      <w:r>
        <w:rPr>
          <w:b/>
        </w:rPr>
        <w:t xml:space="preserve">[1:25:06] </w:t>
      </w:r>
      <w:r>
        <w:t>bohat pehle ki baat hai, 11948 ki shayad. main aadh umar mein tha</w:t>
      </w:r>
    </w:p>
    <w:p>
      <w:pPr>
        <w:jc w:val="right"/>
      </w:pPr>
      <w:r>
        <w:t>بہت پہلے کی بات ہے، 11948 کی شاید۔ میں آدھ عمر میں تھا</w:t>
      </w:r>
    </w:p>
    <w:p>
      <w:r>
        <w:rPr>
          <w:b/>
        </w:rPr>
        <w:t xml:space="preserve">[1:25:13] </w:t>
      </w:r>
      <w:r>
        <w:t>to mere baray bhai jo the, Abdul Aziz Khan, un ko appendicitis jis ko kehte hain, is ka daura pada.</w:t>
      </w:r>
    </w:p>
    <w:p>
      <w:pPr>
        <w:jc w:val="right"/>
      </w:pPr>
      <w:r>
        <w:t>تو میرے بڑے بھائی جو تھے، عبدالعزیز خان، ان کو اپینڈیسائٹس جس کو کہتے ہیں، اس کا دورہ پڑا۔</w:t>
      </w:r>
    </w:p>
    <w:p>
      <w:r>
        <w:rPr>
          <w:b/>
        </w:rPr>
        <w:t xml:space="preserve">[1:25:24] </w:t>
      </w:r>
      <w:r>
        <w:t>pet mein bohat ziyada dard hota hai is se. to us waqt wahan hum logon ne doctor jo hain, wahan jo the, wahan par un ko bulaya.</w:t>
      </w:r>
    </w:p>
    <w:p>
      <w:pPr>
        <w:jc w:val="right"/>
      </w:pPr>
      <w:r>
        <w:t>پیٹ میں بہت زیادہ درد ہوتا ہے اس سے۔ تو اس وقت وہاں ہم لوگوں نے ڈاکٹر جو ہیں، وہاں جو تھے، وہاں پر ان کو بلایا۔</w:t>
      </w:r>
    </w:p>
    <w:p>
      <w:r>
        <w:rPr>
          <w:b/>
        </w:rPr>
        <w:t xml:space="preserve">[1:25:35] </w:t>
      </w:r>
      <w:r>
        <w:t>un ka naam tha Doctor Anis. woh surgeon the woh. to unhon ne kaha ke yeh case operation ke case hai,</w:t>
      </w:r>
    </w:p>
    <w:p>
      <w:pPr>
        <w:jc w:val="right"/>
      </w:pPr>
      <w:r>
        <w:t>ان کا نام تھا ڈاکٹر انیس۔ وہ سرجن تھے وہ۔ تو انہوں نے کہا کہ یہ کیس آپریشن کے کیس ہے،</w:t>
      </w:r>
    </w:p>
    <w:p>
      <w:r>
        <w:rPr>
          <w:b/>
        </w:rPr>
        <w:t xml:space="preserve">[1:25:44] </w:t>
      </w:r>
      <w:r>
        <w:t>dawa ke case nahi hai yeh. is ko foran operation hona chahiye, warna hota yeh hai ke woh jo ek cheez hoti hai, appendix, woh phat jati hai. phatte hi parjan phat jata hai body mein, awaz nahi mar jata hai.</w:t>
      </w:r>
    </w:p>
    <w:p>
      <w:pPr>
        <w:jc w:val="right"/>
      </w:pPr>
      <w:r>
        <w:t>دوا کے کیس نہیں ہے یہ۔ اس کو فوراً آپریشن ہونا چاہیے، ورنہ ہوتا یہ ہے کہ وہ جو ایک چیز ہوتی ہے، اپینڈکس، وہ پھٹ جاتی ہے۔ پھٹتے ہی پارجن پھٹ جاتا ہے باڈی میں، آواز نہیں مر جاتا ہے۔</w:t>
      </w:r>
    </w:p>
    <w:p>
      <w:r>
        <w:rPr>
          <w:b/>
        </w:rPr>
        <w:t xml:space="preserve">[1:25:55] </w:t>
      </w:r>
      <w:r>
        <w:t>to is ko kaat ke nikala jata hai. to aap is ko foran le ke jayen Lucknow. to maine un se poocha, jab baat kar raha tha main un se ke aap, yani appendix ka operation to ek minor operation hai, minor, koi major nahi hai yeh.</w:t>
      </w:r>
    </w:p>
    <w:p>
      <w:pPr>
        <w:jc w:val="right"/>
      </w:pPr>
      <w:r>
        <w:t>تو اس کو کاٹ کے نکالا جاتا ہے۔ تو آپ اس کو فوراً لے کے جائیں لکھنؤ۔ تو میں نے ان سے پوچھا، جب بات کر رہا تھا میں ان سے کہ آپ، یعنی اپینڈکس کا آپریشن تو ایک مائنر آپریشن ہے، مائنر، کوئی میجر نہیں ہے یہ۔</w:t>
      </w:r>
    </w:p>
    <w:p>
      <w:r>
        <w:rPr>
          <w:b/>
        </w:rPr>
        <w:t xml:space="preserve">[1:26:14] </w:t>
      </w:r>
      <w:r>
        <w:t>abhi bhi major nahi samajhta is ko, minor samajhta hai. to maine kaha aap ek minor operation ke liye hum ko Lucknow kyun bhejte hain? yahi kar dijiye, aap surgeon hain.</w:t>
      </w:r>
    </w:p>
    <w:p>
      <w:pPr>
        <w:jc w:val="right"/>
      </w:pPr>
      <w:r>
        <w:t>ابھی بھی میجر نہیں سمجھاتا اس کو، مائنر سمجھاتا ہے۔ تو میں نے کہا آپ ایک مائنر آپریشن کے لیے ہم کو لکھنؤ کیوں بھیجتے ہیں؟ یہی کر دیجیے، آپ سرجن ہیں۔</w:t>
      </w:r>
    </w:p>
    <w:p>
      <w:r>
        <w:rPr>
          <w:b/>
        </w:rPr>
        <w:t xml:space="preserve">[1:26:26] </w:t>
      </w:r>
      <w:r>
        <w:t>us waqt unhon ne ek jumla kaha tha ke hum Lucknow mein nahi kar sakte. us waqt Adham ka jo hospital tha, bohat hi chhota hospital tha, ab to bada ho gaya hai woh.</w:t>
      </w:r>
    </w:p>
    <w:p>
      <w:pPr>
        <w:jc w:val="right"/>
      </w:pPr>
      <w:r>
        <w:t>اس وقت انہوں نے ایک جملہ کہا تھا کہ ہم لکھنؤ میں نہیں کر سکتے۔ اس وقت آدھم کا جو ہاسپٹل تھا، بہت ہی چھوٹا ہاسپٹل تھا، اب تو بڑا ہو گیا ہے وہ۔</w:t>
      </w:r>
    </w:p>
    <w:p>
      <w:r>
        <w:rPr>
          <w:b/>
        </w:rPr>
        <w:t xml:space="preserve">[1:26:39] </w:t>
      </w:r>
      <w:r>
        <w:t>unhon ne kaha hamare paas yahan par hand nahi hai, Adham mein hand nahi hai. to use explain karte hue unhon ne kaha ke jab hum,</w:t>
      </w:r>
    </w:p>
    <w:p>
      <w:pPr>
        <w:jc w:val="right"/>
      </w:pPr>
      <w:r>
        <w:t>انہوں نے کہا ہمارے پاس یہاں پر ہینڈ نہیں ہے، آدھم میں ہینڈ نہیں ہے۔ تو اسے ایکسپلین کرتے ہوئے انہوں نے کہا کہ جب ہم،</w:t>
      </w:r>
    </w:p>
    <w:p>
      <w:r>
        <w:rPr>
          <w:b/>
        </w:rPr>
        <w:t xml:space="preserve">[1:26:48] </w:t>
      </w:r>
      <w:r>
        <w:t>hum ne is ka, yani is ka woh pet par nashar chala diya, pet ko phad diya, ab is ko hum ne is ko appendix ko nikal liya, ab hamein is ko dobara seena hai.</w:t>
      </w:r>
    </w:p>
    <w:p>
      <w:pPr>
        <w:jc w:val="right"/>
      </w:pPr>
      <w:r>
        <w:t>ہم نے اس کا، یعنی اس کا وہ پیٹ پر نشر چلا دیا، پیٹ کو پھاڑ دیا، اب اس کو ہم نے اس کو اپینڈکس کو نکال لیا، اب ہمیں اس کو دوبارہ سینا ہے۔</w:t>
      </w:r>
    </w:p>
    <w:p>
      <w:r>
        <w:rPr>
          <w:b/>
        </w:rPr>
        <w:t xml:space="preserve">[1:27:02] </w:t>
      </w:r>
      <w:r>
        <w:t>to is ke liye hamein thread hota hai, bohat hi khaas tarah ka thread, is se seena jata hai. to unhon ne kaha ke ab mujhe sab kaam mein kar chuka, ab mujhe is ko seena hai.</w:t>
      </w:r>
    </w:p>
    <w:p>
      <w:pPr>
        <w:jc w:val="right"/>
      </w:pPr>
      <w:r>
        <w:t>تو اس کے لیے ہمیں تھریڈ ہوتا ہے، بہت ہی خاص طرح کا تھریڈ، اس سے سینا جاتا ہے۔ تو انہوں نے کہا کہ اب مجھے سب کام میں کر چکا، اب مجھے اس کو سینا ہے۔</w:t>
      </w:r>
    </w:p>
    <w:p>
      <w:r>
        <w:rPr>
          <w:b/>
        </w:rPr>
        <w:t xml:space="preserve">[1:27:17] </w:t>
      </w:r>
      <w:r>
        <w:t>to mere saamne jo head, jo computer khada hua hai, is ka kaam hai ke woh mujhe thread de. to agar us ne jo thread diya, woh mota de diya aur mujhe chahiye patla,</w:t>
      </w:r>
    </w:p>
    <w:p>
      <w:pPr>
        <w:jc w:val="right"/>
      </w:pPr>
      <w:r>
        <w:t>تو میرے سامنے جو ہیڈ، جو کمپیوٹر کھڑا ہوا ہے، اس کا کام ہے کہ وہ مجھے تھریڈ دے۔ تو اگر اس نے جو تھریڈ دیا، وہ موٹا دے دیا اور مجھے چاہیے پتلا،</w:t>
      </w:r>
    </w:p>
    <w:p>
      <w:r>
        <w:rPr>
          <w:b/>
        </w:rPr>
        <w:t xml:space="preserve">[1:27:31] </w:t>
      </w:r>
      <w:r>
        <w:t>to unhon ne kaha ke is waqt itna time nahi rehta ke aap kahein, arey yeh cheez chahiye de diya, patla lao. Itna time nahi hota hai, woh secondon ka maamla hota hai.</w:t>
      </w:r>
    </w:p>
    <w:p>
      <w:pPr>
        <w:jc w:val="right"/>
      </w:pPr>
      <w:r>
        <w:t>تو انہوں نے کہا کہ اس وقت اتنا ٹائم نہیں رہتا کہ آپ کہیں، ارے یہ چیز چاہیے دے دیا، پتلا لاؤ۔ اتنا ٹائم نہیں ہوتا ہے، وہ سیکنڈوں کا معاملہ ہوتا ہے۔</w:t>
      </w:r>
    </w:p>
    <w:p>
      <w:r>
        <w:rPr>
          <w:b/>
        </w:rPr>
        <w:t xml:space="preserve">[1:27:43] </w:t>
      </w:r>
      <w:r>
        <w:t>is ko janna chahiye ke is kaam ke liye mota thread chahiye ke patla thread chahiye.</w:t>
      </w:r>
    </w:p>
    <w:p>
      <w:pPr>
        <w:jc w:val="right"/>
      </w:pPr>
      <w:r>
        <w:t>اس کو جاننا چاہیے کہ اس کام کے لیے موٹا تھریڈ چاہیے کہ پتلا تھریڈ چاہیے۔</w:t>
      </w:r>
    </w:p>
    <w:p>
      <w:r>
        <w:rPr>
          <w:b/>
        </w:rPr>
        <w:t xml:space="preserve">[1:27:52] </w:t>
      </w:r>
      <w:r>
        <w:t>to is waqt jumla unhon ne kaha tha yeh ke mere saathi ko janna chahiye ke aindah mein kya karne wala hoon. Mere saathi ko janna chahiye ke aindah mein kya karne wala hoon.</w:t>
      </w:r>
    </w:p>
    <w:p>
      <w:pPr>
        <w:jc w:val="right"/>
      </w:pPr>
      <w:r>
        <w:t>تو اس وقت جملہ انہوں نے کہا تھا یہ کہ میرے ساتھی کو جاننا چاہیے کہ آئندہ میں کیا کرنے والا ہوں۔ میرے ساتھی کو جاننا چاہیے کہ آئندہ میں کیا کرنے والا ہوں۔</w:t>
      </w:r>
    </w:p>
    <w:p>
      <w:r>
        <w:rPr>
          <w:b/>
        </w:rPr>
        <w:t xml:space="preserve">[1:28:06] </w:t>
      </w:r>
      <w:r>
        <w:t>jo di thi yeh jo jo jo jo doctor ka maamla hai, wahi leader ka maamla hai.</w:t>
      </w:r>
    </w:p>
    <w:p>
      <w:pPr>
        <w:jc w:val="right"/>
      </w:pPr>
      <w:r>
        <w:t>جو دی تھی یہ جو جو جو جو ڈاکٹر کا معاملہ ہے، وہی لیڈر کا معاملہ ہے۔</w:t>
      </w:r>
    </w:p>
    <w:p>
      <w:r>
        <w:rPr>
          <w:b/>
        </w:rPr>
        <w:t xml:space="preserve">[1:28:11] </w:t>
      </w:r>
      <w:r>
        <w:t>leader, leader, leader, leader jo hota hai, saari baat kaha ja rahi hai, aisa mumkin nahi hai. Ek kaam kar raha hai, ek planning chala raha hai.</w:t>
      </w:r>
    </w:p>
    <w:p>
      <w:pPr>
        <w:jc w:val="right"/>
      </w:pPr>
      <w:r>
        <w:t>لیڈر، لیڈر، لیڈر، لیڈر جو ہوتا ہے، ساری بات کہا جا رہی ہے، ایسا ممکن نہیں ہے۔ ایک کام کر رہا ہے، ایک پلاننگ چلا رہا ہے۔</w:t>
      </w:r>
    </w:p>
    <w:p>
      <w:r>
        <w:rPr>
          <w:b/>
        </w:rPr>
        <w:t xml:space="preserve">[1:28:21] </w:t>
      </w:r>
      <w:r>
        <w:t>to yeh nahi hai ke sab kuch detail saare bata dein. Saathiyon ko janna chahiye ke jo hamare leader hain, woh aage kya karega, woh isi ke lehaz se bolein, isi ke saath lehaz se woh, yaani tayyari karein, isi ke lehaz se.</w:t>
      </w:r>
    </w:p>
    <w:p>
      <w:pPr>
        <w:jc w:val="right"/>
      </w:pPr>
      <w:r>
        <w:t>تو یہ نہیں ہے کہ سب کچھ ڈیٹیل سارے بتا دیں۔ ساتھیوں کو جاننا چاہیے کہ جو ہمارے لیڈر ہیں، وہ آگے کیا کرے گا، وہ اسی کے لحاظ سے بولیں، اسی کے ساتھ لحاظ سے وہ، یعنی تیاری کریں، اسی کے لحاظ سے۔</w:t>
      </w:r>
    </w:p>
    <w:p>
      <w:r>
        <w:rPr>
          <w:b/>
        </w:rPr>
        <w:t xml:space="preserve">[1:28:37] </w:t>
      </w:r>
      <w:r>
        <w:t>to mein ne likha tha woh mazmoon mein ke jis tarah doctor ko aise hand chahiye jo yeh jaane ke aindah woh kya karne wala ho, usi tarah leader ko bhi aise saathi chahiye jo yeh jaane ke aindah kya karne wala hai.</w:t>
      </w:r>
    </w:p>
    <w:p>
      <w:pPr>
        <w:jc w:val="right"/>
      </w:pPr>
      <w:r>
        <w:t>تو میں نے لکھا تھا وہ مضمون میں کہ جس طرح ڈاکٹر کو ایسے ہینڈ چاہیے جو یہ جانے کہ آئندہ وہ کیا کرنے والا ہو، اسی طرح لیڈر کو بھی ایسے ساتھی چاہیے جو یہ جانے کہ آئندہ کیا کرنے والا ہے۔</w:t>
      </w:r>
    </w:p>
    <w:p>
      <w:r>
        <w:rPr>
          <w:b/>
        </w:rPr>
        <w:t xml:space="preserve">[1:28:50] </w:t>
      </w:r>
      <w:r>
        <w:t>hamara leader nahi to kaam koi bara kaam nahi ho sakta, kyunke saari baat dekhiye, batai nahi ja sakti. Yeh mumkin hai ke saari baat hum bata dein, saari baat bata dein.</w:t>
      </w:r>
    </w:p>
    <w:p>
      <w:pPr>
        <w:jc w:val="right"/>
      </w:pPr>
      <w:r>
        <w:t>ہمارا لیڈر نہیں تو کام کوئی بڑا کام نہیں ہو سکتا، کیونکہ ساری بات دیکھیے، بتائی نہیں جا سکتی۔ یہ ممکن ہے کہ ساری بات ہم بتا دیں، ساری بات بتا دیں۔</w:t>
      </w:r>
    </w:p>
    <w:p>
      <w:r>
        <w:rPr>
          <w:b/>
        </w:rPr>
        <w:t xml:space="preserve">[1:29:02] </w:t>
      </w:r>
      <w:r>
        <w:t>to saathiyon ko khud se janna padta hai.</w:t>
      </w:r>
    </w:p>
    <w:p>
      <w:pPr>
        <w:jc w:val="right"/>
      </w:pPr>
      <w:r>
        <w:t>تو ساتھیوں کو خود سے جاننا پڑتا ہے۔</w:t>
      </w:r>
    </w:p>
    <w:p>
      <w:r>
        <w:rPr>
          <w:b/>
        </w:rPr>
        <w:t xml:space="preserve">[1:29:06] </w:t>
      </w:r>
      <w:r>
        <w:t>You have to discover on your own nahi to phir phir kaam hi nahi hoga, koi bara kaam nahi ho sakta hai. Yeh likha tha mein ne is article mein.</w:t>
      </w:r>
    </w:p>
    <w:p>
      <w:pPr>
        <w:jc w:val="right"/>
      </w:pPr>
      <w:r>
        <w:t>You have to discover on your own نہیں تو پھر پھر کام ہی نہیں ہوگا، کوئی بڑا کام نہیں ہو سکتا ہے۔ یہ لکھا تھا میں نے اس آرٹیکل میں۔</w:t>
      </w:r>
    </w:p>
    <w:p>
      <w:r>
        <w:rPr>
          <w:b/>
        </w:rPr>
        <w:t xml:space="preserve">[1:29:18] </w:t>
      </w:r>
      <w:r>
        <w:t>Maulana agla sawal Karachi Pakistan se hai, Abdul Latif sahib ka.</w:t>
      </w:r>
    </w:p>
    <w:p>
      <w:pPr>
        <w:jc w:val="right"/>
      </w:pPr>
      <w:r>
        <w:t>मौलाना اگلا سوال کراچی پاکستان سے ہے، عبداللطیف صاحب کا۔</w:t>
      </w:r>
    </w:p>
    <w:p>
      <w:r>
        <w:rPr>
          <w:b/>
        </w:rPr>
        <w:t xml:space="preserve">[1:29:23] </w:t>
      </w:r>
      <w:r>
        <w:t>unhon ne likha hai: "Al-Risala ke kaaryon mein se ek shakhs apne wife se kehte hain ke aap dawa-work karte waqt naqab lagaya karein taake khandan mein badnami na ho." Aur wife kehti hai ke naqab lagane ki surat mein baaz auqaat daawa-work karte waqt mujhe dushwariyan hoti hain.</w:t>
      </w:r>
    </w:p>
    <w:p>
      <w:pPr>
        <w:jc w:val="right"/>
      </w:pPr>
      <w:r>
        <w:t>انہوں نے لکھا ہے: "अल-रिसाला के कार्यों में से एक शख्स अपने वाइफ से कहते हैं कि आप दावा-वर्क करते वक्त नकाब लगाया करें ताकि खानदान में बदनामी न हो।" और वाइफ कहती है कि नकाब लगाने की सूरत में بعض اوقات دعویٰ-ورک کرتے وقت مجھے دشواریاں ہوتی ہیں۔</w:t>
      </w:r>
    </w:p>
    <w:p>
      <w:r>
        <w:rPr>
          <w:b/>
        </w:rPr>
        <w:t xml:space="preserve">[1:29:49] </w:t>
      </w:r>
      <w:r>
        <w:t>Maulana sahib, is maamle mein shohar ka mashwara kis had tak sahi hai? Dekhiye, badnami ka baat hi jhooti hai. Kyun badnami, bhai?</w:t>
      </w:r>
    </w:p>
    <w:p>
      <w:pPr>
        <w:jc w:val="right"/>
      </w:pPr>
      <w:r>
        <w:t>मौलाना صاحب، اس معاملے میں شوہر کا مشورہ کس حد تک صحیح ہے؟ देखिए, बदनामी का बात ही झूठी है। क्यों बदनामी, भाई?</w:t>
      </w:r>
    </w:p>
    <w:p>
      <w:r>
        <w:rPr>
          <w:b/>
        </w:rPr>
        <w:t xml:space="preserve">[1:30:01] </w:t>
      </w:r>
      <w:r>
        <w:t>naqab jis ko kehte hain, munh ko dhankna, yeh riwaj hai, yeh Islam nahi hai. Tum ne riwaj ko Islam ka darja de diya hai. Tum ne riwaj ko ka darja diya hai Islam ka.</w:t>
      </w:r>
    </w:p>
    <w:p>
      <w:pPr>
        <w:jc w:val="right"/>
      </w:pPr>
      <w:r>
        <w:t>نقاب جس کو کہتے ہیں، منہ کو ڈھانکنا، یہ رواج ہے، یہ اسلام نہیں ہے۔ تم نے رواج کو اسلام کا درجہ دے دیا ہے۔ تم نے رواج کو کا درجہ دیا ہے اسلام کا۔</w:t>
      </w:r>
    </w:p>
    <w:p>
      <w:r>
        <w:rPr>
          <w:b/>
        </w:rPr>
        <w:t xml:space="preserve">[1:30:15] </w:t>
      </w:r>
      <w:r>
        <w:t>yeh to yeh saare masle bilkul base less</w:t>
      </w:r>
    </w:p>
    <w:p>
      <w:pPr>
        <w:jc w:val="right"/>
      </w:pPr>
      <w:r>
        <w:t>یہ تو یہ سارے مسئلے بالکل بیس لیس</w:t>
      </w:r>
    </w:p>
    <w:p>
      <w:r>
        <w:rPr>
          <w:b/>
        </w:rPr>
        <w:t xml:space="preserve">[1:30:18] </w:t>
      </w:r>
      <w:r>
        <w:t>masle hain. Dekhiye, yaani Pakistan ke log ya India ke log zyada tar fiqh Hanafi ko maante hain. Fiqh Hanafi mein dekhiye, jo tasawwur hai parde ka, us mein teen cheezein exempted hain.</w:t>
      </w:r>
    </w:p>
    <w:p>
      <w:pPr>
        <w:jc w:val="right"/>
      </w:pPr>
      <w:r>
        <w:t>مسئلے ہیں۔ دیکھیے، یعنی پاکستان کے لوگ یا انڈیا کے لوگ زیادہ تر فقہ حنفی کو مانتے ہیں۔ فقہ حنفی میں دیکھیے، جو تصور ہے پردے کا، اس میں تین چیزیں ایگزیمپٹڈ ہیں۔</w:t>
      </w:r>
    </w:p>
    <w:p>
      <w:r>
        <w:rPr>
          <w:b/>
        </w:rPr>
        <w:t xml:space="preserve">[1:30:34] </w:t>
      </w:r>
      <w:r>
        <w:t>exempted, yaani is tarah mustasna hain. Yeh hai face, is ko kehte hain wajh. Wajh jo hai, yeh exempted hai.</w:t>
      </w:r>
    </w:p>
    <w:p>
      <w:pPr>
        <w:jc w:val="right"/>
      </w:pPr>
      <w:r>
        <w:t>ایگزیمپٹڈ، یعنی اس طرح مستثنیٰ ہیں۔ یہ ہے فیس، اس کو کہتے ہیں وجھ۔ وجھ جو ہے، یہ ایکسیمپٹڈ ہے۔</w:t>
      </w:r>
    </w:p>
    <w:p>
      <w:r>
        <w:rPr>
          <w:b/>
        </w:rPr>
        <w:t xml:space="preserve">[1:30:44] </w:t>
      </w:r>
      <w:r>
        <w:t>is ko kehte hain yeh, yeh yahan se yahan tak, yeh mustasna hai. Aur paaon, ghutne ke neeche tak, ghutne se mustasna hai.</w:t>
      </w:r>
    </w:p>
    <w:p>
      <w:pPr>
        <w:jc w:val="right"/>
      </w:pPr>
      <w:r>
        <w:t>اس کو کہتے ہیں یہ، یہ یہاں سے یہاں تک، یہ مستثنیٰ ہے۔ اور پاؤں، گھٹنے کے نیچے تک، گھٹنے سے مستثنیٰ ہے۔</w:t>
      </w:r>
    </w:p>
    <w:p>
      <w:r>
        <w:rPr>
          <w:b/>
        </w:rPr>
        <w:t xml:space="preserve">[1:30:57] </w:t>
      </w:r>
      <w:r>
        <w:t>yaani yeh kafain aur qadmain aur wajh, yeh exempted hai. To woh kya galat karti hai? Woh aurat koi galati, koi galat kaam nahi karti.</w:t>
      </w:r>
    </w:p>
    <w:p>
      <w:pPr>
        <w:jc w:val="right"/>
      </w:pPr>
      <w:r>
        <w:t>یعنی یہ کفین اور قدمین اور وجھ، یہ ایکسیمپٹڈ ہے۔ تو وہ کیا غلط کرتی ہے؟ وہ عورت کوئی غلطی، کوئی غلط کام نہیں کرتی۔</w:t>
      </w:r>
    </w:p>
    <w:p>
      <w:r>
        <w:rPr>
          <w:b/>
        </w:rPr>
        <w:t xml:space="preserve">[1:31:07] </w:t>
      </w:r>
      <w:r>
        <w:t>to badnami kyun hogi? Badnami tumhare galat criteria ki wajah se hogi.</w:t>
      </w:r>
    </w:p>
    <w:p>
      <w:pPr>
        <w:jc w:val="right"/>
      </w:pPr>
      <w:r>
        <w:t>تو بدنامی کیوں ہوگی؟ بدنامی تمہارے غلط کرائٹیریاز کی وجہ سے ہوگی۔</w:t>
      </w:r>
    </w:p>
    <w:p>
      <w:r>
        <w:rPr>
          <w:b/>
        </w:rPr>
        <w:t xml:space="preserve">[1:31:12] </w:t>
      </w:r>
      <w:r>
        <w:t>ek jhoote criteria ko tum ne bana rakha hai, yeh Islam hai. To us in khatoon se kahiye ke woh, chunke yaani log jo hain baaton ko samajhte nahi hain, to khamosh rahein.</w:t>
      </w:r>
    </w:p>
    <w:p>
      <w:pPr>
        <w:jc w:val="right"/>
      </w:pPr>
      <w:r>
        <w:t>ایک جھوٹے کرائٹیریاز کو تم نے بنا رکھا ہے، یہ اسلام ہے۔ تو اس ان خاتون سے کہیے کہ وہ، چونکہ یعنی لوگ جو ہیں باتوں کو سمجھتے نہیں ہیں، تو خاموش رہیں۔</w:t>
      </w:r>
    </w:p>
    <w:p>
      <w:r>
        <w:rPr>
          <w:b/>
        </w:rPr>
        <w:t xml:space="preserve">[1:31:25] </w:t>
      </w:r>
      <w:r>
        <w:t>khamoshi se apna kaam karein, koi behas na karein. Ek hi mashwara mein doonga ke aise logon se behas na kijiye, araz kijiye, avoid kijiye.</w:t>
      </w:r>
    </w:p>
    <w:p>
      <w:pPr>
        <w:jc w:val="right"/>
      </w:pPr>
      <w:r>
        <w:t>خاموشی سے اپنا کام کریں، کوئی بحث نہ کریں۔ ایک ہی مشورہ میں دوں گا کہ ایسے لوگوں سے بحث نہ کیجیے، اعراض کیجیے، اوائڈ کیجیے۔</w:t>
      </w:r>
    </w:p>
    <w:p>
      <w:r>
        <w:rPr>
          <w:b/>
        </w:rPr>
        <w:t xml:space="preserve">[1:31:34] </w:t>
      </w:r>
      <w:r>
        <w:t>chup chap apna kaam kijiye aur behas mat kijiye. Yahi hal hai, aur koi hal nahi hai.</w:t>
      </w:r>
    </w:p>
    <w:p>
      <w:pPr>
        <w:jc w:val="right"/>
      </w:pPr>
      <w:r>
        <w:t>چپ چاپ اپنا کام کیجیے اور بحث مت کیجیے۔ یہی حل ہے، اور کوئی حل نہیں ہے۔</w:t>
      </w:r>
    </w:p>
    <w:p>
      <w:r>
        <w:rPr>
          <w:b/>
        </w:rPr>
        <w:t xml:space="preserve">[1:31:41] </w:t>
      </w:r>
      <w:r>
        <w:t>Maulana agla sawal bhi Karachi Pakistan se aaya hai, Miss Saira Latif ka. Unhon ne likha hai: "Al-Risala ke kaari apni biwiyon se woh kaam nahi le paate jo unko lena chahiye. Maulana sahib, is ki wajah kya ho sakti hai?</w:t>
      </w:r>
    </w:p>
    <w:p>
      <w:pPr>
        <w:jc w:val="right"/>
      </w:pPr>
      <w:r>
        <w:t>मौलाना اگلا سوال بھی کراچی پاکستان سے آیا ہے، مس سائرہ لطیف کا۔ انہوں نے لکھا ہے: "अल-रिसाला के कारी अपनी बीवियों से वह काम नहीं ले पाते जो उनको लेना चाहिए। मौलाना صاحب، اس کی وجہ کیا ہو سکتی ہے؟</w:t>
      </w:r>
    </w:p>
    <w:p>
      <w:r>
        <w:rPr>
          <w:b/>
        </w:rPr>
        <w:t xml:space="preserve">[1:32:00] </w:t>
      </w:r>
      <w:r>
        <w:t>abhi kya pata hai, kaun sa kaam? Hum kya batayein? Jab tak yeh nahi maloom, kaun sa kaam?</w:t>
      </w:r>
    </w:p>
    <w:p>
      <w:pPr>
        <w:jc w:val="right"/>
      </w:pPr>
      <w:r>
        <w:t>अभी क्या पता है, कौन सा काम? हम क्या बताएं? जब तक ये नहीं मालूम, कौन सा काम?</w:t>
      </w:r>
    </w:p>
    <w:p>
      <w:r>
        <w:rPr>
          <w:b/>
        </w:rPr>
        <w:t xml:space="preserve">[1:32:05] </w:t>
      </w:r>
      <w:r>
        <w:t>yeh to ek ek ek bubham baat hai, veg baat hai ki isko hum is par kaam bolenge. aap specific taur par bataiye, kaun sa kaam?</w:t>
      </w:r>
    </w:p>
    <w:p>
      <w:pPr>
        <w:jc w:val="right"/>
      </w:pPr>
      <w:r>
        <w:t>यह तो एक एक एक बुभम बात है, वेग बात है कि इसको हम इस पर काम बोलेंगे। आप स्पेसिफिक तौर पर बताइए, कौन सा काम?</w:t>
      </w:r>
    </w:p>
    <w:p>
      <w:r>
        <w:rPr>
          <w:b/>
        </w:rPr>
        <w:t xml:space="preserve">[1:32:15] </w:t>
      </w:r>
      <w:r>
        <w:t>tab main arz kar sakta hoon. ji.</w:t>
      </w:r>
    </w:p>
    <w:p>
      <w:pPr>
        <w:jc w:val="right"/>
      </w:pPr>
      <w:r>
        <w:t>तब मैं अर्ज कर सकता हूं। जी।</w:t>
      </w:r>
    </w:p>
    <w:p>
      <w:r>
        <w:rPr>
          <w:b/>
        </w:rPr>
        <w:t xml:space="preserve">[1:32:21] </w:t>
      </w:r>
      <w:r>
        <w:t>maulana agla sawal miss naghma siddiqui ka hai, dilli se. unhon ne likha hai: "what according to you is the way president morsi should take so that egypt comes out of its problems?"</w:t>
      </w:r>
    </w:p>
    <w:p>
      <w:pPr>
        <w:jc w:val="right"/>
      </w:pPr>
      <w:r>
        <w:t>मौलाना اگلا سوال مس نغمہ صدیقی کا ہے، دلی سے۔ انہوں نے لکھا ہے: "व्हाट अकॉर्डिंग टू यू इज द वे प्रेसिडेंट मुर्सी शुड टेक सो दैट इजिप्ट कम्स आउट ऑफ इट्स प्रॉब्लम्स?"</w:t>
      </w:r>
    </w:p>
    <w:p>
      <w:r>
        <w:rPr>
          <w:b/>
        </w:rPr>
        <w:t xml:space="preserve">[1:32:36] </w:t>
      </w:r>
      <w:r>
        <w:t>bahut simple hai, wahi jo rasool allah ne kiya tha. dekhiye, egypt mein bahut bada tabqa woh hai, do do do qism ke log, adar deen ikhwan.</w:t>
      </w:r>
    </w:p>
    <w:p>
      <w:pPr>
        <w:jc w:val="right"/>
      </w:pPr>
      <w:r>
        <w:t>بہت سمپل ہے، وہی جو رسول اللہ نے کیا تھا۔ دیکھیے، ایجپٹ میں بہت بڑا طبقہ وہ ہے، دو دو دو قسم کے لوگ، ادر دین اخوان۔</w:t>
      </w:r>
    </w:p>
    <w:p>
      <w:r>
        <w:rPr>
          <w:b/>
        </w:rPr>
        <w:t xml:space="preserve">[1:32:47] </w:t>
      </w:r>
      <w:r>
        <w:t>ek hain, ek hain christian, doosre hain secular log. yeh ab jo hai, secular aur christian dono ekhatta ho gaye hain.</w:t>
      </w:r>
    </w:p>
    <w:p>
      <w:pPr>
        <w:jc w:val="right"/>
      </w:pPr>
      <w:r>
        <w:t>ایک ہیں، ایک ہیں کرسچن، دوسرے ہیں سیکولر لوگ۔ یہ اب جو ہے، سیکولر اور کرسچن دونوں اکٹھا ہو گئے ہیں۔</w:t>
      </w:r>
    </w:p>
    <w:p>
      <w:r>
        <w:rPr>
          <w:b/>
        </w:rPr>
        <w:t xml:space="preserve">[1:32:56] </w:t>
      </w:r>
      <w:r>
        <w:t>jo opposition wahan ki hai, woh inhi logon ki mil kar bani hai, secular logon se aur christian se.</w:t>
      </w:r>
    </w:p>
    <w:p>
      <w:pPr>
        <w:jc w:val="right"/>
      </w:pPr>
      <w:r>
        <w:t>جو اپوزیشن وہاں کی ہے، وہ انہی لوگوں کی مل کر بنی ہے، سیکولر لوگوں سے اور کرسچن سے۔</w:t>
      </w:r>
    </w:p>
    <w:p>
      <w:r>
        <w:rPr>
          <w:b/>
        </w:rPr>
        <w:t xml:space="preserve">[1:33:04] </w:t>
      </w:r>
      <w:r>
        <w:t>to rasool allah ne kiya wahan kiya kiya tha ki lilmuslimeen deenahum yahood deenahum. unhon ne jo ailaan kiya hai, jo jo constitution ka draft banaya hai ki misr mein islam ka law jaari kiya jayega, woh dono is ke khilaaf hain.</w:t>
      </w:r>
    </w:p>
    <w:p>
      <w:pPr>
        <w:jc w:val="right"/>
      </w:pPr>
      <w:r>
        <w:t>تو رسول اللہ نے کیا وہاں کیا کیا تھا کہ للمسلمین دینہم یہودی دینہم۔ انہوں نے جو اعلان کیا ہے، جو جو کانسٹیٹیوشن کا ڈرافٹ بنایا ہے کہ مصر میں اسلام کا لاء جاری کیا جائے گا، وہ دونوں اس کے خلاف ہیں۔</w:t>
      </w:r>
    </w:p>
    <w:p>
      <w:r>
        <w:rPr>
          <w:b/>
        </w:rPr>
        <w:t xml:space="preserve">[1:33:22] </w:t>
      </w:r>
      <w:r>
        <w:t>dekhiye, yeh bilkul galat hai, yeh islam nahi hai. yeh aap islam ko alag kaise jaari karenge? dande se jaari karenge?</w:t>
      </w:r>
    </w:p>
    <w:p>
      <w:pPr>
        <w:jc w:val="right"/>
      </w:pPr>
      <w:r>
        <w:t>دیکھیے، یہ بالکل غلط ہے، یہ اسلام نہیں ہے۔ یہ آپ اسلام کو الگ کیسے جاری کریں گے؟ ڈنڈے سے جاری کریں گے؟</w:t>
      </w:r>
    </w:p>
    <w:p>
      <w:r>
        <w:rPr>
          <w:b/>
        </w:rPr>
        <w:t xml:space="preserve">[1:33:30] </w:t>
      </w:r>
      <w:r>
        <w:t>main aap ko bukhari ka hawala deta hoon ki bukhari mein hadith hai hazrat aisha ki, bab taaruf al quran mein ki islam mein pehle jannat aur dozakh ki baatein aayin taake logon ke mind tayyar ho jaye, logon ke dil naram ho jayen,</w:t>
      </w:r>
    </w:p>
    <w:p>
      <w:pPr>
        <w:jc w:val="right"/>
      </w:pPr>
      <w:r>
        <w:t>میں آپ کو بخاری کا حوالہ دیتا ہوں کہ بخاری میں حدیث ہے حضرت عائشہ کی، باب تعارف القرآن میں کہ اسلام میں پہلے جنت اور دوزخ کی باتیں آئیں تاکہ لوگوں کے مائنڈ تیار ہو جائے، لوگوں کے دل نرم ہو جائیں،</w:t>
      </w:r>
    </w:p>
    <w:p>
      <w:r>
        <w:rPr>
          <w:b/>
        </w:rPr>
        <w:t xml:space="preserve">[1:33:48] </w:t>
      </w:r>
      <w:r>
        <w:t>log prepare ho jayen. is ke baad woh utra ki zina chhod do aur sharab chhod do.</w:t>
      </w:r>
    </w:p>
    <w:p>
      <w:pPr>
        <w:jc w:val="right"/>
      </w:pPr>
      <w:r>
        <w:t>لوگ پریپیئر ہو جائیں۔ اس کے بعد وہ اترا کہ زنا چھوڑ دو اور شراب چھوڑ دو۔</w:t>
      </w:r>
    </w:p>
    <w:p>
      <w:r>
        <w:rPr>
          <w:b/>
        </w:rPr>
        <w:t xml:space="preserve">[1:33:54] </w:t>
      </w:r>
      <w:r>
        <w:t>agar is se pehle utra hota to log kehte ki la nadu az zina abadan wa la nadu al khabar abadan hum to kabhi bhi zina nahi chhodenge, kabhi sharab sharab nahi chhodenge.</w:t>
      </w:r>
    </w:p>
    <w:p>
      <w:pPr>
        <w:jc w:val="right"/>
      </w:pPr>
      <w:r>
        <w:t>اگر اس سے پہلے اترا ہوتا تو لوگ کہتے کہ لا ندعو الزنا ابدا ولا ندعو الخبر ابدا ہم تو کبھی بھی زنا نہیں چھوڑیں گے، کبھی شراب شراب نہیں چھوڑیں گے۔</w:t>
      </w:r>
    </w:p>
    <w:p>
      <w:r>
        <w:rPr>
          <w:b/>
        </w:rPr>
        <w:t xml:space="preserve">[1:34:04] </w:t>
      </w:r>
      <w:r>
        <w:t>yeh morsi kar rahe hain, abhi society bani nahi, log logon ke andar amadgi paida nahi hui aur khwamkhwah kahenge hum yahan law naafiz karenge, qanoon ka islami qanoon naafiz karenge.</w:t>
      </w:r>
    </w:p>
    <w:p>
      <w:pPr>
        <w:jc w:val="right"/>
      </w:pPr>
      <w:r>
        <w:t>یہ مرسی کر رہے ہیں، ابھی سوسائٹی بنی نہیں، لوگ لوگوں کے اندر آمادگی پیدا نہیں ہوئی اور خوامخواہ کہیں گے ہم یہاں لاء نافذ کریں گے، قانون کا اسلامی قانون نافذ کریں گے۔</w:t>
      </w:r>
    </w:p>
    <w:p>
      <w:r>
        <w:rPr>
          <w:b/>
        </w:rPr>
        <w:t xml:space="preserve">[1:34:17] </w:t>
      </w:r>
      <w:r>
        <w:t>to yeh to hoga, reaction hoga. yaani rasool allah ke is ke bhi khilaaf chal rahe hain log islam ke naam par.</w:t>
      </w:r>
    </w:p>
    <w:p>
      <w:pPr>
        <w:jc w:val="right"/>
      </w:pPr>
      <w:r>
        <w:t>تو یہ تو ہوگا، ری ایکشن ہوگا۔ یعنی رسول اللہ کے اس کے بھی خلاف چل رہے ہیں لوگ اسلام کے نام پر۔</w:t>
      </w:r>
    </w:p>
    <w:p>
      <w:r>
        <w:rPr>
          <w:b/>
        </w:rPr>
        <w:t xml:space="preserve">[1:34:25] </w:t>
      </w:r>
      <w:r>
        <w:t>abhi in ko chahiye tha ki abhi woh education mein reform late, daawa work karte aur wahan ki industry ko aage badhate, wahan ki tourism ko aage badhate, yeh sab kaam karte jis mein koi ikhtilaf nahi tha.</w:t>
      </w:r>
    </w:p>
    <w:p>
      <w:pPr>
        <w:jc w:val="right"/>
      </w:pPr>
      <w:r>
        <w:t>ابھی ان کو چاہیے تھا کہ ابھی وہ ایجوکیشن میں ریفارم لاتے، دعویٰ ورک کرتے اور وہاں کی انڈسٹری کو آگے بڑھاتے، وہاں کی ٹورزم کو آگے بڑھاتے، یہ سب کام کرتے جس میں کوئی اختلاف نہیں تھا۔</w:t>
      </w:r>
    </w:p>
    <w:p>
      <w:r>
        <w:rPr>
          <w:b/>
        </w:rPr>
        <w:t xml:space="preserve">[1:34:40] </w:t>
      </w:r>
      <w:r>
        <w:t>to aaghaz kar diya wahan jahan ikhtilaf hai.</w:t>
      </w:r>
    </w:p>
    <w:p>
      <w:pPr>
        <w:jc w:val="right"/>
      </w:pPr>
      <w:r>
        <w:t>تو آغاز کر دیا وہاں جہاں اختلاف ہے۔</w:t>
      </w:r>
    </w:p>
    <w:p>
      <w:r>
        <w:rPr>
          <w:b/>
        </w:rPr>
        <w:t xml:space="preserve">[1:34:44] </w:t>
      </w:r>
      <w:r>
        <w:t>morsi sahab ko woh karna chahiye jo rasool allah ne kiya, rasool allah ne tareeqa ikhtiyar ka jo ikhtilafi cheezein hain, us ko abhi pending mein rakho aur jo ikhtilafi jo ittifaq ki cheezein hain, us par us par amal karo.</w:t>
      </w:r>
    </w:p>
    <w:p>
      <w:pPr>
        <w:jc w:val="right"/>
      </w:pPr>
      <w:r>
        <w:t>مرسی صاحب کو وہ کرنا چاہیے جو رسول اللہ نے کیا، رسول اللہ نے طریقہ اختیار کا جو اختلافی چیزیں ہیں، اس کو ابھی پینڈنگ میں رکھو اور جو اختلافی جو اتفاق کی چیزیں ہیں، اس پر اس پر عمل کرو۔</w:t>
      </w:r>
    </w:p>
    <w:p>
      <w:r>
        <w:rPr>
          <w:b/>
        </w:rPr>
        <w:t xml:space="preserve">[1:34:58] </w:t>
      </w:r>
      <w:r>
        <w:t>yeh jo hazrat aisha ne kaha ki pehle woh aayatein hoti hain jo jin ka talluq jannat aur jahannum se hota hai, is ka maani ki ittifaqi cheezein pehle, ikhtilafi cheezein baad ko.</w:t>
      </w:r>
    </w:p>
    <w:p>
      <w:pPr>
        <w:jc w:val="right"/>
      </w:pPr>
      <w:r>
        <w:t>یہ جو حضرت عائشہ نے کہا کہ پہلے وہ آیتیں ہوتی ہیں جو جن کا تعلق جنت اور جہنم سے ہوتا ہے، اس کا معنی کہ اتفاقی چیزیں پہلے، اختلافی چیزیں بعد کو۔</w:t>
      </w:r>
    </w:p>
    <w:p>
      <w:r>
        <w:rPr>
          <w:b/>
        </w:rPr>
        <w:t xml:space="preserve">[1:35:09] </w:t>
      </w:r>
      <w:r>
        <w:t>teenon ulta kar diya. it is putting the cart before the horse</w:t>
      </w:r>
    </w:p>
    <w:p>
      <w:pPr>
        <w:jc w:val="right"/>
      </w:pPr>
      <w:r>
        <w:t>تینوں الٹا کر دیا۔ It is putting the card before the heart</w:t>
      </w:r>
    </w:p>
    <w:p>
      <w:r>
        <w:rPr>
          <w:b/>
        </w:rPr>
        <w:t xml:space="preserve">[1:35:13] </w:t>
      </w:r>
      <w:r>
        <w:t>to yeh to yeh to fail ho gayen hain. yaani ahmad morsi sahab ka fail hona yaqeeni hai, aap dekh lijiyega, un ka fail hona yaqeeni hai bilkul, kyunke woh jante nahi ki what is politics, what is islam.</w:t>
      </w:r>
    </w:p>
    <w:p>
      <w:pPr>
        <w:jc w:val="right"/>
      </w:pPr>
      <w:r>
        <w:t>تو یہ تو یہ تو فیل ہو گئی ہیں۔ یعنی احمد مرسی صاحب کا فیل ہونا یقینی ہے، آپ دیکھ لیجئے گا، ان کا فیل ہونا یقینی ہے بالکل، کیونکہ وہ جانتے نہیں کہ واٹ از پولیٹکس، واٹ از اسلام۔</w:t>
      </w:r>
    </w:p>
    <w:p>
      <w:r>
        <w:rPr>
          <w:b/>
        </w:rPr>
        <w:t xml:space="preserve">[1:35:25] </w:t>
      </w:r>
      <w:r>
        <w:t>woh bas whom ko jante hain, apne whom ko. yeh saare logon ka haal yeh hai ki woh apne whom ko jante hain, un ko na politics ka pata hai, na islam ka pata hai. aur phir dekhen ki aap ke british sahab kabhi kamyab nahi honge.</w:t>
      </w:r>
    </w:p>
    <w:p>
      <w:pPr>
        <w:jc w:val="right"/>
      </w:pPr>
      <w:r>
        <w:t>وہ بس وم کو جانتے ہیں، اپنے وم کو۔ یہ سارے لوگوں کا حال یہ ہے کہ وہ اپنے وم کو جانتے ہیں، ان کو نہ پولیٹکس کا پتہ ہے، نہ اسلام کا پتہ ہے۔ اور پھر دیکھیں کہ آپ کے برٹش صاحب کبھی کامیاب نہیں ہوں گے۔</w:t>
      </w:r>
    </w:p>
    <w:p>
      <w:r>
        <w:rPr>
          <w:b/>
        </w:rPr>
        <w:t xml:space="preserve">[1:35:40] </w:t>
      </w:r>
      <w:r>
        <w:t>maulana agla sawal dilli se hai, miss tuti malhotra ka. unhon ne likha hai: "what acts does satan do to create problems, and how should we differentiate that what we are trying to achieve is impossible or that it is satan's doing?"</w:t>
      </w:r>
    </w:p>
    <w:p>
      <w:pPr>
        <w:jc w:val="right"/>
      </w:pPr>
      <w:r>
        <w:t>मौलाना اگلا سوال دلی سے ہے، مس طوطی ملہوترا کا۔ انہوں نے لکھا ہے: "What acts does Satan do to create problems, and how should we differentiate that what we are trying to achieve is impossible or that it is Satan's doing?"</w:t>
      </w:r>
    </w:p>
    <w:p>
      <w:r>
        <w:rPr>
          <w:b/>
        </w:rPr>
        <w:t xml:space="preserve">[1:36:01] </w:t>
      </w:r>
      <w:r>
        <w:t>dekhiye, ab main ne jo baat kahi woh yeh hai ki ek hai nai situation paida ho to rethink karna, aur ek hai react karna.</w:t>
      </w:r>
    </w:p>
    <w:p>
      <w:pPr>
        <w:jc w:val="right"/>
      </w:pPr>
      <w:r>
        <w:t>دیکھیے، اب میں نے جو بات کہی وہ یہ ہے کہ ایک ہے نئی سچوئیشن پیدا ہو تو ری تھنک کرنا، اور ایک ہے ری ایکٹ کرنا۔</w:t>
      </w:r>
    </w:p>
    <w:p>
      <w:r>
        <w:rPr>
          <w:b/>
        </w:rPr>
        <w:t xml:space="preserve">[1:36:12] </w:t>
      </w:r>
      <w:r>
        <w:t>to angels ne rethink kiya, rethink kar ke unhon ne apne khayal ko modify kiya, aur yeh satan ne rethink nahi kiya, us ne react kiya.</w:t>
      </w:r>
    </w:p>
    <w:p>
      <w:pPr>
        <w:jc w:val="right"/>
      </w:pPr>
      <w:r>
        <w:t>تو اینجلس نے ری تھنک کیا، ری تھنک کر کے انہوں نے اپنے خیال کو موڈیفائی کیا، اور یہ سیٹن نے ری تھنک نہیں کیا، اس نے ری ایکٹ کیا۔</w:t>
      </w:r>
    </w:p>
    <w:p>
      <w:r>
        <w:rPr>
          <w:b/>
        </w:rPr>
        <w:t xml:space="preserve">[1:36:24] </w:t>
      </w:r>
      <w:r>
        <w:t>to aap khud ab bahut aasani se pahunch sakte hain ki kya karna chahiye agar aap rethink karen</w:t>
      </w:r>
    </w:p>
    <w:p>
      <w:pPr>
        <w:jc w:val="right"/>
      </w:pPr>
      <w:r>
        <w:t>تو آپ خود اب بہت آسانی سے پہنچ سکتے ہیں کہ کیا کرنا چاہیے اگر آپ ری تھنک کریں</w:t>
      </w:r>
    </w:p>
    <w:p>
      <w:r>
        <w:rPr>
          <w:b/>
        </w:rPr>
        <w:t xml:space="preserve">[1:36:30] </w:t>
      </w:r>
      <w:r>
        <w:t>. jab bhi koi nai situation create ho to bas yahi kijiye ki rethink kijiye, react mat kijiye. is ke baad sab apna apna aap sa masla hal ho jayega.</w:t>
      </w:r>
    </w:p>
    <w:p>
      <w:pPr>
        <w:jc w:val="right"/>
      </w:pPr>
      <w:r>
        <w:t>۔ جب بھی کوئی نئی سچوئیشن کریٹ ہو تو بس یہی کیجیے کہ ری تھنک کیجیے، ری ایکٹ مت کیجیے۔ اس کے بعد سب اپنا اپنا آپ سا مسئلہ حل ہو جائے گا۔</w:t>
      </w:r>
    </w:p>
    <w:p>
      <w:r>
        <w:rPr>
          <w:b/>
        </w:rPr>
        <w:t xml:space="preserve">[1:36:43] </w:t>
      </w:r>
      <w:r>
        <w:t>maulana agla sawal dilli se hai, miss s ahmed ka</w:t>
      </w:r>
    </w:p>
    <w:p>
      <w:pPr>
        <w:jc w:val="right"/>
      </w:pPr>
      <w:r>
        <w:t>मौलाना اگلا سوال دلی سے ہے، مس ایس احمد کا</w:t>
      </w:r>
    </w:p>
    <w:p>
      <w:r>
        <w:rPr>
          <w:b/>
        </w:rPr>
        <w:t xml:space="preserve">[1:36:48] </w:t>
      </w:r>
      <w:r>
        <w:t>unhon ne likha hai: "maulana sahib, whenevr anybody tries to giv the suggestions of making a workable plan for the solution of palestine, and givs mor importance to rebuild their education and infrastructure insted of war, then ther ar strong reactions that the person has becom pro-israel or pro-jewish.</w:t>
      </w:r>
    </w:p>
    <w:p>
      <w:pPr>
        <w:jc w:val="right"/>
      </w:pPr>
      <w:r>
        <w:t>۔ انہوں نے لکھا ہے: "मौलाना साहब, व्हेनएवर एनीबडी ट्राइस टू गिव द सजेशंस ऑफ मेकिंग अ वर्केबल प्लान फॉर द सलूशन ऑफ पलेस्टाइन, एंड गिव्स मोर इंपॉर्टेंस टू रिबिल्ड देयर एजुकेशन एंड इंफ्रास्ट्रक्चर इंस्टेड ऑफ वॉर, देन देयर आर स्ट्रांग रिएक्शंस दैट द पर्सन हैज़ बिकम प्रो-इजराइल और प्रो-जूइश।</w:t>
      </w:r>
    </w:p>
    <w:p>
      <w:r>
        <w:rPr>
          <w:b/>
        </w:rPr>
        <w:t xml:space="preserve">[1:37:13] </w:t>
      </w:r>
      <w:r>
        <w:t>mor over, ther ar questions of nationalism and freedom and independence. so how can on justifi or explain thes questions?" ye jo main ne arz kar diya na ke you hav to judg by s ing the result result ko dekh kar ke judg kijie.</w:t>
      </w:r>
    </w:p>
    <w:p>
      <w:pPr>
        <w:jc w:val="right"/>
      </w:pPr>
      <w:r>
        <w:t>मोर ओवर, देयर आर क्वेश्चंस ऑफ नेशनलिज्म एंड फ्रीडम एंड इंडिपेंडेंस। सो हाउ कैन वन जस्टिफाई और एक्सप्लेन दीज क्वेश्चंस?" یہ جو میں نے عرض کر دیا نا کہ you have to judge by seeing the result رزلٹ کو دیکھ کر کے جج کیجیے۔</w:t>
      </w:r>
    </w:p>
    <w:p>
      <w:r>
        <w:rPr>
          <w:b/>
        </w:rPr>
        <w:t xml:space="preserve">[1:37:33] </w:t>
      </w:r>
      <w:r>
        <w:t>quran mein hai dekhiye saaf saaf ke allah zaroor madad karega ahl-e-iman ki. ye quran mein saaf saaf likha hua hai</w:t>
      </w:r>
    </w:p>
    <w:p>
      <w:pPr>
        <w:jc w:val="right"/>
      </w:pPr>
      <w:r>
        <w:t>قرآن میں ہے دیکھیے صاف صاف کہ اللہ ضرور مدد کرے گا اہل ایمان کی۔ یہ قرآن میں صاف صاف لکھا ہوا ہے</w:t>
      </w:r>
    </w:p>
    <w:p>
      <w:r>
        <w:rPr>
          <w:b/>
        </w:rPr>
        <w:t xml:space="preserve">[1:37:42] </w:t>
      </w:r>
      <w:r>
        <w:t>aik se ziyada bar ke allah zaroor madad karega ahl-e-iman ki. to jab aap ne aik plan banaya aur 60 saal beet gaye, wo plan fail ho gaya to is ka mani hai ke aap ko allah ki help nahi mili, allah ki nusrat nahi mili.</w:t>
      </w:r>
    </w:p>
    <w:p>
      <w:pPr>
        <w:jc w:val="right"/>
      </w:pPr>
      <w:r>
        <w:t>ایک سے زیادہ بار کہ اللہ ضرور مدد کرے گا اہل ایمان کی۔ تو جب آپ نے ایک پلان بنایا اور 60 سال بیت گئے، وہ پلان فیل ہو گیا تو اس کا معنی ہے کہ آپ کو اللہ کی ہیلپ نہیں ملی، اللہ کی نصرت نہیں ملی۔</w:t>
      </w:r>
    </w:p>
    <w:p>
      <w:r>
        <w:rPr>
          <w:b/>
        </w:rPr>
        <w:t xml:space="preserve">[1:37:56] </w:t>
      </w:r>
      <w:r>
        <w:t>to kya karenge aap? re think kijie. yani hasan banan se shuru hua falasteen ka qissa, ab 60 saal se ziyada beet gaye, ab mukammal failure, total failure.</w:t>
      </w:r>
    </w:p>
    <w:p>
      <w:pPr>
        <w:jc w:val="right"/>
      </w:pPr>
      <w:r>
        <w:t>تو کیا کریں گے آپ؟ ری تھنک کیجیے۔ یعنی حسن بننا سے شروع ہوا فلسطین کا قصہ، اب 60 سال سے زیادہ بیت گئے، اب مکمل فیلیر، ٹوٹل فیلیر۔</w:t>
      </w:r>
    </w:p>
    <w:p>
      <w:r>
        <w:rPr>
          <w:b/>
        </w:rPr>
        <w:t xml:space="preserve">[1:38:08] </w:t>
      </w:r>
      <w:r>
        <w:t>to aap kya karenge aap is ke siwa ke aap re think karen?</w:t>
      </w:r>
    </w:p>
    <w:p>
      <w:pPr>
        <w:jc w:val="right"/>
      </w:pPr>
      <w:r>
        <w:t>تو آپ کیا کریں گے آپ اس کے سوا کہ آپ ری تھنک کریں؟</w:t>
      </w:r>
    </w:p>
    <w:p>
      <w:r>
        <w:rPr>
          <w:b/>
        </w:rPr>
        <w:t xml:space="preserve">[1:38:12] </w:t>
      </w:r>
      <w:r>
        <w:t>kyunke agar allah ki madad mili hui thi to kya israel allah se ziyada taqatwar hai? allah se ziyada taqatwar hai ke allah ki madad aayi ho, us ne fail kar diya allah ki madad ko?</w:t>
      </w:r>
    </w:p>
    <w:p>
      <w:pPr>
        <w:jc w:val="right"/>
      </w:pPr>
      <w:r>
        <w:t>کیونکہ اگر اللہ کی مدد ملی ہوئی تھی تو کیا اسرائیل اللہ سے زیادہ طاقتور ہے؟ اللہ سے زیادہ طاقتور ہے کہ اللہ کی مدد آئی ہو، اس نے فیل کر دیا اللہ کی مدد کو؟</w:t>
      </w:r>
    </w:p>
    <w:p>
      <w:r>
        <w:rPr>
          <w:b/>
        </w:rPr>
        <w:t xml:space="preserve">[1:38:24] </w:t>
      </w:r>
      <w:r>
        <w:t>dekhiye, criteria galat hai logon ka. criteria you hav to judg with the result itna zabardast wahan pe qurbaniyan di gayin, barhe barhe log is mein shamil hain, sara arab aur dunya shamil hai.</w:t>
      </w:r>
    </w:p>
    <w:p>
      <w:pPr>
        <w:jc w:val="right"/>
      </w:pPr>
      <w:r>
        <w:t>دیکھیے، کرائٹیریا غلط ہے لوگوں کا۔ کرائٹیریا you have to judge with the result اتنا زبردست وہاں پہ قربانیاں دی گئیں، بڑے بڑے لوگ اس میں شامل ہیں، سارا عرب اور دنیا شامل ہے۔</w:t>
      </w:r>
    </w:p>
    <w:p>
      <w:r>
        <w:rPr>
          <w:b/>
        </w:rPr>
        <w:t xml:space="preserve">[1:38:36] </w:t>
      </w:r>
      <w:r>
        <w:t>lekin total failure, total failure.</w:t>
      </w:r>
    </w:p>
    <w:p>
      <w:pPr>
        <w:jc w:val="right"/>
      </w:pPr>
      <w:r>
        <w:t>لیکن ٹوٹل فیلیر، ٹوٹل فیلیر۔</w:t>
      </w:r>
    </w:p>
    <w:p>
      <w:r>
        <w:rPr>
          <w:b/>
        </w:rPr>
        <w:t xml:space="preserve">[1:38:39] </w:t>
      </w:r>
      <w:r>
        <w:t>to ab ab ab ab aap ke liye kya sawal hai is ke sath? kya aap suicide karna chahte hain? ya to suicide kijiye ya re think kijiye. ya to suicide kijiye ya re think kijiye.</w:t>
      </w:r>
    </w:p>
    <w:p>
      <w:pPr>
        <w:jc w:val="right"/>
      </w:pPr>
      <w:r>
        <w:t>تو اب اب اب اب آپ کے لیے کیا سوال ہے اس کے ساتھ؟ کیا آپ سوسائیڈ کرنا چاہتے ہیں؟ یا تو سوسائیڈ کیجیے یا ری تھنک کیجیے۔ یا تو سوسائیڈ کیجیے یا ری تھنک کیجیے۔</w:t>
      </w:r>
    </w:p>
    <w:p>
      <w:r>
        <w:rPr>
          <w:b/>
        </w:rPr>
        <w:t xml:space="preserve">[1:38:50] </w:t>
      </w:r>
      <w:r>
        <w:t>to satan ne suicide kiya aur angels ne re think kiya. to main samajhta hoon ke ye log satan ke rastay pe chal rahe hain, re think kar, re think karne ke liye tayar nahi hain.</w:t>
      </w:r>
    </w:p>
    <w:p>
      <w:pPr>
        <w:jc w:val="right"/>
      </w:pPr>
      <w:r>
        <w:t>تو سیٹن نے سوسائیڈ کیا اور اینجلس نے ری تھنک کیا۔ تو میں سمجھتا ہوں کہ یہ لوگ سیٹن کے راستے پہ چل رہے ہیں، ری تھنک کر، ری تھنک کرنے کے لیے تیار نہیں ہیں۔</w:t>
      </w:r>
    </w:p>
    <w:p>
      <w:r>
        <w:rPr>
          <w:b/>
        </w:rPr>
        <w:t xml:space="preserve">[1:39:00] </w:t>
      </w:r>
      <w:r>
        <w:t>main is mamle mein, yani is waqt tak nahi manunga koi bacha koi daleel na de. agar koi daleel de to theek hai, jaise aik aik muhaddis ne kaha tha yatoon al sham min kitab allah at aql ye to nahi sham min kitab allah at aql to aap koi quran se baat de to manunga, baqi ye sab to</w:t>
      </w:r>
    </w:p>
    <w:p>
      <w:pPr>
        <w:jc w:val="right"/>
      </w:pPr>
      <w:r>
        <w:t>میں اس معاملے میں، یعنی اس وقت تک نہیں مانوں گا کوئی بچہ کوئی دلیل نہ دے۔ اگر کوئی دلیل دے تو ٹھیک ہے، جیسے ایک ایک محدث نے کہا تھا يتون الشام من كتاب الله اتعقل یہ تو نہیں شام من كتاب الله اتعقل تو آپ کوئی قرآن سے بات دے تو مانوں گا، باقی یہ سب تو</w:t>
      </w:r>
    </w:p>
    <w:p>
      <w:r>
        <w:rPr>
          <w:b/>
        </w:rPr>
        <w:t xml:space="preserve">[1:39:21] </w:t>
      </w:r>
      <w:r>
        <w:t>zaati reasoning hai. zaati reasoning se koi baat sabit nahi hoti. maulana agla sawal dilli se hai, maulana farhad ahmed umri sahib ka.</w:t>
      </w:r>
    </w:p>
    <w:p>
      <w:pPr>
        <w:jc w:val="right"/>
      </w:pPr>
      <w:r>
        <w:t>ذاتی ریزننگ ہے۔ ذاتی ریزننگ سے کوئی بات ثابت نہیں ہوتی۔ मौलाना اگلا سوال دلی سے ہے، مولانا فرہاد احمد عمری صاحب کا۔</w:t>
      </w:r>
    </w:p>
    <w:p>
      <w:r>
        <w:rPr>
          <w:b/>
        </w:rPr>
        <w:t xml:space="preserve">[1:39:31] </w:t>
      </w:r>
      <w:r>
        <w:t>unhon ne aap se poocha hai ke marriage life ko success banane ka raaz kya hai? ek hi hai, adjustment. bas</w:t>
      </w:r>
    </w:p>
    <w:p>
      <w:pPr>
        <w:jc w:val="right"/>
      </w:pPr>
      <w:r>
        <w:t>انہوں نے آپ سے پوچھا ہے کہ میرج لائف کو سکسیس بنانے کا راز کیا ہے؟ एक ही है, एडजस्टमेंट। बस</w:t>
      </w:r>
    </w:p>
    <w:p>
      <w:r>
        <w:rPr>
          <w:b/>
        </w:rPr>
        <w:t xml:space="preserve">[1:39:43] </w:t>
      </w:r>
      <w:r>
        <w:t>dekhiye, is par main ne boht study ki hai. nature aurat ki birth ki do hoti hai.</w:t>
      </w:r>
    </w:p>
    <w:p>
      <w:pPr>
        <w:jc w:val="right"/>
      </w:pPr>
      <w:r>
        <w:t>دیکھیے، اس پر میں نے بہت اسٹڈی کی ہے۔ نیچر عورت کی برتھ کی دو ہوتی ہے۔</w:t>
      </w:r>
    </w:p>
    <w:p>
      <w:r>
        <w:rPr>
          <w:b/>
        </w:rPr>
        <w:t xml:space="preserve">[1:39:50] </w:t>
      </w:r>
      <w:r>
        <w:t>aurat to hoti hai emotional, mard hota hai stubborn. sara khulasa itna hi hai, bas aurat emotional hoti hai, mard stubborn hota hai.</w:t>
      </w:r>
    </w:p>
    <w:p>
      <w:pPr>
        <w:jc w:val="right"/>
      </w:pPr>
      <w:r>
        <w:t>عورت تو ہوتی ہے ایموشنل، مرد ہوتا ہے اسٹربن۔ سارا خلاصہ اتنا ہی ہے، بس عورت ایموشنل ہوتی ہے، مرد اسٹربن ہوتا ہے۔</w:t>
      </w:r>
    </w:p>
    <w:p>
      <w:r>
        <w:rPr>
          <w:b/>
        </w:rPr>
        <w:t xml:space="preserve">[1:40:02] </w:t>
      </w:r>
      <w:r>
        <w:t>to bar bar takrao hota hai, isi liye. yani stubborn aur emotional do cheezain aapas mein takraty rehty hain.</w:t>
      </w:r>
    </w:p>
    <w:p>
      <w:pPr>
        <w:jc w:val="right"/>
      </w:pPr>
      <w:r>
        <w:t>تو بار بار ٹکراؤ ہوتا ہے، اسی لیے۔ یعنی اسٹربن اور ایموشنل دو چیزیں آپس میں ٹکراتے رہتے ہیں۔</w:t>
      </w:r>
    </w:p>
    <w:p>
      <w:r>
        <w:rPr>
          <w:b/>
        </w:rPr>
        <w:t xml:space="preserve">[1:40:12] </w:t>
      </w:r>
      <w:r>
        <w:t>ab aurat ye agar ye jaan le ke mard ka nature hai is ke wo stubborn ho, aur mard ye jaan le ke aurat ka nature hai ke wo emotional ho, to to koi masla hi nahi paida hoga.</w:t>
      </w:r>
    </w:p>
    <w:p>
      <w:pPr>
        <w:jc w:val="right"/>
      </w:pPr>
      <w:r>
        <w:t>اب عورت یہ اگر یہ جان لے کہ مرد کا نیچر ہے اس کہ وہ اسٹربن ہو، اور مرد یہ جان لے کہ عورت کا نیچر ہے کہ وہ ایموشنل ہو، تو تو کوئی مسئلہ ہی نہیں پیدا ہوگا۔</w:t>
      </w:r>
    </w:p>
    <w:p>
      <w:r>
        <w:rPr>
          <w:b/>
        </w:rPr>
        <w:t xml:space="preserve">[1:40:23] </w:t>
      </w:r>
      <w:r>
        <w:t>wo bhi avoid karenge, wahi avoid karenge. kyunke clash jo hai, wo 30 second ke liye hota hai. 30 second avoid kar lein to clash khatam ho jata hai.</w:t>
      </w:r>
    </w:p>
    <w:p>
      <w:pPr>
        <w:jc w:val="right"/>
      </w:pPr>
      <w:r>
        <w:t>وہ بھی اوائڈ کریں گے، وہی اوائڈ کریں گے۔ کیونکہ کلیش جو ہے، وہ 30 سیکنڈ کے لیے ہوتا ہے۔ 30 سیکنڈ اوائڈ کر لیں تو کلیش ختم ہو جاتا ہے۔</w:t>
      </w:r>
    </w:p>
    <w:p>
      <w:r>
        <w:rPr>
          <w:b/>
        </w:rPr>
        <w:t xml:space="preserve">[1:40:34] </w:t>
      </w:r>
      <w:r>
        <w:t>it is but of 30 second. to jab bhi aurat aur mard ka clash ho to wo haqeeqat mein emotion aur stubbornness ke beech mein hoga.</w:t>
      </w:r>
    </w:p>
    <w:p>
      <w:pPr>
        <w:jc w:val="right"/>
      </w:pPr>
      <w:r>
        <w:t>اٹ از بٹ اف 30 سیکنڈ۔ تو جب بھی عورت اور مرد کا کلیش ہو تو وہ حقیقت میں ایموشن اور اسٹربنس کے بیچ میں ہوگا۔</w:t>
      </w:r>
    </w:p>
    <w:p>
      <w:r>
        <w:rPr>
          <w:b/>
        </w:rPr>
        <w:t xml:space="preserve">[1:40:42] </w:t>
      </w:r>
      <w:r>
        <w:t>to aap 30 second sabr kar lijie, 30 second avoid kar lijie, bas phir bilkul normal ho ja ke sab kuch. isi ko main adjustment kehta hoon.</w:t>
      </w:r>
    </w:p>
    <w:p>
      <w:pPr>
        <w:jc w:val="right"/>
      </w:pPr>
      <w:r>
        <w:t>تو آپ 30 سیکنڈ صبر کر لیجیے، 30 سیکنڈ اوائڈ کر لیجیے، بس پھر بالکل نارمل ہو جا کے سب کچھ۔ اسی کو میں ایڈجسٹمنٹ کہتا ہوں۔</w:t>
      </w:r>
    </w:p>
    <w:p>
      <w:r>
        <w:rPr>
          <w:b/>
        </w:rPr>
        <w:t xml:space="preserve">[1:40:53] </w:t>
      </w:r>
      <w:r>
        <w:t>maulana agla sawal dilli se hai, doctor taha ka. unhon ne aap se poocha hai ke in quran it is mentioned "la ikra fiddin".</w:t>
      </w:r>
    </w:p>
    <w:p>
      <w:pPr>
        <w:jc w:val="right"/>
      </w:pPr>
      <w:r>
        <w:t>मौलाना اگلا سوال دلی سے ہے، ڈاکٹر طاہ کا۔ انہوں نے آپ سے پوچھا ہے کہ in Quran it is mentioned "la ikra fiddin".</w:t>
      </w:r>
    </w:p>
    <w:p>
      <w:r>
        <w:rPr>
          <w:b/>
        </w:rPr>
        <w:t xml:space="preserve">[1:41:02] </w:t>
      </w:r>
      <w:r>
        <w:t>does it mean that islam should not be forced on non-muslims?</w:t>
      </w:r>
    </w:p>
    <w:p>
      <w:pPr>
        <w:jc w:val="right"/>
      </w:pPr>
      <w:r>
        <w:t>Does it mean that Islam should not be forced on non-Muslims?</w:t>
      </w:r>
    </w:p>
    <w:p>
      <w:r>
        <w:rPr>
          <w:b/>
        </w:rPr>
        <w:t xml:space="preserve">[1:41:07] </w:t>
      </w:r>
      <w:r>
        <w:t>or does it also mean that islamic teachings should not be forced on muslims as well? is ke baray mein batain. force karke aap kisi ko kuch nahi kar sakte, na musalmanon ko, na ghair musalmanon ko. force karke kuch hota hai?</w:t>
      </w:r>
    </w:p>
    <w:p>
      <w:pPr>
        <w:jc w:val="right"/>
      </w:pPr>
      <w:r>
        <w:t>Or does it also mean that Islamic teachings should not be forced on Muslims as well? اس کے بارے میں بتائیں۔ फोर्स करके आप किसी को कुछ नहीं कर सकते, ना मुसलमानों को, ना गैर मुसलमानों को। फोर्स करके कुछ होता है?</w:t>
      </w:r>
    </w:p>
    <w:p>
      <w:r>
        <w:rPr>
          <w:b/>
        </w:rPr>
        <w:t xml:space="preserve">[1:41:23] </w:t>
      </w:r>
      <w:r>
        <w:t>abhi recently ek khabar aayi thi ke britain mein ek aurat thi, koi, woh apne bete ko chahti thi ke hafiza kare. rehti hai britain mein, chahti hai hafiza karwana.</w:t>
      </w:r>
    </w:p>
    <w:p>
      <w:pPr>
        <w:jc w:val="right"/>
      </w:pPr>
      <w:r>
        <w:t>अभी रिसेंटली एक खबर आई थी कि ब्रिटेन में एक औरत थी, कोई, वह अपने बेटे को चाहती थी कि हाफिजा करे। रहती है ब्रिटेन में, चाहती है हाफिजा करवाना।</w:t>
      </w:r>
    </w:p>
    <w:p>
      <w:r>
        <w:rPr>
          <w:b/>
        </w:rPr>
        <w:t xml:space="preserve">[1:41:35] </w:t>
      </w:r>
      <w:r>
        <w:t>to bachcha jo tha, woh kar nahin pa raha tha ke wahan ke mahaul mein quran ka hafiza karna ko ratna samajhte hain, ko samajhte hain, time waste karna samajhte hain. to woh nahin kar pa raha tha. usko itna umr hai, itna umr hai ke bachcha mar gaya. ab kya, ab khud bhi jail mein hai. to force karke kuch ho sakta hai duniya mein?</w:t>
      </w:r>
    </w:p>
    <w:p>
      <w:pPr>
        <w:jc w:val="right"/>
      </w:pPr>
      <w:r>
        <w:t>तो बच्चा जो था, वह कर नहीं पा रहा था कि वहां के माहौल में قرآन का हाफिजा करना को रटना समझते हैं, को समझते हैं, टाइम वेस्ट करना समझते हैं। तो वह नहीं कर पा रहा था। उसको इतना उम्र है, इतना उम्र है कि बच्चा मर गया। अब क्या, अब खुद भी जेल में है। तो फोर्स करके कुछ हो सकता है दुनिया में?</w:t>
      </w:r>
    </w:p>
    <w:p>
      <w:r>
        <w:rPr>
          <w:b/>
        </w:rPr>
        <w:t xml:space="preserve">[1:41:56] </w:t>
      </w:r>
      <w:r>
        <w:t>yeh soch hi galat hai ke musalmanon par force karna hai ke non-muslim par force karna hai. kisi par nahin karna hai force.</w:t>
      </w:r>
    </w:p>
    <w:p>
      <w:pPr>
        <w:jc w:val="right"/>
      </w:pPr>
      <w:r>
        <w:t>यह सोच ही गलत है कि मुसलमानों पर फोर्स करना है कि नॉन-मुस्लिम पर फोर्स करना है। किसी पर नहीं करना है फोर्स।</w:t>
      </w:r>
    </w:p>
    <w:p>
      <w:r>
        <w:rPr>
          <w:b/>
        </w:rPr>
        <w:t xml:space="preserve">[1:42:03] </w:t>
      </w:r>
      <w:r>
        <w:t>sirf persuasion, persuasion, persuasion. bas aur kuch nahin. maulana agla sawal rarkey se hai, sajid anwar sahab ka.</w:t>
      </w:r>
    </w:p>
    <w:p>
      <w:pPr>
        <w:jc w:val="right"/>
      </w:pPr>
      <w:r>
        <w:t>सिर्फ पर्सुएशन, पर्सुएशन, पर्सुएशन। बस और कुछ नहीं। मौलाना اگلا سوال رڑکی سے ہے، ساجد انور صاحب کا۔</w:t>
      </w:r>
    </w:p>
    <w:p>
      <w:r>
        <w:rPr>
          <w:b/>
        </w:rPr>
        <w:t xml:space="preserve">[1:42:13] </w:t>
      </w:r>
      <w:r>
        <w:t>unhon ne likha hai: maulana in today's lecture, the formula of "rethinking and not reaction when one's plan fails is an excellent one."</w:t>
      </w:r>
    </w:p>
    <w:p>
      <w:pPr>
        <w:jc w:val="right"/>
      </w:pPr>
      <w:r>
        <w:t>انہوں نے لکھا ہے: मौलाना in today's lecture, the formula of "rethinking and not reaction when one's plan fails is an excellent one."</w:t>
      </w:r>
    </w:p>
    <w:p>
      <w:r>
        <w:rPr>
          <w:b/>
        </w:rPr>
        <w:t xml:space="preserve">[1:42:26] </w:t>
      </w:r>
      <w:r>
        <w:t>it is a master formula for entire life, as there are many occasions when our plans fail. and only by following this formula, we can come out of failure.</w:t>
      </w:r>
    </w:p>
    <w:p>
      <w:pPr>
        <w:jc w:val="right"/>
      </w:pPr>
      <w:r>
        <w:t>It is a master formula for entire life, as there are many occasions when our plans fail. And only by following this formula, we can come out of failure.</w:t>
      </w:r>
    </w:p>
    <w:p>
      <w:r>
        <w:rPr>
          <w:b/>
        </w:rPr>
        <w:t xml:space="preserve">[1:42:38] </w:t>
      </w:r>
      <w:r>
        <w:t>maulana, my question is that how to apply this formula in my life, as i am emotional by nature and react quickly? woh to main hi hoon, main bhi hoon, main bhi aise hi hoon.</w:t>
      </w:r>
    </w:p>
    <w:p>
      <w:pPr>
        <w:jc w:val="right"/>
      </w:pPr>
      <w:r>
        <w:t>Maulana, my question is that how to apply this formula in my life, as I am emotional by nature and react quickly? वो तो मैं ही हूँ, मैं भी हूँ, मैं भी ऐसे ही हूँ।</w:t>
      </w:r>
    </w:p>
    <w:p>
      <w:r>
        <w:rPr>
          <w:b/>
        </w:rPr>
        <w:t xml:space="preserve">[1:42:52] </w:t>
      </w:r>
      <w:r>
        <w:t>agar aadmi ke andar, dekhiye, emotion na ho, to aise hoga jaise ke kisi machine mein grease na ho. yaani koi pahiya hai, usmein grease lagayi jaati hai. to wheel without grease jo hai,</w:t>
      </w:r>
    </w:p>
    <w:p>
      <w:pPr>
        <w:jc w:val="right"/>
      </w:pPr>
      <w:r>
        <w:t>अगर आदमी के अंदर, देखिए, इमोशन ना हो, तो ऐसे होगा जैसे कि किसी मशीन में ग्रीस ना हो। यानी कोई पहिया है, उसमें ग्रीस लगाई जाती है। तो व्हील विदाउट ग्रीस जो है,</w:t>
      </w:r>
    </w:p>
    <w:p>
      <w:r>
        <w:rPr>
          <w:b/>
        </w:rPr>
        <w:t xml:space="preserve">[1:43:07] </w:t>
      </w:r>
      <w:r>
        <w:t>chalega nahin. to emotion to hone hi hona chahiye. emotion hamari energy hai, hamari taqat hai. but you have to control your emotions.</w:t>
      </w:r>
    </w:p>
    <w:p>
      <w:pPr>
        <w:jc w:val="right"/>
      </w:pPr>
      <w:r>
        <w:t>चलेगा नहीं। तो इमोशन तो होने ही होना चाहिए। इमोशन हमारी एनर्जी है, हमारी ताकत है। But you have to control your emotions.</w:t>
      </w:r>
    </w:p>
    <w:p>
      <w:r>
        <w:rPr>
          <w:b/>
        </w:rPr>
        <w:t xml:space="preserve">[1:43:21] </w:t>
      </w:r>
      <w:r>
        <w:t>yaani emotion na ho, yeh khuda ka plan nahin hai. emotion to rahega. aapka kaam yeh hai ke aap manage karein usko, emotion ko manage karein. hum to rozana manage karte hain.</w:t>
      </w:r>
    </w:p>
    <w:p>
      <w:pPr>
        <w:jc w:val="right"/>
      </w:pPr>
      <w:r>
        <w:t>यानी इमोशन ना हो, यह खुदा का प्लान नहीं है। इमोशन तो रहेगा। आपका काम यह है कि आप मैनेज करें उसको, इमोशन को मैनेज करें। हम तो रोजाना मैनेज करते हैं।</w:t>
      </w:r>
    </w:p>
    <w:p>
      <w:r>
        <w:rPr>
          <w:b/>
        </w:rPr>
        <w:t xml:space="preserve">[1:43:36] </w:t>
      </w:r>
      <w:r>
        <w:t>aur manage karna koi mushkil kaam nahin hai. maulana, agla jo sawal hai, woh hai doctor najma siddiqui ka, delhi se. sawal se pehle unka ek comment bhi hai, woh pehle padhna chahenge. unhon ne likha hai:</w:t>
      </w:r>
    </w:p>
    <w:p>
      <w:pPr>
        <w:jc w:val="right"/>
      </w:pPr>
      <w:r>
        <w:t>और मैनेज करना कोई मुश्किल काम नहीं है। मौलाना, अगला जो सवाल है, वह है डॉक्टर नजमा सिद्दीकी का, दिल्ली से। सवाल से पहले उनका एक कमेंट भी है, वह पहले पढ़ना चाहेंगे। उन्होंने लिखा है:</w:t>
      </w:r>
    </w:p>
    <w:p>
      <w:r>
        <w:rPr>
          <w:b/>
        </w:rPr>
        <w:t xml:space="preserve">[1:43:51] </w:t>
      </w:r>
      <w:r>
        <w:t>maulana, today's lecture was very, very informative and educative. such lectures help us to develop intellectually.</w:t>
      </w:r>
    </w:p>
    <w:p>
      <w:pPr>
        <w:jc w:val="right"/>
      </w:pPr>
      <w:r>
        <w:t>Maulana, today's lecture was very, very informative and educative. Such lectures help us to develop intellectually.</w:t>
      </w:r>
    </w:p>
    <w:p>
      <w:r>
        <w:rPr>
          <w:b/>
        </w:rPr>
        <w:t xml:space="preserve">[1:44:01] </w:t>
      </w:r>
      <w:r>
        <w:t>unka sawal yeh hai, maulana, unhon ne likha hai: do you think that because of iblis's negative action, the whole jinn population would not get allah's blessings?</w:t>
      </w:r>
    </w:p>
    <w:p>
      <w:pPr>
        <w:jc w:val="right"/>
      </w:pPr>
      <w:r>
        <w:t>उनका सवाल यह है, मौलाना, उन्होंने लिखा है: Do you think that because of Iblis's negative action, the whole jinn population would not get Allah's blessings?</w:t>
      </w:r>
    </w:p>
    <w:p>
      <w:r>
        <w:rPr>
          <w:b/>
        </w:rPr>
        <w:t xml:space="preserve">[1:44:15] </w:t>
      </w:r>
      <w:r>
        <w:t>dekhiye, quran mein aur hadith mein jo hai, use nikalta hai ke jinnon mein do qism ke log hain. baharhal, yeh quran mein hai ke jinnon mein do qism ke log hain. yaani ek woh log hain jo achhe hain, jo bure hain. dono qism ke log jo hain, insanon jaise insanon mein hain, unke andar bhi hain. lekin majority jo hai, woh bigdi hui hai. majority.</w:t>
      </w:r>
    </w:p>
    <w:p>
      <w:pPr>
        <w:jc w:val="right"/>
      </w:pPr>
      <w:r>
        <w:t>देखिए, कुरान में और हदीस में जो है, उसे निकलता है कि जिन्नों में दो किस्म के लोग हैं। बहरहाल, यह कुरान में है कि जिन्नों में दो किस्म के लोग हैं। यानी एक वो लोग हैं जो अच्छे हैं, जो बुरे हैं। दोनों किस्म के लोग जो हैं, इंसानों जैसे इंसानों में हैं, उनके अंदर भी हैं। लेकिन मेजॉरिटी जो है, वह बिगड़ी हुई है। मेजॉरिटी।</w:t>
      </w:r>
    </w:p>
    <w:p>
      <w:r>
        <w:rPr>
          <w:b/>
        </w:rPr>
        <w:t xml:space="preserve">[1:44:44] </w:t>
      </w:r>
      <w:r>
        <w:t>ab iske bahut zyada detail to maloom nahin, kyunke woh to unka mamla unseen world se taluq rakhta hai. sirf hum, yaani ijmaali taur par bhi kuch baat samajh sakte hain unke bare mein. aur surah jinn mein unka taskara hai. surah jinn agar aap padhein, usmein aapko uska kuch haal maloom ho jayega.</w:t>
      </w:r>
    </w:p>
    <w:p>
      <w:pPr>
        <w:jc w:val="right"/>
      </w:pPr>
      <w:r>
        <w:t>अब इसके बहुत ज्यादा डिटेल तो मालूम नहीं, क्योंकि वो तो उनका मामला अनसीन वर्ल्ड से ताल्लुक रखता है। सिर्फ हम, यानी इजमाली तौर पर भी कुछ बात समझ सकते हैं उनके बारे में। और सूरह जिन्न में उनका तस्करा है। सूरह जिन्न अगर आप पढ़ें, उसमें आपको उसका कुछ हाल मालूम हो जाएगा।</w:t>
      </w:r>
    </w:p>
    <w:p>
      <w:r>
        <w:rPr>
          <w:b/>
        </w:rPr>
        <w:t xml:space="preserve">[1:45:08] </w:t>
      </w:r>
      <w:r>
        <w:t>maulana agla sawal hai nauman rasheed sahab ka, d</w:t>
      </w:r>
    </w:p>
    <w:p>
      <w:pPr>
        <w:jc w:val="right"/>
      </w:pPr>
      <w:r>
        <w:t>मौलाना اگلا سوال ہے نعمان رشید صاحب کا، د</w:t>
      </w:r>
    </w:p>
    <w:p>
      <w:r>
        <w:rPr>
          <w:b/>
        </w:rPr>
        <w:t xml:space="preserve">[1:45:12] </w:t>
      </w:r>
      <w:r>
        <w:t>li se. unhon ne likha hai: maulana sahab, hamare samaj ke logon ka yeh zehan hai ke jab woh kisi baat par gussa hote hain, to woh fauran apni wife ko talaq dene ka right samajhte hain. yeh zehan kaisa hai?</w:t>
      </w:r>
    </w:p>
    <w:p>
      <w:pPr>
        <w:jc w:val="right"/>
      </w:pPr>
      <w:r>
        <w:t>لی سے۔ انہوں نے لکھا ہے: मौलाना साहब, हमारे समाज के लोगों का यह ज़हन है कि जब वह किसी बात पर गुस्सा होते हैं, तो वह फौरन अपनी वाइफ को तलाक देने का राइट समझते हैं। यह ज़हन कैसा है?</w:t>
      </w:r>
    </w:p>
    <w:p>
      <w:r>
        <w:rPr>
          <w:b/>
        </w:rPr>
        <w:t xml:space="preserve">[1:45:27] </w:t>
      </w:r>
      <w:r>
        <w:t>kya islam mein talaq ka yahi tareeqa hai? aise logon ke liye islam mein flagging hai, koda marna.</w:t>
      </w:r>
    </w:p>
    <w:p>
      <w:pPr>
        <w:jc w:val="right"/>
      </w:pPr>
      <w:r>
        <w:t>क्या इस्लाम में तलाक का यही तरीका है? ایسے لوگوں کے لیے اسلام میں فلاگنگ ہے، کوڑا مارنا۔</w:t>
      </w:r>
    </w:p>
    <w:p>
      <w:r>
        <w:rPr>
          <w:b/>
        </w:rPr>
        <w:t xml:space="preserve">[1:45:37] </w:t>
      </w:r>
      <w:r>
        <w:t>hazrat umar ka qissa hai ke aisa kiya karte, jo log aisa karte the, to hazrat umar kya karte the ke talaq dilwa dete the, lekin iske saath kya karte?</w:t>
      </w:r>
    </w:p>
    <w:p>
      <w:pPr>
        <w:jc w:val="right"/>
      </w:pPr>
      <w:r>
        <w:t>حضرت عمر کا قصہ ہے کہ ایسا کیا کرتے، جو لوگ ایسا کرتے تھے، تو حضرت عمر کیا کرتے تھے کہ طلاق دلوا دیتے تھے، لیکن اس کے ساتھ کیا کرتے؟</w:t>
      </w:r>
    </w:p>
    <w:p>
      <w:r>
        <w:rPr>
          <w:b/>
        </w:rPr>
        <w:t xml:space="preserve">[1:45:50] </w:t>
      </w:r>
      <w:r>
        <w:t>unka khoob khoob koda marte the. sum auja'a zahra yeh alfaaz aate hain. sum auja'a zahra unke peeth ko zakhmi kar dete the.</w:t>
      </w:r>
    </w:p>
    <w:p>
      <w:pPr>
        <w:jc w:val="right"/>
      </w:pPr>
      <w:r>
        <w:t>ان کا خوب خوب کوڑا مارتے تھے۔ ثم اوجع ظهر یہ الفاظ آتے ہیں۔ ثم اوجع ظهر ان کے پیٹھ کو زخمی کر دیتے تھے۔</w:t>
      </w:r>
    </w:p>
    <w:p>
      <w:r>
        <w:rPr>
          <w:b/>
        </w:rPr>
        <w:t xml:space="preserve">[1:46:00] </w:t>
      </w:r>
      <w:r>
        <w:t>kyunke tum shariat se khilwad kar rahe ho.</w:t>
      </w:r>
    </w:p>
    <w:p>
      <w:pPr>
        <w:jc w:val="right"/>
      </w:pPr>
      <w:r>
        <w:t>کیونکہ تم شریعت سے کھلواڑ کر رہے ہو۔</w:t>
      </w:r>
    </w:p>
    <w:p>
      <w:r>
        <w:rPr>
          <w:b/>
        </w:rPr>
        <w:t xml:space="preserve">[1:46:04] </w:t>
      </w:r>
      <w:r>
        <w:t>to hazrat umar ka tareeqa yeh hai ke woh teen talaq ko waqif kar dete the, lekin khoob peeth ko maar maar kar ke. ab hamare hanaf jo hain, unhon ne kya kiya hai ke maarne ko to alag kar diya aur teen talaq ko waqif karne lage.</w:t>
      </w:r>
    </w:p>
    <w:p>
      <w:pPr>
        <w:jc w:val="right"/>
      </w:pPr>
      <w:r>
        <w:t>تو حضرت عمر کا طریقہ یہ ہے کہ وہ تین طلاق کو واقف کر دیتے تھے، لیکن خوب پیٹھ کو مار مار کر کے۔ اب ہمارے احناف جو ہیں، انہوں نے کیا کیا ہے کہ مارنے کو تو الگ کر دیا اور تین طلاق کو واقف کرنے لگے۔</w:t>
      </w:r>
    </w:p>
    <w:p>
      <w:r>
        <w:rPr>
          <w:b/>
        </w:rPr>
        <w:t xml:space="preserve">[1:46:18] </w:t>
      </w:r>
      <w:r>
        <w:t>karne lage woh. main samajhta hoon ke hanaf ko aisa karna durust nahin. ya to teen ko ek qarar do, ya phir government se kaho ke mujhe koda maarne ka ijazat do.</w:t>
      </w:r>
    </w:p>
    <w:p>
      <w:pPr>
        <w:jc w:val="right"/>
      </w:pPr>
      <w:r>
        <w:t>کرنے لگے وہ۔ میں سمجھتا ہوں کہ احناف کو ایسا کرنا درست نہیں۔ یا تو تین کو ایک قرار دو، یا پھر گورنمنٹ سے کہو کہ مجھے کوڑا مارنے کا اجازت دو۔</w:t>
      </w:r>
    </w:p>
    <w:p>
      <w:r>
        <w:rPr>
          <w:b/>
        </w:rPr>
        <w:t xml:space="preserve">[1:46:30] </w:t>
      </w:r>
      <w:r>
        <w:t>teen talaq ko ek manna us waqt sahi hai jab ke aap koda marein usko. aur koda jo maar nahin sakte, to usko teen ko ek ek qarar dijiye.</w:t>
      </w:r>
    </w:p>
    <w:p>
      <w:pPr>
        <w:jc w:val="right"/>
      </w:pPr>
      <w:r>
        <w:t>تین طلاق کو ایک ماننا اس وقت صحیح ہے جب کہ آپ کوڑا ماریں اس کو۔ اور کوڑا جو مار نہیں سکتے، تو اس کو تین کو ایک ایک قرار دیجیے۔</w:t>
      </w:r>
    </w:p>
    <w:p>
      <w:r>
        <w:rPr>
          <w:b/>
        </w:rPr>
        <w:t xml:space="preserve">[1:46:39] </w:t>
      </w:r>
      <w:r>
        <w:t>jaise jaise ahl ahl hadith log karte hain. is mamle mein maine likha hai, ek poora maqala likha hai, usko aap padh li jiye. khatoon islam mein hai, aap padh li jiye.</w:t>
      </w:r>
    </w:p>
    <w:p>
      <w:pPr>
        <w:jc w:val="right"/>
      </w:pPr>
      <w:r>
        <w:t>جیسے جیسے اہل اہل حدیث لوگ کرتے ہیں۔ اس معاملے میں میں نے لکھا ہے، ایک پورا مقالہ لکھا ہے، اس کو آپ پڑھ لیجیے۔ خاتون اسلام میں ہے، آپ پڑھ لیجیے۔</w:t>
      </w:r>
    </w:p>
    <w:p>
      <w:r>
        <w:rPr>
          <w:b/>
        </w:rPr>
        <w:t xml:space="preserve">[1:46:49] </w:t>
      </w:r>
      <w:r>
        <w:t>mera maslak is maamle mein yeh hai ke ke ahnaf ka jo maslak hai, kisi ne teen bol diya to us ko talaaq waqf kar dete hain. aur main samajhta hoon ke yeh sahi nahi hai, kyunke teen talaaq ko waqf karne ke liye aap ko un ko maarna chahiye.</w:t>
      </w:r>
    </w:p>
    <w:p>
      <w:pPr>
        <w:jc w:val="right"/>
      </w:pPr>
      <w:r>
        <w:t>میرا مسلک اس معاملے میں یہ ہے کہ کہ احناف کا جو مسلک ہے، کسی نے تین بول دیا تو اس کو طلاق واقف کر دیتے ہیں۔ اور میں سمجھتا ہوں کہ یہ صحیح نہیں ہے، کیونکہ تین طلاق کو واقف کرنے کے لیے آپ کو ان کو مارنا چاہیے۔</w:t>
      </w:r>
    </w:p>
    <w:p>
      <w:r>
        <w:rPr>
          <w:b/>
        </w:rPr>
        <w:t xml:space="preserve">[1:47:04] </w:t>
      </w:r>
      <w:r>
        <w:t>aur jab maar nahi sakte to aap to teen ko ek ek rakhiye, teen mat kijiye is ko.</w:t>
      </w:r>
    </w:p>
    <w:p>
      <w:pPr>
        <w:jc w:val="right"/>
      </w:pPr>
      <w:r>
        <w:t>اور جب مار نہیں سکتے تو آپ تو تین کو ایک ایک رکھیے، تین مت کیجیے اس کو۔</w:t>
      </w:r>
    </w:p>
    <w:p>
      <w:r>
        <w:rPr>
          <w:b/>
        </w:rPr>
        <w:t xml:space="preserve">[1:47:09] </w:t>
      </w:r>
      <w:r>
        <w:t>yeh maine tafseel aap jaanna chahein to aap meri kitaab khawateen-e-Islam padh lijiye.</w:t>
      </w:r>
    </w:p>
    <w:p>
      <w:pPr>
        <w:jc w:val="right"/>
      </w:pPr>
      <w:r>
        <w:t>یہ میں نے تفصیل آپ جاننا چاہیں تو آپ میری کتاب خاتون اسلام پڑھ لیجیے۔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