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Zikr e kathir in Islam I 26 Sept, 2010 - Maulana Wahiduddin Khan</w:t>
      </w:r>
    </w:p>
    <w:p>
      <w:r>
        <w:t>https://www.youtube.com/watch?v=ePHZRQ3mpXc</w:t>
      </w:r>
    </w:p>
    <w:p>
      <w:r>
        <w:rPr>
          <w:b/>
        </w:rPr>
        <w:t xml:space="preserve">[00:14] </w:t>
      </w:r>
      <w:r>
        <w:t>bismillah rahman rahim. wasallallah ala nabiyil karim. rabishrah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wahal al-uqdata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[00:42] </w:t>
      </w:r>
      <w:r>
        <w:t>"da concept of zikr-e-kasir in Islam". yaani Khuda ko bahut zyada yaad karna.</w:t>
      </w:r>
    </w:p>
    <w:p>
      <w:pPr>
        <w:jc w:val="right"/>
      </w:pPr>
      <w:r>
        <w:t>"دا کانسیپٹ آف ذکر کثیر ان اسلام"۔ یعنی خدا کو بہت زیادہ یاد کرنا۔</w:t>
      </w:r>
    </w:p>
    <w:p>
      <w:r>
        <w:rPr>
          <w:b/>
        </w:rPr>
        <w:t xml:space="preserve">[00:56] </w:t>
      </w:r>
      <w:r>
        <w:t>yeh Quran mein taqreeban 10 baar aaya hai ke Khuda ko bahut zyada yaad karo.</w:t>
      </w:r>
    </w:p>
    <w:p>
      <w:pPr>
        <w:jc w:val="right"/>
      </w:pPr>
      <w:r>
        <w:t>یہ قرآن میں تقریباً 10 بار آیا ہے کہ خدا کو بہت زیادہ یاد کرو۔</w:t>
      </w:r>
    </w:p>
    <w:p>
      <w:r>
        <w:rPr>
          <w:b/>
        </w:rPr>
        <w:t xml:space="preserve">[01:06] </w:t>
      </w:r>
      <w:r>
        <w:t>in direct way mein to aur bhi zyada hai, lekin direct taur par kam az kam 10 baar.</w:t>
      </w:r>
    </w:p>
    <w:p>
      <w:pPr>
        <w:jc w:val="right"/>
      </w:pPr>
      <w:r>
        <w:t>ان ڈائریکٹ وے میں تو اور بھی زیادہ ہے، لیکن ڈائریکٹ طور پر کم از کم 10 بار۔</w:t>
      </w:r>
    </w:p>
    <w:p>
      <w:r>
        <w:rPr>
          <w:b/>
        </w:rPr>
        <w:t xml:space="preserve">[01:14] </w:t>
      </w:r>
      <w:r>
        <w:t>to Khuda ko yaad karna kya hai? Khuda ko yaad karne ka matlab yeh nahi hai ke aap koi shabdon ko le kar usko dohraen, jaise Allah Allah Allah Allah karen.</w:t>
      </w:r>
    </w:p>
    <w:p>
      <w:pPr>
        <w:jc w:val="right"/>
      </w:pPr>
      <w:r>
        <w:t>تو خدا کو یاد کرنا کیا ہے؟ خدا کو یاد کرنے کا مطلب یہ نہیں ہے کہ آپ کوئی शब्दوں کو لے کر اس کو دہرائیں، جیسے اللہ اللہ اللہ اللہ کریں۔</w:t>
      </w:r>
    </w:p>
    <w:p>
      <w:r>
        <w:rPr>
          <w:b/>
        </w:rPr>
        <w:t xml:space="preserve">[01:28] </w:t>
      </w:r>
      <w:r>
        <w:t>aap yeh matlab nahi hai.</w:t>
      </w:r>
    </w:p>
    <w:p>
      <w:pPr>
        <w:jc w:val="right"/>
      </w:pPr>
      <w:r>
        <w:t>آپ یہ مطلب نہیں ہے۔</w:t>
      </w:r>
    </w:p>
    <w:p>
      <w:r>
        <w:rPr>
          <w:b/>
        </w:rPr>
        <w:t xml:space="preserve">[01:32] </w:t>
      </w:r>
      <w:r>
        <w:t>that is underestimation of God. hamare</w:t>
      </w:r>
    </w:p>
    <w:p>
      <w:pPr>
        <w:jc w:val="right"/>
      </w:pPr>
      <w:r>
        <w:t>دیٹ از انڈر ایسٹیمیشن آف گاڈ۔ ہمارے</w:t>
      </w:r>
    </w:p>
    <w:p>
      <w:r>
        <w:rPr>
          <w:b/>
        </w:rPr>
        <w:t xml:space="preserve">[01:37] </w:t>
      </w:r>
      <w:r>
        <w:t>kuch logon ne is ko janna chaha ke kya matlab hai zikr e kaseer ka, yani bohat ziyada khuda ko yaad karne ka.</w:t>
      </w:r>
    </w:p>
    <w:p>
      <w:pPr>
        <w:jc w:val="right"/>
      </w:pPr>
      <w:r>
        <w:t>کچھ لوگوں نے اس کو جاننا چاہا کہ کیا مطلب ہے ذکر کثیر کا، یعنی بہت زیادہ خدا کو یاد کرنے کا۔</w:t>
      </w:r>
    </w:p>
    <w:p>
      <w:r>
        <w:rPr>
          <w:b/>
        </w:rPr>
        <w:t xml:space="preserve">[01:46] </w:t>
      </w:r>
      <w:r>
        <w:t>to unhon ne is ko in terms of quantity janna chaha, halanke yeh in terms of quality hai.</w:t>
      </w:r>
    </w:p>
    <w:p>
      <w:pPr>
        <w:jc w:val="right"/>
      </w:pPr>
      <w:r>
        <w:t>تو انہوں نے اس کو ان ٹرمز آف کوانٹٹی جاننا چاہا، حالانکہ یہ ان ٹرمز آف کوالٹی ہے۔</w:t>
      </w:r>
    </w:p>
    <w:p>
      <w:r>
        <w:rPr>
          <w:b/>
        </w:rPr>
        <w:t xml:space="preserve">[01:57] </w:t>
      </w:r>
      <w:r>
        <w:t>to kuch logon ne kaha ke das bar se le kar saat lakh bar, yani das das bar to minimum nisaab hai aur saat lakh bar maximum nisaab hai.</w:t>
      </w:r>
    </w:p>
    <w:p>
      <w:pPr>
        <w:jc w:val="right"/>
      </w:pPr>
      <w:r>
        <w:t>تو کچھ لوگوں نے کہا کہ دس بار سے لے کر سات لاکھ بار، یعنی دس دس بار تو منیمم نصاب ہے اور سات لاکھ بار میکسیمم نصاب ہے۔</w:t>
      </w:r>
    </w:p>
    <w:p>
      <w:r>
        <w:rPr>
          <w:b/>
        </w:rPr>
        <w:t xml:space="preserve">[02:16] </w:t>
      </w:r>
      <w:r>
        <w:t>yeh sab khuda ko under estimate karna hai, khuda ki yaad ko under estimate karna hai. yeh sab kuch nahi.</w:t>
      </w:r>
    </w:p>
    <w:p>
      <w:pPr>
        <w:jc w:val="right"/>
      </w:pPr>
      <w:r>
        <w:t>یہ سب خدا کو انڈر ایسٹیمیٹ کرنا ہے، خدا کی یاد کو انڈر ایسٹیمیٹ کرنا ہے۔ یہ سب کچھ نہیں۔</w:t>
      </w:r>
    </w:p>
    <w:p>
      <w:r>
        <w:rPr>
          <w:b/>
        </w:rPr>
        <w:t xml:space="preserve">[02:27] </w:t>
      </w:r>
      <w:r>
        <w:t>khuda ki yaad aik bohat bari, bohat bara realization hai.</w:t>
      </w:r>
    </w:p>
    <w:p>
      <w:pPr>
        <w:jc w:val="right"/>
      </w:pPr>
      <w:r>
        <w:t>خدا کی یاد ایک بہت بڑی، بہت بڑا ریلائزیشن ہے۔</w:t>
      </w:r>
    </w:p>
    <w:p>
      <w:r>
        <w:rPr>
          <w:b/>
        </w:rPr>
        <w:t xml:space="preserve">[02:36] </w:t>
      </w:r>
      <w:r>
        <w:t>itni bari universe jis ne banai, jis ko ke aaj tak insan naap nahi saka, aur itna well designed hai.</w:t>
      </w:r>
    </w:p>
    <w:p>
      <w:pPr>
        <w:jc w:val="right"/>
      </w:pPr>
      <w:r>
        <w:t>اتنی بڑی یونیورس جس نے بنائی، جس کو کہ آج تک انسان ناپ نہیں سکا، اور اتنا ویل ڈیزائنڈ ہے۔</w:t>
      </w:r>
    </w:p>
    <w:p>
      <w:r>
        <w:rPr>
          <w:b/>
        </w:rPr>
        <w:t xml:space="preserve">[02:45] </w:t>
      </w:r>
      <w:r>
        <w:t>aik cheez, cheez itna well design, itna well planned, itna meaningful.</w:t>
      </w:r>
    </w:p>
    <w:p>
      <w:pPr>
        <w:jc w:val="right"/>
      </w:pPr>
      <w:r>
        <w:t>ایک چیز، چیز اتنا ویل ڈیزائن، اتنا ویل پلانڈ، اتنا میننگ فل۔</w:t>
      </w:r>
    </w:p>
    <w:p>
      <w:r>
        <w:rPr>
          <w:b/>
        </w:rPr>
        <w:t xml:space="preserve">[02:53] </w:t>
      </w:r>
      <w:r>
        <w:t>to is ka bananay wala jo khuda hai,</w:t>
      </w:r>
    </w:p>
    <w:p>
      <w:pPr>
        <w:jc w:val="right"/>
      </w:pPr>
      <w:r>
        <w:t>تو اس کا بنانے والا جو خدا ہے،</w:t>
      </w:r>
    </w:p>
    <w:p>
      <w:r>
        <w:rPr>
          <w:b/>
        </w:rPr>
        <w:t xml:space="preserve">[02:58] </w:t>
      </w:r>
      <w:r>
        <w:t>wo shabdon ki repetition se is ki yaad nahi ho sakti.</w:t>
      </w:r>
    </w:p>
    <w:p>
      <w:pPr>
        <w:jc w:val="right"/>
      </w:pPr>
      <w:r>
        <w:t>وہ शब्दوں کی ریپیٹیشن سے اس کی یاد نہیں ہو سکتی۔</w:t>
      </w:r>
    </w:p>
    <w:p>
      <w:r>
        <w:rPr>
          <w:b/>
        </w:rPr>
        <w:t xml:space="preserve">[03:10] </w:t>
      </w:r>
      <w:r>
        <w:t>aaj mere subah ko aik mere sath aik ghatna hui. to mein bohat dinon se chahta tha ke zikr e kaseer ka aik formula banaun, lekin bana nahi pata tha clear tareeqay se.</w:t>
      </w:r>
    </w:p>
    <w:p>
      <w:pPr>
        <w:jc w:val="right"/>
      </w:pPr>
      <w:r>
        <w:t>آج میرے صبح کو ایک میرے ساتھ ایک گھٹنا ہوئی۔ تو میں بہت دنوں سے چاہتا تھا کہ ذکر کثیر کا ایک فارمولا بناؤں، لیکن بنا نہیں پاتا تھا کلیئر طریقے سے۔</w:t>
      </w:r>
    </w:p>
    <w:p>
      <w:r>
        <w:rPr>
          <w:b/>
        </w:rPr>
        <w:t xml:space="preserve">[03:28] </w:t>
      </w:r>
      <w:r>
        <w:t>to aaj kya hua? aik ghatna hui. to Hazrat Ali ne kaha hai ke "عرفت ربی بفسخ الاضائم".</w:t>
      </w:r>
    </w:p>
    <w:p>
      <w:pPr>
        <w:jc w:val="right"/>
      </w:pPr>
      <w:r>
        <w:t>تو آج کیا ہوا؟ ایک گھٹنا ہوئی۔ تو حضرت علی نے کہا ہے کہ "عرفت ربی بفسخ الاضائم"۔</w:t>
      </w:r>
    </w:p>
    <w:p>
      <w:r>
        <w:rPr>
          <w:b/>
        </w:rPr>
        <w:t xml:space="preserve">[03:36] </w:t>
      </w:r>
      <w:r>
        <w:t>baat ke bigarne se matlab khuda ko pehchana. jab baat bigarti hai to mind mein storm aata hai,</w:t>
      </w:r>
    </w:p>
    <w:p>
      <w:pPr>
        <w:jc w:val="right"/>
      </w:pPr>
      <w:r>
        <w:t>بات کے بگڑنے سے معنی خدا کو پہچانا۔ جب بات بگڑتی ہے تو مائنڈ میں سٹارم آتا ہے،</w:t>
      </w:r>
    </w:p>
    <w:p>
      <w:r>
        <w:rPr>
          <w:b/>
        </w:rPr>
        <w:t xml:space="preserve">[03:47] </w:t>
      </w:r>
      <w:r>
        <w:t>brain storm. to ziyada active ho jata hai mind,</w:t>
      </w:r>
    </w:p>
    <w:p>
      <w:pPr>
        <w:jc w:val="right"/>
      </w:pPr>
      <w:r>
        <w:t>برین سٹارم۔ تو زیادہ ایکٹیو ہو جاتا ہے مائنڈ،</w:t>
      </w:r>
    </w:p>
    <w:p>
      <w:r>
        <w:rPr>
          <w:b/>
        </w:rPr>
        <w:t xml:space="preserve">[03:54] </w:t>
      </w:r>
      <w:r>
        <w:t>ziyada sochne lagta hai. to wo mere sath hua aaj subah ko. hua yeh ke meri jo yeh aainak hai, to wo jo pehne hue tha, wo gir gayi sawere aaj aur toot gayi.</w:t>
      </w:r>
    </w:p>
    <w:p>
      <w:pPr>
        <w:jc w:val="right"/>
      </w:pPr>
      <w:r>
        <w:t>زیادہ سوچنے لگتا ہے۔ تو وہ میرے ساتھ ہوا آج صبح کو۔ ہوا یہ کہ میری جو یہ عینک ہے، تو وہ جو پہنے ہوئے تھا، وہ گر گئی سویرے آج اور ٹوٹ گئی۔</w:t>
      </w:r>
    </w:p>
    <w:p>
      <w:r>
        <w:rPr>
          <w:b/>
        </w:rPr>
        <w:t xml:space="preserve">[04:11] </w:t>
      </w:r>
      <w:r>
        <w:t>ab mein bohat usay parha ke aaj aaj hi</w:t>
      </w:r>
    </w:p>
    <w:p>
      <w:pPr>
        <w:jc w:val="right"/>
      </w:pPr>
      <w:r>
        <w:t>اب میں بہت اسے پڑھا کہ آج آج ہی</w:t>
      </w:r>
    </w:p>
    <w:p>
      <w:r>
        <w:rPr>
          <w:b/>
        </w:rPr>
        <w:t xml:space="preserve">[04:14] </w:t>
      </w:r>
      <w:r>
        <w:t>aisa hua, kya hoga? yeh yeh doosri aainak hai jo pehne hue hoon, wo nahi hai jo jo toot gayi. wo to yeh aik shauq tha ke aaj sunday hai,</w:t>
      </w:r>
    </w:p>
    <w:p>
      <w:pPr>
        <w:jc w:val="right"/>
      </w:pPr>
      <w:r>
        <w:t>ایسا ہوا، کیا ہوگا؟ یہ یہ دوسری عینک ہے جو پہنے ہوئے ہوں، وہ نہیں ہے جو جو ٹوٹ گئی۔ وہ تو یہ ایک شوق تھا کہ آج سنڈے ہے،</w:t>
      </w:r>
    </w:p>
    <w:p>
      <w:r>
        <w:rPr>
          <w:b/>
        </w:rPr>
        <w:t xml:space="preserve">[04:27] </w:t>
      </w:r>
      <w:r>
        <w:t>aap ne yahan aana hai. aaj yeh aainak toot gayi,</w:t>
      </w:r>
    </w:p>
    <w:p>
      <w:pPr>
        <w:jc w:val="right"/>
      </w:pPr>
      <w:r>
        <w:t>آپ نے یہاں آنا ہے۔ آج یہ عینک ٹوٹ گئی،</w:t>
      </w:r>
    </w:p>
    <w:p>
      <w:r>
        <w:rPr>
          <w:b/>
        </w:rPr>
        <w:t xml:space="preserve">[04:32] </w:t>
      </w:r>
      <w:r>
        <w:t>lekin yeh Allah taala ka fazal hai ke mujhe aik aur aik aainak mil gayi. to is shauq se mujhe formula discover ho gaya.</w:t>
      </w:r>
    </w:p>
    <w:p>
      <w:pPr>
        <w:jc w:val="right"/>
      </w:pPr>
      <w:r>
        <w:t>لیکن یہ اللہ تعالیٰ کا فضل ہے کہ مجھے ایک اور ایک عینک مل گئی۔ تو اس شوق سے مجھے فارمولا ڈسکور ہو گیا۔</w:t>
      </w:r>
    </w:p>
    <w:p>
      <w:r>
        <w:rPr>
          <w:b/>
        </w:rPr>
        <w:t xml:space="preserve">[04:45] </w:t>
      </w:r>
      <w:r>
        <w:t>wo formula mere apne shabdon mein yeh hai</w:t>
      </w:r>
    </w:p>
    <w:p>
      <w:pPr>
        <w:jc w:val="right"/>
      </w:pPr>
      <w:r>
        <w:t>وہ فارمولا میرے اپنے शब्दوں میں یہ ہے</w:t>
      </w:r>
    </w:p>
    <w:p>
      <w:r>
        <w:rPr>
          <w:b/>
        </w:rPr>
        <w:t xml:space="preserve">[04:51] </w:t>
      </w:r>
      <w:r>
        <w:t>ke jab aap khuda ko bohat ziyada acknowledge karte hain, to acknowledge jab karte hain to aap ke andar shukr aata hai, gratefulness aata hai khuda ke liye.</w:t>
      </w:r>
    </w:p>
    <w:p>
      <w:pPr>
        <w:jc w:val="right"/>
      </w:pPr>
      <w:r>
        <w:t>کہ جب آپ خدا کو بہت زیادہ اکنالج کرتے ہیں، تو اکنالج جب کرتے ہیں تو آپ کے اندر شکر آتا ہے، گریٹ فلنس آتا ہے خدا کے لیے۔</w:t>
      </w:r>
    </w:p>
    <w:p>
      <w:r>
        <w:rPr>
          <w:b/>
        </w:rPr>
        <w:t xml:space="preserve">[05:05] </w:t>
      </w:r>
      <w:r>
        <w:t>aik storm aata hai shukr ka,</w:t>
      </w:r>
    </w:p>
    <w:p>
      <w:pPr>
        <w:jc w:val="right"/>
      </w:pPr>
      <w:r>
        <w:t>ایک سٹارم آتا ہے شکر کا،</w:t>
      </w:r>
    </w:p>
    <w:p>
      <w:r>
        <w:rPr>
          <w:b/>
        </w:rPr>
        <w:t xml:space="preserve">[05:08] </w:t>
      </w:r>
      <w:r>
        <w:t>gratefulness ka. is storm phir kya? is se aap yaad karne lagte hain Allah taala ko. to formula yeh bana ke</w:t>
      </w:r>
    </w:p>
    <w:p>
      <w:pPr>
        <w:jc w:val="right"/>
      </w:pPr>
      <w:r>
        <w:t>گریٹ فلنس کا۔ اس سٹارم پھر کیا؟ اس سے آپ یاد کرنے لگتے ہیں اللہ تعالیٰ کو۔ تو فارمولا یہ بنا کہ</w:t>
      </w:r>
    </w:p>
    <w:p>
      <w:r>
        <w:rPr>
          <w:b/>
        </w:rPr>
        <w:t xml:space="preserve">[05:25] </w:t>
      </w:r>
      <w:r>
        <w:t>eitraaf e kaseer leads to shukr e kaseer, and shukr e kaseer results in zikr e kaseer.</w:t>
      </w:r>
    </w:p>
    <w:p>
      <w:pPr>
        <w:jc w:val="right"/>
      </w:pPr>
      <w:r>
        <w:t>اعتراف کثیر لیڈز ٹو شکر کثیر، اینڈ شکر کثیر رزلٹس ان ذکر کثیر۔</w:t>
      </w:r>
    </w:p>
    <w:p>
      <w:r>
        <w:rPr>
          <w:b/>
        </w:rPr>
        <w:t xml:space="preserve">[05:39] </w:t>
      </w:r>
      <w:r>
        <w:t>yeh bohat dinon ke baad is tarah se formula mere mind mein bana, aur woh ek shauq lagata bana ke itraf-e-kasir leads to shukr-e-kasir, and shukr-e-kasir results in zikr-e-kasir.</w:t>
      </w:r>
    </w:p>
    <w:p>
      <w:pPr>
        <w:jc w:val="right"/>
      </w:pPr>
      <w:r>
        <w:t>یہ بہت دنوں کے بعد اس طرح سے فارمولا میرے مائنڈ میں بنا، اور وہ ایک شوق لگاتا بنا کہ اعتراف کثیر لیڈز ٹو شکر کثیر، اینڈ شکر کثیر رزلٹس ان ذکر کثیر۔</w:t>
      </w:r>
    </w:p>
    <w:p>
      <w:r>
        <w:rPr>
          <w:b/>
        </w:rPr>
        <w:t xml:space="preserve">[05:58] </w:t>
      </w:r>
      <w:r>
        <w:t>jab aap itraf karte hain itni bari universe ka, banane wale ka, acknowledge karte hain, itraf mani acknowledge karna.</w:t>
      </w:r>
    </w:p>
    <w:p>
      <w:pPr>
        <w:jc w:val="right"/>
      </w:pPr>
      <w:r>
        <w:t>جب آپ اعتراف کرتے ہیں اتنی بڑی یونیورس کا، بنانے والے کا، اکنالج کرتے ہیں، اعتراف معنی اکنالج کرنا۔</w:t>
      </w:r>
    </w:p>
    <w:p>
      <w:r>
        <w:rPr>
          <w:b/>
        </w:rPr>
        <w:t xml:space="preserve">[06:09] </w:t>
      </w:r>
      <w:r>
        <w:t>to aap ke dil mein storm aata hai is banane wale ki yaad ka.</w:t>
      </w:r>
    </w:p>
    <w:p>
      <w:pPr>
        <w:jc w:val="right"/>
      </w:pPr>
      <w:r>
        <w:t>تو آپ کے دل میں سٹارم آتا ہے اس بنانے والے کی یاد کا۔</w:t>
      </w:r>
    </w:p>
    <w:p>
      <w:r>
        <w:rPr>
          <w:b/>
        </w:rPr>
        <w:t xml:space="preserve">[06:16] </w:t>
      </w:r>
      <w:r>
        <w:t>to wahi storm jo hai, us waqt jo shabd nikal padte hain aap ke munh se, woh zikr hai. Chahe ek baar nikle ya hazar baar nikle, woh</w:t>
      </w:r>
    </w:p>
    <w:p>
      <w:pPr>
        <w:jc w:val="right"/>
      </w:pPr>
      <w:r>
        <w:t>تو وہی سٹارم جو ہے، اس وقت جو शब्द نکل پڑتے ہیں آپ کے منہ سے، وہ ذکر ہے۔ چاہے ایک بار نکلے یا ہزار بار نکلے، وہ</w:t>
      </w:r>
    </w:p>
    <w:p>
      <w:r>
        <w:rPr>
          <w:b/>
        </w:rPr>
        <w:t xml:space="preserve">[06:32] </w:t>
      </w:r>
      <w:r>
        <w:t>yeh duniya jis mein hum aap rehte hain, har moment, har second yahan par aap ko Khuda ki glory ka koi na koi experience hota hai.</w:t>
      </w:r>
    </w:p>
    <w:p>
      <w:pPr>
        <w:jc w:val="right"/>
      </w:pPr>
      <w:r>
        <w:t>یہ دنیا جس میں ہم آپ رہتے ہیں، ہر مومنٹ، ہر سیکنڈ یہاں پر آپ کو خدا کی گلوری کا کوئی نہ کوئی ایکسپیرینس ہوتا ہے۔</w:t>
      </w:r>
    </w:p>
    <w:p>
      <w:r>
        <w:rPr>
          <w:b/>
        </w:rPr>
        <w:t xml:space="preserve">[06:45] </w:t>
      </w:r>
      <w:r>
        <w:t>ek patti mein Khuda ki glory hai. Patti na ho to hamein oxygen na mile. Oxygen nahi mile to hum mar jayein.</w:t>
      </w:r>
    </w:p>
    <w:p>
      <w:pPr>
        <w:jc w:val="right"/>
      </w:pPr>
      <w:r>
        <w:t>ایک پتی میں خدا کی گلوری ہے۔ پتی نہ ہو تو ہمیں اکسیجن نہ ملے۔ اکسیجن نہیں ملے تو ہم مر جائیں۔</w:t>
      </w:r>
    </w:p>
    <w:p>
      <w:r>
        <w:rPr>
          <w:b/>
        </w:rPr>
        <w:t xml:space="preserve">[06:56] </w:t>
      </w:r>
      <w:r>
        <w:t>pani hai, pani na ho to hamein sara body hamara sookh jaye, hum khatm ho jayein.</w:t>
      </w:r>
    </w:p>
    <w:p>
      <w:pPr>
        <w:jc w:val="right"/>
      </w:pPr>
      <w:r>
        <w:t>پانی ہے، پانی نہ ہو تو ہمیں سارا باڈی ہمارا سوکھ جائے، ہم ختم ہو جائیں۔</w:t>
      </w:r>
    </w:p>
    <w:p>
      <w:r>
        <w:rPr>
          <w:b/>
        </w:rPr>
        <w:t xml:space="preserve">[07:04] </w:t>
      </w:r>
      <w:r>
        <w:t>yani jis cheez ko aap dekhiye, har cheez mein Khuda ki glory maujood hai.</w:t>
      </w:r>
    </w:p>
    <w:p>
      <w:pPr>
        <w:jc w:val="right"/>
      </w:pPr>
      <w:r>
        <w:t>یعنی جس چیز کو آپ دیکھیے، ہر چیز میں خدا کی گلوری موجود ہے۔</w:t>
      </w:r>
    </w:p>
    <w:p>
      <w:r>
        <w:rPr>
          <w:b/>
        </w:rPr>
        <w:t xml:space="preserve">[07:17] </w:t>
      </w:r>
      <w:r>
        <w:t>isi ko ek arabi shayar ne kaha tha ke "wa fi kulli shayin lahu ayatun tadullu 'ala annahu al-wahid". Yani har har cheez, har har cheez mein ek Khuda ki glory ka ek jhalak hai jo tum ko yaad dilati hai ke is duniya ka, is sansar ka ek creator hai.</w:t>
      </w:r>
    </w:p>
    <w:p>
      <w:pPr>
        <w:jc w:val="right"/>
      </w:pPr>
      <w:r>
        <w:t>اسی کو ایک عربی شاعر نے کہا تھا کہ "وفی کل الشین لہو آیت تدل علی انہ الواحد"۔ یعنی ہر ہر چیز، ہر ہر چیز میں ایک خدا کی گلوری کا ایک جھلک ہے جو تم کو یاد دلاتی ہے کہ اس دنیا کا، اس سنسار کا ایک کریٹر ہے۔</w:t>
      </w:r>
    </w:p>
    <w:p>
      <w:r>
        <w:rPr>
          <w:b/>
        </w:rPr>
        <w:t xml:space="preserve">[07:38] </w:t>
      </w:r>
      <w:r>
        <w:t>to log, main is par bohat sochta tha ke is pas jo duniya hamari hai, woh to har ek, woh to universal reminder hai.</w:t>
      </w:r>
    </w:p>
    <w:p>
      <w:pPr>
        <w:jc w:val="right"/>
      </w:pPr>
      <w:r>
        <w:t>تو لوگ، میں اس پر بہت سوچتا تھا کہ اس پاس جو دنیا ہماری ہے، وہ تو ہر ایک، وہ تو یونیورسل ریمائنڈر ہے۔</w:t>
      </w:r>
    </w:p>
    <w:p>
      <w:r>
        <w:rPr>
          <w:b/>
        </w:rPr>
        <w:t xml:space="preserve">[07:49] </w:t>
      </w:r>
      <w:r>
        <w:t>universal reminder, permanent reminder, constant reminder.</w:t>
      </w:r>
    </w:p>
    <w:p>
      <w:pPr>
        <w:jc w:val="right"/>
      </w:pPr>
      <w:r>
        <w:t>یونیورسل ریمائنڈر، پرماننٹ ریمائنڈر، کانسٹنٹ ریمائنڈر۔</w:t>
      </w:r>
    </w:p>
    <w:p>
      <w:r>
        <w:rPr>
          <w:b/>
        </w:rPr>
        <w:t xml:space="preserve">[07:57] </w:t>
      </w:r>
      <w:r>
        <w:t>har cheez mein Khuda ki yaad.</w:t>
      </w:r>
    </w:p>
    <w:p>
      <w:pPr>
        <w:jc w:val="right"/>
      </w:pPr>
      <w:r>
        <w:t>ہر چیز میں خدا کی یاد۔</w:t>
      </w:r>
    </w:p>
    <w:p>
      <w:r>
        <w:rPr>
          <w:b/>
        </w:rPr>
        <w:t xml:space="preserve">[08:02] </w:t>
      </w:r>
      <w:r>
        <w:t>pani piya, abhi das din pehle mera gala bohat kharab ho gaya tha, to main pani nahi pi sakta tha, khana nahi kha sakta tha.</w:t>
      </w:r>
    </w:p>
    <w:p>
      <w:pPr>
        <w:jc w:val="right"/>
      </w:pPr>
      <w:r>
        <w:t>پانی پیا، ابھی دس دن پہلے میرا گلا بہت خراب ہو گیا تھا، تو میں پانی نہیں پی سکتا تھا، کھانا نہیں کھا سکتا تھا۔</w:t>
      </w:r>
    </w:p>
    <w:p>
      <w:r>
        <w:rPr>
          <w:b/>
        </w:rPr>
        <w:t xml:space="preserve">[08:12] </w:t>
      </w:r>
      <w:r>
        <w:t>yani yeh pani jo hai, is ko main gale se utar nahi sakta tha. To maine socha ke Khuda</w:t>
      </w:r>
    </w:p>
    <w:p>
      <w:pPr>
        <w:jc w:val="right"/>
      </w:pPr>
      <w:r>
        <w:t>یعنی یہ پانی جو ہے، اس کو میں گلے سے اتار نہیں سکتا تھا۔ تو میں نے سوچا کہ خدا</w:t>
      </w:r>
    </w:p>
    <w:p>
      <w:r>
        <w:rPr>
          <w:b/>
        </w:rPr>
        <w:t xml:space="preserve">[08:20] </w:t>
      </w:r>
      <w:r>
        <w:t>ne pani paida kiya, sath sath aisa gala paida kiya ke main pani pi sakoon. Aisa gala na ho aur pani na ho, pani ho, aisa gala na ho to hum mar jayein.</w:t>
      </w:r>
    </w:p>
    <w:p>
      <w:pPr>
        <w:jc w:val="right"/>
      </w:pPr>
      <w:r>
        <w:t>نے پانی پیدا کیا، ساتھ ساتھ ایسا گلا پیدا کیا کہ میں پانی پی سکوں۔ ایسا گلا نہ ہو اور پانی نہ ہو، پانی ہو، ایسا گلا نہ ہو تو ہم مر جائیں۔</w:t>
      </w:r>
    </w:p>
    <w:p>
      <w:r>
        <w:rPr>
          <w:b/>
        </w:rPr>
        <w:t xml:space="preserve">[08:33] </w:t>
      </w:r>
      <w:r>
        <w:t>to har cheez mein har waqt reminder chupa hua hai.</w:t>
      </w:r>
    </w:p>
    <w:p>
      <w:pPr>
        <w:jc w:val="right"/>
      </w:pPr>
      <w:r>
        <w:t>تو ہر چیز میں ہر وقت ریمائنڈر چھپا ہوا ہے۔</w:t>
      </w:r>
    </w:p>
    <w:p>
      <w:r>
        <w:rPr>
          <w:b/>
        </w:rPr>
        <w:t xml:space="preserve">[08:40] </w:t>
      </w:r>
      <w:r>
        <w:t>phir kyun insan is se bekhabar rehta hai?</w:t>
      </w:r>
    </w:p>
    <w:p>
      <w:pPr>
        <w:jc w:val="right"/>
      </w:pPr>
      <w:r>
        <w:t>پھر کیوں انسان اس سے بے خبر رہتا ہے؟</w:t>
      </w:r>
    </w:p>
    <w:p>
      <w:r>
        <w:rPr>
          <w:b/>
        </w:rPr>
        <w:t xml:space="preserve">[08:45] </w:t>
      </w:r>
      <w:r>
        <w:t>is ka main aap ko ek experience batata hoon, ek anokha. Aaj subah main apni balcony mein baitha hua tha, suraj bohat hi shaan ke sath nikla hua tha.</w:t>
      </w:r>
    </w:p>
    <w:p>
      <w:pPr>
        <w:jc w:val="right"/>
      </w:pPr>
      <w:r>
        <w:t>اس کا میں آپ کو ایک ایکسپیرینس بتاتا ہوں، ایک انوکھا۔ آج صبح میں اپنی بالکنی میں بیٹھا ہوا تھا، سورج بہت ہی شان کے ساتھ نکلا ہوا تھا۔</w:t>
      </w:r>
    </w:p>
    <w:p>
      <w:r>
        <w:rPr>
          <w:b/>
        </w:rPr>
        <w:t xml:space="preserve">[09:01] </w:t>
      </w:r>
      <w:r>
        <w:t>suraj jo hai, sada cheez nahi hai, billion cheezein is ke sath mili hui hain. Billion cheezein, jaise aap dekhiye, aag jalti hai to us mein bhi shola nikalta hai.</w:t>
      </w:r>
    </w:p>
    <w:p>
      <w:pPr>
        <w:jc w:val="right"/>
      </w:pPr>
      <w:r>
        <w:t>سورج جو ہے، سادہ چیز نہیں ہے، بلین چیزیں اس کے ساتھ ملی ہوئی ہیں۔ بلین چیزیں، جیسے آپ دیکھیے، آگ جلتی ہے تو اس میں بھی شعلہ نکلتا ہے۔</w:t>
      </w:r>
    </w:p>
    <w:p>
      <w:r>
        <w:rPr>
          <w:b/>
        </w:rPr>
        <w:t xml:space="preserve">[09:17] </w:t>
      </w:r>
      <w:r>
        <w:t>is shole mein aag ko taskeen nahi hoti.</w:t>
      </w:r>
    </w:p>
    <w:p>
      <w:pPr>
        <w:jc w:val="right"/>
      </w:pPr>
      <w:r>
        <w:t>اس شعلے میں آگ کو تسکین نہیں ہوتی۔</w:t>
      </w:r>
    </w:p>
    <w:p>
      <w:r>
        <w:rPr>
          <w:b/>
        </w:rPr>
        <w:t xml:space="preserve">[09:20] </w:t>
      </w:r>
      <w:r>
        <w:t>is shole ko aap dekhein, aag se bhadakta hai to aap ko aankh, aap ki aankh ko taskeen nahi milegi. Lekin suraj ki roshni mein aap ko taskeen milti hai.</w:t>
      </w:r>
    </w:p>
    <w:p>
      <w:pPr>
        <w:jc w:val="right"/>
      </w:pPr>
      <w:r>
        <w:t>اس شعلے کو آپ دیکھیں، آگ سے بھڑکتا ہے تو آپ کو آنکھ، آپ کی آنکھ کو تسکین نہیں ملے گی۔ لیکن سورج کی روشنی میں آپ کو تسکین ملتی ہے۔</w:t>
      </w:r>
    </w:p>
    <w:p>
      <w:r>
        <w:rPr>
          <w:b/>
        </w:rPr>
        <w:t xml:space="preserve">[09:30] </w:t>
      </w:r>
      <w:r>
        <w:t>kyun? Suraj ki roshni mein saat rang mile hue hain. Saat rang mile hue hain, un se suraj ki roshni banti hai.</w:t>
      </w:r>
    </w:p>
    <w:p>
      <w:pPr>
        <w:jc w:val="right"/>
      </w:pPr>
      <w:r>
        <w:t>کیوں؟ سورج کی روشنی میں سات رنگ ملے ہوئے ہیں۔ سات رنگ ملے ہوئے ہیں، ان سے سورج کی روشنی بنتی ہے۔</w:t>
      </w:r>
    </w:p>
    <w:p>
      <w:r>
        <w:rPr>
          <w:b/>
        </w:rPr>
        <w:t xml:space="preserve">[09:39] </w:t>
      </w:r>
      <w:r>
        <w:t>tab itna acha roshni ka rang hota hai, itna acha roshni ka. Suraj ki roshni jo hai, kitni beautiful rang is ka hota hai, jo ke bhadakti hui aag kar rahi hoti hai.</w:t>
      </w:r>
    </w:p>
    <w:p>
      <w:pPr>
        <w:jc w:val="right"/>
      </w:pPr>
      <w:r>
        <w:t>تب اتنا اچھا روشنی کا رنگ ہوتا ہے، اتنا اچھا روشنی کا۔ سورج کی روشنی جو ہے، کتنی بیوٹی فل رنگ اس کا ہوتا ہے، جو کہ بھڑکتی ہوئی آگ کر رہی ہوتی ہے۔</w:t>
      </w:r>
    </w:p>
    <w:p>
      <w:r>
        <w:rPr>
          <w:b/>
        </w:rPr>
        <w:t xml:space="preserve">[09:54] </w:t>
      </w:r>
      <w:r>
        <w:t>aisi billion cheezein hain.</w:t>
      </w:r>
    </w:p>
    <w:p>
      <w:pPr>
        <w:jc w:val="right"/>
      </w:pPr>
      <w:r>
        <w:t>ایسی بلین چیزیں ہیں۔</w:t>
      </w:r>
    </w:p>
    <w:p>
      <w:r>
        <w:rPr>
          <w:b/>
        </w:rPr>
        <w:t xml:space="preserve">[09:58] </w:t>
      </w:r>
      <w:r>
        <w:t>to aaj main subah ko jab baitha wahan par to mujhe yaad aaya ke pichla itwar, pichle Sunday ko badal chhaya hua tha. Yani hamare aur suraj ke beech mein badal tha, cloud tha.</w:t>
      </w:r>
    </w:p>
    <w:p>
      <w:pPr>
        <w:jc w:val="right"/>
      </w:pPr>
      <w:r>
        <w:t>تو آج میں صبح کو جب بیٹھا وہاں پر تو مجھے یاد آیا کہ پچھلا اتوار، پچھلے سنڈے کو بادل چھایا ہوا تھا۔ یعنی ہمارے اور سورج کے بیچ میں بادل تھا، کلاؤڈ تھا۔</w:t>
      </w:r>
    </w:p>
    <w:p>
      <w:r>
        <w:rPr>
          <w:b/>
        </w:rPr>
        <w:t xml:space="preserve">[10:13] </w:t>
      </w:r>
      <w:r>
        <w:t>sab ko lagta tha ke har cheez jo hai,</w:t>
      </w:r>
    </w:p>
    <w:p>
      <w:pPr>
        <w:jc w:val="right"/>
      </w:pPr>
      <w:r>
        <w:t>سب کو لگتا تھا کہ ہر چیز جو ہے،</w:t>
      </w:r>
    </w:p>
    <w:p>
      <w:r>
        <w:rPr>
          <w:b/>
        </w:rPr>
        <w:t xml:space="preserve">[10:16] </w:t>
      </w:r>
      <w:r>
        <w:t>shal ho rahi hai.</w:t>
      </w:r>
    </w:p>
    <w:p>
      <w:pPr>
        <w:jc w:val="right"/>
      </w:pPr>
      <w:r>
        <w:t>شل ہو رہی ہے۔</w:t>
      </w:r>
    </w:p>
    <w:p>
      <w:r>
        <w:rPr>
          <w:b/>
        </w:rPr>
        <w:t xml:space="preserve">[10:20] </w:t>
      </w:r>
      <w:r>
        <w:t>har cheez jaise jami hui si lagti thi. insan alag hai aur suraj alag hai, beech mein cloud hai.</w:t>
      </w:r>
    </w:p>
    <w:p>
      <w:pPr>
        <w:jc w:val="right"/>
      </w:pPr>
      <w:r>
        <w:t>ہر چیز جیسے جمی ہوئی سی لگتی تھی۔ انسان الگ ہے اور سورج الگ ہے، بیچ میں کلاؤڈ ہے۔</w:t>
      </w:r>
    </w:p>
    <w:p>
      <w:r>
        <w:rPr>
          <w:b/>
        </w:rPr>
        <w:t xml:space="preserve">[10:30] </w:t>
      </w:r>
      <w:r>
        <w:t>to hum suraj ki roshni thi, lekin aisa nahi ke fiza mein suraj ki roshni na ho,</w:t>
      </w:r>
    </w:p>
    <w:p>
      <w:pPr>
        <w:jc w:val="right"/>
      </w:pPr>
      <w:r>
        <w:t>تو ہم سورج کی روشنی تھی، لیکن ایسا نہیں کہ فضا میں سورج کی روشنی نہ ہو،</w:t>
      </w:r>
    </w:p>
    <w:p>
      <w:r>
        <w:rPr>
          <w:b/>
        </w:rPr>
        <w:t xml:space="preserve">[10:38] </w:t>
      </w:r>
      <w:r>
        <w:t>lekin hum tak pahunch nahi rahi thi woh. to maine socha ke yahi mamla insan ka hai. insan jeeta hai kis mein?</w:t>
      </w:r>
    </w:p>
    <w:p>
      <w:pPr>
        <w:jc w:val="right"/>
      </w:pPr>
      <w:r>
        <w:t>لیکن ہم تک پہنچ نہیں رہی تھی وہ۔ تو میں نے سوچا کہ یہی معاملہ انسان کا ہے۔ انسان جیتا ہے کس میں؟</w:t>
      </w:r>
    </w:p>
    <w:p>
      <w:r>
        <w:rPr>
          <w:b/>
        </w:rPr>
        <w:t xml:space="preserve">[10:49] </w:t>
      </w:r>
      <w:r>
        <w:t>hate mein jeeta hai, nafrat mein jeeta hai, shikayat mein jeeta hai,</w:t>
      </w:r>
    </w:p>
    <w:p>
      <w:pPr>
        <w:jc w:val="right"/>
      </w:pPr>
      <w:r>
        <w:t>ہیٹ میں جیتا ہے، نفرت میں جیتا ہے، شکایت میں جیتا ہے،</w:t>
      </w:r>
    </w:p>
    <w:p>
      <w:r>
        <w:rPr>
          <w:b/>
        </w:rPr>
        <w:t xml:space="preserve">[10:54] </w:t>
      </w:r>
      <w:r>
        <w:t>kadwapan mein jeeta hai, violence mein jeeta hai, hansa mein. jis ko dekhiye, kuch na kuch apne mind mein negative thought liye hue hain.</w:t>
      </w:r>
    </w:p>
    <w:p>
      <w:pPr>
        <w:jc w:val="right"/>
      </w:pPr>
      <w:r>
        <w:t>کڑواپن میں جیتا ہے، وائلنس میں جیتا ہے، ہنسا میں۔ جس کو دیکھیے، کچھ نہ کچھ اپنے مائنڈ میں نیگیٹیو تھاٹ لیے ہوئے ہیں۔</w:t>
      </w:r>
    </w:p>
    <w:p>
      <w:r>
        <w:rPr>
          <w:b/>
        </w:rPr>
        <w:t xml:space="preserve">[11:05] </w:t>
      </w:r>
      <w:r>
        <w:t>negative boli bolta hai. to negative soch, negative feeling, negative behavior, is mein jeeta hai insan.</w:t>
      </w:r>
    </w:p>
    <w:p>
      <w:pPr>
        <w:jc w:val="right"/>
      </w:pPr>
      <w:r>
        <w:t>نیگیٹیو بولی بولتا ہے۔ تو نیگیٹیو سوچ، نیگیٹیو فیلنگ، نیگیٹیو بیہیویئر، اس میں جیتا ہے انسان۔</w:t>
      </w:r>
    </w:p>
    <w:p>
      <w:r>
        <w:rPr>
          <w:b/>
        </w:rPr>
        <w:t xml:space="preserve">[11:17] </w:t>
      </w:r>
      <w:r>
        <w:t>to jahan negativity aayi, khuda ka inspiration wahan se chala gaya.</w:t>
      </w:r>
    </w:p>
    <w:p>
      <w:pPr>
        <w:jc w:val="right"/>
      </w:pPr>
      <w:r>
        <w:t>تو جہاں نیگیٹیوٹی آئی، خدا کا انسپیریشن وہاں سے چلا گیا۔</w:t>
      </w:r>
    </w:p>
    <w:p>
      <w:r>
        <w:rPr>
          <w:b/>
        </w:rPr>
        <w:t xml:space="preserve">[11:26] </w:t>
      </w:r>
      <w:r>
        <w:t>to kya wajah hai ke hum khuda ko bohat zyada yaad nahi kar paate? kyunke hamare aur khuda ke beech mein negative thought record ban gaye hain.</w:t>
      </w:r>
    </w:p>
    <w:p>
      <w:pPr>
        <w:jc w:val="right"/>
      </w:pPr>
      <w:r>
        <w:t>تو کیا وجہ ہے کہ ہم خدا کو بہت زیادہ یاد نہیں کر پاتے؟ کیونکہ ہمارے اور خدا کے بیچ میں نیگیٹیو تھاٹ ریکارڈ بن گئے ہیں۔</w:t>
      </w:r>
    </w:p>
    <w:p>
      <w:r>
        <w:rPr>
          <w:b/>
        </w:rPr>
        <w:t xml:space="preserve">[11:38] </w:t>
      </w:r>
      <w:r>
        <w:t>to humein kya karna hoga? insano se humein jo</w:t>
      </w:r>
    </w:p>
    <w:p>
      <w:pPr>
        <w:jc w:val="right"/>
      </w:pPr>
      <w:r>
        <w:t>تو ہمیں کیا کرنا ہوگا؟ انسانوں سے ہمیں جو</w:t>
      </w:r>
    </w:p>
    <w:p>
      <w:r>
        <w:rPr>
          <w:b/>
        </w:rPr>
        <w:t xml:space="preserve">[11:43] </w:t>
      </w:r>
      <w:r>
        <w:t>negative experience ho, us ko humein bhulana padega. sirf bhulana nahi, us ko convert karna padega.</w:t>
      </w:r>
    </w:p>
    <w:p>
      <w:pPr>
        <w:jc w:val="right"/>
      </w:pPr>
      <w:r>
        <w:t>نیگیٹیو ایکسپیرینس ہو، اس کو ہمیں بھلانا پڑے گا۔ صرف بھلانا نہیں، اس کو کنورٹ کرنا پڑے گا۔</w:t>
      </w:r>
    </w:p>
    <w:p>
      <w:r>
        <w:rPr>
          <w:b/>
        </w:rPr>
        <w:t xml:space="preserve">[11:55] </w:t>
      </w:r>
      <w:r>
        <w:t>negativity ko positivity mein convert karna padega. main aksar kaha karta hoon ke khuda ne</w:t>
      </w:r>
    </w:p>
    <w:p>
      <w:pPr>
        <w:jc w:val="right"/>
      </w:pPr>
      <w:r>
        <w:t>نیگیٹیوٹی کو پازیٹیوٹی میں کنورٹ کرنا پڑے گا۔ میں اکثر کہا کرتا ہوں کہ خدا نے</w:t>
      </w:r>
    </w:p>
    <w:p>
      <w:r>
        <w:rPr>
          <w:b/>
        </w:rPr>
        <w:t xml:space="preserve">[12:03] </w:t>
      </w:r>
      <w:r>
        <w:t>gaaye ko ke zariye ek demonstration diya hai.</w:t>
      </w:r>
    </w:p>
    <w:p>
      <w:pPr>
        <w:jc w:val="right"/>
      </w:pPr>
      <w:r>
        <w:t>گائے کو کے ذریعے ایک ڈیمونسٹریشن دیا ہے۔</w:t>
      </w:r>
    </w:p>
    <w:p>
      <w:r>
        <w:rPr>
          <w:b/>
        </w:rPr>
        <w:t xml:space="preserve">[12:09] </w:t>
      </w:r>
      <w:r>
        <w:t>yani "cow is a divine demonstration". yeh main aksar kehta hoon.</w:t>
      </w:r>
    </w:p>
    <w:p>
      <w:pPr>
        <w:jc w:val="right"/>
      </w:pPr>
      <w:r>
        <w:t>یعنی "کاؤ از ا ڈیوائن ڈیمونسٹریشن"۔ یہ میں اکثر کہتا ہوں۔</w:t>
      </w:r>
    </w:p>
    <w:p>
      <w:r>
        <w:rPr>
          <w:b/>
        </w:rPr>
        <w:t xml:space="preserve">[12:18] </w:t>
      </w:r>
      <w:r>
        <w:t>kya? yani gaaye ko aap ne kya diya? ghaas diya. us ne kya lotaya? doodh lotaya.</w:t>
      </w:r>
    </w:p>
    <w:p>
      <w:pPr>
        <w:jc w:val="right"/>
      </w:pPr>
      <w:r>
        <w:t>کیا؟ یعنی گائے کو آپ نے کیا دیا؟ گھاس دیا۔ اس نے کیا لوٹایا؟ دودھ لوٹایا۔</w:t>
      </w:r>
    </w:p>
    <w:p>
      <w:r>
        <w:rPr>
          <w:b/>
        </w:rPr>
        <w:t xml:space="preserve">[12:27] </w:t>
      </w:r>
      <w:r>
        <w:t>us ka matlab kya hua? ke "cow is an a divine industry". that is able to convert non milk into milk.</w:t>
      </w:r>
    </w:p>
    <w:p>
      <w:pPr>
        <w:jc w:val="right"/>
      </w:pPr>
      <w:r>
        <w:t>اس کا مطلب کیا ہوا؟ کہ "کاؤ از این ا ڈیوائن انڈسٹری"۔ دیٹ از ایبل ٹو کنورٹ نان ملک انٹو ملک۔</w:t>
      </w:r>
    </w:p>
    <w:p>
      <w:r>
        <w:rPr>
          <w:b/>
        </w:rPr>
        <w:t xml:space="preserve">[12:37] </w:t>
      </w:r>
      <w:r>
        <w:t>to khuda yeh bata raha hai insan ko ke dekho, tum ko negativity ko positivity mein convert karna padega.</w:t>
      </w:r>
    </w:p>
    <w:p>
      <w:pPr>
        <w:jc w:val="right"/>
      </w:pPr>
      <w:r>
        <w:t>تو خدا یہ بتا رہا ہے انسان کو کہ دیکھو، تم کو نیگیٹیوٹی کو پازیٹیوٹی میں کنورٹ کرنا پڑے گا۔</w:t>
      </w:r>
    </w:p>
    <w:p>
      <w:r>
        <w:rPr>
          <w:b/>
        </w:rPr>
        <w:t xml:space="preserve">[12:46] </w:t>
      </w:r>
      <w:r>
        <w:t>nafrat ko mohabbat mein convert karna padega. talkhi ko, kadwawhat ko mithaas mein convert karna padega. yahan tak ke dushmani ko dosti mein convert karna padega.</w:t>
      </w:r>
    </w:p>
    <w:p>
      <w:pPr>
        <w:jc w:val="right"/>
      </w:pPr>
      <w:r>
        <w:t>نفرت کو محبت میں کنورٹ کرنا پڑے گا۔ تلخی کو، کڑواہٹ کو مٹھاس میں کنورٹ کرنا پڑے گا۔ یہاں تک کہ دشمنی کو دوستی میں کنورٹ کرنا پڑے گا۔</w:t>
      </w:r>
    </w:p>
    <w:p>
      <w:r>
        <w:rPr>
          <w:b/>
        </w:rPr>
        <w:t xml:space="preserve">[13:00] </w:t>
      </w:r>
      <w:r>
        <w:t>badkhwahi ko khair khwahi mein convert karna padega.</w:t>
      </w:r>
    </w:p>
    <w:p>
      <w:pPr>
        <w:jc w:val="right"/>
      </w:pPr>
      <w:r>
        <w:t>بدخواہی کو خیر خواہی میں کنورٹ کرنا پڑے گا۔</w:t>
      </w:r>
    </w:p>
    <w:p>
      <w:r>
        <w:rPr>
          <w:b/>
        </w:rPr>
        <w:t xml:space="preserve">[13:04] </w:t>
      </w:r>
      <w:r>
        <w:t>to aisa hoga ke</w:t>
      </w:r>
    </w:p>
    <w:p>
      <w:pPr>
        <w:jc w:val="right"/>
      </w:pPr>
      <w:r>
        <w:t>تو ایسا ہوگا کہ</w:t>
      </w:r>
    </w:p>
    <w:p>
      <w:r>
        <w:rPr>
          <w:b/>
        </w:rPr>
        <w:t xml:space="preserve">[13:09] </w:t>
      </w:r>
      <w:r>
        <w:t>ke tumhare andar khuda jalwa karega. tum ko khuda ka inspiration pahunchega. phir tum khuda ko yaad karoge.</w:t>
      </w:r>
    </w:p>
    <w:p>
      <w:pPr>
        <w:jc w:val="right"/>
      </w:pPr>
      <w:r>
        <w:t>کہ تمہارے اندر خدا جلوہ کرے گا۔ تم کو خدا کا انسپیریشن پہنچے گا۔ پھر تم خدا کو یاد کرو گے۔</w:t>
      </w:r>
    </w:p>
    <w:p>
      <w:r>
        <w:rPr>
          <w:b/>
        </w:rPr>
        <w:t xml:space="preserve">[13:19] </w:t>
      </w:r>
      <w:r>
        <w:t>phir tum har cheez mein khuda ka jalwa dekh paoge. to logon ne kya kar rakha hai?</w:t>
      </w:r>
    </w:p>
    <w:p>
      <w:pPr>
        <w:jc w:val="right"/>
      </w:pPr>
      <w:r>
        <w:t>پھر تم ہر چیز میں خدا کا جلوہ دیکھ پاؤ گے۔ تو لوگوں نے کیا کر رکھا ہے؟</w:t>
      </w:r>
    </w:p>
    <w:p>
      <w:r>
        <w:rPr>
          <w:b/>
        </w:rPr>
        <w:t xml:space="preserve">[13:27] </w:t>
      </w:r>
      <w:r>
        <w:t>nafrat ka cloud,</w:t>
      </w:r>
    </w:p>
    <w:p>
      <w:pPr>
        <w:jc w:val="right"/>
      </w:pPr>
      <w:r>
        <w:t>نفرت کا کلاؤڈ،</w:t>
      </w:r>
    </w:p>
    <w:p>
      <w:r>
        <w:rPr>
          <w:b/>
        </w:rPr>
        <w:t xml:space="preserve">[13:32] </w:t>
      </w:r>
      <w:r>
        <w:t>hate aur shikayat ka badal apne aur khuda ke beech mein bana rakha hai.</w:t>
      </w:r>
    </w:p>
    <w:p>
      <w:pPr>
        <w:jc w:val="right"/>
      </w:pPr>
      <w:r>
        <w:t>ہیٹ اور شکایت کا بادل اپنے اور خدا کے بیچ میں بنا رکھا ہے۔</w:t>
      </w:r>
    </w:p>
    <w:p>
      <w:r>
        <w:rPr>
          <w:b/>
        </w:rPr>
        <w:t xml:space="preserve">[13:42] </w:t>
      </w:r>
      <w:r>
        <w:t>is liye log zikr e kaseer nahi kar paate. kehte hain nahi, bari mahroomi hai ke jis khaliq ne aap ko banaya, jis khaliq ne yeh universe banaya, jis khaliq ne yeh life support system yahan par rakha,</w:t>
      </w:r>
    </w:p>
    <w:p>
      <w:pPr>
        <w:jc w:val="right"/>
      </w:pPr>
      <w:r>
        <w:t>اس لیے لوگ ذکر کثیر نہیں کر پاتے۔ کہتے ہیں نہیں، بڑی محرومی ہے کہ جس خالق نے آپ کو بنایا، جس خالق نے یہ یونیورس بنایا، جس خالق نے یہ لائف سپورٹ سسٹم یہاں پر رکھا،</w:t>
      </w:r>
    </w:p>
    <w:p>
      <w:r>
        <w:rPr>
          <w:b/>
        </w:rPr>
        <w:t xml:space="preserve">[14:00] </w:t>
      </w:r>
      <w:r>
        <w:t>isi hi Khuda ko aap yaad na kar sakein, isi Khuda ko aap acknowledge na kar sakein. to isi baat ko hadith mein is tarah kaha gaya hai ke "man lam yashkur al-nas lam yashkur Allah".</w:t>
      </w:r>
    </w:p>
    <w:p>
      <w:pPr>
        <w:jc w:val="right"/>
      </w:pPr>
      <w:r>
        <w:t>اسی ہی خدا کو آپ یاد نہ کر سکیں، اسی خدا کو آپ اکنالج نہ کر سکیں۔ تو اسی بات کو حدیث میں اس طرح کہا گیا ہے کہ "من لم یشکر الناس لم یشکر اللہ"۔</w:t>
      </w:r>
    </w:p>
    <w:p>
      <w:r>
        <w:rPr>
          <w:b/>
        </w:rPr>
        <w:t xml:space="preserve">[14:16] </w:t>
      </w:r>
      <w:r>
        <w:t>jo aadmi</w:t>
      </w:r>
    </w:p>
    <w:p>
      <w:pPr>
        <w:jc w:val="right"/>
      </w:pPr>
      <w:r>
        <w:t>جو آدمی</w:t>
      </w:r>
    </w:p>
    <w:p>
      <w:r>
        <w:rPr>
          <w:b/>
        </w:rPr>
        <w:t xml:space="preserve">[14:17] </w:t>
      </w:r>
      <w:r>
        <w:t>insan ka shukr na karega, woh Khuda ka bhi shukr nahi karega. shukr ka matlab kya hai? acknowledge karna, eteraaf karna, maanna.</w:t>
      </w:r>
    </w:p>
    <w:p>
      <w:pPr>
        <w:jc w:val="right"/>
      </w:pPr>
      <w:r>
        <w:t>انسان کا شکر نہ کرے گا، وہ خدا کا بھی شکر نہیں کرے گا۔ شکر کا مطلب کیا ہے؟ اکنالج کرنا، اعتراف کرنا، ماننا۔</w:t>
      </w:r>
    </w:p>
    <w:p>
      <w:r>
        <w:rPr>
          <w:b/>
        </w:rPr>
        <w:t xml:space="preserve">[14:31] </w:t>
      </w:r>
      <w:r>
        <w:t>jab aap insan ko insan</w:t>
      </w:r>
    </w:p>
    <w:p>
      <w:pPr>
        <w:jc w:val="right"/>
      </w:pPr>
      <w:r>
        <w:t>جب آپ انسان کو انسان</w:t>
      </w:r>
    </w:p>
    <w:p>
      <w:r>
        <w:rPr>
          <w:b/>
        </w:rPr>
        <w:t xml:space="preserve">[14:36] </w:t>
      </w:r>
      <w:r>
        <w:t>ka eteraaf na karein to is ka matlab hai ke aap ke andar eteraaf ki salahiyat hi khatam ho gayi.</w:t>
      </w:r>
    </w:p>
    <w:p>
      <w:pPr>
        <w:jc w:val="right"/>
      </w:pPr>
      <w:r>
        <w:t>کا اعتراف نہ کریں تو اس کا معنی ہے کہ آپ کے اندر اعتراف کی صلاحیت ہی ختم ہوگئی۔</w:t>
      </w:r>
    </w:p>
    <w:p>
      <w:r>
        <w:rPr>
          <w:b/>
        </w:rPr>
        <w:t xml:space="preserve">[14:46] </w:t>
      </w:r>
      <w:r>
        <w:t>insan ko acknowledge na karne ka matlab yeh hua ke aap ke andar acknowledge karne ki salahiyat khatam ho gayi.</w:t>
      </w:r>
    </w:p>
    <w:p>
      <w:pPr>
        <w:jc w:val="right"/>
      </w:pPr>
      <w:r>
        <w:t>انسان کو اکنالج نہ کرنے کا مطلب یہ ہوا کہ آپ کے اندر اکنالج کرنے کی صلاحیت ختم ہوگئی۔</w:t>
      </w:r>
    </w:p>
    <w:p>
      <w:r>
        <w:rPr>
          <w:b/>
        </w:rPr>
        <w:t xml:space="preserve">[14:54] </w:t>
      </w:r>
      <w:r>
        <w:t>to aisa nahi ho sakta ke aap insan ko to acknowledge na karein, achaanak Khuda ko acknowledge karne lagein. aisa nahi ho sakta hai.</w:t>
      </w:r>
    </w:p>
    <w:p>
      <w:pPr>
        <w:jc w:val="right"/>
      </w:pPr>
      <w:r>
        <w:t>تو ایسا نہیں ہو سکتا کہ آپ انسان کو تو اکنالج نہ کریں، اچانک خدا کو اکنالج کرنے لگیں۔ ایسا نہیں ہو سکتا ہے۔</w:t>
      </w:r>
    </w:p>
    <w:p>
      <w:r>
        <w:rPr>
          <w:b/>
        </w:rPr>
        <w:t xml:space="preserve">[15:05] </w:t>
      </w:r>
      <w:r>
        <w:t>jab aap Khuda, jab aap insan ko acknowledge karenge, tabhi aap Khuda ko bhi acknowledge kar sakeinge.</w:t>
      </w:r>
    </w:p>
    <w:p>
      <w:pPr>
        <w:jc w:val="right"/>
      </w:pPr>
      <w:r>
        <w:t>جب آپ خدا، جب آپ انسان کو اکنالج کریں گے، تبھی آپ خدا کو بھی اکنالج کر سکیں گے۔</w:t>
      </w:r>
    </w:p>
    <w:p>
      <w:r>
        <w:rPr>
          <w:b/>
        </w:rPr>
        <w:t xml:space="preserve">[15:14] </w:t>
      </w:r>
      <w:r>
        <w:t>to agar kisi ko jeena hai Khuda ki yaad mein, kisi ko jeena hai Khuda ke shukr mein, kisi ko jeena hai jannat wale, jannat wale ehsaasaat mein,</w:t>
      </w:r>
    </w:p>
    <w:p>
      <w:pPr>
        <w:jc w:val="right"/>
      </w:pPr>
      <w:r>
        <w:t>تو اگر کسی کو جینا ہے خدا کی یاد میں، کسی کو جینا ہے خدا کے شکر میں، کسی کو جینا ہے جنت والے، جنت والے احساسات میں،</w:t>
      </w:r>
    </w:p>
    <w:p>
      <w:r>
        <w:rPr>
          <w:b/>
        </w:rPr>
        <w:t xml:space="preserve">[15:30] </w:t>
      </w:r>
      <w:r>
        <w:t>to ab yeh is ko sacrifice deni padegi ke samaj mein har shikayat khatam, har karwahat khatam, koi protest nahi, koi shikayat nahi.</w:t>
      </w:r>
    </w:p>
    <w:p>
      <w:pPr>
        <w:jc w:val="right"/>
      </w:pPr>
      <w:r>
        <w:t>تو اب یہ اس کو سیکریفائس دینی پڑے گی کہ سماج میں ہر شکایت ختم، ہر کڑواہٹ ختم، کوئی پروٹیسٹ نہیں، کوئی شکایت نہیں۔</w:t>
      </w:r>
    </w:p>
    <w:p>
      <w:r>
        <w:rPr>
          <w:b/>
        </w:rPr>
        <w:t xml:space="preserve">[15:45] </w:t>
      </w:r>
      <w:r>
        <w:t>yeh shikayat hai jo kahan tak pounchti hai?</w:t>
      </w:r>
    </w:p>
    <w:p>
      <w:pPr>
        <w:jc w:val="right"/>
      </w:pPr>
      <w:r>
        <w:t>یہ شکایت ہے جو کہاں تک پہنچتی ہے؟</w:t>
      </w:r>
    </w:p>
    <w:p>
      <w:r>
        <w:rPr>
          <w:b/>
        </w:rPr>
        <w:t xml:space="preserve">[15:49] </w:t>
      </w:r>
      <w:r>
        <w:t>Hansa aur waris tak pounchti hai. phir kya hota hai? suicide bombing tak pounchti hai. suicide bombing kya hai? utter despair ka naam hai.</w:t>
      </w:r>
    </w:p>
    <w:p>
      <w:pPr>
        <w:jc w:val="right"/>
      </w:pPr>
      <w:r>
        <w:t>ہنسا اور وارث تک پہنچتی ہے۔ پھر کیا ہوتا ہے؟ سوسائیڈ بمبنگ تک پہنچتی ہے۔ سوسائیڈ بمبنگ کیا ہے؟ اٹر ڈسپیئر کا نام ہے۔</w:t>
      </w:r>
    </w:p>
    <w:p>
      <w:r>
        <w:rPr>
          <w:b/>
        </w:rPr>
        <w:t xml:space="preserve">[16:00] </w:t>
      </w:r>
      <w:r>
        <w:t>utter despair. jab aadmi aakhri had tak bilkul</w:t>
      </w:r>
    </w:p>
    <w:p>
      <w:pPr>
        <w:jc w:val="right"/>
      </w:pPr>
      <w:r>
        <w:t>اٹر ڈسپیئر۔ جب آدمی آخری حد تک بالکل</w:t>
      </w:r>
    </w:p>
    <w:p>
      <w:r>
        <w:rPr>
          <w:b/>
        </w:rPr>
        <w:t xml:space="preserve">[16:07] </w:t>
      </w:r>
      <w:r>
        <w:t>nirash ho jata hai, aakhri had tak na-umeed ho jata hai, to kya karta hai? suicide kar leta hai. to suicide bombing jo hai, utter despair ka naam hai.</w:t>
      </w:r>
    </w:p>
    <w:p>
      <w:pPr>
        <w:jc w:val="right"/>
      </w:pPr>
      <w:r>
        <w:t>نراش ہو جاتا ہے، آخری حد تک نا امید ہو جاتا ہے، تو کیا کرتا ہے؟ سوسائیڈ کر لیتا ہے۔ تو سوسائیڈ بمبنگ جو ہے، اٹر ڈسپیئر کا نام ہے۔</w:t>
      </w:r>
    </w:p>
    <w:p>
      <w:r>
        <w:rPr>
          <w:b/>
        </w:rPr>
        <w:t xml:space="preserve">[16:19] </w:t>
      </w:r>
      <w:r>
        <w:t>woh to haram hai, super haram hai. to dekhein, log jo hain,</w:t>
      </w:r>
    </w:p>
    <w:p>
      <w:pPr>
        <w:jc w:val="right"/>
      </w:pPr>
      <w:r>
        <w:t>وہ تو حرام ہے، سپر حرام ہے۔ تو دیکھیں، لوگ جو ہیں،</w:t>
      </w:r>
    </w:p>
    <w:p>
      <w:r>
        <w:rPr>
          <w:b/>
        </w:rPr>
        <w:t xml:space="preserve">[16:27] </w:t>
      </w:r>
      <w:r>
        <w:t>Khuda ki yaad ki value nahi samajhte. Khuda ki yaad hi to jannat ki price hai. jannat mein kya cheez le jayegi?</w:t>
      </w:r>
    </w:p>
    <w:p>
      <w:pPr>
        <w:jc w:val="right"/>
      </w:pPr>
      <w:r>
        <w:t>خدا کی یاد کی ویلیو نہیں سمجھتے۔ خدا کی یاد ہی تو جنت کی پرائس ہے۔ جنت میں کیا چیز لے جائے گی؟</w:t>
      </w:r>
    </w:p>
    <w:p>
      <w:r>
        <w:rPr>
          <w:b/>
        </w:rPr>
        <w:t xml:space="preserve">[16:38] </w:t>
      </w:r>
      <w:r>
        <w:t>kya cheez le jayegi jannat mein aadmi ko? yeh ke aap ne Khuda ko pehchana,</w:t>
      </w:r>
    </w:p>
    <w:p>
      <w:pPr>
        <w:jc w:val="right"/>
      </w:pPr>
      <w:r>
        <w:t>کیا چیز لے جائے گی جنت میں آدمی کو؟ یہ کہ آپ نے خدا کو پہچانا،</w:t>
      </w:r>
    </w:p>
    <w:p>
      <w:r>
        <w:rPr>
          <w:b/>
        </w:rPr>
        <w:t xml:space="preserve">[16:45] </w:t>
      </w:r>
      <w:r>
        <w:t>Khuda ko aap ne discover kiya, Khuda ko aap ne acknowledge kiya. har cheez mein aap ne Khuda ka jalwa dekha. patti dekh kar Khuda yaad aaya aap ko, suraj dekh kar aap ko Khuda yaad aaya,</w:t>
      </w:r>
    </w:p>
    <w:p>
      <w:pPr>
        <w:jc w:val="right"/>
      </w:pPr>
      <w:r>
        <w:t>خدا کو آپ نے ڈسکور کیا، خدا کو آپ نے اکنالج کیا۔ ہر چیز میں آپ نے خدا کا جلوہ دیکھا۔ پتی دیکھ کر خدا یاد آیا آپ کو، سورج دیکھ کر آپ کو خدا یاد آیا،</w:t>
      </w:r>
    </w:p>
    <w:p>
      <w:r>
        <w:rPr>
          <w:b/>
        </w:rPr>
        <w:t xml:space="preserve">[17:01] </w:t>
      </w:r>
      <w:r>
        <w:t>hawaon ke jhonke mein aap ko Khuda ka paigham mila.</w:t>
      </w:r>
    </w:p>
    <w:p>
      <w:pPr>
        <w:jc w:val="right"/>
      </w:pPr>
      <w:r>
        <w:t>ہواؤں کے جھونکے میں آپ کو خدا کا پیغام ملا۔</w:t>
      </w:r>
    </w:p>
    <w:p>
      <w:r>
        <w:rPr>
          <w:b/>
        </w:rPr>
        <w:t xml:space="preserve">[17:07] </w:t>
      </w:r>
      <w:r>
        <w:t>har cheez, har cheez, har cheez mein aap ko Khuda ki khushboo mili. lekin yeh kab hoga?</w:t>
      </w:r>
    </w:p>
    <w:p>
      <w:pPr>
        <w:jc w:val="right"/>
      </w:pPr>
      <w:r>
        <w:t>ہر چیز، ہر چیز، ہر چیز میں آپ کو خدا کی خوشبو ملی۔ لیکن یہ کب ہوگا؟</w:t>
      </w:r>
    </w:p>
    <w:p>
      <w:r>
        <w:rPr>
          <w:b/>
        </w:rPr>
        <w:t xml:space="preserve">[17:17] </w:t>
      </w:r>
      <w:r>
        <w:t>jab insaanon mein bhi aap ko khushboo dikhai de, insaanon mein bhi aap aisa kar paayein</w:t>
      </w:r>
    </w:p>
    <w:p>
      <w:pPr>
        <w:jc w:val="right"/>
      </w:pPr>
      <w:r>
        <w:t>جب انسانوں میں بھی آپ کو خوشبو دکھائی دے، انسانوں میں بھی آپ ایسا کر پائیں</w:t>
      </w:r>
    </w:p>
    <w:p>
      <w:r>
        <w:rPr>
          <w:b/>
        </w:rPr>
        <w:t xml:space="preserve">[17:26] </w:t>
      </w:r>
      <w:r>
        <w:t>ke be-shikayat jiyein, be-nafrat jiyein,</w:t>
      </w:r>
    </w:p>
    <w:p>
      <w:pPr>
        <w:jc w:val="right"/>
      </w:pPr>
      <w:r>
        <w:t>کہ بے شکایت جیئیں، بے نفرت جیئیں،</w:t>
      </w:r>
    </w:p>
    <w:p>
      <w:r>
        <w:rPr>
          <w:b/>
        </w:rPr>
        <w:t xml:space="preserve">[17:32] </w:t>
      </w:r>
      <w:r>
        <w:t>paak saaf dil le kar ke samaj mein jab aap rahenge, tabhi aisa hoga ke aap ko Khuda ki yaad ki tofeeq milegi jo aap ko jannat tak le aati hai.</w:t>
      </w:r>
    </w:p>
    <w:p>
      <w:pPr>
        <w:jc w:val="right"/>
      </w:pPr>
      <w:r>
        <w:t>پاک صاف دل لے کر کے سماج میں جب آپ رہیں گے، تبھی ایسا ہوگا کہ آپ کو خدا کی یاد کی توفیق ملے گی جو آپ کو جنت تک لے آتی ہے۔</w:t>
      </w:r>
    </w:p>
    <w:p>
      <w:r>
        <w:rPr>
          <w:b/>
        </w:rPr>
        <w:t xml:space="preserve">[17:46] </w:t>
      </w:r>
      <w:r>
        <w:t>mein aksar ek qissa bataya karta hoon logon ko, Gautam Buddha ka.</w:t>
      </w:r>
    </w:p>
    <w:p>
      <w:pPr>
        <w:jc w:val="right"/>
      </w:pPr>
      <w:r>
        <w:t>میں اکثر ایک قصہ بتایا کرتا ہوں لوگوں کو، گوتم بدھ کا۔</w:t>
      </w:r>
    </w:p>
    <w:p>
      <w:r>
        <w:rPr>
          <w:b/>
        </w:rPr>
        <w:t xml:space="preserve">[17:52] </w:t>
      </w:r>
      <w:r>
        <w:t>woh mujhe bohat hi pasand hai. isi liye main aksar batata hoon. Gautam Buddh ko aik mulk mein ne, yaani aik gwalay ne, apne haan bulaya.</w:t>
      </w:r>
    </w:p>
    <w:p>
      <w:pPr>
        <w:jc w:val="right"/>
      </w:pPr>
      <w:r>
        <w:t>وہ مجھے بہت ہی پسند ہے۔ اسی لیے میں اکثر بتاتا ہوں۔ گوتم بدھ کو ایک ملک مین نے، یعنی ایک گوالے نے، اپنے ہاں بلایا۔</w:t>
      </w:r>
    </w:p>
    <w:p>
      <w:r>
        <w:rPr>
          <w:b/>
        </w:rPr>
        <w:t xml:space="preserve">[18:06] </w:t>
      </w:r>
      <w:r>
        <w:t>us ne kaha ke mere paas gaaye</w:t>
      </w:r>
    </w:p>
    <w:p>
      <w:pPr>
        <w:jc w:val="right"/>
      </w:pPr>
      <w:r>
        <w:t>اس نے کہا کہ میرے پاس گائے</w:t>
      </w:r>
    </w:p>
    <w:p>
      <w:r>
        <w:rPr>
          <w:b/>
        </w:rPr>
        <w:t xml:space="preserve">[18:09] </w:t>
      </w:r>
      <w:r>
        <w:t>ka karobar hota hai, doodh ka, to main aap ko fresh doodh dena chahta hoon aur main aap se gyaan lena chahta hoon.</w:t>
      </w:r>
    </w:p>
    <w:p>
      <w:pPr>
        <w:jc w:val="right"/>
      </w:pPr>
      <w:r>
        <w:t>کا کاروبار ہوتا ہے، دودھ کا، تو میں آپ کو فریش دودھ دینا چاہتا ہوں اور میں آپ سے گیان لینا چاہتا ہوں۔</w:t>
      </w:r>
    </w:p>
    <w:p>
      <w:r>
        <w:rPr>
          <w:b/>
        </w:rPr>
        <w:t xml:space="preserve">[18:19] </w:t>
      </w:r>
      <w:r>
        <w:t>waise to main yahin pohncha deta, lekin aap mera yeh mujhe barkat dijiye, mujhe gyaan dijiye. to main</w:t>
      </w:r>
    </w:p>
    <w:p>
      <w:pPr>
        <w:jc w:val="right"/>
      </w:pPr>
      <w:r>
        <w:t>ویسے تو میں یہیں پہنچا دیتا، لیکن آپ میرا یہ مجھے برکت دیجئے، مجھے گیان دیجئے۔ تو میں</w:t>
      </w:r>
    </w:p>
    <w:p>
      <w:r>
        <w:rPr>
          <w:b/>
        </w:rPr>
        <w:t xml:space="preserve">[18:28] </w:t>
      </w:r>
      <w:r>
        <w:t>to Gautam Buddh us ke ghar gaye, aik bartan le gaye saath, lekin bartan ke andar jaan boojh kar unhon ne koi mitti daal di.</w:t>
      </w:r>
    </w:p>
    <w:p>
      <w:pPr>
        <w:jc w:val="right"/>
      </w:pPr>
      <w:r>
        <w:t>تو گوتم بدھ اس کے گھر گئے، ایک برتن لے گئے ساتھ، لیکن برتن کے اندر جان بوجھ کر انہوں نے کوئی مٹی ڈال دی۔</w:t>
      </w:r>
    </w:p>
    <w:p>
      <w:r>
        <w:rPr>
          <w:b/>
        </w:rPr>
        <w:t xml:space="preserve">[18:40] </w:t>
      </w:r>
      <w:r>
        <w:t>to jab unhon ne diya us gwalay ko, us mulk mein ko, to us ne dekha ke us ke andar to mitti hai.</w:t>
      </w:r>
    </w:p>
    <w:p>
      <w:pPr>
        <w:jc w:val="right"/>
      </w:pPr>
      <w:r>
        <w:t>تو جب انہوں نے دیا اس گوالے کو، اس ملک مین کو، تو اس نے دیکھا کہ اس کے اندر تو مٹی ہے۔</w:t>
      </w:r>
    </w:p>
    <w:p>
      <w:r>
        <w:rPr>
          <w:b/>
        </w:rPr>
        <w:t xml:space="preserve">[18:50] </w:t>
      </w:r>
      <w:r>
        <w:t>to us ne kya kiya? khoob us ko saaf kiya, achhay tareeqay se maaj kar ke pani se saaf kiya, phir fresh milk us ke andar rakha</w:t>
      </w:r>
    </w:p>
    <w:p>
      <w:pPr>
        <w:jc w:val="right"/>
      </w:pPr>
      <w:r>
        <w:t>تو اس نے کیا کیا؟ خوب اس کو صاف کیا، اچھے طریقے سے ماچ کر کے پانی سے صاف کیا، پھر فریش ملک اس کے اندر رکھا</w:t>
      </w:r>
    </w:p>
    <w:p>
      <w:r>
        <w:rPr>
          <w:b/>
        </w:rPr>
        <w:t xml:space="preserve">[19:00] </w:t>
      </w:r>
      <w:r>
        <w:t>aur la kar ke Gautam Buddh ko diya.</w:t>
      </w:r>
    </w:p>
    <w:p>
      <w:pPr>
        <w:jc w:val="right"/>
      </w:pPr>
      <w:r>
        <w:t>اور لا کر کے گوتم بدھ کو دیا۔</w:t>
      </w:r>
    </w:p>
    <w:p>
      <w:r>
        <w:rPr>
          <w:b/>
        </w:rPr>
        <w:t xml:space="preserve">[19:04] </w:t>
      </w:r>
      <w:r>
        <w:t>to Gautam Buddh us ko le kar ke chalne lage.</w:t>
      </w:r>
    </w:p>
    <w:p>
      <w:pPr>
        <w:jc w:val="right"/>
      </w:pPr>
      <w:r>
        <w:t>تو گوتم بدھ اس کو لے کر کے چلنے لگے۔</w:t>
      </w:r>
    </w:p>
    <w:p>
      <w:r>
        <w:rPr>
          <w:b/>
        </w:rPr>
        <w:t xml:space="preserve">[19:11] </w:t>
      </w:r>
      <w:r>
        <w:t>to mulk mein ne kaha ke aap to bas doodh le ke chalay ja rahay hain aur hum ko gyaan to diya nahi aap ne.</w:t>
      </w:r>
    </w:p>
    <w:p>
      <w:pPr>
        <w:jc w:val="right"/>
      </w:pPr>
      <w:r>
        <w:t>تو ملک مین نے کہا کہ آپ تو بس دودھ لے کے چلے جا رہے ہیں اور ہم کو گیان تو دیا نہیں آپ نے۔</w:t>
      </w:r>
    </w:p>
    <w:p>
      <w:r>
        <w:rPr>
          <w:b/>
        </w:rPr>
        <w:t xml:space="preserve">[19:18] </w:t>
      </w:r>
      <w:r>
        <w:t>to Gautam Buddh ne kaha ke main ne tum ko gyaan de diya.</w:t>
      </w:r>
    </w:p>
    <w:p>
      <w:pPr>
        <w:jc w:val="right"/>
      </w:pPr>
      <w:r>
        <w:t>تو گوتم بدھ نے کہا کہ میں نے تم کو گیان دے دیا۔</w:t>
      </w:r>
    </w:p>
    <w:p>
      <w:r>
        <w:rPr>
          <w:b/>
        </w:rPr>
        <w:t xml:space="preserve">[19:25] </w:t>
      </w:r>
      <w:r>
        <w:t>unhon ne kaha woh kaise? kaha ke dekho, yeh jo bartan hai, yeh jo pot hai, is mein yeh saaf nahi tha.</w:t>
      </w:r>
    </w:p>
    <w:p>
      <w:pPr>
        <w:jc w:val="right"/>
      </w:pPr>
      <w:r>
        <w:t>انہوں نے کہا وہ کیسے؟ کہا کہ دیکھو، یہ جو برتن ہے، یہ جو پوٹ ہے، اس میں یہ صاف نہیں تھا۔</w:t>
      </w:r>
    </w:p>
    <w:p>
      <w:r>
        <w:rPr>
          <w:b/>
        </w:rPr>
        <w:t xml:space="preserve">[19:38] </w:t>
      </w:r>
      <w:r>
        <w:t>to tum ne is mein fresh milk rakhna pasand nahi kiya</w:t>
      </w:r>
    </w:p>
    <w:p>
      <w:pPr>
        <w:jc w:val="right"/>
      </w:pPr>
      <w:r>
        <w:t>تو تم نے اس میں فریش ملک رکھنا پسند نہیں کیا</w:t>
      </w:r>
    </w:p>
    <w:p>
      <w:r>
        <w:rPr>
          <w:b/>
        </w:rPr>
        <w:t xml:space="preserve">[19:42] </w:t>
      </w:r>
      <w:r>
        <w:t>kyun ke fresh milk to kharab ho jata. to is mein safai ki tum ne, phir tum ne is ke andar taaza doodh, asli doodh rakha is ke andar.</w:t>
      </w:r>
    </w:p>
    <w:p>
      <w:pPr>
        <w:jc w:val="right"/>
      </w:pPr>
      <w:r>
        <w:t>کیونکہ فریش ملک تو خراب ہو جاتا۔ تو اس میں صفائی کی تم نے، پھر تم نے اس کے اندر تازہ دودھ، اصلی دودھ رکھا اس کے اندر۔</w:t>
      </w:r>
    </w:p>
    <w:p>
      <w:r>
        <w:rPr>
          <w:b/>
        </w:rPr>
        <w:t xml:space="preserve">[19:55] </w:t>
      </w:r>
      <w:r>
        <w:t>to tumhara jo seena hai, tumhara jo container hai andar ka,</w:t>
      </w:r>
    </w:p>
    <w:p>
      <w:pPr>
        <w:jc w:val="right"/>
      </w:pPr>
      <w:r>
        <w:t>تو تمہارا جو سینہ ہے، تمہارا جو کنٹینر ہے اندر کا،</w:t>
      </w:r>
    </w:p>
    <w:p>
      <w:r>
        <w:rPr>
          <w:b/>
        </w:rPr>
        <w:t xml:space="preserve">[19:59] </w:t>
      </w:r>
      <w:r>
        <w:t>woh container hi ganda hai, polluted hai. woh container is mein logon ke baray mein tumhare andar shikayatein hain, logon ke baray mein talkhiyan hain, logon ke baray mein tumhare andar dushmaniayn hain,</w:t>
      </w:r>
    </w:p>
    <w:p>
      <w:pPr>
        <w:jc w:val="right"/>
      </w:pPr>
      <w:r>
        <w:t>وہ کنٹینر ہی گندا ہے، پلوٹڈ ہے۔ وہ کنٹینر اس میں لوگوں کے بارے میں تمہارے اندر شکایتیں ہیں، لوگوں کے بارے میں تلخیاں ہیں، لوگوں کے بارے میں تمہارے اندر دشمنیاں ہیں،</w:t>
      </w:r>
    </w:p>
    <w:p>
      <w:r>
        <w:rPr>
          <w:b/>
        </w:rPr>
        <w:t xml:space="preserve">[20:18] </w:t>
      </w:r>
      <w:r>
        <w:t>logon ke baray mein tumhare andar hate hai. to tumhara container jo hai, woh to pollute ho chuka hai, ganda ho chuka hai.</w:t>
      </w:r>
    </w:p>
    <w:p>
      <w:pPr>
        <w:jc w:val="right"/>
      </w:pPr>
      <w:r>
        <w:t>لوگوں کے بارے میں تمہارے اندر ہیٹ ہے۔ تو تمہارا کنٹینر جو ہے، وہ تو پلوٹ ہو چکا ہے، گندا ہو چکا ہے۔</w:t>
      </w:r>
    </w:p>
    <w:p>
      <w:r>
        <w:rPr>
          <w:b/>
        </w:rPr>
        <w:t xml:space="preserve">[20:28] </w:t>
      </w:r>
      <w:r>
        <w:t>to main gyaan rakhoon to kahan rakhoon?</w:t>
      </w:r>
    </w:p>
    <w:p>
      <w:pPr>
        <w:jc w:val="right"/>
      </w:pPr>
      <w:r>
        <w:t>تو میں گیان رکھو تو کہاں رکھو؟</w:t>
      </w:r>
    </w:p>
    <w:p>
      <w:r>
        <w:rPr>
          <w:b/>
        </w:rPr>
        <w:t xml:space="preserve">[20:33] </w:t>
      </w:r>
      <w:r>
        <w:t>yeh muamla bohat hi achhay tareeqay mein illustrate karta raha hai ke Khuda ki Khuda ka realization kis ko milta hai, Khuda ki marifat kis ko milti hai.</w:t>
      </w:r>
    </w:p>
    <w:p>
      <w:pPr>
        <w:jc w:val="right"/>
      </w:pPr>
      <w:r>
        <w:t>یہ معاملہ بہت ہی اچھے طریقے میں السٹریٹ کرتا رہا ہے کہ خدا کی خدا کا ریلائزیشن کس کو ملتا ہے، خدا کی معرفت کس کو ملتی ہے۔</w:t>
      </w:r>
    </w:p>
    <w:p>
      <w:r>
        <w:rPr>
          <w:b/>
        </w:rPr>
        <w:t xml:space="preserve">[20:47] </w:t>
      </w:r>
      <w:r>
        <w:t>ab marifat ke baad Khuda ki yaad mein jeenay wala kon ban jata hai?</w:t>
      </w:r>
    </w:p>
    <w:p>
      <w:pPr>
        <w:jc w:val="right"/>
      </w:pPr>
      <w:r>
        <w:t>اب معرفت کے بعد خدا کی یاد میں جینے والا کون بن جاتا ہے؟</w:t>
      </w:r>
    </w:p>
    <w:p>
      <w:r>
        <w:rPr>
          <w:b/>
        </w:rPr>
        <w:t xml:space="preserve">[20:54] </w:t>
      </w:r>
      <w:r>
        <w:t>kis ko zikr e kaseer ki dolat milti hai? woh batata hai. yaani apne seene ko, apne container ko, apne inner container ko pak saaf rakho.</w:t>
      </w:r>
    </w:p>
    <w:p>
      <w:pPr>
        <w:jc w:val="right"/>
      </w:pPr>
      <w:r>
        <w:t>کس کو ذکر کثیر کی دولت ملتی ہے؟ وہ بتاتا ہے۔ یعنی اپنے سینے کو، اپنے کنٹینر کو، اپنے انر کنٹینر کو پاک صاف رکھو۔</w:t>
      </w:r>
    </w:p>
    <w:p>
      <w:r>
        <w:rPr>
          <w:b/>
        </w:rPr>
        <w:t xml:space="preserve">[21:09] </w:t>
      </w:r>
      <w:r>
        <w:t>dekhein, jab hum samaj mein jeetay hain</w:t>
      </w:r>
    </w:p>
    <w:p>
      <w:pPr>
        <w:jc w:val="right"/>
      </w:pPr>
      <w:r>
        <w:t>دیکھیں، جب ہم سماج میں جیتے ہیں</w:t>
      </w:r>
    </w:p>
    <w:p>
      <w:r>
        <w:rPr>
          <w:b/>
        </w:rPr>
        <w:t xml:space="preserve">[21:12] </w:t>
      </w:r>
      <w:r>
        <w:t>to samaj kya hai? samaj aisi hai jaise gulab ka phool hai, to is mein kaantay bhi hain. aisa koi gulab ka phool nahi hota jis mein kaantay na hon.</w:t>
      </w:r>
    </w:p>
    <w:p>
      <w:pPr>
        <w:jc w:val="right"/>
      </w:pPr>
      <w:r>
        <w:t>تو سماج کیا ہے؟ سماج ایسی ہے جیسے گلاب کا پھول ہے، تو اس میں کانٹے بھی ہیں۔ ایسا کوئی گلاب کا پھول نہیں ہوتا جس میں کانٹے نہ ہوں۔</w:t>
      </w:r>
    </w:p>
    <w:p>
      <w:r>
        <w:rPr>
          <w:b/>
        </w:rPr>
        <w:t xml:space="preserve">[21:29] </w:t>
      </w:r>
      <w:r>
        <w:t>main jahan rehta tha, Adampur mein, wahan aik aadmi ko gulab ka phool bohat pasand hota tha. to us ne aik lagaya, to us mein kaanta bhi nikal aaya us shaakh mein.</w:t>
      </w:r>
    </w:p>
    <w:p>
      <w:pPr>
        <w:jc w:val="right"/>
      </w:pPr>
      <w:r>
        <w:t>میں جہاں رہتا تھا، آدم گڑھ میں، وہاں ایک آدمی کو گلاب کا پھول بہت پسند ہوتا تھا۔ تو اس نے ایک لگایا، تو اس میں کانٹا بھی نکل آیا اس شاخ میں۔</w:t>
      </w:r>
    </w:p>
    <w:p>
      <w:r>
        <w:rPr>
          <w:b/>
        </w:rPr>
        <w:t xml:space="preserve">[21:38] </w:t>
      </w:r>
      <w:r>
        <w:t>to us ne us ko kaat diya. yaani gulab ke shaakhon mein jo jo kaantay thay, us ko tor diya</w:t>
      </w:r>
    </w:p>
    <w:p>
      <w:pPr>
        <w:jc w:val="right"/>
      </w:pPr>
      <w:r>
        <w:t>تو اس نے اس کو کاٹ دیا۔ یعنی گلاب کے شاخوں میں جو جو کانٹے تھے، اس کو توڑ دیا</w:t>
      </w:r>
    </w:p>
    <w:p>
      <w:r>
        <w:rPr>
          <w:b/>
        </w:rPr>
        <w:t xml:space="preserve">[21:47] </w:t>
      </w:r>
      <w:r>
        <w:t>aur shakhon ko kaat diya. us ne samjha ke ab jo nikle ga, us ke andar shakhain hain, us mein kaantay nahin hon ge. to phir jo shakhain niklain, us mein bhi kaantay thay.</w:t>
      </w:r>
    </w:p>
    <w:p>
      <w:pPr>
        <w:jc w:val="right"/>
      </w:pPr>
      <w:r>
        <w:t>اور شاخوں کو کاٹ دیا۔ اس نے سمجھا کہ اب جو نکلے گا، اس کے اندر شاخیں ہیں، اس میں کانٹے نہیں ہوں گے۔ تو پھر جو شاخیں نکلیں، اس میں بھی کانٹے تھے۔</w:t>
      </w:r>
    </w:p>
    <w:p>
      <w:r>
        <w:rPr>
          <w:b/>
        </w:rPr>
        <w:t xml:space="preserve">[21:59] </w:t>
      </w:r>
      <w:r>
        <w:t>dobara us ne aise hi kiya ke kaanton ko tor diya aur</w:t>
      </w:r>
    </w:p>
    <w:p>
      <w:pPr>
        <w:jc w:val="right"/>
      </w:pPr>
      <w:r>
        <w:t>دوبارہ اس نے ایسے ہی کیا کہ کانٹوں کو توڑ دیا اور</w:t>
      </w:r>
    </w:p>
    <w:p>
      <w:r>
        <w:rPr>
          <w:b/>
        </w:rPr>
        <w:t xml:space="preserve">[22:03] </w:t>
      </w:r>
      <w:r>
        <w:t>aur us ko shakhon ko kaat diya. woh samajhta tha ke ab jo nikle gi, woh shakhain us mein kaantay nahin hon gi. phir bhi kaantay niklay.</w:t>
      </w:r>
    </w:p>
    <w:p>
      <w:pPr>
        <w:jc w:val="right"/>
      </w:pPr>
      <w:r>
        <w:t>اور اس کو شاخوں کو کاٹ دیا۔ وہ سمجھتا تھا کہ اب جو نکلے گی، وہ شاخیں اس میں کانٹے نہیں ہوں گے۔ پھر بھی کانٹے نکلے۔</w:t>
      </w:r>
    </w:p>
    <w:p>
      <w:r>
        <w:rPr>
          <w:b/>
        </w:rPr>
        <w:t xml:space="preserve">[22:14] </w:t>
      </w:r>
      <w:r>
        <w:t>yeh bhi khuda ka aik bohat bara sabak hai, aik lesson hai</w:t>
      </w:r>
    </w:p>
    <w:p>
      <w:pPr>
        <w:jc w:val="right"/>
      </w:pPr>
      <w:r>
        <w:t>یہ بھی خدا کا ایک بہت بڑا سبق ہے، ایک لیسن ہے</w:t>
      </w:r>
    </w:p>
    <w:p>
      <w:r>
        <w:rPr>
          <w:b/>
        </w:rPr>
        <w:t xml:space="preserve">[22:20] </w:t>
      </w:r>
      <w:r>
        <w:t>ke samaj mein phool hain to kaantay bhi hain.</w:t>
      </w:r>
    </w:p>
    <w:p>
      <w:pPr>
        <w:jc w:val="right"/>
      </w:pPr>
      <w:r>
        <w:t>کہ سماج میں پھول ہیں تو کانٹے بھی ہیں۔</w:t>
      </w:r>
    </w:p>
    <w:p>
      <w:r>
        <w:rPr>
          <w:b/>
        </w:rPr>
        <w:t xml:space="preserve">[22:26] </w:t>
      </w:r>
      <w:r>
        <w:t>yeh nahin ho sakta ke aisa samaj tum ko mil jaye jahan phool phool hain aur kaantay ghayab. insaanon se aap ko dukh pahunche ga, insaanon se aap ko shikayat ho gi, koi insaan aap ko bura keh de ga, koi insaan aap ko takleef de de ga.</w:t>
      </w:r>
    </w:p>
    <w:p>
      <w:pPr>
        <w:jc w:val="right"/>
      </w:pPr>
      <w:r>
        <w:t>یہ نہیں ہو سکتا کہ ایسا سماج تم کو مل جائے جہاں پھول پھول ہیں اور کانٹے غائب۔ انسانوں سے آپ کو دکھ پہنچے گا، انسانوں سے آپ کو شکایت ہوگی، کوئی انسان آپ کو برا کہہ دے گا، کوئی انسان آپ کو تکلیف دے دے گا۔</w:t>
      </w:r>
    </w:p>
    <w:p>
      <w:r>
        <w:rPr>
          <w:b/>
        </w:rPr>
        <w:t xml:space="preserve">[22:43] </w:t>
      </w:r>
      <w:r>
        <w:t>yeh sab hona hi hona hai</w:t>
      </w:r>
    </w:p>
    <w:p>
      <w:pPr>
        <w:jc w:val="right"/>
      </w:pPr>
      <w:r>
        <w:t>یہ سب ہونا ہی ہونا ہے</w:t>
      </w:r>
    </w:p>
    <w:p>
      <w:r>
        <w:rPr>
          <w:b/>
        </w:rPr>
        <w:t xml:space="preserve">[22:46] </w:t>
      </w:r>
      <w:r>
        <w:t>kyunke yahi to test hai. khuda yahi to dekhna chahta hai ke tum kaanton ke beech mein phool ban kar reh sakte ho ke nahin reh sakte ho.</w:t>
      </w:r>
    </w:p>
    <w:p>
      <w:pPr>
        <w:jc w:val="right"/>
      </w:pPr>
      <w:r>
        <w:t>کیونکہ یہی تو ٹیسٹ ہے۔ خدا یہی تو دیکھنا چاہتا ہے کہ تم کانٹوں کے بیچ میں پھول بن کر رہ سکتے ہو کہ نہیں رہ سکتے ہو۔</w:t>
      </w:r>
    </w:p>
    <w:p>
      <w:r>
        <w:rPr>
          <w:b/>
        </w:rPr>
        <w:t xml:space="preserve">[22:59] </w:t>
      </w:r>
      <w:r>
        <w:t>yahi to dekhna chahta hai khuda</w:t>
      </w:r>
    </w:p>
    <w:p>
      <w:pPr>
        <w:jc w:val="right"/>
      </w:pPr>
      <w:r>
        <w:t>یہی تو دیکھنا چاہتا ہے خدا</w:t>
      </w:r>
    </w:p>
    <w:p>
      <w:r>
        <w:rPr>
          <w:b/>
        </w:rPr>
        <w:t xml:space="preserve">[23:04] </w:t>
      </w:r>
      <w:r>
        <w:t>ke kaantay walay insaan hon ge, phir bhi tumhein phool ban kar rehna hai.</w:t>
      </w:r>
    </w:p>
    <w:p>
      <w:pPr>
        <w:jc w:val="right"/>
      </w:pPr>
      <w:r>
        <w:t>کہ کانٹے والے انسان ہوں گے، پھر بھی تمہیں پھول بن کر رہنا ہے۔</w:t>
      </w:r>
    </w:p>
    <w:p>
      <w:r>
        <w:rPr>
          <w:b/>
        </w:rPr>
        <w:t xml:space="preserve">[23:14] </w:t>
      </w:r>
      <w:r>
        <w:t>to shikayat kis baat ki? aisi halat mein shikayat kis ki parti hai? kis ke oopar parti hai? woh khuda par parti hai, creator par parti hai, khalique par parti hai.</w:t>
      </w:r>
    </w:p>
    <w:p>
      <w:pPr>
        <w:jc w:val="right"/>
      </w:pPr>
      <w:r>
        <w:t>تو شکایت کس بات کی؟ ایسی حالت میں شکایت کس کی پڑتی ہے؟ کس کے اوپر پڑتی ہے؟ وہ خدا پر پڑتی ہے، کریٹر پر پڑتی ہے، خالق پر پڑتی ہے۔</w:t>
      </w:r>
    </w:p>
    <w:p>
      <w:r>
        <w:rPr>
          <w:b/>
        </w:rPr>
        <w:t xml:space="preserve">[23:28] </w:t>
      </w:r>
      <w:r>
        <w:t>to dekhen, bohat bari price deni parti hai is insaan ko jo apne dil se hate na nikal sake. main ne bohat safar kiye, idhar udhar, aksar deshon ke safar kiye.</w:t>
      </w:r>
    </w:p>
    <w:p>
      <w:pPr>
        <w:jc w:val="right"/>
      </w:pPr>
      <w:r>
        <w:t>تو دیکھیں، بہت بڑی پرائس دینی پڑتی ہے اس انسان کو جو اپنے دل سے ہیٹ نہ نکال سکے۔ میں نے بہت سفر کیے، ادھر ادھر، اکثر دیشوں کے سفر کیے۔</w:t>
      </w:r>
    </w:p>
    <w:p>
      <w:r>
        <w:rPr>
          <w:b/>
        </w:rPr>
        <w:t xml:space="preserve">[23:44] </w:t>
      </w:r>
      <w:r>
        <w:t>jahan dekhta hoon, main logon ke andar</w:t>
      </w:r>
    </w:p>
    <w:p>
      <w:pPr>
        <w:jc w:val="right"/>
      </w:pPr>
      <w:r>
        <w:t>جہاں دیکھتا ہوں، میں لوگوں کے اندر</w:t>
      </w:r>
    </w:p>
    <w:p>
      <w:r>
        <w:rPr>
          <w:b/>
        </w:rPr>
        <w:t xml:space="preserve">[23:47] </w:t>
      </w:r>
      <w:r>
        <w:t>hate rehta hai. oopar oopar achi achi baatein bolein ge, lekin aap scrutiny kijiye. yeh scrutiny ki hai to andar hate nikle ga. un ke khilaf, un ke khilaf, un ke khilaf, un ke khilaf hate nikle ga.</w:t>
      </w:r>
    </w:p>
    <w:p>
      <w:pPr>
        <w:jc w:val="right"/>
      </w:pPr>
      <w:r>
        <w:t>ہیٹ رہتا ہے۔ اوپر اوپر اچھی اچھی باتیں بولیں گے، لیکن آپ اسکرٹنی کیجئے۔ یہ اسکرٹنی کی ہے تو اندر ہیٹ نکلے گا۔ ان کے خلاف، ان کے خلاف، ان کے خلاف، ان کے خلاف ہیٹ نکلے گا۔</w:t>
      </w:r>
    </w:p>
    <w:p>
      <w:r>
        <w:rPr>
          <w:b/>
        </w:rPr>
        <w:t xml:space="preserve">[24:08] </w:t>
      </w:r>
      <w:r>
        <w:t>log samajhte nahin ke aap shikayat kar rahe hain kis ki? shikayat kar rahe hain? shikayat kis ki kar rahe hain?</w:t>
      </w:r>
    </w:p>
    <w:p>
      <w:pPr>
        <w:jc w:val="right"/>
      </w:pPr>
      <w:r>
        <w:t>لوگ سمجھتے نہیں کہ آپ شکایت کر رہے ہیں کس کی؟ شکایت کر رہے ہیں؟ شکایت کس کی کر رہے ہیں؟</w:t>
      </w:r>
    </w:p>
    <w:p>
      <w:r>
        <w:rPr>
          <w:b/>
        </w:rPr>
        <w:t xml:space="preserve">[24:17] </w:t>
      </w:r>
      <w:r>
        <w:t>aap samajhte hain ke doosre ki shikayat kar rahe hain, lekin aap apne ko kill kar rahe hain, apne ko kill kar rahe hain.</w:t>
      </w:r>
    </w:p>
    <w:p>
      <w:pPr>
        <w:jc w:val="right"/>
      </w:pPr>
      <w:r>
        <w:t>آپ سمجھتے ہیں کہ دوسرے کی شکایت کر رہے ہیں، لیکن آپ اپنے کو کل کر رہے ہیں، اپنے کو کل کر رہے ہیں۔</w:t>
      </w:r>
    </w:p>
    <w:p>
      <w:r>
        <w:rPr>
          <w:b/>
        </w:rPr>
        <w:t xml:space="preserve">[24:30] </w:t>
      </w:r>
      <w:r>
        <w:t>woh khuda ke khilaf shikayat kar rahe hain. aap</w:t>
      </w:r>
    </w:p>
    <w:p>
      <w:pPr>
        <w:jc w:val="right"/>
      </w:pPr>
      <w:r>
        <w:t>وہ خدا کے خلاف شکایت کر رہے ہیں۔ آپ</w:t>
      </w:r>
    </w:p>
    <w:p>
      <w:r>
        <w:rPr>
          <w:b/>
        </w:rPr>
        <w:t xml:space="preserve">[24:34] </w:t>
      </w:r>
      <w:r>
        <w:t>jis ko dekhen, hate mein jeeta hai, nafrat mein jeeta hai.</w:t>
      </w:r>
    </w:p>
    <w:p>
      <w:pPr>
        <w:jc w:val="right"/>
      </w:pPr>
      <w:r>
        <w:t>جس کو دیکھیں، ہیٹ میں جیتا ہے، نفرت میں جیتا ہے۔</w:t>
      </w:r>
    </w:p>
    <w:p>
      <w:r>
        <w:rPr>
          <w:b/>
        </w:rPr>
        <w:t xml:space="preserve">[24:41] </w:t>
      </w:r>
      <w:r>
        <w:t>aik C.M. Joad, aik bohat bara writer hai, philosopher hai, us ne kitaab likhi hai "Modern Wickedness".</w:t>
      </w:r>
    </w:p>
    <w:p>
      <w:pPr>
        <w:jc w:val="right"/>
      </w:pPr>
      <w:r>
        <w:t>ایک سی ایم جوڈ، ایک بہت بڑا رائٹر ہے، فلاسفر ہے، اس نے کتاب لکھی ہے "ماڈرن وکیڈنس"۔</w:t>
      </w:r>
    </w:p>
    <w:p>
      <w:r>
        <w:rPr>
          <w:b/>
        </w:rPr>
        <w:t xml:space="preserve">[24:50] </w:t>
      </w:r>
      <w:r>
        <w:t>us ne likha ke hate jo hai, hate aur violence jo hai, yeh yeh insaan ke nature mein hai, magar yeh baat galat hai.</w:t>
      </w:r>
    </w:p>
    <w:p>
      <w:pPr>
        <w:jc w:val="right"/>
      </w:pPr>
      <w:r>
        <w:t>اس نے لکھا کہ ہیٹ جو ہے، ہیٹ اور وائیلنس جو ہے، یہ یہ انسان کے نیچر میں ہے، مگر یہ بات غلط ہے۔</w:t>
      </w:r>
    </w:p>
    <w:p>
      <w:r>
        <w:rPr>
          <w:b/>
        </w:rPr>
        <w:t xml:space="preserve">[24:58] </w:t>
      </w:r>
      <w:r>
        <w:t>insaan ke nature mein nahin hai.</w:t>
      </w:r>
    </w:p>
    <w:p>
      <w:pPr>
        <w:jc w:val="right"/>
      </w:pPr>
      <w:r>
        <w:t>انسان کے نیچر میں نہیں ہے۔</w:t>
      </w:r>
    </w:p>
    <w:p>
      <w:r>
        <w:rPr>
          <w:b/>
        </w:rPr>
        <w:t xml:space="preserve">[25:02] </w:t>
      </w:r>
      <w:r>
        <w:t>yaani aisa nahin ke insaan ke nature hi mein daakhil kar diya gaya ho hate aur nafrat aur shikayat, yeh sab cheezein negativity nahin.</w:t>
      </w:r>
    </w:p>
    <w:p>
      <w:pPr>
        <w:jc w:val="right"/>
      </w:pPr>
      <w:r>
        <w:t>یعنی ایسا نہیں کہ انسان کے نیچر ہی میں داخل کر دیا گیا ہو ہیٹ اور نفرت اور شکایت، یہ سب چیزیں نیگیٹیوٹی نہیں۔</w:t>
      </w:r>
    </w:p>
    <w:p>
      <w:r>
        <w:rPr>
          <w:b/>
        </w:rPr>
        <w:t xml:space="preserve">[25:14] </w:t>
      </w:r>
      <w:r>
        <w:t>asal cheez yeh hai ke aap jo hai, jo samaj ke andar jo baatein hain, us ko aap manage nahin kar sake.</w:t>
      </w:r>
    </w:p>
    <w:p>
      <w:pPr>
        <w:jc w:val="right"/>
      </w:pPr>
      <w:r>
        <w:t>اصل چیز یہ ہے کہ آپ جو ہے، جو سماج کے اندر جو باتیں ہیں، اس کو آپ مینج نہیں کر سکے۔</w:t>
      </w:r>
    </w:p>
    <w:p>
      <w:r>
        <w:rPr>
          <w:b/>
        </w:rPr>
        <w:t xml:space="preserve">[25:24] </w:t>
      </w:r>
      <w:r>
        <w:t>yaani "you you failed to manage the hate items of our society".</w:t>
      </w:r>
    </w:p>
    <w:p>
      <w:pPr>
        <w:jc w:val="right"/>
      </w:pPr>
      <w:r>
        <w:t>یعنی "یو یو فیلڈ ٹو مینج دی ہیٹ آئٹمز آف اور سوسائٹی"۔</w:t>
      </w:r>
    </w:p>
    <w:p>
      <w:r>
        <w:rPr>
          <w:b/>
        </w:rPr>
        <w:t xml:space="preserve">[25:33] </w:t>
      </w:r>
      <w:r>
        <w:t>woh manage karna kya hai? aap yeh sochiye ke bhai insaan ko azaadi di hai khuda ne, to azaadi ko misuse bhi kare ga. woh</w:t>
      </w:r>
    </w:p>
    <w:p>
      <w:pPr>
        <w:jc w:val="right"/>
      </w:pPr>
      <w:r>
        <w:t>وہ مینج کرنا کیا ہے؟ آپ یہ سوچیے کہ بھئی انسان کو آزادی دی ہے خدا نے، تو آزادی کو مس یوز بھی کرے گا۔ وہ</w:t>
      </w:r>
    </w:p>
    <w:p>
      <w:r>
        <w:rPr>
          <w:b/>
        </w:rPr>
        <w:t xml:space="preserve">[25:43] </w:t>
      </w:r>
      <w:r>
        <w:t>jab azaadi di hai to misuse bhi karega. yeh to nahi ho sakta ke azaadi bhi ho aur woh misuse na kar paaye. jab misuse karne se uska haath baandh diya jaaye to phir azaadi khatam ho jaati hai.</w:t>
      </w:r>
    </w:p>
    <w:p>
      <w:pPr>
        <w:jc w:val="right"/>
      </w:pPr>
      <w:r>
        <w:t>جب آزادی دی ہے تو مس یوز بھی کرے گا۔ یہ تو نہیں ہو سکتا کہ آزادی بھی ہو اور وہ مس یوز نہ کر پائے۔ جب مس یوز کرنے سے اس کا ہاتھ باندھ دیا جائے تو پھر آزادی ختم ہو جاتی ہے۔</w:t>
      </w:r>
    </w:p>
    <w:p>
      <w:r>
        <w:rPr>
          <w:b/>
        </w:rPr>
        <w:t xml:space="preserve">[25:59] </w:t>
      </w:r>
      <w:r>
        <w:t>to yeh aap daryaft karein ke yeh hai</w:t>
      </w:r>
    </w:p>
    <w:p>
      <w:pPr>
        <w:jc w:val="right"/>
      </w:pPr>
      <w:r>
        <w:t>تو یہ آپ دریافت کریں کہ یہ ہے</w:t>
      </w:r>
    </w:p>
    <w:p>
      <w:r>
        <w:rPr>
          <w:b/>
        </w:rPr>
        <w:t xml:space="preserve">[26:02] </w:t>
      </w:r>
      <w:r>
        <w:t>"It is part of creation plan of God". Yeh jo yeh jo samaaj mein hai ke log azaadi ko misuse karte hain, log aap ko takleef pahunchate hain,</w:t>
      </w:r>
    </w:p>
    <w:p>
      <w:pPr>
        <w:jc w:val="right"/>
      </w:pPr>
      <w:r>
        <w:t>"اٹ از پارٹ آف کریشن پلان آف گاڈ"۔ یہ جو یہ جو سماج میں ہے کہ لوگ آزادی کو مس یوز کرتے ہیں، لوگ آپ کو تکلیف پہنچاتے ہیں،</w:t>
      </w:r>
    </w:p>
    <w:p>
      <w:r>
        <w:rPr>
          <w:b/>
        </w:rPr>
        <w:t xml:space="preserve">[26:16] </w:t>
      </w:r>
      <w:r>
        <w:t>log aap ko se logon ko aap aap ko logon se shikayatein hoti hain waghera, yeh kya hai?</w:t>
      </w:r>
    </w:p>
    <w:p>
      <w:pPr>
        <w:jc w:val="right"/>
      </w:pPr>
      <w:r>
        <w:t>لوگ آپ کو سے لوگوں کو آپ آپ کو لوگوں سے شکایتیں ہوتی ہیں وغیرہ، یہ کیا ہے؟</w:t>
      </w:r>
    </w:p>
    <w:p>
      <w:r>
        <w:rPr>
          <w:b/>
        </w:rPr>
        <w:t xml:space="preserve">[26:22] </w:t>
      </w:r>
      <w:r>
        <w:t>is liye hai ke khuda ne is duniya mein insaan rakha hai test ke liye, imtehaan ke liye, jaanchne ke liye, aazmaish ke liye. to koi jaanch mein fail hoga, koi pass hoga, koi stand karega, koi stand nahi karega.</w:t>
      </w:r>
    </w:p>
    <w:p>
      <w:pPr>
        <w:jc w:val="right"/>
      </w:pPr>
      <w:r>
        <w:t>اس لیے ہے کہ خدا نے اس دنیا میں انسان رکھا ہے ٹیسٹ کے لیے، امتحان کے لیے، جانچنے کے لیے، آزمائش کے لیے۔ تو کوئی جانچ میں فیل ہوگا، کوئی پاس ہوگا، کوئی سٹینڈ کرے گا، کوئی سٹینڈ نہیں کرے گا۔</w:t>
      </w:r>
    </w:p>
    <w:p>
      <w:r>
        <w:rPr>
          <w:b/>
        </w:rPr>
        <w:t xml:space="preserve">[26:40] </w:t>
      </w:r>
      <w:r>
        <w:t>yeh hoga hi hoga, aap is ko khatam nahi kar sakte. is liye kya hai formula? formula hai "save yourself".</w:t>
      </w:r>
    </w:p>
    <w:p>
      <w:pPr>
        <w:jc w:val="right"/>
      </w:pPr>
      <w:r>
        <w:t>یہ ہوگا ہی ہوگا، آپ اس کو ختم نہیں کر سکتے۔ اس لیے کیا ہے فارمولا؟ فارمولا ہے "سیو یور سیلف"۔</w:t>
      </w:r>
    </w:p>
    <w:p>
      <w:r>
        <w:rPr>
          <w:b/>
        </w:rPr>
        <w:t xml:space="preserve">[26:49] </w:t>
      </w:r>
      <w:r>
        <w:t>apne aap ko bachao.</w:t>
      </w:r>
    </w:p>
    <w:p>
      <w:pPr>
        <w:jc w:val="right"/>
      </w:pPr>
      <w:r>
        <w:t>اپنے آپ کو بچاؤ۔</w:t>
      </w:r>
    </w:p>
    <w:p>
      <w:r>
        <w:rPr>
          <w:b/>
        </w:rPr>
        <w:t xml:space="preserve">[26:53] </w:t>
      </w:r>
      <w:r>
        <w:t>"save yourself". apne aap ko bachao. duniya mein kechar bhi hoga, duniya mein kaante bhi honge,</w:t>
      </w:r>
    </w:p>
    <w:p>
      <w:pPr>
        <w:jc w:val="right"/>
      </w:pPr>
      <w:r>
        <w:t>"سیو یور سیلف"۔ اپنے آپ کو بچاؤ۔ دنیا میں کیچڑ بھی ہوگا، دنیا میں کانٹے بھی ہوں گے،</w:t>
      </w:r>
    </w:p>
    <w:p>
      <w:r>
        <w:rPr>
          <w:b/>
        </w:rPr>
        <w:t xml:space="preserve">[27:03] </w:t>
      </w:r>
      <w:r>
        <w:t>duniya mein karwahatein bhi hongi. to is mein apne aap ko mat involve karo. "save yourself" formula pakdo.</w:t>
      </w:r>
    </w:p>
    <w:p>
      <w:pPr>
        <w:jc w:val="right"/>
      </w:pPr>
      <w:r>
        <w:t>دنیا میں کڑواہٹیں بھی ہوں گی۔ تو اس میں اپنے آپ کو مت انوالو کرو۔ "سیو یور سیلف" فارمولا پکڑو۔</w:t>
      </w:r>
    </w:p>
    <w:p>
      <w:r>
        <w:rPr>
          <w:b/>
        </w:rPr>
        <w:t xml:space="preserve">[27:14] </w:t>
      </w:r>
      <w:r>
        <w:t>kyun? is ko pakadne ki wajah se aap ke andar positive, positive personality banti hai.</w:t>
      </w:r>
    </w:p>
    <w:p>
      <w:pPr>
        <w:jc w:val="right"/>
      </w:pPr>
      <w:r>
        <w:t>کیوں؟ اس کو پکڑنے کی وجہ سے آپ کے اندر پوزیٹیو، پوزیٹیو پرسنیلٹی بنتی ہے۔</w:t>
      </w:r>
    </w:p>
    <w:p>
      <w:r>
        <w:rPr>
          <w:b/>
        </w:rPr>
        <w:t xml:space="preserve">[27:23] </w:t>
      </w:r>
      <w:r>
        <w:t>personality banti hai, positive personality. aur phir aap khuda ki yaadon mein jeene lagte hain. aap khuda ko pehchan paate hain.</w:t>
      </w:r>
    </w:p>
    <w:p>
      <w:pPr>
        <w:jc w:val="right"/>
      </w:pPr>
      <w:r>
        <w:t>پرسنیلٹی بنتی ہے، پوزیٹیو پرسنیلٹی۔ اور پھر آپ خدا کی یادوں میں جینے لگتے ہیں۔ آپ خدا کو پہچان پاتے ہیں۔</w:t>
      </w:r>
    </w:p>
    <w:p>
      <w:r>
        <w:rPr>
          <w:b/>
        </w:rPr>
        <w:t xml:space="preserve">[27:35] </w:t>
      </w:r>
      <w:r>
        <w:t>aap ke andar jannat wali personality banti hai.</w:t>
      </w:r>
    </w:p>
    <w:p>
      <w:pPr>
        <w:jc w:val="right"/>
      </w:pPr>
      <w:r>
        <w:t>آپ کے اندر جنت والی پرسنیلٹی بنتی ہے۔</w:t>
      </w:r>
    </w:p>
    <w:p>
      <w:r>
        <w:rPr>
          <w:b/>
        </w:rPr>
        <w:t xml:space="preserve">[27:41] </w:t>
      </w:r>
      <w:r>
        <w:t>yeh sab hota hai. to yeh apna hi benefit mein hai, apne hi faayde mein hai ke aap talkhiyon se upar uth kar jiyen.</w:t>
      </w:r>
    </w:p>
    <w:p>
      <w:pPr>
        <w:jc w:val="right"/>
      </w:pPr>
      <w:r>
        <w:t>یہ سب ہوتا ہے۔ تو یہ اپنا ہی بینیفٹ میں ہے، اپنے ہی فائدے میں ہے کہ آپ تلخیوں سے اوپر اٹھ کر جیئیں۔</w:t>
      </w:r>
    </w:p>
    <w:p>
      <w:r>
        <w:rPr>
          <w:b/>
        </w:rPr>
        <w:t xml:space="preserve">[27:53] </w:t>
      </w:r>
      <w:r>
        <w:t>to hum khud ek cloud create kar lete hain. jis tarah se maine kaha ke pichhle itwaar ko kai hafte se aisa tha ke baadal chhaye rehte the, suraj dikhai nahi padta tha.</w:t>
      </w:r>
    </w:p>
    <w:p>
      <w:pPr>
        <w:jc w:val="right"/>
      </w:pPr>
      <w:r>
        <w:t>تو ہم خود ایک کلاؤڈ کریٹ کر لیتے ہیں۔ جس طرح سے میں نے کہا کہ پچھلے اتوار کو کئی ہفتے سے ایسا تھا کہ بادل چھائے رہتے تھے، سورج دکھائی نہیں پڑتا تھا۔</w:t>
      </w:r>
    </w:p>
    <w:p>
      <w:r>
        <w:rPr>
          <w:b/>
        </w:rPr>
        <w:t xml:space="preserve">[28:09] </w:t>
      </w:r>
      <w:r>
        <w:t>ab aaj dekhiye, aaj ka taaza afsos, suraj chamka hua hai. to yeh cloud hat gaya.</w:t>
      </w:r>
    </w:p>
    <w:p>
      <w:pPr>
        <w:jc w:val="right"/>
      </w:pPr>
      <w:r>
        <w:t>اب آج دیکھیے، آج کا تازہ افسوس، سورج چمکا ہوا ہے۔ تو یہ کلاؤڈ ہٹ گیا۔</w:t>
      </w:r>
    </w:p>
    <w:p>
      <w:r>
        <w:rPr>
          <w:b/>
        </w:rPr>
        <w:t xml:space="preserve">[28:15] </w:t>
      </w:r>
      <w:r>
        <w:t>to aap ko is cloud ko hatana hai. nafrat, nafrat ka cloud, hate ka cloud, talkhi ka cloud, shikayaton ka cloud.</w:t>
      </w:r>
    </w:p>
    <w:p>
      <w:pPr>
        <w:jc w:val="right"/>
      </w:pPr>
      <w:r>
        <w:t>تو آپ کو اس کلاؤڈ کو ہٹانا ہے۔ نفرت، نفرت کا کلاؤڈ، ہیٹ کا کلاؤڈ، تلخی کا کلاؤڈ، شکایتوں کا کلاؤڈ۔</w:t>
      </w:r>
    </w:p>
    <w:p>
      <w:r>
        <w:rPr>
          <w:b/>
        </w:rPr>
        <w:t xml:space="preserve">[28:27] </w:t>
      </w:r>
      <w:r>
        <w:t>yeh shikayatein kya hain? gharon mein bhi hoti hain, samaaj mein hoti hain,</w:t>
      </w:r>
    </w:p>
    <w:p>
      <w:pPr>
        <w:jc w:val="right"/>
      </w:pPr>
      <w:r>
        <w:t>یہ شکایتیں کیا ہیں؟ گھروں میں بھی ہوتی ہیں، سماج میں ہوتی ہیں،</w:t>
      </w:r>
    </w:p>
    <w:p>
      <w:r>
        <w:rPr>
          <w:b/>
        </w:rPr>
        <w:t xml:space="preserve">[28:33] </w:t>
      </w:r>
      <w:r>
        <w:t>poore country mein hoti hain, international politics mein hoti hain. har jagah shikayat ke item hain.</w:t>
      </w:r>
    </w:p>
    <w:p>
      <w:pPr>
        <w:jc w:val="right"/>
      </w:pPr>
      <w:r>
        <w:t>پورے کنٹری میں ہوتی ہیں، انٹرنیشنل پولیٹکس میں ہوتی ہیں۔ ہر جگہ شکایت کے آئٹم ہیں۔</w:t>
      </w:r>
    </w:p>
    <w:p>
      <w:r>
        <w:rPr>
          <w:b/>
        </w:rPr>
        <w:t xml:space="preserve">[28:45] </w:t>
      </w:r>
      <w:r>
        <w:t>aaj kal kya hai? logon ka haal? koi Palestine ko le kar ke yahudiyon ki shikayat mein jee raha hai, koi Iraq ko le kar ke America ke khilaaf shikayat mein jee raha hai, koi Kashmiri ko le kar ke army, Indian army ke khilaaf shikayat mein jee raha hai,</w:t>
      </w:r>
    </w:p>
    <w:p>
      <w:pPr>
        <w:jc w:val="right"/>
      </w:pPr>
      <w:r>
        <w:t>آج کل کیا ہے؟ لوگوں کا حال؟ کوئی پیلسٹائن کو لے کر کے یہودیوں کی شکایت میں جی رہا ہے، کوئی عراق کو لے کر کے امریکہ کے خلاف شکایت میں جی رہا ہے، کوئی کاشمی کو لے کر کے آرمی، انڈین آرمی کے خلاف شکایت میں جی رہا ہے،</w:t>
      </w:r>
    </w:p>
    <w:p>
      <w:r>
        <w:rPr>
          <w:b/>
        </w:rPr>
        <w:t xml:space="preserve">[29:04] </w:t>
      </w:r>
      <w:r>
        <w:t>koi family mein apne shohar biwi ki jhagde ko le kar ke shikayat mein jee raha hai, koi apne padosiyon ki ko le kar ke shikayat mein jee raha hai.</w:t>
      </w:r>
    </w:p>
    <w:p>
      <w:pPr>
        <w:jc w:val="right"/>
      </w:pPr>
      <w:r>
        <w:t>کوئی فیملی میں اپنے شوہر بیوی کی جھگڑے کو لے کر کے شکایت میں جی رہا ہے، کوئی اپنے پڑوسیوں کی کو لے کر کے شکایت میں جی رہا ہے۔</w:t>
      </w:r>
    </w:p>
    <w:p>
      <w:r>
        <w:rPr>
          <w:b/>
        </w:rPr>
        <w:t xml:space="preserve">[29:14] </w:t>
      </w:r>
      <w:r>
        <w:t>jis ko dekhein, shikayat, shikayat, shikayat, complain, protest, hate.</w:t>
      </w:r>
    </w:p>
    <w:p>
      <w:pPr>
        <w:jc w:val="right"/>
      </w:pPr>
      <w:r>
        <w:t>جس کو دیکھیں، شکایت، شکایت، شکایت، کمپلین، پروٹیسٹ، ہیٹ۔</w:t>
      </w:r>
    </w:p>
    <w:p>
      <w:r>
        <w:rPr>
          <w:b/>
        </w:rPr>
        <w:t xml:space="preserve">[29:21] </w:t>
      </w:r>
      <w:r>
        <w:t>badhte badhte ban jaata hai kya? violence. log yeh nahi jaante ke aap kar rahe hain shikayat doosron ki, lekin nuksaan kaun utha raha hai?</w:t>
      </w:r>
    </w:p>
    <w:p>
      <w:pPr>
        <w:jc w:val="right"/>
      </w:pPr>
      <w:r>
        <w:t>بڑھتے بڑھتے بن جاتا ہے کیا؟ وائیلنس۔ لوگ یہ نہیں جانتے کہ آپ کر رہے ہیں شکایت دوسروں کی، لیکن نقصان کون اٹھا رہا ہے؟</w:t>
      </w:r>
    </w:p>
    <w:p>
      <w:r>
        <w:rPr>
          <w:b/>
        </w:rPr>
        <w:t xml:space="preserve">[29:33] </w:t>
      </w:r>
      <w:r>
        <w:t>haan, aap khud nuksaan utha rahe hain. aap khud nuksaan utha rahe hain.</w:t>
      </w:r>
    </w:p>
    <w:p>
      <w:pPr>
        <w:jc w:val="right"/>
      </w:pPr>
      <w:r>
        <w:t>ہاں، آپ خود نقصان اٹھا رہے ہیں۔ آپ خود نقصان اٹھا رہے ہیں۔</w:t>
      </w:r>
    </w:p>
    <w:p>
      <w:r>
        <w:rPr>
          <w:b/>
        </w:rPr>
        <w:t xml:space="preserve">[29:45] </w:t>
      </w:r>
      <w:r>
        <w:t>kaisi ajeeb mehroomi hai.</w:t>
      </w:r>
    </w:p>
    <w:p>
      <w:pPr>
        <w:jc w:val="right"/>
      </w:pPr>
      <w:r>
        <w:t>کیسی عجیب محرومی ہے۔</w:t>
      </w:r>
    </w:p>
    <w:p>
      <w:r>
        <w:rPr>
          <w:b/>
        </w:rPr>
        <w:t xml:space="preserve">[29:51] </w:t>
      </w:r>
      <w:r>
        <w:t>to jis aadmi ko</w:t>
      </w:r>
    </w:p>
    <w:p>
      <w:pPr>
        <w:jc w:val="right"/>
      </w:pPr>
      <w:r>
        <w:t>تو جس آدمی کو</w:t>
      </w:r>
    </w:p>
    <w:p>
      <w:r>
        <w:rPr>
          <w:b/>
        </w:rPr>
        <w:t xml:space="preserve">[29:56] </w:t>
      </w:r>
      <w:r>
        <w:t>khuda ki yaad mein jeena hai, is ko apne aur khuda ke beech mein cloud hai, is ko hatana parega.</w:t>
      </w:r>
    </w:p>
    <w:p>
      <w:pPr>
        <w:jc w:val="right"/>
      </w:pPr>
      <w:r>
        <w:t>خدا کی یاد میں جینا ہے، اس کو اپنے اور خدا کے بیچ میں کلاؤڈ ہے، اس کو ہٹانا پڑے گا۔</w:t>
      </w:r>
    </w:p>
    <w:p>
      <w:r>
        <w:rPr>
          <w:b/>
        </w:rPr>
        <w:t xml:space="preserve">[30:05] </w:t>
      </w:r>
      <w:r>
        <w:t>tab ja kar khuda ki roshni aap ki taraf aye gi, tab ja kar khuda ka inspiration aap ki taraf pohnche ga. nahi to kuch nahi, yun to kuch bhi nahi.</w:t>
      </w:r>
    </w:p>
    <w:p>
      <w:pPr>
        <w:jc w:val="right"/>
      </w:pPr>
      <w:r>
        <w:t>تب جا کر خدا کی روشنی آپ کی طرف آئے گی، تب جا کر خدا کا انسپیریشن آپ کی طرف پہنچے گا۔ نہیں تو کچھ نہیں، یوں تو کچھ بھی نہیں۔</w:t>
      </w:r>
    </w:p>
    <w:p>
      <w:r>
        <w:rPr>
          <w:b/>
        </w:rPr>
        <w:t xml:space="preserve">[30:20] </w:t>
      </w:r>
      <w:r>
        <w:t>to yeh hai zikr e kaseer. zikr e kaseer ka matlab hai bohat ziyada khuda ko yaad karna. to bohat ziyada khuda ko yaad karna ka matlab yeh nahi hai ke aap sankron bar, hazaron bar, lakhon bar is ko repeat karen.</w:t>
      </w:r>
    </w:p>
    <w:p>
      <w:pPr>
        <w:jc w:val="right"/>
      </w:pPr>
      <w:r>
        <w:t>تو یہ ہے ذکر کثیر۔ ذکر کثیر کا مطلب ہے بہت زیادہ خدا کو یاد کرنا۔ تو بہت زیادہ خدا کو یاد کرنا کا مطلب یہ نہیں ہے کہ آپ سینکڑوں بار، ہزاروں بار، لاکھوں بار اس کو ریپیٹ کریں۔</w:t>
      </w:r>
    </w:p>
    <w:p>
      <w:r>
        <w:rPr>
          <w:b/>
        </w:rPr>
        <w:t xml:space="preserve">[30:37] </w:t>
      </w:r>
      <w:r>
        <w:t>allah, allah, allah, allah, allah, allah karen.</w:t>
      </w:r>
    </w:p>
    <w:p>
      <w:pPr>
        <w:jc w:val="right"/>
      </w:pPr>
      <w:r>
        <w:t>اللہ، اللہ، اللہ، اللہ، اللہ، اللہ کریں۔</w:t>
      </w:r>
    </w:p>
    <w:p>
      <w:r>
        <w:rPr>
          <w:b/>
        </w:rPr>
        <w:t xml:space="preserve">[30:41] </w:t>
      </w:r>
      <w:r>
        <w:t>yeh to ridiculous baat hai, bilkul ridiculous cheez hai.</w:t>
      </w:r>
    </w:p>
    <w:p>
      <w:pPr>
        <w:jc w:val="right"/>
      </w:pPr>
      <w:r>
        <w:t>یہ تو ریڈیکولس بات ہے، بالکل ریڈیکولس چیز ہے۔</w:t>
      </w:r>
    </w:p>
    <w:p>
      <w:r>
        <w:rPr>
          <w:b/>
        </w:rPr>
        <w:t xml:space="preserve">[30:47] </w:t>
      </w:r>
      <w:r>
        <w:t>zikr e kaseer jo hai, woh in terms of quality matloob hai, na ke in terms of quantity.</w:t>
      </w:r>
    </w:p>
    <w:p>
      <w:pPr>
        <w:jc w:val="right"/>
      </w:pPr>
      <w:r>
        <w:t>ذکر کثیر جو ہے، وہ ان ٹرمز آف کوالٹی مطلوب ہے، نہ کہ ان ٹرمز آف کوانٹٹی۔</w:t>
      </w:r>
    </w:p>
    <w:p>
      <w:r>
        <w:rPr>
          <w:b/>
        </w:rPr>
        <w:t xml:space="preserve">[30:56] </w:t>
      </w:r>
      <w:r>
        <w:t>tabhi to shakhsiyat banegi, tabhi to aap ki personality development hoga, tabhi to spiritual development hoga. shabdon ko dohrane se kaise development ho sakta hai?</w:t>
      </w:r>
    </w:p>
    <w:p>
      <w:pPr>
        <w:jc w:val="right"/>
      </w:pPr>
      <w:r>
        <w:t>تبھی تو شخصیت بنے گی، تبھی تو آپ کی پرسنیلٹی ڈیویلپمنٹ ہوگا، تبھی تو اسپریچول ڈیویلپمنٹ ہوگا۔ शब्दوں کو دہرانے سے کیسے ڈیویلپمنٹ ہو سکتا ہے؟</w:t>
      </w:r>
    </w:p>
    <w:p>
      <w:r>
        <w:rPr>
          <w:b/>
        </w:rPr>
        <w:t xml:space="preserve">[31:07] </w:t>
      </w:r>
      <w:r>
        <w:t>woh to zaban ki aik exercise ho gayi, woh to zaban ki aik exercise hai.</w:t>
      </w:r>
    </w:p>
    <w:p>
      <w:pPr>
        <w:jc w:val="right"/>
      </w:pPr>
      <w:r>
        <w:t>وہ تو زبان کی ایک ایکسرسائز ہو گئی، وہ تو زبان کی ایک ایکسرسائز ہے۔</w:t>
      </w:r>
    </w:p>
    <w:p>
      <w:r>
        <w:rPr>
          <w:b/>
        </w:rPr>
        <w:t xml:space="preserve">[31:14] </w:t>
      </w:r>
      <w:r>
        <w:t>is se ziyada kuch nahi. dil is mein involve nahi hai, mind is mein involve nahi hai.</w:t>
      </w:r>
    </w:p>
    <w:p>
      <w:pPr>
        <w:jc w:val="right"/>
      </w:pPr>
      <w:r>
        <w:t>اس سے زیادہ کچھ نہیں۔ دل اس میں انوالو نہیں ہے، مائنڈ اس میں انوالو نہیں ہے۔</w:t>
      </w:r>
    </w:p>
    <w:p>
      <w:r>
        <w:rPr>
          <w:b/>
        </w:rPr>
        <w:t xml:space="preserve">[31:25] </w:t>
      </w:r>
      <w:r>
        <w:t>to yeh hai sab se bari, yani sab se bari haqeeqat, aur yeh hai sab se bari blessing jis se insan apne aap ko mehroom ki hui hai.</w:t>
      </w:r>
    </w:p>
    <w:p>
      <w:pPr>
        <w:jc w:val="right"/>
      </w:pPr>
      <w:r>
        <w:t>تو یہ ہے سب سے بڑی، یعنی سب سے بڑی حقیقت، اور یہ ہے سب سے بڑی بلیسنگ جس سے انسان اپنے آپ کو محروم کی ہوئی ہے۔</w:t>
      </w:r>
    </w:p>
    <w:p>
      <w:r>
        <w:rPr>
          <w:b/>
        </w:rPr>
        <w:t xml:space="preserve">[31:44] </w:t>
      </w:r>
      <w:r>
        <w:t>jis se insan ne apne aap ko mehroom ki hui hai.</w:t>
      </w:r>
    </w:p>
    <w:p>
      <w:pPr>
        <w:jc w:val="right"/>
      </w:pPr>
      <w:r>
        <w:t>جس سے انسان نے اپنے آپ کو محروم کی ہوئی ہے۔</w:t>
      </w:r>
    </w:p>
    <w:p>
      <w:r>
        <w:rPr>
          <w:b/>
        </w:rPr>
        <w:t xml:space="preserve">[31:54] </w:t>
      </w:r>
      <w:r>
        <w:t>mein kal mein kahin se keh raha tha ke mujhe, mein gaon mein rehta tha, UP mein, Adamgarh mein.</w:t>
      </w:r>
    </w:p>
    <w:p>
      <w:pPr>
        <w:jc w:val="right"/>
      </w:pPr>
      <w:r>
        <w:t>میں کل میں کہیں سے کہہ رہا تھا کہ مجھے، میں گاؤں میں رہتا تھا، یو پی میں، آدم گڑھ میں۔</w:t>
      </w:r>
    </w:p>
    <w:p>
      <w:r>
        <w:rPr>
          <w:b/>
        </w:rPr>
        <w:t xml:space="preserve">[32:05] </w:t>
      </w:r>
      <w:r>
        <w:t>to aik faqeer aata tha, wahan us ki aik baat mujhe yaad aayi. to mein ne bataya aik sahib ko,</w:t>
      </w:r>
    </w:p>
    <w:p>
      <w:pPr>
        <w:jc w:val="right"/>
      </w:pPr>
      <w:r>
        <w:t>تو ایک فقیر آتا تھا، وہاں اس کی ایک بات مجھے یاد آئی۔ تو میں نے بتایا ایک صاحب کو،</w:t>
      </w:r>
    </w:p>
    <w:p>
      <w:r>
        <w:rPr>
          <w:b/>
        </w:rPr>
        <w:t xml:space="preserve">[32:11] </w:t>
      </w:r>
      <w:r>
        <w:t>aksar aata tha woh, aur aik hi baat kehta tha. woh</w:t>
      </w:r>
    </w:p>
    <w:p>
      <w:pPr>
        <w:jc w:val="right"/>
      </w:pPr>
      <w:r>
        <w:t>اکثر آتا تھا وہ، اور ایک ہی بات کہتا تھا۔ وہ</w:t>
      </w:r>
    </w:p>
    <w:p>
      <w:r>
        <w:rPr>
          <w:b/>
        </w:rPr>
        <w:t xml:space="preserve">[32:17] </w:t>
      </w:r>
      <w:r>
        <w:t>jo de, us ka bhala, jo na de, us ka bhi bhala.</w:t>
      </w:r>
    </w:p>
    <w:p>
      <w:pPr>
        <w:jc w:val="right"/>
      </w:pPr>
      <w:r>
        <w:t>جو دے، اس کا بھلا، جو نہ دے، اس کا بھی بھلا۔</w:t>
      </w:r>
    </w:p>
    <w:p>
      <w:r>
        <w:rPr>
          <w:b/>
        </w:rPr>
        <w:t xml:space="preserve">[32:24] </w:t>
      </w:r>
      <w:r>
        <w:t>jo de, us ka bhi bhala, jo na de, us ka bhi bhala. to mein ne kaha ke dekhen, mera tajruba yeh hai, mera experience yeh hai, mein boorha ho gaya hoon ke khuda ne jab mujhe koi cheez di</w:t>
      </w:r>
    </w:p>
    <w:p>
      <w:pPr>
        <w:jc w:val="right"/>
      </w:pPr>
      <w:r>
        <w:t>جو دے، اس کا بھی بھلا، جو نہ دے، اس کا بھی بھلا۔ تو میں نے کہا کہ دیکھیں، میرا تجربہ یہ ہے، میرا ایکسپیرینس یہ ہے، میں بوڑھا ہو گیا ہوں کہ خدا نے جب مجھے کوئی چیز دی</w:t>
      </w:r>
    </w:p>
    <w:p>
      <w:r>
        <w:rPr>
          <w:b/>
        </w:rPr>
        <w:t xml:space="preserve">[32:40] </w:t>
      </w:r>
      <w:r>
        <w:t>to us mein bhi mera faida tha, aur jab koi cheez khuda, cheez khuda ne na di, mere chahne ke bawajood, to us mein bhi mera faida tha. kyunke agar woh mujhe mil jati to mere liye achhe nahi thay.</w:t>
      </w:r>
    </w:p>
    <w:p>
      <w:pPr>
        <w:jc w:val="right"/>
      </w:pPr>
      <w:r>
        <w:t>تو اس میں بھی میرا فائدہ تھا، اور جب کوئی چیز خدا، چیز خدا نے نہ دی، میرے چاہنے کے باوجود، تو اس میں بھی میرا فائدہ تھا۔ کیونکہ اگر وہ مجھے مل جاتی تو میرے لیے اچھے نہیں تھے۔</w:t>
      </w:r>
    </w:p>
    <w:p>
      <w:r>
        <w:rPr>
          <w:b/>
        </w:rPr>
        <w:t xml:space="preserve">[32:53] </w:t>
      </w:r>
      <w:r>
        <w:t>woh</w:t>
      </w:r>
    </w:p>
    <w:p>
      <w:pPr>
        <w:jc w:val="right"/>
      </w:pPr>
      <w:r>
        <w:t>وہ</w:t>
      </w:r>
    </w:p>
    <w:p>
      <w:r>
        <w:rPr>
          <w:b/>
        </w:rPr>
        <w:t xml:space="preserve">[32:56] </w:t>
      </w:r>
      <w:r>
        <w:t>ke kitni cheezen aisi hain ke jis ko mein ne chaha, aur khuda ne mujhe nahi di. mujhe us ko ab mein sochta hoon to mera chahna galat tha.</w:t>
      </w:r>
    </w:p>
    <w:p>
      <w:pPr>
        <w:jc w:val="right"/>
      </w:pPr>
      <w:r>
        <w:t>کہ کتنی چیزیں ایسی ہیں کہ جس کو میں نے چاہا، اور خدا نے مجھے نہیں دیا۔ مجھے اس کو اب میں سوچتا ہوں تو میرا چاہنا غلط تھا۔</w:t>
      </w:r>
    </w:p>
    <w:p>
      <w:r>
        <w:rPr>
          <w:b/>
        </w:rPr>
        <w:t xml:space="preserve">[33:07] </w:t>
      </w:r>
      <w:r>
        <w:t>khuda ne na de kar mere upar ehsan kiya. to khuda kabhi de kar ehsan karta hai,</w:t>
      </w:r>
    </w:p>
    <w:p>
      <w:pPr>
        <w:jc w:val="right"/>
      </w:pPr>
      <w:r>
        <w:t>خدا نے نہ دے کر میرے اوپر احسان کیا۔ تو خدا کبھی دے کر احسان کرتا ہے،</w:t>
      </w:r>
    </w:p>
    <w:p>
      <w:r>
        <w:rPr>
          <w:b/>
        </w:rPr>
        <w:t xml:space="preserve">[33:14] </w:t>
      </w:r>
      <w:r>
        <w:t>khuda kabhi na de kar ehsan karta hai.</w:t>
      </w:r>
    </w:p>
    <w:p>
      <w:pPr>
        <w:jc w:val="right"/>
      </w:pPr>
      <w:r>
        <w:t>خدا کبھی نہ دے کر احسان کرتا ہے۔</w:t>
      </w:r>
    </w:p>
    <w:p>
      <w:r>
        <w:rPr>
          <w:b/>
        </w:rPr>
        <w:t xml:space="preserve">[33:20] </w:t>
      </w:r>
      <w:r>
        <w:t>jab aap yahan tak pohnchen, tab saacha shukr paida hoga aap ke andar ke jo cheezen khuda ne mujhe na deen.</w:t>
      </w:r>
    </w:p>
    <w:p>
      <w:pPr>
        <w:jc w:val="right"/>
      </w:pPr>
      <w:r>
        <w:t>جب آپ یہاں تک پہنچیں، تب سچا شکر پیدا ہوگا آپ کے اندر کہ جو چیزیں خدا نے مجھے نہ دیں۔</w:t>
      </w:r>
    </w:p>
    <w:p>
      <w:r>
        <w:rPr>
          <w:b/>
        </w:rPr>
        <w:t xml:space="preserve">[33:33] </w:t>
      </w:r>
      <w:r>
        <w:t>jaise un ka shair hai, fani badayuni ka ke meri hawas ko aish do alam bhi tha qabool, tera karam ke tu ne diya dil dukha hua.</w:t>
      </w:r>
    </w:p>
    <w:p>
      <w:pPr>
        <w:jc w:val="right"/>
      </w:pPr>
      <w:r>
        <w:t>جیسے ان کا شعر ہے، فانی بدایونی کا کہ میری ہوس کو عیش دو عالم بھی تھا قبول، تیرا کرم کہ تو نے دیا دل دکھا ہوا۔</w:t>
      </w:r>
    </w:p>
    <w:p>
      <w:r>
        <w:rPr>
          <w:b/>
        </w:rPr>
        <w:t xml:space="preserve">[33:50] </w:t>
      </w:r>
      <w:r>
        <w:t>dekhen, is mein yeh baat mazeed izafa kar ke samjhen ke insan to khwahishon wala hai. insan ki to khwahishen hoti hain, insan ke andar desires hotay hain.</w:t>
      </w:r>
    </w:p>
    <w:p>
      <w:pPr>
        <w:jc w:val="right"/>
      </w:pPr>
      <w:r>
        <w:t>دیکھیں، اس میں یہ بات مزید اضافہ کر کے سمجھیے کہ انسان تو خواہشوں والا ہے۔ انسان کی تو خواہشیں ہوتی ہیں، انسان کے اندر ڈیزائر ہوتے ہیں۔</w:t>
      </w:r>
    </w:p>
    <w:p>
      <w:r>
        <w:rPr>
          <w:b/>
        </w:rPr>
        <w:t xml:space="preserve">[34:04] </w:t>
      </w:r>
      <w:r>
        <w:t>insan future ko nahi janta.</w:t>
      </w:r>
    </w:p>
    <w:p>
      <w:pPr>
        <w:jc w:val="right"/>
      </w:pPr>
      <w:r>
        <w:t>انسان فیوچر کو نہیں جانتا۔</w:t>
      </w:r>
    </w:p>
    <w:p>
      <w:r>
        <w:rPr>
          <w:b/>
        </w:rPr>
        <w:t xml:space="preserve">[34:07] </w:t>
      </w:r>
      <w:r>
        <w:t>aik cheez ko hum chahte hain apne desire ke tehat, lekin in terms of future woh hamare ulta parh parhne wala hota hai. to khuda future ko dekh raha hai, hum sirf present ko dekhte hain.</w:t>
      </w:r>
    </w:p>
    <w:p>
      <w:pPr>
        <w:jc w:val="right"/>
      </w:pPr>
      <w:r>
        <w:t>ایک چیز کو ہم چاہتے ہیں اپنے ڈیزائر کے تحت، لیکن ان ٹرمز آف فیوچر وہ ہمارے الٹا پڑھ پڑھنے والا ہوتا ہے۔ تو خدا فیوچر کو دیکھ رہا ہے، ہم صرف پریزنٹ کو دیکھتے ہیں۔</w:t>
      </w:r>
    </w:p>
    <w:p>
      <w:r>
        <w:rPr>
          <w:b/>
        </w:rPr>
        <w:t xml:space="preserve">[34:23] </w:t>
      </w:r>
      <w:r>
        <w:t>to present ko dekh kar ke aadmi aik cheez chahne lagta hai</w:t>
      </w:r>
    </w:p>
    <w:p>
      <w:pPr>
        <w:jc w:val="right"/>
      </w:pPr>
      <w:r>
        <w:t>تو پریزنٹ کو دیکھ کر کے آدمی ایک چیز چاہنے لگتا ہے</w:t>
      </w:r>
    </w:p>
    <w:p>
      <w:r>
        <w:rPr>
          <w:b/>
        </w:rPr>
        <w:t xml:space="preserve">[34:28] </w:t>
      </w:r>
      <w:r>
        <w:t>ke yeh mujhe mil jaye to kitna acha ho.</w:t>
      </w:r>
    </w:p>
    <w:p>
      <w:pPr>
        <w:jc w:val="right"/>
      </w:pPr>
      <w:r>
        <w:t>کہ یہ مجھے مل جائے تو کتنا اچھا ہو۔</w:t>
      </w:r>
    </w:p>
    <w:p>
      <w:r>
        <w:rPr>
          <w:b/>
        </w:rPr>
        <w:t xml:space="preserve">[34:31] </w:t>
      </w:r>
      <w:r>
        <w:t>lekin khuda future ko dekh raha hai. future ko dekh kar ke woh aap ko is se mehroom kar deta hai. aur aap samajhte hain ke khuda ne mujhe nahi diya, aur khuda ke khilaf aap ke andar aik negative thought aa jata hai.</w:t>
      </w:r>
    </w:p>
    <w:p>
      <w:pPr>
        <w:jc w:val="right"/>
      </w:pPr>
      <w:r>
        <w:t>لیکن خدا فیوچر کو دیکھ رہا ہے۔ فیوچر کو دیکھ کر کے وہ آپ کو اس سے محروم کر دیتا ہے۔ اور آپ سمجھتے ہیں کہ خدا نے مجھے نہیں دیا، اور خدا کے خلاف آپ کے اندر ایک نیگیٹیو تھاٹ آ جاتا ہے۔</w:t>
      </w:r>
    </w:p>
    <w:p>
      <w:r>
        <w:rPr>
          <w:b/>
        </w:rPr>
        <w:t xml:space="preserve">[34:46] </w:t>
      </w:r>
      <w:r>
        <w:t>lekin yeh galat hai.</w:t>
      </w:r>
    </w:p>
    <w:p>
      <w:pPr>
        <w:jc w:val="right"/>
      </w:pPr>
      <w:r>
        <w:t>لیکن یہ غلط ہے۔</w:t>
      </w:r>
    </w:p>
    <w:p>
      <w:r>
        <w:rPr>
          <w:b/>
        </w:rPr>
        <w:t xml:space="preserve">[34:49] </w:t>
      </w:r>
      <w:r>
        <w:t>to mujhe woh yaad aya is faqeer ka ke jo de, uska bhi bhala, jo na de, uska bhi bhala. to is ko maine dhala is tareeqe se ke khuda ne agar diya, tab bhi us ne mere sath bhala kiya.</w:t>
      </w:r>
    </w:p>
    <w:p>
      <w:pPr>
        <w:jc w:val="right"/>
      </w:pPr>
      <w:r>
        <w:t>تو مجھے وہ یاد آیا اس فقیر کا کہ جو دے، اس کا بھی بھلا، جو نہ دے، اس کا بھی بھلا۔ تو اس کو میں نے ڈھالا اس طریقے سے کہ خدا نے اگر دیا، تب بھی اس نے میرے ساتھ بھلا کیا۔</w:t>
      </w:r>
    </w:p>
    <w:p>
      <w:r>
        <w:rPr>
          <w:b/>
        </w:rPr>
        <w:t xml:space="preserve">[35:04] </w:t>
      </w:r>
      <w:r>
        <w:t>khuda ne agar nahi diya,</w:t>
      </w:r>
    </w:p>
    <w:p>
      <w:pPr>
        <w:jc w:val="right"/>
      </w:pPr>
      <w:r>
        <w:t>خدا نے اگر نہیں دیا،</w:t>
      </w:r>
    </w:p>
    <w:p>
      <w:r>
        <w:rPr>
          <w:b/>
        </w:rPr>
        <w:t xml:space="preserve">[35:06] </w:t>
      </w:r>
      <w:r>
        <w:t>tab bhi is mein meri koi bhalai thi. is mein future ke aitbar se jab aap yeh develop karein, yeh yeh yeh soch develop karein andar, yeh soch,</w:t>
      </w:r>
    </w:p>
    <w:p>
      <w:pPr>
        <w:jc w:val="right"/>
      </w:pPr>
      <w:r>
        <w:t>تب بھی اس میں میری کوئی بھلائی تھی۔ اس میں فیوچر کے اعتبار سے جب آپ یہ ڈیویلپ کریں، یہ یہ یہ سوچ ڈیویلپ کریں اندر، یہ سوچ،</w:t>
      </w:r>
    </w:p>
    <w:p>
      <w:r>
        <w:rPr>
          <w:b/>
        </w:rPr>
        <w:t xml:space="preserve">[35:21] </w:t>
      </w:r>
      <w:r>
        <w:t>tab ja kar aap ko bara shukr milta hai, bari yadein milti hain.</w:t>
      </w:r>
    </w:p>
    <w:p>
      <w:pPr>
        <w:jc w:val="right"/>
      </w:pPr>
      <w:r>
        <w:t>تب جا کر آپ کو بڑا شکر ملتا ہے، بڑی یادیں ملتی ہیں۔</w:t>
      </w:r>
    </w:p>
    <w:p>
      <w:r>
        <w:rPr>
          <w:b/>
        </w:rPr>
        <w:t xml:space="preserve">[35:27] </w:t>
      </w:r>
      <w:r>
        <w:t>tab aap khuda ko zyada bare level pe pehchan paate hain.</w:t>
      </w:r>
    </w:p>
    <w:p>
      <w:pPr>
        <w:jc w:val="right"/>
      </w:pPr>
      <w:r>
        <w:t>تب آپ خدا کو زیادہ بڑے لیول پہ پہچان پاتے ہیں۔</w:t>
      </w:r>
    </w:p>
    <w:p>
      <w:r>
        <w:rPr>
          <w:b/>
        </w:rPr>
        <w:t xml:space="preserve">[35:33] </w:t>
      </w:r>
      <w:r>
        <w:t>tab aap ke dil mein aik samandar aata hai khuda ki yaad ka, aik storm aata hai, aik thrill aata hai khuda ki yaad ka.</w:t>
      </w:r>
    </w:p>
    <w:p>
      <w:pPr>
        <w:jc w:val="right"/>
      </w:pPr>
      <w:r>
        <w:t>تب آپ کے دل میں ایک سمندر آتا ہے خدا کی یاد کا، ایک اسٹارم آتا ہے، ایک تھرل آتا ہے خدا کی یاد کا۔</w:t>
      </w:r>
    </w:p>
    <w:p>
      <w:r>
        <w:rPr>
          <w:b/>
        </w:rPr>
        <w:t xml:space="preserve">[35:45] </w:t>
      </w:r>
      <w:r>
        <w:t>aur dekhein, yahi jo hai, yahi cheez, yahi cheez aadmi ko jannat mein le jayegi. kyunke yeh cheez aadmi ki personality development se judi hui hai.</w:t>
      </w:r>
    </w:p>
    <w:p>
      <w:pPr>
        <w:jc w:val="right"/>
      </w:pPr>
      <w:r>
        <w:t>اور دیکھیں، یہی جو ہے، یہی چیز، یہی چیز آدمی کو جنت میں لے جائے گی۔ کیونکہ یہ چیز آدمی کی پرسنیلٹی ڈیویلپمنٹ سے جڑی ہوئی ہے۔</w:t>
      </w:r>
    </w:p>
    <w:p>
      <w:r>
        <w:rPr>
          <w:b/>
        </w:rPr>
        <w:t xml:space="preserve">[35:58] </w:t>
      </w:r>
      <w:r>
        <w:t>agar aap shikayaton mein jiyen</w:t>
      </w:r>
    </w:p>
    <w:p>
      <w:pPr>
        <w:jc w:val="right"/>
      </w:pPr>
      <w:r>
        <w:t>اگر آپ شکایتوں میں جیئیں</w:t>
      </w:r>
    </w:p>
    <w:p>
      <w:r>
        <w:rPr>
          <w:b/>
        </w:rPr>
        <w:t xml:space="preserve">[36:01] </w:t>
      </w:r>
      <w:r>
        <w:t>to aap ki personality banegi negative personality. agar aap mohabbat mein jiyen to aap ki personality banegi mohabbat wali personality.</w:t>
      </w:r>
    </w:p>
    <w:p>
      <w:pPr>
        <w:jc w:val="right"/>
      </w:pPr>
      <w:r>
        <w:t>تو آپ کی پرسنیلٹی بنے گی نیگیٹیو پرسنیلٹی۔ اگر آپ محبت میں جیئیں تو آپ کی پرسنیلٹی بنے گی محبت والی پرسنیلٹی۔</w:t>
      </w:r>
    </w:p>
    <w:p>
      <w:r>
        <w:rPr>
          <w:b/>
        </w:rPr>
        <w:t xml:space="preserve">[36:13] </w:t>
      </w:r>
      <w:r>
        <w:t>agar aap gratefulness mein jiyen, yani shukr karne wale ehsasat mein jiyen, to aap ki jo personality banegi, woh shukr wali personality banegi.</w:t>
      </w:r>
    </w:p>
    <w:p>
      <w:pPr>
        <w:jc w:val="right"/>
      </w:pPr>
      <w:r>
        <w:t>اگر آپ گریٹ فلمنس میں جیئیں، یعنی شکر کرنے والے احساسات میں جیئیں، تو آپ کی جو پرسنیلٹی بنے گی، وہ شکر والی پرسنیلٹی بنے گی۔</w:t>
      </w:r>
    </w:p>
    <w:p>
      <w:r>
        <w:rPr>
          <w:b/>
        </w:rPr>
        <w:t xml:space="preserve">[36:24] </w:t>
      </w:r>
      <w:r>
        <w:t>yani aik lafz mein yeh hai ke negative personality aur positive personality, aik lafz mein. to main ne jahan tak samjha hai, negative personality hi ke liye jahannum hai,</w:t>
      </w:r>
    </w:p>
    <w:p>
      <w:pPr>
        <w:jc w:val="right"/>
      </w:pPr>
      <w:r>
        <w:t>یعنی ایک لفظ میں یہ ہے کہ نیگیٹیو پرسنیلٹی اور پوزیٹیو پرسنیلٹی، ایک لفظ میں۔ تو میں نے جہاں تک سمجھا ہے، نیگیٹیو پرسنیلٹی ہی کے لیے جہنم ہے،</w:t>
      </w:r>
    </w:p>
    <w:p>
      <w:r>
        <w:rPr>
          <w:b/>
        </w:rPr>
        <w:t xml:space="preserve">[36:42] </w:t>
      </w:r>
      <w:r>
        <w:t>aur positive personality jis ke andar hai, usi ke liye jannat hai. lekin hundred percent positive personality, aik atom ke barabar bhi agar aap ke andar negativity hai, to phir aap ko jannat milne wali nahi hai.</w:t>
      </w:r>
    </w:p>
    <w:p>
      <w:pPr>
        <w:jc w:val="right"/>
      </w:pPr>
      <w:r>
        <w:t>اور پوزیٹیو پرسنیلٹی جس کے اندر ہے، اسی کے لیے جنت ہے۔ لیکن ہنڈرڈ پرسنٹ پوزیٹیو پرسنیلٹی، ایک آئٹا کے برابر بھی اگر آپ کے اندر نیگیٹیوٹی ہے، تو پھر آپ کو جنت ملنے والی نہیں ہے۔</w:t>
      </w:r>
    </w:p>
    <w:p>
      <w:r>
        <w:rPr>
          <w:b/>
        </w:rPr>
        <w:t xml:space="preserve">[37:04] </w:t>
      </w:r>
      <w:r>
        <w:t>yeh mamla self interest ka hai.</w:t>
      </w:r>
    </w:p>
    <w:p>
      <w:pPr>
        <w:jc w:val="right"/>
      </w:pPr>
      <w:r>
        <w:t>یہ معاملہ سیلف انٹرسٹ کا ہے۔</w:t>
      </w:r>
    </w:p>
    <w:p>
      <w:r>
        <w:rPr>
          <w:b/>
        </w:rPr>
        <w:t xml:space="preserve">[37:10] </w:t>
      </w:r>
      <w:r>
        <w:t>isi par jannat dozakh ka faisla hone wala hai. jahannum mein woh jayega jis ke andar negative personality bani ho, aur jannat mein woh jayega jis ke andar positive personality bani ho.</w:t>
      </w:r>
    </w:p>
    <w:p>
      <w:pPr>
        <w:jc w:val="right"/>
      </w:pPr>
      <w:r>
        <w:t>اسی پر جنت دوزخ کا فیصلہ ہونے والا ہے۔ جہنم میں وہ جائے گا جس کے اندر نیگیٹیو پرسنیلٹی بنی ہو، اور جنت میں وہ جائے گا جس کے اندر پوزیٹیو پرسنیلٹی بنی ہو۔</w:t>
      </w:r>
    </w:p>
    <w:p>
      <w:r>
        <w:rPr>
          <w:b/>
        </w:rPr>
        <w:t xml:space="preserve">[37:27] </w:t>
      </w:r>
      <w:r>
        <w:t>is tarah se aadmi ko nafraton ko bhulana hai, shikayaton ko bhulana hai, etiraf mein jeena hai, shukr mein jeena hai, zikr kaseer mein jeena hai.</w:t>
      </w:r>
    </w:p>
    <w:p>
      <w:pPr>
        <w:jc w:val="right"/>
      </w:pPr>
      <w:r>
        <w:t>اس طرح سے آدمی کو نفرتوں کو بھلانا ہے، شکایتوں کو بھلانا ہے، اعتراف میں جینا ہے، شکر میں جینا ہے، ذکر کثیر میں جینا ہے۔</w:t>
      </w:r>
    </w:p>
    <w:p>
      <w:r>
        <w:rPr>
          <w:b/>
        </w:rPr>
        <w:t xml:space="preserve">[37:41] </w:t>
      </w:r>
      <w:r>
        <w:t>yeh sab cheezein mil kar hi koi to</w:t>
      </w:r>
    </w:p>
    <w:p>
      <w:pPr>
        <w:jc w:val="right"/>
      </w:pPr>
      <w:r>
        <w:t>یہ سب چیزیں مل کر ہی کوئی تو</w:t>
      </w:r>
    </w:p>
    <w:p>
      <w:r>
        <w:rPr>
          <w:b/>
        </w:rPr>
        <w:t xml:space="preserve">[37:44] </w:t>
      </w:r>
      <w:r>
        <w:t>positive personality banti hai.</w:t>
      </w:r>
    </w:p>
    <w:p>
      <w:pPr>
        <w:jc w:val="right"/>
      </w:pPr>
      <w:r>
        <w:t>پوزیٹیو پرسنیلٹی بنتی ہے۔</w:t>
      </w:r>
    </w:p>
    <w:p>
      <w:r>
        <w:rPr>
          <w:b/>
        </w:rPr>
        <w:t xml:space="preserve">[37:53] </w:t>
      </w:r>
      <w:r>
        <w:t>yeh baatein bohat zyada sochne ki hain. jab aadmi sochta hai, tabhi in baaton ki gehrai tak woh pahunch pata hai.</w:t>
      </w:r>
    </w:p>
    <w:p>
      <w:pPr>
        <w:jc w:val="right"/>
      </w:pPr>
      <w:r>
        <w:t>یہ باتیں بہت زیادہ سوچنے کی ہیں۔ جب آدمی سوچتا ہے، تبھی ان باتوں کی گہرائی تک وہ پہنچ پاتا ہے۔</w:t>
      </w:r>
    </w:p>
    <w:p>
      <w:r>
        <w:rPr>
          <w:b/>
        </w:rPr>
        <w:t xml:space="preserve">[38:07] </w:t>
      </w:r>
      <w:r>
        <w:t>soche baghair aap baaton ki gehrai tak nahi pahunch sakte.</w:t>
      </w:r>
    </w:p>
    <w:p>
      <w:pPr>
        <w:jc w:val="right"/>
      </w:pPr>
      <w:r>
        <w:t>سوچے بغیر آپ باتوں کی گہرائی تک نہیں پہنچ سکتے۔</w:t>
      </w:r>
    </w:p>
    <w:p>
      <w:r>
        <w:rPr>
          <w:b/>
        </w:rPr>
        <w:t xml:space="preserve">[38:15] </w:t>
      </w:r>
      <w:r>
        <w:t>soche baghair aap baaton ki gehrai tak nahi pahunch sakte. aur har cheez mein sochne ka saman hota hai. har cheez mein sochne ka saman hota hai.</w:t>
      </w:r>
    </w:p>
    <w:p>
      <w:pPr>
        <w:jc w:val="right"/>
      </w:pPr>
      <w:r>
        <w:t>سوچے بغیر آپ باتوں کی گہرائی تک نہیں پہنچ سکتے۔ اور ہر چیز میں سوچنے کا سامان ہوتا ہے۔ ہر چیز میں سوچنے کا سامان ہوتا ہے۔</w:t>
      </w:r>
    </w:p>
    <w:p>
      <w:r>
        <w:rPr>
          <w:b/>
        </w:rPr>
        <w:t xml:space="preserve">[38:24] </w:t>
      </w:r>
      <w:r>
        <w:t>chahe woh aap ke sath, yani aik aik hadsa hi kyun na ho. jaise maine bataya ke mera aankh</w:t>
      </w:r>
    </w:p>
    <w:p>
      <w:pPr>
        <w:jc w:val="right"/>
      </w:pPr>
      <w:r>
        <w:t>چاہے وہ آپ کے ساتھ، یعنی ایک ایک حادثہ ہی کیوں نہ ہو۔ جیسے میں نے بتایا کہ میرا آنکھ</w:t>
      </w:r>
    </w:p>
    <w:p>
      <w:r>
        <w:rPr>
          <w:b/>
        </w:rPr>
        <w:t xml:space="preserve">[38:31] </w:t>
      </w:r>
      <w:r>
        <w:t>gir gaya aur toot gaya, to is mein bhi aik aik bohat hi musbat pehlu tha, aik positive aspect tha. aise hi cloud mere aur suraj ke beech mein aa gaya, to is mein bhi aik soch ka saman tha.</w:t>
      </w:r>
    </w:p>
    <w:p>
      <w:pPr>
        <w:jc w:val="right"/>
      </w:pPr>
      <w:r>
        <w:t>گر گیا اور ٹوٹ گیا، تو اس میں بھی ایک ایک بہت ہی مثبت پہلو تھا، ایک پازیٹیو ایسپیکٹ تھا۔ ایسے ہی کلاؤڈ میرے اور سورج کے بیچ میں آ گیا، تو اس میں بھی ایک سوچ کا سامان تھا۔</w:t>
      </w:r>
    </w:p>
    <w:p>
      <w:r>
        <w:rPr>
          <w:b/>
        </w:rPr>
        <w:t xml:space="preserve">[38:48] </w:t>
      </w:r>
      <w:r>
        <w:t>to sochna jo hai,</w:t>
      </w:r>
    </w:p>
    <w:p>
      <w:pPr>
        <w:jc w:val="right"/>
      </w:pPr>
      <w:r>
        <w:t>تو سوچنا جو ہے،</w:t>
      </w:r>
    </w:p>
    <w:p>
      <w:r>
        <w:rPr>
          <w:b/>
        </w:rPr>
        <w:t xml:space="preserve">[38:52] </w:t>
      </w:r>
      <w:r>
        <w:t>woh insan ki sab se bari sifat hai.</w:t>
      </w:r>
    </w:p>
    <w:p>
      <w:pPr>
        <w:jc w:val="right"/>
      </w:pPr>
      <w:r>
        <w:t>وہ انسان کی سب سے بڑی صفت ہے۔</w:t>
      </w:r>
    </w:p>
    <w:p>
      <w:r>
        <w:rPr>
          <w:b/>
        </w:rPr>
        <w:t xml:space="preserve">[38:58] </w:t>
      </w:r>
      <w:r>
        <w:t>aaj ke paper mein aik bari anokhi, yani aik aik scientific khabar aai hai, aik research aaj hi ke paper mein ke scientist jo hain, is nabat ko pohanche hain ke yeh poori universe, itni bari universe jo hai, woh design ki gai hai is tareeqe se ke insan ke liye woh favorable rahe.</w:t>
      </w:r>
    </w:p>
    <w:p>
      <w:pPr>
        <w:jc w:val="right"/>
      </w:pPr>
      <w:r>
        <w:t>آج کے پیپر میں ایک بڑی انوکھی، یعنی ایک ایک سائنٹیفک خبر آئی ہے، ایک ریسرچ آج ہی کے پیپر میں کہ سائنسدان جو ہیں، اس نوبت کو پہنچے ہیں کہ یہ پوری یونیورس، اتنی بڑی یونیورس جو ہے، وہ ڈیزائن کی گئی ہے اس طریقے سے کہ انسان کے لیے وہ فیوریبل رہے۔</w:t>
      </w:r>
    </w:p>
    <w:p>
      <w:r>
        <w:rPr>
          <w:b/>
        </w:rPr>
        <w:t xml:space="preserve">[39:20] </w:t>
      </w:r>
      <w:r>
        <w:t>zara ghor kijiye ke yeh insan jo hai, zameen se bhi bohat chota hai, suraj system se aur bhi chota hai. galaxy ko le diya jaye to galaxy ke lehaz se itna chota hai ke woh kahin dikhai bhi nahi dega.</w:t>
      </w:r>
    </w:p>
    <w:p>
      <w:pPr>
        <w:jc w:val="right"/>
      </w:pPr>
      <w:r>
        <w:t>ذرا غور کیجئے کہ یہ انسان جو ہے، زمین سے بھی بہت چھوٹا ہے، سورج سسٹم سے اور بھی چھوٹا ہے۔ گیلیکسی کو لے دیا جائے تو گیلیکسی کے لحاظ سے اتنا چھوٹا ہے کہ وہ کہیں دکھائی بھی نہیں دے گا۔</w:t>
      </w:r>
    </w:p>
    <w:p>
      <w:r>
        <w:rPr>
          <w:b/>
        </w:rPr>
        <w:t xml:space="preserve">[39:34] </w:t>
      </w:r>
      <w:r>
        <w:t>agar woh compare kar ke dekha to aap</w:t>
      </w:r>
    </w:p>
    <w:p>
      <w:pPr>
        <w:jc w:val="right"/>
      </w:pPr>
      <w:r>
        <w:t>اگر وہ کمپیئر کر کے دیکھا تو آپ</w:t>
      </w:r>
    </w:p>
    <w:p>
      <w:r>
        <w:rPr>
          <w:b/>
        </w:rPr>
        <w:t xml:space="preserve">[39:39] </w:t>
      </w:r>
      <w:r>
        <w:t>to itni bari universe, itni bari universe, itni bari universe is tarah design ki gai hai ke woh insan ke liye favorable ho.</w:t>
      </w:r>
    </w:p>
    <w:p>
      <w:pPr>
        <w:jc w:val="right"/>
      </w:pPr>
      <w:r>
        <w:t>تو اتنی بڑی یونیورس، اتنی بڑی یونیورس، اتنی بڑی یونیورس اس طرح ڈیزائن کی گئی ہے کہ وہ انسان کے لیے فیوریبل ہو۔</w:t>
      </w:r>
    </w:p>
    <w:p>
      <w:r>
        <w:rPr>
          <w:b/>
        </w:rPr>
        <w:t xml:space="preserve">[39:51] </w:t>
      </w:r>
      <w:r>
        <w:t>ab ghor kijiye ke jab aap sochen is ko to creator ke bare mein kitna zyada aap ke andar aik samandari shukr paida ho jayega.</w:t>
      </w:r>
    </w:p>
    <w:p>
      <w:pPr>
        <w:jc w:val="right"/>
      </w:pPr>
      <w:r>
        <w:t>اب غور کیجئے کہ جب آپ سوچیں اس کو تو کریٹر کے بارے میں کتنا زیادہ آپ کے اندر ایک سمندری شکر پیدا ہو جائے گا۔</w:t>
      </w:r>
    </w:p>
    <w:p>
      <w:r>
        <w:rPr>
          <w:b/>
        </w:rPr>
        <w:t xml:space="preserve">[40:03] </w:t>
      </w:r>
      <w:r>
        <w:t>aik oceanic gratefulness, aik samandari shukr paida ho jayega</w:t>
      </w:r>
    </w:p>
    <w:p>
      <w:pPr>
        <w:jc w:val="right"/>
      </w:pPr>
      <w:r>
        <w:t>ایک اوشیانک گریٹ فلنس، ایک سمندری شکر پیدا ہو جائے گا</w:t>
      </w:r>
    </w:p>
    <w:p>
      <w:r>
        <w:rPr>
          <w:b/>
        </w:rPr>
        <w:t xml:space="preserve">[40:11] </w:t>
      </w:r>
      <w:r>
        <w:t>ke kaisa ajeeb Khuda ki blessing hai ke itni bari universe bana di us ne aik mere hisab se, mere liye, mere liye favorable rahe woh.</w:t>
      </w:r>
    </w:p>
    <w:p>
      <w:pPr>
        <w:jc w:val="right"/>
      </w:pPr>
      <w:r>
        <w:t>کہ کیسا عجیب خدا کی بلیسنگ ہے کہ اتنی بڑی یونیورس بنا دی اس نے ایک میرے حساب سے، میرے لیے، میرے لیے فیوریبل رہے وہ۔</w:t>
      </w:r>
    </w:p>
    <w:p>
      <w:r>
        <w:rPr>
          <w:b/>
        </w:rPr>
        <w:t xml:space="preserve">[40:26] </w:t>
      </w:r>
      <w:r>
        <w:t>jaise misal ke tor par aap choti si misal, aise hazaron billion trillion cheezain misalein hain ke hamara jo solar system hai, woh aik galaxy mein hai jis ko hum kehte hain milky way.</w:t>
      </w:r>
    </w:p>
    <w:p>
      <w:pPr>
        <w:jc w:val="right"/>
      </w:pPr>
      <w:r>
        <w:t>جیسے مثال کے طور پر آپ چھوٹی سی مثال، ایسے ہزاروں بلین ٹریلین چیزیں مثالیں ہیں کہ ہمارا جو سولر سسٹم ہے، وہ ایک گیلیکسی میں ہے جس کو ہم کہتے ہیں ملکی وے۔</w:t>
      </w:r>
    </w:p>
    <w:p>
      <w:r>
        <w:rPr>
          <w:b/>
        </w:rPr>
        <w:t xml:space="preserve">[40:42] </w:t>
      </w:r>
      <w:r>
        <w:t>to milky way ke</w:t>
      </w:r>
    </w:p>
    <w:p>
      <w:pPr>
        <w:jc w:val="right"/>
      </w:pPr>
      <w:r>
        <w:t>تو ملکی وے کے</w:t>
      </w:r>
    </w:p>
    <w:p>
      <w:r>
        <w:rPr>
          <w:b/>
        </w:rPr>
        <w:t xml:space="preserve">[40:44] </w:t>
      </w:r>
      <w:r>
        <w:t>ke kinare woh hai, corner par hai, woh beech mein nahi hai. kyunke milky way ke beech mein itni garmi hai kyunke sab star hain, billion stars hain, is ko mil kar ke galaxy bani hai.</w:t>
      </w:r>
    </w:p>
    <w:p>
      <w:pPr>
        <w:jc w:val="right"/>
      </w:pPr>
      <w:r>
        <w:t>کے کنارے وہ ہے، کارنر پر ہے، وہ بیچ میں نہیں ہے۔ کیونکہ ملکی وے کے بیچ میں اتنی گرمی ہے کیونکہ سب اسٹار ہیں، بلین اسٹارز ہیں، اس کو مل کر کے گیلیکسی بنی ہے۔</w:t>
      </w:r>
    </w:p>
    <w:p>
      <w:r>
        <w:rPr>
          <w:b/>
        </w:rPr>
        <w:t xml:space="preserve">[40:59] </w:t>
      </w:r>
      <w:r>
        <w:t>to is ka jo center hai, bohat hi garam, bohat hi garam. agar wahan hota ya hamara solar system, hum sab jal bhad kar khatam ho jate.</w:t>
      </w:r>
    </w:p>
    <w:p>
      <w:pPr>
        <w:jc w:val="right"/>
      </w:pPr>
      <w:r>
        <w:t>تو اس کا جو سینٹر ہے، بہت ہی گرم، بہت ہی گرم۔ اگر وہاں ہوتا یا ہمارا سولر سسٹم، ہم سب جل بھڑ کر ختم ہو جاتے۔</w:t>
      </w:r>
    </w:p>
    <w:p>
      <w:r>
        <w:rPr>
          <w:b/>
        </w:rPr>
        <w:t xml:space="preserve">[41:08] </w:t>
      </w:r>
      <w:r>
        <w:t>to Khuda ne is ko kiya ke galaxy ke kinare, corner par rakha hai. hamara solar system jo hai, milky way ke kinare par hai.</w:t>
      </w:r>
    </w:p>
    <w:p>
      <w:pPr>
        <w:jc w:val="right"/>
      </w:pPr>
      <w:r>
        <w:t>تو خدا نے اس کو کیا کہ گیلیکسی کے کنارے، کارنر پر رکھا ہے۔ ہمارا سولر سسٹم جو ہے، ملکی وے کے کنارے پر ہے۔</w:t>
      </w:r>
    </w:p>
    <w:p>
      <w:r>
        <w:rPr>
          <w:b/>
        </w:rPr>
        <w:t xml:space="preserve">[41:18] </w:t>
      </w:r>
      <w:r>
        <w:t>woh aise billion billion billion billion item hain</w:t>
      </w:r>
    </w:p>
    <w:p>
      <w:pPr>
        <w:jc w:val="right"/>
      </w:pPr>
      <w:r>
        <w:t>وہ ایسے بلین بلین بلین بلین آئٹم ہیں</w:t>
      </w:r>
    </w:p>
    <w:p>
      <w:r>
        <w:rPr>
          <w:b/>
        </w:rPr>
        <w:t xml:space="preserve">[41:26] </w:t>
      </w:r>
      <w:r>
        <w:t>ke insan ke liye favorable.</w:t>
      </w:r>
    </w:p>
    <w:p>
      <w:pPr>
        <w:jc w:val="right"/>
      </w:pPr>
      <w:r>
        <w:t>کہ انسان کے لیے فیوریبل۔</w:t>
      </w:r>
    </w:p>
    <w:p>
      <w:r>
        <w:rPr>
          <w:b/>
        </w:rPr>
        <w:t xml:space="preserve">[41:33] </w:t>
      </w:r>
      <w:r>
        <w:t>to sochna sab se bari ibadat hai. yaad rakhiye, sab se bari ibadat jo hai, woh sochna hai. kyunke sochne se sare darwaze khulte hain.</w:t>
      </w:r>
    </w:p>
    <w:p>
      <w:pPr>
        <w:jc w:val="right"/>
      </w:pPr>
      <w:r>
        <w:t>تو سوچنا سب سے بڑی عبادت ہے۔ یاد رکھیے، سب سے بڑی عبادت جو ہے، وہ سوچنا ہے۔ کیونکہ سوچنے سے سارے دروازے کھلتے ہیں۔</w:t>
      </w:r>
    </w:p>
    <w:p>
      <w:r>
        <w:rPr>
          <w:b/>
        </w:rPr>
        <w:t xml:space="preserve">[41:46] </w:t>
      </w:r>
      <w:r>
        <w:t>sochne se aap jo deeper meaning hai kisi cheez ki, wahan tak aap pohanchte hain.</w:t>
      </w:r>
    </w:p>
    <w:p>
      <w:pPr>
        <w:jc w:val="right"/>
      </w:pPr>
      <w:r>
        <w:t>سوچنے سے آپ جو ڈیپر میننگ ہے کسی چیز کی، وہاں تک آپ پہنچتے ہیں۔</w:t>
      </w:r>
    </w:p>
    <w:p>
      <w:r>
        <w:rPr>
          <w:b/>
        </w:rPr>
        <w:t xml:space="preserve">[41:53] </w:t>
      </w:r>
      <w:r>
        <w:t>sochne se aap Khuda ko realize kar pate hain. yeh sab jo baatein scientist kehte hain, sochne se kar paya hai woh.</w:t>
      </w:r>
    </w:p>
    <w:p>
      <w:pPr>
        <w:jc w:val="right"/>
      </w:pPr>
      <w:r>
        <w:t>سوچنے سے آپ خدا کو ریلائز کر پاتے ہیں۔ یہ سب جو باتیں سائنسدان کہتے ہیں، سوچنے سے کر پایا ہے وہ۔</w:t>
      </w:r>
    </w:p>
    <w:p>
      <w:r>
        <w:rPr>
          <w:b/>
        </w:rPr>
        <w:t xml:space="preserve">[42:06] </w:t>
      </w:r>
      <w:r>
        <w:t>to sochna bohat bari ibadat hai.</w:t>
      </w:r>
    </w:p>
    <w:p>
      <w:pPr>
        <w:jc w:val="right"/>
      </w:pPr>
      <w:r>
        <w:t>تو سوچنا بہت بڑی عبادت ہے۔</w:t>
      </w:r>
    </w:p>
    <w:p>
      <w:r>
        <w:rPr>
          <w:b/>
        </w:rPr>
        <w:t xml:space="preserve">[42:14] </w:t>
      </w:r>
      <w:r>
        <w:t>jitna sochenge aap, utni aap ka mind khulega. jitna mind khulega, utni aap ko realization hoga. jitna realization hoga, utni aap ko Khuda ki yaad aayegi.</w:t>
      </w:r>
    </w:p>
    <w:p>
      <w:pPr>
        <w:jc w:val="right"/>
      </w:pPr>
      <w:r>
        <w:t>جتنا سوچیں گے آپ، اتنی آپ کا مائنڈ کھلے گا۔ جتنا مائنڈ کھلے گا، اتنی آپ کو ریلائزیشن ہوگا۔ جتنا ریلائزیشن ہوگا، اتنی آپ کو خدا کی یاد آئے گی۔</w:t>
      </w:r>
    </w:p>
    <w:p>
      <w:r>
        <w:rPr>
          <w:b/>
        </w:rPr>
        <w:t xml:space="preserve">[42:26] </w:t>
      </w:r>
      <w:r>
        <w:t>tab woh cheez hogi jis ko aap kehte hain zikr e kaseer. zikr e kaseer aik phir aik process, culmination hai.</w:t>
      </w:r>
    </w:p>
    <w:p>
      <w:pPr>
        <w:jc w:val="right"/>
      </w:pPr>
      <w:r>
        <w:t>تب وہ چیز ہوگی جس کو آپ کہتے ہیں ذکر کثیر۔ ذکر کثیر ایک پھر ایک پروسیس، کل کلمینیشن ہے۔</w:t>
      </w:r>
    </w:p>
    <w:p>
      <w:r>
        <w:rPr>
          <w:b/>
        </w:rPr>
        <w:t xml:space="preserve">[42:36] </w:t>
      </w:r>
      <w:r>
        <w:t>zikr e kaseer jo hai, yeh aisa nahi ke bas aap</w:t>
      </w:r>
    </w:p>
    <w:p>
      <w:pPr>
        <w:jc w:val="right"/>
      </w:pPr>
      <w:r>
        <w:t>ذکر کثیر جو ہے، یہ ایسا نہیں کہ بس آپ</w:t>
      </w:r>
    </w:p>
    <w:p>
      <w:r>
        <w:rPr>
          <w:b/>
        </w:rPr>
        <w:t xml:space="preserve">[42:41] </w:t>
      </w:r>
      <w:r>
        <w:t>aik tasbeeh bana len aur Allah Allah Allah Allah Allah Allah keh len is par. yeh zikr e kaseer nahi hai. yeh to bohat hi ridiculous baat hai ke is ko aap zikr e kaseer samjhen.</w:t>
      </w:r>
    </w:p>
    <w:p>
      <w:pPr>
        <w:jc w:val="right"/>
      </w:pPr>
      <w:r>
        <w:t>ایک تسبیح بنا لیں اور اللہ اللہ اللہ اللہ اللہ اللہ کہہ لیں اس پر۔ یہ ذکر کثیر نہیں ہے۔ یہ تو بہت ہی ریڈکلس بات ہے کہ اس کو آپ ذکر کثیر سمجھیں۔</w:t>
      </w:r>
    </w:p>
    <w:p>
      <w:r>
        <w:rPr>
          <w:b/>
        </w:rPr>
        <w:t xml:space="preserve">[42:57] </w:t>
      </w:r>
      <w:r>
        <w:t>zikr e kaseer ka darwaza sunta khulta hai soch ke zariye se. bohat ziyada sochta hai aadmi to is ko har cheez mein, yaani ghaas se le kar ke pahaar tak, paani qatre se le kar samandar tak, har cheez mein Khuda ki jhalak jhalak dikhai deti hai.</w:t>
      </w:r>
    </w:p>
    <w:p>
      <w:pPr>
        <w:jc w:val="right"/>
      </w:pPr>
      <w:r>
        <w:t>ذکر کثیر کا دروازہ سنتا کھلتا ہے سوچ کے ذریعے سے۔ بہت زیادہ سوچتا ہے آدمی تو اس کو ہر چیز میں، یعنی گھاس سے لے کر کے پہاڑ تک، پانی قطرے سے لے کر سمندر تک، ہر چیز میں خدا کی جھلک جھلک دکھائی دیتی ہے۔</w:t>
      </w:r>
    </w:p>
    <w:p>
      <w:r>
        <w:rPr>
          <w:b/>
        </w:rPr>
        <w:t xml:space="preserve">[43:14] </w:t>
      </w:r>
      <w:r>
        <w:t>is ko Khuda ka creation, Khuda ki hikmaten, aala Allah, woh sab nazar aate hain.</w:t>
      </w:r>
    </w:p>
    <w:p>
      <w:pPr>
        <w:jc w:val="right"/>
      </w:pPr>
      <w:r>
        <w:t>اس کو خدا کا کریشن، خدا کی حکمتیں، اعلیٰ اللہ، وہ سب نظر آتے ہیں۔</w:t>
      </w:r>
    </w:p>
    <w:p>
      <w:r>
        <w:rPr>
          <w:b/>
        </w:rPr>
        <w:t xml:space="preserve">[43:30] </w:t>
      </w:r>
      <w:r>
        <w:t>sochne se aap</w:t>
      </w:r>
    </w:p>
    <w:p>
      <w:pPr>
        <w:jc w:val="right"/>
      </w:pPr>
      <w:r>
        <w:t>سوچنے سے آپ</w:t>
      </w:r>
    </w:p>
    <w:p>
      <w:r>
        <w:rPr>
          <w:b/>
        </w:rPr>
        <w:t xml:space="preserve">[43:35] </w:t>
      </w:r>
      <w:r>
        <w:t>Khuda ko acknowledge kar paate hain, Khuda ka eteraaf kar paate hain. aur jab eteraaf ka mazhabi naam shukr hai, jab aap eteraaf kar paate hain to aap phir shukr karne wale ban jaate hain.</w:t>
      </w:r>
    </w:p>
    <w:p>
      <w:pPr>
        <w:jc w:val="right"/>
      </w:pPr>
      <w:r>
        <w:t>خدا کو اکنالج کر پاتے ہیں، خدا کا اعتراف کر پاتے ہیں۔ اور جب اعترافی کا مذہبی نام شکر ہے، جب آپ اعتراف کر پاتے ہیں تو آپ پھر شکر کرنے والے بن جاتے ہیں۔</w:t>
      </w:r>
    </w:p>
    <w:p>
      <w:r>
        <w:rPr>
          <w:b/>
        </w:rPr>
        <w:t xml:space="preserve">[43:53] </w:t>
      </w:r>
      <w:r>
        <w:t>aur jab shukr aata hai to to apne aap Khuda ki yaad umatti, umadne lagti hai aap ke andar.</w:t>
      </w:r>
    </w:p>
    <w:p>
      <w:pPr>
        <w:jc w:val="right"/>
      </w:pPr>
      <w:r>
        <w:t>اور جب شکر آتا ہے تو تو اپنے آپ خدا کی یاد امٹتی، امڑنے لگتی ہے آپ کے اندر۔</w:t>
      </w:r>
    </w:p>
    <w:p>
      <w:r>
        <w:rPr>
          <w:b/>
        </w:rPr>
        <w:t xml:space="preserve">[44:04] </w:t>
      </w:r>
      <w:r>
        <w:t>to isi ka maine formula banaya yeh ke</w:t>
      </w:r>
    </w:p>
    <w:p>
      <w:pPr>
        <w:jc w:val="right"/>
      </w:pPr>
      <w:r>
        <w:t>تو اسی کا میں نے فارمولا بنایا یہ کہ</w:t>
      </w:r>
    </w:p>
    <w:p>
      <w:r>
        <w:rPr>
          <w:b/>
        </w:rPr>
        <w:t xml:space="preserve">[44:13] </w:t>
      </w:r>
      <w:r>
        <w:t>Khuda ka eteraaf se shukr paida hota hai aur shukr se zikr e kaseer paida hota hai. yaani eteraaf, eteraaf e kaseer leads to shukr e kaseer,</w:t>
      </w:r>
    </w:p>
    <w:p>
      <w:pPr>
        <w:jc w:val="right"/>
      </w:pPr>
      <w:r>
        <w:t>خدا کا اعتراف سے شکر پیدا ہوتا ہے اور شکر سے ذکر کثیر پیدا ہوتا ہے۔ یعنی اعتراف، اعتراف کثیر لیڈز ٹو شکر کثیر،</w:t>
      </w:r>
    </w:p>
    <w:p>
      <w:r>
        <w:rPr>
          <w:b/>
        </w:rPr>
        <w:t xml:space="preserve">[44:29] </w:t>
      </w:r>
      <w:r>
        <w:t>and shukr e kaseer results in zikr e kaseer.</w:t>
      </w:r>
    </w:p>
    <w:p>
      <w:pPr>
        <w:jc w:val="right"/>
      </w:pPr>
      <w:r>
        <w:t>اینڈ شکر کثیر رزلٹس ان ذکر کثیر۔</w:t>
      </w:r>
    </w:p>
    <w:p>
      <w:r>
        <w:rPr>
          <w:b/>
        </w:rPr>
        <w:t xml:space="preserve">[44:39] </w:t>
      </w:r>
      <w:r>
        <w:t>yahi ibaadat hai sab se bari. ibaadat ka aik form bhi hai jo koi shuk nahi karti. is ka aik form hota hai jaise aik phal hai to is ka bhi aik form hai.</w:t>
      </w:r>
    </w:p>
    <w:p>
      <w:pPr>
        <w:jc w:val="right"/>
      </w:pPr>
      <w:r>
        <w:t>یہی عبادت ہے سب سے بڑی۔ عبادت کا ایک فارم بھی ہے جو کوئی شک نہیں کرتی۔ اس کا ایک فارم ہوتا ہے جیسے ایک پھل ہے تو اس کا بھی ایک فارم ہے۔</w:t>
      </w:r>
    </w:p>
    <w:p>
      <w:r>
        <w:rPr>
          <w:b/>
        </w:rPr>
        <w:t xml:space="preserve">[44:53] </w:t>
      </w:r>
      <w:r>
        <w:t>jaise anaar hai to anaar ke saath chhilka hota hai, is ka form hai. woh</w:t>
      </w:r>
    </w:p>
    <w:p>
      <w:pPr>
        <w:jc w:val="right"/>
      </w:pPr>
      <w:r>
        <w:t>جیسے انار ہے تو انار کے ساتھ چھلکا ہوتا ہے، اس کا فارم ہے۔ وہ</w:t>
      </w:r>
    </w:p>
    <w:p>
      <w:r>
        <w:rPr>
          <w:b/>
        </w:rPr>
        <w:t xml:space="preserve">[44:59] </w:t>
      </w:r>
      <w:r>
        <w:t>chhilka na ho to anaar ke daane kahan rahenge? to agarchay anaar chhilke ka naam nahi hai, anaar naam hai jo is ke andar daane hote hain is ka.</w:t>
      </w:r>
    </w:p>
    <w:p>
      <w:pPr>
        <w:jc w:val="right"/>
      </w:pPr>
      <w:r>
        <w:t>چھلکا نہ ہو تو انار کے دانے کہاں رہیں گے؟ تو اگرچہ انار چھلکے کا نام نہیں ہے، انار نام ہے جو اس کے اندر دانے ہوتے ہیں اس کا۔</w:t>
      </w:r>
    </w:p>
    <w:p>
      <w:r>
        <w:rPr>
          <w:b/>
        </w:rPr>
        <w:t xml:space="preserve">[45:10] </w:t>
      </w:r>
      <w:r>
        <w:t>lekin daana jo hai, chhilke ke saath saath rehta hai, chhilke ke baghair nahi rehta hai.</w:t>
      </w:r>
    </w:p>
    <w:p>
      <w:pPr>
        <w:jc w:val="right"/>
      </w:pPr>
      <w:r>
        <w:t>لیکن دانہ جو ہے، چھلکے کے ساتھ ساتھ رہتا ہے، چھلکے کے بغیر نہیں رہتا ہے۔</w:t>
      </w:r>
    </w:p>
    <w:p>
      <w:r>
        <w:rPr>
          <w:b/>
        </w:rPr>
        <w:t xml:space="preserve">[45:18] </w:t>
      </w:r>
      <w:r>
        <w:t>to ibaadat ka aik form bhi hai jis tarah anaar ka aik form hai, lekin isi form ka naam ibaadat nahi hai.</w:t>
      </w:r>
    </w:p>
    <w:p>
      <w:pPr>
        <w:jc w:val="right"/>
      </w:pPr>
      <w:r>
        <w:t>تو عبادت کا ایک فارم بھی ہے جس طرح انار کا ایک فارم ہے، لیکن اسی فارم کا نام عبادت نہیں ہے۔</w:t>
      </w:r>
    </w:p>
    <w:p>
      <w:r>
        <w:rPr>
          <w:b/>
        </w:rPr>
        <w:t xml:space="preserve">[45:34] </w:t>
      </w:r>
      <w:r>
        <w:t>isi liye ibaadat ko hadees mein zaiqa kaha gaya hai. zaiqa, ta'ammul, imaan, billah, rabb, zaiqa, taste.</w:t>
      </w:r>
    </w:p>
    <w:p>
      <w:pPr>
        <w:jc w:val="right"/>
      </w:pPr>
      <w:r>
        <w:t>اسی لیے عبادت کو حدیث میں ذائقہ کہا گیا ہے۔ ذائقہ، تعمل، ایمان، باللہ، رب، ذائقہ، ٹیسٹ۔</w:t>
      </w:r>
    </w:p>
    <w:p>
      <w:r>
        <w:rPr>
          <w:b/>
        </w:rPr>
        <w:t xml:space="preserve">[45:46] </w:t>
      </w:r>
      <w:r>
        <w:t>to aap anaar ka chhilka khayen to phir taste milega aap ko. jab daana khayen tabhi to taste milega.</w:t>
      </w:r>
    </w:p>
    <w:p>
      <w:pPr>
        <w:jc w:val="right"/>
      </w:pPr>
      <w:r>
        <w:t>تو آپ انار کا چھلکا کھائیں تو پھر ٹیسٹ ملے گا آپ کو۔ جب دانہ کھائیں تبھی تو ٹیسٹ ملے گا۔</w:t>
      </w:r>
    </w:p>
    <w:p>
      <w:r>
        <w:rPr>
          <w:b/>
        </w:rPr>
        <w:t xml:space="preserve">[45:53] </w:t>
      </w:r>
      <w:r>
        <w:t>to taste jo hai, woh form mein nahi hota hai, is ke maghz mein hota hai. andar jo cheez hoti hai, us ke andar hota hai.</w:t>
      </w:r>
    </w:p>
    <w:p>
      <w:pPr>
        <w:jc w:val="right"/>
      </w:pPr>
      <w:r>
        <w:t>تو ٹیسٹ جو ہے، وہ فارم میں نہیں ہوتا ہے، اس کے مغز میں ہوتا ہے۔ اندر جو چیز ہوتی ہے، اس کے اندر ہوتا ہے۔</w:t>
      </w:r>
    </w:p>
    <w:p>
      <w:r>
        <w:rPr>
          <w:b/>
        </w:rPr>
        <w:t xml:space="preserve">[46:05] </w:t>
      </w:r>
      <w:r>
        <w:t>is ka ta'alluq wahi sochne se hai, ma'rifat se hai.</w:t>
      </w:r>
    </w:p>
    <w:p>
      <w:pPr>
        <w:jc w:val="right"/>
      </w:pPr>
      <w:r>
        <w:t>اس کا تعلق وہی سوچنے سے ہے، معرفت سے ہے۔</w:t>
      </w:r>
    </w:p>
    <w:p>
      <w:r>
        <w:rPr>
          <w:b/>
        </w:rPr>
        <w:t xml:space="preserve">[46:18] </w:t>
      </w:r>
      <w:r>
        <w:t>to hum mein se har shakhs ko chahiye ke woh soche. abhi mein aik qissa arz karoon jo jo beeta mere saath.</w:t>
      </w:r>
    </w:p>
    <w:p>
      <w:pPr>
        <w:jc w:val="right"/>
      </w:pPr>
      <w:r>
        <w:t>تو ہم میں سے ہر شخص کو چاہیے کہ وہ سوچے۔ ابھی میں ایک قصہ عرض کروں جو جو بیتا میرے ساتھ۔</w:t>
      </w:r>
    </w:p>
    <w:p>
      <w:r>
        <w:rPr>
          <w:b/>
        </w:rPr>
        <w:t xml:space="preserve">[46:32] </w:t>
      </w:r>
      <w:r>
        <w:t>aik sahab ne kaha ke aap Quran ko distribute karte hain</w:t>
      </w:r>
    </w:p>
    <w:p>
      <w:pPr>
        <w:jc w:val="right"/>
      </w:pPr>
      <w:r>
        <w:t>ایک صاحب نے کہا کہ آپ قرآن کو ڈسٹریبیوٹ کرتے ہیں</w:t>
      </w:r>
    </w:p>
    <w:p>
      <w:r>
        <w:rPr>
          <w:b/>
        </w:rPr>
        <w:t xml:space="preserve">[46:36] </w:t>
      </w:r>
      <w:r>
        <w:t>to kitne log parhte hain is ko? bare dhoom se unhon ne kaha jaisa ke aap bekar kaam kar rahe hain, khwamkhwah Quran distribute kar rahe hain.</w:t>
      </w:r>
    </w:p>
    <w:p>
      <w:pPr>
        <w:jc w:val="right"/>
      </w:pPr>
      <w:r>
        <w:t>تو کتنے لوگ پڑھتے ہیں اس کو؟ بڑے دھوم سے انہوں نے کہا جیسا کہ آپ بیکار کام کر رہے ہیں، خوامخواہ قرآن ڈسٹریبیوٹ کر رہے ہیں۔</w:t>
      </w:r>
    </w:p>
    <w:p>
      <w:r>
        <w:rPr>
          <w:b/>
        </w:rPr>
        <w:t xml:space="preserve">[46:47] </w:t>
      </w:r>
      <w:r>
        <w:t>to aap Quran chhapa hai, Quran ko aap bant rahe hain, distribute kar rahe hain. parhte kitne log hain?</w:t>
      </w:r>
    </w:p>
    <w:p>
      <w:pPr>
        <w:jc w:val="right"/>
      </w:pPr>
      <w:r>
        <w:t>تو آپ قرآن چھاپا ہے، قرآن کو آپ بانٹ رہے ہیں، ڈسٹریبیوٹ کر رہے ہیں۔ پڑھتے کتنے لوگ ہیں؟</w:t>
      </w:r>
    </w:p>
    <w:p>
      <w:r>
        <w:rPr>
          <w:b/>
        </w:rPr>
        <w:t xml:space="preserve">[46:56] </w:t>
      </w:r>
      <w:r>
        <w:t>to maine kaha ke dekhen, aap ne soche baghair bol rahe hain. aap ne socha nahi, aap ne bas aap ko kehna tha, aik baat keh di.</w:t>
      </w:r>
    </w:p>
    <w:p>
      <w:pPr>
        <w:jc w:val="right"/>
      </w:pPr>
      <w:r>
        <w:t>تو میں نے کہا کہ دیکھیں، آپ نے سوچے بغیر بول رہے ہیں۔ آپ سوچا نہیں، آپ نے بس آپ کو کہنا تھا، ایک بات کہہ دیا۔</w:t>
      </w:r>
    </w:p>
    <w:p>
      <w:r>
        <w:rPr>
          <w:b/>
        </w:rPr>
        <w:t xml:space="preserve">[47:09] </w:t>
      </w:r>
      <w:r>
        <w:t>Quran jo hum distribute kar rahe hain, woh aik aik aik aik mission ka 50 percent hai. woh is ka 50 percent jo hai, Khuda se ta'alluq hai.</w:t>
      </w:r>
    </w:p>
    <w:p>
      <w:pPr>
        <w:jc w:val="right"/>
      </w:pPr>
      <w:r>
        <w:t>قرآن جو ہم ڈسٹریبیوٹ کر رہے ہیں، وہ ایک ایک ایک ایک مشن کا 50 پرسنٹ ہے۔ وہ اس کا 50 پرسنٹ جو ہے، خدا سے تعلق ہے۔</w:t>
      </w:r>
    </w:p>
    <w:p>
      <w:r>
        <w:rPr>
          <w:b/>
        </w:rPr>
        <w:t xml:space="preserve">[47:21] </w:t>
      </w:r>
      <w:r>
        <w:t>yaani mission jo hai, da'wati mission, da'wati mission ka ta'alluq 50 percent Khuda se hai aur 50 percent insaan se hai.</w:t>
      </w:r>
    </w:p>
    <w:p>
      <w:pPr>
        <w:jc w:val="right"/>
      </w:pPr>
      <w:r>
        <w:t>یعنی مشن جو ہے، دعوتی مشن، دعوتی مشن کا تعلق 50 پرسنٹ خدا سے ہے اور 50 پرسنٹ انسان سے ہے۔</w:t>
      </w:r>
    </w:p>
    <w:p>
      <w:r>
        <w:rPr>
          <w:b/>
        </w:rPr>
        <w:t xml:space="preserve">[47:33] </w:t>
      </w:r>
      <w:r>
        <w:t>khuda woh halaat paida karta hai ke log quran ko parhna chahein. quran ko charche mein lata hai, charche mein.</w:t>
      </w:r>
    </w:p>
    <w:p>
      <w:pPr>
        <w:jc w:val="right"/>
      </w:pPr>
      <w:r>
        <w:t>خدا وہ حالات پیدا کرتا ہے کہ لوگ قرآن کو پڑھنا چاہیں۔ قرآن کو چرچے میں لاتا ہے، چرچے میں۔</w:t>
      </w:r>
    </w:p>
    <w:p>
      <w:r>
        <w:rPr>
          <w:b/>
        </w:rPr>
        <w:t xml:space="preserve">[47:45] </w:t>
      </w:r>
      <w:r>
        <w:t>to aap distribute karte hain to woh acha, yeh wahi quran hai, is ko to parhna hai.</w:t>
      </w:r>
    </w:p>
    <w:p>
      <w:pPr>
        <w:jc w:val="right"/>
      </w:pPr>
      <w:r>
        <w:t>تو آپ ڈسٹریبیوٹ کرتے ہیں تو وہ اچھا، یہ وہی قرآن ہے، اس کو تو پڑھنا ہے۔</w:t>
      </w:r>
    </w:p>
    <w:p>
      <w:r>
        <w:rPr>
          <w:b/>
        </w:rPr>
        <w:t xml:space="preserve">[47:53] </w:t>
      </w:r>
      <w:r>
        <w:t>jaise abhi jo quran ko burn karne ka jo abhi aya tha america mein, to logon ke andar ek naya shauq paida hoga quran ko parhne ka.</w:t>
      </w:r>
    </w:p>
    <w:p>
      <w:pPr>
        <w:jc w:val="right"/>
      </w:pPr>
      <w:r>
        <w:t>جیسے ابھی جو قرآن کو برن کرنے کا جو ابھی آیا تھا امریکہ میں، تو لوگوں کے اندر ایک نیا شوق پیدا ہوگا قرآن کو پڑھنے کا۔</w:t>
      </w:r>
    </w:p>
    <w:p>
      <w:r>
        <w:rPr>
          <w:b/>
        </w:rPr>
        <w:t xml:space="preserve">[48:04] </w:t>
      </w:r>
      <w:r>
        <w:t>yani unhon ne kaha ke hum quran ko jalayenge. is ka asar dili tak hai ke yahan pe hum abhi kal gaye thay ek jagah</w:t>
      </w:r>
    </w:p>
    <w:p>
      <w:pPr>
        <w:jc w:val="right"/>
      </w:pPr>
      <w:r>
        <w:t>یعنی انہوں نے کہا کہ ہم قرآن کو جلائیں گے۔ اس کا اثر دلی تک ہے کہ یہاں پہ ہم ابھی کل گئے تھے ایک جگہ</w:t>
      </w:r>
    </w:p>
    <w:p>
      <w:r>
        <w:rPr>
          <w:b/>
        </w:rPr>
        <w:t xml:space="preserve">[48:11] </w:t>
      </w:r>
      <w:r>
        <w:t>to log kehte hain ke bhai, mujhe quran parhna hai, lao mujhe do. garden mein jaate hain, park mein log, hamare saathi, wahan pe jo log aate hain, bhayi, mujhe quran do, mujhe quran ko parhna hai.</w:t>
      </w:r>
    </w:p>
    <w:p>
      <w:pPr>
        <w:jc w:val="right"/>
      </w:pPr>
      <w:r>
        <w:t>تو لوگ کہتے ہیں کہ بھائی، مجھے قرآن پڑھنا ہے، لاؤ مجھے دو۔ گارڈن میں جاتے ہیں، پارک میں لوگ، ہمارے ساتھی، وہاں پہ جو لوگ آتے ہیں، بھئی، مجھے قرآن دو، مجھے قرآن کو پڑھنا ہے۔</w:t>
      </w:r>
    </w:p>
    <w:p>
      <w:r>
        <w:rPr>
          <w:b/>
        </w:rPr>
        <w:t xml:space="preserve">[48:24] </w:t>
      </w:r>
      <w:r>
        <w:t>to is se kya hua? ek charcha paida hua. khuda ek charcha paida karta hai,</w:t>
      </w:r>
    </w:p>
    <w:p>
      <w:pPr>
        <w:jc w:val="right"/>
      </w:pPr>
      <w:r>
        <w:t>تو اس سے کیا ہوا؟ ایک چرچہ پیدا ہوا۔ خدا ایک چرچہ پیدا کرتا ہے،</w:t>
      </w:r>
    </w:p>
    <w:p>
      <w:r>
        <w:rPr>
          <w:b/>
        </w:rPr>
        <w:t xml:space="preserve">[48:31] </w:t>
      </w:r>
      <w:r>
        <w:t>woh hai 50 percent. aur phir aap distribute karte hain to woh hai 50 percent.</w:t>
      </w:r>
    </w:p>
    <w:p>
      <w:pPr>
        <w:jc w:val="right"/>
      </w:pPr>
      <w:r>
        <w:t>وہ ہے 50 پرسنٹ۔ اور پھر آپ ڈسٹریبیوٹ کرتے ہیں تو وہ ہے 50 پرسنٹ۔</w:t>
      </w:r>
    </w:p>
    <w:p>
      <w:r>
        <w:rPr>
          <w:b/>
        </w:rPr>
        <w:t xml:space="preserve">[48:40] </w:t>
      </w:r>
      <w:r>
        <w:t>ek quran majeed mein yeh baat likhi hai. quran mein do surtein hain, wazhi aur ibn ashrra, woh twin surtein hain. is mein hai ke wa ma bint rabbika fadass, yani jo hidayat logon ko mili hai, is hidayat ko logon tak pahunchao.</w:t>
      </w:r>
    </w:p>
    <w:p>
      <w:pPr>
        <w:jc w:val="right"/>
      </w:pPr>
      <w:r>
        <w:t>ایک قرآن مجید میں یہ بات لکھی ہے۔ قرآن میں دو سورتیں ہیں، وضحی اور ابن عشرہ، وہ ٹوئن سورتیں ہیں۔ اس میں ہے کہ وما بنت ربک فادس، یعنی جو ہدایت لوگوں کو ملی ہے، اس ہدایت کو لوگوں تک پہنچاؤ۔</w:t>
      </w:r>
    </w:p>
    <w:p>
      <w:r>
        <w:rPr>
          <w:b/>
        </w:rPr>
        <w:t xml:space="preserve">[48:58] </w:t>
      </w:r>
      <w:r>
        <w:t>aur wahan par doosri surat mein hai ke wa rafa'na laka zikr, yani hum ne is ka charcha logon mein barhaya. to khuda ne charcha barhaya, is tarah se curiosity paida hui, shauq paida hua.</w:t>
      </w:r>
    </w:p>
    <w:p>
      <w:pPr>
        <w:jc w:val="right"/>
      </w:pPr>
      <w:r>
        <w:t>اور وہاں پر دوسری سورت میں ہے کہ ورفعنا لک ذکر، یعنی ہم نے اس کا چرچہ لوگوں میں بڑھایا۔ تو خدا نے چرچہ بڑھایا، اس طرح سے کیوریسٹی پیدا ہوئی، شوق پیدا ہوا۔</w:t>
      </w:r>
    </w:p>
    <w:p>
      <w:r>
        <w:rPr>
          <w:b/>
        </w:rPr>
        <w:t xml:space="preserve">[49:10] </w:t>
      </w:r>
      <w:r>
        <w:t>ab aap de rahe hain is ko.</w:t>
      </w:r>
    </w:p>
    <w:p>
      <w:pPr>
        <w:jc w:val="right"/>
      </w:pPr>
      <w:r>
        <w:t>اب آپ دے رہے ہیں اس کو۔</w:t>
      </w:r>
    </w:p>
    <w:p>
      <w:r>
        <w:rPr>
          <w:b/>
        </w:rPr>
        <w:t xml:space="preserve">[49:16] </w:t>
      </w:r>
      <w:r>
        <w:t>to main ne un ko qissa bataya ke dekhiye, ek aadmi ko government ne forest officer banaya, forest officer, jangal ka kaam.</w:t>
      </w:r>
    </w:p>
    <w:p>
      <w:pPr>
        <w:jc w:val="right"/>
      </w:pPr>
      <w:r>
        <w:t>تو میں نے ان کو قصہ بتایا کہ دیکھیے، ایک آدمی کو گورنمنٹ نے فارسٹ افیسر بنایا، فارسٹ افیسر، جنگل کا کام۔</w:t>
      </w:r>
    </w:p>
    <w:p>
      <w:r>
        <w:rPr>
          <w:b/>
        </w:rPr>
        <w:t xml:space="preserve">[49:29] </w:t>
      </w:r>
      <w:r>
        <w:t>to us ne office mein ja kar kaha ke bhayi, main forest officer banaya hai aap ne, to jangal mein to wild animal hote hain, main kaise kya karunga wahan par ja kar ke?</w:t>
      </w:r>
    </w:p>
    <w:p>
      <w:pPr>
        <w:jc w:val="right"/>
      </w:pPr>
      <w:r>
        <w:t>تو اس نے افس میں جا کر کہا کہ بھئی، میں فارسٹ افیسر بنایا ہے آپ نے، تو جنگل میں تو وائلڈ اینیمل ہوتے ہیں، میں کیسے کیا کروں گا وہاں پر جا کر کے؟</w:t>
      </w:r>
    </w:p>
    <w:p>
      <w:r>
        <w:rPr>
          <w:b/>
        </w:rPr>
        <w:t xml:space="preserve">[49:41] </w:t>
      </w:r>
      <w:r>
        <w:t>jangal mein wild animal hote hain, wahshi janwar, kya karunga main? un ko bataya gaya ke dekho, tumhare kehne se pehle government ne soch rakha hai.</w:t>
      </w:r>
    </w:p>
    <w:p>
      <w:pPr>
        <w:jc w:val="right"/>
      </w:pPr>
      <w:r>
        <w:t>جنگل میں وائلڈ اینیمل ہوتے ہیں، وحشی جانور، کیا کروں گا میں؟ ان کو بتایا گیا کہ دیکھو، تمہارے کہنے سے پہلے گورنمنٹ نے سوچ رکھا ہے۔</w:t>
      </w:r>
    </w:p>
    <w:p>
      <w:r>
        <w:rPr>
          <w:b/>
        </w:rPr>
        <w:t xml:space="preserve">[49:53] </w:t>
      </w:r>
      <w:r>
        <w:t>koi government janti hai ke tum ko wild animal ko face karna padega wahan. to jab tum wahan jaoge to office mein tum ko</w:t>
      </w:r>
    </w:p>
    <w:p>
      <w:pPr>
        <w:jc w:val="right"/>
      </w:pPr>
      <w:r>
        <w:t>کوئی گورنمنٹ جانتی ہے کہ تم کو وائلڈ اینیمل کو فیس کرنا پڑے گا وہاں۔ تو جب تم وہاں جاؤ گے تو افس میں تم کو</w:t>
      </w:r>
    </w:p>
    <w:p>
      <w:r>
        <w:rPr>
          <w:b/>
        </w:rPr>
        <w:t xml:space="preserve">[50:01] </w:t>
      </w:r>
      <w:r>
        <w:t>kya milegi? ek gun milegi.</w:t>
      </w:r>
    </w:p>
    <w:p>
      <w:pPr>
        <w:jc w:val="right"/>
      </w:pPr>
      <w:r>
        <w:t>کیا ملے گا؟ ایک گن ملے گی۔</w:t>
      </w:r>
    </w:p>
    <w:p>
      <w:r>
        <w:rPr>
          <w:b/>
        </w:rPr>
        <w:t xml:space="preserve">[50:07] </w:t>
      </w:r>
      <w:r>
        <w:t>woh us waqt tak tumhare paas rahegi jab tak ke tum service kar rahe ho, tab tak ke liye. to government ek shakhs ko appoint karti hai, forest officer, to sath gun bhi deti hai us ko.</w:t>
      </w:r>
    </w:p>
    <w:p>
      <w:pPr>
        <w:jc w:val="right"/>
      </w:pPr>
      <w:r>
        <w:t>وہ اس وقت تک تمہارے پاس رہے گی جب تک کہ تم سروس کر رہے ہو، تب تک کے لیے۔ تو گورنمنٹ ایک شخص کو اپوائنٹ کرتی ہے، فارسٹ افیسر، تو ساتھ گن بھی دیتی ہے اس کو۔</w:t>
      </w:r>
    </w:p>
    <w:p>
      <w:r>
        <w:rPr>
          <w:b/>
        </w:rPr>
        <w:t xml:space="preserve">[50:19] </w:t>
      </w:r>
      <w:r>
        <w:t>aise hi allah ne agar hamare upar yeh farz kiya, innalazi, yani quran ko phailana, yeh farz kiya hamare upar, to allah taala ne is ka halaat bhi paida kar diye ke logon ke dilon mein is ki taraf</w:t>
      </w:r>
    </w:p>
    <w:p>
      <w:pPr>
        <w:jc w:val="right"/>
      </w:pPr>
      <w:r>
        <w:t>ایسے ہی اللہ نے اگر ہمارے اوپر یہ فرض کیا، ان الذی، یعنی قرآن کو پھیلانا، یہ فرض کیا ہمارے اوپر، تو اللہ تعالی نے اس کا حالات بھی پیدا کر دیے کہ لوگوں کے دلوں میں اس کی طرف</w:t>
      </w:r>
    </w:p>
    <w:p>
      <w:r>
        <w:rPr>
          <w:b/>
        </w:rPr>
        <w:t xml:space="preserve">[50:37] </w:t>
      </w:r>
      <w:r>
        <w:t>dhyan ke hum parhein khuda ki kitab ko. is ka charcha samaaj mein, mahaul mein, media mein, aisi khabrein, in cheezon se quran news mein aa gaya.</w:t>
      </w:r>
    </w:p>
    <w:p>
      <w:pPr>
        <w:jc w:val="right"/>
      </w:pPr>
      <w:r>
        <w:t>دھیان کہ ہم پڑھیں خدا کی کتاب کو۔ اس کا چرچہ سماج میں، ماحول میں، میڈیا میں، ایسی خبریں، ان چیزوں سے قرآن نیوز میں آ گیا۔</w:t>
      </w:r>
    </w:p>
    <w:p>
      <w:r>
        <w:rPr>
          <w:b/>
        </w:rPr>
        <w:t xml:space="preserve">[50:52] </w:t>
      </w:r>
      <w:r>
        <w:t>is zamane mein aap dekhiye, quran har taraf news mein hai, har taraf quran news mein hai.</w:t>
      </w:r>
    </w:p>
    <w:p>
      <w:pPr>
        <w:jc w:val="right"/>
      </w:pPr>
      <w:r>
        <w:t>اس زمانے میں آپ دیکھیے، قرآن ہر طرف نیوز میں ہے، ہر طرف قرآن نیوز میں ہے۔</w:t>
      </w:r>
    </w:p>
    <w:p>
      <w:r>
        <w:rPr>
          <w:b/>
        </w:rPr>
        <w:t xml:space="preserve">[50:58] </w:t>
      </w:r>
      <w:r>
        <w:t>woh woh khuda ki taraf se intezam hai. jab khuda ne yeh hum par farz kiya ke quran ko phailao, is ko distribute karo, yeh thal kalma jis ko kaha gaya hai,</w:t>
      </w:r>
    </w:p>
    <w:p>
      <w:pPr>
        <w:jc w:val="right"/>
      </w:pPr>
      <w:r>
        <w:t>وہ وہ خدا کی طرف سے انتظام ہے۔ جب خدا نے یہ ہم پر فرض کیا کہ قرآن کو پھیلاؤ، اس کو ڈسٹریبیوٹ کرو، یہ تھال کلمہ جس کو کہا گیا ہے،</w:t>
      </w:r>
    </w:p>
    <w:p>
      <w:r>
        <w:rPr>
          <w:b/>
        </w:rPr>
        <w:t xml:space="preserve">[51:13] </w:t>
      </w:r>
      <w:r>
        <w:t>to khuda ne apni taraf se yeh bhi kiya ke quran ko charche mein daal diya, quran ke news mein daal diya. logon ke andar khuda quran ke bare mein logon ke andar curiosity paida ki.</w:t>
      </w:r>
    </w:p>
    <w:p>
      <w:pPr>
        <w:jc w:val="right"/>
      </w:pPr>
      <w:r>
        <w:t>تو خدا نے اپنی طرف سے یہ بھی کیا کہ قرآن کو چرچے میں ڈال دیا، قرآن کے نیوز میں ڈال دیا۔ لوگوں کے اندر خدا قرآن کے بارے میں لوگوں کے اندر کیوریسٹی پیدا کی۔</w:t>
      </w:r>
    </w:p>
    <w:p>
      <w:r>
        <w:rPr>
          <w:b/>
        </w:rPr>
        <w:t xml:space="preserve">[51:26] </w:t>
      </w:r>
      <w:r>
        <w:t>curiosity!</w:t>
      </w:r>
    </w:p>
    <w:p>
      <w:pPr>
        <w:jc w:val="right"/>
      </w:pPr>
      <w:r>
        <w:t>کیوریسٹی!</w:t>
      </w:r>
    </w:p>
    <w:p>
      <w:r>
        <w:rPr>
          <w:b/>
        </w:rPr>
        <w:t xml:space="preserve">[51:30] </w:t>
      </w:r>
      <w:r>
        <w:t>abhi main gaya tha yahan lodhi garden mein apne kuch saathiyon ke sath, to main ek ek bench par baith gaya. to wahan ek aur bench khali thi, to us par hamare saathiyon ne quran rakh diya,</w:t>
      </w:r>
    </w:p>
    <w:p>
      <w:pPr>
        <w:jc w:val="right"/>
      </w:pPr>
      <w:r>
        <w:t>ابھی میں گیا تھا یہاں لودھی گارڈن میں اپنے کچھ ساتھیوں کے ساتھ، تو میں ایک ایک بینچ پر بیٹھ گیا۔ تو وہاں ایک اور بینچ خالی تھی، تو اس پر ہمارے ساتھیوں نے قرآن رکھ دیا،</w:t>
      </w:r>
    </w:p>
    <w:p>
      <w:r>
        <w:rPr>
          <w:b/>
        </w:rPr>
        <w:t xml:space="preserve">[51:47] </w:t>
      </w:r>
      <w:r>
        <w:t>quran ke chhape hue copyan. ab jo aata tha, idhar se guzarta tha, acha, yeh quran hai, bhayi, quran to humein bhi chahiye.</w:t>
      </w:r>
    </w:p>
    <w:p>
      <w:pPr>
        <w:jc w:val="right"/>
      </w:pPr>
      <w:r>
        <w:t>قرآن کے چھپے ہوئے کاپیاں۔ اب جو آتا تھا، ادھر سے گزرتا تھا، اچھا، یہ قرآن ہے، بھئی، قرآن تو ہمیں بھی چاہیے۔</w:t>
      </w:r>
    </w:p>
    <w:p>
      <w:r>
        <w:rPr>
          <w:b/>
        </w:rPr>
        <w:t xml:space="preserve">[51:57] </w:t>
      </w:r>
      <w:r>
        <w:t>jo american aaye, white american, woh bhi unhon ne bhi kaha ke acha bhayi, yeh quran hai, yeh to humein bhi chahiye. kyun? pehle se khuda ne un ke mind mein daal rakha hai ke quran mein janwar dekho, quran mein kya likha hai?</w:t>
      </w:r>
    </w:p>
    <w:p>
      <w:pPr>
        <w:jc w:val="right"/>
      </w:pPr>
      <w:r>
        <w:t>جو امریکن آئے، وائٹ امریکن، وہ بھی انہوں نے بھی کہا کہ اچھا بھئی، یہ قرآن ہے، یہ تو ہمیں بھی چاہیے۔ کیوں؟ پہلے سے خدا نے ان کے مائنڈ میں ڈال رکھا ہے کہ قرآن میں جانور دیکھو، قرآن میں کیا لکھا ہے؟</w:t>
      </w:r>
    </w:p>
    <w:p>
      <w:r>
        <w:rPr>
          <w:b/>
        </w:rPr>
        <w:t xml:space="preserve">[52:14] </w:t>
      </w:r>
      <w:r>
        <w:t>pehlay say daal rakha hai. abhi kal mein aik bohat anokha waqia mujhe maloom hua kashmir ke baray mein.</w:t>
      </w:r>
    </w:p>
    <w:p>
      <w:pPr>
        <w:jc w:val="right"/>
      </w:pPr>
      <w:r>
        <w:t>پہلے سے ڈال رکھا ہے۔ ابھی کل میں ایک بہت انوکھا واقعہ مجھے معلوم ہوا کشمیر کے بارے میں۔</w:t>
      </w:r>
    </w:p>
    <w:p>
      <w:r>
        <w:rPr>
          <w:b/>
        </w:rPr>
        <w:t xml:space="preserve">[52:25] </w:t>
      </w:r>
      <w:r>
        <w:t>srinagar ke paas aik maqam par aik meeting ki gayi,</w:t>
      </w:r>
    </w:p>
    <w:p>
      <w:pPr>
        <w:jc w:val="right"/>
      </w:pPr>
      <w:r>
        <w:t>سری نگر کے پاس ایک مقام پر ایک میٹنگ کی گئی،</w:t>
      </w:r>
    </w:p>
    <w:p>
      <w:r>
        <w:rPr>
          <w:b/>
        </w:rPr>
        <w:t xml:space="preserve">[52:30] </w:t>
      </w:r>
      <w:r>
        <w:t>is mein baray baray army officer aaye aur kashmiri musalmanon ko ikatha kiya gaya. woh aik aik public meeting hua, dono taraf, aik taraf army ke officers aur aik taraf kashmiri log.</w:t>
      </w:r>
    </w:p>
    <w:p>
      <w:pPr>
        <w:jc w:val="right"/>
      </w:pPr>
      <w:r>
        <w:t>اس میں بڑے بڑے آرمی افیسر آئے اور کشمیری مسلمانوں کو اکٹھا کیا گیا۔ وہ ایک ایک پبلک میٹنگ ہوا، دونوں طرف، ایک طرف آرمی کے افیسرز اور ایک طرف کشمیری لوگ۔</w:t>
      </w:r>
    </w:p>
    <w:p>
      <w:r>
        <w:rPr>
          <w:b/>
        </w:rPr>
        <w:t xml:space="preserve">[52:46] </w:t>
      </w:r>
      <w:r>
        <w:t>kal mujhe yeh pata chala</w:t>
      </w:r>
    </w:p>
    <w:p>
      <w:pPr>
        <w:jc w:val="right"/>
      </w:pPr>
      <w:r>
        <w:t>کل مجھے یہ پتہ چلا</w:t>
      </w:r>
    </w:p>
    <w:p>
      <w:r>
        <w:rPr>
          <w:b/>
        </w:rPr>
        <w:t xml:space="preserve">[52:49] </w:t>
      </w:r>
      <w:r>
        <w:t>to hamaray aik saathi hain wahan par, to woh bhi wahan ja rahay thay. to aik aur musalman ne kaha ke ke yeh jo army jo hai india ki, yahan pe aaye hue, yeh to business kartay hain, yeh to tijarat kartay hain, in ki tijarat hai, yeh</w:t>
      </w:r>
    </w:p>
    <w:p>
      <w:pPr>
        <w:jc w:val="right"/>
      </w:pPr>
      <w:r>
        <w:t>تو ہمارے ایک ساتھی ہیں وہاں پر، تو وہ بھی وہاں جا رہے تھے۔ تو ایک اور مسلمان نے کہا کہ کہ یہ جو آرمی جو ہے انڈیا کی، یہاں پہ آئے ہوئے، یہ تو بزنس کرتے ہیں، یہ تو تجارت کرتے ہیں، ان کی تجارت ہے، یہ</w:t>
      </w:r>
    </w:p>
    <w:p>
      <w:r>
        <w:rPr>
          <w:b/>
        </w:rPr>
        <w:t xml:space="preserve">[53:06] </w:t>
      </w:r>
      <w:r>
        <w:t>isi mein in ko faida hota hai. yeh sara maamla tijarat ka maamla hai. hamaray saathi ne kaha ke theek hai, mujhe bhi tijarat karna hai.</w:t>
      </w:r>
    </w:p>
    <w:p>
      <w:pPr>
        <w:jc w:val="right"/>
      </w:pPr>
      <w:r>
        <w:t>اسی میں ان کو فائدہ ہوتا ہے۔ یہ سارا معاملہ تجارت کا معاملہ ہے۔ ہمارے ساتھی نے کہا کہ ٹھیک ہے، مجھے بھی تجارت کرنا ہے۔</w:t>
      </w:r>
    </w:p>
    <w:p>
      <w:r>
        <w:rPr>
          <w:b/>
        </w:rPr>
        <w:t xml:space="preserve">[53:18] </w:t>
      </w:r>
      <w:r>
        <w:t>quran majeed mein yahi lafz aaya hai ke tum bhi tijarat karo.</w:t>
      </w:r>
    </w:p>
    <w:p>
      <w:pPr>
        <w:jc w:val="right"/>
      </w:pPr>
      <w:r>
        <w:t>قرآن مجید میں یہی لفظ آیا ہے کہ تم بھی تجارت کرو۔</w:t>
      </w:r>
    </w:p>
    <w:p>
      <w:r>
        <w:rPr>
          <w:b/>
        </w:rPr>
        <w:t xml:space="preserve">[53:25] </w:t>
      </w:r>
      <w:r>
        <w:t>surah saff mein yeh lafz dekh lijiyay aap. to unhon ne kaha ke meri tijarat kya hai? meri tijarat hai quran ko pounchana. yani yeh mawaqay na hon to meri tijarat kahin chalay gi?</w:t>
      </w:r>
    </w:p>
    <w:p>
      <w:pPr>
        <w:jc w:val="right"/>
      </w:pPr>
      <w:r>
        <w:t>سورہ صف میں یہ لفظ دیکھ لیجئے آپ۔ تو انہوں نے کہا کہ میری تجارت کیا ہے؟ میری تجارت ہے قرآن کو پہنچانا۔ یعنی یہ مواقع نہ ہوں تو میری تجارت کہیں چلے گی؟</w:t>
      </w:r>
    </w:p>
    <w:p>
      <w:r>
        <w:rPr>
          <w:b/>
        </w:rPr>
        <w:t xml:space="preserve">[53:38] </w:t>
      </w:r>
      <w:r>
        <w:t>yani agar log ikatha na hon, logon ke andar curiosity na ho</w:t>
      </w:r>
    </w:p>
    <w:p>
      <w:pPr>
        <w:jc w:val="right"/>
      </w:pPr>
      <w:r>
        <w:t>یعنی اگر لوگ اکٹھا نہ ہوں، لوگوں کے اندر کیوریسٹی نہ ہو</w:t>
      </w:r>
    </w:p>
    <w:p>
      <w:r>
        <w:rPr>
          <w:b/>
        </w:rPr>
        <w:t xml:space="preserve">[53:43] </w:t>
      </w:r>
      <w:r>
        <w:t>to mein kaisay quran ko pounchaunga? to sahib, woh wahan par quran ko lay kar gaye aur diya wahan.</w:t>
      </w:r>
    </w:p>
    <w:p>
      <w:pPr>
        <w:jc w:val="right"/>
      </w:pPr>
      <w:r>
        <w:t>تو میں کیسے قرآن کو پہنچاؤں گا؟ تو صاحب، وہ وہاں پر قرآن کو لے کر گئے اور دیا وہاں۔</w:t>
      </w:r>
    </w:p>
    <w:p>
      <w:r>
        <w:rPr>
          <w:b/>
        </w:rPr>
        <w:t xml:space="preserve">[53:51] </w:t>
      </w:r>
      <w:r>
        <w:t>to army ke officer se baray shoq se quran ko liya. unhon ne bataya ke aik bara army ka officer tha, us ne wahan speech di musalmanon ke samnay.</w:t>
      </w:r>
    </w:p>
    <w:p>
      <w:pPr>
        <w:jc w:val="right"/>
      </w:pPr>
      <w:r>
        <w:t>تو آرمی کے افیسر سے بڑے شوق سے قرآن کو لیا۔ انہوں نے بتایا کہ ایک بڑا آرمی کا افیسر تھا، اس نے وہاں اسپیچ دی مسلمانوں کے سامنے۔</w:t>
      </w:r>
    </w:p>
    <w:p>
      <w:r>
        <w:rPr>
          <w:b/>
        </w:rPr>
        <w:t xml:space="preserve">[54:03] </w:t>
      </w:r>
      <w:r>
        <w:t>to us ne quran apnay haath mein lay kar kaha ke dekho, tum yahan par islam ke naam par tashaddud kartay ho, islam ke naam par jahan violence kar rahay ho, mujhe batao ke is quran mein kahan likha hua hai?</w:t>
      </w:r>
    </w:p>
    <w:p>
      <w:pPr>
        <w:jc w:val="right"/>
      </w:pPr>
      <w:r>
        <w:t>تو اس نے قرآن اپنے ہاتھ میں لے کر کہا کہ دیکھو، تم یہاں پر اسلام کے نام پر تشدد کرتے ہو، اسلام کے نام پر جہاں وائیلنس کر رہے ہو، مجھے بتاؤ کہ اس قرآن میں کہاں لکھا ہوا ہے؟</w:t>
      </w:r>
    </w:p>
    <w:p>
      <w:r>
        <w:rPr>
          <w:b/>
        </w:rPr>
        <w:t xml:space="preserve">[54:16] </w:t>
      </w:r>
      <w:r>
        <w:t>violence ka formula is quran mein kahan likha hua hai? mujhe batao,</w:t>
      </w:r>
    </w:p>
    <w:p>
      <w:pPr>
        <w:jc w:val="right"/>
      </w:pPr>
      <w:r>
        <w:t>وائیلنس کا فارمولا اس قرآن میں کہاں لکھا ہوا ہے؟ مجھے بتاؤ،</w:t>
      </w:r>
    </w:p>
    <w:p>
      <w:r>
        <w:rPr>
          <w:b/>
        </w:rPr>
        <w:t xml:space="preserve">[54:24] </w:t>
      </w:r>
      <w:r>
        <w:t>kahan likha hua hai? yani is mein to pehlay hi jo warth hai, pehlay hi alhamdulillah rabbul alameen, glory khuda ke liye hai, glory khuda ke liye hai.</w:t>
      </w:r>
    </w:p>
    <w:p>
      <w:pPr>
        <w:jc w:val="right"/>
      </w:pPr>
      <w:r>
        <w:t>کہاں لکھا ہوا ہے؟ یعنی اس میں تو پہلے ہی جو ورث ہے، پہلے ہی الحمدللہ رب العالمین، گلوری خدا کے لیے ہے، گلوری خدا کے لیے ہے۔</w:t>
      </w:r>
    </w:p>
    <w:p>
      <w:r>
        <w:rPr>
          <w:b/>
        </w:rPr>
        <w:t xml:space="preserve">[54:37] </w:t>
      </w:r>
      <w:r>
        <w:t>aur tum ne samajh rakha hai, glory gun mein hai, tum ne glory ko gun aur bomb se jor rakha hai.</w:t>
      </w:r>
    </w:p>
    <w:p>
      <w:pPr>
        <w:jc w:val="right"/>
      </w:pPr>
      <w:r>
        <w:t>اور تم نے سمجھ رکھا ہے، گلوری گن میں ہے، تم نے گلوری کو گن اور بم سے جوڑ رکھا ہے۔</w:t>
      </w:r>
    </w:p>
    <w:p>
      <w:r>
        <w:rPr>
          <w:b/>
        </w:rPr>
        <w:t xml:space="preserve">[54:45] </w:t>
      </w:r>
      <w:r>
        <w:t>is mein to bataya gaya ke sab se glory jo hai, woh khuda ke liye hai.</w:t>
      </w:r>
    </w:p>
    <w:p>
      <w:pPr>
        <w:jc w:val="right"/>
      </w:pPr>
      <w:r>
        <w:t>اس میں تو بتایا گیا کہ سب سے گلوری جو ہے، وہ خدا کے لیے ہے۔</w:t>
      </w:r>
    </w:p>
    <w:p>
      <w:r>
        <w:rPr>
          <w:b/>
        </w:rPr>
        <w:t xml:space="preserve">[54:54] </w:t>
      </w:r>
      <w:r>
        <w:t>to ab dekhiye ke yeh log jo hain, baghair soche hue raaye banatay hain,</w:t>
      </w:r>
    </w:p>
    <w:p>
      <w:pPr>
        <w:jc w:val="right"/>
      </w:pPr>
      <w:r>
        <w:t>تو اب دیکھیے کہ یہ لوگ جو ہیں، بغیر سوچے ہوئے رائے بناتے ہیں،</w:t>
      </w:r>
    </w:p>
    <w:p>
      <w:r>
        <w:rPr>
          <w:b/>
        </w:rPr>
        <w:t xml:space="preserve">[55:01] </w:t>
      </w:r>
      <w:r>
        <w:t>baghair soche hue. to na sochne ki wajah se har baat bigri hui. yaad rakhiye, dunya ke bhi aur akhirat ke bhi, deen ke bhi, har cheez ki bhi baat bigri hui hai.</w:t>
      </w:r>
    </w:p>
    <w:p>
      <w:pPr>
        <w:jc w:val="right"/>
      </w:pPr>
      <w:r>
        <w:t>بغیر سوچے ہوئے۔ تو نہ سوچنے کی وجہ سے ہر بات بگڑی ہوئی۔ یاد رکھیے، دنیا کے بھی اور آخرت کے بھی، دین کے بھی، ہر چیز کی بھی بات بگڑی ہوئی ہے۔</w:t>
      </w:r>
    </w:p>
    <w:p>
      <w:r>
        <w:rPr>
          <w:b/>
        </w:rPr>
        <w:t xml:space="preserve">[55:15] </w:t>
      </w:r>
      <w:r>
        <w:t>jazbat mein aa kar ke bolna, jazbat mein aa kar taqreerain karna,</w:t>
      </w:r>
    </w:p>
    <w:p>
      <w:pPr>
        <w:jc w:val="right"/>
      </w:pPr>
      <w:r>
        <w:t>جذبات میں آ کر کے بولنا، جذبات میں آ کر کے تقریریں کرنا،</w:t>
      </w:r>
    </w:p>
    <w:p>
      <w:r>
        <w:rPr>
          <w:b/>
        </w:rPr>
        <w:t xml:space="preserve">[55:19] </w:t>
      </w:r>
      <w:r>
        <w:t>jazbat mein aa kar raaye banana.</w:t>
      </w:r>
    </w:p>
    <w:p>
      <w:pPr>
        <w:jc w:val="right"/>
      </w:pPr>
      <w:r>
        <w:t>جذبات میں آ کر رائے بنانا۔</w:t>
      </w:r>
    </w:p>
    <w:p>
      <w:r>
        <w:rPr>
          <w:b/>
        </w:rPr>
        <w:t xml:space="preserve">[55:25] </w:t>
      </w:r>
      <w:r>
        <w:t>pehlay sochiye, phir boliye, pehlay sochiye, phir boliye. to har cheez mein aap ko jo gehri gehra is ka jo aspect hai, woh mil jaye ga aap ko.</w:t>
      </w:r>
    </w:p>
    <w:p>
      <w:pPr>
        <w:jc w:val="right"/>
      </w:pPr>
      <w:r>
        <w:t>پہلے سوچیے، پھر بولیے، پہلے سوچیے، پھر بولیے۔ تو ہر چیز میں آپ کو جو گہری گہرا اس کا جو اسپیکٹ ہے، وہ مل جائے گا آپ کو۔</w:t>
      </w:r>
    </w:p>
    <w:p>
      <w:r>
        <w:rPr>
          <w:b/>
        </w:rPr>
        <w:t xml:space="preserve">[55:42] </w:t>
      </w:r>
      <w:r>
        <w:t>jo gehra aspect hai, woh mil jaye ga aap ko.</w:t>
      </w:r>
    </w:p>
    <w:p>
      <w:pPr>
        <w:jc w:val="right"/>
      </w:pPr>
      <w:r>
        <w:t>جو گہرا اسپیکٹ ہے، وہ مل جائے گا آپ کو۔</w:t>
      </w:r>
    </w:p>
    <w:p>
      <w:r>
        <w:rPr>
          <w:b/>
        </w:rPr>
        <w:t xml:space="preserve">[55:57] </w:t>
      </w:r>
      <w:r>
        <w:t>mein aur meray saathi jahan bhi jatay hain, yahi kaam kartay hain. woh</w:t>
      </w:r>
    </w:p>
    <w:p>
      <w:pPr>
        <w:jc w:val="right"/>
      </w:pPr>
      <w:r>
        <w:t>میں اور میرے ساتھی جہاں بھی جاتے ہیں، یہی کام کرتے ہیں۔ وہ</w:t>
      </w:r>
    </w:p>
    <w:p>
      <w:r>
        <w:rPr>
          <w:b/>
        </w:rPr>
        <w:t xml:space="preserve">[56:07] </w:t>
      </w:r>
      <w:r>
        <w:t>yeh allah ka shukar hai ke hamaray saathiyon mein, hamari team mein negativity nahi hai. hamari jo team hai, allah ke fazal se, un mein koi shikayat kisi ki nahi karein gay.</w:t>
      </w:r>
    </w:p>
    <w:p>
      <w:pPr>
        <w:jc w:val="right"/>
      </w:pPr>
      <w:r>
        <w:t>یہ اللہ کا شکر ہے کہ ہمارے ساتھیوں میں، ہماری ٹیم میں نیگیٹیوٹی نہیں ہے۔ ہماری جو ٹیم ہے، اللہ کے فضل سے، ان میں کوئی شکایت کسی کی نہیں کریں گے۔</w:t>
      </w:r>
    </w:p>
    <w:p>
      <w:r>
        <w:rPr>
          <w:b/>
        </w:rPr>
        <w:t xml:space="preserve">[56:19] </w:t>
      </w:r>
      <w:r>
        <w:t>woh kisi se unhein</w:t>
      </w:r>
    </w:p>
    <w:p>
      <w:pPr>
        <w:jc w:val="right"/>
      </w:pPr>
      <w:r>
        <w:t>وہ کسی سے انہیں</w:t>
      </w:r>
    </w:p>
    <w:p>
      <w:r>
        <w:rPr>
          <w:b/>
        </w:rPr>
        <w:t xml:space="preserve">[56:24] </w:t>
      </w:r>
      <w:r>
        <w:t>koi karwahat nahin hai. har ek ke liye, un ke liye, yani insan friendly behaviour. is team ki khaas sifat yeh hai ke aap dekhenge ke is ke andar insan friendly behaviour hai.</w:t>
      </w:r>
    </w:p>
    <w:p>
      <w:pPr>
        <w:jc w:val="right"/>
      </w:pPr>
      <w:r>
        <w:t>کوئی کڑواہٹ نہیں ہے۔ ہر ایک کے لیے، ان کے لیے، یعنی انسان فرینڈلی بیہیویئر۔ اس ٹیم کی خاص صفت یہ ہے کہ آپ دیکھیں گے کہ اس کے اندر انسان فرینڈلی بیہیویئر ہے۔</w:t>
      </w:r>
    </w:p>
    <w:p>
      <w:r>
        <w:rPr>
          <w:b/>
        </w:rPr>
        <w:t xml:space="preserve">[56:40] </w:t>
      </w:r>
      <w:r>
        <w:t>is ke bahar jaiye to log insan unfriendly behaviour mein jee rahe hain. log</w:t>
      </w:r>
    </w:p>
    <w:p>
      <w:pPr>
        <w:jc w:val="right"/>
      </w:pPr>
      <w:r>
        <w:t>اس کے باہر جائیے تو لوگ انسان ان فرینڈلی بیہیویئر میں جی رہے ہیں۔ لوگ</w:t>
      </w:r>
    </w:p>
    <w:p>
      <w:r>
        <w:rPr>
          <w:b/>
        </w:rPr>
        <w:t xml:space="preserve">[56:45] </w:t>
      </w:r>
      <w:r>
        <w:t>to kyun? hamari team mein Khuda ke fazl se sochne ka culture hai, Allah ki yaad karne ka culture hai,</w:t>
      </w:r>
    </w:p>
    <w:p>
      <w:pPr>
        <w:jc w:val="right"/>
      </w:pPr>
      <w:r>
        <w:t>تو کیوں؟ ہماری ٹیم میں خدا کے فضل سے سوچنے کا کلچر ہے، اللہ کی یاد کرنے کا کلچر ہے،</w:t>
      </w:r>
    </w:p>
    <w:p>
      <w:r>
        <w:rPr>
          <w:b/>
        </w:rPr>
        <w:t xml:space="preserve">[56:59] </w:t>
      </w:r>
      <w:r>
        <w:t>apne aap ko shikayaton se oopar utha kar jeene ka culture hai.</w:t>
      </w:r>
    </w:p>
    <w:p>
      <w:pPr>
        <w:jc w:val="right"/>
      </w:pPr>
      <w:r>
        <w:t>اپنے آپ کو شکایتوں سے اوپر اٹھا کر جینے کا کلچر ہے۔</w:t>
      </w:r>
    </w:p>
    <w:p>
      <w:r>
        <w:rPr>
          <w:b/>
        </w:rPr>
        <w:t xml:space="preserve">[57:10] </w:t>
      </w:r>
      <w:r>
        <w:t>yeh main samajhta hoon ke yeh duniya mein kisi insan ke liye sab se bari yaft hai, sab se bari finding hai.</w:t>
      </w:r>
    </w:p>
    <w:p>
      <w:pPr>
        <w:jc w:val="right"/>
      </w:pPr>
      <w:r>
        <w:t>یہ میں سمجھتا ہوں کہ یہ دنیا میں کسی انسان کے لیے سب سے بڑی یافت ہے، سب سے بڑی فائنڈنگ ہے۔</w:t>
      </w:r>
    </w:p>
    <w:p>
      <w:r>
        <w:rPr>
          <w:b/>
        </w:rPr>
        <w:t xml:space="preserve">[57:22] </w:t>
      </w:r>
      <w:r>
        <w:t>sab se bari finding yeh hai ke insan yeh discover kar sake</w:t>
      </w:r>
    </w:p>
    <w:p>
      <w:pPr>
        <w:jc w:val="right"/>
      </w:pPr>
      <w:r>
        <w:t>سب سے بڑی فائنڈنگ یہ ہے کہ انسان یہ ڈسکور کر سکے</w:t>
      </w:r>
    </w:p>
    <w:p>
      <w:r>
        <w:rPr>
          <w:b/>
        </w:rPr>
        <w:t xml:space="preserve">[57:28] </w:t>
      </w:r>
      <w:r>
        <w:t>ke use jeena hai negativity ke andar positive ban kar ke.</w:t>
      </w:r>
    </w:p>
    <w:p>
      <w:pPr>
        <w:jc w:val="right"/>
      </w:pPr>
      <w:r>
        <w:t>کہ اسے جینا ہے نیگیٹیوٹی کے اندر پازیٹیو بن کر کے۔</w:t>
      </w:r>
    </w:p>
    <w:p>
      <w:r>
        <w:rPr>
          <w:b/>
        </w:rPr>
        <w:t xml:space="preserve">[57:38] </w:t>
      </w:r>
      <w:r>
        <w:t>aur phir tareekh mein log hate mein jeete rahe, hate mein, nafrat mein. kyun? is cheez ko discover nahin kar sake ke yeh to Khuda ka aise plan hai ke kaanton mein phool ban kar raho.</w:t>
      </w:r>
    </w:p>
    <w:p>
      <w:pPr>
        <w:jc w:val="right"/>
      </w:pPr>
      <w:r>
        <w:t>اور پھر تاریخ میں لوگ ہیٹ میں جیتے رہے، ہیٹ میں، نفرت میں۔ کیوں؟ اس چیز کو ڈسکور نہیں کر سکے کہ یہ تو خدا کا ایسے پلان ہے کہ کاٹوں میں پھول بن کر رہو۔</w:t>
      </w:r>
    </w:p>
    <w:p>
      <w:r>
        <w:rPr>
          <w:b/>
        </w:rPr>
        <w:t xml:space="preserve">[57:51] </w:t>
      </w:r>
      <w:r>
        <w:t>yeh to Khuda ka aise plan hai</w:t>
      </w:r>
    </w:p>
    <w:p>
      <w:pPr>
        <w:jc w:val="right"/>
      </w:pPr>
      <w:r>
        <w:t>یہ تو خدا کا ایسے پلان ہے</w:t>
      </w:r>
    </w:p>
    <w:p>
      <w:r>
        <w:rPr>
          <w:b/>
        </w:rPr>
        <w:t xml:space="preserve">[57:56] </w:t>
      </w:r>
      <w:r>
        <w:t>ke kaanton mein phool ban kar raho. kyunke isi isi se tumhare andar positive personality banegi, isi se tum jannat mein basaye jaane ke qabil ho ge, isi se tum Khuda ki sohbat mein baithne ke qabil ho ge.</w:t>
      </w:r>
    </w:p>
    <w:p>
      <w:pPr>
        <w:jc w:val="right"/>
      </w:pPr>
      <w:r>
        <w:t>کہ کاٹوں میں پھول بن کر رہو۔ کیونکہ اسی اسی سے تمہارے اندر پازیٹیو پرسنیلٹی بنے گی، اسی سے تم جنت میں بسائے جانے کے قابل ہو گے، اسی سے تم خدا کی صحبت میں بیٹھنے کے قابل ہو گے۔</w:t>
      </w:r>
    </w:p>
    <w:p>
      <w:r>
        <w:rPr>
          <w:b/>
        </w:rPr>
        <w:t xml:space="preserve">[58:09] </w:t>
      </w:r>
      <w:r>
        <w:t>fi muqaddas al mulki muqtadir.</w:t>
      </w:r>
    </w:p>
    <w:p>
      <w:pPr>
        <w:jc w:val="right"/>
      </w:pPr>
      <w:r>
        <w:t>فی مقدس الملکی مقتدر۔</w:t>
      </w:r>
    </w:p>
    <w:p>
      <w:r>
        <w:rPr>
          <w:b/>
        </w:rPr>
        <w:t xml:space="preserve">[58:14] </w:t>
      </w:r>
      <w:r>
        <w:t>maut ke baad jo duniya aane wali hai, us mein insan ko Khuda ki sohbat mile gi. kaisi ajeeb baat hai! woh</w:t>
      </w:r>
    </w:p>
    <w:p>
      <w:pPr>
        <w:jc w:val="right"/>
      </w:pPr>
      <w:r>
        <w:t>موت کے بعد جو دنیا آنے والی ہے، اس میں انسان کو خدا کی صحبت ملے گی۔ کیسی عجیب بات ہے! وہ</w:t>
      </w:r>
    </w:p>
    <w:p>
      <w:r>
        <w:rPr>
          <w:b/>
        </w:rPr>
        <w:t xml:space="preserve">[58:21] </w:t>
      </w:r>
      <w:r>
        <w:t>yani hum sab is kainat ke khaliq ki sohbat mein baithne ke qabil ho jayen ge. lekin kaun hoga jis ko yeh sharaf mile, jo positive personality le kar wahan pohnche,</w:t>
      </w:r>
    </w:p>
    <w:p>
      <w:pPr>
        <w:jc w:val="right"/>
      </w:pPr>
      <w:r>
        <w:t>یعنی ہم سب اس کائنات کے خالق کی صحبت میں بیٹھنے کے قابل ہو جائیں گے۔ لیکن کون ہوگا جس کو یہ شرف ملے، جو پازیٹیو پرسنیلٹی لے کر وہاں پہنچے،</w:t>
      </w:r>
    </w:p>
    <w:p>
      <w:r>
        <w:rPr>
          <w:b/>
        </w:rPr>
        <w:t xml:space="preserve">[58:38] </w:t>
      </w:r>
      <w:r>
        <w:t>jo kaanton ko bhulaye aur phool ban kar duniya mein rahe?</w:t>
      </w:r>
    </w:p>
    <w:p>
      <w:pPr>
        <w:jc w:val="right"/>
      </w:pPr>
      <w:r>
        <w:t>جو کاٹوں کو بھلائے اور پھول بن کر دنیا میں رہے؟</w:t>
      </w:r>
    </w:p>
    <w:p>
      <w:r>
        <w:rPr>
          <w:b/>
        </w:rPr>
        <w:t xml:space="preserve">[58:46] </w:t>
      </w:r>
      <w:r>
        <w:t>yahan tak ke is ke andar ghaas dali jaye to woh us ko mulk mein convert kar sake.</w:t>
      </w:r>
    </w:p>
    <w:p>
      <w:pPr>
        <w:jc w:val="right"/>
      </w:pPr>
      <w:r>
        <w:t>یہاں تک کہ اس کے اندر گھاس ڈالی جائے تو وہ اس کو ملک میں کنورٹ کر سکے۔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