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Lessons From Death</w:t>
      </w:r>
    </w:p>
    <w:p>
      <w:r>
        <w:t>https://www.youtube.com/watch?v=SVjqZMlRhMg</w:t>
      </w:r>
    </w:p>
    <w:p>
      <w:r>
        <w:rPr>
          <w:b/>
        </w:rPr>
        <w:t xml:space="preserve">[00:03] </w:t>
      </w:r>
      <w:r>
        <w:t>assalam o alaikum everyone. aoozo billahi minash shaitanir rajeem, bismillah hir rahman nir rahim. rabbi zidni ilman, rabi ashrah</w:t>
      </w:r>
    </w:p>
    <w:p>
      <w:pPr>
        <w:jc w:val="right"/>
      </w:pPr>
      <w:r>
        <w:t>السلام علیکم ایوری ون۔ اعوذ باللہ من الشیطان الرجیم، بسم اللہ الرحمن الرحیم۔ ربی زدنی علما، رب اشرح</w:t>
      </w:r>
    </w:p>
    <w:p>
      <w:r>
        <w:rPr>
          <w:b/>
        </w:rPr>
        <w:t xml:space="preserve">[00:13] </w:t>
      </w:r>
      <w:r>
        <w:t>li sadri, wa yassir li amri, wahal al-uqdah min lisani yafqa qawli.</w:t>
      </w:r>
    </w:p>
    <w:p>
      <w:pPr>
        <w:jc w:val="right"/>
      </w:pPr>
      <w:r>
        <w:t>لی صدری، ویسر لی امری، واحل العقدۃ من لسانی یفقہ قولی۔</w:t>
      </w:r>
    </w:p>
    <w:p>
      <w:r>
        <w:rPr>
          <w:b/>
        </w:rPr>
        <w:t xml:space="preserve">[00:19] </w:t>
      </w:r>
      <w:r>
        <w:t>allahumma salli ala Muhammad wa ala aale Muhammad kama sallaita ala Ibrahim wa ala aale Ibrahim, innaka hameed majeed. allahumma</w:t>
      </w:r>
    </w:p>
    <w:p>
      <w:pPr>
        <w:jc w:val="right"/>
      </w:pPr>
      <w:r>
        <w:t>اللہم صلی علی محمد وعلی آل محمد کما صلیت علی ابراہیم وعلی آل ابراہیم، انک حمید مجید۔ اللہم</w:t>
      </w:r>
    </w:p>
    <w:p>
      <w:r>
        <w:rPr>
          <w:b/>
        </w:rPr>
        <w:t xml:space="preserve">[00:27] </w:t>
      </w:r>
      <w:r>
        <w:t>barik ala Muhammad wa ala aale Muhammad kama barakta ala Ibrahim wa ala aale Ibrahim, innaka hameed majeed</w:t>
      </w:r>
    </w:p>
    <w:p>
      <w:pPr>
        <w:jc w:val="right"/>
      </w:pPr>
      <w:r>
        <w:t>بارک علی محمد وعلی آل محمد کما بارکت علی ابراہیم وعلی آل ابراہیم، انک حمید مجید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