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Attributes of a Dayee 31 Oct 2010 - Maulana Wahiduddin Khan</w:t>
      </w:r>
    </w:p>
    <w:p>
      <w:r>
        <w:t>https://www.youtube.com/watch?v=hVE1z6kLRRA</w:t>
      </w:r>
    </w:p>
    <w:p>
      <w:r>
        <w:rPr>
          <w:b/>
        </w:rPr>
        <w:t xml:space="preserve">[00:13] </w:t>
      </w:r>
      <w:r>
        <w:t>Bismillahir rahmanir rahim, wa salla Allahu ala nabiyyil kareem.</w:t>
      </w:r>
    </w:p>
    <w:p>
      <w:pPr>
        <w:jc w:val="right"/>
      </w:pPr>
      <w:r>
        <w:t>بسم اللہ الرحمن الرحیم، وصلی اللہ علی النبی الکریم۔</w:t>
      </w:r>
    </w:p>
    <w:p>
      <w:r>
        <w:rPr>
          <w:b/>
        </w:rPr>
        <w:t xml:space="preserve">[00:22] </w:t>
      </w:r>
      <w:r>
        <w:t>Rabishrah li sadri, wa yassir li amri, wahul uqdatan min lisani, yafqahu qawli.</w:t>
      </w:r>
    </w:p>
    <w:p>
      <w:pPr>
        <w:jc w:val="right"/>
      </w:pPr>
      <w:r>
        <w:t>رب اشرح لی صدری، ویسر لی امری، واحل العقدۃ من لسانی، یفقہ قولی۔</w:t>
      </w:r>
    </w:p>
    <w:p>
      <w:r>
        <w:rPr>
          <w:b/>
        </w:rPr>
        <w:t xml:space="preserve">[00:38] </w:t>
      </w:r>
      <w:r>
        <w:t>aaj ka topic hai: daai ki sifat, yani attributes of a daai.</w:t>
      </w:r>
    </w:p>
    <w:p>
      <w:pPr>
        <w:jc w:val="right"/>
      </w:pPr>
      <w:r>
        <w:t>آج کا ٹاپک ہے: داعی کی صفات، یعنی ایٹریبیوٹس آف اے داعی۔</w:t>
      </w:r>
    </w:p>
    <w:p>
      <w:r>
        <w:rPr>
          <w:b/>
        </w:rPr>
        <w:t xml:space="preserve">[00:52] </w:t>
      </w:r>
      <w:r>
        <w:t>yani jo aadmi sachai ka, sachai ki dawat le kar utha hai,</w:t>
      </w:r>
    </w:p>
    <w:p>
      <w:pPr>
        <w:jc w:val="right"/>
      </w:pPr>
      <w:r>
        <w:t>یعنی جو آدمی سچائی کا، سچائی کی دعوت لے کر اٹھا ہے،</w:t>
      </w:r>
    </w:p>
    <w:p>
      <w:r>
        <w:rPr>
          <w:b/>
        </w:rPr>
        <w:t xml:space="preserve">[01:03] </w:t>
      </w:r>
      <w:r>
        <w:t>khudai paigham le kar utha hai, to us ke andar kya sifat honi chahiye?</w:t>
      </w:r>
    </w:p>
    <w:p>
      <w:pPr>
        <w:jc w:val="right"/>
      </w:pPr>
      <w:r>
        <w:t>خدائی پیغام لے کر اٹھا ہے، تو اس کے اندر کیا صفات ہونی چاہییں؟</w:t>
      </w:r>
    </w:p>
    <w:p>
      <w:r>
        <w:rPr>
          <w:b/>
        </w:rPr>
        <w:t xml:space="preserve">[01:16] </w:t>
      </w:r>
      <w:r>
        <w:t>kya khusoosiyaten is ke andar honi chahiyein?</w:t>
      </w:r>
    </w:p>
    <w:p>
      <w:pPr>
        <w:jc w:val="right"/>
      </w:pPr>
      <w:r>
        <w:t>کیا خصوصیتیں اس کے اندر ہونی چاہییں؟</w:t>
      </w:r>
    </w:p>
    <w:p>
      <w:r>
        <w:rPr>
          <w:b/>
        </w:rPr>
        <w:t xml:space="preserve">[01:22] </w:t>
      </w:r>
      <w:r>
        <w:t>dekhen, pehli cheez yeh hai</w:t>
      </w:r>
    </w:p>
    <w:p>
      <w:pPr>
        <w:jc w:val="right"/>
      </w:pPr>
      <w:r>
        <w:t>دیکھیں، پہلی چیز یہ ہے</w:t>
      </w:r>
    </w:p>
    <w:p>
      <w:r>
        <w:rPr>
          <w:b/>
        </w:rPr>
        <w:t xml:space="preserve">[01:27] </w:t>
      </w:r>
      <w:r>
        <w:t>keh aap yeh jannay keh doosray tamam insaan aap ke liye madعو hain. woh na dushman hain, na woh aap ke rival hain,</w:t>
      </w:r>
    </w:p>
    <w:p>
      <w:pPr>
        <w:jc w:val="right"/>
      </w:pPr>
      <w:r>
        <w:t>کہ آپ یہ جانیں کہ دوسرے تمام انسان آپ کے لیے مدعو ہیں۔ وہ نہ دشمن ہیں، نہ وہ آپ کے رائیول ہیں،</w:t>
      </w:r>
    </w:p>
    <w:p>
      <w:r>
        <w:rPr>
          <w:b/>
        </w:rPr>
        <w:t xml:space="preserve">[01:42] </w:t>
      </w:r>
      <w:r>
        <w:t>na woh aap ke conspirator hain,</w:t>
      </w:r>
    </w:p>
    <w:p>
      <w:pPr>
        <w:jc w:val="right"/>
      </w:pPr>
      <w:r>
        <w:t>نہ وہ آپ کے کانسپریٹر ہیں،</w:t>
      </w:r>
    </w:p>
    <w:p>
      <w:r>
        <w:rPr>
          <w:b/>
        </w:rPr>
        <w:t xml:space="preserve">[01:46] </w:t>
      </w:r>
      <w:r>
        <w:t>na woh aap ke liye ajnabi hain.</w:t>
      </w:r>
    </w:p>
    <w:p>
      <w:pPr>
        <w:jc w:val="right"/>
      </w:pPr>
      <w:r>
        <w:t>نہ وہ آپ کے لیے اجنبی ہیں۔</w:t>
      </w:r>
    </w:p>
    <w:p>
      <w:r>
        <w:rPr>
          <w:b/>
        </w:rPr>
        <w:t xml:space="preserve">[01:51] </w:t>
      </w:r>
      <w:r>
        <w:t>woh sirf aap ke madعو hain.</w:t>
      </w:r>
    </w:p>
    <w:p>
      <w:pPr>
        <w:jc w:val="right"/>
      </w:pPr>
      <w:r>
        <w:t>وہ صرف آپ کے مدعو ہیں۔</w:t>
      </w:r>
    </w:p>
    <w:p>
      <w:r>
        <w:rPr>
          <w:b/>
        </w:rPr>
        <w:t xml:space="preserve">[01:55] </w:t>
      </w:r>
      <w:r>
        <w:t>yani aap ko, aap ke paas Allah ka aik paigham hai, is paigham ko in insanon tak pohnchana hai. sab say pehli jo sifat hai ya shart, woh yeh hai.</w:t>
      </w:r>
    </w:p>
    <w:p>
      <w:pPr>
        <w:jc w:val="right"/>
      </w:pPr>
      <w:r>
        <w:t>یعنی آپ کو، آپ کے پاس اللہ کا ایک پیغام ہے، اس پیغام کو ان انسانوں تک پہنچانا ہے۔ سب سے پہلی جو صفت ہے یا شرط، وہ یہ ہے۔</w:t>
      </w:r>
    </w:p>
    <w:p>
      <w:r>
        <w:rPr>
          <w:b/>
        </w:rPr>
        <w:t xml:space="preserve">[02:14] </w:t>
      </w:r>
      <w:r>
        <w:t>badqismati say yahi shart jo hai, aaj musalmanon mein bilkul ghayab ho chuki hai.</w:t>
      </w:r>
    </w:p>
    <w:p>
      <w:pPr>
        <w:jc w:val="right"/>
      </w:pPr>
      <w:r>
        <w:t>بدقسمتی سے یہی شرط جو ہے، آج مسلمانوں میں بالکل غائب ہو چکی ہے۔</w:t>
      </w:r>
    </w:p>
    <w:p>
      <w:r>
        <w:rPr>
          <w:b/>
        </w:rPr>
        <w:t xml:space="preserve">[02:21] </w:t>
      </w:r>
      <w:r>
        <w:t>saari duniya kay musalmanon ka haal yeh hai keh woh insaan ko insaan kay roop mein nahin dekhtay. insaan ko woh apna dushman samajhtay hain, samajhtay hain keh hamaray khilaf saazish karnay walay log hain,</w:t>
      </w:r>
    </w:p>
    <w:p>
      <w:pPr>
        <w:jc w:val="right"/>
      </w:pPr>
      <w:r>
        <w:t>ساری دنیا کے مسلمانوں کا حال یہ ہے کہ وہ انسان کو انسان کے روپ میں نہیں دیکھتے۔ انسان کو وہ اپنا دشمن سمجھتے ہیں، سمجھتے ہیں کہ ہمارے خلاف سازش کرنے والے لوگ ہیں،</w:t>
      </w:r>
    </w:p>
    <w:p>
      <w:r>
        <w:rPr>
          <w:b/>
        </w:rPr>
        <w:t xml:space="preserve">[02:35] </w:t>
      </w:r>
      <w:r>
        <w:t>yeh zalim hain,</w:t>
      </w:r>
    </w:p>
    <w:p>
      <w:pPr>
        <w:jc w:val="right"/>
      </w:pPr>
      <w:r>
        <w:t>یہ ظالم ہیں،</w:t>
      </w:r>
    </w:p>
    <w:p>
      <w:r>
        <w:rPr>
          <w:b/>
        </w:rPr>
        <w:t xml:space="preserve">[02:38] </w:t>
      </w:r>
      <w:r>
        <w:t>yeh ajnabi hain, waghera waghera.</w:t>
      </w:r>
    </w:p>
    <w:p>
      <w:pPr>
        <w:jc w:val="right"/>
      </w:pPr>
      <w:r>
        <w:t>یہ اجنبی ہیں، وغیرہ وغیرہ۔</w:t>
      </w:r>
    </w:p>
    <w:p>
      <w:r>
        <w:rPr>
          <w:b/>
        </w:rPr>
        <w:t xml:space="preserve">[02:45] </w:t>
      </w:r>
      <w:r>
        <w:t>jo log insaan kay baray mein is tarah ki rai rakhein, woh dawat ka kaam nahin kar saktay. agar woh apnay ko daai kahin to un par Quran ki ayat apply hogi keh "yuhibbuna an yuhmadoo bima lam yaf'aloo" .</w:t>
      </w:r>
    </w:p>
    <w:p>
      <w:pPr>
        <w:jc w:val="right"/>
      </w:pPr>
      <w:r>
        <w:t>جو لوگ انسان کے بارے میں اس طرح کی رائے رکھیں، وہ دعوت کا کام نہیں کر سکتے۔ اگر وہ اپنے کو داعی کہیں تو ان پر قرآن کی آیت اپلائی ہوگی کہ "يَحِبُّونَ يُحْمَدُوا بِمَا لَمْ يَفْعَلُوا" ۔</w:t>
      </w:r>
    </w:p>
    <w:p>
      <w:r>
        <w:rPr>
          <w:b/>
        </w:rPr>
        <w:t xml:space="preserve">[03:05] </w:t>
      </w:r>
      <w:r>
        <w:t>yani aik aisay kaam ka credit lena jo aadmi nay kiya hi nahin.</w:t>
      </w:r>
    </w:p>
    <w:p>
      <w:pPr>
        <w:jc w:val="right"/>
      </w:pPr>
      <w:r>
        <w:t>یعنی ایک ایسے کام کا کریڈٹ لینا جو آدمی نے کیا ہی نہیں۔</w:t>
      </w:r>
    </w:p>
    <w:p>
      <w:r>
        <w:rPr>
          <w:b/>
        </w:rPr>
        <w:t xml:space="preserve">[03:14] </w:t>
      </w:r>
      <w:r>
        <w:t>dekhen, yeh bohat ziyada aham baat hai. aik businessman jab aik business kholta hai to uska haal kya hota hai?</w:t>
      </w:r>
    </w:p>
    <w:p>
      <w:pPr>
        <w:jc w:val="right"/>
      </w:pPr>
      <w:r>
        <w:t>دیکھیں، یہ بہت زیادہ اہم بات ہے۔ ایک بزنس مین جب ایک بزنس کھولتا ہے تو اس کا حال کیا ہوتا ہے؟</w:t>
      </w:r>
    </w:p>
    <w:p>
      <w:r>
        <w:rPr>
          <w:b/>
        </w:rPr>
        <w:t xml:space="preserve">[03:27] </w:t>
      </w:r>
      <w:r>
        <w:t>sab insanon ko apna customer samajhta hai, bas aur kuch nahin. aur uska kya culture hota hai?</w:t>
      </w:r>
    </w:p>
    <w:p>
      <w:pPr>
        <w:jc w:val="right"/>
      </w:pPr>
      <w:r>
        <w:t>سب انسانوں کو اپنا کسٹمر سمجھتا ہے، بس اور کچھ نہیں۔ اور اس کا کیا کلچر ہوتا ہے؟</w:t>
      </w:r>
    </w:p>
    <w:p>
      <w:r>
        <w:rPr>
          <w:b/>
        </w:rPr>
        <w:t xml:space="preserve">[03:38] </w:t>
      </w:r>
      <w:r>
        <w:t>customer friendly. saaray insanon kay liye woh customer friendly ban jata hai.</w:t>
      </w:r>
    </w:p>
    <w:p>
      <w:pPr>
        <w:jc w:val="right"/>
      </w:pPr>
      <w:r>
        <w:t>کسٹمر فرینڈلی۔ سارے انسانوں کے لیے وہ کسٹمر فرینڈلی بن جاتا ہے۔</w:t>
      </w:r>
    </w:p>
    <w:p>
      <w:r>
        <w:rPr>
          <w:b/>
        </w:rPr>
        <w:t xml:space="preserve">[03:47] </w:t>
      </w:r>
      <w:r>
        <w:t>aisay hi daai ka muamla hona chahiye. daai kay andar madعو friendly behaviour aana chahiye, warna woh daai nahin hai.</w:t>
      </w:r>
    </w:p>
    <w:p>
      <w:pPr>
        <w:jc w:val="right"/>
      </w:pPr>
      <w:r>
        <w:t>ایسے ہی داعی کا معاملہ ہونا چاہیے۔ داعی کے اندر مدعو فرینڈلی بیہیویئر آنا چاہیے، ورنہ وہ داعی نہیں ہے۔</w:t>
      </w:r>
    </w:p>
    <w:p>
      <w:r>
        <w:rPr>
          <w:b/>
        </w:rPr>
        <w:t xml:space="preserve">[04:01] </w:t>
      </w:r>
      <w:r>
        <w:t>dekhen, Rasool Allah (SAW) nay 610 eesvi mein Makkah mein dawat shuru ki to wahan har qism kay log thay.</w:t>
      </w:r>
    </w:p>
    <w:p>
      <w:pPr>
        <w:jc w:val="right"/>
      </w:pPr>
      <w:r>
        <w:t>دیکھیں، رسول اللہ صلی اللہ علیہ وسلم نے 610 عیسوی میں مکہ میں دعوت شروع کی تو وہاں ہر قسم کے لوگ تھے۔</w:t>
      </w:r>
    </w:p>
    <w:p>
      <w:r>
        <w:rPr>
          <w:b/>
        </w:rPr>
        <w:t xml:space="preserve">[04:13] </w:t>
      </w:r>
      <w:r>
        <w:t>woh log bhi thay jin ko aaj kal kay musalman mushrik kehtay hain, kafir kehtay hain, dushman kehtay hain, saazishi kehtay hain, waghera.</w:t>
      </w:r>
    </w:p>
    <w:p>
      <w:pPr>
        <w:jc w:val="right"/>
      </w:pPr>
      <w:r>
        <w:t>وہ لوگ بھی تھے جن کو آج کل کے مسلمان مشرک کہتے ہیں، کافر کہتے ہیں، دشمن کہتے ہیں، سازشی کہتے ہیں، وغیرہ۔</w:t>
      </w:r>
    </w:p>
    <w:p>
      <w:r>
        <w:rPr>
          <w:b/>
        </w:rPr>
        <w:t xml:space="preserve">[04:24] </w:t>
      </w:r>
      <w:r>
        <w:t>yeh saaray log wahan maujood thay.</w:t>
      </w:r>
    </w:p>
    <w:p>
      <w:pPr>
        <w:jc w:val="right"/>
      </w:pPr>
      <w:r>
        <w:t>یہ سارے لوگ وہاں موجود تھے۔</w:t>
      </w:r>
    </w:p>
    <w:p>
      <w:r>
        <w:rPr>
          <w:b/>
        </w:rPr>
        <w:t xml:space="preserve">[04:29] </w:t>
      </w:r>
      <w:r>
        <w:t>magar aap nay kya kiya? aap ka aik hi kalma hota tha: "AYYUHAN NASU QOOLOO LA ILAHA ILLALLAHU TUFLIHOON" .</w:t>
      </w:r>
    </w:p>
    <w:p>
      <w:pPr>
        <w:jc w:val="right"/>
      </w:pPr>
      <w:r>
        <w:t>مگر آپ نے کیا کیا؟ آپ کا ایک ہی کلمہ ہوتا تھا: "أَيُّهَا النَّاسُ قُولُوا لَا إِلَٰهَ إِلَّا اللَّهُ تُفْلَحُوا" ۔</w:t>
      </w:r>
    </w:p>
    <w:p>
      <w:r>
        <w:rPr>
          <w:b/>
        </w:rPr>
        <w:t xml:space="preserve">[04:43] </w:t>
      </w:r>
      <w:r>
        <w:t>ae insanon! naas jo hai, jama hai insaan ki. ae insanon!</w:t>
      </w:r>
    </w:p>
    <w:p>
      <w:pPr>
        <w:jc w:val="right"/>
      </w:pPr>
      <w:r>
        <w:t>اے انسانوں! ناس جو ہے، جمع ہے انسان کی۔ اے انسانوں!</w:t>
      </w:r>
    </w:p>
    <w:p>
      <w:r>
        <w:rPr>
          <w:b/>
        </w:rPr>
        <w:t xml:space="preserve">[04:53] </w:t>
      </w:r>
      <w:r>
        <w:t>kaho keh Allah kay siwa koi aur ilaah nahin, tum falaah pao gay. aap nay aisa nahin kaha keh "AYYUHAL KUFFARU AY YUHAL ZANADIQAH" .</w:t>
      </w:r>
    </w:p>
    <w:p>
      <w:pPr>
        <w:jc w:val="right"/>
      </w:pPr>
      <w:r>
        <w:t>کہو کہ اللہ کے سوا کوئی اور الہ نہیں، تم فلاح پاؤ گے۔ آپ نے ایسا نہیں کہا کہ "أَيُّهَا الْكُفَّارُ أَيُّهَا الْزَنَادِقَةُ" ۔</w:t>
      </w:r>
    </w:p>
    <w:p>
      <w:r>
        <w:rPr>
          <w:b/>
        </w:rPr>
        <w:t xml:space="preserve">[05:10] </w:t>
      </w:r>
      <w:r>
        <w:t>yeh sab aap ki zabaan nahin thi. ae mushriqon! ae kafiron! ae zindiqon! ae dushmanon! ae saazish karnay walon!</w:t>
      </w:r>
    </w:p>
    <w:p>
      <w:pPr>
        <w:jc w:val="right"/>
      </w:pPr>
      <w:r>
        <w:t>یہ سب آپ کی زبان نہیں تھی۔ اے مشرکوں! اے کافروں! اے زندیقوں! اے دشمنوں! اے سازش کرنے والوں!</w:t>
      </w:r>
    </w:p>
    <w:p>
      <w:r>
        <w:rPr>
          <w:b/>
        </w:rPr>
        <w:t xml:space="preserve">[05:21] </w:t>
      </w:r>
      <w:r>
        <w:t>ae jahannamiyon!</w:t>
      </w:r>
    </w:p>
    <w:p>
      <w:pPr>
        <w:jc w:val="right"/>
      </w:pPr>
      <w:r>
        <w:t>اے جہنمیوں!</w:t>
      </w:r>
    </w:p>
    <w:p>
      <w:r>
        <w:rPr>
          <w:b/>
        </w:rPr>
        <w:t xml:space="preserve">[05:23] </w:t>
      </w:r>
      <w:r>
        <w:t>yeh sab nahi kaha aap ne. aap ne sirf yeh kaha ke ae insano! bas. aaj kal ke jis musalman ko tatoliey, jis musalman ko iscrutni kijiye, andar se kya niklega?</w:t>
      </w:r>
    </w:p>
    <w:p>
      <w:pPr>
        <w:jc w:val="right"/>
      </w:pPr>
      <w:r>
        <w:t>یہ سب نہیں کہا آپ نے۔ آپ نے صرف یہ کہا کہ اے انسانوں! بس۔ آج کل کے جس مسلمان کو ٹٹولیے، جس مسلمان کو اسکرٹنی کیجیے، اندر سے کیا نکلے گا؟</w:t>
      </w:r>
    </w:p>
    <w:p>
      <w:r>
        <w:rPr>
          <w:b/>
        </w:rPr>
        <w:t xml:space="preserve">[05:42] </w:t>
      </w:r>
      <w:r>
        <w:t>woh doosre tamam logon ko yahi sab samajhte hain.</w:t>
      </w:r>
    </w:p>
    <w:p>
      <w:pPr>
        <w:jc w:val="right"/>
      </w:pPr>
      <w:r>
        <w:t>وہ دوسرے تمام لوگوں کو یہی سب سمجھتے ہیں۔</w:t>
      </w:r>
    </w:p>
    <w:p>
      <w:r>
        <w:rPr>
          <w:b/>
        </w:rPr>
        <w:t xml:space="preserve">[05:50] </w:t>
      </w:r>
      <w:r>
        <w:t>doosre logon ke bare mein negative, apni sirf apni qom ke bare mein woh friendly behaviour iske andar hai.</w:t>
      </w:r>
    </w:p>
    <w:p>
      <w:pPr>
        <w:jc w:val="right"/>
      </w:pPr>
      <w:r>
        <w:t>دوسرے لوگوں کے بارے میں نیگیٹیو، اپنی صرف اپنی قوم کے بارے میں وہ فرینڈلی بیہیویئر اس کے اندر ہے۔</w:t>
      </w:r>
    </w:p>
    <w:p>
      <w:r>
        <w:rPr>
          <w:b/>
        </w:rPr>
        <w:t xml:space="preserve">[06:00] </w:t>
      </w:r>
      <w:r>
        <w:t>saare log jo hain, woh kya hain? woh mushrik hain, kafir hain, zindiq hain, murtad hain, shaatim hain, waghera waghera. yeh sab jo hai, yeh deviation hai, inhiraf hai, rasool Allah ke namune se hatna hai.</w:t>
      </w:r>
    </w:p>
    <w:p>
      <w:pPr>
        <w:jc w:val="right"/>
      </w:pPr>
      <w:r>
        <w:t>سارے لوگ جو ہیں، وہ کیا ہیں؟ وہ مشرک ہیں، کافر ہیں، زندیق ہیں، مرتد ہیں، شاتم ہیں، وغیرہ وغیرہ۔ یہ سب جو ہے، یہ ڈیوی ایشن ہے، انحراف ہے، رسول اللہ کے نمونے سے ہٹنا ہے۔</w:t>
      </w:r>
    </w:p>
    <w:p>
      <w:r>
        <w:rPr>
          <w:b/>
        </w:rPr>
        <w:t xml:space="preserve">[06:16] </w:t>
      </w:r>
      <w:r>
        <w:t>aise zehan ko le kar dawat ka kaam nahi kiya ja sakta.</w:t>
      </w:r>
    </w:p>
    <w:p>
      <w:pPr>
        <w:jc w:val="right"/>
      </w:pPr>
      <w:r>
        <w:t>ایسے ذہن کو لے کر دعوت کا کام نہیں کیا جا سکتا۔</w:t>
      </w:r>
    </w:p>
    <w:p>
      <w:r>
        <w:rPr>
          <w:b/>
        </w:rPr>
        <w:t xml:space="preserve">[06:24] </w:t>
      </w:r>
      <w:r>
        <w:t>asal mein yeh baat jo hai, bohat peechay tak jati hai. yeh saada baat nahi hai.</w:t>
      </w:r>
    </w:p>
    <w:p>
      <w:pPr>
        <w:jc w:val="right"/>
      </w:pPr>
      <w:r>
        <w:t>اصل میں یہ بات جو ہے، بہت پیچھے تک جاتی ہے۔ یہ سادہ بات نہیں ہے۔</w:t>
      </w:r>
    </w:p>
    <w:p>
      <w:r>
        <w:rPr>
          <w:b/>
        </w:rPr>
        <w:t xml:space="preserve">[06:32] </w:t>
      </w:r>
      <w:r>
        <w:t>Islam ki tareekh jab shuru hui, yaani saatvi sadi isvi ke first quarter mein, tab toh yahi Islam tha.</w:t>
      </w:r>
    </w:p>
    <w:p>
      <w:pPr>
        <w:jc w:val="right"/>
      </w:pPr>
      <w:r>
        <w:t>اسلام کی تاریخ جب شروع ہوئی، یعنی ساتویں صدی عیسوی کے فرسٹ کوارٹر میں، تب تو یہی اسلام تھا۔</w:t>
      </w:r>
    </w:p>
    <w:p>
      <w:r>
        <w:rPr>
          <w:b/>
        </w:rPr>
        <w:t xml:space="preserve">[06:45] </w:t>
      </w:r>
      <w:r>
        <w:t>daai madu ka equation tha is zamane mein. toh rasool aur sahaba rasool ke zamane mein aisa hi tha.</w:t>
      </w:r>
    </w:p>
    <w:p>
      <w:pPr>
        <w:jc w:val="right"/>
      </w:pPr>
      <w:r>
        <w:t>داعی مدعو کا ایکویشن تھا اس زمانے میں۔ تو رسول اور صحابہ رسول کے زمانے میں ایسا ہی تھا۔</w:t>
      </w:r>
    </w:p>
    <w:p>
      <w:r>
        <w:rPr>
          <w:b/>
        </w:rPr>
        <w:t xml:space="preserve">[06:55] </w:t>
      </w:r>
      <w:r>
        <w:t>Abbasi daur mein fiqh bani. yeh sara fiqh ka, fiqh se yeh sab cheezein shuru huin. fiqh ne insano ko categorization kiya.</w:t>
      </w:r>
    </w:p>
    <w:p>
      <w:pPr>
        <w:jc w:val="right"/>
      </w:pPr>
      <w:r>
        <w:t>عباسی دور میں فقہ بنی۔ یہ سارا فقہ کا، فقہ سے یہ سب چیزیں شروع ہوئیں۔ فقہ نے انسانوں کو کیٹیگرائزیشن کیا۔</w:t>
      </w:r>
    </w:p>
    <w:p>
      <w:r>
        <w:rPr>
          <w:b/>
        </w:rPr>
        <w:t xml:space="preserve">[07:09] </w:t>
      </w:r>
      <w:r>
        <w:t>yeh dua al harab hai, woh dua al kufr hai, woh dua al Islam hai.</w:t>
      </w:r>
    </w:p>
    <w:p>
      <w:pPr>
        <w:jc w:val="right"/>
      </w:pPr>
      <w:r>
        <w:t>یہ دعا الحرب ہے، وہ دعا الکفر ہے، وہ دعا الاسلام ہے۔</w:t>
      </w:r>
    </w:p>
    <w:p>
      <w:r>
        <w:rPr>
          <w:b/>
        </w:rPr>
        <w:t xml:space="preserve">[07:12] </w:t>
      </w:r>
      <w:r>
        <w:t>yeh sab mubtadaana istilahaat thi. mein isko yaqeeni taur par bid'at samajhta hoon.</w:t>
      </w:r>
    </w:p>
    <w:p>
      <w:pPr>
        <w:jc w:val="right"/>
      </w:pPr>
      <w:r>
        <w:t>یہ سب مبتدانہ اصطلاحات تھیں۔ میں اس کو یقینی طور پر بدعت سمجھتا ہوں۔</w:t>
      </w:r>
    </w:p>
    <w:p>
      <w:r>
        <w:rPr>
          <w:b/>
        </w:rPr>
        <w:t xml:space="preserve">[07:22] </w:t>
      </w:r>
      <w:r>
        <w:t>kyunke rasool Allah sallallahu alaihi wasallam ne jab nahi kaha aisa ke dua al Islam hai, woh dua al kufr hai, woh dua al shirk hai, toh kisi aur ko kya haq hai?</w:t>
      </w:r>
    </w:p>
    <w:p>
      <w:pPr>
        <w:jc w:val="right"/>
      </w:pPr>
      <w:r>
        <w:t>کیونکہ رسول اللہ صلی اللہ علیہ وسلم نے جب نہیں کہا ایسا کہ دعا الاسلام ہے، وہ دعا الکفر ہے، وہ دعا الشرک ہے، تو کسی اور کو کیا حق ہے؟</w:t>
      </w:r>
    </w:p>
    <w:p>
      <w:r>
        <w:rPr>
          <w:b/>
        </w:rPr>
        <w:t xml:space="preserve">[07:32] </w:t>
      </w:r>
      <w:r>
        <w:t>kya haq hai kisi aur ko?</w:t>
      </w:r>
    </w:p>
    <w:p>
      <w:pPr>
        <w:jc w:val="right"/>
      </w:pPr>
      <w:r>
        <w:t>کیا حق ہے کسی اور کو؟</w:t>
      </w:r>
    </w:p>
    <w:p>
      <w:r>
        <w:rPr>
          <w:b/>
        </w:rPr>
        <w:t xml:space="preserve">[07:36] </w:t>
      </w:r>
      <w:r>
        <w:t>iski wajah se kya hua? yeh khalis fiqhi bid'at hai, fiqhi bid'at. ke insano ke bare mein is tarah ke title waz' hue: kafir aur mushrik aur zindiq aur shaatim aur harbi aur zimmi</w:t>
      </w:r>
    </w:p>
    <w:p>
      <w:pPr>
        <w:jc w:val="right"/>
      </w:pPr>
      <w:r>
        <w:t>اس کی وجہ سے کیا ہوا؟ یہ خالص فقہی بدعت ہے، فقہی بدعت۔ کہ انسانوں کے بارے میں اس طرح کے ٹائٹل وضع ہوئے: کافر اور مشرک اور زندیق اور شاتم اور حربی اور ذمی</w:t>
      </w:r>
    </w:p>
    <w:p>
      <w:r>
        <w:rPr>
          <w:b/>
        </w:rPr>
        <w:t xml:space="preserve">[07:54] </w:t>
      </w:r>
      <w:r>
        <w:t>. yeh kahan Quran o Hadees mein tha? yeh sab alfaaz</w:t>
      </w:r>
    </w:p>
    <w:p>
      <w:pPr>
        <w:jc w:val="right"/>
      </w:pPr>
      <w:r>
        <w:t>۔ یہ کہاں قرآن و حدیث میں تھا؟ یہ سب الفاظ</w:t>
      </w:r>
    </w:p>
    <w:p>
      <w:r>
        <w:rPr>
          <w:b/>
        </w:rPr>
        <w:t xml:space="preserve">[08:00] </w:t>
      </w:r>
      <w:r>
        <w:t>na Quran mein tha, na Hadees mein tha. fiqh ne yeh bohat bhaari ghalti ki hai ke insano ko ki taqseem ko, equation ko badal diya.</w:t>
      </w:r>
    </w:p>
    <w:p>
      <w:pPr>
        <w:jc w:val="right"/>
      </w:pPr>
      <w:r>
        <w:t>نہ قرآن میں تھا، نہ حدیث میں تھا۔ فقہ نے یہ بہت بھاری غلطی کی ہے کہ انسانوں کو کی تقسیم کو، ایکویشن کو بدل دیا۔</w:t>
      </w:r>
    </w:p>
    <w:p>
      <w:r>
        <w:rPr>
          <w:b/>
        </w:rPr>
        <w:t xml:space="preserve">[08:16] </w:t>
      </w:r>
      <w:r>
        <w:t>us waqt se ab tak musalmanon ka haal yahi hai</w:t>
      </w:r>
    </w:p>
    <w:p>
      <w:pPr>
        <w:jc w:val="right"/>
      </w:pPr>
      <w:r>
        <w:t>اس وقت سے اب تک مسلمانوں کا حال یہی ہے</w:t>
      </w:r>
    </w:p>
    <w:p>
      <w:r>
        <w:rPr>
          <w:b/>
        </w:rPr>
        <w:t xml:space="preserve">[08:21] </w:t>
      </w:r>
      <w:r>
        <w:t>ke yeh shaatim hai, yeh harbi hai, yeh zimmi hai, yeh kafir hai, yeh mushrik hai, yeh zindiq hai, yeh murtad hai. rasool Allah ke zamane mein yeh sab term nahi istemal hote the.</w:t>
      </w:r>
    </w:p>
    <w:p>
      <w:pPr>
        <w:jc w:val="right"/>
      </w:pPr>
      <w:r>
        <w:t>کہ یہ شاتم ہے، یہ حربی ہے، یہ ذمی ہے، یہ کافر ہے، یہ مشرک ہے، یہ زندیق ہے، یہ مرتد ہے۔ رسول اللہ کے زمانے میں یہ سب ٹرم نہیں استعمال ہوتے تھے۔</w:t>
      </w:r>
    </w:p>
    <w:p>
      <w:r>
        <w:rPr>
          <w:b/>
        </w:rPr>
        <w:t xml:space="preserve">[08:36] </w:t>
      </w:r>
      <w:r>
        <w:t>us waqt saare log sirf insaan the, bas.</w:t>
      </w:r>
    </w:p>
    <w:p>
      <w:pPr>
        <w:jc w:val="right"/>
      </w:pPr>
      <w:r>
        <w:t>اس وقت سارے لوگ صرف انسان تھے، بس۔</w:t>
      </w:r>
    </w:p>
    <w:p>
      <w:r>
        <w:rPr>
          <w:b/>
        </w:rPr>
        <w:t xml:space="preserve">[08:44] </w:t>
      </w:r>
      <w:r>
        <w:t>aur kuch bhi nahi.</w:t>
      </w:r>
    </w:p>
    <w:p>
      <w:pPr>
        <w:jc w:val="right"/>
      </w:pPr>
      <w:r>
        <w:t>اور کچھ بھی نہیں۔</w:t>
      </w:r>
    </w:p>
    <w:p>
      <w:r>
        <w:rPr>
          <w:b/>
        </w:rPr>
        <w:t xml:space="preserve">[08:49] </w:t>
      </w:r>
      <w:r>
        <w:t>ek boe boe muhaddis ne kaha tha ke "لن یصل آخر ھذہ الامة إلا بأولھا" ۔</w:t>
      </w:r>
    </w:p>
    <w:p>
      <w:pPr>
        <w:jc w:val="right"/>
      </w:pPr>
      <w:r>
        <w:t>ایک بوئے بوئے محدث نے کہا تھا کہ "لن یصل آخر هذه الأمة إلا بأولها" ۔</w:t>
      </w:r>
    </w:p>
    <w:p>
      <w:r>
        <w:rPr>
          <w:b/>
        </w:rPr>
        <w:t xml:space="preserve">[08:58] </w:t>
      </w:r>
      <w:r>
        <w:t>yaani is ummat ka aakhir isi cheez se durust hoga jis se unka awwal durust hua tha. ab musalmanon ko lotna hai isi zamane ki taraf.</w:t>
      </w:r>
    </w:p>
    <w:p>
      <w:pPr>
        <w:jc w:val="right"/>
      </w:pPr>
      <w:r>
        <w:t>یعنی اس امت کا آخر اسی چیز سے درست ہوگا جس سے ان کا اول درست ہوا تھا۔ اب مسلمانوں کو لوٹنا ہے اسی زمانے کی طرف۔</w:t>
      </w:r>
    </w:p>
    <w:p>
      <w:r>
        <w:rPr>
          <w:b/>
        </w:rPr>
        <w:t xml:space="preserve">[09:13] </w:t>
      </w:r>
      <w:r>
        <w:t>agar woh chahte hain ke unke apne halaat durust hon, un saare istilahaat ko darya mein gharq karna hoga.</w:t>
      </w:r>
    </w:p>
    <w:p>
      <w:pPr>
        <w:jc w:val="right"/>
      </w:pPr>
      <w:r>
        <w:t>اگر وہ چاہتے ہیں کہ ان کے اپنے حالات درست ہوں، ان سارے اصطلاحات کو دریا میں غرق کرنا ہوگا۔</w:t>
      </w:r>
    </w:p>
    <w:p>
      <w:r>
        <w:rPr>
          <w:b/>
        </w:rPr>
        <w:t xml:space="preserve">[09:27] </w:t>
      </w:r>
      <w:r>
        <w:t>tab ja kar aap ke dil mein insaan ke liye mohabbat paida hogi. insaan ke liye khair khwahi paida hogi.</w:t>
      </w:r>
    </w:p>
    <w:p>
      <w:pPr>
        <w:jc w:val="right"/>
      </w:pPr>
      <w:r>
        <w:t>تب جا کر آپ کے دل میں انسان کے لیے محبت پیدا ہوگی۔ انسان کے لیے خیر خواہی پیدا ہوگی۔</w:t>
      </w:r>
    </w:p>
    <w:p>
      <w:r>
        <w:rPr>
          <w:b/>
        </w:rPr>
        <w:t xml:space="preserve">[09:37] </w:t>
      </w:r>
      <w:r>
        <w:t>insaan ke liye dost ban jayenge aap. yaani human friendly behaviour paida hoga. tab</w:t>
      </w:r>
    </w:p>
    <w:p>
      <w:pPr>
        <w:jc w:val="right"/>
      </w:pPr>
      <w:r>
        <w:t>انسان کے لیے دوست بن جائیں گے آپ۔ یعنی ہیومن فرینڈلی بیہیویئر پیدا ہوگا۔ تب</w:t>
      </w:r>
    </w:p>
    <w:p>
      <w:r>
        <w:rPr>
          <w:b/>
        </w:rPr>
        <w:t xml:space="preserve">[09:45] </w:t>
      </w:r>
      <w:r>
        <w:t>dawat ka kaam hoga. dekhen, yaad rakhiye achhi tarah se, dawat ko announcement nahi hai ke aelan kar diya aap ne, dawat ho gayi.</w:t>
      </w:r>
    </w:p>
    <w:p>
      <w:pPr>
        <w:jc w:val="right"/>
      </w:pPr>
      <w:r>
        <w:t>دعوت کا کام ہوگا۔ دیکھیں، یاد رکھیے اچھی طرح سے، دعوت کو اناؤنسمنٹ نہیں ہے کہ اعلان کر دیا آپ نے، دعوت ہو گئی۔</w:t>
      </w:r>
    </w:p>
    <w:p>
      <w:r>
        <w:rPr>
          <w:b/>
        </w:rPr>
        <w:t xml:space="preserve">[09:57] </w:t>
      </w:r>
      <w:r>
        <w:t>dawat insaan se mohabbat karne ka naam hai. insaan ka khair khwah banne ka naam hai. woh itna hi khair khwah jitna ek baap apne bete ke liye hota hai.</w:t>
      </w:r>
    </w:p>
    <w:p>
      <w:pPr>
        <w:jc w:val="right"/>
      </w:pPr>
      <w:r>
        <w:t>دعوت انسان سے محبت کرنے کا نام ہے۔ انسان کا خیر خواہ بننے کا نام ہے۔ وہ اتنا ہی خیر خواہ جتنا ایک باپ اپنے بیٹے کے لیے ہوتا ہے۔</w:t>
      </w:r>
    </w:p>
    <w:p>
      <w:r>
        <w:rPr>
          <w:b/>
        </w:rPr>
        <w:t xml:space="preserve">[10:10] </w:t>
      </w:r>
      <w:r>
        <w:t>yaad rakhiye, jo aadmi apne bete se mohabbat karta ho aur doosron ko kafir o mushrik batata ho, aur phir woh daai kahe apne aap ko, to woh jhoot bolta hai.</w:t>
      </w:r>
    </w:p>
    <w:p>
      <w:pPr>
        <w:jc w:val="right"/>
      </w:pPr>
      <w:r>
        <w:t>یاد رکھیے، جو آدمی اپنے بیٹے سے محبت کرتا ہو اور دوسروں کو کافر و مشرک بتاتا ہو، اور پھر وہ داعی کہے اپنے آپ کو، تو وہ جھوٹ بولتا ہے۔</w:t>
      </w:r>
    </w:p>
    <w:p>
      <w:r>
        <w:rPr>
          <w:b/>
        </w:rPr>
        <w:t xml:space="preserve">[10:28] </w:t>
      </w:r>
      <w:r>
        <w:t>to madu friendly behaviour jab aayega to yeh saari cheezein khatm ho jayengi. jo musalman bhadakte hain, ladte hain, bura bhala karte hain, sazishon ka aelan karte hain, yeh dushman hain, woh zalim hain, yeh sab boliyan boli jaati hain inke stage se.</w:t>
      </w:r>
    </w:p>
    <w:p>
      <w:pPr>
        <w:jc w:val="right"/>
      </w:pPr>
      <w:r>
        <w:t>تو مدعو فرینڈلی بیہیویئر جب آئے گا تو یہ ساری چیزیں ختم ہو جائیں گی۔ جو مسلمان بھڑکتے ہیں، لڑتے ہیں، برا بھلا کرتے ہیں، سازشوں کا اعلان کرتے ہیں، یہ دشمن ہیں، وہ ظالم ہیں، یہ سب بولیاں بولی جاتی ہیں ان کے اسٹیج سے۔</w:t>
      </w:r>
    </w:p>
    <w:p>
      <w:r>
        <w:rPr>
          <w:b/>
        </w:rPr>
        <w:t xml:space="preserve">[10:46] </w:t>
      </w:r>
      <w:r>
        <w:t>yeh sab khatm ho jayega.</w:t>
      </w:r>
    </w:p>
    <w:p>
      <w:pPr>
        <w:jc w:val="right"/>
      </w:pPr>
      <w:r>
        <w:t>یہ سب ختم ہو جائے گا۔</w:t>
      </w:r>
    </w:p>
    <w:p>
      <w:r>
        <w:rPr>
          <w:b/>
        </w:rPr>
        <w:t xml:space="preserve">[10:57] </w:t>
      </w:r>
      <w:r>
        <w:t>tab ja kar ke dawat ka aaghaz hoga. aur tab ja kar ummat ki islaah. abhi to starting point bhi nahi aaya. abhi, abhi shuru bhi nahi hua.</w:t>
      </w:r>
    </w:p>
    <w:p>
      <w:pPr>
        <w:jc w:val="right"/>
      </w:pPr>
      <w:r>
        <w:t>تب جا کر کے دعوت کا آغاز ہوگا۔ اور تب جا کر امت کی اصلاح۔ ابھی تو سٹارٹنگ پوائنٹ بھی نہیں آیا۔ ابھی، ابھی شروع بھی نہیں ہوا۔</w:t>
      </w:r>
    </w:p>
    <w:p>
      <w:r>
        <w:rPr>
          <w:b/>
        </w:rPr>
        <w:t xml:space="preserve">[11:06] </w:t>
      </w:r>
      <w:r>
        <w:t>ab beginning bhi nahi hui.</w:t>
      </w:r>
    </w:p>
    <w:p>
      <w:pPr>
        <w:jc w:val="right"/>
      </w:pPr>
      <w:r>
        <w:t>اب بگننگ بھی نہیں ہوئی۔</w:t>
      </w:r>
    </w:p>
    <w:p>
      <w:r>
        <w:rPr>
          <w:b/>
        </w:rPr>
        <w:t xml:space="preserve">[11:14] </w:t>
      </w:r>
      <w:r>
        <w:t>yeh sab baatein bahut zyada sochne ki hain. bahut zyada sochne ki hain. saare insaanon ko insaan samajhna hoga.</w:t>
      </w:r>
    </w:p>
    <w:p>
      <w:pPr>
        <w:jc w:val="right"/>
      </w:pPr>
      <w:r>
        <w:t>یہ سب باتیں بہت زیادہ سوچنے کی ہیں۔ بہت زیادہ سوچنے کی ہیں۔ سارے انسانوں کو انسان سمجھنا ہوگا۔</w:t>
      </w:r>
    </w:p>
    <w:p>
      <w:r>
        <w:rPr>
          <w:b/>
        </w:rPr>
        <w:t xml:space="preserve">[11:25] </w:t>
      </w:r>
      <w:r>
        <w:t>waise hi insaan jaise aap ke family ke member hote hain. apne behan bhai jaise hote hain. waise hi sab ko samjhiye aap.</w:t>
      </w:r>
    </w:p>
    <w:p>
      <w:pPr>
        <w:jc w:val="right"/>
      </w:pPr>
      <w:r>
        <w:t>ویسے ہی انسان جیسے آپ کے فیملی کے ممبر ہوتے ہیں۔ اپنے بہن بھائی جیسے ہوتے ہیں۔ ویسے ہی سب کو سمجھیے آپ۔</w:t>
      </w:r>
    </w:p>
    <w:p>
      <w:r>
        <w:rPr>
          <w:b/>
        </w:rPr>
        <w:t xml:space="preserve">[11:39] </w:t>
      </w:r>
      <w:r>
        <w:t>rasool Allah ne farmaya tha ke "إِنَّ الْعِبَادَ كُلُّهُمْ إِخْوَةٌ" . saare insaan bhai bhai hain.</w:t>
      </w:r>
    </w:p>
    <w:p>
      <w:pPr>
        <w:jc w:val="right"/>
      </w:pPr>
      <w:r>
        <w:t>رسول اللہ نے فرمایا تھا کہ "إِنَّ الْعِبَادَ كُلُّهُمْ إِخْوَةٌ" ۔ سارے انسان بھائی بھائی ہیں۔</w:t>
      </w:r>
    </w:p>
    <w:p>
      <w:r>
        <w:rPr>
          <w:b/>
        </w:rPr>
        <w:t xml:space="preserve">[11:51] </w:t>
      </w:r>
      <w:r>
        <w:t>saare log jo hain, woh hamare liye. saari khawateen hamari sister hain. saare insaan hamare brother hain.</w:t>
      </w:r>
    </w:p>
    <w:p>
      <w:pPr>
        <w:jc w:val="right"/>
      </w:pPr>
      <w:r>
        <w:t>سارے لوگ جو ہیں، وہ ہمارے لیے۔ ساری خواتین ہماری سسٹر ہیں۔ سارے انسان ہمارے برادر ہیں۔</w:t>
      </w:r>
    </w:p>
    <w:p>
      <w:r>
        <w:rPr>
          <w:b/>
        </w:rPr>
        <w:t xml:space="preserve">[12:04] </w:t>
      </w:r>
      <w:r>
        <w:t>yeh jab tak nahi aayega, jab tak dawat ka aaghaz bhi nahi hua.</w:t>
      </w:r>
    </w:p>
    <w:p>
      <w:pPr>
        <w:jc w:val="right"/>
      </w:pPr>
      <w:r>
        <w:t>یہ جب تک نہیں آئے گا، جب تک دعوت کا آغاز بھی نہیں ہوا۔</w:t>
      </w:r>
    </w:p>
    <w:p>
      <w:r>
        <w:rPr>
          <w:b/>
        </w:rPr>
        <w:t xml:space="preserve">[12:14] </w:t>
      </w:r>
      <w:r>
        <w:t>asal mein dekhen, hua kya? islam jab shuru hua to woh sartaapa ek dawat se shuru hua.</w:t>
      </w:r>
    </w:p>
    <w:p>
      <w:pPr>
        <w:jc w:val="right"/>
      </w:pPr>
      <w:r>
        <w:t>اصل میں دیکھیں، ہوا کیا؟ اسلام جب شروع ہوا تو وہ سرتاپا ایک دعوت سے شروع ہوا۔</w:t>
      </w:r>
    </w:p>
    <w:p>
      <w:r>
        <w:rPr>
          <w:b/>
        </w:rPr>
        <w:t xml:space="preserve">[12:26] </w:t>
      </w:r>
      <w:r>
        <w:t>baad ko aisa hua ke musalmanon ki empire ban gayi. hukoomat ban gayi. tab yeh equation badla. pehla equation tha daai madu ka equation.</w:t>
      </w:r>
    </w:p>
    <w:p>
      <w:pPr>
        <w:jc w:val="right"/>
      </w:pPr>
      <w:r>
        <w:t>بعد کو ایسا ہوا کہ مسلمانوں کی ایمپائر بن گئی۔ حکومت بن گئی۔ تب یہ ایکویشن بدلا۔ پہلا ایکویشن تھا داعی مدعو کا ایکویشن۔</w:t>
      </w:r>
    </w:p>
    <w:p>
      <w:r>
        <w:rPr>
          <w:b/>
        </w:rPr>
        <w:t xml:space="preserve">[12:37] </w:t>
      </w:r>
      <w:r>
        <w:t>ab ban gaya ruler aur ruled ka equation. hakim aur mahkoom ka equation.</w:t>
      </w:r>
    </w:p>
    <w:p>
      <w:pPr>
        <w:jc w:val="right"/>
      </w:pPr>
      <w:r>
        <w:t>اب بن گیا رولر اور رولڈ کا ایکویشن۔ حاکم اور محکوم کا ایکویشن۔</w:t>
      </w:r>
    </w:p>
    <w:p>
      <w:r>
        <w:rPr>
          <w:b/>
        </w:rPr>
        <w:t xml:space="preserve">[12:44] </w:t>
      </w:r>
      <w:r>
        <w:t>woh is zamane mein fiqh mein sirf istilahein banin. jab equation badla, yaani daai madu ka equation tha pehle, phir aaya ruler aur ruled, hakim aur mahkoom.</w:t>
      </w:r>
    </w:p>
    <w:p>
      <w:pPr>
        <w:jc w:val="right"/>
      </w:pPr>
      <w:r>
        <w:t>وہ اس زمانے میں فقہ میں صرف اصطلاحیں بنیں۔ جب ایکویشن بدلا، یعنی داعی مدعو کا ایکویشن تھا پہلے، پھر آیا رولر اور رولڈ، حاکم اور محکوم۔</w:t>
      </w:r>
    </w:p>
    <w:p>
      <w:r>
        <w:rPr>
          <w:b/>
        </w:rPr>
        <w:t xml:space="preserve">[12:59] </w:t>
      </w:r>
      <w:r>
        <w:t>tab yeh saari istilahein banin. apne bare mein superior hone ka ehsaas, doosre ke bare mein inferior hone ka ehsaas.</w:t>
      </w:r>
    </w:p>
    <w:p>
      <w:pPr>
        <w:jc w:val="right"/>
      </w:pPr>
      <w:r>
        <w:t>تب یہ ساری اصطلاحیں بنیں۔ اپنے بارے میں سپیریئر ہونے کا احساس، دوسرے کے بارے میں انفیئر ہونے کا احساس۔</w:t>
      </w:r>
    </w:p>
    <w:p>
      <w:r>
        <w:rPr>
          <w:b/>
        </w:rPr>
        <w:t xml:space="preserve">[13:10] </w:t>
      </w:r>
      <w:r>
        <w:t>isi se saari term banin.</w:t>
      </w:r>
    </w:p>
    <w:p>
      <w:pPr>
        <w:jc w:val="right"/>
      </w:pPr>
      <w:r>
        <w:t>اسی سے ساری ٹرم بنیں۔</w:t>
      </w:r>
    </w:p>
    <w:p>
      <w:r>
        <w:rPr>
          <w:b/>
        </w:rPr>
        <w:t xml:space="preserve">[13:16] </w:t>
      </w:r>
      <w:r>
        <w:t>jo dawat ke qatil hain, yeh sab jo term hain, yeh sab dawat ke qatil hain. main is ke bilkul is ke khilaf hoon ke yeh zimmi hai aur woh shaatim hai.</w:t>
      </w:r>
    </w:p>
    <w:p>
      <w:pPr>
        <w:jc w:val="right"/>
      </w:pPr>
      <w:r>
        <w:t>جو دعوت کے قاتل ہیں، یہ سب جو ٹرم ہیں، یہ سب دعوت کے قاتل ہیں۔ میں اس کے بالکل اس کے خلاف ہوں کہ یہ ذمی ہے اور وہ شاتم ہے۔</w:t>
      </w:r>
    </w:p>
    <w:p>
      <w:r>
        <w:rPr>
          <w:b/>
        </w:rPr>
        <w:t xml:space="preserve">[13:34] </w:t>
      </w:r>
      <w:r>
        <w:t>yeh harbi hai. woh kafir hai, woh mushrik hai, woh zindiq hai, woh murtad hai.</w:t>
      </w:r>
    </w:p>
    <w:p>
      <w:pPr>
        <w:jc w:val="right"/>
      </w:pPr>
      <w:r>
        <w:t>یہ حربی ہے۔ وہ کافر ہے، وہ مشرک ہے، وہ زندیق ہے، وہ مرتد ہے۔</w:t>
      </w:r>
    </w:p>
    <w:p>
      <w:r>
        <w:rPr>
          <w:b/>
        </w:rPr>
        <w:t xml:space="preserve">[13:40] </w:t>
      </w:r>
      <w:r>
        <w:t>main is ko bilkul nahi manta. saare log insaan hain. agar aap kisi ke andar burai paate hain to us ki islaah ki koshish kijiye.</w:t>
      </w:r>
    </w:p>
    <w:p>
      <w:pPr>
        <w:jc w:val="right"/>
      </w:pPr>
      <w:r>
        <w:t>میں اس کو بالکل نہیں مانتا۔ سارے لوگ انسان ہیں۔ اگر آپ کسی کے اندر برائی پاتے ہیں تو اس کی اصلاح کی کوشش کیجیے۔</w:t>
      </w:r>
    </w:p>
    <w:p>
      <w:r>
        <w:rPr>
          <w:b/>
        </w:rPr>
        <w:t xml:space="preserve">[13:51] </w:t>
      </w:r>
      <w:r>
        <w:t>us ke liye duaein kijiye. us par dawti amal kijiye. aap us ko ek title kyun dete hain ke yeh murtad ho gaya hai, shaatim ho gaya hai?</w:t>
      </w:r>
    </w:p>
    <w:p>
      <w:pPr>
        <w:jc w:val="right"/>
      </w:pPr>
      <w:r>
        <w:t>اس کے لیے دعائیں کیجیے۔ اس پر دعوتی عمل کیجیے۔ آپ اس کو ایک ٹائٹل کیوں دیتے ہیں کہ یہ مرتد ہو گیا ہے، شاتم ہو گیا ہے؟</w:t>
      </w:r>
    </w:p>
    <w:p>
      <w:r>
        <w:rPr>
          <w:b/>
        </w:rPr>
        <w:t xml:space="preserve">[14:00] </w:t>
      </w:r>
      <w:r>
        <w:t>yeh title kyun dete hain? kis ka right hai aap ko title dene ka?</w:t>
      </w:r>
    </w:p>
    <w:p>
      <w:pPr>
        <w:jc w:val="right"/>
      </w:pPr>
      <w:r>
        <w:t>یہ ٹائٹل کیوں دیتے ہیں؟ کس کا رائٹ ہے آپ کو ٹائٹل دینے کا؟</w:t>
      </w:r>
    </w:p>
    <w:p>
      <w:r>
        <w:rPr>
          <w:b/>
        </w:rPr>
        <w:t xml:space="preserve">[14:14] </w:t>
      </w:r>
      <w:r>
        <w:t>kuch log hawala dete hain ke quran mein hai "قُلْ يَا أَيُّهَا الْكَافِرُونَ" . yeh bahut galat hawala hai. bahut hi galat hawala hai. dekhen, yeh kalma dawat nahi hai, yeh yeh kalma barat hai.</w:t>
      </w:r>
    </w:p>
    <w:p>
      <w:pPr>
        <w:jc w:val="right"/>
      </w:pPr>
      <w:r>
        <w:t>کچھ لوگ حوالہ دیتے ہیں کہ قرآن میں ہے "قُلْ يَا أَيُّهَا الْكَافِرُونَ" ۔ یہ بہت غلط حوالہ ہے۔ بہت ہی غلط حوالہ ہے۔ دیکھیں، یہ کلمہ دعوت نہیں ہے، یہ یہ کلمہ برات ہے۔</w:t>
      </w:r>
    </w:p>
    <w:p>
      <w:r>
        <w:rPr>
          <w:b/>
        </w:rPr>
        <w:t xml:space="preserve">[14:31] </w:t>
      </w:r>
      <w:r>
        <w:t>yaani rasool Allah sal Allah alaihi wasallam ne saari mehnatain keen. aur sab kuch apna isi mein lutta diya.</w:t>
      </w:r>
    </w:p>
    <w:p>
      <w:pPr>
        <w:jc w:val="right"/>
      </w:pPr>
      <w:r>
        <w:t>یعنی رسول اللہ صلی اللہ علیہ وسلم نے ساری محنتیں کیں۔ اور سب کچھ اپنا اسی میں لٹا دیا۔</w:t>
      </w:r>
    </w:p>
    <w:p>
      <w:r>
        <w:rPr>
          <w:b/>
        </w:rPr>
        <w:t xml:space="preserve">[14:41] </w:t>
      </w:r>
      <w:r>
        <w:t>tehra saal tak. aur yeh makka walon ke bare mein hai.</w:t>
      </w:r>
    </w:p>
    <w:p>
      <w:pPr>
        <w:jc w:val="right"/>
      </w:pPr>
      <w:r>
        <w:t>تیرہ سال تک۔ اور یہ مکہ والوں کے بارے میں ہے۔</w:t>
      </w:r>
    </w:p>
    <w:p>
      <w:r>
        <w:rPr>
          <w:b/>
        </w:rPr>
        <w:t xml:space="preserve">[14:47] </w:t>
      </w:r>
      <w:r>
        <w:t>makka walon par tehra saal ke musalsal amal ke baad jab aap ne ittaba-e-hujjat kar diya to Allah ki taraf se yeh ailaan kiya gaya. yeh kalma rasool nahi tha, yeh Allah ka ailaan tha.</w:t>
      </w:r>
    </w:p>
    <w:p>
      <w:pPr>
        <w:jc w:val="right"/>
      </w:pPr>
      <w:r>
        <w:t>مکہ والوں پر تیرہ سال کے مسلسل عمل کے بعد جب آپ نے اتباع حجت کر دیا تو اللہ کی طرف سے یہ اعلان کیا گیا۔ یہ کلمہ رسول نہیں تھا، یہ اللہ کا اعلان تھا۔</w:t>
      </w:r>
    </w:p>
    <w:p>
      <w:r>
        <w:rPr>
          <w:b/>
        </w:rPr>
        <w:t xml:space="preserve">[15:00] </w:t>
      </w:r>
      <w:r>
        <w:t>rasool Allah ne kabhi bhi apne logon ko is tarah khitab nahi kiya.</w:t>
      </w:r>
    </w:p>
    <w:p>
      <w:pPr>
        <w:jc w:val="right"/>
      </w:pPr>
      <w:r>
        <w:t>رسول اللہ نے کبھی بھی اپنے لوگوں کو اس طرح خطاب نہیں کیا۔</w:t>
      </w:r>
    </w:p>
    <w:p>
      <w:r>
        <w:rPr>
          <w:b/>
        </w:rPr>
        <w:t xml:space="preserve">[15:07] </w:t>
      </w:r>
      <w:r>
        <w:t>ae kafiron, ae mushriqon, kar khitab nahi kiya aap ne.</w:t>
      </w:r>
    </w:p>
    <w:p>
      <w:pPr>
        <w:jc w:val="right"/>
      </w:pPr>
      <w:r>
        <w:t>اے کافروں، اے مشرکوں، کر خطاب نہیں کیا آپ نے۔</w:t>
      </w:r>
    </w:p>
    <w:p>
      <w:r>
        <w:rPr>
          <w:b/>
        </w:rPr>
        <w:t xml:space="preserve">[15:11] </w:t>
      </w:r>
      <w:r>
        <w:t>yeh to ihtimam-e-hujjat ke baad Allah taala ki taraf se kalma-e-barat tha. yeh ailaan-e-khudawandi hai, yeh yeh kalma-e-dawat nahi hai.</w:t>
      </w:r>
    </w:p>
    <w:p>
      <w:pPr>
        <w:jc w:val="right"/>
      </w:pPr>
      <w:r>
        <w:t>یہ تو اہتمام حجت کے بعد اللہ تعالیٰ کی طرف سے کلمہ برات تھا۔ یہ اعلان خداوندی ہے، یہ یہ کلمہ دعوت نہیں ہے۔</w:t>
      </w:r>
    </w:p>
    <w:p>
      <w:r>
        <w:rPr>
          <w:b/>
        </w:rPr>
        <w:t xml:space="preserve">[15:25] </w:t>
      </w:r>
      <w:r>
        <w:t>humein haq nahi hai. Allah ko haq hai ke woh kisi ke bare mein ailaan kare ke tum par ihtimam-e-hujjat ho chuka. humein haq nahi hai yeh bhi kehne ka ke ihtimam-e-hujjat ho chuka.</w:t>
      </w:r>
    </w:p>
    <w:p>
      <w:pPr>
        <w:jc w:val="right"/>
      </w:pPr>
      <w:r>
        <w:t>ہمیں حق نہیں ہے۔ اللہ کو حق ہے کہ وہ کسی کے بارے میں اعلان کرے کہ تم پر اہتمام حجت ہو چکا۔ ہمیں حق نہیں ہے یہ بھی کہنے کا کہ اہتمام حجت ہو چکا۔</w:t>
      </w:r>
    </w:p>
    <w:p>
      <w:r>
        <w:rPr>
          <w:b/>
        </w:rPr>
        <w:t xml:space="preserve">[15:36] </w:t>
      </w:r>
      <w:r>
        <w:t>hum hazar saal bhi dawat dein, tab bhi hum yeh haq nahi rakhte.</w:t>
      </w:r>
    </w:p>
    <w:p>
      <w:pPr>
        <w:jc w:val="right"/>
      </w:pPr>
      <w:r>
        <w:t>ہم ہزار سال بھی دعوت دیں، تب بھی ہم یہ حق نہیں رکھتے۔</w:t>
      </w:r>
    </w:p>
    <w:p>
      <w:r>
        <w:rPr>
          <w:b/>
        </w:rPr>
        <w:t xml:space="preserve">[15:42] </w:t>
      </w:r>
      <w:r>
        <w:t>yaad rakhiye.</w:t>
      </w:r>
    </w:p>
    <w:p>
      <w:pPr>
        <w:jc w:val="right"/>
      </w:pPr>
      <w:r>
        <w:t>یاد رکھیے۔</w:t>
      </w:r>
    </w:p>
    <w:p>
      <w:r>
        <w:rPr>
          <w:b/>
        </w:rPr>
        <w:t xml:space="preserve">[15:48] </w:t>
      </w:r>
      <w:r>
        <w:t>to jab hukoomatein qaim ho gayeen, muslim empire ban gaya to yeh nazar ne yeh zehan bana ke hum hakim hain, woh mahkoom hain.</w:t>
      </w:r>
    </w:p>
    <w:p>
      <w:pPr>
        <w:jc w:val="right"/>
      </w:pPr>
      <w:r>
        <w:t>تو جب حکومتیں قائم ہو گئیں، مسلم ایمپائر بن گیا تو یہ نظر نے یہ ذہن بنا کہ ہم حاکم ہیں، وہ محکوم ہیں۔</w:t>
      </w:r>
    </w:p>
    <w:p>
      <w:r>
        <w:rPr>
          <w:b/>
        </w:rPr>
        <w:t xml:space="preserve">[15:58] </w:t>
      </w:r>
      <w:r>
        <w:t>to yeh sab baatein hu'een.</w:t>
      </w:r>
    </w:p>
    <w:p>
      <w:pPr>
        <w:jc w:val="right"/>
      </w:pPr>
      <w:r>
        <w:t>تو یہ سب باتیں ہوئیں۔</w:t>
      </w:r>
    </w:p>
    <w:p>
      <w:r>
        <w:rPr>
          <w:b/>
        </w:rPr>
        <w:t xml:space="preserve">[16:03] </w:t>
      </w:r>
      <w:r>
        <w:t>to wohin se dawat ka mizaj khatm</w:t>
      </w:r>
    </w:p>
    <w:p>
      <w:pPr>
        <w:jc w:val="right"/>
      </w:pPr>
      <w:r>
        <w:t>تو وہیں سے دعوت کا مزاج ختم</w:t>
      </w:r>
    </w:p>
    <w:p>
      <w:r>
        <w:rPr>
          <w:b/>
        </w:rPr>
        <w:t xml:space="preserve">[16:06] </w:t>
      </w:r>
      <w:r>
        <w:t>ho gaya. chunancha dekhein, is baad jo literature bana, Abbasi daur ke baad se ab tak jo tafaseer likhi gayeen, jo kitabein likhi gayeen, jo sharhein likhi gayeen, is mein dawat hadaf ho gaya.</w:t>
      </w:r>
    </w:p>
    <w:p>
      <w:pPr>
        <w:jc w:val="right"/>
      </w:pPr>
      <w:r>
        <w:t>ہو گیا۔ چنانچہ دیکھیں، اس بعد جو لٹریچر بنا، عباسی دور کے بعد سے اب تک جو تفسیریں لکھی گئیں، جو کتابیں لکھی گئیں، جو شرحیں لکھی گئیں، اس میں دعوت حذف ہو گیا۔</w:t>
      </w:r>
    </w:p>
    <w:p>
      <w:r>
        <w:rPr>
          <w:b/>
        </w:rPr>
        <w:t xml:space="preserve">[16:20] </w:t>
      </w:r>
      <w:r>
        <w:t>dai mad'u ka ta'alluq hadaf</w:t>
      </w:r>
    </w:p>
    <w:p>
      <w:pPr>
        <w:jc w:val="right"/>
      </w:pPr>
      <w:r>
        <w:t>داعی مدعو کا تعلق حذف</w:t>
      </w:r>
    </w:p>
    <w:p>
      <w:r>
        <w:rPr>
          <w:b/>
        </w:rPr>
        <w:t xml:space="preserve">[16:22] </w:t>
      </w:r>
      <w:r>
        <w:t>ho gaya. ab wahi bahsein hain, wahi bahsein hain. yeh dawat-ul-harb hai, woh dawat-ul-kufr hai, woh dawat-ul-Islam hai, woh zimmi hai, woh woh zindiq hai, woh kafir hai, woh murtad hai,</w:t>
      </w:r>
    </w:p>
    <w:p>
      <w:pPr>
        <w:jc w:val="right"/>
      </w:pPr>
      <w:r>
        <w:t>ہو گیا۔ اب وہی بحثیں ہیں، وہی بحثیں ہیں۔ یہ دعا الحرب ہے، وہ دعا الکفر ہے، وہ دعا الاسلام ہے، وہ ذمی ہے، وہ وہ زندیق ہے، وہ کافر ہے، وہ مرتد ہے،</w:t>
      </w:r>
    </w:p>
    <w:p>
      <w:r>
        <w:rPr>
          <w:b/>
        </w:rPr>
        <w:t xml:space="preserve">[16:36] </w:t>
      </w:r>
      <w:r>
        <w:t>woh harbi hai, falan. yeh sab baatein jo hain, daur-e-hukoomat mein bani hain jin ko ke mein zahiri taur par bid'at samajhta hoon. tab bhi haq nahi tha ke aap is tarah se categorize karein insaan ko.</w:t>
      </w:r>
    </w:p>
    <w:p>
      <w:pPr>
        <w:jc w:val="right"/>
      </w:pPr>
      <w:r>
        <w:t>وہ حربی ہے، فلاں۔ یہ سب باتیں جو ہیں، دور حکومت میں بنی ہیں جن کو کہ میں ظاہری طور پر بدعت سمجھتا ہوں۔ تب بھی حق نہیں تھا کہ آپ اس طرح سے کیٹیگرائز کریں انسان کو۔</w:t>
      </w:r>
    </w:p>
    <w:p>
      <w:r>
        <w:rPr>
          <w:b/>
        </w:rPr>
        <w:t xml:space="preserve">[16:49] </w:t>
      </w:r>
      <w:r>
        <w:t>tab bhi insaan insaan tha.</w:t>
      </w:r>
    </w:p>
    <w:p>
      <w:pPr>
        <w:jc w:val="right"/>
      </w:pPr>
      <w:r>
        <w:t>تب بھی انسان انسان تھا۔</w:t>
      </w:r>
    </w:p>
    <w:p>
      <w:r>
        <w:rPr>
          <w:b/>
        </w:rPr>
        <w:t xml:space="preserve">[16:55] </w:t>
      </w:r>
      <w:r>
        <w:t>dekhiye, madine mein rasool Allah ke ne state qaim ho chuki thi. madine mein aap jante hain, hijrat ke baad madine mein state qaim hui thi aur rasool Allah sal Allah alaihi wasallam us ke sadar the.</w:t>
      </w:r>
    </w:p>
    <w:p>
      <w:pPr>
        <w:jc w:val="right"/>
      </w:pPr>
      <w:r>
        <w:t>دیکھیے، مدینے میں رسول اللہ کے نے اسٹیٹ قائم ہو چکی تھی۔ مدینہ میں آپ جانتے ہیں، ہجرت کے بعد مدینہ میں اسٹیٹ قائم ہوئی تھی اور رسول اللہ صلی اللہ علیہ وسلم اس کے صدر تھے۔</w:t>
      </w:r>
    </w:p>
    <w:p>
      <w:r>
        <w:rPr>
          <w:b/>
        </w:rPr>
        <w:t xml:space="preserve">[17:11] </w:t>
      </w:r>
      <w:r>
        <w:t>ek baar to aap rasool Allah sal Allah alaihi wasallam madine mein aap ne dekha ke ek janaza ja raha hai, us ki respect mein aap khare hogaye.</w:t>
      </w:r>
    </w:p>
    <w:p>
      <w:pPr>
        <w:jc w:val="right"/>
      </w:pPr>
      <w:r>
        <w:t>ایک بار تو آپ رسول اللہ صلی اللہ علیہ وسلم مدینے میں آپ نے دیکھا کہ ایک جنازہ جا رہا ہے، اس کی ریسپیکٹ میں آپ کھڑے ہوگئے۔</w:t>
      </w:r>
    </w:p>
    <w:p>
      <w:r>
        <w:rPr>
          <w:b/>
        </w:rPr>
        <w:t xml:space="preserve">[17:21] </w:t>
      </w:r>
      <w:r>
        <w:t>to ek sahab ne kaha ke yeh to yahoodi ka janaza tha,</w:t>
      </w:r>
    </w:p>
    <w:p>
      <w:pPr>
        <w:jc w:val="right"/>
      </w:pPr>
      <w:r>
        <w:t>تو ایک صاحب نے کہا کہ یہ تو یہودی کا جنازہ تھا،</w:t>
      </w:r>
    </w:p>
    <w:p>
      <w:r>
        <w:rPr>
          <w:b/>
        </w:rPr>
        <w:t xml:space="preserve">[17:27] </w:t>
      </w:r>
      <w:r>
        <w:t>yeh ghair muslim ka janaza tha.</w:t>
      </w:r>
    </w:p>
    <w:p>
      <w:pPr>
        <w:jc w:val="right"/>
      </w:pPr>
      <w:r>
        <w:t>یہ غیر مسلم کا جنازہ تھا۔</w:t>
      </w:r>
    </w:p>
    <w:p>
      <w:r>
        <w:rPr>
          <w:b/>
        </w:rPr>
        <w:t xml:space="preserve">[17:29] </w:t>
      </w:r>
      <w:r>
        <w:t>aap ne farmaya "alaysat nafsan" . kya woh insaan nahi?</w:t>
      </w:r>
    </w:p>
    <w:p>
      <w:pPr>
        <w:jc w:val="right"/>
      </w:pPr>
      <w:r>
        <w:t>آپ نے فرمایا "أَلَيْسَتْ نَفْسًا" ۔ کیا وہ انسان نہیں؟</w:t>
      </w:r>
    </w:p>
    <w:p>
      <w:r>
        <w:rPr>
          <w:b/>
        </w:rPr>
        <w:t xml:space="preserve">[17:37] </w:t>
      </w:r>
      <w:r>
        <w:t>yani is ko bhi aap ne insaan samjha. ke chahe aap hakim hon, tab bhi aap sab ko insaan samajhna padega aap ko. aap yeh nahi keh sakte ke harbi hai, yeh zimmi hai, yeh yeh shatim hai, yeh zindiq hai, yeh kafir hai, yeh murtad hai.</w:t>
      </w:r>
    </w:p>
    <w:p>
      <w:pPr>
        <w:jc w:val="right"/>
      </w:pPr>
      <w:r>
        <w:t>یعنی اس کو بھی آپ نے انسان سمجھا۔ کہ چاہے آپ حاکم ہوں، تب بھی آپ سب کو انسان سمجھنا پڑے گا آپ کو۔ آپ یہ نہیں کہہ سکتے کہ حربی ہے، یہ ذمی ہے، یہ یہ شاتم ہے، یہ زندیق ہے، یہ کافر ہے، یہ مرتد ہے۔</w:t>
      </w:r>
    </w:p>
    <w:p>
      <w:r>
        <w:rPr>
          <w:b/>
        </w:rPr>
        <w:t xml:space="preserve">[17:53] </w:t>
      </w:r>
      <w:r>
        <w:t>yeh haq nahi hai aap ko. yeh Khuda ke domain mein dakhil hona hai.</w:t>
      </w:r>
    </w:p>
    <w:p>
      <w:pPr>
        <w:jc w:val="right"/>
      </w:pPr>
      <w:r>
        <w:t>یہ حق نہیں ہے آپ کو۔ یہ خدا کے ڈومین میں داخل ہونا ہے۔</w:t>
      </w:r>
    </w:p>
    <w:p>
      <w:r>
        <w:rPr>
          <w:b/>
        </w:rPr>
        <w:t xml:space="preserve">[18:00] </w:t>
      </w:r>
      <w:r>
        <w:t>Allah taala ka haq hai ke woh ailaan kare. apne ilm ke mutabiq, farishton ke record ke mutabiq. ailaan-e-khudawandi ko aap apne hisse mein nahi le sakte.</w:t>
      </w:r>
    </w:p>
    <w:p>
      <w:pPr>
        <w:jc w:val="right"/>
      </w:pPr>
      <w:r>
        <w:t>اللہ تعالیٰ کا حق ہے کہ وہ اعلان کرے۔ اپنے علم کے مطابق، فرشتوں کے ریکارڈ کے مطابق۔ اعلان خداوندی کو آپ اپنے حصے میں نہیں لے سکتے۔</w:t>
      </w:r>
    </w:p>
    <w:p>
      <w:r>
        <w:rPr>
          <w:b/>
        </w:rPr>
        <w:t xml:space="preserve">[18:12] </w:t>
      </w:r>
      <w:r>
        <w:t>yaad rakhiye, aap ko sirf dawat, dawat, dawat. dawat dete hain, mar jana hai. baqi Allah par chhodna hai.</w:t>
      </w:r>
    </w:p>
    <w:p>
      <w:pPr>
        <w:jc w:val="right"/>
      </w:pPr>
      <w:r>
        <w:t>یاد رکھیے، آپ کو صرف دعوت، دعوت، دعوت۔ دعوت دیتے ہیں، مر جانا ہے۔ باقی اللہ پر چھوڑنا ہے۔</w:t>
      </w:r>
    </w:p>
    <w:p>
      <w:r>
        <w:rPr>
          <w:b/>
        </w:rPr>
        <w:t xml:space="preserve">[18:22] </w:t>
      </w:r>
      <w:r>
        <w:t>is ke baad dekhiye kya hua, ek bohat bara inhiraaf aaya. bohat bara inhiraaf.</w:t>
      </w:r>
    </w:p>
    <w:p>
      <w:pPr>
        <w:jc w:val="right"/>
      </w:pPr>
      <w:r>
        <w:t>اس کے بعد دیکھیے کیا ہوا، ایک بہت بڑا انحراف آیا۔ بہت بڑا انحراف۔</w:t>
      </w:r>
    </w:p>
    <w:p>
      <w:r>
        <w:rPr>
          <w:b/>
        </w:rPr>
        <w:t xml:space="preserve">[18:30] </w:t>
      </w:r>
      <w:r>
        <w:t>woh yeh hai</w:t>
      </w:r>
    </w:p>
    <w:p>
      <w:pPr>
        <w:jc w:val="right"/>
      </w:pPr>
      <w:r>
        <w:t>وہ یہ ہے</w:t>
      </w:r>
    </w:p>
    <w:p>
      <w:r>
        <w:rPr>
          <w:b/>
        </w:rPr>
        <w:t xml:space="preserve">[18:36] </w:t>
      </w:r>
      <w:r>
        <w:t>ke</w:t>
      </w:r>
    </w:p>
    <w:p>
      <w:pPr>
        <w:jc w:val="right"/>
      </w:pPr>
      <w:r>
        <w:t>کہ</w:t>
      </w:r>
    </w:p>
    <w:p>
      <w:r>
        <w:rPr>
          <w:b/>
        </w:rPr>
        <w:t xml:space="preserve">[18:40] </w:t>
      </w:r>
      <w:r>
        <w:t>yeh baat hai mein is liye keh raha hoon ke woh jo muhaddis ka qaul maine sunaya aap ko "lan yusallu akhra hadhih al-ummah illa ima salla bi-awwal" .</w:t>
      </w:r>
    </w:p>
    <w:p>
      <w:pPr>
        <w:jc w:val="right"/>
      </w:pPr>
      <w:r>
        <w:t>یہ بات ہے میں اس لیے کہہ رہا ہوں کہ وہ جو محدث کا قول میں نے سنایا آپ کو "لَنْ يَصْلُوا أَخْرَ هٰذِه الْأُمَّةِ إِلَّا إِمَا صَلَىٰ بِأَوَّلٍ" ۔</w:t>
      </w:r>
    </w:p>
    <w:p>
      <w:r>
        <w:rPr>
          <w:b/>
        </w:rPr>
        <w:t xml:space="preserve">[18:51] </w:t>
      </w:r>
      <w:r>
        <w:t>ke baad ke daur ke logon ki durustagi isi mein hai ke woh pichle daur ki taraf loten.</w:t>
      </w:r>
    </w:p>
    <w:p>
      <w:pPr>
        <w:jc w:val="right"/>
      </w:pPr>
      <w:r>
        <w:t>کہ بعد کے دور کے لوگوں کی درستگی اسی میں ہے کہ وہ پچھلے دور کی طرف لوٹیں۔</w:t>
      </w:r>
    </w:p>
    <w:p>
      <w:r>
        <w:rPr>
          <w:b/>
        </w:rPr>
        <w:t xml:space="preserve">[18:57] </w:t>
      </w:r>
      <w:r>
        <w:t>hamein janna parega ke kahan se inhiraaf hua, kahan se deviation hua, kahan se derailment hua. tabhi to lotenge hum.</w:t>
      </w:r>
    </w:p>
    <w:p>
      <w:pPr>
        <w:jc w:val="right"/>
      </w:pPr>
      <w:r>
        <w:t>ہمیں جاننا پڑے گا کہ کہاں سے انحراف ہوا، کہاں سے ڈیوی ایشن ہوا، کہاں سے ڈیریلمنٹ ہوا۔ تبھی تو لوٹیں گے ہم۔</w:t>
      </w:r>
    </w:p>
    <w:p>
      <w:r>
        <w:rPr>
          <w:b/>
        </w:rPr>
        <w:t xml:space="preserve">[19:09] </w:t>
      </w:r>
      <w:r>
        <w:t>to dekhen phir kya hua ke woh sari aayatein aur hadisein jo dawat ke liye thin, woh sab qital par aur harb par mantiq ki jaane lagin.</w:t>
      </w:r>
    </w:p>
    <w:p>
      <w:pPr>
        <w:jc w:val="right"/>
      </w:pPr>
      <w:r>
        <w:t>تو دیکھیں پھر کیا ہوا کہ وہ ساری آیتیں اور حدیثیں جو دعوت کے لیے تھیں، وہ سب قتال پر اور حرب پر منطبق کی جانے لگیں۔</w:t>
      </w:r>
    </w:p>
    <w:p>
      <w:r>
        <w:rPr>
          <w:b/>
        </w:rPr>
        <w:t xml:space="preserve">[19:24] </w:t>
      </w:r>
      <w:r>
        <w:t>dekhiye misaal ke taur par quran majeed mein hai "innallaha ashtara minal mu'mineena anfusahum wa amwalan ban nahum al-jannah" .</w:t>
      </w:r>
    </w:p>
    <w:p>
      <w:pPr>
        <w:jc w:val="right"/>
      </w:pPr>
      <w:r>
        <w:t>دیکھیے مثال کے طور پر قرآن مجید میں ہے "إِنَّ اللَّهَ اَشْتَرَى مِنَ الْمُؤْمِنِينَ أَنْفَسَهُمْ وَأَمْالًا بَانَّهُ لُمُ الجَنَّةَ" ۔</w:t>
      </w:r>
    </w:p>
    <w:p>
      <w:r>
        <w:rPr>
          <w:b/>
        </w:rPr>
        <w:t xml:space="preserve">[19:37] </w:t>
      </w:r>
      <w:r>
        <w:t>yeh is aayat mein chounke lafz qital aa gaya hai, is ko qital se jod diya gaya. nahin, yeh dawat hi ka taluq dawat se hai.</w:t>
      </w:r>
    </w:p>
    <w:p>
      <w:pPr>
        <w:jc w:val="right"/>
      </w:pPr>
      <w:r>
        <w:t>یہ اس آیت میں چونکہ لفظ قتال آ گیا ہے، اس کو قتال سے جوڑ دیا گیا۔ نہیں، یہ دعوت ہی کا تعلق دعوت سے ہے۔</w:t>
      </w:r>
    </w:p>
    <w:p>
      <w:r>
        <w:rPr>
          <w:b/>
        </w:rPr>
        <w:t xml:space="preserve">[19:48] </w:t>
      </w:r>
      <w:r>
        <w:t>qital to ek waqti, ek waqti daur pesh aane wala waqia tha. chounke is zamane mein yeh tha ke religious persecution ka zamana tha.</w:t>
      </w:r>
    </w:p>
    <w:p>
      <w:pPr>
        <w:jc w:val="right"/>
      </w:pPr>
      <w:r>
        <w:t>قتال تو ایک وقتی، ایک وقتی دور پیش آنے والا واقعہ تھا۔ چونکہ اس زمانے میں یہ تھا کہ ریلیجس پرسیکیوشن کا زمانہ تھا۔</w:t>
      </w:r>
    </w:p>
    <w:p>
      <w:r>
        <w:rPr>
          <w:b/>
        </w:rPr>
        <w:t xml:space="preserve">[20:05] </w:t>
      </w:r>
      <w:r>
        <w:t>wa ma man naqabu minhum illa ayyuhum billahil azizil ameen. yani sirf imaan par wahan persecution hota tha.</w:t>
      </w:r>
    </w:p>
    <w:p>
      <w:pPr>
        <w:jc w:val="right"/>
      </w:pPr>
      <w:r>
        <w:t>وَمَا مَنْ نَقَبُوا مِنْهُمْ إِلَّا أَيُّهُمْ بِاللَّهِ الْعَزِيزِ الْعَمِينِ ۔ یعنی صرف ایمان پر وہاں پرسیکیوشن ہوتا تھا۔</w:t>
      </w:r>
    </w:p>
    <w:p>
      <w:r>
        <w:rPr>
          <w:b/>
        </w:rPr>
        <w:t xml:space="preserve">[20:13] </w:t>
      </w:r>
      <w:r>
        <w:t>kalma tauheed bolne par woh marte the. woh kalma tauheed bolne ki ijazat nahin thi. kyunke shirk jo hai, shirk logon ka mazhab bana hua tha.</w:t>
      </w:r>
    </w:p>
    <w:p>
      <w:pPr>
        <w:jc w:val="right"/>
      </w:pPr>
      <w:r>
        <w:t>کلمہ توحید بولنے پر وہ مارتے تھے۔ وہ کلمہ توحید بولنے کی اجازت نہیں تھی۔ کیونکہ شرک جو ہے، شرک لوگوں کا مذہب بنا ہوا تھا۔</w:t>
      </w:r>
    </w:p>
    <w:p>
      <w:r>
        <w:rPr>
          <w:b/>
        </w:rPr>
        <w:t xml:space="preserve">[20:26] </w:t>
      </w:r>
      <w:r>
        <w:t>aur is zamane ke jo sardar the, jo jo badshah the, woh shirk ko apnaaye hue the. wan nasu ala deeni mulukihim .</w:t>
      </w:r>
    </w:p>
    <w:p>
      <w:pPr>
        <w:jc w:val="right"/>
      </w:pPr>
      <w:r>
        <w:t>اور اس زمانے کے جو سردار تھے، جو جو بادشاہ تھے، وہ شرک کو اپنائے ہوئے تھے۔ وَالنَّاسُ عَلَىٰ دِينِ مُلُوكِهِمْ ۔</w:t>
      </w:r>
    </w:p>
    <w:p>
      <w:r>
        <w:rPr>
          <w:b/>
        </w:rPr>
        <w:t xml:space="preserve">[20:35] </w:t>
      </w:r>
      <w:r>
        <w:t>ka daur tha.</w:t>
      </w:r>
    </w:p>
    <w:p>
      <w:pPr>
        <w:jc w:val="right"/>
      </w:pPr>
      <w:r>
        <w:t>کا دور تھا۔</w:t>
      </w:r>
    </w:p>
    <w:p>
      <w:r>
        <w:rPr>
          <w:b/>
        </w:rPr>
        <w:t xml:space="preserve">[20:38] </w:t>
      </w:r>
      <w:r>
        <w:t>to aslan to dawat karte the ahl-e-imaan.</w:t>
      </w:r>
    </w:p>
    <w:p>
      <w:pPr>
        <w:jc w:val="right"/>
      </w:pPr>
      <w:r>
        <w:t>تو اصلًا تو دعوت کرتے تھے اہل ایمان۔</w:t>
      </w:r>
    </w:p>
    <w:p>
      <w:r>
        <w:rPr>
          <w:b/>
        </w:rPr>
        <w:t xml:space="preserve">[20:45] </w:t>
      </w:r>
      <w:r>
        <w:t>mad'u ki taraf se yeh hota tha ke shiddat ke sath mukhalifat hoti thi. woh marte peette the. to to qital ki nabat aati thi. qital baraye khud asal nahin hai.</w:t>
      </w:r>
    </w:p>
    <w:p>
      <w:pPr>
        <w:jc w:val="right"/>
      </w:pPr>
      <w:r>
        <w:t>مدعو کی طرف سے یہ ہوتا تھا کہ شدت کے ساتھ مخالفت ہوتی تھی۔ وہ مارتے پیٹتے تھے۔ تو تو قتال کی نوبت آتی تھی۔ قتال برائے خود اصل نہیں ہے۔</w:t>
      </w:r>
    </w:p>
    <w:p>
      <w:r>
        <w:rPr>
          <w:b/>
        </w:rPr>
        <w:t xml:space="preserve">[20:58] </w:t>
      </w:r>
      <w:r>
        <w:t>yeh is aayat mein jo bataya gaya ke Allah ne khareed liya hai ahl-e-imaan ke jaan o maal ko. to khareeda hai kis kaam ke liye?</w:t>
      </w:r>
    </w:p>
    <w:p>
      <w:pPr>
        <w:jc w:val="right"/>
      </w:pPr>
      <w:r>
        <w:t>یہ اس آیت میں جو بتایا گیا کہ اللہ نے خرید لیا ہے اہل ایمان کے جان و مال کو۔ تو خریدا ہے کس کام کے لیے؟</w:t>
      </w:r>
    </w:p>
    <w:p>
      <w:r>
        <w:rPr>
          <w:b/>
        </w:rPr>
        <w:t xml:space="preserve">[21:08] </w:t>
      </w:r>
      <w:r>
        <w:t>dawat ilallah ke liye.</w:t>
      </w:r>
    </w:p>
    <w:p>
      <w:pPr>
        <w:jc w:val="right"/>
      </w:pPr>
      <w:r>
        <w:t>دعوت الی اللہ کے لیے۔</w:t>
      </w:r>
    </w:p>
    <w:p>
      <w:r>
        <w:rPr>
          <w:b/>
        </w:rPr>
        <w:t xml:space="preserve">[21:14] </w:t>
      </w:r>
      <w:r>
        <w:t>ladai ke liye nahin khareeda hai. woh to waqti cheez thi. yeh dawat ilallah ke liye aap safar karen. dawat ilallah ke liye aap samandar mein kashti par chalna pare aap ko.</w:t>
      </w:r>
    </w:p>
    <w:p>
      <w:pPr>
        <w:jc w:val="right"/>
      </w:pPr>
      <w:r>
        <w:t>لڑائی کے لیے نہیں خریدا ہے۔ وہ تو وقتی چیز تھی۔ یہ دعوت الی اللہ کے لیے آپ سفر کریں۔ دعوت الی اللہ کے لیے آپ سمندر میں کشتی پر چلنا پڑے آپ کو۔</w:t>
      </w:r>
    </w:p>
    <w:p>
      <w:r>
        <w:rPr>
          <w:b/>
        </w:rPr>
        <w:t xml:space="preserve">[21:30] </w:t>
      </w:r>
      <w:r>
        <w:t>dawat ilallah ke liye is zamane mein is ko kahenge age factor. woh jo ladaiyan pesh aayin, woh age factor ki wajah se pesh aayin. woh yani fuqaha yeh mante hain ke yeh jo qital hai Islam mein, woh husn li-zati hi nahin hai, husn li-ghairihi hai.</w:t>
      </w:r>
    </w:p>
    <w:p>
      <w:pPr>
        <w:jc w:val="right"/>
      </w:pPr>
      <w:r>
        <w:t>دعوت الی اللہ کے لیے اس زمانے میں اس کو کہیں گے ایج فیکٹر۔ وہ جو لڑائیاں پیش آئیں، وہ ایج فیکٹر کی وجہ سے پیش آئیں۔ وہ یعنی فقہاء یہ مانتے ہیں کہ یہ جو قتال ہے اسلام میں، وہ حسن لذات ہی نہیں ہے، حسن لغیرہی ہے۔</w:t>
      </w:r>
    </w:p>
    <w:p>
      <w:r>
        <w:rPr>
          <w:b/>
        </w:rPr>
        <w:t xml:space="preserve">[21:53] </w:t>
      </w:r>
      <w:r>
        <w:t>ke aslan aap dawat ke liye uthenge. mad'u ka radd-e-amal kya hoga, us par munhasir hai ke woh peaceful rahega ya kahin takrao pesh aa jayega.</w:t>
      </w:r>
    </w:p>
    <w:p>
      <w:pPr>
        <w:jc w:val="right"/>
      </w:pPr>
      <w:r>
        <w:t>کہ اصلًا آپ دعوت کے لیے اٹھیں گے۔ مدعو کا ردعمل کیا ہوگا، اس پر منحصر ہے کہ وہ پیس فل رہے گا یا کہیں ٹکراؤ پیش آ جائے گا۔</w:t>
      </w:r>
    </w:p>
    <w:p>
      <w:r>
        <w:rPr>
          <w:b/>
        </w:rPr>
        <w:t xml:space="preserve">[22:09] </w:t>
      </w:r>
      <w:r>
        <w:t>to is zamane ka jo mad'u hai, us ne ek naya culture paida kiya hai. ek nayi civilization paida ki hai.</w:t>
      </w:r>
    </w:p>
    <w:p>
      <w:pPr>
        <w:jc w:val="right"/>
      </w:pPr>
      <w:r>
        <w:t>تو اس زمانے کا جو مدعو ہے، اس نے ایک نیا کلچر پیدا کیا ہے۔ ایک نئی سویلائزیشن پیدا کی ہے۔</w:t>
      </w:r>
    </w:p>
    <w:p>
      <w:r>
        <w:rPr>
          <w:b/>
        </w:rPr>
        <w:t xml:space="preserve">[22:19] </w:t>
      </w:r>
      <w:r>
        <w:t>aur ab religious persecution haram ho chuka hai.</w:t>
      </w:r>
    </w:p>
    <w:p>
      <w:pPr>
        <w:jc w:val="right"/>
      </w:pPr>
      <w:r>
        <w:t>اور اب ریلیجس پرسیکیوشن حرام ہو چکا ہے۔</w:t>
      </w:r>
    </w:p>
    <w:p>
      <w:r>
        <w:rPr>
          <w:b/>
        </w:rPr>
        <w:t xml:space="preserve">[22:25] </w:t>
      </w:r>
      <w:r>
        <w:t>ab to mazhabi azadi hai. mukammal azadi hai, mukammal azadi hai, mukammal azadi hai. jo mad'u ne khud hi ailan kar diya ke hamein tum se ladna nahin hai, tum jo chahen mazhab ikhtiyar karo.</w:t>
      </w:r>
    </w:p>
    <w:p>
      <w:pPr>
        <w:jc w:val="right"/>
      </w:pPr>
      <w:r>
        <w:t>اب تو مذہبی آزادی ہے۔ مکمل آزادی ہے، مکمل آزادی ہے، مکمل آزادی ہے۔ جو مدعو نے خود ہی اعلان کر دیا کہ ہمیں تم سے لڑنا نہیں ہے، تم جو چاہیں مذہب اختیار کرو۔</w:t>
      </w:r>
    </w:p>
    <w:p>
      <w:r>
        <w:rPr>
          <w:b/>
        </w:rPr>
        <w:t xml:space="preserve">[22:41] </w:t>
      </w:r>
      <w:r>
        <w:t>yani unnis sau artaalis mein aqwam-e-mutahidah bani. aur duniya ke sare mulkon ne is par dastakhat kiye.</w:t>
      </w:r>
    </w:p>
    <w:p>
      <w:pPr>
        <w:jc w:val="right"/>
      </w:pPr>
      <w:r>
        <w:t>یعنی انیس سو اڑتالیس میں اقوام متحدہ بنی۔ اور دنیا کے سارے ملکوں نے اس پر دستخط کیے۔</w:t>
      </w:r>
    </w:p>
    <w:p>
      <w:r>
        <w:rPr>
          <w:b/>
        </w:rPr>
        <w:t xml:space="preserve">[22:53] </w:t>
      </w:r>
      <w:r>
        <w:t>taqreeban do so mumalik is ke member hain.</w:t>
      </w:r>
    </w:p>
    <w:p>
      <w:pPr>
        <w:jc w:val="right"/>
      </w:pPr>
      <w:r>
        <w:t>تقریباً دو سو ممالک اس کے ممبر ہیں۔</w:t>
      </w:r>
    </w:p>
    <w:p>
      <w:r>
        <w:rPr>
          <w:b/>
        </w:rPr>
        <w:t xml:space="preserve">[23:00] </w:t>
      </w:r>
      <w:r>
        <w:t>aur is ka aik charter banaya gaya. Declaration of Human Rights . Universal Declaration of Human Rights.</w:t>
      </w:r>
    </w:p>
    <w:p>
      <w:pPr>
        <w:jc w:val="right"/>
      </w:pPr>
      <w:r>
        <w:t>اور اس کا ایک چارٹر بنایا گیا۔ Declaration of Human Rights ۔ یونیورسل ڈیکلیریشن آف ہیومن رائٹس۔</w:t>
      </w:r>
    </w:p>
    <w:p>
      <w:r>
        <w:rPr>
          <w:b/>
        </w:rPr>
        <w:t xml:space="preserve">[23:10] </w:t>
      </w:r>
      <w:r>
        <w:t>to sari qaumon ne dastakhat kiya ke ab dunya mein har aik ko azadi rahe gi mazhab ki, mazhab par amal karne ki, aqeeday ki, mazeed is ki tablegh karne ki bhi.</w:t>
      </w:r>
    </w:p>
    <w:p>
      <w:pPr>
        <w:jc w:val="right"/>
      </w:pPr>
      <w:r>
        <w:t>تو ساری قوموں نے دستخط کیا کہ اب دنیا میں ہر ایک کو آزادی رہے گی مذہب کی، مذہب پر عمل کرنے کی، عقیدے کی، مزید اس کی تبلیغ کرنے کی بھی۔</w:t>
      </w:r>
    </w:p>
    <w:p>
      <w:r>
        <w:rPr>
          <w:b/>
        </w:rPr>
        <w:t xml:space="preserve">[23:24] </w:t>
      </w:r>
      <w:r>
        <w:t>sirf aik shart hai ke woh parman rahe. Woh jarahiyat na kare. Bas aur koi shart hi nahin. To ab to goya ke sare insanon ne mil kar yeh ailan kar diya ke ab qital khatam.</w:t>
      </w:r>
    </w:p>
    <w:p>
      <w:pPr>
        <w:jc w:val="right"/>
      </w:pPr>
      <w:r>
        <w:t>صرف ایک شرط ہے کہ وہ پرامن رہے۔ وہ جارحیت نہ کرے۔ بس اور کوئی شرط ہی نہیں۔ تو اب تو گویا کہ سارے انسانوں نے مل کر یہ اعلان کر دیا کہ اب قتال ختم۔</w:t>
      </w:r>
    </w:p>
    <w:p>
      <w:r>
        <w:rPr>
          <w:b/>
        </w:rPr>
        <w:t xml:space="preserve">[23:39] </w:t>
      </w:r>
      <w:r>
        <w:t>mazhabi pakar dhakar khatam. Mazhabi izhar-e-ehsani khatam.</w:t>
      </w:r>
    </w:p>
    <w:p>
      <w:pPr>
        <w:jc w:val="right"/>
      </w:pPr>
      <w:r>
        <w:t>مذہبی پکڑ دھکڑ ختم۔ مذہبی اظہارِ احسانی ختم۔</w:t>
      </w:r>
    </w:p>
    <w:p>
      <w:r>
        <w:rPr>
          <w:b/>
        </w:rPr>
        <w:t xml:space="preserve">[23:45] </w:t>
      </w:r>
      <w:r>
        <w:t>to ab qital kis liye? To in ayaton ka ab jo hai, inbatq, woh hoga dawat par.</w:t>
      </w:r>
    </w:p>
    <w:p>
      <w:pPr>
        <w:jc w:val="right"/>
      </w:pPr>
      <w:r>
        <w:t>تو اب قتال کس لیے؟ تو ان آیتوں کا اب جو ہے انطباق، وہ ہوگا دعوت پر۔</w:t>
      </w:r>
    </w:p>
    <w:p>
      <w:r>
        <w:rPr>
          <w:b/>
        </w:rPr>
        <w:t xml:space="preserve">[23:54] </w:t>
      </w:r>
      <w:r>
        <w:t>qital par nahin. To ab yeh kaha jaye ke Allah ne khareed liya hai ahle iman ke jan o maal ko kis liye? Dawat ilal Allah ka kaam karein woh.</w:t>
      </w:r>
    </w:p>
    <w:p>
      <w:pPr>
        <w:jc w:val="right"/>
      </w:pPr>
      <w:r>
        <w:t>قتال پر نہیں۔ تو اب یہ کہا جائے کہ اللہ نے خرید لیا ہے اہل ایمان کے جان و مال کو کس لیے؟ دعوت الی اللہ کا کام کریں وہ۔</w:t>
      </w:r>
    </w:p>
    <w:p>
      <w:r>
        <w:rPr>
          <w:b/>
        </w:rPr>
        <w:t xml:space="preserve">[24:05] </w:t>
      </w:r>
      <w:r>
        <w:t>yeh matlab hoga is ka. Kyun ke woh to arzi tha. Qital arzi tha. Asal to dawat thi.</w:t>
      </w:r>
    </w:p>
    <w:p>
      <w:pPr>
        <w:jc w:val="right"/>
      </w:pPr>
      <w:r>
        <w:t>یہ مطلب ہوگا اس کا۔ کیونکہ وہ تو عارضی تھا۔ قتال عارضی تھا۔ اصل تو دعوت تھی۔</w:t>
      </w:r>
    </w:p>
    <w:p>
      <w:r>
        <w:rPr>
          <w:b/>
        </w:rPr>
        <w:t xml:space="preserve">[24:14] </w:t>
      </w:r>
      <w:r>
        <w:t>to arzi jo amil tha, woh woh hazf ho gaya. To asal jo hai, woh barqarar rahe ga.</w:t>
      </w:r>
    </w:p>
    <w:p>
      <w:pPr>
        <w:jc w:val="right"/>
      </w:pPr>
      <w:r>
        <w:t>تو عارضی جو عامل تھا، وہ وہ حذف ہو گیا۔ تو اصل جو ہے، وہ برقرار رہے گا۔</w:t>
      </w:r>
    </w:p>
    <w:p>
      <w:r>
        <w:rPr>
          <w:b/>
        </w:rPr>
        <w:t xml:space="preserve">[24:24] </w:t>
      </w:r>
      <w:r>
        <w:t>ab koi jawad nahin hai musalmanon ke liye ke khwamkhwah ladaiyan chherein idhar udhar. Kyun? Is waqt jo naam nahad jihad ho raha hai, kis liye ho raha hai?</w:t>
      </w:r>
    </w:p>
    <w:p>
      <w:pPr>
        <w:jc w:val="right"/>
      </w:pPr>
      <w:r>
        <w:t>اب کوئی جواد نہیں ہے مسلمانوں کے لیے کہ خوامخواہ لڑائیاں چھڑیں ادھر ادھر۔ کیوں؟ اس وقت جو نام نہاد جہاد ہو رہا ہے، کس لیے ہو رہا ہے؟</w:t>
      </w:r>
    </w:p>
    <w:p>
      <w:r>
        <w:rPr>
          <w:b/>
        </w:rPr>
        <w:t xml:space="preserve">[24:36] </w:t>
      </w:r>
      <w:r>
        <w:t>land ke liye ho raha hai. Zameen ke liye ho raha hai. Maal ke liye ho raha hai. Maal ke liye aur zameen ki ladai to jaiz hi nahin Islam mein.</w:t>
      </w:r>
    </w:p>
    <w:p>
      <w:pPr>
        <w:jc w:val="right"/>
      </w:pPr>
      <w:r>
        <w:t>لینڈ کے لیے ہو رہا ہے۔ زمین کے لیے ہو رہا ہے۔ مال کے لیے ہو رہا ہے۔ مال کے لیے اور زمین کی لڑائی تو جائز ہی نہیں اسلام میں۔</w:t>
      </w:r>
    </w:p>
    <w:p>
      <w:r>
        <w:rPr>
          <w:b/>
        </w:rPr>
        <w:t xml:space="preserve">[24:47] </w:t>
      </w:r>
      <w:r>
        <w:t>Islam mein dekhiye, difa ke liye ladai hai. Maal chheen'ne ke liye nahin hai. Land ke liye nahin hai.</w:t>
      </w:r>
    </w:p>
    <w:p>
      <w:pPr>
        <w:jc w:val="right"/>
      </w:pPr>
      <w:r>
        <w:t>اسلام میں دیکھیے، دفاع کے لیے لڑائی ہے۔ مال چھیننے کے لیے نہیں ہے۔ لینڈ کے لیے نہیں ہے۔</w:t>
      </w:r>
    </w:p>
    <w:p>
      <w:r>
        <w:rPr>
          <w:b/>
        </w:rPr>
        <w:t xml:space="preserve">[24:58] </w:t>
      </w:r>
      <w:r>
        <w:t>yeh sab ladaiyan jo hain, yeh is ka Islam se koi ta'alluq nahin hai.</w:t>
      </w:r>
    </w:p>
    <w:p>
      <w:pPr>
        <w:jc w:val="right"/>
      </w:pPr>
      <w:r>
        <w:t>یہ سب لڑائیاں جو ہیں، یہ اس کا اسلام سے کوئی تعلق نہیں ہے۔</w:t>
      </w:r>
    </w:p>
    <w:p>
      <w:r>
        <w:rPr>
          <w:b/>
        </w:rPr>
        <w:t xml:space="preserve">[25:05] </w:t>
      </w:r>
      <w:r>
        <w:t>Islam yeh hai ke aap Allah par iman laein. Allah ko apni zindagi ka rahinuma banaein. Allah ki dawat utha le kar uthein.</w:t>
      </w:r>
    </w:p>
    <w:p>
      <w:pPr>
        <w:jc w:val="right"/>
      </w:pPr>
      <w:r>
        <w:t>اسلام یہ ہے کہ آپ اللہ پر ایمان لائیں۔ اللہ کو اپنی زندگی کا رہنما بنائیں۔ اللہ کی دعوت اٹھ لے کر اٹھیں۔</w:t>
      </w:r>
    </w:p>
    <w:p>
      <w:r>
        <w:rPr>
          <w:b/>
        </w:rPr>
        <w:t xml:space="preserve">[25:15] </w:t>
      </w:r>
      <w:r>
        <w:t>Allah ka paigham pohanchaein. Mohabbat ke sath, khair khwahi ke sath. Aur aman ke sath, peace ke sath, shanti ke sath.</w:t>
      </w:r>
    </w:p>
    <w:p>
      <w:pPr>
        <w:jc w:val="right"/>
      </w:pPr>
      <w:r>
        <w:t>اللہ کا پیغام پہنچائیں۔ محبت کے ساتھ، خیر خواہی کے ساتھ۔ اور امن کے ساتھ، پیس کے ساتھ، شانتی کے ساتھ۔</w:t>
      </w:r>
    </w:p>
    <w:p>
      <w:r>
        <w:rPr>
          <w:b/>
        </w:rPr>
        <w:t xml:space="preserve">[25:26] </w:t>
      </w:r>
      <w:r>
        <w:t>doosra agar aap par war kare to aap us ko difa kar sakte hain. Defence kar sakte hain. Warna nahin.</w:t>
      </w:r>
    </w:p>
    <w:p>
      <w:pPr>
        <w:jc w:val="right"/>
      </w:pPr>
      <w:r>
        <w:t>دوسرا اگر آپ پر وار کرے تو آپ اس کو دفاع کر سکتے ہیں۔ ڈیفنس کر سکتے ہیں۔ ورنہ نہیں۔</w:t>
      </w:r>
    </w:p>
    <w:p>
      <w:r>
        <w:rPr>
          <w:b/>
        </w:rPr>
        <w:t xml:space="preserve">[25:34] </w:t>
      </w:r>
      <w:r>
        <w:t>to ab to doosre ne unilateral taur par ya yak-tarfa taur par ailan kar diya ke hamein to phir ladna hi nahin hai.</w:t>
      </w:r>
    </w:p>
    <w:p>
      <w:pPr>
        <w:jc w:val="right"/>
      </w:pPr>
      <w:r>
        <w:t>تو اب تو دوسرے نے یونیلیٹرل طور پر یا یکطرفہ طور پر اعلان کر دیا کہ ہمیں تو پھر لڑنا ہی نہیں ہے۔</w:t>
      </w:r>
    </w:p>
    <w:p>
      <w:r>
        <w:rPr>
          <w:b/>
        </w:rPr>
        <w:t xml:space="preserve">[25:43] </w:t>
      </w:r>
      <w:r>
        <w:t>to bas to ladai khatam ho gayi.</w:t>
      </w:r>
    </w:p>
    <w:p>
      <w:pPr>
        <w:jc w:val="right"/>
      </w:pPr>
      <w:r>
        <w:t>تو بس تو لڑائی ختم ہو گئی۔</w:t>
      </w:r>
    </w:p>
    <w:p>
      <w:r>
        <w:rPr>
          <w:b/>
        </w:rPr>
        <w:t xml:space="preserve">[25:50] </w:t>
      </w:r>
      <w:r>
        <w:t>to goya ke is tarah ki jo ayaten hain, hadisen hain, jis mein yeh hai ke Allah ne ahle iman ke iman ko, ahle iman ki daulat, maal ko aur aur zindagi ko aur har cheez ko khareed liya hai apne kaam ke liye.</w:t>
      </w:r>
    </w:p>
    <w:p>
      <w:pPr>
        <w:jc w:val="right"/>
      </w:pPr>
      <w:r>
        <w:t>تو گویا کہ اس طرح کی جو آیتیں ہیں، حدیثیں ہیں، جس میں یہ ہے کہ اللہ نے اہل ایمان کے ایمان کو، اہل ایمان کی دولت، مال کو اور اور زندگی کو اور ہر چیز کو خرید لیا ہے اپنے کام کے لیے۔</w:t>
      </w:r>
    </w:p>
    <w:p>
      <w:r>
        <w:rPr>
          <w:b/>
        </w:rPr>
        <w:t xml:space="preserve">[26:06] </w:t>
      </w:r>
      <w:r>
        <w:t>to apne kaam se murad kya hai? Dawat ilal Allah hai.</w:t>
      </w:r>
    </w:p>
    <w:p>
      <w:pPr>
        <w:jc w:val="right"/>
      </w:pPr>
      <w:r>
        <w:t>تو اپنے کام سے مراد کیا ہے؟ دعوت الی اللہ ہے۔</w:t>
      </w:r>
    </w:p>
    <w:p>
      <w:r>
        <w:rPr>
          <w:b/>
        </w:rPr>
        <w:t xml:space="preserve">[26:09] </w:t>
      </w:r>
      <w:r>
        <w:t>bas.</w:t>
      </w:r>
    </w:p>
    <w:p>
      <w:pPr>
        <w:jc w:val="right"/>
      </w:pPr>
      <w:r>
        <w:t>بس۔</w:t>
      </w:r>
    </w:p>
    <w:p>
      <w:r>
        <w:rPr>
          <w:b/>
        </w:rPr>
        <w:t xml:space="preserve">[26:13] </w:t>
      </w:r>
      <w:r>
        <w:t>aise hi dekhiye, yeh jo maal ke liye aur land ke liye jo ladaiyan chhed dein musalmanon ne, is se kya hua? Dushmaniayan paida huin.</w:t>
      </w:r>
    </w:p>
    <w:p>
      <w:pPr>
        <w:jc w:val="right"/>
      </w:pPr>
      <w:r>
        <w:t>ایسے ہی دیکھیے، یہ جو مال کے لیے اور لینڈ کے لیے جو لڑائیاں چھڑ دیں مسلمانوں نے، اس سے کیا ہوا؟ دشمنیاں پیدا ہوئیں۔</w:t>
      </w:r>
    </w:p>
    <w:p>
      <w:r>
        <w:rPr>
          <w:b/>
        </w:rPr>
        <w:t xml:space="preserve">[26:25] </w:t>
      </w:r>
      <w:r>
        <w:t>yeh aaj kal jo musalmanon mein yeh hal hai ke doosre logon ko dushman samajhte hain, rival samajhte hain, sazishi samajh</w:t>
      </w:r>
    </w:p>
    <w:p>
      <w:pPr>
        <w:jc w:val="right"/>
      </w:pPr>
      <w:r>
        <w:t>یہ آج کل جو مسلمانوں میں یہ حال ہے کہ دوسرے لوگوں کو دشمن سمجھتے ہیں، رائیول سمجھتے ہیں، سازشی سمجھ</w:t>
      </w:r>
    </w:p>
    <w:p>
      <w:r>
        <w:rPr>
          <w:b/>
        </w:rPr>
        <w:t xml:space="preserve">[26:34] </w:t>
      </w:r>
      <w:r>
        <w:t>te hain, zalim samajhte hain. Kyun? Islam ka masla nahin hai yahan par. Yeh phir Islam ka masla nahin hai.</w:t>
      </w:r>
    </w:p>
    <w:p>
      <w:pPr>
        <w:jc w:val="right"/>
      </w:pPr>
      <w:r>
        <w:t>تے ہیں، ظالم سمجھتے ہیں۔ کیوں؟ اسلام کا مسئلہ نہیں ہے یہاں پر۔ یہ پھر اسلام کا مسئلہ نہیں ہے۔</w:t>
      </w:r>
    </w:p>
    <w:p>
      <w:r>
        <w:rPr>
          <w:b/>
        </w:rPr>
        <w:t xml:space="preserve">[26:42] </w:t>
      </w:r>
      <w:r>
        <w:t>koi deen ka masla nahin hai. Yeh hai masla zameen ka, maal ka, property ka.</w:t>
      </w:r>
    </w:p>
    <w:p>
      <w:pPr>
        <w:jc w:val="right"/>
      </w:pPr>
      <w:r>
        <w:t>کوئی دین کا مسئلہ نہیں ہے۔ یہ ہے مسئلہ زمین کا، مال کا، پراپرٹی کا۔</w:t>
      </w:r>
    </w:p>
    <w:p>
      <w:r>
        <w:rPr>
          <w:b/>
        </w:rPr>
        <w:t xml:space="preserve">[26:53] </w:t>
      </w:r>
      <w:r>
        <w:t>is ki wajah se kya hua? ke woh jo shart hai, woh khatm ho gayi.</w:t>
      </w:r>
    </w:p>
    <w:p>
      <w:pPr>
        <w:jc w:val="right"/>
      </w:pPr>
      <w:r>
        <w:t>اس کی وجہ سے کیا ہوا؟ کہ وہ جو شرط ہے، وہ ختم ہو گئی۔</w:t>
      </w:r>
    </w:p>
    <w:p>
      <w:r>
        <w:rPr>
          <w:b/>
        </w:rPr>
        <w:t xml:space="preserve">[26:59] </w:t>
      </w:r>
      <w:r>
        <w:t>daai ki shart kya hai? daai ki sifat? daai ki sifat yeh hai ke</w:t>
      </w:r>
    </w:p>
    <w:p>
      <w:pPr>
        <w:jc w:val="right"/>
      </w:pPr>
      <w:r>
        <w:t>داعی کی شرط کیا ہے؟ داعی کی صفت؟ داعی کی صفت یہ ہے کہ</w:t>
      </w:r>
    </w:p>
    <w:p>
      <w:r>
        <w:rPr>
          <w:b/>
        </w:rPr>
        <w:t xml:space="preserve">[27:08] </w:t>
      </w:r>
      <w:r>
        <w:t>innal kaumu naasi'un. main tumhara khair khwah hoon. quran mein hai ke peghambar ne kaha ke main tumhara khair khwah hoon, main tumhara naasih hoon.</w:t>
      </w:r>
    </w:p>
    <w:p>
      <w:pPr>
        <w:jc w:val="right"/>
      </w:pPr>
      <w:r>
        <w:t>إِنَّ الْكُمْ نَاسِعًا ۔ میں تمہارا خیر خواہ ہوں۔ قرآن میں ہے کہ پیغمبر نے کہا کہ میں تمہارا خیر خواہ ہوں، میں تمہارا ناصح ہوں۔</w:t>
      </w:r>
    </w:p>
    <w:p>
      <w:r>
        <w:rPr>
          <w:b/>
        </w:rPr>
        <w:t xml:space="preserve">[27:20] </w:t>
      </w:r>
      <w:r>
        <w:t>naasih ma'ni khair khwah.</w:t>
      </w:r>
    </w:p>
    <w:p>
      <w:pPr>
        <w:jc w:val="right"/>
      </w:pPr>
      <w:r>
        <w:t>ناصح معنی خیر خواہ۔</w:t>
      </w:r>
    </w:p>
    <w:p>
      <w:r>
        <w:rPr>
          <w:b/>
        </w:rPr>
        <w:t xml:space="preserve">[27:26] </w:t>
      </w:r>
      <w:r>
        <w:t>lekin jab aap ne ladaaiyan chher dein, land ke liye, mulk ke liye, maal ke liye, to khair khwahi ka mizaj hi khatm ho gaya.</w:t>
      </w:r>
    </w:p>
    <w:p>
      <w:pPr>
        <w:jc w:val="right"/>
      </w:pPr>
      <w:r>
        <w:t>لیکن جب آپ نے لڑائیاں چھڑ دیں، لینڈ کے لیے، ملک کے لیے، مال کے لیے، تو خیر خواہی کا مزاج ہی ختم ہو گیا۔</w:t>
      </w:r>
    </w:p>
    <w:p>
      <w:r>
        <w:rPr>
          <w:b/>
        </w:rPr>
        <w:t xml:space="preserve">[27:39] </w:t>
      </w:r>
      <w:r>
        <w:t>ab aap ko dushman ki nazar dekhne lage.</w:t>
      </w:r>
    </w:p>
    <w:p>
      <w:pPr>
        <w:jc w:val="right"/>
      </w:pPr>
      <w:r>
        <w:t>اب آپ کو دشمن کی نظر دیکھنے لگے۔</w:t>
      </w:r>
    </w:p>
    <w:p>
      <w:r>
        <w:rPr>
          <w:b/>
        </w:rPr>
        <w:t xml:space="preserve">[27:48] </w:t>
      </w:r>
      <w:r>
        <w:t>to jo cheez aap se dawat ka mizaj chheen le, woh islam mein jaiz hi nahi hai.</w:t>
      </w:r>
    </w:p>
    <w:p>
      <w:pPr>
        <w:jc w:val="right"/>
      </w:pPr>
      <w:r>
        <w:t>تو جو چیز آپ سے دعوت کا مزاج چھین لے، وہ اسلام میں جائز ہی نہیں ہے۔</w:t>
      </w:r>
    </w:p>
    <w:p>
      <w:r>
        <w:rPr>
          <w:b/>
        </w:rPr>
        <w:t xml:space="preserve">[27:57] </w:t>
      </w:r>
      <w:r>
        <w:t>aap ghaur kijiye, dawat ka mizaj yeh hai ke aap insaan se mohabbat karein, insaan ke khair khwah banein. to ek aisa kaam jo aap se insaan ki khair khwahi chheen le,</w:t>
      </w:r>
    </w:p>
    <w:p>
      <w:pPr>
        <w:jc w:val="right"/>
      </w:pPr>
      <w:r>
        <w:t>آپ غور کیجیے، دعوت کا مزاج یہ ہے کہ آپ انسان سے محبت کریں، انسان کے خیر خواہ بنیں۔ تو ایک ایسا کام جو آپ سے انسان کی خیر خواہی چھین لے،</w:t>
      </w:r>
    </w:p>
    <w:p>
      <w:r>
        <w:rPr>
          <w:b/>
        </w:rPr>
        <w:t xml:space="preserve">[28:11] </w:t>
      </w:r>
      <w:r>
        <w:t>bilkul woh najaaiz rahega islam mein. is liye dekhiye kya hai? ke musalmanon ko saari ladaaiyan mauf karni padengi.</w:t>
      </w:r>
    </w:p>
    <w:p>
      <w:pPr>
        <w:jc w:val="right"/>
      </w:pPr>
      <w:r>
        <w:t>بالکل وہ ناجائز رہے گا اسلام میں۔ اس لیے دیکھیے کیا ہے؟ کہ مسلمانوں کو ساری لڑائیاں موقف کرنی پڑیں گی۔</w:t>
      </w:r>
    </w:p>
    <w:p>
      <w:r>
        <w:rPr>
          <w:b/>
        </w:rPr>
        <w:t xml:space="preserve">[28:21] </w:t>
      </w:r>
      <w:r>
        <w:t>jo zameen ke liye, mulk ke liye, maal ke liye lad rahe hain, woh yak tarfa taur par khatm karna padega. warna Allah ki rehmaton se woh mehroom rahenge.</w:t>
      </w:r>
    </w:p>
    <w:p>
      <w:pPr>
        <w:jc w:val="right"/>
      </w:pPr>
      <w:r>
        <w:t>جو زمین کے لیے، ملک کے لیے، مال کے لیے لڑ رہے ہیں، وہ یکطرفہ طور پر ختم کرنا پڑے گا۔ ورنہ اللہ کی رحمتوں سے وہ محروم رہیں گے۔</w:t>
      </w:r>
    </w:p>
    <w:p>
      <w:r>
        <w:rPr>
          <w:b/>
        </w:rPr>
        <w:t xml:space="preserve">[28:32] </w:t>
      </w:r>
      <w:r>
        <w:t>yak tarfa taur par khatm.</w:t>
      </w:r>
    </w:p>
    <w:p>
      <w:pPr>
        <w:jc w:val="right"/>
      </w:pPr>
      <w:r>
        <w:t>یکطرفہ طور پر ختم۔</w:t>
      </w:r>
    </w:p>
    <w:p>
      <w:r>
        <w:rPr>
          <w:b/>
        </w:rPr>
        <w:t xml:space="preserve">[28:39] </w:t>
      </w:r>
      <w:r>
        <w:t>taake un ke andar insaan ke liye khair khwahi aaye. taake daai o mad'u ke darmiyan mu'addal ta'alluqat qaim hon.</w:t>
      </w:r>
    </w:p>
    <w:p>
      <w:pPr>
        <w:jc w:val="right"/>
      </w:pPr>
      <w:r>
        <w:t>تاکہ ان کے اندر انسان کے لیے خیر خواہی آئے۔ تاکہ داعی و مدعو کے درمیان معدل تعلقات قائم ہوں۔</w:t>
      </w:r>
    </w:p>
    <w:p>
      <w:r>
        <w:rPr>
          <w:b/>
        </w:rPr>
        <w:t xml:space="preserve">[28:50] </w:t>
      </w:r>
      <w:r>
        <w:t>mu'addal ta'alluqat ki ahmiyat itni zyada hai ke hudaybiyah ke mauqe par rasool Allah sal Allah alaihi wasallam ne yak tarfa taur par sab sharton ko maan liya tha. yahan tak ke kaghaz par likha gaya tha Muhammad rasool Allah.</w:t>
      </w:r>
    </w:p>
    <w:p>
      <w:pPr>
        <w:jc w:val="right"/>
      </w:pPr>
      <w:r>
        <w:t>معدل تعلقات کی اہمیت اتنی زیادہ ہے کہ حدیبیہ کے موقع پر رسول اللہ صلی اللہ علیہ وسلم نے یکطرفہ طور پر سب شرطوں کو مان لیا تھا۔ یہاں تک کہ کاغذ پر لکھا گیا تھا مُحَمَّدٌ رَسُولُ اللَّهِ ۔</w:t>
      </w:r>
    </w:p>
    <w:p>
      <w:r>
        <w:rPr>
          <w:b/>
        </w:rPr>
        <w:t xml:space="preserve">[29:05] </w:t>
      </w:r>
      <w:r>
        <w:t>unhone kaha hum rasool nahi maante aap ko. is ko mitaaiye. to rasool Allah ne lafz rasool Allah ko kaghaz se mita diya.</w:t>
      </w:r>
    </w:p>
    <w:p>
      <w:pPr>
        <w:jc w:val="right"/>
      </w:pPr>
      <w:r>
        <w:t>انہوں نے کہا ہم رسول نہیں مانتے آپ کو۔ اس کو مٹائیے۔ تو رسول اللہ نے لفظ رسول اللہ کو کاغذ سے مٹا دیا۔</w:t>
      </w:r>
    </w:p>
    <w:p>
      <w:r>
        <w:rPr>
          <w:b/>
        </w:rPr>
        <w:t xml:space="preserve">[29:15] </w:t>
      </w:r>
      <w:r>
        <w:t>yaani apni heishiyat ko khatm kar diya kaghaz par</w:t>
      </w:r>
    </w:p>
    <w:p>
      <w:pPr>
        <w:jc w:val="right"/>
      </w:pPr>
      <w:r>
        <w:t>یعنی اپنی ہیشت کو ختم کر دیا کاغذ پر</w:t>
      </w:r>
    </w:p>
    <w:p>
      <w:r>
        <w:rPr>
          <w:b/>
        </w:rPr>
        <w:t xml:space="preserve">[29:18] </w:t>
      </w:r>
      <w:r>
        <w:t>. kyun? ta'alluqat ko normalize karne ke liye. daai o mad'u ke darmiyan ta'alluqat ko mu'addal banane ke liye.</w:t>
      </w:r>
    </w:p>
    <w:p>
      <w:pPr>
        <w:jc w:val="right"/>
      </w:pPr>
      <w:r>
        <w:t>۔ کیوں؟ تعلقات کو نارملائز کرنے کے لیے۔ داعی و مدعو کے درمیان تعلقات کو معدل بنانے کے لیے۔</w:t>
      </w:r>
    </w:p>
    <w:p>
      <w:r>
        <w:rPr>
          <w:b/>
        </w:rPr>
        <w:t xml:space="preserve">[29:33] </w:t>
      </w:r>
      <w:r>
        <w:t>itni ahmiyat hai is ki.</w:t>
      </w:r>
    </w:p>
    <w:p>
      <w:pPr>
        <w:jc w:val="right"/>
      </w:pPr>
      <w:r>
        <w:t>اتنی اہمیت ہے اس کی۔</w:t>
      </w:r>
    </w:p>
    <w:p>
      <w:r>
        <w:rPr>
          <w:b/>
        </w:rPr>
        <w:t xml:space="preserve">[29:37] </w:t>
      </w:r>
      <w:r>
        <w:t>aap tafseel padh lijiye, hudaybiyah ka jo mu'ahida hua tha. sab shartein is mein unilateral theen. yaani mukhalifeen ke mutabiq theen.</w:t>
      </w:r>
    </w:p>
    <w:p>
      <w:pPr>
        <w:jc w:val="right"/>
      </w:pPr>
      <w:r>
        <w:t>آپ تفصیل پڑھ لیجیے، حدیبیہ کا جو معاہدہ ہوا تھا۔ سب شرطیں اس میں یونیلیٹرل تھیں۔ یعنی مخالفین کے مطابق تھیں۔</w:t>
      </w:r>
    </w:p>
    <w:p>
      <w:r>
        <w:rPr>
          <w:b/>
        </w:rPr>
        <w:t xml:space="preserve">[29:47] </w:t>
      </w:r>
      <w:r>
        <w:t>rasool Allah ke mutabiq nahi theen. sirf is liye ke bas jang khatm ho jaaye.</w:t>
      </w:r>
    </w:p>
    <w:p>
      <w:pPr>
        <w:jc w:val="right"/>
      </w:pPr>
      <w:r>
        <w:t>رسول اللہ کے مطابق نہیں تھیں۔ صرف اس لیے کہ بس جنگ ختم ہو جائے۔</w:t>
      </w:r>
    </w:p>
    <w:p>
      <w:r>
        <w:rPr>
          <w:b/>
        </w:rPr>
        <w:t xml:space="preserve">[29:55] </w:t>
      </w:r>
      <w:r>
        <w:t>jang, janghi jo takraao ka mahaul khatm ho jaaye. bas. is ke liye aap ne sab kuch qurbaan kar diya.</w:t>
      </w:r>
    </w:p>
    <w:p>
      <w:pPr>
        <w:jc w:val="right"/>
      </w:pPr>
      <w:r>
        <w:t>جنگ، جنگی جو ٹکراؤ کا ماحول ختم ہو جائے۔ بس۔ اس کے لیے آپ نے سب کچھ قربان کر دیا۔</w:t>
      </w:r>
    </w:p>
    <w:p>
      <w:r>
        <w:rPr>
          <w:b/>
        </w:rPr>
        <w:t xml:space="preserve">[30:08] </w:t>
      </w:r>
      <w:r>
        <w:t>hazrat umar ne, hazrat umar is ke shuru shuru mein is ke khilaf khilaf the to unhone yahan tak keh diya tha ke lamma nu'ti ad-daniyata min deenina.</w:t>
      </w:r>
    </w:p>
    <w:p>
      <w:pPr>
        <w:jc w:val="right"/>
      </w:pPr>
      <w:r>
        <w:t>حضرت عمر نے، حضرت عمر اس کے شروع شروع میں اس کے خلاف خلاف تھے تو انہوں نے یہاں تک کہہ دیا تھا کہ لَمَا نُعْطِي الدَّنِيَةَ مِنْ دِينِنا ۔</w:t>
      </w:r>
    </w:p>
    <w:p>
      <w:r>
        <w:rPr>
          <w:b/>
        </w:rPr>
        <w:t xml:space="preserve">[30:19] </w:t>
      </w:r>
      <w:r>
        <w:t>yaani is ko woh zaleel sharton par mu'ahida samajhte the.</w:t>
      </w:r>
    </w:p>
    <w:p>
      <w:pPr>
        <w:jc w:val="right"/>
      </w:pPr>
      <w:r>
        <w:t>یعنی اس کو وہ ذلیل شرطوں پر معاہدہ سمجھتے تھے۔</w:t>
      </w:r>
    </w:p>
    <w:p>
      <w:r>
        <w:rPr>
          <w:b/>
        </w:rPr>
        <w:t xml:space="preserve">[30:25] </w:t>
      </w:r>
      <w:r>
        <w:t>lekin rasool Allah ne kaha ke nahi. mujhe to yahi karna hai.</w:t>
      </w:r>
    </w:p>
    <w:p>
      <w:pPr>
        <w:jc w:val="right"/>
      </w:pPr>
      <w:r>
        <w:t>لیکن رسول اللہ نے کہا کہ نہیں۔ مجھے تو یہی کرنا ہے۔</w:t>
      </w:r>
    </w:p>
    <w:p>
      <w:r>
        <w:rPr>
          <w:b/>
        </w:rPr>
        <w:t xml:space="preserve">[30:32] </w:t>
      </w:r>
      <w:r>
        <w:t>is ke ma'ni hain ke koi bhi shart, x y z, par hamein</w:t>
      </w:r>
    </w:p>
    <w:p>
      <w:pPr>
        <w:jc w:val="right"/>
      </w:pPr>
      <w:r>
        <w:t>اس کے معنی ہیں کہ کوئی بھی شرط، ایکس وائی زیڈ، پر ہمیں</w:t>
      </w:r>
    </w:p>
    <w:p>
      <w:r>
        <w:rPr>
          <w:b/>
        </w:rPr>
        <w:t xml:space="preserve">[30:42] </w:t>
      </w:r>
      <w:r>
        <w:t>takraao ko khatm kar dena hai. taake dawat ka mahaul bane. yeh hai islam.</w:t>
      </w:r>
    </w:p>
    <w:p>
      <w:pPr>
        <w:jc w:val="right"/>
      </w:pPr>
      <w:r>
        <w:t>ٹکراؤ کو ختم کر دینا ہے۔ تاکہ دعوت کا ماحول بنے۔ یہ ہے اسلام۔</w:t>
      </w:r>
    </w:p>
    <w:p>
      <w:r>
        <w:rPr>
          <w:b/>
        </w:rPr>
        <w:t xml:space="preserve">[30:51] </w:t>
      </w:r>
      <w:r>
        <w:t>to mein aksar yeh kaha karta hoon ke musalman jo kar rahe hain is ka Islam naam, is ka naam Islam nahi hai.</w:t>
      </w:r>
    </w:p>
    <w:p>
      <w:pPr>
        <w:jc w:val="right"/>
      </w:pPr>
      <w:r>
        <w:t>تو میں اکثر یہ کہا کرتا ہوں کہ مسلمان جو کر رہے ہیں اس کا اسلام نام، اس کا نام اسلام نہیں ہے۔</w:t>
      </w:r>
    </w:p>
    <w:p>
      <w:r>
        <w:rPr>
          <w:b/>
        </w:rPr>
        <w:t xml:space="preserve">[31:00] </w:t>
      </w:r>
      <w:r>
        <w:t>musalman jo kar rahe hain is ka naam nahi hai Islam. Quran, Hadees aur Sahabi se is ka naam hai Islam.</w:t>
      </w:r>
    </w:p>
    <w:p>
      <w:pPr>
        <w:jc w:val="right"/>
      </w:pPr>
      <w:r>
        <w:t>مسلمان جو کر رہے ہیں اس کا نام نہیں ہے اسلام۔ قرآن، حدیث اور صحابی سے اس کا نام ہے اسلام۔</w:t>
      </w:r>
    </w:p>
    <w:p>
      <w:r>
        <w:rPr>
          <w:b/>
        </w:rPr>
        <w:t xml:space="preserve">[31:10] </w:t>
      </w:r>
      <w:r>
        <w:t>to kisi ne kaha tha ke every religion begins as an ideology, but after some generations it is reduced to a culture.</w:t>
      </w:r>
    </w:p>
    <w:p>
      <w:pPr>
        <w:jc w:val="right"/>
      </w:pPr>
      <w:r>
        <w:t>تو کسی نے کہا تھا کہ every religion begins as an ideology, but after some generations it is reduced to a culture.</w:t>
      </w:r>
    </w:p>
    <w:p>
      <w:r>
        <w:rPr>
          <w:b/>
        </w:rPr>
        <w:t xml:space="preserve">[31:25] </w:t>
      </w:r>
      <w:r>
        <w:t>to musalman jo hain is mein exception nahi hain.</w:t>
      </w:r>
    </w:p>
    <w:p>
      <w:pPr>
        <w:jc w:val="right"/>
      </w:pPr>
      <w:r>
        <w:t>تو مسلمان جو ہیں اس میں exception نہیں ہیں۔</w:t>
      </w:r>
    </w:p>
    <w:p>
      <w:r>
        <w:rPr>
          <w:b/>
        </w:rPr>
        <w:t xml:space="preserve">[31:30] </w:t>
      </w:r>
      <w:r>
        <w:t>Islam apne aaghaz mein ek ideology tha, ek nazariya hayat tha, ek aqeedah tha. Dheere dheere kai generation, kai naslein guzarne ke baad phir kya hua wahi hoga.</w:t>
      </w:r>
    </w:p>
    <w:p>
      <w:pPr>
        <w:jc w:val="right"/>
      </w:pPr>
      <w:r>
        <w:t>اسلام اپنے آغاز میں ایک ideology تھا، ایک نظریہ حیات تھا، ایک عقیدہ تھا۔ دھیرے دھیرے کئی generation، کئی نسلیں گزرنے کے بعد پھر کیا ہوا وہی ہوگا۔</w:t>
      </w:r>
    </w:p>
    <w:p>
      <w:r>
        <w:rPr>
          <w:b/>
        </w:rPr>
        <w:t xml:space="preserve">[31:45] </w:t>
      </w:r>
      <w:r>
        <w:t>ek culture ban gaya. Ek qoumi culture ban gaya. Aaj jo musalman hain woh qoumi culture par hain woh.</w:t>
      </w:r>
    </w:p>
    <w:p>
      <w:pPr>
        <w:jc w:val="right"/>
      </w:pPr>
      <w:r>
        <w:t>ایک culture بن گیا۔ ایک قومی culture بن گیا۔ آج جو مسلمان ہیں وہ قومی culture پر ہیں وہ۔</w:t>
      </w:r>
    </w:p>
    <w:p>
      <w:r>
        <w:rPr>
          <w:b/>
        </w:rPr>
        <w:t xml:space="preserve">[31:55] </w:t>
      </w:r>
      <w:r>
        <w:t>to sahi maano mein Islam ki ideology par nahi hain.</w:t>
      </w:r>
    </w:p>
    <w:p>
      <w:pPr>
        <w:jc w:val="right"/>
      </w:pPr>
      <w:r>
        <w:t>تو صحیح معنوں میں اسلام کی ideology پر نہیں ہیں۔</w:t>
      </w:r>
    </w:p>
    <w:p>
      <w:r>
        <w:rPr>
          <w:b/>
        </w:rPr>
        <w:t xml:space="preserve">[31:58] </w:t>
      </w:r>
      <w:r>
        <w:t>to unhein lotna padega. Lotna padega.</w:t>
      </w:r>
    </w:p>
    <w:p>
      <w:pPr>
        <w:jc w:val="right"/>
      </w:pPr>
      <w:r>
        <w:t>تو انہیں لوٹنا پڑے گا۔ لوٹنا پڑے گا۔</w:t>
      </w:r>
    </w:p>
    <w:p>
      <w:r>
        <w:rPr>
          <w:b/>
        </w:rPr>
        <w:t xml:space="preserve">[32:07] </w:t>
      </w:r>
      <w:r>
        <w:t>har us qurbani ko dena padega jis se aap aur madu ke darmiyan muaddal taluqaat qaim hon.</w:t>
      </w:r>
    </w:p>
    <w:p>
      <w:pPr>
        <w:jc w:val="right"/>
      </w:pPr>
      <w:r>
        <w:t>ہر اس قربانی کو دینا پڑے گا جس سے آپ اور مدعو کے درمیان معدل تعلقات قائم ہوں۔</w:t>
      </w:r>
    </w:p>
    <w:p>
      <w:r>
        <w:rPr>
          <w:b/>
        </w:rPr>
        <w:t xml:space="preserve">[32:16] </w:t>
      </w:r>
      <w:r>
        <w:t>warna jannat, jannat khatre mein rahegi. Warna jannat khatre mein rahegi.</w:t>
      </w:r>
    </w:p>
    <w:p>
      <w:pPr>
        <w:jc w:val="right"/>
      </w:pPr>
      <w:r>
        <w:t>ورنہ جنت، جنت خطرے میں رہے گی۔ ورنہ جنت خطرے میں رہے گی۔</w:t>
      </w:r>
    </w:p>
    <w:p>
      <w:r>
        <w:rPr>
          <w:b/>
        </w:rPr>
        <w:t xml:space="preserve">[32:24] </w:t>
      </w:r>
      <w:r>
        <w:t>jo Quran mein hai ke man naluhumul jannah. Jannat kab milegi? Jab aap is qurbani ko dein.</w:t>
      </w:r>
    </w:p>
    <w:p>
      <w:pPr>
        <w:jc w:val="right"/>
      </w:pPr>
      <w:r>
        <w:t>جو قرآن میں ہے کہ مَنْ نَلَهُمْ الْجَنَّةَ ۔ جنت کب ملے گی؟ جب آپ اس قربانی کو دیں۔</w:t>
      </w:r>
    </w:p>
    <w:p>
      <w:r>
        <w:rPr>
          <w:b/>
        </w:rPr>
        <w:t xml:space="preserve">[32:36] </w:t>
      </w:r>
      <w:r>
        <w:t>warna jannat khatre mein rahegi.</w:t>
      </w:r>
    </w:p>
    <w:p>
      <w:pPr>
        <w:jc w:val="right"/>
      </w:pPr>
      <w:r>
        <w:t>ورنہ جنت خطرے میں رہے گی۔</w:t>
      </w:r>
    </w:p>
    <w:p>
      <w:r>
        <w:rPr>
          <w:b/>
        </w:rPr>
        <w:t xml:space="preserve">[32:41] </w:t>
      </w:r>
      <w:r>
        <w:t>to is zamane mein yeh jo angrezi, yeh jo nauabadiyati zamana tha, jo kehte hain colonialism, us ke zamane mein jo takraao shuru hua, ab tak woh jaari hai.</w:t>
      </w:r>
    </w:p>
    <w:p>
      <w:pPr>
        <w:jc w:val="right"/>
      </w:pPr>
      <w:r>
        <w:t>تو اس زمانے میں یہ جو انگریزی، یہ جو نوآبادیاتی زمانہ تھا، جو کہتے ہیں colonialism، اس کے زمانے میں جو ٹکراؤ شروع ہوا، اب تک وہ جاری ہے۔</w:t>
      </w:r>
    </w:p>
    <w:p>
      <w:r>
        <w:rPr>
          <w:b/>
        </w:rPr>
        <w:t xml:space="preserve">[32:55] </w:t>
      </w:r>
      <w:r>
        <w:t>ab har jagah takraao. Falasteen mein takraao, Kashmir mein takraao, Ayodhya mein takraao, Bosnia mein takraao, Shingang mein takraao.</w:t>
      </w:r>
    </w:p>
    <w:p>
      <w:pPr>
        <w:jc w:val="right"/>
      </w:pPr>
      <w:r>
        <w:t>اب ہر جگہ ٹکراؤ۔ فلسطین میں ٹکراؤ، کشمیر میں ٹکراؤ، ایودھیا میں ٹکراؤ، بوسنیا میں ٹکراؤ، شینگانگ میں ٹکراؤ۔</w:t>
      </w:r>
    </w:p>
    <w:p>
      <w:r>
        <w:rPr>
          <w:b/>
        </w:rPr>
        <w:t xml:space="preserve">[33:04] </w:t>
      </w:r>
      <w:r>
        <w:t>jahan dekhein takraao, takraao, takraao, takraao. Is takraao se kya hua hai? Ek naya culture bana, bana musalmanon mein.</w:t>
      </w:r>
    </w:p>
    <w:p>
      <w:pPr>
        <w:jc w:val="right"/>
      </w:pPr>
      <w:r>
        <w:t>جہاں دیکھیں ٹکراؤ، ٹکراؤ، ٹکراؤ، ٹکراؤ۔ اس ٹکراؤ سے کیا ہوا ہے؟ ایک نیا culture بنا، بنا مسلمانوں میں۔</w:t>
      </w:r>
    </w:p>
    <w:p>
      <w:r>
        <w:rPr>
          <w:b/>
        </w:rPr>
        <w:t xml:space="preserve">[33:13] </w:t>
      </w:r>
      <w:r>
        <w:t>ke sab dushman hain, sab sazishi hain, sab zalim hain. To kya hua? Doosron ke khilaaf hamare andar manfi jazbaat ho gaye.</w:t>
      </w:r>
    </w:p>
    <w:p>
      <w:pPr>
        <w:jc w:val="right"/>
      </w:pPr>
      <w:r>
        <w:t>کہ سب دشمن ہیں، سب سازشی ہیں، سب ظالم ہیں۔ تو کیا ہوا؟ دوسروں کے خلاف ہمارے اندر منفی جذبات ہو گئے۔</w:t>
      </w:r>
    </w:p>
    <w:p>
      <w:r>
        <w:rPr>
          <w:b/>
        </w:rPr>
        <w:t xml:space="preserve">[33:23] </w:t>
      </w:r>
      <w:r>
        <w:t>negative thinking aa gayi. Yeh</w:t>
      </w:r>
    </w:p>
    <w:p>
      <w:pPr>
        <w:jc w:val="right"/>
      </w:pPr>
      <w:r>
        <w:t>negative thinking آ گئی۔ یہ</w:t>
      </w:r>
    </w:p>
    <w:p>
      <w:r>
        <w:rPr>
          <w:b/>
        </w:rPr>
        <w:t xml:space="preserve">[33:26] </w:t>
      </w:r>
      <w:r>
        <w:t>sab Islam mein bilkul jaiz hi nahi hai.</w:t>
      </w:r>
    </w:p>
    <w:p>
      <w:pPr>
        <w:jc w:val="right"/>
      </w:pPr>
      <w:r>
        <w:t>سب اسلام میں بالکل جائز ہی نہیں ہے۔</w:t>
      </w:r>
    </w:p>
    <w:p>
      <w:r>
        <w:rPr>
          <w:b/>
        </w:rPr>
        <w:t xml:space="preserve">[33:32] </w:t>
      </w:r>
      <w:r>
        <w:t>jaiz hi nahi hai, jaiz hi nahi hai, jaiz hi nahi hai. Aap ko chhodna padega in cheezon ko.</w:t>
      </w:r>
    </w:p>
    <w:p>
      <w:pPr>
        <w:jc w:val="right"/>
      </w:pPr>
      <w:r>
        <w:t>جائز ہی نہیں ہے، جائز ہی نہیں ہے، جائز ہی نہیں ہے۔ آپ کو چھوڑنا پڑے گا ان چیزوں کو۔</w:t>
      </w:r>
    </w:p>
    <w:p>
      <w:r>
        <w:rPr>
          <w:b/>
        </w:rPr>
        <w:t xml:space="preserve">[33:41] </w:t>
      </w:r>
      <w:r>
        <w:t>ko chhodna padega.</w:t>
      </w:r>
    </w:p>
    <w:p>
      <w:pPr>
        <w:jc w:val="right"/>
      </w:pPr>
      <w:r>
        <w:t>کو چھوڑنا پڑے گا۔</w:t>
      </w:r>
    </w:p>
    <w:p>
      <w:r>
        <w:rPr>
          <w:b/>
        </w:rPr>
        <w:t xml:space="preserve">[33:45] </w:t>
      </w:r>
      <w:r>
        <w:t>aur dekhiye, dawat jo hai koi saada baat nahi hai.</w:t>
      </w:r>
    </w:p>
    <w:p>
      <w:pPr>
        <w:jc w:val="right"/>
      </w:pPr>
      <w:r>
        <w:t>اور دیکھیے، دعوت جو ہے کوئی سادہ بات نہیں ہے۔</w:t>
      </w:r>
    </w:p>
    <w:p>
      <w:r>
        <w:rPr>
          <w:b/>
        </w:rPr>
        <w:t xml:space="preserve">[33:52] </w:t>
      </w:r>
      <w:r>
        <w:t>yani chhodna padega dawat ke liye to yeh koi saada baat</w:t>
      </w:r>
    </w:p>
    <w:p>
      <w:pPr>
        <w:jc w:val="right"/>
      </w:pPr>
      <w:r>
        <w:t>یعنی چھوڑنا پڑے گا دعوت کے لیے تو یہ کوئی سادہ بات</w:t>
      </w:r>
    </w:p>
    <w:p>
      <w:r>
        <w:rPr>
          <w:b/>
        </w:rPr>
        <w:t xml:space="preserve">[33:55] </w:t>
      </w:r>
      <w:r>
        <w:t>nahi hai yeh.</w:t>
      </w:r>
    </w:p>
    <w:p>
      <w:pPr>
        <w:jc w:val="right"/>
      </w:pPr>
      <w:r>
        <w:t>نہیں ہے یہ۔</w:t>
      </w:r>
    </w:p>
    <w:p>
      <w:r>
        <w:rPr>
          <w:b/>
        </w:rPr>
        <w:t xml:space="preserve">[33:59] </w:t>
      </w:r>
      <w:r>
        <w:t>yani ke dawat hi par to musalman ka musalman hona mauqoof hai.</w:t>
      </w:r>
    </w:p>
    <w:p>
      <w:pPr>
        <w:jc w:val="right"/>
      </w:pPr>
      <w:r>
        <w:t>یعنی کہ دعوت ہی پر تو مسلمان کا مسلمان ہونا موقوف ہے۔</w:t>
      </w:r>
    </w:p>
    <w:p>
      <w:r>
        <w:rPr>
          <w:b/>
        </w:rPr>
        <w:t xml:space="preserve">[34:07] </w:t>
      </w:r>
      <w:r>
        <w:t>isi par to mauqoof hai.</w:t>
      </w:r>
    </w:p>
    <w:p>
      <w:pPr>
        <w:jc w:val="right"/>
      </w:pPr>
      <w:r>
        <w:t>اسی پر تو موقوف ہے۔</w:t>
      </w:r>
    </w:p>
    <w:p>
      <w:r>
        <w:rPr>
          <w:b/>
        </w:rPr>
        <w:t xml:space="preserve">[34:13] </w:t>
      </w:r>
      <w:r>
        <w:t>musalman kya hain? quran mein hai ke</w:t>
      </w:r>
    </w:p>
    <w:p>
      <w:pPr>
        <w:jc w:val="right"/>
      </w:pPr>
      <w:r>
        <w:t>مسلمان کیا ہیں؟ قرآن میں ہے کہ</w:t>
      </w:r>
    </w:p>
    <w:p>
      <w:r>
        <w:rPr>
          <w:b/>
        </w:rPr>
        <w:t xml:space="preserve">[34:21] </w:t>
      </w:r>
      <w:r>
        <w:t>musalman ummat wast hain. ummat wast. beech ki ummat. yeh kai log is ko ummat wast keh lete hain ke behtareen ummat.</w:t>
      </w:r>
    </w:p>
    <w:p>
      <w:pPr>
        <w:jc w:val="right"/>
      </w:pPr>
      <w:r>
        <w:t>مسلمان امت وسط ہیں۔ امت وسط۔ بیچ کی امت۔ یہ کئی لوگ اس کو امت وسط کہہ لیتے ہیں کہ بہترین امت۔</w:t>
      </w:r>
    </w:p>
    <w:p>
      <w:r>
        <w:rPr>
          <w:b/>
        </w:rPr>
        <w:t xml:space="preserve">[34:32] </w:t>
      </w:r>
      <w:r>
        <w:t>yeh bilkul galat hai yeh. sad fi sad galat hai yeh. behtareen ummat is ka har giz matlab nahi hai. is ka matlab beech ki ummat.</w:t>
      </w:r>
    </w:p>
    <w:p>
      <w:pPr>
        <w:jc w:val="right"/>
      </w:pPr>
      <w:r>
        <w:t>یہ بالکل غلط ہے یہ۔ صد فیصد غلط ہے یہ۔ بہترین امت اس کا ہرگز مطلب نہیں ہے۔ اس کا مطلب بیچ کی امت۔</w:t>
      </w:r>
    </w:p>
    <w:p>
      <w:r>
        <w:rPr>
          <w:b/>
        </w:rPr>
        <w:t xml:space="preserve">[34:42] </w:t>
      </w:r>
      <w:r>
        <w:t>hamesha kisi kaam mein aik beech ka aadmi hota hai. jahan hazrat musa alaihi assalam ke zamane mein aik rajal al momin tha, woh beech ka tha.</w:t>
      </w:r>
    </w:p>
    <w:p>
      <w:pPr>
        <w:jc w:val="right"/>
      </w:pPr>
      <w:r>
        <w:t>ہمیشہ کسی کام میں ایک بیچ کا آدمی ہوتا ہے۔ جہاں حضرت موسیٰ علیہ السلام کے زمانے میں ایک رجل المومن تھا، وہ بیچ کا تھا۔</w:t>
      </w:r>
    </w:p>
    <w:p>
      <w:r>
        <w:rPr>
          <w:b/>
        </w:rPr>
        <w:t xml:space="preserve">[34:53] </w:t>
      </w:r>
      <w:r>
        <w:t>woh rajal awsat tha woh. rajal wast tha woh. yani yeh musa aur firon ke darmiyan aik role ada kiya is ne.</w:t>
      </w:r>
    </w:p>
    <w:p>
      <w:pPr>
        <w:jc w:val="right"/>
      </w:pPr>
      <w:r>
        <w:t>وہ رجل اوسط تھا وہ۔ رجل وسط تھا وہ۔ یعنی یہ موسیٰ اور فرعون کے درمیان ایک رول ادا کیا اس نے۔</w:t>
      </w:r>
    </w:p>
    <w:p>
      <w:r>
        <w:rPr>
          <w:b/>
        </w:rPr>
        <w:t xml:space="preserve">[35:06] </w:t>
      </w:r>
      <w:r>
        <w:t>to woh rajal</w:t>
      </w:r>
    </w:p>
    <w:p>
      <w:pPr>
        <w:jc w:val="right"/>
      </w:pPr>
      <w:r>
        <w:t>تو وہ رجل</w:t>
      </w:r>
    </w:p>
    <w:p>
      <w:r>
        <w:rPr>
          <w:b/>
        </w:rPr>
        <w:t xml:space="preserve">[35:07] </w:t>
      </w:r>
      <w:r>
        <w:t>wast tha woh. yeh allah taala ka qanoon hai ke hamesha aik beech ka insan hota hai. aik beech ka aik role hota hai.</w:t>
      </w:r>
    </w:p>
    <w:p>
      <w:pPr>
        <w:jc w:val="right"/>
      </w:pPr>
      <w:r>
        <w:t>وسط تھا وہ۔ یہ اللہ تعالیٰ کا قانون ہے کہ ہمیشہ ایک بیچ کا انسان ہوتا ہے۔ ایک بیچ کا ایک رول ہوتا ہے۔</w:t>
      </w:r>
    </w:p>
    <w:p>
      <w:r>
        <w:rPr>
          <w:b/>
        </w:rPr>
        <w:t xml:space="preserve">[35:18] </w:t>
      </w:r>
      <w:r>
        <w:t>to musalmanon ko aik beech ka role ada karna hai. woh kya? aik taraf allah taala hai, doosri taraf is ke insan hain, is ke bande hain.</w:t>
      </w:r>
    </w:p>
    <w:p>
      <w:pPr>
        <w:jc w:val="right"/>
      </w:pPr>
      <w:r>
        <w:t>تو مسلمانوں کو ایک بیچ کا رول ادا کرنا ہے۔ وہ کیا؟ ایک طرف اللہ تعالیٰ ہے، دوسری طرف اس کے انسان ہیں، اس کے بندے ہیں۔</w:t>
      </w:r>
    </w:p>
    <w:p>
      <w:r>
        <w:rPr>
          <w:b/>
        </w:rPr>
        <w:t xml:space="preserve">[35:32] </w:t>
      </w:r>
      <w:r>
        <w:t>to quran mein hai ke wa kadhalika ja alnakum ummatan wasatan litakoono shohadan alal nasi wa yakoon al rasoolu alaikum shaheedan</w:t>
      </w:r>
    </w:p>
    <w:p>
      <w:pPr>
        <w:jc w:val="right"/>
      </w:pPr>
      <w:r>
        <w:t>تو قرآن میں ہے کہ وَكَذَا لِكَ جَعَلْنَاكُمْ أُمَّةً وَسَطًا لَتَكُونُوا شَهَدًى عَلَى النَّاسِ وَيَكُونُ الرَّسُولُ عَلَيْكُمْ شَهِيدًا</w:t>
      </w:r>
    </w:p>
    <w:p>
      <w:r>
        <w:rPr>
          <w:b/>
        </w:rPr>
        <w:t xml:space="preserve">[35:42] </w:t>
      </w:r>
      <w:r>
        <w:t>. yani musalmanon ka beech ka kardar kya hai? beech ka kardar yeh hai ke aik taraf rasool allah hain, un se aap ko mila hai.</w:t>
      </w:r>
    </w:p>
    <w:p>
      <w:pPr>
        <w:jc w:val="right"/>
      </w:pPr>
      <w:r>
        <w:t>۔ یعنی مسلمانوں کا بیچ کا کردار کیا ہے؟ بیچ کا کردار یہ ہے کہ ایک طرف رسول اللہ ہیں، ان سے آپ کو ملا ہے۔</w:t>
      </w:r>
    </w:p>
    <w:p>
      <w:r>
        <w:rPr>
          <w:b/>
        </w:rPr>
        <w:t xml:space="preserve">[35:53] </w:t>
      </w:r>
      <w:r>
        <w:t>doosri taraf insan hain. rasool allah se lena aur insanon tak pahunchana.</w:t>
      </w:r>
    </w:p>
    <w:p>
      <w:pPr>
        <w:jc w:val="right"/>
      </w:pPr>
      <w:r>
        <w:t>دوسری طرف انسان ہیں۔ رسول اللہ سے لینا اور انسانوں تک پہنچانا۔</w:t>
      </w:r>
    </w:p>
    <w:p>
      <w:r>
        <w:rPr>
          <w:b/>
        </w:rPr>
        <w:t xml:space="preserve">[36:03] </w:t>
      </w:r>
      <w:r>
        <w:t>liyakoon al rasool shaheedan alaikum wa takoono shohadan alal nas. to rasool se tum ko mila, tumhein logon tak pahunchana hai. to musalman jo hai, rasool aur aur insanon ke beech mein ummat wast hai.</w:t>
      </w:r>
    </w:p>
    <w:p>
      <w:pPr>
        <w:jc w:val="right"/>
      </w:pPr>
      <w:r>
        <w:t>لِيَكُونُ الرَّسُولُ شَهِيدًا عَلَيْكُمْ وَتَكُونُوا شَهَدًى عَلَى النَّاسِ ۔ تو رسول سے تم کو ملا، تمہیں لوگوں تک پہنچانا ہے۔ تو مسلمان جو ہے، رسول اور اور انسانوں کے بیچ میں امت وسط ہے۔</w:t>
      </w:r>
    </w:p>
    <w:p>
      <w:r>
        <w:rPr>
          <w:b/>
        </w:rPr>
        <w:t xml:space="preserve">[36:16] </w:t>
      </w:r>
      <w:r>
        <w:t>beech ki ummat hai yeh.</w:t>
      </w:r>
    </w:p>
    <w:p>
      <w:pPr>
        <w:jc w:val="right"/>
      </w:pPr>
      <w:r>
        <w:t>بیچ کی امت ہے یہ۔</w:t>
      </w:r>
    </w:p>
    <w:p>
      <w:r>
        <w:rPr>
          <w:b/>
        </w:rPr>
        <w:t xml:space="preserve">[36:20] </w:t>
      </w:r>
      <w:r>
        <w:t>yeh hai asal hest musalman ki. is hestiyat hi par in ka islam muthaqiq hoga.</w:t>
      </w:r>
    </w:p>
    <w:p>
      <w:pPr>
        <w:jc w:val="right"/>
      </w:pPr>
      <w:r>
        <w:t>یہ ہے اصل ہیست مسلمان کی۔ اس ہیستیت ہی پر ان کا اسلام متحقق ہوگا۔</w:t>
      </w:r>
    </w:p>
    <w:p>
      <w:r>
        <w:rPr>
          <w:b/>
        </w:rPr>
        <w:t xml:space="preserve">[36:30] </w:t>
      </w:r>
      <w:r>
        <w:t>agar woh ummat wast na bane woh, to in ka islam hi muthaqiq nahi hua. in ka islam hi doubtful ho gaya.</w:t>
      </w:r>
    </w:p>
    <w:p>
      <w:pPr>
        <w:jc w:val="right"/>
      </w:pPr>
      <w:r>
        <w:t>اگر وہ امت وسط نہ بنے وہ، تو ان کا اسلام ہی متحقق نہیں ہوا۔ ان کا اسلام ہی doubtful ہو گیا۔</w:t>
      </w:r>
    </w:p>
    <w:p>
      <w:r>
        <w:rPr>
          <w:b/>
        </w:rPr>
        <w:t xml:space="preserve">[36:42] </w:t>
      </w:r>
      <w:r>
        <w:t>quran ki jo ayat hai, yeh musalmanon ke mansab ko batati hai, un ki duty ko batati hai. yani woh asal un ki zimmedari jo hai, us ko batati hai.</w:t>
      </w:r>
    </w:p>
    <w:p>
      <w:pPr>
        <w:jc w:val="right"/>
      </w:pPr>
      <w:r>
        <w:t>قرآن کی جو آیت ہے، یہ مسلمانوں کے منصب کو بتاتی ہے، ان کی ڈیوٹی کو بتاتی ہے۔ یعنی وہ اصل ان کی ذمہ داری جو ہے، اس کو بتاتی ہے۔</w:t>
      </w:r>
    </w:p>
    <w:p>
      <w:r>
        <w:rPr>
          <w:b/>
        </w:rPr>
        <w:t xml:space="preserve">[36:54] </w:t>
      </w:r>
      <w:r>
        <w:t>wa kadhalika ja alnakum ummatan wasatan litakoono shohadan alal nasi wa yakoon al rasoolu alaikum shaheedan. to ummat wast ka role ada karna hai musalmanon ko.</w:t>
      </w:r>
    </w:p>
    <w:p>
      <w:pPr>
        <w:jc w:val="right"/>
      </w:pPr>
      <w:r>
        <w:t>وَكَذَا لِكَ جَعَلْنَاكُمْ أُمَّةً وَسَطًا لَتَكُونُوا شَهَدًى عَلَى النَّاسِ وَيَكُونُ الرَّسُولُ عَلَيْكُمْ شَهِيدًا ۔ تو امت وسط کا رول ادا کرنا ہے مسلمانوں کو۔</w:t>
      </w:r>
    </w:p>
    <w:p>
      <w:r>
        <w:rPr>
          <w:b/>
        </w:rPr>
        <w:t xml:space="preserve">[37:06] </w:t>
      </w:r>
      <w:r>
        <w:t>beech ki ummat ka role. ke rasool allah se hamein deen mila hai, is deen ko hamein sare insanon tak pahunchana hai.</w:t>
      </w:r>
    </w:p>
    <w:p>
      <w:pPr>
        <w:jc w:val="right"/>
      </w:pPr>
      <w:r>
        <w:t>بیچ کی امت کا رول۔ کہ رسول اللہ سے ہمیں دین ملا ہے، اس دین کو ہمیں سارے انسانوں تک پہنچانا ہے۔</w:t>
      </w:r>
    </w:p>
    <w:p>
      <w:r>
        <w:rPr>
          <w:b/>
        </w:rPr>
        <w:t xml:space="preserve">[37:17] </w:t>
      </w:r>
      <w:r>
        <w:t>qayamat tak, qayamat tak, qayamat tak.</w:t>
      </w:r>
    </w:p>
    <w:p>
      <w:pPr>
        <w:jc w:val="right"/>
      </w:pPr>
      <w:r>
        <w:t>قیامت تک، قیامت تک، قیامت تک۔</w:t>
      </w:r>
    </w:p>
    <w:p>
      <w:r>
        <w:rPr>
          <w:b/>
        </w:rPr>
        <w:t xml:space="preserve">[37:20] </w:t>
      </w:r>
      <w:r>
        <w:t>har tarah se dua karna hai, naseehat karna hai. ya amr par amr andaaz mein daawti amal karna hai.</w:t>
      </w:r>
    </w:p>
    <w:p>
      <w:pPr>
        <w:jc w:val="right"/>
      </w:pPr>
      <w:r>
        <w:t>ہر طریقے سے دعا کرنا ہے، نصیحت کرنا ہے۔ یا امر پر امر انداز میں دعوتی عمل کرنا ہے۔</w:t>
      </w:r>
    </w:p>
    <w:p>
      <w:r>
        <w:rPr>
          <w:b/>
        </w:rPr>
        <w:t xml:space="preserve">[37:33] </w:t>
      </w:r>
      <w:r>
        <w:t>yeh woh sab jo hota hai tareeqa, kisi baat ko dilon mein utarne ka, woh sab karna hai.</w:t>
      </w:r>
    </w:p>
    <w:p>
      <w:pPr>
        <w:jc w:val="right"/>
      </w:pPr>
      <w:r>
        <w:t>یہ وہ سب جو ہوتا ہے طریقہ، کسی بات کو دلوں میں اتارنے کا، وہ سب کرنا ہے۔</w:t>
      </w:r>
    </w:p>
    <w:p>
      <w:r>
        <w:rPr>
          <w:b/>
        </w:rPr>
        <w:t xml:space="preserve">[37:49] </w:t>
      </w:r>
      <w:r>
        <w:t>aik baat yahan mein yeh shamil karunga ke is zamane mein kuch kai log daawti kaam karte hain.</w:t>
      </w:r>
    </w:p>
    <w:p>
      <w:pPr>
        <w:jc w:val="right"/>
      </w:pPr>
      <w:r>
        <w:t>ایک بات یہاں میں یہ شامل کروں گا کہ اس زمانے میں کچھ کئی لوگ دعوتی کام کرتے ہیں۔</w:t>
      </w:r>
    </w:p>
    <w:p>
      <w:r>
        <w:rPr>
          <w:b/>
        </w:rPr>
        <w:t xml:space="preserve">[37:58] </w:t>
      </w:r>
      <w:r>
        <w:t>dawat ke naam se. lekin un sab ka kaam kis mein hota hai? awam mein hota hai. yani down trodden mein hota hai. kam parhe likhe log mein hota hai.</w:t>
      </w:r>
    </w:p>
    <w:p>
      <w:pPr>
        <w:jc w:val="right"/>
      </w:pPr>
      <w:r>
        <w:t>دعوت کے نام سے۔ لیکن ان سب کا کام کس میں ہوتا ہے؟ عوام میں ہوتا ہے۔ یعنی ڈاؤن ٹراڈن میں ہوتا ہے۔ کم پڑھے لکھے لوگ میں ہوتا ہے۔</w:t>
      </w:r>
    </w:p>
    <w:p>
      <w:r>
        <w:rPr>
          <w:b/>
        </w:rPr>
        <w:t xml:space="preserve">[38:08] </w:t>
      </w:r>
      <w:r>
        <w:t>mein bohat din sochta tha ke aisa kyun hai? ke dawat ka naam lete hain aur kaam karte hain down trodden mein. halankeh quran mein to hai ke peghambar ne jo kaam kiya tha woh milaye qaum mein tha.</w:t>
      </w:r>
    </w:p>
    <w:p>
      <w:pPr>
        <w:jc w:val="right"/>
      </w:pPr>
      <w:r>
        <w:t>میں بہت دن سوچتا تھا کہ ایسا کیوں ہے؟ کہ دعوت کا نام لیتے ہیں اور کام کرتے ہیں ڈاؤن ٹراڈن میں۔ حالانکہ قرآن میں تو ہے کہ پیغمبر نے جو کام کیا تھا وہ ملائے قوم میں تھا۔</w:t>
      </w:r>
    </w:p>
    <w:p>
      <w:r>
        <w:rPr>
          <w:b/>
        </w:rPr>
        <w:t xml:space="preserve">[38:20] </w:t>
      </w:r>
      <w:r>
        <w:t>yani waqt ke sarbarah log, waqt ke intellectuals, waqt ke intelligentsia, waqt ke sardar, waqt ke intellectual leaders us mein karte the woh.</w:t>
      </w:r>
    </w:p>
    <w:p>
      <w:pPr>
        <w:jc w:val="right"/>
      </w:pPr>
      <w:r>
        <w:t>یعنی وقت کے سربراہ لوگ، وقت کے انٹلیکچولز، وقت کے انٹیلیجنسیا، وقت کے سردار، وقت کے انٹلیکچول لیڈرز اس میں کرتے تھے وہ۔</w:t>
      </w:r>
    </w:p>
    <w:p>
      <w:r>
        <w:rPr>
          <w:b/>
        </w:rPr>
        <w:t xml:space="preserve">[38:36] </w:t>
      </w:r>
      <w:r>
        <w:t>ab jo karte hain down traadn mein karte hain.</w:t>
      </w:r>
    </w:p>
    <w:p>
      <w:pPr>
        <w:jc w:val="right"/>
      </w:pPr>
      <w:r>
        <w:t>اب جو کرتے ہیں ڈاؤن ٹراڈن میں کرتے ہیں۔</w:t>
      </w:r>
    </w:p>
    <w:p>
      <w:r>
        <w:rPr>
          <w:b/>
        </w:rPr>
        <w:t xml:space="preserve">[38:42] </w:t>
      </w:r>
      <w:r>
        <w:t>to yeh is ke peechay bhi aik bohat bari, aik almiya aik hai, bohat bari kahani is ke peechay hai. woh kya hai?</w:t>
      </w:r>
    </w:p>
    <w:p>
      <w:pPr>
        <w:jc w:val="right"/>
      </w:pPr>
      <w:r>
        <w:t>تو یہ اس کے پیچھے بھی ایک بہت بڑی، ایک المیہ ایک ہے، بہت بڑی کہانی اس کے پیچھے ہے۔ وہ کیا ہے؟</w:t>
      </w:r>
    </w:p>
    <w:p>
      <w:r>
        <w:rPr>
          <w:b/>
        </w:rPr>
        <w:t xml:space="preserve">[38:54] </w:t>
      </w:r>
      <w:r>
        <w:t>chounkay musalmanon mein dawat ka shaoor nahi tha, is liye unhon ne asal hazri ke mutabiq tayari nahi ki.</w:t>
      </w:r>
    </w:p>
    <w:p>
      <w:pPr>
        <w:jc w:val="right"/>
      </w:pPr>
      <w:r>
        <w:t>چونکہ مسلمانوں میں دعوت کا شعور نہیں تھا، اس لیے انہوں نے اصل حاضری کے مطابق تیاری نہیں کی۔</w:t>
      </w:r>
    </w:p>
    <w:p>
      <w:r>
        <w:rPr>
          <w:b/>
        </w:rPr>
        <w:t xml:space="preserve">[39:02] </w:t>
      </w:r>
      <w:r>
        <w:t>jo be tayari hain to kya karein? woh nahi jaagte. kalma sunate hain un ko. apne ko tayar na karne ki qeemat hai ke asal mozu jo hai wahan tak un ki pohanch nahi ho pati.</w:t>
      </w:r>
    </w:p>
    <w:p>
      <w:pPr>
        <w:jc w:val="right"/>
      </w:pPr>
      <w:r>
        <w:t>جو بے تیاری ہیں تو کیا کریں؟ وہ نہیں جاگتے۔ کلمہ سناتے ہیں ان کو۔ اپنے کو تیار نہ کرنے کی قیمت ہے کہ اصل موضوع جو ہے وہاں تک ان کی پہنچ نہیں ہو پاتی۔</w:t>
      </w:r>
    </w:p>
    <w:p>
      <w:r>
        <w:rPr>
          <w:b/>
        </w:rPr>
        <w:t xml:space="preserve">[39:16] </w:t>
      </w:r>
      <w:r>
        <w:t>ke aaj ka insan jo hai woh is ke modern thought hotay hain, modern education hoti hai, modern philosophy mein sochta hai woh.</w:t>
      </w:r>
    </w:p>
    <w:p>
      <w:pPr>
        <w:jc w:val="right"/>
      </w:pPr>
      <w:r>
        <w:t>کہ آج کا انسان جو ہے وہ اس کے ماڈرن تھاٹ ہوتے ہیں، ماڈرن ایجوکیشن ہوتی ہے، ماڈرن فلاسفی میں سوچتا ہے وہ۔</w:t>
      </w:r>
    </w:p>
    <w:p>
      <w:r>
        <w:rPr>
          <w:b/>
        </w:rPr>
        <w:t xml:space="preserve">[39:28] </w:t>
      </w:r>
      <w:r>
        <w:t>to aaj ka jo insan hai, wahi yahi log hain ya milaye qom hain? yani aaj ki duniya ko jo chala rahe hain, jo waqt ke jo intellectual leaders hain, jo opinion makers hain, woh kon hain?</w:t>
      </w:r>
    </w:p>
    <w:p>
      <w:pPr>
        <w:jc w:val="right"/>
      </w:pPr>
      <w:r>
        <w:t>تو آج کا جو انسان ہے، وہی یہی لوگ ہیں یا ملائے قوم ہیں؟ یعنی آج کی دنیا کو جو چلا رہے ہیں، جو وقت کے جو انٹلیکچول لیڈرز ہیں، جو اوپن میکرز ہیں، وہ کون ہیں؟</w:t>
      </w:r>
    </w:p>
    <w:p>
      <w:r>
        <w:rPr>
          <w:b/>
        </w:rPr>
        <w:t xml:space="preserve">[39:44] </w:t>
      </w:r>
      <w:r>
        <w:t>wahi hain jinhon ne jadeed taleem hasil ki hai?</w:t>
      </w:r>
    </w:p>
    <w:p>
      <w:pPr>
        <w:jc w:val="right"/>
      </w:pPr>
      <w:r>
        <w:t>وہی ہیں جنہوں نے جدید تعلیم حاصل کی ہے؟</w:t>
      </w:r>
    </w:p>
    <w:p>
      <w:r>
        <w:rPr>
          <w:b/>
        </w:rPr>
        <w:t xml:space="preserve">[39:49] </w:t>
      </w:r>
      <w:r>
        <w:t>jo jadeed afkar se mutasir hain? jinhon ne jadeed philosophy ko parha hai?</w:t>
      </w:r>
    </w:p>
    <w:p>
      <w:pPr>
        <w:jc w:val="right"/>
      </w:pPr>
      <w:r>
        <w:t>جو جدید افکار سے متاثر ہیں؟ جنہوں نے جدید فلاسفی کو پڑھا ہے؟</w:t>
      </w:r>
    </w:p>
    <w:p>
      <w:r>
        <w:rPr>
          <w:b/>
        </w:rPr>
        <w:t xml:space="preserve">[39:58] </w:t>
      </w:r>
      <w:r>
        <w:t>to un ke mind ko address karne ke liye aap ko tayar hona paray ga. un ke mind ko address karne ke liye aap ko modern thought janna ho ga. modern philosophy janni ho gi.</w:t>
      </w:r>
    </w:p>
    <w:p>
      <w:pPr>
        <w:jc w:val="right"/>
      </w:pPr>
      <w:r>
        <w:t>تو ان کے مائنڈ کو ایڈریس کرنے کے لیے آپ کو تیار ہونا پڑے گا۔ ان کے مائنڈ کو ایڈریس کرنے کے لیے آپ کو ماڈرن تھاٹ جاننا ہوگا۔ ماڈرن فلاسفی جاننی ہوگی۔</w:t>
      </w:r>
    </w:p>
    <w:p>
      <w:r>
        <w:rPr>
          <w:b/>
        </w:rPr>
        <w:t xml:space="preserve">[40:10] </w:t>
      </w:r>
      <w:r>
        <w:t>to chounkay apne ko tayar nahi kiya, to kya hai? down traadn mein ja kar kaam karte hain. nichlay tabqay mein.</w:t>
      </w:r>
    </w:p>
    <w:p>
      <w:pPr>
        <w:jc w:val="right"/>
      </w:pPr>
      <w:r>
        <w:t>تو چونکہ اپنے کو تیار نہیں کیا، تو کیا ہے؟ ڈاؤن ٹراڈن میں جا کر کام کرتے ہیں۔ نچلے طبقے میں۔</w:t>
      </w:r>
    </w:p>
    <w:p>
      <w:r>
        <w:rPr>
          <w:b/>
        </w:rPr>
        <w:t xml:space="preserve">[40:20] </w:t>
      </w:r>
      <w:r>
        <w:t>yeh haqeeqi maano mein</w:t>
      </w:r>
    </w:p>
    <w:p>
      <w:pPr>
        <w:jc w:val="right"/>
      </w:pPr>
      <w:r>
        <w:t>یہ حقیقی معنوں میں</w:t>
      </w:r>
    </w:p>
    <w:p>
      <w:r>
        <w:rPr>
          <w:b/>
        </w:rPr>
        <w:t xml:space="preserve">[40:22] </w:t>
      </w:r>
      <w:r>
        <w:t>dawat ka kaam nahi hai yeh. dekhiye, yaad rakhiye, jab tak aap milaye qom ko deen na pohanchayein, tab tak deen dawat ka hua nahi.</w:t>
      </w:r>
    </w:p>
    <w:p>
      <w:pPr>
        <w:jc w:val="right"/>
      </w:pPr>
      <w:r>
        <w:t>دعوت کا کام نہیں ہے یہ۔ دیکھیے، یاد رکھیے، جب تک آپ ملائے قوم کو دین نہ پہنچائیں، تب تک دین دعوت کا ہوا نہیں۔</w:t>
      </w:r>
    </w:p>
    <w:p>
      <w:r>
        <w:rPr>
          <w:b/>
        </w:rPr>
        <w:t xml:space="preserve">[40:34] </w:t>
      </w:r>
      <w:r>
        <w:t>jo waqt ka numainda tabqa hai, jo waqt ka sarbarah tabqa hai, jo waqt ke intellectual leaders hain, un tak agar aap ne dawat nahi pohanchai to dawat pohanchi bhi nahi.</w:t>
      </w:r>
    </w:p>
    <w:p>
      <w:pPr>
        <w:jc w:val="right"/>
      </w:pPr>
      <w:r>
        <w:t>جو وقت کا نمائندہ طبقہ ہے، جو وقت کا سربراہ طبقہ ہے، جو وقت کے انٹلیکچول لیڈرز ہیں، ان تک اگر آپ نے دعوت نہیں پہنچائی تو دعوت پہنچی بھی نہیں۔</w:t>
      </w:r>
    </w:p>
    <w:p>
      <w:r>
        <w:rPr>
          <w:b/>
        </w:rPr>
        <w:t xml:space="preserve">[40:49] </w:t>
      </w:r>
      <w:r>
        <w:t>sare peghambaron ne waqt ke sarbarah tabqa khitab kiya. un ko milaye qom kaha gaya hai Quran majeed mein. to kitna bara dekhiye almiya hai, kitni bari tragedy hai yeh.</w:t>
      </w:r>
    </w:p>
    <w:p>
      <w:pPr>
        <w:jc w:val="right"/>
      </w:pPr>
      <w:r>
        <w:t>سارے پیغمبروں نے وقت کے سربراہ طبقہ خطاب کیا۔ ان کو ملائے قوم کہا گیا ہے قرآن مجید میں۔ تو کتنا بڑا دیکھیے المیہ ہے، کتنی بڑی ٹریجڈی ہے یہ۔</w:t>
      </w:r>
    </w:p>
    <w:p>
      <w:r>
        <w:rPr>
          <w:b/>
        </w:rPr>
        <w:t xml:space="preserve">[41:07] </w:t>
      </w:r>
      <w:r>
        <w:t>yani wahi tragedy jo hum dekhte hain duniya ke mamlaat mein bhi. chounkay musalmanon ne jab India mein jo angrez aaye, jo modern education le aaye, woh hamare logon ne, hamare log chounkay nafrat karte thay angrez se,</w:t>
      </w:r>
    </w:p>
    <w:p>
      <w:pPr>
        <w:jc w:val="right"/>
      </w:pPr>
      <w:r>
        <w:t>یعنی وہی ٹریجڈی جو ہم دیکھتے ہیں دنیا کے معاملات میں بھی۔ چونکہ مسلمانوں نے جب انڈیا میں جو انگریز آئے، جو ماڈرن ایجوکیشن لے آئے، وہ ہمارے لوگوں نے، ہمارے لوگ چونکہ نفرت کرتے تھے انگریز سے،</w:t>
      </w:r>
    </w:p>
    <w:p>
      <w:r>
        <w:rPr>
          <w:b/>
        </w:rPr>
        <w:t xml:space="preserve">[41:23] </w:t>
      </w:r>
      <w:r>
        <w:t>to un ke schoolon mein parhne se apne bachon ko nahi bheja. unhon ne angrezi nahi parhwai, modern education nahi liya. to peechay ho gaye.</w:t>
      </w:r>
    </w:p>
    <w:p>
      <w:pPr>
        <w:jc w:val="right"/>
      </w:pPr>
      <w:r>
        <w:t>تو ان کے اسکولوں میں پڑھنے سے اپنے بچوں کو نہیں بھیجا۔ انہوں نے انگریزی نہیں پڑھوائی، ماڈرن ایجوکیشن نہیں لیا۔ تو پیچھے ہو گئے۔</w:t>
      </w:r>
    </w:p>
    <w:p>
      <w:r>
        <w:rPr>
          <w:b/>
        </w:rPr>
        <w:t xml:space="preserve">[41:33] </w:t>
      </w:r>
      <w:r>
        <w:t>is ki wajah se aap duniya ke job mein peechay hain.</w:t>
      </w:r>
    </w:p>
    <w:p>
      <w:pPr>
        <w:jc w:val="right"/>
      </w:pPr>
      <w:r>
        <w:t>اس کی وجہ سے آپ دنیا کے جاب میں پیچھے ہیں۔</w:t>
      </w:r>
    </w:p>
    <w:p>
      <w:r>
        <w:rPr>
          <w:b/>
        </w:rPr>
        <w:t xml:space="preserve">[41:36] </w:t>
      </w:r>
      <w:r>
        <w:t>musalman sari duniya mein second class, third class job mein rehte hain. jo first class job hai, woh musalmanon ko nahi milta. kyun?</w:t>
      </w:r>
    </w:p>
    <w:p>
      <w:pPr>
        <w:jc w:val="right"/>
      </w:pPr>
      <w:r>
        <w:t>مسلمان ساری دنیا میں سیکنڈ کلاس، تھرڈ کلاس جاب میں رہتے ہیں۔ جو فرسٹ کلاس جاب ہے، وہ مسلمانوں کو نہیں ملتا۔ کیوں؟</w:t>
      </w:r>
    </w:p>
    <w:p>
      <w:r>
        <w:rPr>
          <w:b/>
        </w:rPr>
        <w:t xml:space="preserve">[41:45] </w:t>
      </w:r>
      <w:r>
        <w:t>is ki education nahi un ke mutabiq.</w:t>
      </w:r>
    </w:p>
    <w:p>
      <w:pPr>
        <w:jc w:val="right"/>
      </w:pPr>
      <w:r>
        <w:t>اس کی ایجوکیشن نہیں ان کے مطابق۔</w:t>
      </w:r>
    </w:p>
    <w:p>
      <w:r>
        <w:rPr>
          <w:b/>
        </w:rPr>
        <w:t xml:space="preserve">[41:49] </w:t>
      </w:r>
      <w:r>
        <w:t>yeh duniyavi un ko mil raha hai. aur dawat ke lehaz se yeh hai ke chounkay waqt ke mayar ke mutabiq unhon ne apne aap ko tayar nahi kiya,</w:t>
      </w:r>
    </w:p>
    <w:p>
      <w:pPr>
        <w:jc w:val="right"/>
      </w:pPr>
      <w:r>
        <w:t>یہ دنیاوی ان کو مل رہا ہے۔ اور دعوت کے لحاظ سے یہ ہے کہ چونکہ وقت کے معیار کے مطابق انہوں نے اپنے آپ کو تیار نہیں کیا،</w:t>
      </w:r>
    </w:p>
    <w:p>
      <w:r>
        <w:rPr>
          <w:b/>
        </w:rPr>
        <w:t xml:space="preserve">[42:03] </w:t>
      </w:r>
      <w:r>
        <w:t>to waqt ka jo asal mozu hai, us satah tak pohanch un ki pohanch bhi nahi.</w:t>
      </w:r>
    </w:p>
    <w:p>
      <w:pPr>
        <w:jc w:val="right"/>
      </w:pPr>
      <w:r>
        <w:t>تو وقت کا جو اصل موضوع ہے، اس سطح تک پہنچ ان کی پہنچ بھی نہیں۔</w:t>
      </w:r>
    </w:p>
    <w:p>
      <w:r>
        <w:rPr>
          <w:b/>
        </w:rPr>
        <w:t xml:space="preserve">[42:10] </w:t>
      </w:r>
      <w:r>
        <w:t>ab kya karte hain? ke dawat ke naam se jate hain kahan? ke jail khane mein ja kar</w:t>
      </w:r>
    </w:p>
    <w:p>
      <w:pPr>
        <w:jc w:val="right"/>
      </w:pPr>
      <w:r>
        <w:t>اب کیا کرتے ہیں؟ کہ دعوت کے نام سے جاتے ہیں کہاں؟ کہ جیل خانے میں جا کر</w:t>
      </w:r>
    </w:p>
    <w:p>
      <w:r>
        <w:rPr>
          <w:b/>
        </w:rPr>
        <w:t xml:space="preserve">[42:15] </w:t>
      </w:r>
      <w:r>
        <w:t>kaam karein. America mein jail khane mein jo band rehte hain, blacks, un mein ja kar da'wati kaam karte hain. India mein jo down traadn hain, un mein ja kar kaam karte hain.</w:t>
      </w:r>
    </w:p>
    <w:p>
      <w:pPr>
        <w:jc w:val="right"/>
      </w:pPr>
      <w:r>
        <w:t>کام کریں۔ امریکہ میں جیل خانے میں جو بند رہتے ہیں، بلیکس، ان میں جا کر دعوتی کام کرتے ہیں۔ انڈیا میں جو ڈاؤن ٹراڈن ہیں، ان میں جا کر کام کرتے ہیں۔</w:t>
      </w:r>
    </w:p>
    <w:p>
      <w:r>
        <w:rPr>
          <w:b/>
        </w:rPr>
        <w:t xml:space="preserve">[42:27] </w:t>
      </w:r>
      <w:r>
        <w:t>yaad rakhiye, is se dawat ki zimmedari ada nahi ho gi. Allah taala ke haan sabak dosh nahi ho sakte ummat ki.</w:t>
      </w:r>
    </w:p>
    <w:p>
      <w:pPr>
        <w:jc w:val="right"/>
      </w:pPr>
      <w:r>
        <w:t>یاد رکھیے، اس سے دعوت کی ذمہ داری ادا نہیں ہوگی۔ اللہ تعالیٰ کے ہاں سبک دوش نہیں ہو سکتے امت کی۔</w:t>
      </w:r>
    </w:p>
    <w:p>
      <w:r>
        <w:rPr>
          <w:b/>
        </w:rPr>
        <w:t xml:space="preserve">[42:37] </w:t>
      </w:r>
      <w:r>
        <w:t>agar aap down traadn mein kaam karte hain to yaad rakhiye, kabhi bhi Allah taala ke haan buri izzat mand nahi qarar paayein ge.</w:t>
      </w:r>
    </w:p>
    <w:p>
      <w:pPr>
        <w:jc w:val="right"/>
      </w:pPr>
      <w:r>
        <w:t>اگر آپ ڈاؤن ٹراڈن میں کام کرتے ہیں تو یاد رکھیے، کبھی بھی اللہ تعالیٰ کے ہاں بری عزت مند نہیں قرار پائیں گے۔</w:t>
      </w:r>
    </w:p>
    <w:p>
      <w:r>
        <w:rPr>
          <w:b/>
        </w:rPr>
        <w:t xml:space="preserve">[42:47] </w:t>
      </w:r>
      <w:r>
        <w:t>un ko bhi dawat, dawat pohnchana hai. is mein koi shakk nahin. lekin aap ko samajhna chahiye ke primary kaam aur secondary kaam, awwal darjay mein aap ko dawat pohnchana hai khawas ke tabqay mein.</w:t>
      </w:r>
    </w:p>
    <w:p>
      <w:pPr>
        <w:jc w:val="right"/>
      </w:pPr>
      <w:r>
        <w:t>ان کو بھی دعوت، دعوت پہنچنا ہے۔ اس میں کوئی شک نہیں۔ لیکن آپ کو سمجھنا چاہیے کہ پرائمری کام اور سیکنڈری کام، اول درجے میں آپ کو دعوت پہنچانا ہے خواص کے طبقے میں۔</w:t>
      </w:r>
    </w:p>
    <w:p>
      <w:r>
        <w:rPr>
          <w:b/>
        </w:rPr>
        <w:t xml:space="preserve">[43:05] </w:t>
      </w:r>
      <w:r>
        <w:t>wo percolate kar ke awam tak pohnche gi. wo sahi hai.</w:t>
      </w:r>
    </w:p>
    <w:p>
      <w:pPr>
        <w:jc w:val="right"/>
      </w:pPr>
      <w:r>
        <w:t>وہ پرکولیٹ کر کے عوام تک پہنچے گی۔ وہ صحیح ہے۔</w:t>
      </w:r>
    </w:p>
    <w:p>
      <w:r>
        <w:rPr>
          <w:b/>
        </w:rPr>
        <w:t xml:space="preserve">[43:11] </w:t>
      </w:r>
      <w:r>
        <w:t>to chounke aap ne un ko tayyar nahin kiya, modern mind ko address karne ke qabil nahin banaya apne aap ko, to is ki qeemat ye de rahe hain ke wo sirf downtrodden mein ja kar kaam karte hain.</w:t>
      </w:r>
    </w:p>
    <w:p>
      <w:pPr>
        <w:jc w:val="right"/>
      </w:pPr>
      <w:r>
        <w:t>تو چونکہ آپ نے ان کو تیار نہیں کیا، ماڈرن مائنڈ کو ایڈریس کرنے کے قابل نہیں بنایا اپنے آپ کو، تو اس کی قیمت یہ دے رہے ہیں کہ وہ صرف ڈاؤن ٹراڈن میں جا کر کام کرتے ہیں۔</w:t>
      </w:r>
    </w:p>
    <w:p>
      <w:r>
        <w:rPr>
          <w:b/>
        </w:rPr>
        <w:t xml:space="preserve">[43:28] </w:t>
      </w:r>
      <w:r>
        <w:t>main samajhta hoon ke ye bohat bari bhool hai, is ka islah</w:t>
      </w:r>
    </w:p>
    <w:p>
      <w:pPr>
        <w:jc w:val="right"/>
      </w:pPr>
      <w:r>
        <w:t>میں سمجھتا ہوں کہ یہ بہت بڑی بھول ہے، اس کا اصلاح</w:t>
      </w:r>
    </w:p>
    <w:p>
      <w:r>
        <w:rPr>
          <w:b/>
        </w:rPr>
        <w:t xml:space="preserve">[43:34] </w:t>
      </w:r>
      <w:r>
        <w:t>bohat zaroori hai. yaani ummat ko, ke muntakhib afraad ko, parhna parhe ga jadeed taleem ko, jadeed uloom ko, jadeed falsafe ko.</w:t>
      </w:r>
    </w:p>
    <w:p>
      <w:pPr>
        <w:jc w:val="right"/>
      </w:pPr>
      <w:r>
        <w:t>بہت ضروری ہے۔ یعنی امت کو، کہ منتخب افراد کو، پڑھنا پڑے گا جدید تعلیم کو، جدید علوم کو، جدید فلسفے کو۔</w:t>
      </w:r>
    </w:p>
    <w:p>
      <w:r>
        <w:rPr>
          <w:b/>
        </w:rPr>
        <w:t xml:space="preserve">[43:43] </w:t>
      </w:r>
      <w:r>
        <w:t>apne ko tayyar karna parhe ga. agar nahin tayyar kar sakte aap to kam se kam jo literature tayyar hua, us ko istemal kijiye aap. Allah ke fazl se hamare mission mein aisa literature tayyar hua hai jo modern mind ko address karta hai.</w:t>
      </w:r>
    </w:p>
    <w:p>
      <w:pPr>
        <w:jc w:val="right"/>
      </w:pPr>
      <w:r>
        <w:t>اپنے کو تیار کرنا پڑے گا۔ اگر نہیں تیار کر سکتے آپ تو کم سے کم جو لٹریچر تیار ہوا، اس کو استعمال کیجیے آپ۔ اللہ کے فضل سے ہمارے مشن میں ایسا لٹریچر تیار ہوا ہے جو ماڈرن مائنڈ کو ایڈریس کرتا ہے۔</w:t>
      </w:r>
    </w:p>
    <w:p>
      <w:r>
        <w:rPr>
          <w:b/>
        </w:rPr>
        <w:t xml:space="preserve">[43:58] </w:t>
      </w:r>
      <w:r>
        <w:t>hamara jo mission hai ye, is mein aisa literature taqreeban do sau kitabein aisi mukhtalif zubanon mein chhap kar maujood hain jo modern mind ko address karti hain.</w:t>
      </w:r>
    </w:p>
    <w:p>
      <w:pPr>
        <w:jc w:val="right"/>
      </w:pPr>
      <w:r>
        <w:t>ہمارا جو مشن ہے یہ، اس میں ایسا لٹریچر تقریباً دو سو کتابیں ایسی مختلف زبانوں میں چھپ کر موجود ہیں جو ماڈرن مائنڈ کو ایڈریس کرتی ہیں۔</w:t>
      </w:r>
    </w:p>
    <w:p>
      <w:r>
        <w:rPr>
          <w:b/>
        </w:rPr>
        <w:t xml:space="preserve">[44:12] </w:t>
      </w:r>
      <w:r>
        <w:t>to us ko phailaiye aap. agar aap khud nahin modern, yaani uloom mein maharat paida kar sakte to is is is mein kya mushkil hai?</w:t>
      </w:r>
    </w:p>
    <w:p>
      <w:pPr>
        <w:jc w:val="right"/>
      </w:pPr>
      <w:r>
        <w:t>تو اس کو پھیلائیے آپ۔ اگر آپ خود نہیں ماڈرن، یعنی علوم میں مہارت پیدا کر سکتے تو اس اس اس میں کیا مشکل ہے؟</w:t>
      </w:r>
    </w:p>
    <w:p>
      <w:r>
        <w:rPr>
          <w:b/>
        </w:rPr>
        <w:t xml:space="preserve">[44:22] </w:t>
      </w:r>
      <w:r>
        <w:t>kitabein rakhiye apne bag mein aur logon ko pohanchate rahiye.</w:t>
      </w:r>
    </w:p>
    <w:p>
      <w:pPr>
        <w:jc w:val="right"/>
      </w:pPr>
      <w:r>
        <w:t>کتابیں رکھیے اپنے بیگ میں اور لوگوں کو پہنچاتے رہیے۔</w:t>
      </w:r>
    </w:p>
    <w:p>
      <w:r>
        <w:rPr>
          <w:b/>
        </w:rPr>
        <w:t xml:space="preserve">[44:29] </w:t>
      </w:r>
      <w:r>
        <w:t>abhi mere paas kal telephone aaya ek sahib ka Hyderabad se. wo bataya ke wahan ek sahib thay jo bohat hi baray uhde par hain, wo bohat baray uhde par.</w:t>
      </w:r>
    </w:p>
    <w:p>
      <w:pPr>
        <w:jc w:val="right"/>
      </w:pPr>
      <w:r>
        <w:t>ابھی میرے پاس کل ٹیلی فون آیا ایک صاحب کا حیدرآباد سے۔ وہ بتایا کہ وہاں ایک صاحب تھے جو بہت ہی بڑے عہدے پر ہیں، وہ بہت بڑے عہدے پر۔</w:t>
      </w:r>
    </w:p>
    <w:p>
      <w:r>
        <w:rPr>
          <w:b/>
        </w:rPr>
        <w:t xml:space="preserve">[44:40] </w:t>
      </w:r>
      <w:r>
        <w:t>to wo musalmanon ke khilaf bohat ziyada bura bhala kehte thay. bohat ziyada, bohat ziyada. ke musalman to bohat hi kharab hotay hain. larnay phirnay ke sawal ka koi kaam nahin.</w:t>
      </w:r>
    </w:p>
    <w:p>
      <w:pPr>
        <w:jc w:val="right"/>
      </w:pPr>
      <w:r>
        <w:t>تو وہ مسلمانوں کے خلاف بہت زیادہ برا بھلا کہتے تھے۔ بہت زیادہ، بہت زیادہ۔ کہ مسلمان تو بہت ہی خراب ہوتے ہیں۔ لڑنے پھرنے کے سوال کا کوئی کام نہیں۔</w:t>
      </w:r>
    </w:p>
    <w:p>
      <w:r>
        <w:rPr>
          <w:b/>
        </w:rPr>
        <w:t xml:space="preserve">[44:52] </w:t>
      </w:r>
      <w:r>
        <w:t>to unhon ne kya kiya ke unhon ne hamare chhapi hui kitab de di un ko. da da profit of peace. yahan se ek kitab chhapi hai.</w:t>
      </w:r>
    </w:p>
    <w:p>
      <w:pPr>
        <w:jc w:val="right"/>
      </w:pPr>
      <w:r>
        <w:t>تو انہوں نے کیا کیا کہ انہوں نے ہمارے چھپی ہوئی کتاب دے دی ان کو۔ دا دا پرافٹ آف پیس۔ یہاں سے ایک کتاب چھپی ہے۔</w:t>
      </w:r>
    </w:p>
    <w:p>
      <w:r>
        <w:rPr>
          <w:b/>
        </w:rPr>
        <w:t xml:space="preserve">[45:02] </w:t>
      </w:r>
      <w:r>
        <w:t>yaani penguin ne chhapi hai, wo yahan se milti hai. da profit of peace. wo un ko diya. wo acha angrezi jante thay.</w:t>
      </w:r>
    </w:p>
    <w:p>
      <w:pPr>
        <w:jc w:val="right"/>
      </w:pPr>
      <w:r>
        <w:t>یعنی پنگوئن نے چھاپی ہے، وہ یہاں سے ملتی ہے۔ دا پرافٹ آف پیس۔ وہ ان کو دیا۔ وہ اچھا انگریزی جانتے تھے۔</w:t>
      </w:r>
    </w:p>
    <w:p>
      <w:r>
        <w:rPr>
          <w:b/>
        </w:rPr>
        <w:t xml:space="preserve">[45:14] </w:t>
      </w:r>
      <w:r>
        <w:t>to raat hi ko parh dala unhon ne. a</w:t>
      </w:r>
    </w:p>
    <w:p>
      <w:pPr>
        <w:jc w:val="right"/>
      </w:pPr>
      <w:r>
        <w:t>تو رات ہی کو پڑھ ڈالا انہوں نے۔ ا</w:t>
      </w:r>
    </w:p>
    <w:p>
      <w:r>
        <w:rPr>
          <w:b/>
        </w:rPr>
        <w:t xml:space="preserve">[45:18] </w:t>
      </w:r>
      <w:r>
        <w:t>gle din telephone aaya ke tum ne aisi kitab di ke main main nahin samajh sakta ke musalman bhi aisi kitab likh sakte hain. musalman, hum samajhtay hain musalman to bilkul kuch jante nahin.</w:t>
      </w:r>
    </w:p>
    <w:p>
      <w:pPr>
        <w:jc w:val="right"/>
      </w:pPr>
      <w:r>
        <w:t>گلے دن ٹیلی فون آیا کہ تم نے ایسی کتاب دی کہ میں میں نہیں سمجھ سکتا کہ مسلمان بھی ایسی کتاب لکھ سکتے ہیں۔ مسلمان، ہم سمجھتے ہیں مسلمان تو بالکل کچھ جانتے نہیں۔</w:t>
      </w:r>
    </w:p>
    <w:p>
      <w:r>
        <w:rPr>
          <w:b/>
        </w:rPr>
        <w:t xml:space="preserve">[45:30] </w:t>
      </w:r>
      <w:r>
        <w:t>ek dam un ka rawaiyya badal gaya. Islam ke baray mein, musalman ke baray mein. to aap ek kitabein maujood hain, un ko phailaiye.</w:t>
      </w:r>
    </w:p>
    <w:p>
      <w:pPr>
        <w:jc w:val="right"/>
      </w:pPr>
      <w:r>
        <w:t>ایک دم ان کا رویہ بدل گیا۔ اسلام کے بارے میں، مسلمان کے بارے میں۔ تو آپ ایک کتابیں موجود ہیں، ان کو پھیلائیے۔</w:t>
      </w:r>
    </w:p>
    <w:p>
      <w:r>
        <w:rPr>
          <w:b/>
        </w:rPr>
        <w:t xml:space="preserve">[45:40] </w:t>
      </w:r>
      <w:r>
        <w:t>to kaam baharhaal karna hai khawas mein. chahe aap ne koi tayyar karein ya in kitabon ko istemal karein.</w:t>
      </w:r>
    </w:p>
    <w:p>
      <w:pPr>
        <w:jc w:val="right"/>
      </w:pPr>
      <w:r>
        <w:t>تو کام بہرحال کرنا ہے خواص میں۔ چاہے آپ نے کوئی تیار کریں یا ان کتابوں کو استعمال کریں۔</w:t>
      </w:r>
    </w:p>
    <w:p>
      <w:r>
        <w:rPr>
          <w:b/>
        </w:rPr>
        <w:t xml:space="preserve">[45:51] </w:t>
      </w:r>
      <w:r>
        <w:t>aur koi third option nahin hai, yaad rakhiye. koi third option nahin hai.</w:t>
      </w:r>
    </w:p>
    <w:p>
      <w:pPr>
        <w:jc w:val="right"/>
      </w:pPr>
      <w:r>
        <w:t>اور کوئی تھرڈ آپشن نہیں ہے، یاد رکھیے۔ کوئی تھرڈ آپشن نہیں ہے۔</w:t>
      </w:r>
    </w:p>
    <w:p>
      <w:r>
        <w:rPr>
          <w:b/>
        </w:rPr>
        <w:t xml:space="preserve">[46:05] </w:t>
      </w:r>
      <w:r>
        <w:t>to hamein pooray moamlay mein reassess karna hai, phir se sochna hai. strategic planning karni hai.</w:t>
      </w:r>
    </w:p>
    <w:p>
      <w:pPr>
        <w:jc w:val="right"/>
      </w:pPr>
      <w:r>
        <w:t>تو ہمیں پورے معاملے میں ری ایسس کرنا ہے، پھر سے سوچنا ہے۔ اسٹرینو پلاننگ کرنی ہے۔</w:t>
      </w:r>
    </w:p>
    <w:p>
      <w:r>
        <w:rPr>
          <w:b/>
        </w:rPr>
        <w:t xml:space="preserve">[46:16] </w:t>
      </w:r>
      <w:r>
        <w:t>aur ghaltiyon ko manna hai. hamein kehna parhe ga ke abhi we are wrong. hamein kehna parhe ga ke hum ghalti par thay. jab tak aap ghalti na manen, tab tak aap islah ki taraf bhi aagay nahin barh sakte.</w:t>
      </w:r>
    </w:p>
    <w:p>
      <w:pPr>
        <w:jc w:val="right"/>
      </w:pPr>
      <w:r>
        <w:t>اور غلطیوں کو ماننا ہے۔ ہمیں کہنا پڑے گا کہ ابھی وی آر رونگ۔ ہمیں کہنا پڑے گا کہ ہم غلطی پر تھے۔ جب تک آپ غلطی نہ مانیں، تب تک آپ اصلاح کی طرف بھی آگے نہیں بڑھ سکتے۔</w:t>
      </w:r>
    </w:p>
    <w:p>
      <w:r>
        <w:rPr>
          <w:b/>
        </w:rPr>
        <w:t xml:space="preserve">[46:39] </w:t>
      </w:r>
      <w:r>
        <w:t>ye bohat ziyada sochne ki baat hai.</w:t>
      </w:r>
    </w:p>
    <w:p>
      <w:pPr>
        <w:jc w:val="right"/>
      </w:pPr>
      <w:r>
        <w:t>یہ بہت زیادہ سوچنے کی بات ہے۔</w:t>
      </w:r>
    </w:p>
    <w:p>
      <w:r>
        <w:rPr>
          <w:b/>
        </w:rPr>
        <w:t xml:space="preserve">[46:46] </w:t>
      </w:r>
      <w:r>
        <w:t>is liye ke dekhiye, is se maut juri, hamari zindagi se maut juri hui hai. hum aaj hain yahan, kal nahin honge yahan.</w:t>
      </w:r>
    </w:p>
    <w:p>
      <w:pPr>
        <w:jc w:val="right"/>
      </w:pPr>
      <w:r>
        <w:t>اس لیے کہ دیکھیے، اس سے موت جڑی، ہماری زندگی سے موت جڑی ہوئی ہے۔ ہم آج ہیں یہاں، کل نہیں ہوں گے یہاں۔</w:t>
      </w:r>
    </w:p>
    <w:p>
      <w:r>
        <w:rPr>
          <w:b/>
        </w:rPr>
        <w:t xml:space="preserve">[46:56] </w:t>
      </w:r>
      <w:r>
        <w:t>kal kahan honge? Khuda ke samnay honge. to hamari zindagi se maut juri hui hai, yaad rakhiye.</w:t>
      </w:r>
    </w:p>
    <w:p>
      <w:pPr>
        <w:jc w:val="right"/>
      </w:pPr>
      <w:r>
        <w:t>کل کہاں ہوں گے؟ خدا کے سامنے ہوں گے۔ تو ہماری زندگی سے موت جڑی ہوئی ہے، یاد رکھیے۔</w:t>
      </w:r>
    </w:p>
    <w:p>
      <w:r>
        <w:rPr>
          <w:b/>
        </w:rPr>
        <w:t xml:space="preserve">[47:06] </w:t>
      </w:r>
      <w:r>
        <w:t>to bohat jald wo waqt aaye ga ke ek ek aadmi mar jaye ga. aur har aadmi Allah ke samnay apne aap ko paye ga. to Allah taala pooche ga ke tumhari jo duty thi, wo kitna tum ne anjam diya?</w:t>
      </w:r>
    </w:p>
    <w:p>
      <w:pPr>
        <w:jc w:val="right"/>
      </w:pPr>
      <w:r>
        <w:t>تو بہت جلد وہ وقت آئے گا کہ ایک ایک آدمی مر جائے گا۔ اور ہر آدمی اللہ کے سامنے اپنے آپ کو پائے گا۔ تو اللہ تعالیٰ پوچھے گا کہ تمہاری جو ڈیوٹی تھی، وہ کتنا تم نے انجام دیا؟</w:t>
      </w:r>
    </w:p>
    <w:p>
      <w:r>
        <w:rPr>
          <w:b/>
        </w:rPr>
        <w:t xml:space="preserve">[47:22] </w:t>
      </w:r>
      <w:r>
        <w:t>ye duty thi tumhari, bahes bahesat musalman ke. to kitna anjam diya tum ne?</w:t>
      </w:r>
    </w:p>
    <w:p>
      <w:pPr>
        <w:jc w:val="right"/>
      </w:pPr>
      <w:r>
        <w:t>یہ ڈیوٹی تھی تمہاری، بحث بحثت مسلمان کے۔ تو کتنا انجام دیا تم نے؟</w:t>
      </w:r>
    </w:p>
    <w:p>
      <w:r>
        <w:rPr>
          <w:b/>
        </w:rPr>
        <w:t xml:space="preserve">[47:34] </w:t>
      </w:r>
      <w:r>
        <w:t>to yeh bohat hi sangin baat hai.</w:t>
      </w:r>
    </w:p>
    <w:p>
      <w:pPr>
        <w:jc w:val="right"/>
      </w:pPr>
      <w:r>
        <w:t>تو یہ بہت ہی سنگین بات ہے۔</w:t>
      </w:r>
    </w:p>
    <w:p>
      <w:r>
        <w:rPr>
          <w:b/>
        </w:rPr>
        <w:t xml:space="preserve">[47:36] </w:t>
      </w:r>
      <w:r>
        <w:t>har insaan maut ke samne khara hua hai.</w:t>
      </w:r>
    </w:p>
    <w:p>
      <w:pPr>
        <w:jc w:val="right"/>
      </w:pPr>
      <w:r>
        <w:t>ہر انسان موت کے سامنے کھڑا ہوا ہے۔</w:t>
      </w:r>
    </w:p>
    <w:p>
      <w:r>
        <w:rPr>
          <w:b/>
        </w:rPr>
        <w:t xml:space="preserve">[47:41] </w:t>
      </w:r>
      <w:r>
        <w:t>har insaan maut ke samne khara hua hai. har lamha aisa ho sakta hai ke achaanak</w:t>
      </w:r>
    </w:p>
    <w:p>
      <w:pPr>
        <w:jc w:val="right"/>
      </w:pPr>
      <w:r>
        <w:t>ہر انسان موت کے سامنے کھڑا ہوا ہے۔ ہر لمحہ ایسا ہو سکتا ہے کہ اچانک</w:t>
      </w:r>
    </w:p>
    <w:p>
      <w:r>
        <w:rPr>
          <w:b/>
        </w:rPr>
        <w:t xml:space="preserve">[47:51] </w:t>
      </w:r>
      <w:r>
        <w:t>agli agli shaam is haal mein aaye ke mein Allah apne aap ko Allah ke samne khara hua paoon. ya agli subah is haal mein aaye ke mein apne aap ko Allah ke samne khara hua paoon.</w:t>
      </w:r>
    </w:p>
    <w:p>
      <w:pPr>
        <w:jc w:val="right"/>
      </w:pPr>
      <w:r>
        <w:t>اگلی اگلی شام اس حال میں آئے کہ میں اللہ اپنے آپ کو اللہ کے سامنے کھڑا ہوا پاؤں۔ یا اگلی صبح اس حال میں آئے کہ میں اپنے آپ کو اللہ کے سامنے کھڑا ہوا پاؤں۔</w:t>
      </w:r>
    </w:p>
    <w:p>
      <w:r>
        <w:rPr>
          <w:b/>
        </w:rPr>
        <w:t xml:space="preserve">[48:06] </w:t>
      </w:r>
      <w:r>
        <w:t>to phir kya hoga?</w:t>
      </w:r>
    </w:p>
    <w:p>
      <w:pPr>
        <w:jc w:val="right"/>
      </w:pPr>
      <w:r>
        <w:t>تو پھر کیا ہوگا؟</w:t>
      </w:r>
    </w:p>
    <w:p>
      <w:r>
        <w:rPr>
          <w:b/>
        </w:rPr>
        <w:t xml:space="preserve">[48:11] </w:t>
      </w:r>
      <w:r>
        <w:t>yeh sawal lazman pesh hai. is sawal ka jawab lazman dena hoga ke jo duty tumhari thi,</w:t>
      </w:r>
    </w:p>
    <w:p>
      <w:pPr>
        <w:jc w:val="right"/>
      </w:pPr>
      <w:r>
        <w:t>یہ سوال لازماً پیش ہے۔ اس سوال کا جواب لازماً دینا ہوگا کہ جو ڈیوٹی تمہاری تھی،</w:t>
      </w:r>
    </w:p>
    <w:p>
      <w:r>
        <w:rPr>
          <w:b/>
        </w:rPr>
        <w:t xml:space="preserve">[48:21] </w:t>
      </w:r>
      <w:r>
        <w:t>is ko kitna anjam diya tum ne? yaani dawat-e-ilallah ki duty, Allah ke paigham insanon tak pohnchanay ki duty.</w:t>
      </w:r>
    </w:p>
    <w:p>
      <w:pPr>
        <w:jc w:val="right"/>
      </w:pPr>
      <w:r>
        <w:t>اس کو کتنا انجام دیا تم نے؟ یعنی دعوت الی اللہ کی ڈیوٹی، اللہ کے پیغام انسانوں تک پہنچانے کی ڈیوٹی۔</w:t>
      </w:r>
    </w:p>
    <w:p>
      <w:r>
        <w:rPr>
          <w:b/>
        </w:rPr>
        <w:t xml:space="preserve">[48:33] </w:t>
      </w:r>
      <w:r>
        <w:t>kyunke dekhiye,</w:t>
      </w:r>
    </w:p>
    <w:p>
      <w:pPr>
        <w:jc w:val="right"/>
      </w:pPr>
      <w:r>
        <w:t>کیونکہ دیکھیے،</w:t>
      </w:r>
    </w:p>
    <w:p>
      <w:r>
        <w:rPr>
          <w:b/>
        </w:rPr>
        <w:t xml:space="preserve">[48:38] </w:t>
      </w:r>
      <w:r>
        <w:t>is ki sangini ko samhiye. kyun aisa hai ke Allah taala ne dawat ke kaam ko apna kaam bataya hai?</w:t>
      </w:r>
    </w:p>
    <w:p>
      <w:pPr>
        <w:jc w:val="right"/>
      </w:pPr>
      <w:r>
        <w:t>اس کی سنگینی کو سمجھیے۔ کیوں ایسا ہے کہ اللہ تعالیٰ نے دعوت کے کام کو اپنا کام بتایا ہے؟</w:t>
      </w:r>
    </w:p>
    <w:p>
      <w:r>
        <w:rPr>
          <w:b/>
        </w:rPr>
        <w:t xml:space="preserve">[48:49] </w:t>
      </w:r>
      <w:r>
        <w:t>dawat ke kaam jo karte hain, jo log, un ke liye aaya hai ke woh Allah ki madad kar rahe hain.</w:t>
      </w:r>
    </w:p>
    <w:p>
      <w:pPr>
        <w:jc w:val="right"/>
      </w:pPr>
      <w:r>
        <w:t>دعوت کے کام جو کرتے ہیں، جو لوگ، ان کے لیے آیا ہے کہ وہ اللہ کی مدد کر رہے ہیں۔</w:t>
      </w:r>
    </w:p>
    <w:p>
      <w:r>
        <w:rPr>
          <w:b/>
        </w:rPr>
        <w:t xml:space="preserve">[48:57] </w:t>
      </w:r>
      <w:r>
        <w:t>woh ansar-e-Allah hain.</w:t>
      </w:r>
    </w:p>
    <w:p>
      <w:pPr>
        <w:jc w:val="right"/>
      </w:pPr>
      <w:r>
        <w:t>وہ انصار اللہ ہیں۔</w:t>
      </w:r>
    </w:p>
    <w:p>
      <w:r>
        <w:rPr>
          <w:b/>
        </w:rPr>
        <w:t xml:space="preserve">[49:00] </w:t>
      </w:r>
      <w:r>
        <w:t>aisa kyun hai? is ka jawab Quran se maloom hota hai ke rasul-e-mubashshireen wa munzireen la Allah yakoon-un-lil-nasi alal Allah hujjat-an-baad-ar-rusul. yaani Allah par hujjat na rahe.</w:t>
      </w:r>
    </w:p>
    <w:p>
      <w:pPr>
        <w:jc w:val="right"/>
      </w:pPr>
      <w:r>
        <w:t>ایسا کیوں ہے؟ اس کا جواب قرآن سے معلوم ہوتا ہے کہ رَسُلَ مُبَشِّرِينَ وَمُنْظِرِينَ لَا اللَّهَ يَكُونُ لِلنَّاسِ عَلَى اللَّهِ حُجَّةً بَعْدَ الرُّسُلِ یعنی اللہ پر حجت نہ رہے۔</w:t>
      </w:r>
    </w:p>
    <w:p>
      <w:r>
        <w:rPr>
          <w:b/>
        </w:rPr>
        <w:t xml:space="preserve">[49:18] </w:t>
      </w:r>
      <w:r>
        <w:t>yeh jo dawat ka kaam anjam diya jata hai duniya mein, is ka maqsad kya hai? zahir hai ke pehla maqsad yahi hai ke logon ki islaah ho.</w:t>
      </w:r>
    </w:p>
    <w:p>
      <w:pPr>
        <w:jc w:val="right"/>
      </w:pPr>
      <w:r>
        <w:t>یہ جو دعوت کا کام انجام دیا جاتا ہے دنیا میں، اس کا مقصد کیا ہے؟ ظاہر ہے کہ پہلا مقصد یہی ہے کہ لوگوں کی اصلاح ہو۔</w:t>
      </w:r>
    </w:p>
    <w:p>
      <w:r>
        <w:rPr>
          <w:b/>
        </w:rPr>
        <w:t xml:space="preserve">[49:29] </w:t>
      </w:r>
      <w:r>
        <w:t>aur is ke baad yeh hai ke Allah par hujjat qaim na rahe.</w:t>
      </w:r>
    </w:p>
    <w:p>
      <w:pPr>
        <w:jc w:val="right"/>
      </w:pPr>
      <w:r>
        <w:t>اور اس کے بعد یہ ہے کہ اللہ پر حجت قائم نہ رہے۔</w:t>
      </w:r>
    </w:p>
    <w:p>
      <w:r>
        <w:rPr>
          <w:b/>
        </w:rPr>
        <w:t xml:space="preserve">[49:34] </w:t>
      </w:r>
      <w:r>
        <w:t>hujjat ka matlab yeh hai ke sare insan ek din aaye ga ke sab mar jayenge. sab hashar ke maidan mein jama honge.</w:t>
      </w:r>
    </w:p>
    <w:p>
      <w:pPr>
        <w:jc w:val="right"/>
      </w:pPr>
      <w:r>
        <w:t>حجت کا مطلب یہ ہے کہ سارے انسان ایک دن آئے گا کہ سب مر جائیں گے۔ سب حشر کے میدان میں جمع ہوں گے۔</w:t>
      </w:r>
    </w:p>
    <w:p>
      <w:r>
        <w:rPr>
          <w:b/>
        </w:rPr>
        <w:t xml:space="preserve">[49:45] </w:t>
      </w:r>
      <w:r>
        <w:t>wahan Allah hoga, us ke farishte honge. logon ke liye jannat ka aur jahannum ka faisla kiya jayega.</w:t>
      </w:r>
    </w:p>
    <w:p>
      <w:pPr>
        <w:jc w:val="right"/>
      </w:pPr>
      <w:r>
        <w:t>وہاں اللہ ہوگا، اس کے فرشتے ہوں گے۔ لوگوں کے لیے جنت کا اور جہنم کا فیصلہ کیا جائے گا۔</w:t>
      </w:r>
    </w:p>
    <w:p>
      <w:r>
        <w:rPr>
          <w:b/>
        </w:rPr>
        <w:t xml:space="preserve">[49:55] </w:t>
      </w:r>
      <w:r>
        <w:t>us waqt agar log khare ho kar yeh kahein ke khuda ya aap hum ko saza de rahe hain, humein to pata hi nahi tha ke humein kya karna hai, kya nahi karna hai.</w:t>
      </w:r>
    </w:p>
    <w:p>
      <w:pPr>
        <w:jc w:val="right"/>
      </w:pPr>
      <w:r>
        <w:t>اس وقت اگر لوگ کھڑے ہو کر یہ کہیں کہ خدایا آپ ہم کو سزا دے رہے ہیں، ہمیں تو پتہ ہی نہیں تھا کہ ہمیں کیا کرنا ہے، کیا نہیں کرنا ہے۔</w:t>
      </w:r>
    </w:p>
    <w:p>
      <w:r>
        <w:rPr>
          <w:b/>
        </w:rPr>
        <w:t xml:space="preserve">[50:10] </w:t>
      </w:r>
      <w:r>
        <w:t>yaani matlab hum aap ke creation plan se aagah nahi the. aap ki scheme kya thi, takhleeq ke bare mein, woh hum se is ka aagah nahi the</w:t>
      </w:r>
    </w:p>
    <w:p>
      <w:pPr>
        <w:jc w:val="right"/>
      </w:pPr>
      <w:r>
        <w:t>یعنی مطلب ہم آپ کے کریشن پلان سے آگاہ نہیں تھے۔ آپ کی اسکیم کیا تھی، تخلیق کے بارے میں، وہ ہم سے اس کا آگاہ نہیں تھے</w:t>
      </w:r>
    </w:p>
    <w:p>
      <w:r>
        <w:rPr>
          <w:b/>
        </w:rPr>
        <w:t xml:space="preserve">[50:19] </w:t>
      </w:r>
      <w:r>
        <w:t>hum. humein hum to samajhte hain ke paida hue, jiye aur mar gaye. to aap kis baat ki humein saza de rahe hain? kya aap bekhabri ki saza de rahe hain aap hum ko?</w:t>
      </w:r>
    </w:p>
    <w:p>
      <w:pPr>
        <w:jc w:val="right"/>
      </w:pPr>
      <w:r>
        <w:t>ہم۔ ہمیں ہم تو سمجھتے ہیں کہ پیدا ہوئے، جیے اور مر گئے۔ تو آپ کس بات کی ہمیں سزا دے رہے ہیں؟ کیا آپ بے خبری کی سزا دے رہے ہیں آپ ہم کو؟</w:t>
      </w:r>
    </w:p>
    <w:p>
      <w:r>
        <w:rPr>
          <w:b/>
        </w:rPr>
        <w:t xml:space="preserve">[50:31] </w:t>
      </w:r>
      <w:r>
        <w:t>to yeh koi kehne ka mauqa na paaye</w:t>
      </w:r>
    </w:p>
    <w:p>
      <w:pPr>
        <w:jc w:val="right"/>
      </w:pPr>
      <w:r>
        <w:t>تو یہ کوئی کہنے کا موقع نہ پائے</w:t>
      </w:r>
    </w:p>
    <w:p>
      <w:r>
        <w:rPr>
          <w:b/>
        </w:rPr>
        <w:t xml:space="preserve">[50:34] </w:t>
      </w:r>
      <w:r>
        <w:t>wahan par. yeh hujjat ka matlab. yaani Allah taala ko matloob hai ke aap ke qayamat mein koi yeh na kar sake ke hum to bekhabar the,</w:t>
      </w:r>
    </w:p>
    <w:p>
      <w:pPr>
        <w:jc w:val="right"/>
      </w:pPr>
      <w:r>
        <w:t>وہاں پر۔ یہ حجت کا مطلب۔ یعنی اللہ تعالیٰ کو مطلوب ہے کہ آپ کے قیامت میں کوئی یہ نہ کر سکے کہ ہم تو بے خبر تھے،</w:t>
      </w:r>
    </w:p>
    <w:p>
      <w:r>
        <w:rPr>
          <w:b/>
        </w:rPr>
        <w:t xml:space="preserve">[50:48] </w:t>
      </w:r>
      <w:r>
        <w:t>humein kuch pata nahi tha. to Allah taala ne paighambaron ko bheja aur yeh ummat-e-wasta banai, ummat-e-wasta.</w:t>
      </w:r>
    </w:p>
    <w:p>
      <w:pPr>
        <w:jc w:val="right"/>
      </w:pPr>
      <w:r>
        <w:t>ہمیں کچھ پتہ نہیں تھا۔ تو اللہ تعالیٰ نے پیغمبروں کو بھیجا اور یہ امت وسط بنائی، امت وسط۔</w:t>
      </w:r>
    </w:p>
    <w:p>
      <w:r>
        <w:rPr>
          <w:b/>
        </w:rPr>
        <w:t xml:space="preserve">[50:59] </w:t>
      </w:r>
      <w:r>
        <w:t>khatm yaani khatm-e-nubowat ke baad.</w:t>
      </w:r>
    </w:p>
    <w:p>
      <w:pPr>
        <w:jc w:val="right"/>
      </w:pPr>
      <w:r>
        <w:t>ختم یعنی ختم نبوت کے بعد۔</w:t>
      </w:r>
    </w:p>
    <w:p>
      <w:r>
        <w:rPr>
          <w:b/>
        </w:rPr>
        <w:t xml:space="preserve">[51:04] </w:t>
      </w:r>
      <w:r>
        <w:t>taake Allah ka yeh kaam barabar hota rahe. har generation mein, har zamanay mein, har har har mulk mein.</w:t>
      </w:r>
    </w:p>
    <w:p>
      <w:pPr>
        <w:jc w:val="right"/>
      </w:pPr>
      <w:r>
        <w:t>تاکہ اللہ کا یہ کام برابر ہوتا رہے۔ ہر جنریشن میں، ہر زمانے میں، ہر ہر ہر ملک میں۔</w:t>
      </w:r>
    </w:p>
    <w:p>
      <w:r>
        <w:rPr>
          <w:b/>
        </w:rPr>
        <w:t xml:space="preserve">[51:13] </w:t>
      </w:r>
      <w:r>
        <w:t>aur wahan par yeh na ho ke koi yeh khara ho kar keh sake ke hum to bekhabar the, humein pata hi nahi tha ke</w:t>
      </w:r>
    </w:p>
    <w:p>
      <w:pPr>
        <w:jc w:val="right"/>
      </w:pPr>
      <w:r>
        <w:t>اور وہاں پر یہ نہ ہو کہ کوئی یہ کھڑا ہو کر کہہ سکے کہ ہم تو بے خبر تھے، ہمیں پتہ ہی نہیں تھا کہ</w:t>
      </w:r>
    </w:p>
    <w:p>
      <w:r>
        <w:rPr>
          <w:b/>
        </w:rPr>
        <w:t xml:space="preserve">[51:25] </w:t>
      </w:r>
      <w:r>
        <w:t>mansooba elahi kya hai, hamein kis anjam se dochar hona hai.</w:t>
      </w:r>
    </w:p>
    <w:p>
      <w:pPr>
        <w:jc w:val="right"/>
      </w:pPr>
      <w:r>
        <w:t>منصوبہ الہی کیا ہے، ہمیں کس انجام سے دوچار ہونا ہے۔</w:t>
      </w:r>
    </w:p>
    <w:p>
      <w:r>
        <w:rPr>
          <w:b/>
        </w:rPr>
        <w:t xml:space="preserve">[51:32] </w:t>
      </w:r>
      <w:r>
        <w:t>is hujjat ko hatane ke liye, yeh hujjat Allah par na rahe, is ke liye dawat e ila Allah hai. to kitni sangin baat hai, ghaur kijiye.</w:t>
      </w:r>
    </w:p>
    <w:p>
      <w:pPr>
        <w:jc w:val="right"/>
      </w:pPr>
      <w:r>
        <w:t>اس حجت کو ہٹانے کے لیے، یہ حجت اللہ پر نہ رہے، اس کے لیے دعوت الی اللہ ہے۔ تو کتنی سنگین بات ہے، غور کیجیے۔</w:t>
      </w:r>
    </w:p>
    <w:p>
      <w:r>
        <w:rPr>
          <w:b/>
        </w:rPr>
        <w:t xml:space="preserve">[51:45] </w:t>
      </w:r>
      <w:r>
        <w:t>is ke liye aap har qurbani jo karenge, woh Allah ke yahan likhi jayegi. aur bohat zyada is ka inaam milega.</w:t>
      </w:r>
    </w:p>
    <w:p>
      <w:pPr>
        <w:jc w:val="right"/>
      </w:pPr>
      <w:r>
        <w:t>اس کے لیے آپ ہر قربانی جو کریں گے، وہ اللہ کے یہاں لکھی جائے گی۔ اور بہت زیادہ اس کا انعام ملے گا۔</w:t>
      </w:r>
    </w:p>
    <w:p>
      <w:r>
        <w:rPr>
          <w:b/>
        </w:rPr>
        <w:t xml:space="preserve">[51:57] </w:t>
      </w:r>
      <w:r>
        <w:t>bohat zyada inaam milega is ka. to dawat ka kaam koi saada kaam nahi hai. na yeh na announcement hai, na yeh hai ke kuch tadad badh jaye.</w:t>
      </w:r>
    </w:p>
    <w:p>
      <w:pPr>
        <w:jc w:val="right"/>
      </w:pPr>
      <w:r>
        <w:t>بہت زیادہ انعام ملے گا اس کا۔ تو دعوت کا کام کوئی سادہ کام نہیں ہے۔ نہ یہ نہ اناؤنسمنٹ ہے، نہ یہ ہے کہ کچھ تعداد بڑھ جائے۔</w:t>
      </w:r>
    </w:p>
    <w:p>
      <w:r>
        <w:rPr>
          <w:b/>
        </w:rPr>
        <w:t xml:space="preserve">[52:12] </w:t>
      </w:r>
      <w:r>
        <w:t>tadad badhane ke liye nahi dawat ka kaam hota.</w:t>
      </w:r>
    </w:p>
    <w:p>
      <w:pPr>
        <w:jc w:val="right"/>
      </w:pPr>
      <w:r>
        <w:t>تعداد بڑھانے کے لیے نہیں دعوت کا کام ہوتا۔</w:t>
      </w:r>
    </w:p>
    <w:p>
      <w:r>
        <w:rPr>
          <w:b/>
        </w:rPr>
        <w:t xml:space="preserve">[52:17] </w:t>
      </w:r>
      <w:r>
        <w:t>sachai logon ke dil mein utre, is ke liye hota hai. Allah par hujjat na rahe, is ke liye utra hai, hota hai.</w:t>
      </w:r>
    </w:p>
    <w:p>
      <w:pPr>
        <w:jc w:val="right"/>
      </w:pPr>
      <w:r>
        <w:t>سچائی لوگوں کے دلوں میں اترے، اس کے لیے ہوتا ہے۔ اللہ پر حجت نہ رہے، اس کے لیے اترا ہے، ہوتا ہے۔</w:t>
      </w:r>
    </w:p>
    <w:p>
      <w:r>
        <w:rPr>
          <w:b/>
        </w:rPr>
        <w:t xml:space="preserve">[52:29] </w:t>
      </w:r>
      <w:r>
        <w:t>logon ko jannat ka rasta maloom ho jaye, is ke liye dawat ka kaam kiya jata hai.</w:t>
      </w:r>
    </w:p>
    <w:p>
      <w:pPr>
        <w:jc w:val="right"/>
      </w:pPr>
      <w:r>
        <w:t>لوگوں کو جنت کا راستہ معلوم ہو جائے، اس کے لیے دعوت کا کام کیا جاتا ہے۔</w:t>
      </w:r>
    </w:p>
    <w:p>
      <w:r>
        <w:rPr>
          <w:b/>
        </w:rPr>
        <w:t xml:space="preserve">[52:36] </w:t>
      </w:r>
      <w:r>
        <w:t>log jahannum se agah ho jayein, is ke liye dawat ka kaam hota hai.</w:t>
      </w:r>
    </w:p>
    <w:p>
      <w:pPr>
        <w:jc w:val="right"/>
      </w:pPr>
      <w:r>
        <w:t>لوگ جہنم سے آگاہ ہو جائیں، اس کے لیے دعوت کا کام ہوتا ہے۔</w:t>
      </w:r>
    </w:p>
    <w:p>
      <w:r>
        <w:rPr>
          <w:b/>
        </w:rPr>
        <w:t xml:space="preserve">[52:43] </w:t>
      </w:r>
      <w:r>
        <w:t>kyun ke masla akhirat ke liye kaam hota hai. yaani kaam hota hai dunya mein. lekin asal mein woh masla akhirat, is ka muharrik hota hai.</w:t>
      </w:r>
    </w:p>
    <w:p>
      <w:pPr>
        <w:jc w:val="right"/>
      </w:pPr>
      <w:r>
        <w:t>کیونکہ مسئلہ آخرت کے لیے کام ہوتا ہے۔ یعنی کام ہوتا ہے دنیا میں۔ لیکن اصلًا وہ مسئلہ آخرت، اس کا محرک ہوتا ہے۔</w:t>
      </w:r>
    </w:p>
    <w:p>
      <w:r>
        <w:rPr>
          <w:b/>
        </w:rPr>
        <w:t xml:space="preserve">[52:58] </w:t>
      </w:r>
      <w:r>
        <w:t>to sochiye kitna sangin hai. kitna sangin hai.</w:t>
      </w:r>
    </w:p>
    <w:p>
      <w:pPr>
        <w:jc w:val="right"/>
      </w:pPr>
      <w:r>
        <w:t>تو سوچیے کتنا سنگین ہے۔ کتنا سنگین ہے۔</w:t>
      </w:r>
    </w:p>
    <w:p>
      <w:r>
        <w:rPr>
          <w:b/>
        </w:rPr>
        <w:t xml:space="preserve">[53:07] </w:t>
      </w:r>
      <w:r>
        <w:t>kitna sangin hai yeh kaam. to yeh kaam jo hai, aap ko is tarah karna hoga ke qaumi jazbat ko kuchalna hoga.</w:t>
      </w:r>
    </w:p>
    <w:p>
      <w:pPr>
        <w:jc w:val="right"/>
      </w:pPr>
      <w:r>
        <w:t>کتنا سنگین ہے یہ کام۔ تو یہ کام جو ہے، آپ کو اس طرح کرنا ہوگا کہ قومی جذبات کو کچلنا ہوگا۔</w:t>
      </w:r>
    </w:p>
    <w:p>
      <w:r>
        <w:rPr>
          <w:b/>
        </w:rPr>
        <w:t xml:space="preserve">[53:24] </w:t>
      </w:r>
      <w:r>
        <w:t>qaumi jazbat ko kuchal kar khatam karna hoga.</w:t>
      </w:r>
    </w:p>
    <w:p>
      <w:pPr>
        <w:jc w:val="right"/>
      </w:pPr>
      <w:r>
        <w:t>قومی جذبات کو کچل کر ختم کرنا ہوگا۔</w:t>
      </w:r>
    </w:p>
    <w:p>
      <w:r>
        <w:rPr>
          <w:b/>
        </w:rPr>
        <w:t xml:space="preserve">[53:31] </w:t>
      </w:r>
      <w:r>
        <w:t>sirf yeh dekhna hoga ke Allah ki marzi kya hai. bas dawat ka faida kis mein hai? bas hamare qaumi jazbat, is ko peeche theek karna padega.</w:t>
      </w:r>
    </w:p>
    <w:p>
      <w:pPr>
        <w:jc w:val="right"/>
      </w:pPr>
      <w:r>
        <w:t>صرف یہ دیکھنا ہوگا کہ اللہ کی مرضی کیا ہے۔ بس دعوت کا فائدہ کس میں ہے؟ بس ہمارے قومی جذبات، اس کو پیچھے ٹھیک کرنا پڑے گا۔</w:t>
      </w:r>
    </w:p>
    <w:p>
      <w:r>
        <w:rPr>
          <w:b/>
        </w:rPr>
        <w:t xml:space="preserve">[53:46] </w:t>
      </w:r>
      <w:r>
        <w:t>woh Allah ka concern nahi hai. hamare qaumi jazbat jo hain, woh Allah ka concern nahi hai woh. to qaumi jazbat ke mamle mein aap ko nuqsan uthana padega.</w:t>
      </w:r>
    </w:p>
    <w:p>
      <w:pPr>
        <w:jc w:val="right"/>
      </w:pPr>
      <w:r>
        <w:t>وہ اللہ کا کنسرن نہیں ہے۔ ہمارے قومی جذبات جو ہیں، وہ اللہ کا کنسرن نہیں ہے وہ۔ تو قومی جذبات کے معاملے میں آپ کو نقصان اٹھانا پڑے گا۔</w:t>
      </w:r>
    </w:p>
    <w:p>
      <w:r>
        <w:rPr>
          <w:b/>
        </w:rPr>
        <w:t xml:space="preserve">[53:58] </w:t>
      </w:r>
      <w:r>
        <w:t>peeche hatna padega.</w:t>
      </w:r>
    </w:p>
    <w:p>
      <w:pPr>
        <w:jc w:val="right"/>
      </w:pPr>
      <w:r>
        <w:t>پیچھے ہٹنا پڑے گا۔</w:t>
      </w:r>
    </w:p>
    <w:p>
      <w:r>
        <w:rPr>
          <w:b/>
        </w:rPr>
        <w:t xml:space="preserve">[54:05] </w:t>
      </w:r>
      <w:r>
        <w:t>doosron, doosre aap ko satayein, tab bhi aap ke apne dil mein un ke khilaf manfi jazbat na aayein.</w:t>
      </w:r>
    </w:p>
    <w:p>
      <w:pPr>
        <w:jc w:val="right"/>
      </w:pPr>
      <w:r>
        <w:t>دوسروں، دوسرے آپ کو ستائیں، تب بھی آپ کے اپنے دل میں ان کے خلاف منفی جذبات نہ آئیں۔</w:t>
      </w:r>
    </w:p>
    <w:p>
      <w:r>
        <w:rPr>
          <w:b/>
        </w:rPr>
        <w:t xml:space="preserve">[54:14] </w:t>
      </w:r>
      <w:r>
        <w:t>yeh yeh yeh karna hoga. yeh sab se zyada sanjeeda kaam jo is zameen par hai, woh dawat e ila Allah hai. is tarah sanjeeda kaam aur koi nahi.</w:t>
      </w:r>
    </w:p>
    <w:p>
      <w:pPr>
        <w:jc w:val="right"/>
      </w:pPr>
      <w:r>
        <w:t>یہ یہ یہ کرنا ہوگا۔ یہ سب سے زیادہ سنجیدہ کام جو اس زمین پر ہے، وہ دعوت الی اللہ ہے۔ اس طرح سنجیدہ کام اور کوئی نہیں۔</w:t>
      </w:r>
    </w:p>
    <w:p>
      <w:r>
        <w:rPr>
          <w:b/>
        </w:rPr>
        <w:t xml:space="preserve">[54:26] </w:t>
      </w:r>
      <w:r>
        <w:t>jitna sanjeeda hota hai aadmi ek, jo business wala aadmi, jo customer friendly ban jata hai woh, us se billion time zyada sanjeeda kaam hai</w:t>
      </w:r>
    </w:p>
    <w:p>
      <w:pPr>
        <w:jc w:val="right"/>
      </w:pPr>
      <w:r>
        <w:t>جتنا سنجیدہ ہوتا ہے آدمی ایک، جو بزنس والا آدمی، جو کسٹمر فرینڈلی بن جاتا ہے وہ، اس سے بلین ٹائم زیادہ سنجیدہ کام ہے</w:t>
      </w:r>
    </w:p>
    <w:p>
      <w:r>
        <w:rPr>
          <w:b/>
        </w:rPr>
        <w:t xml:space="preserve">[54:35] </w:t>
      </w:r>
      <w:r>
        <w:t>yeh. billion time zyada.</w:t>
      </w:r>
    </w:p>
    <w:p>
      <w:pPr>
        <w:jc w:val="right"/>
      </w:pPr>
      <w:r>
        <w:t>یہ۔ بلین ٹائم زیادہ۔</w:t>
      </w:r>
    </w:p>
    <w:p>
      <w:r>
        <w:rPr>
          <w:b/>
        </w:rPr>
        <w:t xml:space="preserve">[54:46] </w:t>
      </w:r>
      <w:r>
        <w:t>ek sahab ne mujhe ek qissa bataya purane dilli ka. is se pehle main purane dilli mein rehta tha. ke purane dilli mein musalman zyada hain.</w:t>
      </w:r>
    </w:p>
    <w:p>
      <w:pPr>
        <w:jc w:val="right"/>
      </w:pPr>
      <w:r>
        <w:t>ایک صاحب نے مجھے ایک قصہ بتایا پرانے دلی کا۔ اس سے پہلے میں پرانے دلی میں رہتا تھا۔ کہ پرانے دلی میں مسلمان زیادہ ہیں۔</w:t>
      </w:r>
    </w:p>
    <w:p>
      <w:r>
        <w:rPr>
          <w:b/>
        </w:rPr>
        <w:t xml:space="preserve">[54:57] </w:t>
      </w:r>
      <w:r>
        <w:t>baaz area musalman hi musalman hain. is ilaqe mein ek hindu ne kapde ki dukan kholi.</w:t>
      </w:r>
    </w:p>
    <w:p>
      <w:pPr>
        <w:jc w:val="right"/>
      </w:pPr>
      <w:r>
        <w:t>بعض ایریا مسلمان ہی مسلمان ہیں۔ اس علاقے میں ایک ہندو نے کپڑے کی دکان کھولی۔</w:t>
      </w:r>
    </w:p>
    <w:p>
      <w:r>
        <w:rPr>
          <w:b/>
        </w:rPr>
        <w:t xml:space="preserve">[55:08] </w:t>
      </w:r>
      <w:r>
        <w:t>yaani saari abadi musalmanon ki hai aas paas. aur dukan kapde ki hindu ne kholi. to ek ek ek ek senior musalman jo hain,</w:t>
      </w:r>
    </w:p>
    <w:p>
      <w:pPr>
        <w:jc w:val="right"/>
      </w:pPr>
      <w:r>
        <w:t>یعنی سارے آبادی مسلمانوں کی ہے آس پاس۔ اور دکان کپڑے کی ہندو نے کھولی۔ تو ایک ایک ایک ایک سینئر مسلمان جو ہیں،</w:t>
      </w:r>
    </w:p>
    <w:p>
      <w:r>
        <w:rPr>
          <w:b/>
        </w:rPr>
        <w:t xml:space="preserve">[55:22] </w:t>
      </w:r>
      <w:r>
        <w:t>zyada umar wale, to un ko musalmanon se shikayatein hua karti thi. un se shikayat, un se shikayat, jaisa aksar hota hai.</w:t>
      </w:r>
    </w:p>
    <w:p>
      <w:pPr>
        <w:jc w:val="right"/>
      </w:pPr>
      <w:r>
        <w:t>زیادہ عمر والے، تو ان کو مسلمانوں سے شکایتیں ہوا کرتی تھیں۔ ان سے شکایت، ان سے شکایت، جیسا اکثر ہوتا ہے۔</w:t>
      </w:r>
    </w:p>
    <w:p>
      <w:r>
        <w:rPr>
          <w:b/>
        </w:rPr>
        <w:t xml:space="preserve">[55:33] </w:t>
      </w:r>
      <w:r>
        <w:t>to un ki dukan par aa kar baithne lage. is hindu ki dukan par aa kar baithne lage. aur karte the, kaha shikayaton ke daftar kholte the.</w:t>
      </w:r>
    </w:p>
    <w:p>
      <w:pPr>
        <w:jc w:val="right"/>
      </w:pPr>
      <w:r>
        <w:t>تو ان کی دکان پر آ کر بیٹھنے لگے۔ اس ہندو کی دکان پر آ کر بیٹھنے لگے۔ اور کرتے تھے، کہا شکایتیں کے دفتر کھولتے تھے۔</w:t>
      </w:r>
    </w:p>
    <w:p>
      <w:r>
        <w:rPr>
          <w:b/>
        </w:rPr>
        <w:t xml:space="preserve">[55:42] </w:t>
      </w:r>
      <w:r>
        <w:t>dekho falan aisa hai, dekho falan aisa hai, dekho falan aisa hai.</w:t>
      </w:r>
    </w:p>
    <w:p>
      <w:pPr>
        <w:jc w:val="right"/>
      </w:pPr>
      <w:r>
        <w:t>دیکھو فلاں ایسا ہے، دیکھو فلاں ایسا ہے، دیکھو فلاں ایسا ہے۔</w:t>
      </w:r>
    </w:p>
    <w:p>
      <w:r>
        <w:rPr>
          <w:b/>
        </w:rPr>
        <w:t xml:space="preserve">[55:49] </w:t>
      </w:r>
      <w:r>
        <w:t>to aakhir mein ek din kya hua ke woh dukandar jo tha, us ne woh haath jod kar khada ho gaya. ke bhai sahib,</w:t>
      </w:r>
    </w:p>
    <w:p>
      <w:pPr>
        <w:jc w:val="right"/>
      </w:pPr>
      <w:r>
        <w:t>تو آخر میں ایک دن کیا ہوا کہ وہ دکاندار جو تھا، اس نے وہ ہاتھ جوڑ کر کھڑا ہو گیا۔ کہ بھائی صاحب،</w:t>
      </w:r>
    </w:p>
    <w:p>
      <w:r>
        <w:rPr>
          <w:b/>
        </w:rPr>
        <w:t xml:space="preserve">[56:01] </w:t>
      </w:r>
      <w:r>
        <w:t>yeh daftar aap mat kholiye yahan.</w:t>
      </w:r>
    </w:p>
    <w:p>
      <w:pPr>
        <w:jc w:val="right"/>
      </w:pPr>
      <w:r>
        <w:t>یہ دفتر آپ مت کھولیے یہاں۔</w:t>
      </w:r>
    </w:p>
    <w:p>
      <w:r>
        <w:rPr>
          <w:b/>
        </w:rPr>
        <w:t xml:space="preserve">[56:06] </w:t>
      </w:r>
      <w:r>
        <w:t>us ne jo baat kahi thi, badi anokhi baat thi.</w:t>
      </w:r>
    </w:p>
    <w:p>
      <w:pPr>
        <w:jc w:val="right"/>
      </w:pPr>
      <w:r>
        <w:t>اس نے جو بات کہی تھی، بڑی انوکھی بات تھی۔</w:t>
      </w:r>
    </w:p>
    <w:p>
      <w:r>
        <w:rPr>
          <w:b/>
        </w:rPr>
        <w:t xml:space="preserve">[56:11] </w:t>
      </w:r>
      <w:r>
        <w:t>us ne kaha ke jin ki aap shikayatein karte hain, woh mere gaaahak hain. woh mere customer hain. agar un ke liye mere dil mein nafrat aa jaye, to main un se business nahi kar sakta.</w:t>
      </w:r>
    </w:p>
    <w:p>
      <w:pPr>
        <w:jc w:val="right"/>
      </w:pPr>
      <w:r>
        <w:t>اس نے کہا کہ جن کی آپ شکایتیں کرتے ہیں، وہ میرے گاہک ہیں۔ وہ میرے کسٹمر ہیں۔ اگر ان کے لیے میرے دل میں نفرت آ جائے، تو میں ان سے بزنس نہیں کر سکتا۔</w:t>
      </w:r>
    </w:p>
    <w:p>
      <w:r>
        <w:rPr>
          <w:b/>
        </w:rPr>
        <w:t xml:space="preserve">[56:28] </w:t>
      </w:r>
      <w:r>
        <w:t>business chalti hai mohabbat par, meethe bol par, khair khwahi par</w:t>
      </w:r>
    </w:p>
    <w:p>
      <w:pPr>
        <w:jc w:val="right"/>
      </w:pPr>
      <w:r>
        <w:t>بزنس چلتی ہے محبت پر، میٹھے بول پر، خیر خواہی پر</w:t>
      </w:r>
    </w:p>
    <w:p>
      <w:r>
        <w:rPr>
          <w:b/>
        </w:rPr>
        <w:t xml:space="preserve">[56:34] </w:t>
      </w:r>
      <w:r>
        <w:t>. to aap ki baat sun sun kar ke agar mere dil mein nafrat aa gayi, to main un se business nahi kar sakta.</w:t>
      </w:r>
    </w:p>
    <w:p>
      <w:pPr>
        <w:jc w:val="right"/>
      </w:pPr>
      <w:r>
        <w:t>۔ تو آپ کی بات سن سن کر کہ اگر میرے دل میں نفرت آ گئی، تو میں ان سے بزنس نہیں کر سکتا۔</w:t>
      </w:r>
    </w:p>
    <w:p>
      <w:r>
        <w:rPr>
          <w:b/>
        </w:rPr>
        <w:t xml:space="preserve">[56:44] </w:t>
      </w:r>
      <w:r>
        <w:t>yehi baat jo hai, billion time zyada hona chahiye ek daai ke andar. aise akhbaron ko musalman kehna chahiye ke tum mat akhbaron mein aisi khataam sahib chhaapo, jis se hamare dil mein nafrat aati hai.</w:t>
      </w:r>
    </w:p>
    <w:p>
      <w:pPr>
        <w:jc w:val="right"/>
      </w:pPr>
      <w:r>
        <w:t>یہی بات جو ہے، بلین ٹائم زیادہ ہونا چاہیے ایک داعی کے اندر۔ ایسے اخباروں کو مسلمان کہنا چاہیے کہ تم مت اخباروں میں ایسی خاتمہ صاحب چھاپو، جس سے ہمارے دل میں نفرت آتی ہے۔</w:t>
      </w:r>
    </w:p>
    <w:p>
      <w:r>
        <w:rPr>
          <w:b/>
        </w:rPr>
        <w:t xml:space="preserve">[57:00] </w:t>
      </w:r>
      <w:r>
        <w:t>aise jalsay jo karte ho, aise jalsay ko band karo.</w:t>
      </w:r>
    </w:p>
    <w:p>
      <w:pPr>
        <w:jc w:val="right"/>
      </w:pPr>
      <w:r>
        <w:t>ایسے جلسے جو کرتے ہو، ایسے جلسے کو بند کرو۔</w:t>
      </w:r>
    </w:p>
    <w:p>
      <w:r>
        <w:rPr>
          <w:b/>
        </w:rPr>
        <w:t xml:space="preserve">[57:06] </w:t>
      </w:r>
      <w:r>
        <w:t>musalmanon ko kehna chahiye ke aise jalsay band karo, aisi taqreerein band karo, aise akhbar band karo. jo ke parh parh kar aur sun kar ke hamare dil mein nafrat aati hai insaanon ke bare mein.</w:t>
      </w:r>
    </w:p>
    <w:p>
      <w:pPr>
        <w:jc w:val="right"/>
      </w:pPr>
      <w:r>
        <w:t>مسلمانوں کو کہنا چاہیے کہ ایسے جلسے بند کرو، ایسی تقریریں بند کرو، ایسے اخبار بند کرو۔ جو کہ پڑھ پڑھ کر اور سن کر کے ہمارے دل میں نفرت آتی ہے انسانوں کے بارے میں۔</w:t>
      </w:r>
    </w:p>
    <w:p>
      <w:r>
        <w:rPr>
          <w:b/>
        </w:rPr>
        <w:t xml:space="preserve">[57:15] </w:t>
      </w:r>
      <w:r>
        <w:t>kyunke woh hamare mauzu hain. aaj kal kya hai, dekhiye. musalmanon, kisi akhbar ko parhiye. musalmanon, kisi jalsay mein jaiye.</w:t>
      </w:r>
    </w:p>
    <w:p>
      <w:pPr>
        <w:jc w:val="right"/>
      </w:pPr>
      <w:r>
        <w:t>کیونکہ وہ ہمارے موضوع ہیں۔ آج کل کیا ہے، دیکھیے۔ مسلمانوں، کسی اخبار کو پڑھیے۔ مسلمانوں، کسی جلسے میں جائیے۔</w:t>
      </w:r>
    </w:p>
    <w:p>
      <w:r>
        <w:rPr>
          <w:b/>
        </w:rPr>
        <w:t xml:space="preserve">[57:26] </w:t>
      </w:r>
      <w:r>
        <w:t>musalmanon, kisi taqreer ko suniye. hatta ke musalmanon, kisi majlis mein baithiye. bas shikayat, ihtijaj, yeh baatein hoti hain.</w:t>
      </w:r>
    </w:p>
    <w:p>
      <w:pPr>
        <w:jc w:val="right"/>
      </w:pPr>
      <w:r>
        <w:t>مسلمانوں، کسی تقریر کو سنیے۔ حتیٰ کہ مسلمانوں، کسی مجلس میں بیٹھیے۔ بس شکایت، احتجاج، یہ باتیں ہوتی ہیں۔</w:t>
      </w:r>
    </w:p>
    <w:p>
      <w:r>
        <w:rPr>
          <w:b/>
        </w:rPr>
        <w:t xml:space="preserve">[57:37] </w:t>
      </w:r>
      <w:r>
        <w:t>hindu ne yeh kar diya, america ne yeh kar diya, yahudi ne yeh kar diya. sab zulm ki dastaanein. to aap ko chala kar kehna chahiye ke logon, band karo is is karobar ko.</w:t>
      </w:r>
    </w:p>
    <w:p>
      <w:pPr>
        <w:jc w:val="right"/>
      </w:pPr>
      <w:r>
        <w:t>ہندو نے یہ کر دیا، امریکہ نے یہ کر دیا، یہودی نے یہ کر دیا۔ سب ظلم کی داستانیں۔ تو آپ کو چلا کر کہنا چاہیے کہ لوگوں، بند کرو اس اس کاروبار کو۔</w:t>
      </w:r>
    </w:p>
    <w:p>
      <w:r>
        <w:rPr>
          <w:b/>
        </w:rPr>
        <w:t xml:space="preserve">[57:50] </w:t>
      </w:r>
      <w:r>
        <w:t>is ne hamein matanafar kar rakha hai insaan se.</w:t>
      </w:r>
    </w:p>
    <w:p>
      <w:pPr>
        <w:jc w:val="right"/>
      </w:pPr>
      <w:r>
        <w:t>اس نے ہمیں متنفر کر رکھا ہے انسان سے۔</w:t>
      </w:r>
    </w:p>
    <w:p>
      <w:r>
        <w:rPr>
          <w:b/>
        </w:rPr>
        <w:t xml:space="preserve">[57:56] </w:t>
      </w:r>
      <w:r>
        <w:t>tumhari baaton ne, tumhari taqreeron ne, tumhare akhbaron mein, yeh jo tum akhbar nikaalte ho, yeh jo jalsay karte ho, yeh jo taqreerein karte ho, is ne hamein mauzu ke bare mein matanafar kar diya hai.</w:t>
      </w:r>
    </w:p>
    <w:p>
      <w:pPr>
        <w:jc w:val="right"/>
      </w:pPr>
      <w:r>
        <w:t>تمہاری باتوں نے، تمہاری تقریروں نے، تمہارے اخباروں میں، یہ جو تم اخبار نکالتے ہو، یہ جو جلسے کرتے ہو، یہ جو تقریریں کرتے ہو، اس نے ہمیں موضوع کے بارے میں متنفر کر دیا ہے۔</w:t>
      </w:r>
    </w:p>
    <w:p>
      <w:r>
        <w:rPr>
          <w:b/>
        </w:rPr>
        <w:t xml:space="preserve">[58:09] </w:t>
      </w:r>
      <w:r>
        <w:t>mauzu ke bare mein negative bana diya hai. band karo is kaam ko. warna tum bhi pakad jaoge, hum bhi pakad jayenge Allah taala ke haan.</w:t>
      </w:r>
    </w:p>
    <w:p>
      <w:pPr>
        <w:jc w:val="right"/>
      </w:pPr>
      <w:r>
        <w:t>موضوع کے بارے میں نیگیٹیو بنا دیا ہے۔ بند کرو اس کام کو۔ ورنہ تم بھی پکڑ جاؤ گے، ہم بھی پکڑ جائیں گے اللہ تعالیٰ کے ہاں۔</w:t>
      </w:r>
    </w:p>
    <w:p>
      <w:r>
        <w:rPr>
          <w:b/>
        </w:rPr>
        <w:t xml:space="preserve">[58:24] </w:t>
      </w:r>
      <w:r>
        <w:t>dekhiye, yeh bohat zyada sanjeeda baat hai. bohat zyada sochne ki baat hai. yeh koi shayari nahi hai, yeh koi khitabat nahi hai, yeh koi insha pardazi nahi hai.</w:t>
      </w:r>
    </w:p>
    <w:p>
      <w:pPr>
        <w:jc w:val="right"/>
      </w:pPr>
      <w:r>
        <w:t>دیکھیے، یہ بہت زیادہ سنجیدہ بات ہے۔ بہت زیادہ سوچنے کی بات ہے۔ یہ کوئی شاعری نہیں ہے، یہ کوئی خطابت نہیں ہے، یہ کوئی انشاء پردازی نہیں ہے۔</w:t>
      </w:r>
    </w:p>
    <w:p>
      <w:r>
        <w:rPr>
          <w:b/>
        </w:rPr>
        <w:t xml:space="preserve">[58:39] </w:t>
      </w:r>
      <w:r>
        <w:t>ek haqeeqat hai ke yeh jo akhbarat nikalte hain musalmanon ke, yeh jalsay jo hote hain musalmanon ke, jo taqreerein hoti hain muslim sahabaan ki, yeh sab manfi hoti hain, manfi hoti hain, manfi hoti hain.</w:t>
      </w:r>
    </w:p>
    <w:p>
      <w:pPr>
        <w:jc w:val="right"/>
      </w:pPr>
      <w:r>
        <w:t>ایک حقیقت ہے کہ یہ جو اخبارات نکلتے ہیں مسلمانوں کے، یہ جلسے جو ہوتے ہیں مسلمانوں کے، جو تقریریں ہوتی ہیں مسلم صاحبان کی، یہ سب منفی ہوتی ہیں، منفی ہوتی ہیں، منفی ہوتی ہیں۔</w:t>
      </w:r>
    </w:p>
    <w:p>
      <w:r>
        <w:rPr>
          <w:b/>
        </w:rPr>
        <w:t xml:space="preserve">[58:54] </w:t>
      </w:r>
      <w:r>
        <w:t>aur is ki wajah se kya hota hai? musalmanon ke andar negative thinking aati hai.</w:t>
      </w:r>
    </w:p>
    <w:p>
      <w:pPr>
        <w:jc w:val="right"/>
      </w:pPr>
      <w:r>
        <w:t>اور اس کی وجہ سے کیا ہوتا ہے؟ مسلمانوں کے اندر نیگیٹیو تھنکنگ آتی ہے۔</w:t>
      </w:r>
    </w:p>
    <w:p>
      <w:r>
        <w:rPr>
          <w:b/>
        </w:rPr>
        <w:t xml:space="preserve">[59:02] </w:t>
      </w:r>
      <w:r>
        <w:t>to mauzu friendly behaviour na ho kar ke mauzu unfriendly behaviour ban gaya hai. kyunke dushman samajhte hain in ko. yeh zulm kar rahe hain, yeh saazish kar rahe hain.</w:t>
      </w:r>
    </w:p>
    <w:p>
      <w:pPr>
        <w:jc w:val="right"/>
      </w:pPr>
      <w:r>
        <w:t>تو موضوع فرینڈلی بیہیویئر نہ ہو کر کے موضوع ان فرینڈلی بیہیویئر بن گیا ہے۔ کیونکہ دشمن سمجھتے ہیں ان کو۔ یہ ظلم کر رہے ہیں، یہ سازش کر رہے ہیں۔</w:t>
      </w:r>
    </w:p>
    <w:p>
      <w:r>
        <w:rPr>
          <w:b/>
        </w:rPr>
        <w:t xml:space="preserve">[59:18] </w:t>
      </w:r>
      <w:r>
        <w:t>to yeh hai bohat hi sanjeeda baat jis par saare musalmanon ko sochna chahiye.</w:t>
      </w:r>
    </w:p>
    <w:p>
      <w:pPr>
        <w:jc w:val="right"/>
      </w:pPr>
      <w:r>
        <w:t>تو یہ ہے بہت ہی سنجیدہ بات جس پر سارے مسلمانوں کو سوچنا چاہیے۔</w:t>
      </w:r>
    </w:p>
    <w:p>
      <w:r>
        <w:rPr>
          <w:b/>
        </w:rPr>
        <w:t xml:space="preserve">[59:28] </w:t>
      </w:r>
      <w:r>
        <w:t>kyunke maut bohat qareeb hai. qayamat bohat qareeb hai. Allah ke samne hazri bohat qareeb hai. jannat aur jahannum bohat qareeb hain hamare.</w:t>
      </w:r>
    </w:p>
    <w:p>
      <w:pPr>
        <w:jc w:val="right"/>
      </w:pPr>
      <w:r>
        <w:t>کیونکہ موت بہت قریب ہے۔ قیامت بہت قریب ہے۔ اللہ کے سامنے حاضری بہت قریب ہے۔ جنت اور جہنم بہت قریب ہیں ہمارے۔</w:t>
      </w:r>
    </w:p>
    <w:p>
      <w:r>
        <w:rPr>
          <w:b/>
        </w:rPr>
        <w:t xml:space="preserve">[59:44] </w:t>
      </w:r>
      <w:r>
        <w:t>is se pehle ke</w:t>
      </w:r>
    </w:p>
    <w:p>
      <w:pPr>
        <w:jc w:val="right"/>
      </w:pPr>
      <w:r>
        <w:t>اس سے پہلے کہ</w:t>
      </w:r>
    </w:p>
    <w:p>
      <w:r>
        <w:rPr>
          <w:b/>
        </w:rPr>
        <w:t xml:space="preserve">[59:48] </w:t>
      </w:r>
      <w:r>
        <w:t>kaam ka waqt khatam ho jaye, hamein apni islaah kar lena chahiye.</w:t>
      </w:r>
    </w:p>
    <w:p>
      <w:pPr>
        <w:jc w:val="right"/>
      </w:pPr>
      <w:r>
        <w:t>کام کا وقت ختم ہو جائے، ہمیں اپنی اصلاح کر لینا چاہیے۔</w:t>
      </w:r>
    </w:p>
    <w:p>
      <w:r>
        <w:rPr>
          <w:b/>
        </w:rPr>
        <w:t xml:space="preserve">[59:55] </w:t>
      </w:r>
      <w:r>
        <w:t>is se pehle ke maut ka farishta aa jaye, ya israfeel apna boogal baja dein qayamat ka, in sab waqiyat se pehle pehle hamein apni islaah kar lena chahiye.</w:t>
      </w:r>
    </w:p>
    <w:p>
      <w:pPr>
        <w:jc w:val="right"/>
      </w:pPr>
      <w:r>
        <w:t>اس سے پہلے کہ موت کا فرشتہ آ جائے، یا اسرافیل اپنا بگل بجا دیں قیامت کا، ان سب واقعات سے پہلے پہلے ہمیں اپنی اصلاح کر لینا چاہیے۔</w:t>
      </w:r>
    </w:p>
    <w:p>
      <w:r>
        <w:rPr>
          <w:b/>
        </w:rPr>
        <w:t xml:space="preserve">[1:00:17] </w:t>
      </w:r>
      <w:r>
        <w:t>warna kya hoga? ke hum</w:t>
      </w:r>
    </w:p>
    <w:p>
      <w:pPr>
        <w:jc w:val="right"/>
      </w:pPr>
      <w:r>
        <w:t>ورنہ کیا ہوگا؟ کہ ہم</w:t>
      </w:r>
    </w:p>
    <w:p>
      <w:r>
        <w:rPr>
          <w:b/>
        </w:rPr>
        <w:t xml:space="preserve">[1:00:30] </w:t>
      </w:r>
      <w:r>
        <w:t>pachtayenge aur pachtane ka waqt bhi nahi hoga. lotna chahenge, lotne ka waqt nahi hoga.</w:t>
      </w:r>
    </w:p>
    <w:p>
      <w:pPr>
        <w:jc w:val="right"/>
      </w:pPr>
      <w:r>
        <w:t>پچھتائیں گے اور پچھتانے کا وقت بھی نہیں ہوگا۔ لوٹنا چاہیں گے، لوٹنے کا وقت نہیں ہوگا۔</w:t>
      </w:r>
    </w:p>
    <w:p>
      <w:r>
        <w:rPr>
          <w:b/>
        </w:rPr>
        <w:t xml:space="preserve">[1:00:42] </w:t>
      </w:r>
      <w:r>
        <w:t>dua hai ke Allah taala mujh ko aur aap ko</w:t>
      </w:r>
    </w:p>
    <w:p>
      <w:pPr>
        <w:jc w:val="right"/>
      </w:pPr>
      <w:r>
        <w:t>دعا ہے کہ اللہ تعالیٰ مجھ کو اور آپ کو</w:t>
      </w:r>
    </w:p>
    <w:p>
      <w:r>
        <w:rPr>
          <w:b/>
        </w:rPr>
        <w:t xml:space="preserve">[1:00:47] </w:t>
      </w:r>
      <w:r>
        <w:t>hidayat ki roshni ata farmaye. aqool qawli haza wa astaghfirullah li walakum ajmaeen.</w:t>
      </w:r>
    </w:p>
    <w:p>
      <w:pPr>
        <w:jc w:val="right"/>
      </w:pPr>
      <w:r>
        <w:t>ہدایت کی روشنی عطا فرمائے۔ أقول قولي هذا واستغفرالله لي ولكم اجمعين.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