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Fragments of a CPS Mind 5 May 2006 - Maulana Wahiduddin Khan</w:t>
      </w:r>
    </w:p>
    <w:p>
      <w:r>
        <w:t>https://www.youtube.com/watch?v=_IxGI6LsK8o</w:t>
      </w:r>
    </w:p>
    <w:p>
      <w:r>
        <w:rPr>
          <w:b/>
        </w:rPr>
        <w:t xml:space="preserve">[00:13] </w:t>
      </w:r>
      <w:r>
        <w:t>bismillah rahman rahim, wa salla Allahu ala nabiyyi al-kareem.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main CPS ki hamari jo team hai,</w:t>
      </w:r>
    </w:p>
    <w:p>
      <w:pPr>
        <w:jc w:val="right"/>
      </w:pPr>
      <w:r>
        <w:t>آج میں سی پی ایس کی ہماری جو ٹیم ہے،</w:t>
      </w:r>
    </w:p>
    <w:p>
      <w:r>
        <w:rPr>
          <w:b/>
        </w:rPr>
        <w:t xml:space="preserve">[00:45] </w:t>
      </w:r>
      <w:r>
        <w:t>iski nisbat se kuch baat karna chahta tha, lekin ajeeb baat hai ke</w:t>
      </w:r>
    </w:p>
    <w:p>
      <w:pPr>
        <w:jc w:val="right"/>
      </w:pPr>
      <w:r>
        <w:t>اس کی نسبت سے کچھ بات کرنا چاہتا تھا، لیکن عجیب بات ہے کہ</w:t>
      </w:r>
    </w:p>
    <w:p>
      <w:r>
        <w:rPr>
          <w:b/>
        </w:rPr>
        <w:t xml:space="preserve">[00:55] </w:t>
      </w:r>
      <w:r>
        <w:t>din bhar ki koshish ke bawajood apne mind mein main kuch order ke sath koi baat soch nahi saka.</w:t>
      </w:r>
    </w:p>
    <w:p>
      <w:pPr>
        <w:jc w:val="right"/>
      </w:pPr>
      <w:r>
        <w:t>دن بھر کی کوشش کے باوجود اپنے مائنڈ میں میں کچھ آرڈر کے ساتھ کوئی بات سوچ نہیں سکا۔</w:t>
      </w:r>
    </w:p>
    <w:p>
      <w:r>
        <w:rPr>
          <w:b/>
        </w:rPr>
        <w:t xml:space="preserve">[01:05] </w:t>
      </w:r>
      <w:r>
        <w:t>to main kahunga to CPSC ke bare mein, lekin wo kuch fragmentary andaaz mein hoga, bohat ziyada order iske andar nahi hoga.</w:t>
      </w:r>
    </w:p>
    <w:p>
      <w:pPr>
        <w:jc w:val="right"/>
      </w:pPr>
      <w:r>
        <w:t>تو میں کہوں گا تو سی پی ایس سی کے بارے میں، لیکن وہ کچھ فریگمنٹری انداز میں ہوگا، بہت زیادہ آرڈر اس کے اندر نہیں ہوگا۔</w:t>
      </w:r>
    </w:p>
    <w:p>
      <w:r>
        <w:rPr>
          <w:b/>
        </w:rPr>
        <w:t xml:space="preserve">[01:19] </w:t>
      </w:r>
      <w:r>
        <w:t>to is ke liye main aap logon se maafi chahunga. mujhe yaad aata hai ke hamare desh mein ek bohat bade launded aadmi the, doctor Ram Manohar Lohia.</w:t>
      </w:r>
    </w:p>
    <w:p>
      <w:pPr>
        <w:jc w:val="right"/>
      </w:pPr>
      <w:r>
        <w:t>تو اس کے لیے میں آپ لوگوں سے معافی چاہوں گا۔ مجھے یاد آتا ہے کہ ہمارے دیش میں ایک بہت بڑے لانڈرڈ آدمی تھے، ڈاکٹر رام منوہر لوہیا۔</w:t>
      </w:r>
    </w:p>
    <w:p>
      <w:r>
        <w:rPr>
          <w:b/>
        </w:rPr>
        <w:t xml:space="preserve">[01:36] </w:t>
      </w:r>
      <w:r>
        <w:t>to unki ek kitaab chhapi. is kitaab mein unke kuch mutfarriq qism ke article ya speeches thein.</w:t>
      </w:r>
    </w:p>
    <w:p>
      <w:pPr>
        <w:jc w:val="right"/>
      </w:pPr>
      <w:r>
        <w:t>تو ان کی ایک کتاب چھپی۔ اس کتاب میں ان کے کچھ متفرق قسم کے آرٹیکل یا اسپیچز تھیں۔</w:t>
      </w:r>
    </w:p>
    <w:p>
      <w:r>
        <w:rPr>
          <w:b/>
        </w:rPr>
        <w:t xml:space="preserve">[01:49] </w:t>
      </w:r>
      <w:r>
        <w:t>title likha tha "fragments of a world mind". "fragments of a world mind". to main world mind to nahi keh sakta, lekin yeh kahunga ke aaj jo kuch main bolunga wo "fragments of a" is CPS mind hoga.</w:t>
      </w:r>
    </w:p>
    <w:p>
      <w:pPr>
        <w:jc w:val="right"/>
      </w:pPr>
      <w:r>
        <w:t>ٹائٹل لکھا تھا "فریگمنٹس آف اے ورلڈ مائنڈ"۔ "فریگمنٹس آف اے ورلڈ مائنڈ"۔ تو میں ورلڈ مائنڈ تو نہیں کہہ سکتا، لیکن یہ کہوں گا کہ آج جو کچھ میں بولوں گا وہ "فریگمنٹس آف اے" اس سی پی ایس مائنڈ ہوگا۔</w:t>
      </w:r>
    </w:p>
    <w:p>
      <w:r>
        <w:rPr>
          <w:b/>
        </w:rPr>
        <w:t xml:space="preserve">[02:10] </w:t>
      </w:r>
      <w:r>
        <w:t>"fragments of a CPS mind". dekhen,</w:t>
      </w:r>
    </w:p>
    <w:p>
      <w:pPr>
        <w:jc w:val="right"/>
      </w:pPr>
      <w:r>
        <w:t>"فریگمنٹس آف اے سی پی ایس مائنڈ"۔ دیکھیں،</w:t>
      </w:r>
    </w:p>
    <w:p>
      <w:r>
        <w:rPr>
          <w:b/>
        </w:rPr>
        <w:t xml:space="preserve">[02:18] </w:t>
      </w:r>
      <w:r>
        <w:t>aap logon ko main ek...</w:t>
      </w:r>
    </w:p>
    <w:p>
      <w:pPr>
        <w:jc w:val="right"/>
      </w:pPr>
      <w:r>
        <w:t>آپ لوگوں کو میں ایک...</w:t>
      </w:r>
    </w:p>
    <w:p>
      <w:r>
        <w:rPr>
          <w:b/>
        </w:rPr>
        <w:t xml:space="preserve">[02:23] </w:t>
      </w:r>
      <w:r>
        <w:t>main ne socha kai din se ke agar</w:t>
      </w:r>
    </w:p>
    <w:p>
      <w:pPr>
        <w:jc w:val="right"/>
      </w:pPr>
      <w:r>
        <w:t>میں نے سوچا کئی دن سے کہ اگر</w:t>
      </w:r>
    </w:p>
    <w:p>
      <w:r>
        <w:rPr>
          <w:b/>
        </w:rPr>
        <w:t xml:space="preserve">[02:31] </w:t>
      </w:r>
      <w:r>
        <w:t>bohat din tak main... mujhe nahi maloom ke mujhe kab tak zinda rehna hai.</w:t>
      </w:r>
    </w:p>
    <w:p>
      <w:pPr>
        <w:jc w:val="right"/>
      </w:pPr>
      <w:r>
        <w:t>بہت دن تک میں... مجھے نہیں معلوم کہ مجھے کب تک زندہ رہنا ہے۔</w:t>
      </w:r>
    </w:p>
    <w:p>
      <w:r>
        <w:rPr>
          <w:b/>
        </w:rPr>
        <w:t xml:space="preserve">[02:36] </w:t>
      </w:r>
      <w:r>
        <w:t>to ek baat jo aap se kehne ki thi, main shayad nahi kaha tha is se pehle, is ko main aap ko bata doon.</w:t>
      </w:r>
    </w:p>
    <w:p>
      <w:pPr>
        <w:jc w:val="right"/>
      </w:pPr>
      <w:r>
        <w:t>تو ایک بات جو آپ سے کہنے کی تھی، میں شاید نہیں کہا تھا اس سے پہلے، اس کو میں آپ کو بتا دوں۔</w:t>
      </w:r>
    </w:p>
    <w:p>
      <w:r>
        <w:rPr>
          <w:b/>
        </w:rPr>
        <w:t xml:space="preserve">[02:50] </w:t>
      </w:r>
      <w:r>
        <w:t>wo yeh hai ke history mein... history se murad hai "history of da'wah".</w:t>
      </w:r>
    </w:p>
    <w:p>
      <w:pPr>
        <w:jc w:val="right"/>
      </w:pPr>
      <w:r>
        <w:t>وہ یہ ہے کہ ہسٹری میں... ہسٹری سے مراد ہے "ہسٹری آف دعویٰ"۔</w:t>
      </w:r>
    </w:p>
    <w:p>
      <w:r>
        <w:rPr>
          <w:b/>
        </w:rPr>
        <w:t xml:space="preserve">[03:02] </w:t>
      </w:r>
      <w:r>
        <w:t>"history of da'wah" mein do bade role rakhe gaye the Khuda ki taraf se. ek role ho chuka,</w:t>
      </w:r>
    </w:p>
    <w:p>
      <w:pPr>
        <w:jc w:val="right"/>
      </w:pPr>
      <w:r>
        <w:t>"ہسٹری آف دعویٰ" میں دو بڑے رول رکھے گئے تھے خدا کی طرف سے۔ ایک رول ہو چکا،</w:t>
      </w:r>
    </w:p>
    <w:p>
      <w:r>
        <w:rPr>
          <w:b/>
        </w:rPr>
        <w:t xml:space="preserve">[03:17] </w:t>
      </w:r>
      <w:r>
        <w:t>doosra role baqi hai.</w:t>
      </w:r>
    </w:p>
    <w:p>
      <w:pPr>
        <w:jc w:val="right"/>
      </w:pPr>
      <w:r>
        <w:t>دوسرا رول باقی ہے۔</w:t>
      </w:r>
    </w:p>
    <w:p>
      <w:r>
        <w:rPr>
          <w:b/>
        </w:rPr>
        <w:t xml:space="preserve">[03:23] </w:t>
      </w:r>
      <w:r>
        <w:t>shayad main is liye paida hua ke aap logon ko is doosre role ke liye prepare karoon. mujhe nahi maloom ke mera maqsad yahi tha ya kuch aur tha.</w:t>
      </w:r>
    </w:p>
    <w:p>
      <w:pPr>
        <w:jc w:val="right"/>
      </w:pPr>
      <w:r>
        <w:t>شاید میں اس لیے پیدا ہوا کہ آپ لوگوں کو اس دوسرے رول کے لیے پریپیئر کروں۔ مجھے نہیں معلوم کہ میرا مقصد یہی تھا یا کچھ اور تھا۔</w:t>
      </w:r>
    </w:p>
    <w:p>
      <w:r>
        <w:rPr>
          <w:b/>
        </w:rPr>
        <w:t xml:space="preserve">[03:37] </w:t>
      </w:r>
      <w:r>
        <w:t>kyunki ek baat achhi tarah samajh lijiye ke sirf prophet ko yeh pata hota hai</w:t>
      </w:r>
    </w:p>
    <w:p>
      <w:pPr>
        <w:jc w:val="right"/>
      </w:pPr>
      <w:r>
        <w:t>کیونکہ ایک بات اچھی طرح سمجھ لیجئے کہ صرف پرافٹ کو یہ پتہ ہوتا ہے</w:t>
      </w:r>
    </w:p>
    <w:p>
      <w:r>
        <w:rPr>
          <w:b/>
        </w:rPr>
        <w:t xml:space="preserve">[03:45] </w:t>
      </w:r>
      <w:r>
        <w:t>certainty ke sath ke wo kya hai.</w:t>
      </w:r>
    </w:p>
    <w:p>
      <w:pPr>
        <w:jc w:val="right"/>
      </w:pPr>
      <w:r>
        <w:t>سرٹینٹی کے ساتھ کہ وہ کیا ہے۔</w:t>
      </w:r>
    </w:p>
    <w:p>
      <w:r>
        <w:rPr>
          <w:b/>
        </w:rPr>
        <w:t xml:space="preserve">[03:54] </w:t>
      </w:r>
      <w:r>
        <w:t>jaise Rasool Allah ne kaha ke "ana nabiyyu la kadhib".</w:t>
      </w:r>
    </w:p>
    <w:p>
      <w:pPr>
        <w:jc w:val="right"/>
      </w:pPr>
      <w:r>
        <w:t>جیسے رسول اللہ نے کہا کہ "أنا النبي لا كذب"۔</w:t>
      </w:r>
    </w:p>
    <w:p>
      <w:r>
        <w:rPr>
          <w:b/>
        </w:rPr>
        <w:t xml:space="preserve">[04:01] </w:t>
      </w:r>
      <w:r>
        <w:t>main prophet hoon, there is no doubt about it. I am a prophet, there is no doubt about it.</w:t>
      </w:r>
    </w:p>
    <w:p>
      <w:pPr>
        <w:jc w:val="right"/>
      </w:pPr>
      <w:r>
        <w:t>میں پرافٹ ہوں، دیر از نو ڈاؤٹ اباؤٹ اٹ۔ آئی ایم اے پرافٹ، دیر از نو ڈاؤٹ اباؤٹ اٹ۔</w:t>
      </w:r>
    </w:p>
    <w:p>
      <w:r>
        <w:rPr>
          <w:b/>
        </w:rPr>
        <w:t xml:space="preserve">[04:11] </w:t>
      </w:r>
      <w:r>
        <w:t>kisi aur ko yeh right nahi hai ke wo aisi boli bol sake.</w:t>
      </w:r>
    </w:p>
    <w:p>
      <w:pPr>
        <w:jc w:val="right"/>
      </w:pPr>
      <w:r>
        <w:t>کسی اور کو یہ رائٹ نہیں ہے کہ وہ ایسی بولی بول سکے۔</w:t>
      </w:r>
    </w:p>
    <w:p>
      <w:r>
        <w:rPr>
          <w:b/>
        </w:rPr>
        <w:t xml:space="preserve">[04:19] </w:t>
      </w:r>
      <w:r>
        <w:t>lekin jab apni zindagi ko main sochta hoon to mujhe gumaan hota hai ke shayad main woh insaan hoon jis ko Khuda ne is liye paida kiya ke aap logon ko ya aap ke sath aur jo hamare mission jure hue hain idhar udhar,</w:t>
      </w:r>
    </w:p>
    <w:p>
      <w:pPr>
        <w:jc w:val="right"/>
      </w:pPr>
      <w:r>
        <w:t>لیکن جب اپنی زندگی کو میں سوچتا ہوں تو مجھے گمان ہوتا ہے کہ شاید میں وہ انسان ہوں جس کو خدا نے اس لیے پیدا کیا کہ آپ لوگوں کو یا آپ کے ساتھ اور جو ہمارے مشن جڑے ہوئے ہیں ادھر ادھر،</w:t>
      </w:r>
    </w:p>
    <w:p>
      <w:r>
        <w:rPr>
          <w:b/>
        </w:rPr>
        <w:t xml:space="preserve">[04:36] </w:t>
      </w:r>
      <w:r>
        <w:t>un ko is aakhri role ke liye tayyar karoon.</w:t>
      </w:r>
    </w:p>
    <w:p>
      <w:pPr>
        <w:jc w:val="right"/>
      </w:pPr>
      <w:r>
        <w:t>ان کو اس آخری رول کے لیے تیار کروں۔</w:t>
      </w:r>
    </w:p>
    <w:p>
      <w:r>
        <w:rPr>
          <w:b/>
        </w:rPr>
        <w:t xml:space="preserve">[04:42] </w:t>
      </w:r>
      <w:r>
        <w:t>is aakhri role ke liye. Dekhein, hadith se maloom hota hai, yaani prophet ki jo hadithain hain, un se maloom hota hai ke history mein do group Khuda ne muqaddar kiye.</w:t>
      </w:r>
    </w:p>
    <w:p>
      <w:pPr>
        <w:jc w:val="right"/>
      </w:pPr>
      <w:r>
        <w:t>اس آخری رول کے لیے۔ دیکھیں، حدیث سے معلوم ہوتا ہے، یعنی پرافٹ کی جو حدیثیں ہیں، ان سے معلوم ہوتا ہے کہ ہسٹری میں دو گروپ خدا نے مقدر کیے۔</w:t>
      </w:r>
    </w:p>
    <w:p>
      <w:r>
        <w:rPr>
          <w:b/>
        </w:rPr>
        <w:t xml:space="preserve">[05:02] </w:t>
      </w:r>
      <w:r>
        <w:t>yeh to... yeh to hadith se sabit hai.</w:t>
      </w:r>
    </w:p>
    <w:p>
      <w:pPr>
        <w:jc w:val="right"/>
      </w:pPr>
      <w:r>
        <w:t>یہ تو... یہ تو حدیث سے ثابت ہے۔</w:t>
      </w:r>
    </w:p>
    <w:p>
      <w:r>
        <w:rPr>
          <w:b/>
        </w:rPr>
        <w:t xml:space="preserve">[05:07] </w:t>
      </w:r>
      <w:r>
        <w:t>ek woh jis ko Rasool Allah ne kaha "Ashab-e-Rasool", yaani "companions of the prophet".</w:t>
      </w:r>
    </w:p>
    <w:p>
      <w:pPr>
        <w:jc w:val="right"/>
      </w:pPr>
      <w:r>
        <w:t>ایک وہ جس کو رسول اللہ نے کہا "اصحاب رسول"، یعنی "کمپینینز آف دا پرافٹ"۔</w:t>
      </w:r>
    </w:p>
    <w:p>
      <w:r>
        <w:rPr>
          <w:b/>
        </w:rPr>
        <w:t xml:space="preserve">[05:18] </w:t>
      </w:r>
      <w:r>
        <w:t>aur doosre ke liye aap ne jo word use kiya woh hai "Ikhwan-e-Rasool", "brothers of the prophet".</w:t>
      </w:r>
    </w:p>
    <w:p>
      <w:pPr>
        <w:jc w:val="right"/>
      </w:pPr>
      <w:r>
        <w:t>اور دوسرے کے لیے آپ نے جو ورڈ یوز کیا وہ ہے "اخوان رسول"، "برادرز آف دا پرافٹ"۔</w:t>
      </w:r>
    </w:p>
    <w:p>
      <w:r>
        <w:rPr>
          <w:b/>
        </w:rPr>
        <w:t xml:space="preserve">[05:30] </w:t>
      </w:r>
      <w:r>
        <w:t>ek baar Rasool Allah apne Ashab ke beech mein baithe hue thay, aap ne farmaya ke meri tamanna hai ke main apne bhaiyon ko dekhun,</w:t>
      </w:r>
    </w:p>
    <w:p>
      <w:pPr>
        <w:jc w:val="right"/>
      </w:pPr>
      <w:r>
        <w:t>ایک بار رسول اللہ نے اپنے اصحاب کے بیچ میں بیٹھے ہوئے تھے، آپ نے فرمایا کہ میری تمنا ہے کہ میں اپنے بھائیوں کو دیکھوں،</w:t>
      </w:r>
    </w:p>
    <w:p>
      <w:r>
        <w:rPr>
          <w:b/>
        </w:rPr>
        <w:t xml:space="preserve">[05:45] </w:t>
      </w:r>
      <w:r>
        <w:t>apne ikhwan ko dekhun.</w:t>
      </w:r>
    </w:p>
    <w:p>
      <w:pPr>
        <w:jc w:val="right"/>
      </w:pPr>
      <w:r>
        <w:t>اپنے اخوان کو دیکھوں۔</w:t>
      </w:r>
    </w:p>
    <w:p>
      <w:r>
        <w:rPr>
          <w:b/>
        </w:rPr>
        <w:t xml:space="preserve">[05:48] </w:t>
      </w:r>
      <w:r>
        <w:t>to aap ke jo Sahaba thay, unhone kaha: "kya hum aap ke ikhwan, aap ke bhai nahin hain?" aap ne kaha ke nahin.</w:t>
      </w:r>
    </w:p>
    <w:p>
      <w:pPr>
        <w:jc w:val="right"/>
      </w:pPr>
      <w:r>
        <w:t>تو آپ کے جو صحابہ تھے، انہوں نے کہا: "کیا ہم آپ کے اخوان، آپ کے بھائی نہیں ہیں؟" آپ نے کہا کہ نہیں۔</w:t>
      </w:r>
    </w:p>
    <w:p>
      <w:r>
        <w:rPr>
          <w:b/>
        </w:rPr>
        <w:t xml:space="preserve">[05:59] </w:t>
      </w:r>
      <w:r>
        <w:t>tum mere Ashab ho, mere companion ho,</w:t>
      </w:r>
    </w:p>
    <w:p>
      <w:pPr>
        <w:jc w:val="right"/>
      </w:pPr>
      <w:r>
        <w:t>تم میرے اصحاب ہو، میرے کمپینین ہو،</w:t>
      </w:r>
    </w:p>
    <w:p>
      <w:r>
        <w:rPr>
          <w:b/>
        </w:rPr>
        <w:t xml:space="preserve">[06:04] </w:t>
      </w:r>
      <w:r>
        <w:t>yaani mere contemporary companion ho.</w:t>
      </w:r>
    </w:p>
    <w:p>
      <w:pPr>
        <w:jc w:val="right"/>
      </w:pPr>
      <w:r>
        <w:t>یعنی میرے کنٹمپریری کمپینین ہو۔</w:t>
      </w:r>
    </w:p>
    <w:p>
      <w:r>
        <w:rPr>
          <w:b/>
        </w:rPr>
        <w:t xml:space="preserve">[06:09] </w:t>
      </w:r>
      <w:r>
        <w:t>mere ikhwan woh hain jo baad ko aayenge, mujhe dekhe baghair mujh ko is tarah manenge jis tarah tum ne mana,</w:t>
      </w:r>
    </w:p>
    <w:p>
      <w:pPr>
        <w:jc w:val="right"/>
      </w:pPr>
      <w:r>
        <w:t>میرے اخوان وہ ہیں جو بعد کو آئیں گے، مجھے دیکھے بغیر مجھ کو اس طرح مانیں گے جس طرح تم نے مانا،</w:t>
      </w:r>
    </w:p>
    <w:p>
      <w:r>
        <w:rPr>
          <w:b/>
        </w:rPr>
        <w:t xml:space="preserve">[06:24] </w:t>
      </w:r>
      <w:r>
        <w:t>aur wahi karenge jo tum ne kiya.</w:t>
      </w:r>
    </w:p>
    <w:p>
      <w:pPr>
        <w:jc w:val="right"/>
      </w:pPr>
      <w:r>
        <w:t>اور وہی کریں گے جو تم نے کیا۔</w:t>
      </w:r>
    </w:p>
    <w:p>
      <w:r>
        <w:rPr>
          <w:b/>
        </w:rPr>
        <w:t xml:space="preserve">[06:27] </w:t>
      </w:r>
      <w:r>
        <w:t>is ke maani hain ke Ashab-e-Rasool ka jo role tha, jis ko unhone bohat hi achhe tareeqe se anjam diya, wahi role ek aur group ko anjam dena hai "end of the history" se pehle,</w:t>
      </w:r>
    </w:p>
    <w:p>
      <w:pPr>
        <w:jc w:val="right"/>
      </w:pPr>
      <w:r>
        <w:t>اس کے معنی ہیں کہ اصحاب رسول کا جو رول تھا، جس کو انہوں نے بہت ہی اچھے طریقے سے انجام دیا، وہی رول ایک اور گروپ کو انجام دینا ہے "اینڈ آف دا ہسٹری" سے پہلے،</w:t>
      </w:r>
    </w:p>
    <w:p>
      <w:r>
        <w:rPr>
          <w:b/>
        </w:rPr>
        <w:t xml:space="preserve">[06:44] </w:t>
      </w:r>
      <w:r>
        <w:t>yaani qayamat se pehle.</w:t>
      </w:r>
    </w:p>
    <w:p>
      <w:pPr>
        <w:jc w:val="right"/>
      </w:pPr>
      <w:r>
        <w:t>یعنی قیامت سے پہلے۔</w:t>
      </w:r>
    </w:p>
    <w:p>
      <w:r>
        <w:rPr>
          <w:b/>
        </w:rPr>
        <w:t xml:space="preserve">[06:49] </w:t>
      </w:r>
      <w:r>
        <w:t>meri yeh tamanna thi ke main ek aisa group banaoon jo is aakhri role ko kar sake</w:t>
      </w:r>
    </w:p>
    <w:p>
      <w:pPr>
        <w:jc w:val="right"/>
      </w:pPr>
      <w:r>
        <w:t>میری یہ تمنا تھی کہ میں ایک ایسا گروپ بناؤں جو اس آخری رول کو کر سکے</w:t>
      </w:r>
    </w:p>
    <w:p>
      <w:r>
        <w:rPr>
          <w:b/>
        </w:rPr>
        <w:t xml:space="preserve">[07:07] </w:t>
      </w:r>
      <w:r>
        <w:t>jo "history of dawah" mein Khuda ne muqaddar kiya hai.</w:t>
      </w:r>
    </w:p>
    <w:p>
      <w:pPr>
        <w:jc w:val="right"/>
      </w:pPr>
      <w:r>
        <w:t>جو "ہسٹری آف دعویٰ" میں خدا نے مقدر کیا ہے۔</w:t>
      </w:r>
    </w:p>
    <w:p>
      <w:r>
        <w:rPr>
          <w:b/>
        </w:rPr>
        <w:t xml:space="preserve">[07:13] </w:t>
      </w:r>
      <w:r>
        <w:t>mujhe nahin maloom ke meri soch Khuda ke nazdeek kya thi, lekin main apni jagah par samajhta hoon ke honestly main ne aisa socha aur apni poori zindagi ko main ne is mein lagaya.</w:t>
      </w:r>
    </w:p>
    <w:p>
      <w:pPr>
        <w:jc w:val="right"/>
      </w:pPr>
      <w:r>
        <w:t>مجھے نہیں معلوم کہ میری سوچ خدا کے نزدیک کیا تھی، لیکن میں اپنی جگہ پر سمجھتا ہوں کہ اونسٹلی میں نے ایسا سوچا اور اپنی پوری زندگی کو میں نے اس میں لگایا۔</w:t>
      </w:r>
    </w:p>
    <w:p>
      <w:r>
        <w:rPr>
          <w:b/>
        </w:rPr>
        <w:t xml:space="preserve">[07:29] </w:t>
      </w:r>
      <w:r>
        <w:t>to meri yeh koshish hai aur yeh dua hai ke aap ko Khuda</w:t>
      </w:r>
    </w:p>
    <w:p>
      <w:pPr>
        <w:jc w:val="right"/>
      </w:pPr>
      <w:r>
        <w:t>تو میری یہ کوشش ہے اور یہ دعا ہے کہ آپ کو خدا</w:t>
      </w:r>
    </w:p>
    <w:p>
      <w:r>
        <w:rPr>
          <w:b/>
        </w:rPr>
        <w:t xml:space="preserve">[07:36] </w:t>
      </w:r>
      <w:r>
        <w:t>is role ke liye qabool kare</w:t>
      </w:r>
    </w:p>
    <w:p>
      <w:pPr>
        <w:jc w:val="right"/>
      </w:pPr>
      <w:r>
        <w:t>اس رول کے لیے قبول کرے</w:t>
      </w:r>
    </w:p>
    <w:p>
      <w:r>
        <w:rPr>
          <w:b/>
        </w:rPr>
        <w:t xml:space="preserve">[07:39] </w:t>
      </w:r>
      <w:r>
        <w:t>jisko hadith mein</w:t>
      </w:r>
    </w:p>
    <w:p>
      <w:pPr>
        <w:jc w:val="right"/>
      </w:pPr>
      <w:r>
        <w:t>جس کو حدیث میں</w:t>
      </w:r>
    </w:p>
    <w:p>
      <w:r>
        <w:rPr>
          <w:b/>
        </w:rPr>
        <w:t xml:space="preserve">[07:43] </w:t>
      </w:r>
      <w:r>
        <w:t>"ikhwan-e-rasool" ka role,</w:t>
      </w:r>
    </w:p>
    <w:p>
      <w:pPr>
        <w:jc w:val="right"/>
      </w:pPr>
      <w:r>
        <w:t>"اخوان رسول" کا رول،</w:t>
      </w:r>
    </w:p>
    <w:p>
      <w:r>
        <w:rPr>
          <w:b/>
        </w:rPr>
        <w:t xml:space="preserve">[07:46] </w:t>
      </w:r>
      <w:r>
        <w:t>یعنی "brothers of the Prophet" کا رول کہا گیا ہے۔</w:t>
      </w:r>
    </w:p>
    <w:p>
      <w:pPr>
        <w:jc w:val="right"/>
      </w:pPr>
      <w:r>
        <w:t>یعنی "برادرز آف دا پرافٹ" کا رول کہا گیا ہے۔</w:t>
      </w:r>
    </w:p>
    <w:p>
      <w:r>
        <w:rPr>
          <w:b/>
        </w:rPr>
        <w:t xml:space="preserve">[08:03] </w:t>
      </w:r>
      <w:r>
        <w:t>aap ko yeh baat main ne kai baar batata raha hoon ke log ke aaj Islam ka woh zamana aa gaya hai jis ke baray mein hadith mein kaha gaya hai ke "lam yabqa min al-Islam illa ismuhu wa lam yabqa min al-Quran illa rasmuhu".</w:t>
      </w:r>
    </w:p>
    <w:p>
      <w:pPr>
        <w:jc w:val="right"/>
      </w:pPr>
      <w:r>
        <w:t>آپ کو یہ بات میں نے کئی بار بتاتا رہا ہوں کہ لوگ کہ آج اسلام کا وہ زمانہ آ گیا ہے جس کے بارے میں حدیث میں کہا گیا ہے کہ "لم یبق من الاسلام الا اسمہ ولم یبق من القرآن الا رسمہ"۔</w:t>
      </w:r>
    </w:p>
    <w:p>
      <w:r>
        <w:rPr>
          <w:b/>
        </w:rPr>
        <w:t xml:space="preserve">[08:26] </w:t>
      </w:r>
      <w:r>
        <w:t>yeh prophet ke alfaaz hain.</w:t>
      </w:r>
    </w:p>
    <w:p>
      <w:pPr>
        <w:jc w:val="right"/>
      </w:pPr>
      <w:r>
        <w:t>یہ پرافٹ کے الفاظ ہیں۔</w:t>
      </w:r>
    </w:p>
    <w:p>
      <w:r>
        <w:rPr>
          <w:b/>
        </w:rPr>
        <w:t xml:space="preserve">[08:30] </w:t>
      </w:r>
      <w:r>
        <w:t>aap ne kaha ke ek daur aayega jab ke</w:t>
      </w:r>
    </w:p>
    <w:p>
      <w:pPr>
        <w:jc w:val="right"/>
      </w:pPr>
      <w:r>
        <w:t>آپ نے کہا کہ ایک دور آئے گا جب کہ</w:t>
      </w:r>
    </w:p>
    <w:p>
      <w:r>
        <w:rPr>
          <w:b/>
        </w:rPr>
        <w:t xml:space="preserve">[08:37] </w:t>
      </w:r>
      <w:r>
        <w:t>Quran ke sirf lines baqi rahengi aur Islam ka sirf naam baqi rahega.</w:t>
      </w:r>
    </w:p>
    <w:p>
      <w:pPr>
        <w:jc w:val="right"/>
      </w:pPr>
      <w:r>
        <w:t>قرآن کے صرف لائنیں باقی رہیں گی اور اسلام کا صرف نام باقی رہے گا۔</w:t>
      </w:r>
    </w:p>
    <w:p>
      <w:r>
        <w:rPr>
          <w:b/>
        </w:rPr>
        <w:t xml:space="preserve">[08:51] </w:t>
      </w:r>
      <w:r>
        <w:t>yahan bhi main kahunga ke mujhe nahin maloom ke Allah ke nazdeek woh din aa chuka ya aanay wala hai, lekin main apni samajh se samajhta hoon ke woh waqt aa chuka.</w:t>
      </w:r>
    </w:p>
    <w:p>
      <w:pPr>
        <w:jc w:val="right"/>
      </w:pPr>
      <w:r>
        <w:t>یہاں بھی میں کہوں گا کہ مجھے نہیں معلوم کہ اللہ کے نزدیک وہ دن آ چکا یا آنے والا ہے، لیکن میں اپنی سمجھ سے سمجھتا ہوں کہ وہ وقت آ چکا۔</w:t>
      </w:r>
    </w:p>
    <w:p>
      <w:r>
        <w:rPr>
          <w:b/>
        </w:rPr>
        <w:t xml:space="preserve">[09:03] </w:t>
      </w:r>
      <w:r>
        <w:t>aaj wahi zamana hai.</w:t>
      </w:r>
    </w:p>
    <w:p>
      <w:pPr>
        <w:jc w:val="right"/>
      </w:pPr>
      <w:r>
        <w:t>آج وہی زمانہ ہے۔</w:t>
      </w:r>
    </w:p>
    <w:p>
      <w:r>
        <w:rPr>
          <w:b/>
        </w:rPr>
        <w:t xml:space="preserve">[09:08] </w:t>
      </w:r>
      <w:r>
        <w:t>islam ki jo dhoom idhar udhar aap dekh rahe hain, woh islam ki dhoom nahi hai, woh sirf qoumi dhoom hai, qoumi dhoom hai, mili dhoom hai. Is ka islam se koi talluq nahin.</w:t>
      </w:r>
    </w:p>
    <w:p>
      <w:pPr>
        <w:jc w:val="right"/>
      </w:pPr>
      <w:r>
        <w:t>اسلام کی جو دھوم ادھر ادھر آپ دیکھ رہے ہیں، وہ اسلام کی دھوم نہیں ہے، وہ صرف قومی دھوم ہے، قومی دھوم ہے، ملی دھوم ہے۔ اس کا اسلام سے کوئی تعلق نہیں۔</w:t>
      </w:r>
    </w:p>
    <w:p>
      <w:r>
        <w:rPr>
          <w:b/>
        </w:rPr>
        <w:t xml:space="preserve">[09:22] </w:t>
      </w:r>
      <w:r>
        <w:t>aaj ki mein aik misaal deta hoon. Aaj mein ne</w:t>
      </w:r>
    </w:p>
    <w:p>
      <w:pPr>
        <w:jc w:val="right"/>
      </w:pPr>
      <w:r>
        <w:t>آج کی میں ایک مثال دیتا ہوں۔ آج میں نے</w:t>
      </w:r>
    </w:p>
    <w:p>
      <w:r>
        <w:rPr>
          <w:b/>
        </w:rPr>
        <w:t xml:space="preserve">[09:30] </w:t>
      </w:r>
      <w:r>
        <w:t>aik bohat hi well known muslim scholar ka aik article parha.</w:t>
      </w:r>
    </w:p>
    <w:p>
      <w:pPr>
        <w:jc w:val="right"/>
      </w:pPr>
      <w:r>
        <w:t>ایک بہت ہی ویل نون مسلم اسکالر کا ایک آرٹیکل پڑھا۔</w:t>
      </w:r>
    </w:p>
    <w:p>
      <w:r>
        <w:rPr>
          <w:b/>
        </w:rPr>
        <w:t xml:space="preserve">[09:44] </w:t>
      </w:r>
      <w:r>
        <w:t>unhon ne is is article mein kaha tha ke dunya aik final war ke qareeb pohanch chuki hai.</w:t>
      </w:r>
    </w:p>
    <w:p>
      <w:pPr>
        <w:jc w:val="right"/>
      </w:pPr>
      <w:r>
        <w:t>انہوں نے اس اس آرٹیکل میں کہا تھا کہ دنیا ایک فائنل وار کے قریب پہنچ چکی ہے۔</w:t>
      </w:r>
    </w:p>
    <w:p>
      <w:r>
        <w:rPr>
          <w:b/>
        </w:rPr>
        <w:t xml:space="preserve">[09:57] </w:t>
      </w:r>
      <w:r>
        <w:t>final war. Un ki theme yeh thi ke islam aur</w:t>
      </w:r>
    </w:p>
    <w:p>
      <w:pPr>
        <w:jc w:val="right"/>
      </w:pPr>
      <w:r>
        <w:t>فائنل وار۔ ان کی تھیم یہ تھی کہ اسلام اور</w:t>
      </w:r>
    </w:p>
    <w:p>
      <w:r>
        <w:rPr>
          <w:b/>
        </w:rPr>
        <w:t xml:space="preserve">[10:09] </w:t>
      </w:r>
      <w:r>
        <w:t>aur aur taghoot ya islam aur batil mein, islam ya false food mein aik eternal larai jari hai.</w:t>
      </w:r>
    </w:p>
    <w:p>
      <w:pPr>
        <w:jc w:val="right"/>
      </w:pPr>
      <w:r>
        <w:t>اور اور طاغوت یا اسلام اور باطل میں، اسلام یا فالس فوڈ میں ایک ایٹرنل لڑائی جاری ہے۔</w:t>
      </w:r>
    </w:p>
    <w:p>
      <w:r>
        <w:rPr>
          <w:b/>
        </w:rPr>
        <w:t xml:space="preserve">[10:20] </w:t>
      </w:r>
      <w:r>
        <w:t>ab finally woh larai, ab is ab aik final war dono ke beech mein honay wali hai</w:t>
      </w:r>
    </w:p>
    <w:p>
      <w:pPr>
        <w:jc w:val="right"/>
      </w:pPr>
      <w:r>
        <w:t>اب فائنلی وہ لڑائی، اب اس اب ایک فائنل وار دونوں کے بیچ میں ہونے والی ہے</w:t>
      </w:r>
    </w:p>
    <w:p>
      <w:r>
        <w:rPr>
          <w:b/>
        </w:rPr>
        <w:t xml:space="preserve">[10:27] </w:t>
      </w:r>
      <w:r>
        <w:t>jis ke baad sari dunya mein musalmanon ka role qaim ho jaye ga aur batil mit jaye ga. Yeh bilashuba aik jhooti baat hai, baseless baat hai.</w:t>
      </w:r>
    </w:p>
    <w:p>
      <w:pPr>
        <w:jc w:val="right"/>
      </w:pPr>
      <w:r>
        <w:t>جس کے بعد ساری دنیا میں مسلمانوں کا رول قائم ہو جائے گا اور باطل مٹ جائے گا۔ یہ بلاشبہ ایک جھوٹی بات ہے، بیس لیس بات ہے۔</w:t>
      </w:r>
    </w:p>
    <w:p>
      <w:r>
        <w:rPr>
          <w:b/>
        </w:rPr>
        <w:t xml:space="preserve">[10:39] </w:t>
      </w:r>
      <w:r>
        <w:t>Is ka na quran se koi talluq hai, na hadith se koi talluq hai.</w:t>
      </w:r>
    </w:p>
    <w:p>
      <w:pPr>
        <w:jc w:val="right"/>
      </w:pPr>
      <w:r>
        <w:t>اس کا نہ قرآن سے کوئی تعلق ہے، نہ حدیث سے کوئی تعلق ہے۔</w:t>
      </w:r>
    </w:p>
    <w:p>
      <w:r>
        <w:rPr>
          <w:b/>
        </w:rPr>
        <w:t xml:space="preserve">[10:44] </w:t>
      </w:r>
      <w:r>
        <w:t>dekhen, khuda ka yeh matloob hi nahi ke dunya musalmanon ko role ho, musalmanon ki hukoomat ho ya musalmanon ka apna qoumi ambitious, qoumi un ki tamanna ho sakti hai.</w:t>
      </w:r>
    </w:p>
    <w:p>
      <w:pPr>
        <w:jc w:val="right"/>
      </w:pPr>
      <w:r>
        <w:t>دیکھیں، خدا کا یہ مطلوب ہی نہیں کہ دنیا مسلمانوں کو رول ہو، مسلمانوں کی حکومت ہو یا مسلمانوں کا اپنا قومی ایمبیشس، قومی ان کی تمنا ہو سکتی ہے۔</w:t>
      </w:r>
    </w:p>
    <w:p>
      <w:r>
        <w:rPr>
          <w:b/>
        </w:rPr>
        <w:t xml:space="preserve">[10:59] </w:t>
      </w:r>
      <w:r>
        <w:t>islam ka is se koi talluq nahin.</w:t>
      </w:r>
    </w:p>
    <w:p>
      <w:pPr>
        <w:jc w:val="right"/>
      </w:pPr>
      <w:r>
        <w:t>اسلام کا اس سے کوئی تعلق نہیں۔</w:t>
      </w:r>
    </w:p>
    <w:p>
      <w:r>
        <w:rPr>
          <w:b/>
        </w:rPr>
        <w:t xml:space="preserve">[11:03] </w:t>
      </w:r>
      <w:r>
        <w:t>dekhen, khuda ka jo concern hai, woh final proclamation hai sachai ka,</w:t>
      </w:r>
    </w:p>
    <w:p>
      <w:pPr>
        <w:jc w:val="right"/>
      </w:pPr>
      <w:r>
        <w:t>دیکھیں، خدا کا جو کنسرن ہے، وہ فائنل پروکلیمیشن ہے سچائی کا،</w:t>
      </w:r>
    </w:p>
    <w:p>
      <w:r>
        <w:rPr>
          <w:b/>
        </w:rPr>
        <w:t xml:space="preserve">[11:17] </w:t>
      </w:r>
      <w:r>
        <w:t>final war nahin. Yeh zaroor hai ke aik final waqea honay wala hai,</w:t>
      </w:r>
    </w:p>
    <w:p>
      <w:pPr>
        <w:jc w:val="right"/>
      </w:pPr>
      <w:r>
        <w:t>فائنل وار نہیں۔ یہ ضرور ہے کہ ایک فائنل واقعہ ہونے والا ہے،</w:t>
      </w:r>
    </w:p>
    <w:p>
      <w:r>
        <w:rPr>
          <w:b/>
        </w:rPr>
        <w:t xml:space="preserve">[11:24] </w:t>
      </w:r>
      <w:r>
        <w:t>lekin woh hoga proclamation, sachai ka aakhri elaan. Sachai ka aakhri elaan.</w:t>
      </w:r>
    </w:p>
    <w:p>
      <w:pPr>
        <w:jc w:val="right"/>
      </w:pPr>
      <w:r>
        <w:t>لیکن وہ ہوگا پروکلیمیشن، سچائی کا آخری اعلان۔ سچائی کا آخری اعلان۔</w:t>
      </w:r>
    </w:p>
    <w:p>
      <w:r>
        <w:rPr>
          <w:b/>
        </w:rPr>
        <w:t xml:space="preserve">[11:35] </w:t>
      </w:r>
      <w:r>
        <w:t>mein samajhta hoon ke sachai ka hi aakhri elaan, yani proclamation,</w:t>
      </w:r>
    </w:p>
    <w:p>
      <w:pPr>
        <w:jc w:val="right"/>
      </w:pPr>
      <w:r>
        <w:t>میں سمجھتا ہوں کہ سچائی کا ہی آخری اعلان، یعنی پروکلیمیشن،</w:t>
      </w:r>
    </w:p>
    <w:p>
      <w:r>
        <w:rPr>
          <w:b/>
        </w:rPr>
        <w:t xml:space="preserve">[11:43] </w:t>
      </w:r>
      <w:r>
        <w:t>yehi woh kaam hai jo ikhwan e rasool anjam dein ge, yani brothers of the prophet.</w:t>
      </w:r>
    </w:p>
    <w:p>
      <w:pPr>
        <w:jc w:val="right"/>
      </w:pPr>
      <w:r>
        <w:t>یہی وہ کام ہے جو اخوان رسول انجام دیں گے، یعنی برادرز آف دا پرافٹ۔</w:t>
      </w:r>
    </w:p>
    <w:p>
      <w:r>
        <w:rPr>
          <w:b/>
        </w:rPr>
        <w:t xml:space="preserve">[11:55] </w:t>
      </w:r>
      <w:r>
        <w:t>aur mein samajhta hoon ke, yani khuda ke ilm mein kya hai, woh zahir hai ke na mein janta, na aap jante.</w:t>
      </w:r>
    </w:p>
    <w:p>
      <w:pPr>
        <w:jc w:val="right"/>
      </w:pPr>
      <w:r>
        <w:t>اور میں سمجھتا ہوں کہ، یعنی خدا کے علم میں کیا ہے، وہ ظاہر ہے کہ نہ میں جانتا، نہ آپ جانتے۔</w:t>
      </w:r>
    </w:p>
    <w:p>
      <w:r>
        <w:rPr>
          <w:b/>
        </w:rPr>
        <w:t xml:space="preserve">[12:07] </w:t>
      </w:r>
      <w:r>
        <w:t>lekin insan ko apni soch par chalna hota hai. Aap ko aik soch banani parti hai. Agar aap soch na banayein to aap koi kaam nahi kar sakte.</w:t>
      </w:r>
    </w:p>
    <w:p>
      <w:pPr>
        <w:jc w:val="right"/>
      </w:pPr>
      <w:r>
        <w:t>لیکن انسان کو اپنی سوچ پر چلنا ہوتا ہے۔ آپ کو ایک سوچ بنانی پڑتی ہے۔ اگر آپ سوچ نہ بنائیں تو آپ کوئی کام نہیں کر سکتے۔</w:t>
      </w:r>
    </w:p>
    <w:p>
      <w:r>
        <w:rPr>
          <w:b/>
        </w:rPr>
        <w:t xml:space="preserve">[12:21] </w:t>
      </w:r>
      <w:r>
        <w:t>woh soch sahi hai ya galat, is ka faisla khuda karta hai, hum aap nahi kar sakte. Lekin agar aap nek niyat hain, agar aap ki intention durust hai to zaroor khuda is ka jo sawab de ga, is ka reward de ga.</w:t>
      </w:r>
    </w:p>
    <w:p>
      <w:pPr>
        <w:jc w:val="right"/>
      </w:pPr>
      <w:r>
        <w:t>وہ سوچ صحیح ہے یا غلط، اس کا فیصلہ خدا کرتا ہے، ہم آپ نہیں کر سکتے۔ لیکن اگر آپ نیک نیت ہیں، اگر آپ کی انٹینشن درست ہے تو ضرور خدا اس کا جو ثواب دے گا، اس کا ریوارڈ دے گا۔</w:t>
      </w:r>
    </w:p>
    <w:p>
      <w:r>
        <w:rPr>
          <w:b/>
        </w:rPr>
        <w:t xml:space="preserve">[12:36] </w:t>
      </w:r>
      <w:r>
        <w:t>to final</w:t>
      </w:r>
    </w:p>
    <w:p>
      <w:pPr>
        <w:jc w:val="right"/>
      </w:pPr>
      <w:r>
        <w:t>تو فائنل</w:t>
      </w:r>
    </w:p>
    <w:p>
      <w:r>
        <w:rPr>
          <w:b/>
        </w:rPr>
        <w:t xml:space="preserve">[12:39] </w:t>
      </w:r>
      <w:r>
        <w:t>proclamation honay wala hai, aakhri waqt aa gaya hai is ka. Aur meri yeh tamanna hai, meri yeh dua hai ke woh kaam aap logon ke zariye anjam paye.</w:t>
      </w:r>
    </w:p>
    <w:p>
      <w:pPr>
        <w:jc w:val="right"/>
      </w:pPr>
      <w:r>
        <w:t>پروکلیمیشن ہونے والا ہے، آخری وقت آ گیا ہے اس کا۔ اور میری یہ تمنا ہے، میری یہ دعا ہے کہ وہ کام آپ لوگوں کے ذریعے انجام پائے۔</w:t>
      </w:r>
    </w:p>
    <w:p>
      <w:r>
        <w:rPr>
          <w:b/>
        </w:rPr>
        <w:t xml:space="preserve">[12:57] </w:t>
      </w:r>
      <w:r>
        <w:t>aur mein bohat zyada hopeful hoon ke zaroor aap hi logon ke zariye woh anjam paye ga. Woh</w:t>
      </w:r>
    </w:p>
    <w:p>
      <w:pPr>
        <w:jc w:val="right"/>
      </w:pPr>
      <w:r>
        <w:t>اور میں بہت زیادہ ہوپ فل ہوں کہ ضرور آپ ہی لوگوں کے ذریعے وہ انجام پائے گا۔ وہ</w:t>
      </w:r>
    </w:p>
    <w:p>
      <w:r>
        <w:rPr>
          <w:b/>
        </w:rPr>
        <w:t xml:space="preserve">[13:09] </w:t>
      </w:r>
      <w:r>
        <w:t>dekhen, islam ki early history mein aik sahib thay, un ka naam tha Uqba ibn Nafi.</w:t>
      </w:r>
    </w:p>
    <w:p>
      <w:pPr>
        <w:jc w:val="right"/>
      </w:pPr>
      <w:r>
        <w:t>دیکھیں، اسلام کی ارلی ہسٹری میں ایک صاحب تھے، ان کا نام تھا عقبہ ابن نافع۔</w:t>
      </w:r>
    </w:p>
    <w:p>
      <w:r>
        <w:rPr>
          <w:b/>
        </w:rPr>
        <w:t xml:space="preserve">[13:21] </w:t>
      </w:r>
      <w:r>
        <w:t>yeh usi zamane mein paida hue, yani prophet ke zamane mein paida hue. Unhon ne islam ko phailaya, Asia se chal kar Africa tak pohanche,</w:t>
      </w:r>
    </w:p>
    <w:p>
      <w:pPr>
        <w:jc w:val="right"/>
      </w:pPr>
      <w:r>
        <w:t>یہ اسی زمانے میں پیدا ہوئے، یعنی پرافٹ کے زمانے میں پیدا ہوئے۔ انہوں نے اسلام کو پھیلایا، ایشیا سے چل کر افریقہ تک پہنچے،</w:t>
      </w:r>
    </w:p>
    <w:p>
      <w:r>
        <w:rPr>
          <w:b/>
        </w:rPr>
        <w:t xml:space="preserve">[13:36] </w:t>
      </w:r>
      <w:r>
        <w:t>yahan tak ke</w:t>
      </w:r>
    </w:p>
    <w:p>
      <w:pPr>
        <w:jc w:val="right"/>
      </w:pPr>
      <w:r>
        <w:t>یہاں تک کہ</w:t>
      </w:r>
    </w:p>
    <w:p>
      <w:r>
        <w:rPr>
          <w:b/>
        </w:rPr>
        <w:t xml:space="preserve">[13:38] </w:t>
      </w:r>
      <w:r>
        <w:t>un ke sath jo log the, un ko le kar ke wo afreeqa ke is coast tak pohnch gaye jahan atlantic hai.</w:t>
      </w:r>
    </w:p>
    <w:p>
      <w:pPr>
        <w:jc w:val="right"/>
      </w:pPr>
      <w:r>
        <w:t>ان کے ساتھ جو لوگ تھے، ان کو لے کر کے وہ افریقہ کے اس کوسٹ تک پہنچ گئے جہاں اٹلانٹک ہے۔</w:t>
      </w:r>
    </w:p>
    <w:p>
      <w:r>
        <w:rPr>
          <w:b/>
        </w:rPr>
        <w:t xml:space="preserve">[13:49] </w:t>
      </w:r>
      <w:r>
        <w:t>aap jante hain ke atlantic ke ek taraf afreeqa hai aur doosri taraf america hai.</w:t>
      </w:r>
    </w:p>
    <w:p>
      <w:pPr>
        <w:jc w:val="right"/>
      </w:pPr>
      <w:r>
        <w:t>آپ جانتے ہیں کہ اٹلانٹک کے ایک طرف افریقہ ہے اور دوسری طرف امریکہ ہے۔</w:t>
      </w:r>
    </w:p>
    <w:p>
      <w:r>
        <w:rPr>
          <w:b/>
        </w:rPr>
        <w:t xml:space="preserve">[13:57] </w:t>
      </w:r>
      <w:r>
        <w:t>wahan unhon ne apna ghoda pani ke andar, yani sahil ke taraf jo pani hota hai jis mein gehrai nahi hoti, wahan par daal diya ghore ko kyunke josh zyada dekhen, itna josh tha un mein sachai ko phailane ka, khuda ke paigham ko logon tak pohnchane ka.</w:t>
      </w:r>
    </w:p>
    <w:p>
      <w:pPr>
        <w:jc w:val="right"/>
      </w:pPr>
      <w:r>
        <w:t>وہاں انہوں نے اپنا گھوڑا پانی کے اندر، یعنی ساحل کے طرف جو پانی ہوتا ہے جس میں گہرائی نہیں ہوتی، وہاں پر ڈال دیا گھوڑے کو کیونکہ جوش زیادہ دیکھیں، اتنا جوش تھا ان میں سچائی کو پھیلانے کا، خدا کے پیغام کو لوگوں تک پہنچانے کا۔</w:t>
      </w:r>
    </w:p>
    <w:p>
      <w:r>
        <w:rPr>
          <w:b/>
        </w:rPr>
        <w:t xml:space="preserve">[14:18] </w:t>
      </w:r>
      <w:r>
        <w:t>unhon ne kaha</w:t>
      </w:r>
    </w:p>
    <w:p>
      <w:pPr>
        <w:jc w:val="right"/>
      </w:pPr>
      <w:r>
        <w:t>انہوں نے کہا</w:t>
      </w:r>
    </w:p>
    <w:p>
      <w:r>
        <w:rPr>
          <w:b/>
        </w:rPr>
        <w:t xml:space="preserve">[14:22] </w:t>
      </w:r>
      <w:r>
        <w:t>ke khuda ki qasam, agar main janta</w:t>
      </w:r>
    </w:p>
    <w:p>
      <w:pPr>
        <w:jc w:val="right"/>
      </w:pPr>
      <w:r>
        <w:t>کہ خدا کی قسم، اگر میں جانتا</w:t>
      </w:r>
    </w:p>
    <w:p>
      <w:r>
        <w:rPr>
          <w:b/>
        </w:rPr>
        <w:t xml:space="preserve">[14:30] </w:t>
      </w:r>
      <w:r>
        <w:t>ke is samandar ke is paar bhi kuch log hain</w:t>
      </w:r>
    </w:p>
    <w:p>
      <w:pPr>
        <w:jc w:val="right"/>
      </w:pPr>
      <w:r>
        <w:t>کہ اس سمندر کے اس پار بھی کچھ لوگ ہیں</w:t>
      </w:r>
    </w:p>
    <w:p>
      <w:r>
        <w:rPr>
          <w:b/>
        </w:rPr>
        <w:t xml:space="preserve">[14:37] </w:t>
      </w:r>
      <w:r>
        <w:t>to main zaroor samandar paar kar ke wahan pohnchta, hatta la yubad ahdun doonak, yahan tak ke khuda ke siwa kisi ki parastish na ki jaye, kisi ki ibadat na ki jaye.</w:t>
      </w:r>
    </w:p>
    <w:p>
      <w:pPr>
        <w:jc w:val="right"/>
      </w:pPr>
      <w:r>
        <w:t>تو میں ضرور سمندر پار کر کے وہاں پہنچتا، حتیٰ لا یوبد عہد دونک، یہاں تک کہ خدا کے سوا کسی کی پرستش نہ کی جائے، کسی کی عبادت نہ کی جائے۔</w:t>
      </w:r>
    </w:p>
    <w:p>
      <w:r>
        <w:rPr>
          <w:b/>
        </w:rPr>
        <w:t xml:space="preserve">[14:54] </w:t>
      </w:r>
      <w:r>
        <w:t>to us waqt jo storm utha tha, yani jo storm shuru hua tha, companion of the prophets ke zariye,</w:t>
      </w:r>
    </w:p>
    <w:p>
      <w:pPr>
        <w:jc w:val="right"/>
      </w:pPr>
      <w:r>
        <w:t>تو اس وقت جو اسٹارم اٹھا تھا، یعنی جو اسٹارم شروع ہوا تھا، کمپینین آف دا پرافٹس کے ذریعے،</w:t>
      </w:r>
    </w:p>
    <w:p>
      <w:r>
        <w:rPr>
          <w:b/>
        </w:rPr>
        <w:t xml:space="preserve">[15:09] </w:t>
      </w:r>
      <w:r>
        <w:t>yahan par is ki limit aa gayi,</w:t>
      </w:r>
    </w:p>
    <w:p>
      <w:pPr>
        <w:jc w:val="right"/>
      </w:pPr>
      <w:r>
        <w:t>یہاں پر اس کی لمٹ آ گئی،</w:t>
      </w:r>
    </w:p>
    <w:p>
      <w:r>
        <w:rPr>
          <w:b/>
        </w:rPr>
        <w:t xml:space="preserve">[15:13] </w:t>
      </w:r>
      <w:r>
        <w:t>yani atlantic ke sahil par is ki limit aa gayi kyunke is is waqt modern geography nahi thi, modern communication nahi tha.</w:t>
      </w:r>
    </w:p>
    <w:p>
      <w:pPr>
        <w:jc w:val="right"/>
      </w:pPr>
      <w:r>
        <w:t>یعنی اٹلانٹک کے ساحل پر اس کی لمٹ آ گئی کیونکہ اس اس وقت ماڈرن جیوگرافی نہیں تھی، ماڈرن کمیونیکیشن نہیں تھا۔</w:t>
      </w:r>
    </w:p>
    <w:p>
      <w:r>
        <w:rPr>
          <w:b/>
        </w:rPr>
        <w:t xml:space="preserve">[15:25] </w:t>
      </w:r>
      <w:r>
        <w:t>us waqt insan ko maloom nahi tha ke atlantic ke is paar bhi kuch in koi dunya hai. aap jante hain ke baad ko pata hua, chunache america ko nai dunya kaha gaya isi liye ke wo baad ko daryaft hua</w:t>
      </w:r>
    </w:p>
    <w:p>
      <w:pPr>
        <w:jc w:val="right"/>
      </w:pPr>
      <w:r>
        <w:t>اس وقت انسان کو معلوم نہیں تھا کہ اٹلانٹک کے اس پار بھی کچھ ان کوئی دنیا ہے۔ آپ جانتے ہیں کہ بعد کو پتہ ہوا، چنانچہ امریکہ کو نئی دنیا کہا گیا اسی لیے کہ وہ بعد کو دریافت ہوا</w:t>
      </w:r>
    </w:p>
    <w:p>
      <w:r>
        <w:rPr>
          <w:b/>
        </w:rPr>
        <w:t xml:space="preserve">[15:42] </w:t>
      </w:r>
      <w:r>
        <w:t>to us ko nai dunya kaha gaya. to main yeh kahunga ke alaniyati tor par ashab e rasool ne agar purani dunya mein sachai ka</w:t>
      </w:r>
    </w:p>
    <w:p>
      <w:pPr>
        <w:jc w:val="right"/>
      </w:pPr>
      <w:r>
        <w:t>تو اس کو نئی دنیا کہا گیا۔ تو میں یہ کہوں گا کہ علامتی طور پر اصحاب رسول نے اگر پرانی دنیا میں سچائی کا</w:t>
      </w:r>
    </w:p>
    <w:p>
      <w:r>
        <w:rPr>
          <w:b/>
        </w:rPr>
        <w:t xml:space="preserve">[16:00] </w:t>
      </w:r>
      <w:r>
        <w:t>ailan kiya tha to ikhwan e rasool ko nai dunya mein sachai ka ailan karna hai.</w:t>
      </w:r>
    </w:p>
    <w:p>
      <w:pPr>
        <w:jc w:val="right"/>
      </w:pPr>
      <w:r>
        <w:t>اعلان کیا تھا تو اخوان رسول کو نئی دنیا میں سچائی کا اعلان کرنا ہے۔</w:t>
      </w:r>
    </w:p>
    <w:p>
      <w:r>
        <w:rPr>
          <w:b/>
        </w:rPr>
        <w:t xml:space="preserve">[16:10] </w:t>
      </w:r>
      <w:r>
        <w:t>yeh hai aap ka role.</w:t>
      </w:r>
    </w:p>
    <w:p>
      <w:pPr>
        <w:jc w:val="right"/>
      </w:pPr>
      <w:r>
        <w:t>یہ ہے آپ کا رول۔</w:t>
      </w:r>
    </w:p>
    <w:p>
      <w:r>
        <w:rPr>
          <w:b/>
        </w:rPr>
        <w:t xml:space="preserve">[16:19] </w:t>
      </w:r>
      <w:r>
        <w:t>yeh role jo hai,</w:t>
      </w:r>
    </w:p>
    <w:p>
      <w:pPr>
        <w:jc w:val="right"/>
      </w:pPr>
      <w:r>
        <w:t>یہ رول جو ہے،</w:t>
      </w:r>
    </w:p>
    <w:p>
      <w:r>
        <w:rPr>
          <w:b/>
        </w:rPr>
        <w:t xml:space="preserve">[16:24] </w:t>
      </w:r>
      <w:r>
        <w:t>main is liye yeh baatein aap se keh raha hoon ke dekhen, jab tak koi bara target aap ke samne na ho, aap zyada courage ke sath koi bara kaam nahi kar sakte.</w:t>
      </w:r>
    </w:p>
    <w:p>
      <w:pPr>
        <w:jc w:val="right"/>
      </w:pPr>
      <w:r>
        <w:t>میں اس لیے یہ باتیں آپ سے کہہ رہا ہوں کہ دیکھیں، جب تک کوئی بڑا ٹارگٹ آپ کے سامنے نہ ہو، آپ زیادہ کرج کے ساتھ کوئی بڑا کام نہیں کر سکتے۔</w:t>
      </w:r>
    </w:p>
    <w:p>
      <w:r>
        <w:rPr>
          <w:b/>
        </w:rPr>
        <w:t xml:space="preserve">[16:40] </w:t>
      </w:r>
      <w:r>
        <w:t>agar aap ka role</w:t>
      </w:r>
    </w:p>
    <w:p>
      <w:pPr>
        <w:jc w:val="right"/>
      </w:pPr>
      <w:r>
        <w:t>اگر آپ کا رول</w:t>
      </w:r>
    </w:p>
    <w:p>
      <w:r>
        <w:rPr>
          <w:b/>
        </w:rPr>
        <w:t xml:space="preserve">[16:44] </w:t>
      </w:r>
      <w:r>
        <w:t>bandha hua hai aap ke target ke sath to us waqt jo baat main kehna chahta hoon, wo is liye main keh raha hoon taake aap ke andar utha hosla paida karoon,</w:t>
      </w:r>
    </w:p>
    <w:p>
      <w:pPr>
        <w:jc w:val="right"/>
      </w:pPr>
      <w:r>
        <w:t>بندھا ہوا ہے آپ کے ٹارگٹ کے ساتھ تو اس وقت جو بات میں کہنا چاہتا ہوں، وہ اس لیے میں کہہ رہا ہوں تاکہ آپ کے اندر اتھا حوصلہ پیدا کروں،</w:t>
      </w:r>
    </w:p>
    <w:p>
      <w:r>
        <w:rPr>
          <w:b/>
        </w:rPr>
        <w:t xml:space="preserve">[17:01] </w:t>
      </w:r>
      <w:r>
        <w:t>aisa hosla jo kahin na toote.</w:t>
      </w:r>
    </w:p>
    <w:p>
      <w:pPr>
        <w:jc w:val="right"/>
      </w:pPr>
      <w:r>
        <w:t>ایسا حوصلہ جو کہیں نہ ٹوٹے۔</w:t>
      </w:r>
    </w:p>
    <w:p>
      <w:r>
        <w:rPr>
          <w:b/>
        </w:rPr>
        <w:t xml:space="preserve">[17:10] </w:t>
      </w:r>
      <w:r>
        <w:t>agar aap ka target yeh ho ke dilli mein nizamuddin mein aap ko sachai ka paigham dena hai to aap sochiye ke kahan se bara hosla layenge?</w:t>
      </w:r>
    </w:p>
    <w:p>
      <w:pPr>
        <w:jc w:val="right"/>
      </w:pPr>
      <w:r>
        <w:t>اگر آپ کا ٹارگٹ یہ ہو کہ دلی میں نظام الدین میں آپ کو سچائی کا پیغام دینا ہے تو آپ سوچیے کہ کہاں سے بڑا حوصلہ لائیں گے؟</w:t>
      </w:r>
    </w:p>
    <w:p>
      <w:r>
        <w:rPr>
          <w:b/>
        </w:rPr>
        <w:t xml:space="preserve">[17:22] </w:t>
      </w:r>
      <w:r>
        <w:t>aap</w:t>
      </w:r>
    </w:p>
    <w:p>
      <w:pPr>
        <w:jc w:val="right"/>
      </w:pPr>
      <w:r>
        <w:t>آپ</w:t>
      </w:r>
    </w:p>
    <w:p>
      <w:r>
        <w:rPr>
          <w:b/>
        </w:rPr>
        <w:t xml:space="preserve">[17:26] </w:t>
      </w:r>
      <w:r>
        <w:t>kahan se layenge? aap bara hosla,</w:t>
      </w:r>
    </w:p>
    <w:p>
      <w:pPr>
        <w:jc w:val="right"/>
      </w:pPr>
      <w:r>
        <w:t>کہاں سے لائیں گے؟ آپ بڑا حوصلہ،</w:t>
      </w:r>
    </w:p>
    <w:p>
      <w:r>
        <w:rPr>
          <w:b/>
        </w:rPr>
        <w:t xml:space="preserve">[17:32] </w:t>
      </w:r>
      <w:r>
        <w:t>bara nishana, bara target hi bari courage paida karta hai. jab tak aap ke samne bara nishana na ho,</w:t>
      </w:r>
    </w:p>
    <w:p>
      <w:pPr>
        <w:jc w:val="right"/>
      </w:pPr>
      <w:r>
        <w:t>بڑا نشانہ، بڑا ٹارگٹ ہی بڑی کرش پیدا کرتا ہے۔ جب تک آپ کے سامنے بڑا نشانہ نہ ہو،</w:t>
      </w:r>
    </w:p>
    <w:p>
      <w:r>
        <w:rPr>
          <w:b/>
        </w:rPr>
        <w:t xml:space="preserve">[17:45] </w:t>
      </w:r>
      <w:r>
        <w:t>tab tak aap ke andar bari courage</w:t>
      </w:r>
    </w:p>
    <w:p>
      <w:pPr>
        <w:jc w:val="right"/>
      </w:pPr>
      <w:r>
        <w:t>تب تک آپ کے اندر بڑی کرج</w:t>
      </w:r>
    </w:p>
    <w:p>
      <w:r>
        <w:rPr>
          <w:b/>
        </w:rPr>
        <w:t xml:space="preserve">[17:51] </w:t>
      </w:r>
      <w:r>
        <w:t>aur bara amal nahi aa sakta. is liye main aap se yeh baatein keh raha hoon.</w:t>
      </w:r>
    </w:p>
    <w:p>
      <w:pPr>
        <w:jc w:val="right"/>
      </w:pPr>
      <w:r>
        <w:t>اور بڑا عمل نہیں آ سکتا۔ اس لیے میں آپ سے یہ باتیں کہہ رہا ہوں۔</w:t>
      </w:r>
    </w:p>
    <w:p>
      <w:r>
        <w:rPr>
          <w:b/>
        </w:rPr>
        <w:t xml:space="preserve">[18:01] </w:t>
      </w:r>
      <w:r>
        <w:t>aik misaal mein deta hoon aap ko. aik sacha waqia hai ke aik shakhs ne aik novel likhi.</w:t>
      </w:r>
    </w:p>
    <w:p>
      <w:pPr>
        <w:jc w:val="right"/>
      </w:pPr>
      <w:r>
        <w:t>ایک مثال میں دیتا ہوں آپ کو۔ ایک سچا واقعہ ہے کہ ایک شخص نے ایک ناول لکھی۔</w:t>
      </w:r>
    </w:p>
    <w:p>
      <w:r>
        <w:rPr>
          <w:b/>
        </w:rPr>
        <w:t xml:space="preserve">[18:11] </w:t>
      </w:r>
      <w:r>
        <w:t>wo novel bohat moti thi, yaani yaani kai hazar pages mein thi, several thousand pages mein wo novel thi.</w:t>
      </w:r>
    </w:p>
    <w:p>
      <w:pPr>
        <w:jc w:val="right"/>
      </w:pPr>
      <w:r>
        <w:t>وہ ناول بہت موٹی تھی، یعنی یعنی کئی ہزار پیجز میں تھی، سیولر تھاؤزنڈ پیجز میں وہ ناول تھا۔</w:t>
      </w:r>
    </w:p>
    <w:p>
      <w:r>
        <w:rPr>
          <w:b/>
        </w:rPr>
        <w:t xml:space="preserve">[18:23] </w:t>
      </w:r>
      <w:r>
        <w:t>to is ke dost ne jab dekha to us ne kaha ke ye itni itna itna mota novel to kaise likha tum ne?</w:t>
      </w:r>
    </w:p>
    <w:p>
      <w:pPr>
        <w:jc w:val="right"/>
      </w:pPr>
      <w:r>
        <w:t>تو اس کے دوست نے جب دیکھا تو اس نے کہا کہ یہ اتنی اتنا اتنا موٹا ناول تو کیسے لکھا تم نے؟</w:t>
      </w:r>
    </w:p>
    <w:p>
      <w:r>
        <w:rPr>
          <w:b/>
        </w:rPr>
        <w:t xml:space="preserve">[18:33] </w:t>
      </w:r>
      <w:r>
        <w:t>tum akta nahi gaye? likhte bor nahi ho gaye? us ne jawab diya ke nahi,</w:t>
      </w:r>
    </w:p>
    <w:p>
      <w:pPr>
        <w:jc w:val="right"/>
      </w:pPr>
      <w:r>
        <w:t>تم اکتا نہیں گئے؟ لکھتے بور نہیں ہو گئے؟ اس نے جواب دیا کہ نہیں،</w:t>
      </w:r>
    </w:p>
    <w:p>
      <w:r>
        <w:rPr>
          <w:b/>
        </w:rPr>
        <w:t xml:space="preserve">[18:43] </w:t>
      </w:r>
      <w:r>
        <w:t>is liye ke jab mein aik paragraph likhta tha to meri nazar agle paragraph par hoti thi.</w:t>
      </w:r>
    </w:p>
    <w:p>
      <w:pPr>
        <w:jc w:val="right"/>
      </w:pPr>
      <w:r>
        <w:t>اس لیے کہ جب میں ایک پیراگراف لکھتا تھا تو میری نظر اگلے پیراگراف پر ہوتی تھی۔</w:t>
      </w:r>
    </w:p>
    <w:p>
      <w:r>
        <w:rPr>
          <w:b/>
        </w:rPr>
        <w:t xml:space="preserve">[18:52] </w:t>
      </w:r>
      <w:r>
        <w:t>agar aap ke samne itna bara kitab ka nishana ho ke is ke paragraph khatam na hote hon, aik ke baad aik, aik ke baad aik, to aap aktainge nahi.</w:t>
      </w:r>
    </w:p>
    <w:p>
      <w:pPr>
        <w:jc w:val="right"/>
      </w:pPr>
      <w:r>
        <w:t>اگر آپ کے سامنے اتنا بڑا کتاب کا نشانہ ہو کہ اس کے پیراگراف ختم نہ ہوتے ہوں، ایک کے بعد ایک، ایک کے بعد ایک، تو آپ اکتائیں گے نہیں۔</w:t>
      </w:r>
    </w:p>
    <w:p>
      <w:r>
        <w:rPr>
          <w:b/>
        </w:rPr>
        <w:t xml:space="preserve">[19:05] </w:t>
      </w:r>
      <w:r>
        <w:t>aap ka nishana agar ho Nizamuddin mein</w:t>
      </w:r>
    </w:p>
    <w:p>
      <w:pPr>
        <w:jc w:val="right"/>
      </w:pPr>
      <w:r>
        <w:t>آپ کا نشانہ اگر ہو نظام الدین میں</w:t>
      </w:r>
    </w:p>
    <w:p>
      <w:r>
        <w:rPr>
          <w:b/>
        </w:rPr>
        <w:t xml:space="preserve">[19:08] </w:t>
      </w:r>
      <w:r>
        <w:t>sachai ka paigham dena to do char din mein aap ki had aa jaye gi. lekin agar aap ke samne nishana ye ho ke sare alam mein Khuda ka paigham pohnchana hai to ye marte dam, marte dam tak aap hosla aap ka toote ga nahi.</w:t>
      </w:r>
    </w:p>
    <w:p>
      <w:pPr>
        <w:jc w:val="right"/>
      </w:pPr>
      <w:r>
        <w:t>سچائی کا پیغام دینا تو دو چار دن میں آپ کی حد آ جائے گی۔ لیکن اگر آپ کے سامنے نشانہ یہ ہو کہ سارے عالم میں خدا کا پیغام پہنچانا ہے تو یہ مرتے دم، مرتے دم تک آپ حوصلہ آپ کا ٹوٹے گا نہیں۔</w:t>
      </w:r>
    </w:p>
    <w:p>
      <w:r>
        <w:rPr>
          <w:b/>
        </w:rPr>
        <w:t xml:space="preserve">[19:27] </w:t>
      </w:r>
      <w:r>
        <w:t>is liye aap ke samne bara nishana rakhne ke liye mein ye keh raha hoon ke ke mere jo vision hai, wo ye kehti hai ke aap is role ke liye uthna muqaddar hai aap ke liye jis ko hadith mein ikhwan ikhwan rasool ka role kaha gaya hai,</w:t>
      </w:r>
    </w:p>
    <w:p>
      <w:pPr>
        <w:jc w:val="right"/>
      </w:pPr>
      <w:r>
        <w:t>اس لیے آپ کے سامنے بڑا نشانہ رکھنے کے لیے میں یہ کہہ رہا ہوں کہ کہ میرے جو ویژن ہے، وہ یہ کہتی ہے کہ آپ اس رول کے لیے اٹھنا مقدر ہے آپ کے لیے جس کو حدیث میں اخوان اخوان رسول کا رول کہا گیا ہے،</w:t>
      </w:r>
    </w:p>
    <w:p>
      <w:r>
        <w:rPr>
          <w:b/>
        </w:rPr>
        <w:t xml:space="preserve">[19:49] </w:t>
      </w:r>
      <w:r>
        <w:t>brothers of the prophet, jo aakhri zamane mein Islam ka aalmi universal proclamation karein ge, aalmi elan karein ge.</w:t>
      </w:r>
    </w:p>
    <w:p>
      <w:pPr>
        <w:jc w:val="right"/>
      </w:pPr>
      <w:r>
        <w:t>برادرز آف دا پرافٹ، جو آخری زمانے میں اسلام کا عالمی یونیورسل پروکلیمیشن کریں گے، عالمی اعلان کریں گے۔</w:t>
      </w:r>
    </w:p>
    <w:p>
      <w:r>
        <w:rPr>
          <w:b/>
        </w:rPr>
        <w:t xml:space="preserve">[20:05] </w:t>
      </w:r>
      <w:r>
        <w:t>dekhein, is zamane mein jo jo jin ko hum ashaab rasool kehte hain, jinhon ne bara kaam kiya to wo un ka mamla yahi tha ke wo bohat bara nishana un ke samne tha.</w:t>
      </w:r>
    </w:p>
    <w:p>
      <w:pPr>
        <w:jc w:val="right"/>
      </w:pPr>
      <w:r>
        <w:t>دیکھیں، اس زمانے میں جو جو جن کو ہم اصحاب رسول کہتے ہیں، جنہوں نے بڑا کام کیا تو وہ ان کا معاملہ یہی تھا کہ وہ بہت بڑا نشانہ ان کے سامنے تھا۔</w:t>
      </w:r>
    </w:p>
    <w:p>
      <w:r>
        <w:rPr>
          <w:b/>
        </w:rPr>
        <w:t xml:space="preserve">[20:24] </w:t>
      </w:r>
      <w:r>
        <w:t>aik sahab the Rasool Allah ke sahabi, un ka naam tha Labid ibn Rabia. is zamane mein shairi ka riwaj tha, aksar log shairi kiya karte the.</w:t>
      </w:r>
    </w:p>
    <w:p>
      <w:pPr>
        <w:jc w:val="right"/>
      </w:pPr>
      <w:r>
        <w:t>ایک صاحب تھے رسول اللہ کے صحابی، ان کا نام تھا لبید ابن ربیعہ۔ اس زمانے میں شاعری کا رواج تھا، اکثر لوگ شاعری کیا کرتے تھے۔</w:t>
      </w:r>
    </w:p>
    <w:p>
      <w:r>
        <w:rPr>
          <w:b/>
        </w:rPr>
        <w:t xml:space="preserve">[20:42] </w:t>
      </w:r>
      <w:r>
        <w:t>kya hua? un ki mulaqat Rasool Allah se hui, aap ki baatein unhein sahi maloom huin aur unhon ne Islam qabool kar liya.</w:t>
      </w:r>
    </w:p>
    <w:p>
      <w:pPr>
        <w:jc w:val="right"/>
      </w:pPr>
      <w:r>
        <w:t>کیا ہوا؟ ان کی ملاقات رسول اللہ سے ہوئی، آپ کی باتیں انہیں صحیح معلوم ہوئیں اور انہوں نے اسلام قبول کر لیا۔</w:t>
      </w:r>
    </w:p>
    <w:p>
      <w:r>
        <w:rPr>
          <w:b/>
        </w:rPr>
        <w:t xml:space="preserve">[20:55] </w:t>
      </w:r>
      <w:r>
        <w:t>is ke baad unhon ne shairi chhod di, halanke wo Arab ke saat bade shairon mein se</w:t>
      </w:r>
    </w:p>
    <w:p>
      <w:pPr>
        <w:jc w:val="right"/>
      </w:pPr>
      <w:r>
        <w:t>اس کے بعد انہوں نے شاعری چھوڑ دی، حالانکہ وہ عرب کے سات بڑے شاعروں میں سے</w:t>
      </w:r>
    </w:p>
    <w:p>
      <w:r>
        <w:rPr>
          <w:b/>
        </w:rPr>
        <w:t xml:space="preserve">[21:02] </w:t>
      </w:r>
      <w:r>
        <w:t>gine jate the.</w:t>
      </w:r>
    </w:p>
    <w:p>
      <w:pPr>
        <w:jc w:val="right"/>
      </w:pPr>
      <w:r>
        <w:t>گنے جاتے تھے۔</w:t>
      </w:r>
    </w:p>
    <w:p>
      <w:r>
        <w:rPr>
          <w:b/>
        </w:rPr>
        <w:t xml:space="preserve">[21:05] </w:t>
      </w:r>
      <w:r>
        <w:t>to kisi ne poocha ke aap ne shairi kyun chhod di?</w:t>
      </w:r>
    </w:p>
    <w:p>
      <w:pPr>
        <w:jc w:val="right"/>
      </w:pPr>
      <w:r>
        <w:t>تو کسی نے پوچھا کہ آپ نے شاعری کیوں چھوڑ دی؟</w:t>
      </w:r>
    </w:p>
    <w:p>
      <w:r>
        <w:rPr>
          <w:b/>
        </w:rPr>
        <w:t xml:space="preserve">[21:13] </w:t>
      </w:r>
      <w:r>
        <w:t>to unhon ne kaha ke abad al Quran,</w:t>
      </w:r>
    </w:p>
    <w:p>
      <w:pPr>
        <w:jc w:val="right"/>
      </w:pPr>
      <w:r>
        <w:t>تو انہوں نے کہا کہ اباد القرآن،</w:t>
      </w:r>
    </w:p>
    <w:p>
      <w:r>
        <w:rPr>
          <w:b/>
        </w:rPr>
        <w:t xml:space="preserve">[21:18] </w:t>
      </w:r>
      <w:r>
        <w:t>abad al Quran! kya Quran ke baad bhi? mein ne socha ke aakhir kya matlab tha un ka aisa kehne se?</w:t>
      </w:r>
    </w:p>
    <w:p>
      <w:pPr>
        <w:jc w:val="right"/>
      </w:pPr>
      <w:r>
        <w:t>اباد القرآن! کیا قرآن کے بعد بھی؟ میں نے سوچا کہ آخر کیا مطلب تھا ان کا ایسا کہنے سے؟</w:t>
      </w:r>
    </w:p>
    <w:p>
      <w:r>
        <w:rPr>
          <w:b/>
        </w:rPr>
        <w:t xml:space="preserve">[21:30] </w:t>
      </w:r>
      <w:r>
        <w:t>dekhein, shairi jo hoti hai, is liye hoti hai ke das bees aadmi ke beech mein aap baithe hain aur shair parh rahe hain aur wah wah ho!</w:t>
      </w:r>
    </w:p>
    <w:p>
      <w:pPr>
        <w:jc w:val="right"/>
      </w:pPr>
      <w:r>
        <w:t>دیکھیں، شاعری جو ہوتی ہے، اس لیے ہوتی ہے کہ دس بیس آدمی کے بیچ میں آپ بیٹھے ہیں اور شعر پڑھ رہے ہیں اور واہ واہ ہو!</w:t>
      </w:r>
    </w:p>
    <w:p>
      <w:r>
        <w:rPr>
          <w:b/>
        </w:rPr>
        <w:t xml:space="preserve">[21:40] </w:t>
      </w:r>
      <w:r>
        <w:t>kitna chhota goal is ka hota hai ke kuch logon ke beech mein wah wah kahlwana bas. lekin</w:t>
      </w:r>
    </w:p>
    <w:p>
      <w:pPr>
        <w:jc w:val="right"/>
      </w:pPr>
      <w:r>
        <w:t>کتنا چھوٹا گول اس کا ہوتا ہے کہ کچھ لوگوں کے بیچ میں واہ واہ کہلوانا بس۔ لیکن</w:t>
      </w:r>
    </w:p>
    <w:p>
      <w:r>
        <w:rPr>
          <w:b/>
        </w:rPr>
        <w:t xml:space="preserve">[21:53] </w:t>
      </w:r>
      <w:r>
        <w:t>Quran ne jo nishana diya un ko, wo itna bara nishana tha ke kahin khatam nahi hota tha. wo nishana kya tha?</w:t>
      </w:r>
    </w:p>
    <w:p>
      <w:pPr>
        <w:jc w:val="right"/>
      </w:pPr>
      <w:r>
        <w:t>قرآن نے جو نشانہ دیا ان کو، وہ اتنا بڑا نشانہ تھا کہ کہیں ختم نہیں ہوتا تھا۔ وہ نشانہ کیا تھا؟</w:t>
      </w:r>
    </w:p>
    <w:p>
      <w:r>
        <w:rPr>
          <w:b/>
        </w:rPr>
        <w:t xml:space="preserve">[22:03] </w:t>
      </w:r>
      <w:r>
        <w:t>sare insanon tak Khuda ka paigham pohnchana, sare insanon ko</w:t>
      </w:r>
    </w:p>
    <w:p>
      <w:pPr>
        <w:jc w:val="right"/>
      </w:pPr>
      <w:r>
        <w:t>سارے انسانوں تک خدا کا پیغام پہنچانا، سارے انسانوں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