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Spirituality in Daily Life 13 Aug 2016 - Maulana Wahiduddin Khan</w:t>
      </w:r>
    </w:p>
    <w:p>
      <w:r>
        <w:t>https://www.youtube.com/watch?v=SB0AF0Q9aTE</w:t>
      </w:r>
    </w:p>
    <w:p>
      <w:r>
        <w:rPr>
          <w:b/>
        </w:rPr>
        <w:t xml:space="preserve">[00:11] </w:t>
      </w:r>
      <w:r>
        <w:t>bismillahir rahmanir rahim. assalam o alaikum. welcome to the question answer series with center for peace and spirituality founder Maulana Wahiduddin Khan sahib. the theme for todays question answer series is spirituality in daily life.</w:t>
      </w:r>
    </w:p>
    <w:p>
      <w:pPr>
        <w:jc w:val="right"/>
      </w:pPr>
      <w:r>
        <w:t>बिस्मिल्लाहिर्रहमानिर्रहीम। अस्सलाम वालेकुम। वेलकम टू द क्वेश्चन आंसर सीरीज विद सेंटर फॉर पीस एंड स्पिरिचुअलिटी फाउंडर मौलाना वैदुद्दीन खान साहब। द थीम फॉर टुडेज क्वेश्चन आंसर सीरीज इज स्पिरिचुअलिटी इन डेली लाइफ।</w:t>
      </w:r>
    </w:p>
    <w:p>
      <w:r>
        <w:rPr>
          <w:b/>
        </w:rPr>
        <w:t xml:space="preserve">[00:28] </w:t>
      </w:r>
      <w:r>
        <w:t>spirituality aur rabbaniyat is the elevation of a person to a plane where the mind focuses on higher and non material realities of a godly existence. in chapter 13, verse number 28 in Quran, it is said that only in remembrance of God are hearts comforted. here comfort implies</w:t>
      </w:r>
    </w:p>
    <w:p>
      <w:pPr>
        <w:jc w:val="right"/>
      </w:pPr>
      <w:r>
        <w:t>स्पिरिचुअलिटी और रब्बानियत इज द एलिवेशन ऑफ अ पर्सन टू अ प्लेन वेर द माइंड फोकसेस ऑन हायर एंड नॉन मटेरियल रियलिटीज ऑफ अ गॉडली एक्जिस्टेंस। इन चैप्टर 13, वर्स नंबर 28 इन कुरान, इट इज सेड दैट ओनली इन रिमेंबरेंस ऑफ गॉड आर हार्ट्स कंफर्टेड। हियर कंफर्ट इंप्ला</w:t>
      </w:r>
    </w:p>
    <w:p>
      <w:r>
        <w:rPr>
          <w:b/>
        </w:rPr>
        <w:t xml:space="preserve">[00:54] </w:t>
      </w:r>
      <w:r>
        <w:t>peace of mind which stems from the God. it is only spirituality that gives happiness to a person and not the material pleasures. we will have many aspects which we will discuss with Maulana sahib today in the question answer series.</w:t>
      </w:r>
    </w:p>
    <w:p>
      <w:pPr>
        <w:jc w:val="right"/>
      </w:pPr>
      <w:r>
        <w:t>पीस ऑफ माइंड व्हिच स्टम्स फ्रॉम द गॉड। इट इज ओनली स्पिरिचुअलिटी दैट गिव्स हैप्पीनेस टू अ पर्सन एंड नॉट द मटेरियल प्लेजर्स। वी विल हैव मेनी एस्पेक्ट्स व्हिच वी विल डिस्कस विद मौलाना साहब टुडे इन द क्वेश्चन आंसर सीरीज।</w:t>
      </w:r>
    </w:p>
    <w:p>
      <w:r>
        <w:rPr>
          <w:b/>
        </w:rPr>
        <w:t xml:space="preserve">[01:13] </w:t>
      </w:r>
      <w:r>
        <w:t>Maulana sahib, the first question is that what does it mean to be spiritual? what would you say to that?</w:t>
      </w:r>
    </w:p>
    <w:p>
      <w:pPr>
        <w:jc w:val="right"/>
      </w:pPr>
      <w:r>
        <w:t>मौलाना साहब, द फर्स्ट क्वेश्चन इज दैट व्हाट डज इट मीन टू बी स्पिरिचुअल? व्हाट वुड यू से टू दैट?</w:t>
      </w:r>
    </w:p>
    <w:p>
      <w:r>
        <w:rPr>
          <w:b/>
        </w:rPr>
        <w:t xml:space="preserve">[01:21] </w:t>
      </w:r>
      <w:r>
        <w:t>dekhiye, spirituality ke do school hain. zyada bada school to woh hai jo heart based spirituality ko manta hai.</w:t>
      </w:r>
    </w:p>
    <w:p>
      <w:pPr>
        <w:jc w:val="right"/>
      </w:pPr>
      <w:r>
        <w:t>देखिए, स्पिरिचुअलिटी के दो स्कूल हैं। ज्यादा बड़ा स्कूल तो वो है जो हार्ट बेस्ड स्पिरिचुअलिटी को मानता है।</w:t>
      </w:r>
    </w:p>
    <w:p>
      <w:r>
        <w:rPr>
          <w:b/>
        </w:rPr>
        <w:t xml:space="preserve">[01:39] </w:t>
      </w:r>
      <w:r>
        <w:t>ye sab kuch dil mein hai. spirituality, spirituality ka jo treasure house hai, woh dil hai. to dil mein dhyan lagaiye aur mysteriously aap</w:t>
      </w:r>
    </w:p>
    <w:p>
      <w:pPr>
        <w:jc w:val="right"/>
      </w:pPr>
      <w:r>
        <w:t>ये सब कुछ दिल में है। स्पिरिचुअलिटी, स्पिरिचुअलिटी का जो ट्रेजर हाउस है, वो दिल है। तो दिल में ध्यान लगाइए और मिस्टीरियसली आप</w:t>
      </w:r>
    </w:p>
    <w:p>
      <w:r>
        <w:rPr>
          <w:b/>
        </w:rPr>
        <w:t xml:space="preserve">[01:55] </w:t>
      </w:r>
      <w:r>
        <w:t>spirituality ke ko achieve kar lenge. lekin is spirituality mein jahan tak maine samjha hai, jo cheez milti hai, woh ecstasy hoti hai. spirituality ko,</w:t>
      </w:r>
    </w:p>
    <w:p>
      <w:pPr>
        <w:jc w:val="right"/>
      </w:pPr>
      <w:r>
        <w:t>स्पिरिचुअलिटी के को अचीव कर लेंगे। लेकिन इस स्पिरिचुअलिटी में जहां तक मैंने समझा है, जो चीज मिलती है, वो एक्स्टेसी होती है। स्पिरिचुअलिटी को,</w:t>
      </w:r>
    </w:p>
    <w:p>
      <w:r>
        <w:rPr>
          <w:b/>
        </w:rPr>
        <w:t xml:space="preserve">[02:14] </w:t>
      </w:r>
      <w:r>
        <w:t>woh ecstasy ko spiritually samajhte hain. ecstasy ko woh spirituality samajhte hain. lekin main isko nahi, woh mind based hai. mind based spirituality.</w:t>
      </w:r>
    </w:p>
    <w:p>
      <w:pPr>
        <w:jc w:val="right"/>
      </w:pPr>
      <w:r>
        <w:t>वो एक्स्टेसी को स्पिरिचुअली समझते हैं। एक्स्टेसी को वो स्पिरिचुअलिटी समझते हैं। लेकिन मैं इसको नहीं, वो माइंड बेस्ड है। माइंड बेस्ड स्पिरिचुअलिटी।</w:t>
      </w:r>
    </w:p>
    <w:p>
      <w:r>
        <w:rPr>
          <w:b/>
        </w:rPr>
        <w:t xml:space="preserve">[02:32] </w:t>
      </w:r>
      <w:r>
        <w:t>to mind based spirituality ka matlab yeh hai ki thinking se spirituality ko achieve karna. to jis tarah se heart based spirituality mein aakhri cheez ecstasy hoti hai,</w:t>
      </w:r>
    </w:p>
    <w:p>
      <w:pPr>
        <w:jc w:val="right"/>
      </w:pPr>
      <w:r>
        <w:t>तो माइंड बेस्ड स्पिरिचुअलिटी का मतलब यह है कि थिंकिंग से स्पिरिचुअलिटी को अचीव करना। तो जिस तरह से हार्ट बेस्ड स्पिरिचुअलिटी में आखिरी चीज एक्स्टेसी होती है,</w:t>
      </w:r>
    </w:p>
    <w:p>
      <w:r>
        <w:rPr>
          <w:b/>
        </w:rPr>
        <w:t xml:space="preserve">[02:49] </w:t>
      </w:r>
      <w:r>
        <w:t>aise hi mind based spirituality mein jo aakhri cheez hoti hai, woh intellectual development hai. intellectual development. to main jis spirituality ko manta hoon,</w:t>
      </w:r>
    </w:p>
    <w:p>
      <w:pPr>
        <w:jc w:val="right"/>
      </w:pPr>
      <w:r>
        <w:t>ऐसे ही माइंड बेस्ड स्पिरिचुअलिटी में जो आखिरी चीज होती है, वो इंटेलेक्चुअल डेवलपमेंट है। इंटेलेक्चुअल डेवलपमेंट। तो मैं जिस स्पिरिचुअलिटी को मानता हूं,</w:t>
      </w:r>
    </w:p>
    <w:p>
      <w:r>
        <w:rPr>
          <w:b/>
        </w:rPr>
        <w:t xml:space="preserve">[03:05] </w:t>
      </w:r>
      <w:r>
        <w:t>woh yahi hai jisme</w:t>
      </w:r>
    </w:p>
    <w:p>
      <w:pPr>
        <w:jc w:val="right"/>
      </w:pPr>
      <w:r>
        <w:t>वो यही है जिसमें</w:t>
      </w:r>
    </w:p>
    <w:p>
      <w:r>
        <w:rPr>
          <w:b/>
        </w:rPr>
        <w:t xml:space="preserve">[03:11] </w:t>
      </w:r>
      <w:r>
        <w:t>mind ko active kiya jata hai. high thinking lai jati hai.</w:t>
      </w:r>
    </w:p>
    <w:p>
      <w:pPr>
        <w:jc w:val="right"/>
      </w:pPr>
      <w:r>
        <w:t>माइंड को एक्टिव किया जाता है। हाई थिंकिंग लाई जाती है।</w:t>
      </w:r>
    </w:p>
    <w:p>
      <w:r>
        <w:rPr>
          <w:b/>
        </w:rPr>
        <w:t xml:space="preserve">[03:22] </w:t>
      </w:r>
      <w:r>
        <w:t>to aadmi ismein material world se upar uthta hai.</w:t>
      </w:r>
    </w:p>
    <w:p>
      <w:pPr>
        <w:jc w:val="right"/>
      </w:pPr>
      <w:r>
        <w:t>तो आदमी इसमें मटेरियल वर्ड से ऊपर उठता है।</w:t>
      </w:r>
    </w:p>
    <w:p>
      <w:r>
        <w:rPr>
          <w:b/>
        </w:rPr>
        <w:t xml:space="preserve">[03:31] </w:t>
      </w:r>
      <w:r>
        <w:t>to isko hum kehte hain spiritual. isko hum kehte hain intellectual development. to hamara jo concept hai spirituality ka,</w:t>
      </w:r>
    </w:p>
    <w:p>
      <w:pPr>
        <w:jc w:val="right"/>
      </w:pPr>
      <w:r>
        <w:t>तो इसको हम कहते हैं स्पिरिचुअल। इसको हम कहते हैं इंटेलेक्चुअल डेवलपमेंट। तो हमारा जो कांसेप्ट है स्पिरिचुअलिटी का,</w:t>
      </w:r>
    </w:p>
    <w:p>
      <w:r>
        <w:rPr>
          <w:b/>
        </w:rPr>
        <w:t xml:space="preserve">[03:45] </w:t>
      </w:r>
      <w:r>
        <w:t>usmein aakhri manzil</w:t>
      </w:r>
    </w:p>
    <w:p>
      <w:pPr>
        <w:jc w:val="right"/>
      </w:pPr>
      <w:r>
        <w:t>उसमें आखिरी मंजिल</w:t>
      </w:r>
    </w:p>
    <w:p>
      <w:r>
        <w:rPr>
          <w:b/>
        </w:rPr>
        <w:t xml:space="preserve">[03:51] </w:t>
      </w:r>
      <w:r>
        <w:t>intellectual development hota hai. jab zehan mein is tarah ka development aata hai, to mind bahut zyada active ho jata hai. bahut zyada. to jab active ho jata hai, to woh bahut zyada cheezon se</w:t>
      </w:r>
    </w:p>
    <w:p>
      <w:pPr>
        <w:jc w:val="right"/>
      </w:pPr>
      <w:r>
        <w:t>इंटेलेक्चुअल डेवलपमेंट होता है। जब जहन में इस तरह का डेवलपमेंट आता है, तो माइंड बहुत ज्यादा एक्टिव हो जाता है। बहुत ज्यादा। तो जब एक्टिव हो जाता है, तो वो बहुत ज्यादा चीजों से</w:t>
      </w:r>
    </w:p>
    <w:p>
      <w:r>
        <w:rPr>
          <w:b/>
        </w:rPr>
        <w:t xml:space="preserve">[04:10] </w:t>
      </w:r>
      <w:r>
        <w:t>lesson leta hai. bahut zyada</w:t>
      </w:r>
    </w:p>
    <w:p>
      <w:pPr>
        <w:jc w:val="right"/>
      </w:pPr>
      <w:r>
        <w:t>लेसन लेता है। बहुत ज्यादा</w:t>
      </w:r>
    </w:p>
    <w:p>
      <w:r>
        <w:rPr>
          <w:b/>
        </w:rPr>
        <w:t xml:space="preserve">[04:17] </w:t>
      </w:r>
      <w:r>
        <w:t>creativity badhti hai uski. woh cheez paida hoti hai jisko Quran mein tavassub kaha gaya hai. ye cheezon se, cheezon ko, material cheezon ko dekhkar usse spiritual lesson nikalna.</w:t>
      </w:r>
    </w:p>
    <w:p>
      <w:pPr>
        <w:jc w:val="right"/>
      </w:pPr>
      <w:r>
        <w:t>क्रिएटिविटी बढ़ती है उसकी। वो चीज पैदा होती है जिसको कुरान में तवसुब कहा गया है। ये चीजों से, चीजों को, मटेरियल चीजों को देखकर उससे स्पिरिचुअल लेसन निकालना।</w:t>
      </w:r>
    </w:p>
    <w:p>
      <w:r>
        <w:rPr>
          <w:b/>
        </w:rPr>
        <w:t xml:space="preserve">[04:37] </w:t>
      </w:r>
      <w:r>
        <w:t>to heart based spirituality mein aakhir mein jo cheez milti hai, woh ecstasy hai.</w:t>
      </w:r>
    </w:p>
    <w:p>
      <w:pPr>
        <w:jc w:val="right"/>
      </w:pPr>
      <w:r>
        <w:t>तो हार्ट बेस्ड स्पिरिचुअलिटी में आखिर में जो चीज मिलती है, वो एक्स्टेसी है।</w:t>
      </w:r>
    </w:p>
    <w:p>
      <w:r>
        <w:rPr>
          <w:b/>
        </w:rPr>
        <w:t xml:space="preserve">[04:47] </w:t>
      </w:r>
      <w:r>
        <w:t>lekin jo mind based spirituality hai, usmein jo cheez milti hai, woh hai intellectual development. aur intellectual development ka talluq poori life se hai. poori life se. life ka koi bhi pehlu usse bacha hua nahi hai.</w:t>
      </w:r>
    </w:p>
    <w:p>
      <w:pPr>
        <w:jc w:val="right"/>
      </w:pPr>
      <w:r>
        <w:t>लेकिन जो माइंड बेस्ड स्पिरिचुअलिटी है, उसमें जो चीज मिलती है, वो है इंटेलेक्चुअल डेवलपमेंट। और इंटेलेक्चुअल डेवलपमेंट का ताल्लुक पूरी लाइफ से है। पूरी लाइफ से। लाइफ का कोई भी पहलू उससे बचा हुआ नहीं है।</w:t>
      </w:r>
    </w:p>
    <w:p>
      <w:r>
        <w:rPr>
          <w:b/>
        </w:rPr>
        <w:t xml:space="preserve">[05:08] </w:t>
      </w:r>
      <w:r>
        <w:t>phir woh aapki tamam activities mein sirayat karta hai. kyunke tamam activities jo hain, woh mind se control hoti hain. to sari activities mein</w:t>
      </w:r>
    </w:p>
    <w:p>
      <w:pPr>
        <w:jc w:val="right"/>
      </w:pPr>
      <w:r>
        <w:t>फिर वो आपकी तमाम एक्टिविटीज में सिरायत करता है। क्योंकि तमाम एक्टिविटीज जो हैं, वो माइंड से कंट्रोल होती हैं। तो सारी एक्टिविटीज में</w:t>
      </w:r>
    </w:p>
    <w:p>
      <w:r>
        <w:rPr>
          <w:b/>
        </w:rPr>
        <w:t xml:space="preserve">[05:24] </w:t>
      </w:r>
      <w:r>
        <w:t>spirituality ka asar aa jata hai. ye do kismein hain spirituality, spiritual personality ko develop karne ki.</w:t>
      </w:r>
    </w:p>
    <w:p>
      <w:pPr>
        <w:jc w:val="right"/>
      </w:pPr>
      <w:r>
        <w:t>स्पिरिचुअलिटी का असर आ जाता है। ये दो किस्में हैं स्पिरिचुअलिटी, स्पिरिचुअल पर्सनालिटी को डेवलप करने की।</w:t>
      </w:r>
    </w:p>
    <w:p>
      <w:r>
        <w:rPr>
          <w:b/>
        </w:rPr>
        <w:t xml:space="preserve">[05:39] </w:t>
      </w:r>
      <w:r>
        <w:t>Maulana sahib, you just now said that tavassub is also looking at material things and then drawing spiritual lessons from it. and the focus should be on intellectual development. but many people say that to attain spirituality, one should abandon the material world. what would you say to that?</w:t>
      </w:r>
    </w:p>
    <w:p>
      <w:pPr>
        <w:jc w:val="right"/>
      </w:pPr>
      <w:r>
        <w:t>मौलाना साहब, यू जस्ट नाउ सेड दैट तवसुम इज आल्सो लुकिंग एट मटेरियल थिंग्स एंड देन ड्राइंग स्पिरिचुअल लेसंस फ्रॉम इट। एंड द फोकस शुड बी ऑन इंटेलेक्चुअल डेवलपमेंट। बट मेनी पीपल से दैट टू अटन स्पिरिचुअलिटी, वन शुड अबंडन द मटेरियल वर्ल्ड। व्हाट वुड यू से टू दैट?</w:t>
      </w:r>
    </w:p>
    <w:p>
      <w:r>
        <w:rPr>
          <w:b/>
        </w:rPr>
        <w:t xml:space="preserve">[06:00] </w:t>
      </w:r>
      <w:r>
        <w:t>what is your opinion on this?</w:t>
      </w:r>
    </w:p>
    <w:p>
      <w:pPr>
        <w:jc w:val="right"/>
      </w:pPr>
      <w:r>
        <w:t>व्हाट इज योर ओपिनियन ऑन दिस?</w:t>
      </w:r>
    </w:p>
    <w:p>
      <w:r>
        <w:rPr>
          <w:b/>
        </w:rPr>
        <w:t xml:space="preserve">[06:04] </w:t>
      </w:r>
      <w:r>
        <w:t>dekhiye, main bahut se logon se mila hoon jo is line ke the. kitabein padhi hain. badi mashhoor kitab hai "the monk who sold his priory". to main to isi nateeje pahuncha hoon ki</w:t>
      </w:r>
    </w:p>
    <w:p>
      <w:pPr>
        <w:jc w:val="right"/>
      </w:pPr>
      <w:r>
        <w:t>देखिए, मैं बहुत से लोगों से मिला हूं जो इस लाइन के थे। किताबें पढ़ी हैं। बड़ी मशहूर किताब है "द मंग हु सोल्ड हिज प्रायरी"। तो मैं तो इसी नतीजे पहुंचा हूं कि</w:t>
      </w:r>
    </w:p>
    <w:p>
      <w:r>
        <w:rPr>
          <w:b/>
        </w:rPr>
        <w:t xml:space="preserve">[06:21] </w:t>
      </w:r>
      <w:r>
        <w:t>heart based spirituality mein aadmi ko jo cheez milti hai, wo bekhudi kahiye, usko ecstasy kahiye. to usmein aadmi ko thodi der ke liye zaroor milta hai. zaroor.</w:t>
      </w:r>
    </w:p>
    <w:p>
      <w:pPr>
        <w:jc w:val="right"/>
      </w:pPr>
      <w:r>
        <w:t>हार्ट बेस्ड स्पिरिचुअलिटी में आदमी को जो चीज मिलती है, वो बेखुदी कहिए, उसको एक्स्टेसी कहिए। तो उसमें आदमी को थोड़ी देर के लिए जरूर मिलता है। जरूर।</w:t>
      </w:r>
    </w:p>
    <w:p>
      <w:r>
        <w:rPr>
          <w:b/>
        </w:rPr>
        <w:t xml:space="preserve">[06:38] </w:t>
      </w:r>
      <w:r>
        <w:t>thodi der ke liye wo bhool jaata hai problem ko. is tarah ki cheez to hoti hai usmein. lekin wo thodi cheez ke liye, thodi der ke liye. mustaqil taur par usko peace of mind nahi milta. main ek saahab se mila jo</w:t>
      </w:r>
    </w:p>
    <w:p>
      <w:pPr>
        <w:jc w:val="right"/>
      </w:pPr>
      <w:r>
        <w:t>थोड़ी देर के लिए वो भूल जाता है प्रॉब्लम को। इस तरह की चीज तो होती है उसमें। लेकिन वो थोड़ी चीज के लिए, थोड़ी देर के लिए। मुस्तकिल तौर पर उसको पीस ऑफ माइंड नहीं मिलता। मैं एक साहब से मिला जो</w:t>
      </w:r>
    </w:p>
    <w:p>
      <w:r>
        <w:rPr>
          <w:b/>
        </w:rPr>
        <w:t xml:space="preserve">[06:56] </w:t>
      </w:r>
      <w:r>
        <w:t>is tarah ke ek center mein jaate the. unka ki wo bahut hi educated aadmi the. wo unhone kaha ki wahan hum jaate hain to kuch khaas tarah ka chanting, kuch khaas tarah ka course ise hota hai.</w:t>
      </w:r>
    </w:p>
    <w:p>
      <w:pPr>
        <w:jc w:val="right"/>
      </w:pPr>
      <w:r>
        <w:t>इस तरह के एक सेंटर में जाते थे। उनका कि वो बहुत ही एजुकेटेड आदमी थे। वो उन्होंने कहा कि वहां हम जाते हैं तो कुछ खास तरह का चैटिंग, कुछ खास तरह का कोर्स इसे होता है।</w:t>
      </w:r>
    </w:p>
    <w:p>
      <w:r>
        <w:rPr>
          <w:b/>
        </w:rPr>
        <w:t xml:space="preserve">[07:15] </w:t>
      </w:r>
      <w:r>
        <w:t>to unhone kaha ki mera tajurba to yeh hai ki jab tak hum us course ke darmiyan rehte hain, tab tak humko achha lagta hai. lekin jab usse bahar aate hain, to phir wahi duniya jo pehle thi. to main sochta hoon ki yeh koi goal nahi ho sakta.</w:t>
      </w:r>
    </w:p>
    <w:p>
      <w:pPr>
        <w:jc w:val="right"/>
      </w:pPr>
      <w:r>
        <w:t>तो उन्होंने कहा कि मेरा तजुर्बा तो यह है कि जब तक हम उस कोर्स के दरमियान रहते हैं, तब तक हमको अच्छा लगता है। लेकिन जब उससे बाहर आते हैं, तो फिर वही दुनिया जो पहले थी। तो मैं सोचता हूं कि यह कोई गोल नहीं हो सकता।</w:t>
      </w:r>
    </w:p>
    <w:p>
      <w:r>
        <w:rPr>
          <w:b/>
        </w:rPr>
        <w:t xml:space="preserve">[07:35] </w:t>
      </w:r>
      <w:r>
        <w:t>spirituality wo hai jo permanently aapko aapke andar koi transformation laaye. permanently aapko kuch cheez de. aur wo mil sakta hai aapko intellectual development ke zariye se.</w:t>
      </w:r>
    </w:p>
    <w:p>
      <w:pPr>
        <w:jc w:val="right"/>
      </w:pPr>
      <w:r>
        <w:t>स्पिरिचुअलिटी वो है जो परमानेंटली आपको आपके अंदर कोई ट्रांसफॉर्मेशन लाए। परमानेंटली आपको कुछ चीज दे। और वो मिल सकता है आपको इंटेलेक्चुअल डेवलपमेंट के जरिए से।</w:t>
      </w:r>
    </w:p>
    <w:p>
      <w:r>
        <w:rPr>
          <w:b/>
        </w:rPr>
        <w:t xml:space="preserve">[07:51] </w:t>
      </w:r>
      <w:r>
        <w:t>aur ye usi ko sochta hai ki jab aap cheezon ke darmiyan rahe, to usse aap extract karein spirituality ko. kyunki insaan rehta hai bahar material duniya mein. isse bahar to ja nahi sakta wo. to har lamha insaan ko kisi na kisi</w:t>
      </w:r>
    </w:p>
    <w:p>
      <w:pPr>
        <w:jc w:val="right"/>
      </w:pPr>
      <w:r>
        <w:t>और ये उसी को सोचता है कि जब आप चीजों के दरमियान रहे, तो उससे आप एक्सट्रैक्ट करें स्पिरिचुअलिटी को। क्योंकि इंसान रहता है बाहर मटेरियल दुनिया में। इससे बाहर तो जा नहीं सकता वो। तो हर लम्हा इंसान को किसी ना किसी</w:t>
      </w:r>
    </w:p>
    <w:p>
      <w:r>
        <w:rPr>
          <w:b/>
        </w:rPr>
        <w:t xml:space="preserve">[08:10] </w:t>
      </w:r>
      <w:r>
        <w:t>material tajurbe se saap ka pesh aata hai. to jo developed mind hai, wo bas material cheezon se extract karta hai. jis tarah shaad ki makkhi aati hai baag mein,</w:t>
      </w:r>
    </w:p>
    <w:p>
      <w:pPr>
        <w:jc w:val="right"/>
      </w:pPr>
      <w:r>
        <w:t>मटेरियल तजुर्बे से साप का पेश आता है। तो जो डेवलप्ड माइंड है, वो बस मटेरियल चीजों से एक्सट्रैक्ट करता है। जिस तरह शाद की मक्खी आती है बाग में,</w:t>
      </w:r>
    </w:p>
    <w:p>
      <w:r>
        <w:rPr>
          <w:b/>
        </w:rPr>
        <w:t xml:space="preserve">[08:28] </w:t>
      </w:r>
      <w:r>
        <w:t>to wo phool ke paas jaati hai. aur phool se wo extract karti hai nectar. nectar. aise hi spirituality ka maamla hai. lekin</w:t>
      </w:r>
    </w:p>
    <w:p>
      <w:pPr>
        <w:jc w:val="right"/>
      </w:pPr>
      <w:r>
        <w:t>तो वो फूल के पास जाती है। और फूल से वो एक्सट्रैक्ट करती है नेक्टर। नेक्टर। ऐसे ही स्पिरिचुअलिटी का मामला है। लेकिन</w:t>
      </w:r>
    </w:p>
    <w:p>
      <w:r>
        <w:rPr>
          <w:b/>
        </w:rPr>
        <w:t xml:space="preserve">[08:44] </w:t>
      </w:r>
      <w:r>
        <w:t>iske liye zaroori hai ki aapka mind develop hua ho. jab aap ek mind, jab aap ek developed mind ban chuke ho, to jo cheez aap dekhein, to aap wahan par discover kar lein ki ek ek spiritual nectar maujood hai har cheez mein.</w:t>
      </w:r>
    </w:p>
    <w:p>
      <w:pPr>
        <w:jc w:val="right"/>
      </w:pPr>
      <w:r>
        <w:t>इसके लिए जरूरी है कि आपका माइंड डेवलप हुआ हो। जब आप एक माइंड, जब आप एक डेवलप्ड माइंड बन चुके हो, तो जो चीज आप देखें, तो आप वहां पर डिस्कवर कर लें कि एक एक स्पिरिचुअल नेक्टर मौजूद है हर चीज में।</w:t>
      </w:r>
    </w:p>
    <w:p>
      <w:r>
        <w:rPr>
          <w:b/>
        </w:rPr>
        <w:t xml:space="preserve">[09:06] </w:t>
      </w:r>
      <w:r>
        <w:t>us nectar ko aap le lenge aur usse apne andar spiritual personality banayenge. to har cheez, har cheez mein mere tajurbe ke mutabiq spirituality ka doctor maujood hota hai.</w:t>
      </w:r>
    </w:p>
    <w:p>
      <w:pPr>
        <w:jc w:val="right"/>
      </w:pPr>
      <w:r>
        <w:t>उस नेक्टर को आप ले लेंगे और उससे अपने अंदर स्पिरिचुअल पर्सनालिटी बनाएंगे। तो हर चीज, हर चीज में मेरे तजुर्बे के मुताबिक स्पिरिचुअलिटी का डक्टर मौजूद होता है।</w:t>
      </w:r>
    </w:p>
    <w:p>
      <w:r>
        <w:rPr>
          <w:b/>
        </w:rPr>
        <w:t xml:space="preserve">[09:26] </w:t>
      </w:r>
      <w:r>
        <w:t>to us spirituality ke doctor ko extract kijiye. isse aapki shakhsiyat ki taabeer hoti rahegi. kyunki spirituality, spiritual personality jo hai, usko bhi food chahiye.</w:t>
      </w:r>
    </w:p>
    <w:p>
      <w:pPr>
        <w:jc w:val="right"/>
      </w:pPr>
      <w:r>
        <w:t>तो उस स्पिरिचुअलिटी के डक्टर को एक्सट्रैक्ट कीजिए। इससे आपकी शख्सियत की ताबीर होती रहेगी। क्योंकि स्पिरिचुअलिटी, स्पिरिचुअल पर्सनालिटी जो है, उसको भी फूड चाहिए।</w:t>
      </w:r>
    </w:p>
    <w:p>
      <w:r>
        <w:rPr>
          <w:b/>
        </w:rPr>
        <w:t xml:space="preserve">[09:43] </w:t>
      </w:r>
      <w:r>
        <w:t>jis tarah physical personality ke liye food chahiye, aisi spiritual personality ke liye food chahiye. ab wo food yahi hai. ye ek material cheezon mein se ek non material content ko nikalna.</w:t>
      </w:r>
    </w:p>
    <w:p>
      <w:pPr>
        <w:jc w:val="right"/>
      </w:pPr>
      <w:r>
        <w:t>जिस तरह फिजिकल पर्सनालिटी के लिए फूड चाहिए, ऐसी स्पिरिचुअल पर्सनालिटी के लिए फूड चाहिए। अब वो फूड यही है। ये एक मटेरियल चीजों में से एक नॉन मटेरियल कंटेंट को निकालना।</w:t>
      </w:r>
    </w:p>
    <w:p>
      <w:r>
        <w:rPr>
          <w:b/>
        </w:rPr>
        <w:t xml:space="preserve">[10:04] </w:t>
      </w:r>
      <w:r>
        <w:t>material cheezon mein se ek non material content ko nikalna. to jab tak aadmi ka yeh salahiyat na aayi ho, tab tak wo starvation mein jiyega.</w:t>
      </w:r>
    </w:p>
    <w:p>
      <w:pPr>
        <w:jc w:val="right"/>
      </w:pPr>
      <w:r>
        <w:t>मटेरियल चीजों में से एक नॉन मटेरियल कंटेंट को निकालना। तो जब तक आदमी का यह सलाहियत ना आई हो, तब तक वो स्टार में जिएगा।</w:t>
      </w:r>
    </w:p>
    <w:p>
      <w:r>
        <w:rPr>
          <w:b/>
        </w:rPr>
        <w:t xml:space="preserve">[10:21] </w:t>
      </w:r>
      <w:r>
        <w:t>spiritual starvation. usko food nahi milegi.</w:t>
      </w:r>
    </w:p>
    <w:p>
      <w:pPr>
        <w:jc w:val="right"/>
      </w:pPr>
      <w:r>
        <w:t>स्पिरिचुअल स्टार मिशन। उसको फूड नहीं मिलेगी।</w:t>
      </w:r>
    </w:p>
    <w:p>
      <w:r>
        <w:rPr>
          <w:b/>
        </w:rPr>
        <w:t xml:space="preserve">[10:29] </w:t>
      </w:r>
      <w:r>
        <w:t>hazrat maseeh ne kaha tha ki "man can not live by bread alone". to physical bread, bread ke siway ek aur cheez chahiye. usse aadmi ke andar spiritual health aati hai. to wo aadmi agar</w:t>
      </w:r>
    </w:p>
    <w:p>
      <w:pPr>
        <w:jc w:val="right"/>
      </w:pPr>
      <w:r>
        <w:t>हजरत मसीह ने कहा था कि "मैन कैन नॉट लिव बाय ब्रेड अलोन"। तो फिजिकल ब्रेड, ब्रेड के सिवाय एक और चीज चाहिए। उससे आदमी के अंदर स्पिरिचुअल हेल्थ आती है। तो वो आदमी अगर</w:t>
      </w:r>
    </w:p>
    <w:p>
      <w:r>
        <w:rPr>
          <w:b/>
        </w:rPr>
        <w:t xml:space="preserve">[10:46] </w:t>
      </w:r>
      <w:r>
        <w:t>us, us, is, us cheez ko pa raha hai,</w:t>
      </w:r>
    </w:p>
    <w:p>
      <w:pPr>
        <w:jc w:val="right"/>
      </w:pPr>
      <w:r>
        <w:t>उस, उस, इस, उस चीज को पा रहा है,</w:t>
      </w:r>
    </w:p>
    <w:p>
      <w:r>
        <w:rPr>
          <w:b/>
        </w:rPr>
        <w:t xml:space="preserve">[10:54] </w:t>
      </w:r>
      <w:r>
        <w:t>to usse uske andar spirituality, spirituality ka development hota rahega. to ye, ye depend karta hai is par ki aap kitna intellectually</w:t>
      </w:r>
    </w:p>
    <w:p>
      <w:pPr>
        <w:jc w:val="right"/>
      </w:pPr>
      <w:r>
        <w:t>तो उससे उसके अंदर स्पिरिचुअलिटी, स्पिरिचुअलिटी का डेवलपमेंट होता रहेगा। तो ये, ये डिपेंड करता है इस पर कि आप कितना इंटेलेक्चुअली</w:t>
      </w:r>
    </w:p>
    <w:p>
      <w:r>
        <w:rPr>
          <w:b/>
        </w:rPr>
        <w:t xml:space="preserve">[11:08] </w:t>
      </w:r>
      <w:r>
        <w:t>awakened ho, kitna spirituality aap, kitna aap intellectually aap taiyar hain, is par depend karta hai. to ye hai mera experience.</w:t>
      </w:r>
    </w:p>
    <w:p>
      <w:pPr>
        <w:jc w:val="right"/>
      </w:pPr>
      <w:r>
        <w:t>अवेकेंड हो, कितना स्पिरिचुअलिटी आप, कितना आप इंटेलेक्चुअली आप तैयार हैं, इस पर डिपेंड करता है। तो ये है मेरा एक्सपीरियंस।</w:t>
      </w:r>
    </w:p>
    <w:p>
      <w:r>
        <w:rPr>
          <w:b/>
        </w:rPr>
        <w:t xml:space="preserve">[11:22] </w:t>
      </w:r>
      <w:r>
        <w:t>but maulana sahab, a person often finds, you know, one self in different places. like, a person goes to office, to work, then the same person interacts with lot of people, and then he is back home. so how can that person maintain his spiritual self on a daily basis?</w:t>
      </w:r>
    </w:p>
    <w:p>
      <w:pPr>
        <w:jc w:val="right"/>
      </w:pPr>
      <w:r>
        <w:t>बट मौलाना साहब, अ पर्सन ऑफन फाइंड्स, यू नो, वनसेल्फ इन डिफरेंट प्लेसेस। लाइक, अ पर्सन गोज़ टू ऑफिस, टू वर्क, देन द सेम पर्सन इंटरेक्ट्स विद लॉट ऑफ पीपल, एंड देन ही इज बैक होम। सो हाउ कैन दैट पर्सन मेंटेन हिज स्पिरिचुअल सेल्फ ऑन अ डेली बेसिस?</w:t>
      </w:r>
    </w:p>
    <w:p>
      <w:r>
        <w:rPr>
          <w:b/>
        </w:rPr>
        <w:t xml:space="preserve">[11:45] </w:t>
      </w:r>
      <w:r>
        <w:t>what would be your advice?</w:t>
      </w:r>
    </w:p>
    <w:p>
      <w:pPr>
        <w:jc w:val="right"/>
      </w:pPr>
      <w:r>
        <w:t>व्हाट वुड बी योर एडवाइस?</w:t>
      </w:r>
    </w:p>
    <w:p>
      <w:r>
        <w:rPr>
          <w:b/>
        </w:rPr>
        <w:t xml:space="preserve">[11:47] </w:t>
      </w:r>
      <w:r>
        <w:t>dekhiye, wo heart based spirituality mein aap maintain nahi kar sakte. main khud pahadon mein gaya hoon, kashmir gaya hoon, shimla, mussoorie, nainital gaya hoon. to ek scene, ek ek natural scene ho wahan. wahan aap jayein to thodi der ke baad lagta hai.</w:t>
      </w:r>
    </w:p>
    <w:p>
      <w:pPr>
        <w:jc w:val="right"/>
      </w:pPr>
      <w:r>
        <w:t>देखिए, वो हार्ट बेस्ड स्पिरिचुअलिटी में आप मेंटेन नहीं कर सकते। मैं खुद पहाड़ों में गया हूं, कश्मीर गया हूं, शिमला, मसूरी, नैनीताल गया हूं। तो एक सीन, एक एक नेचुरल सीन हो वहां। वहां आप जाएं तो थोड़ी देर के बाद लगता है।</w:t>
      </w:r>
    </w:p>
    <w:p>
      <w:r>
        <w:rPr>
          <w:b/>
        </w:rPr>
        <w:t xml:space="preserve">[12:11] </w:t>
      </w:r>
      <w:r>
        <w:t>ye dheere dheere aap bol rahe hote hain. kyunki physical sense mein to kuch le rahe hain aap, lekin intellectual sense mein aapko kuch nahi mil raha hai.</w:t>
      </w:r>
    </w:p>
    <w:p>
      <w:pPr>
        <w:jc w:val="right"/>
      </w:pPr>
      <w:r>
        <w:t>ये धीरे-धीरे आप बोल रहे होते हैं। क्योंकि फिजिकल सेंस में तो कुछ ले रहे हैं आप, लेकिन इंटेलेक्चुअल सेंस में आपको कुछ नहीं मिल रहा है।</w:t>
      </w:r>
    </w:p>
    <w:p>
      <w:r>
        <w:rPr>
          <w:b/>
        </w:rPr>
        <w:t xml:space="preserve">[12:23] </w:t>
      </w:r>
      <w:r>
        <w:t>to chahe koi nature ka scene ho ya aap market mein ho ya aap kahin bhi ho, agar aap ek developed mind hain, to har jagah aapko spiritual</w:t>
      </w:r>
    </w:p>
    <w:p>
      <w:pPr>
        <w:jc w:val="right"/>
      </w:pPr>
      <w:r>
        <w:t>तो चाहे कोई नेचर का सीन हो या आप मार्केट में हो या आप कहीं भी हो, अगर आप एक डेवलप्ड माइंड हैं, तो हर जगह आपको स्पिरिचुअल</w:t>
      </w:r>
    </w:p>
    <w:p>
      <w:r>
        <w:rPr>
          <w:b/>
        </w:rPr>
        <w:t xml:space="preserve">[12:40] </w:t>
      </w:r>
      <w:r>
        <w:t>content milta rahega cheezon mein. har jagah. aur aap spiritually, aap developed mind nahi hain, to aapko spiritual content nahi milega. phir aapko starvation mein jaana padega.</w:t>
      </w:r>
    </w:p>
    <w:p>
      <w:pPr>
        <w:jc w:val="right"/>
      </w:pPr>
      <w:r>
        <w:t>कंटेंट मिलता रहेगा चीजों में। हर जगह। और आप स्पिरिचुअली, आप डेवलप्ड माइंड नहीं हैं, तो आपको स्पिरिचुअल कंटेंट नहीं मिलेगा। फिर आपको स्टारवेशन में जाना पड़ेगा।</w:t>
      </w:r>
    </w:p>
    <w:p>
      <w:r>
        <w:rPr>
          <w:b/>
        </w:rPr>
        <w:t xml:space="preserve">[13:01] </w:t>
      </w:r>
      <w:r>
        <w:t>to main bataoon ki pehla kaam hai mind ko, mind ko develop, develop karna. maslan, main ek, mere ghar ke saamne ek, ek, ek darakht hai. to usmein</w:t>
      </w:r>
    </w:p>
    <w:p>
      <w:pPr>
        <w:jc w:val="right"/>
      </w:pPr>
      <w:r>
        <w:t>तो मैं बताऊं कि पहला काम है माइंड को, माइंड को डेवलप, डेवलप करना। मसलन, मैं एक, मेरे घर के सामने एक, एक, एक दरख्त है। तो उसमें</w:t>
      </w:r>
    </w:p>
    <w:p>
      <w:r>
        <w:rPr>
          <w:b/>
        </w:rPr>
        <w:t xml:space="preserve">[13:18] </w:t>
      </w:r>
      <w:r>
        <w:t>phool khile hue the. kai phool ka ek, ek khosa tha. main utha hokar usko dekhne laga. to itni beauty thi, itni beauty thi, itni beauty thi. main hairaan tha</w:t>
      </w:r>
    </w:p>
    <w:p>
      <w:pPr>
        <w:jc w:val="right"/>
      </w:pPr>
      <w:r>
        <w:t>फूल खिले हुए थे। कई फूल का एक, एक खोसा था। मैं उठा होकर उसको देखने लगा। तो इतनी ब्यूटी थी, इतनी ब्यूटी थी, इतनी ब्यूटी थी। मैं हैरान था</w:t>
      </w:r>
    </w:p>
    <w:p>
      <w:r>
        <w:rPr>
          <w:b/>
        </w:rPr>
        <w:t xml:space="preserve">[13:34] </w:t>
      </w:r>
      <w:r>
        <w:t>ki kya yeh beauty koi phool apne aap apne andar paida kar sakta hai. to mere saath possible nahin hai. to itni zabardast,</w:t>
      </w:r>
    </w:p>
    <w:p>
      <w:pPr>
        <w:jc w:val="right"/>
      </w:pPr>
      <w:r>
        <w:t>कि क्या यह ब्यूटी कोई फूल अपने आप अपने अंदर पैदा कर सकता है। तो मेरे साथ पॉसिबल नहीं है। तो इतनी जबरदस्त,</w:t>
      </w:r>
    </w:p>
    <w:p>
      <w:r>
        <w:rPr>
          <w:b/>
        </w:rPr>
        <w:t xml:space="preserve">[13:49] </w:t>
      </w:r>
      <w:r>
        <w:t>beautiful cheez apne aap kaise ban jayegi? to zaroor hai koi creator ho.</w:t>
      </w:r>
    </w:p>
    <w:p>
      <w:pPr>
        <w:jc w:val="right"/>
      </w:pPr>
      <w:r>
        <w:t>ब्यूटीफुल चीज अपने आप कैसे बन जाएगी? तो जरूर है कोई क्रिएटर हो।</w:t>
      </w:r>
    </w:p>
    <w:p>
      <w:r>
        <w:rPr>
          <w:b/>
        </w:rPr>
        <w:t xml:space="preserve">[13:55] </w:t>
      </w:r>
      <w:r>
        <w:t>phir maine socha ki ye darakht shuru mein kya hai? tana hai, stem hai, phir branches hain, phir pattiyan hain. usi mein kaante bhi hain. in cheezon ke darmiyan ek cheez nikalti hai, phool,</w:t>
      </w:r>
    </w:p>
    <w:p>
      <w:pPr>
        <w:jc w:val="right"/>
      </w:pPr>
      <w:r>
        <w:t>फिर मैंने सोचा कि ये दरख्त शुरू में क्या है? तना है, स्टेम है, फिर ब्रांचेस हैं, फिर पत्तियां हैं। उसी में कांटे भी हैं। इन चीजों के दरमियान एक चीज निकलती है, फूल,</w:t>
      </w:r>
    </w:p>
    <w:p>
      <w:r>
        <w:rPr>
          <w:b/>
        </w:rPr>
        <w:t xml:space="preserve">[14:13] </w:t>
      </w:r>
      <w:r>
        <w:t>jo bilkul differently, bahut hi zyada beautiful hoti hai. to kya us phool ke andar mere liye ek content tha, ek,</w:t>
      </w:r>
    </w:p>
    <w:p>
      <w:pPr>
        <w:jc w:val="right"/>
      </w:pPr>
      <w:r>
        <w:t>जो बिल्कुल डिफरेंटली, बहुत ही ज्यादा ब्यूटीफुल होती है। तो क्या उस फूल के अंदर मेरे लिए एक कंटेंट था, एक,</w:t>
      </w:r>
    </w:p>
    <w:p>
      <w:r>
        <w:rPr>
          <w:b/>
        </w:rPr>
        <w:t xml:space="preserve">[14:28] </w:t>
      </w:r>
      <w:r>
        <w:t>ek nectar tha,</w:t>
      </w:r>
    </w:p>
    <w:p>
      <w:pPr>
        <w:jc w:val="right"/>
      </w:pPr>
      <w:r>
        <w:t>एक नेक्टर था,</w:t>
      </w:r>
    </w:p>
    <w:p>
      <w:r>
        <w:rPr>
          <w:b/>
        </w:rPr>
        <w:t xml:space="preserve">[14:30] </w:t>
      </w:r>
      <w:r>
        <w:t>jisne mujhe bataya ki duniya ka zaroor koi creator hai. agar creator na ho, to kaisi aisi beautiful cheez ban sakti hai?</w:t>
      </w:r>
    </w:p>
    <w:p>
      <w:pPr>
        <w:jc w:val="right"/>
      </w:pPr>
      <w:r>
        <w:t>जिसने मुझे बताया कि दुनिया का जरूर कोई क्रिएटर है। अगर क्रिएटर ना हो, तो कैसी ऐसी ब्यूटीफुल चीज बन सकती है?</w:t>
      </w:r>
    </w:p>
    <w:p>
      <w:r>
        <w:rPr>
          <w:b/>
        </w:rPr>
        <w:t xml:space="preserve">[14:42] </w:t>
      </w:r>
      <w:r>
        <w:t>to ye, ye jo aap develop karein, is tarah ka mind,</w:t>
      </w:r>
    </w:p>
    <w:p>
      <w:pPr>
        <w:jc w:val="right"/>
      </w:pPr>
      <w:r>
        <w:t>तो ये, ये जो आप डेवलप करें, इस तरह का माइंड,</w:t>
      </w:r>
    </w:p>
    <w:p>
      <w:r>
        <w:rPr>
          <w:b/>
        </w:rPr>
        <w:t xml:space="preserve">[14:47] </w:t>
      </w:r>
      <w:r>
        <w:t>to phir aapko ek permanent life mil jati hai, spiritual life. phir kabhi boring nahin aati. ye mere liye sirf suni hui baat nahin hai, balki main daily iska</w:t>
      </w:r>
    </w:p>
    <w:p>
      <w:pPr>
        <w:jc w:val="right"/>
      </w:pPr>
      <w:r>
        <w:t>तो फिर आपको एक परमानेंट लाइफ मिल जाती है, स्पिरिचुअल लाइफ। फिर कभी बोरिंग नहीं आती। ये मेरे लिए सिर्फ सुनी हुई बात नहीं है, बल्कि मैं डेली इसका</w:t>
      </w:r>
    </w:p>
    <w:p>
      <w:r>
        <w:rPr>
          <w:b/>
        </w:rPr>
        <w:t xml:space="preserve">[15:03] </w:t>
      </w:r>
      <w:r>
        <w:t>tazurba karta hoon.</w:t>
      </w:r>
    </w:p>
    <w:p>
      <w:pPr>
        <w:jc w:val="right"/>
      </w:pPr>
      <w:r>
        <w:t>तजुर्बा करता हूं।</w:t>
      </w:r>
    </w:p>
    <w:p>
      <w:r>
        <w:rPr>
          <w:b/>
        </w:rPr>
        <w:t xml:space="preserve">[15:06] </w:t>
      </w:r>
      <w:r>
        <w:t>maulana sahab, we have received a question from morocco, from mr. hatem badri, and he wants to know that how can spirituality help us increase our morals.</w:t>
      </w:r>
    </w:p>
    <w:p>
      <w:pPr>
        <w:jc w:val="right"/>
      </w:pPr>
      <w:r>
        <w:t>मौलाना साहब, वी हैव रिसीव्ड अ क्वेश्चन फ्रॉम मोरक्को, फ्रॉम मिस्टर हेतम बद्री, एंड ही वांट्स टू नो दैट हाउ कैन स्पिरिचुअलिटी हेल्प अस इंक्रीज आवर मोरल्स।</w:t>
      </w:r>
    </w:p>
    <w:p>
      <w:r>
        <w:rPr>
          <w:b/>
        </w:rPr>
        <w:t xml:space="preserve">[15:23] </w:t>
      </w:r>
      <w:r>
        <w:t>bahut zyada taalluq hai spirituality ka isse. kyunki spirituality kya karti hai? aapko wo aapko elevate karti hai, upar uthati hai. yaani aapko jo material cheezein hain,</w:t>
      </w:r>
    </w:p>
    <w:p>
      <w:pPr>
        <w:jc w:val="right"/>
      </w:pPr>
      <w:r>
        <w:t>बहुत ज्यादा ताल्लुक है स्पिरिचुअलिटी का इससे। क्योंकि स्पिरिचुअलिटी क्या करती है? आपको वो आपको एलिवेट करती है, ऊपर उठाती है। यानी आपको जो मटेरियल चीजें हैं,</w:t>
      </w:r>
    </w:p>
    <w:p>
      <w:r>
        <w:rPr>
          <w:b/>
        </w:rPr>
        <w:t xml:space="preserve">[15:42] </w:t>
      </w:r>
      <w:r>
        <w:t>jo</w:t>
      </w:r>
    </w:p>
    <w:p>
      <w:pPr>
        <w:jc w:val="right"/>
      </w:pPr>
      <w:r>
        <w:t>जो</w:t>
      </w:r>
    </w:p>
    <w:p>
      <w:r>
        <w:rPr>
          <w:b/>
        </w:rPr>
        <w:t xml:space="preserve">[15:45] </w:t>
      </w:r>
      <w:r>
        <w:t>jo cheap qism ki activities hain, usmein aapko test nahin aata. jab aapke andar spirituality ki body personality ban jati hai,</w:t>
      </w:r>
    </w:p>
    <w:p>
      <w:pPr>
        <w:jc w:val="right"/>
      </w:pPr>
      <w:r>
        <w:t>जो चीप कसम की एक्टिविटीज हैं, उसमें आपको टेस्ट नहीं आता। जब आपके अंदर स्पिरिचुअलिटी की बॉडी पर्सनालिटी बन जाती है,</w:t>
      </w:r>
    </w:p>
    <w:p>
      <w:r>
        <w:rPr>
          <w:b/>
        </w:rPr>
        <w:t xml:space="preserve">[16:02] </w:t>
      </w:r>
      <w:r>
        <w:t>to</w:t>
      </w:r>
    </w:p>
    <w:p>
      <w:pPr>
        <w:jc w:val="right"/>
      </w:pPr>
      <w:r>
        <w:t>तो</w:t>
      </w:r>
    </w:p>
    <w:p>
      <w:r>
        <w:rPr>
          <w:b/>
        </w:rPr>
        <w:t xml:space="preserve">[16:05] </w:t>
      </w:r>
      <w:r>
        <w:t>sirf high class ki cheezein aapko attract karti hain. high thinking, high test,</w:t>
      </w:r>
    </w:p>
    <w:p>
      <w:pPr>
        <w:jc w:val="right"/>
      </w:pPr>
      <w:r>
        <w:t>सिर्फ हाई क्लास की चीजें आपको अट्रैक्ट करती हैं। हाई थिंकिंग, हाई टेस्ट,</w:t>
      </w:r>
    </w:p>
    <w:p>
      <w:r>
        <w:rPr>
          <w:b/>
        </w:rPr>
        <w:t xml:space="preserve">[16:16] </w:t>
      </w:r>
      <w:r>
        <w:t>high activities. to usse kam ki cheez jo hai, aapko attracted nahin karti. to main sochta hoon ki spirituality agar develop kar jaye kisi ke andar, to wo ek,</w:t>
      </w:r>
    </w:p>
    <w:p>
      <w:pPr>
        <w:jc w:val="right"/>
      </w:pPr>
      <w:r>
        <w:t>हाई एक्टिविटीज। तो उससे कम की चीज जो है, आपको अट्रैक्टेड नहीं करती। तो मैं सोचता हूं कि स्पिरिचुअलिटी अगर डेवलप कर जाए किसी के अंदर, तो वो एक,</w:t>
      </w:r>
    </w:p>
    <w:p>
      <w:r>
        <w:rPr>
          <w:b/>
        </w:rPr>
        <w:t xml:space="preserve">[16:31] </w:t>
      </w:r>
      <w:r>
        <w:t>ek</w:t>
      </w:r>
    </w:p>
    <w:p>
      <w:pPr>
        <w:jc w:val="right"/>
      </w:pPr>
      <w:r>
        <w:t>एक</w:t>
      </w:r>
    </w:p>
    <w:p>
      <w:r>
        <w:rPr>
          <w:b/>
        </w:rPr>
        <w:t xml:space="preserve">[16:32] </w:t>
      </w:r>
      <w:r>
        <w:t>zabardast factor ho jata hai ki aadmi kahin debate na kare. wo debate, debate na kare. lekin zaroori hai ki wo, wo spirituality jo mind based ho. hardware spirituality ke bare mein main aisa nahin keh sakta.</w:t>
      </w:r>
    </w:p>
    <w:p>
      <w:pPr>
        <w:jc w:val="right"/>
      </w:pPr>
      <w:r>
        <w:t>जबरदस्त फैक्टर हो जाता है कि आदमी कहीं डिबेट ना करे। वो डिबेट, डिबेट ना करे। लेकिन जरूरी है कि वो, वो स्पिरिचुअलिटी जो माइंड बेस्ड हो। हार्डवेयर स्पिरिचुअलिटी के बारे में मैं ऐसा नहीं कह सकता।</w:t>
      </w:r>
    </w:p>
    <w:p>
      <w:r>
        <w:rPr>
          <w:b/>
        </w:rPr>
        <w:t xml:space="preserve">[16:53] </w:t>
      </w:r>
      <w:r>
        <w:t>maulana sahab, what does islam say about spirituality? how can it be acquired?</w:t>
      </w:r>
    </w:p>
    <w:p>
      <w:pPr>
        <w:jc w:val="right"/>
      </w:pPr>
      <w:r>
        <w:t>मौलाना साहब, व्हाट डज इस्लाम से अबाउट स्पिरिचुअलिटी? हाउ कैन इट बी एक्वायर्ड?</w:t>
      </w:r>
    </w:p>
    <w:p>
      <w:r>
        <w:rPr>
          <w:b/>
        </w:rPr>
        <w:t xml:space="preserve">[17:01] </w:t>
      </w:r>
      <w:r>
        <w:t>dekhiye, spirituality ka lafz, yaani ya equal, equivalent uska roohaniyat, ye to quran mein hai nahin. lekin quran mein jo lafz hai isi maane ke liye, wo hai rabbaniyat. kunu rabbaniyin,</w:t>
      </w:r>
    </w:p>
    <w:p>
      <w:pPr>
        <w:jc w:val="right"/>
      </w:pPr>
      <w:r>
        <w:t>देखिए, स्पिरिचुअलिटी का लफ्ज, यानी या इक्वल, इक्वलेंट उसका रूहानियत, ये तो कुरान में है नहीं। लेकिन कुरान में जो लफ्ज है इसी माने के लिए, वो है रब्बानियत। कूनु रब्बानीन,</w:t>
      </w:r>
    </w:p>
    <w:p>
      <w:r>
        <w:rPr>
          <w:b/>
        </w:rPr>
        <w:t xml:space="preserve">[17:20] </w:t>
      </w:r>
      <w:r>
        <w:t>rab wale bano. rab wale bano ka matlab kya hai? wo ek aur ayat se maloom hota hai. ala bizikrillahi tatma'innul quloob. allah ki yaad se dilon ko itminaan milta hai.</w:t>
      </w:r>
    </w:p>
    <w:p>
      <w:pPr>
        <w:jc w:val="right"/>
      </w:pPr>
      <w:r>
        <w:t>रब वाले बनो। रब वाले बनो का मतलब क्या है? वो एक और आयत से मालूम होता है। अला बजकिल्लाह ततबरील क़रूब। अल्लाह की याद से दिलों को इत्मीनान मिलता है।</w:t>
      </w:r>
    </w:p>
    <w:p>
      <w:r>
        <w:rPr>
          <w:b/>
        </w:rPr>
        <w:t xml:space="preserve">[17:38] </w:t>
      </w:r>
      <w:r>
        <w:t>to yahan itminaan kya hai? ala bizikrillahi tatma'innul quloob mein ki jis cheez ko itminaan kaha gaya hai, wo yahi to hai spirituality. spirituality hi ka doosra naam hai itminaan e qalb.</w:t>
      </w:r>
    </w:p>
    <w:p>
      <w:pPr>
        <w:jc w:val="right"/>
      </w:pPr>
      <w:r>
        <w:t>तो यहां इत्मीनान क्या है? अला बजकिल्लाह ततबरील क़रूब में कि जिस चीज को इत्मीनान कहा गया है, वो यही तो है स्पिरिचुअलिटी। स्पिरिचुअलिटी ही का दूसरा नाम है इत्मीनान कलब।</w:t>
      </w:r>
    </w:p>
    <w:p>
      <w:r>
        <w:rPr>
          <w:b/>
        </w:rPr>
        <w:t xml:space="preserve">[17:55] </w:t>
      </w:r>
      <w:r>
        <w:t>to allah ke zikr se aadmi ke andar itminaan aata hai. yaani wo cheez jisko hum kehte hain spirituality. zikr karne kya hai?</w:t>
      </w:r>
    </w:p>
    <w:p>
      <w:pPr>
        <w:jc w:val="right"/>
      </w:pPr>
      <w:r>
        <w:t>तो अल्लाह के जिक्र से आदमी के अंदर इत्मीनान आता है। यानी वो चीज जिसको हम कहते हैं स्पिरिचुअलिटी। जिक्र करवाने क्या है?</w:t>
      </w:r>
    </w:p>
    <w:p>
      <w:r>
        <w:rPr>
          <w:b/>
        </w:rPr>
        <w:t xml:space="preserve">[18:06] </w:t>
      </w:r>
      <w:r>
        <w:t>yaani zikr karne uriyon par ginna nahin, yaad karna, uski, uski attributes par sochna,</w:t>
      </w:r>
    </w:p>
    <w:p>
      <w:pPr>
        <w:jc w:val="right"/>
      </w:pPr>
      <w:r>
        <w:t>यानी जिक्र करवाने उड़ियों पर गिनना नहीं, याद करना, उसकी, उसकी एट्रिब्यूट्स पर सोचना,</w:t>
      </w:r>
    </w:p>
    <w:p>
      <w:r>
        <w:rPr>
          <w:b/>
        </w:rPr>
        <w:t xml:space="preserve">[18:18] </w:t>
      </w:r>
      <w:r>
        <w:t>usko apne contemplation ka mauzu banana, yeh hai. to jis aadmi ke andar yeh sifat develop kar jaye,</w:t>
      </w:r>
    </w:p>
    <w:p>
      <w:pPr>
        <w:jc w:val="right"/>
      </w:pPr>
      <w:r>
        <w:t>उसको अपने कंटेंप्लेशन का मौजू बनाना, यह है। तो जिस आदमी के अंदर ये सिफत डेवलप कर जाए,</w:t>
      </w:r>
    </w:p>
    <w:p>
      <w:r>
        <w:rPr>
          <w:b/>
        </w:rPr>
        <w:t xml:space="preserve">[18:34] </w:t>
      </w:r>
      <w:r>
        <w:t>to woh ek alag hi insaan ban jata hai.</w:t>
      </w:r>
    </w:p>
    <w:p>
      <w:pPr>
        <w:jc w:val="right"/>
      </w:pPr>
      <w:r>
        <w:t>तो वो एक अलग ही इंसान बन जाता है।</w:t>
      </w:r>
    </w:p>
    <w:p>
      <w:r>
        <w:rPr>
          <w:b/>
        </w:rPr>
        <w:t xml:space="preserve">[18:38] </w:t>
      </w:r>
      <w:r>
        <w:t>ek alag hi insaan. us woh ek, ek, ek, ek upper level pe jeene lagta hai. jaise aaj jo aadmi hawai safar karta ho,</w:t>
      </w:r>
    </w:p>
    <w:p>
      <w:pPr>
        <w:jc w:val="right"/>
      </w:pPr>
      <w:r>
        <w:t>एक अलग ही इंसान। उस वो एक, एक, एक, एक अपर लेवल पे जीने लगता है। जैसे आज जो आदमी हवाज सफर करता हो,</w:t>
      </w:r>
    </w:p>
    <w:p>
      <w:r>
        <w:rPr>
          <w:b/>
        </w:rPr>
        <w:t xml:space="preserve">[18:52] </w:t>
      </w:r>
      <w:r>
        <w:t>to jab hawai safar kar raha hota hai, to woh uska ek level doosra hota hai.</w:t>
      </w:r>
    </w:p>
    <w:p>
      <w:pPr>
        <w:jc w:val="right"/>
      </w:pPr>
      <w:r>
        <w:t>तो जब हवाज सफर कर रहा होता है, तो वो उसका एक लेवल दूसरा होता है।</w:t>
      </w:r>
    </w:p>
    <w:p>
      <w:r>
        <w:rPr>
          <w:b/>
        </w:rPr>
        <w:t xml:space="preserve">[18:57] </w:t>
      </w:r>
      <w:r>
        <w:t>zameen ke level se, level se ooncha. zameen par jo sawariyan chal rahi hain, usse uska level bohat ooncha hota hai. aise hi spirituality aadmi ke level ko badha deti hai,</w:t>
      </w:r>
    </w:p>
    <w:p>
      <w:pPr>
        <w:jc w:val="right"/>
      </w:pPr>
      <w:r>
        <w:t>जमीन के लेवल से, लेवल से ऊंचा। जमीन पर जो सवारियां चल रही हैं, उससे उसका लेवल बहुत ऊंचा होता है। ऐसे ही स्पिरिचुअलिटी आदमी के लेवल को बढ़ा देती है,</w:t>
      </w:r>
    </w:p>
    <w:p>
      <w:r>
        <w:rPr>
          <w:b/>
        </w:rPr>
        <w:t xml:space="preserve">[19:11] </w:t>
      </w:r>
      <w:r>
        <w:t>utha deti hai usko.</w:t>
      </w:r>
    </w:p>
    <w:p>
      <w:pPr>
        <w:jc w:val="right"/>
      </w:pPr>
      <w:r>
        <w:t>उठा देती है उसको।</w:t>
      </w:r>
    </w:p>
    <w:p>
      <w:r>
        <w:rPr>
          <w:b/>
        </w:rPr>
        <w:t xml:space="preserve">[19:13] </w:t>
      </w:r>
      <w:r>
        <w:t>to apne aap hi uske andar aala sifat paida ho jati hai. apne aap, yaani bator nateejay ke, bator result ke, alag se usko struggle nahi karna padta iske liye.</w:t>
      </w:r>
    </w:p>
    <w:p>
      <w:pPr>
        <w:jc w:val="right"/>
      </w:pPr>
      <w:r>
        <w:t>तो अपने आप ही उसके अंदर आला सिफात पैदा हो जाती है। अपने आप, यानी बतौर नतीजे के, बतौर रिजल्ट के, अलग से उसको स्ट्रगल नहीं करना पड़ता इसके लिए।</w:t>
      </w:r>
    </w:p>
    <w:p>
      <w:r>
        <w:rPr>
          <w:b/>
        </w:rPr>
        <w:t xml:space="preserve">[19:30] </w:t>
      </w:r>
      <w:r>
        <w:t>Maulana sahib, prophet of Islam was foremost a spiritual guide. can you give an example how he used to give spiritual training to his companions?</w:t>
      </w:r>
    </w:p>
    <w:p>
      <w:pPr>
        <w:jc w:val="right"/>
      </w:pPr>
      <w:r>
        <w:t>मौलाना साहब, प्रॉफिट ऑफ इस्लाम वास फोरमोस्ट अ स्पिरिचुअल गाइड। कैन यू गिव एन एग्जांपल हाउ ही यूज्ड टू गिव स्पिरिचुअल ट्रेनिंग टू हिज कंपनियंस?</w:t>
      </w:r>
    </w:p>
    <w:p>
      <w:r>
        <w:rPr>
          <w:b/>
        </w:rPr>
        <w:t xml:space="preserve">[19:45] </w:t>
      </w:r>
      <w:r>
        <w:t>jaise dekhiye, rasoolullah ek waqt kisi rastay par chal rahe thay aur aap ke sath kuch sahaba bhi thay. to koi podha zameen mein uga hua tha. chotay chotay podhay jo hotay hain,</w:t>
      </w:r>
    </w:p>
    <w:p>
      <w:pPr>
        <w:jc w:val="right"/>
      </w:pPr>
      <w:r>
        <w:t>जैसे देखिए, रसूलल्लाह एक वक्त किसी रास्ते पर चल रहे थे और आपके साथ कुछ सहाबा भी थे। तो कोई पौधा जमीन में उगा हुआ था। छोटे-छोटे पौधे जो होते हैं,</w:t>
      </w:r>
    </w:p>
    <w:p>
      <w:r>
        <w:rPr>
          <w:b/>
        </w:rPr>
        <w:t xml:space="preserve">[20:03] </w:t>
      </w:r>
      <w:r>
        <w:t>aap ke rastay mein dikhai paray. to hawa chal rahi thi. to hawa mein kya hota tha? hawa chalti thi, to parda jhuk jata tha. idhar jhonka aaya, udhar jhuk gaya, udhar gaya, udhar jhuk gaya.</w:t>
      </w:r>
    </w:p>
    <w:p>
      <w:pPr>
        <w:jc w:val="right"/>
      </w:pPr>
      <w:r>
        <w:t>आपके रास्ते में दिखाई पड़े। तो हवा चल रही थी। तो हवा में क्या होता था? हवा चलती थी, तो पर्दा झुक जाता था। इधर झोका आया, उधर झुक गया, उधर जाया, उधर झुक गया।</w:t>
      </w:r>
    </w:p>
    <w:p>
      <w:r>
        <w:rPr>
          <w:b/>
        </w:rPr>
        <w:t xml:space="preserve">[20:22] </w:t>
      </w:r>
      <w:r>
        <w:t>to aap ne kaha ke momin ki misaal aisi hai. momin aise hi hota hai ke idhar ka jhonka aaya, idhar jhuk gaya. idhar jhuk aaya, to idhar jhuk gaya. iska matlab kya hua?</w:t>
      </w:r>
    </w:p>
    <w:p>
      <w:pPr>
        <w:jc w:val="right"/>
      </w:pPr>
      <w:r>
        <w:t>तो आपने कहा कि मोमिन की मिसाल ऐसी है। मोमिन ऐसे ही होता है कि इधर का झोक आया, इधर झुक गया। इधर झुक आया, तो इधर झुक गया। इसका मतलब क्या हुआ?</w:t>
      </w:r>
    </w:p>
    <w:p>
      <w:r>
        <w:rPr>
          <w:b/>
        </w:rPr>
        <w:t xml:space="preserve">[20:39] </w:t>
      </w:r>
      <w:r>
        <w:t>iska matlab yeh hua ke level uska ooncha hota hai. usko akad nahi hoti, uske andar larne ka buzdar nahi hota. uske andar pride,</w:t>
      </w:r>
    </w:p>
    <w:p>
      <w:pPr>
        <w:jc w:val="right"/>
      </w:pPr>
      <w:r>
        <w:t>इसका मतलब ये हुआ कि लेवल उसका ऊंचा होता है। उसको अकड़ नहीं होती, उसके अंदर लड़ने का बुदार नहीं होता। उसके अंदर प्राइड,</w:t>
      </w:r>
    </w:p>
    <w:p>
      <w:r>
        <w:rPr>
          <w:b/>
        </w:rPr>
        <w:t xml:space="preserve">[20:55] </w:t>
      </w:r>
      <w:r>
        <w:t>arrogance,</w:t>
      </w:r>
    </w:p>
    <w:p>
      <w:pPr>
        <w:jc w:val="right"/>
      </w:pPr>
      <w:r>
        <w:t>ऑर्गन्स,</w:t>
      </w:r>
    </w:p>
    <w:p>
      <w:r>
        <w:rPr>
          <w:b/>
        </w:rPr>
        <w:t xml:space="preserve">[20:57] </w:t>
      </w:r>
      <w:r>
        <w:t>yeh sab nahi hota. kyunke podhay mein sab cheezain nahi hoti. to jiske andar spirituality aati hai, spirituality, to uske paas pehchan yeh hai ke uska andar modest ho. ek lafz mein agar main kahoon ke spirituality ki pehchan kya hai,</w:t>
      </w:r>
    </w:p>
    <w:p>
      <w:pPr>
        <w:jc w:val="right"/>
      </w:pPr>
      <w:r>
        <w:t>ये सब नहीं होता। क्योंकि पौधे में सब चीजें नहीं होती। तो जिसके अंदर स्पिरिचुअलिटी आती है, स्पिरिचुअलिटी, तो उसके पास पहचान ये है कि उसका अंदर मॉडेस्ट हो। एक लफ्ज में अगर मैं कहूं कि स्पिरिचुअलिटी की पहचान क्या है,</w:t>
      </w:r>
    </w:p>
    <w:p>
      <w:r>
        <w:rPr>
          <w:b/>
        </w:rPr>
        <w:t xml:space="preserve">[21:17] </w:t>
      </w:r>
      <w:r>
        <w:t>to main kahunga ke modesty. Modest ko kehte hain tawazu. Tawazu ya modesty pehchan hai spirituality ki.</w:t>
      </w:r>
    </w:p>
    <w:p>
      <w:pPr>
        <w:jc w:val="right"/>
      </w:pPr>
      <w:r>
        <w:t>तो मैं कहूंगा कि मॉडेस्टरी। मास्टर को कहते हैं तवाजु। तवाजु या मॉडेस्टरी पहचान है स्पिरिचुअलिटी की।</w:t>
      </w:r>
    </w:p>
    <w:p>
      <w:r>
        <w:rPr>
          <w:b/>
        </w:rPr>
        <w:t xml:space="preserve">[21:30] </w:t>
      </w:r>
      <w:r>
        <w:t>jiske andar aap sachi modesty ho, to zaroor uske andar spirituality hogi. Spirituality aur modesty dono hum ek doosre se juray hue hotay hain. woh ek doosre se alag nahi hotay.</w:t>
      </w:r>
    </w:p>
    <w:p>
      <w:pPr>
        <w:jc w:val="right"/>
      </w:pPr>
      <w:r>
        <w:t>जिसके अंदर आप सच्ची मॉडेस्टरी हो, तो जरूर उसके अंदर स्पिरिचुअलिटी होगी। स्पिरिचुअलिटी और मॉडेस्टरी दोनों हम एक दूसरे से जुड़े हुए होते हैं। वो एक दूसरे से अलग नहीं होते।</w:t>
      </w:r>
    </w:p>
    <w:p>
      <w:r>
        <w:rPr>
          <w:b/>
        </w:rPr>
        <w:t xml:space="preserve">[21:50] </w:t>
      </w:r>
      <w:r>
        <w:t>to aadmi agar ko judge karna hai ke uske andar spirituality aayi ya nahi aayi, to yeh dekhen ke uske andar modesty aayi ya nahi aayi. woh mind controlled bana ya nahi bana.</w:t>
      </w:r>
    </w:p>
    <w:p>
      <w:pPr>
        <w:jc w:val="right"/>
      </w:pPr>
      <w:r>
        <w:t>तो आदमी अगर को जज करना है कि उसके अंदर स्पिरिचुअलिटी आई या नहीं आई, तो ये देखें कि उसके अंदर मॉडेस्टरी आई या नहीं आई। वो माइंड कंट्रोसाइज बना या नहीं बना।</w:t>
      </w:r>
    </w:p>
    <w:p>
      <w:r>
        <w:rPr>
          <w:b/>
        </w:rPr>
        <w:t xml:space="preserve">[22:06] </w:t>
      </w:r>
      <w:r>
        <w:t>Maulana sahib, we received a question from Multan, Pakistan, from Mr Ali Darvesh sahib, and he wants to know from you that are there any upper or lower grades of spirituality.</w:t>
      </w:r>
    </w:p>
    <w:p>
      <w:pPr>
        <w:jc w:val="right"/>
      </w:pPr>
      <w:r>
        <w:t>मौलाना साहब, वी रिसीव्ड अ क्वेश्चन फ्रॉम मुल्तान, पाकिस्तान, फ्रॉम मिस्टर आली दरवेश साहब, एंड ही वांट्स टू नो फ्रॉम यू दैट आर देयर एनी अपर और लोअर ग्रेड्स ऑफ स्पिरिचुअलिटी।</w:t>
      </w:r>
    </w:p>
    <w:p>
      <w:r>
        <w:rPr>
          <w:b/>
        </w:rPr>
        <w:t xml:space="preserve">[22:21] </w:t>
      </w:r>
      <w:r>
        <w:t>har cheez mein hota hai, us mein bhi hota hai. upper lower grade ka lafz main nahi kahunga, lekin yaani deep sense mein spirituality aana aur ek superficial qism ki spirituality aana.</w:t>
      </w:r>
    </w:p>
    <w:p>
      <w:pPr>
        <w:jc w:val="right"/>
      </w:pPr>
      <w:r>
        <w:t>हर चीज में होता है, उसमें भी होता है। अपर लोअर ग्रेड का लफ्ज मैं नहीं कहूंगा, लेकिन यानी डीप सेंस में स्पिरिचुअलिटी आना और एक सुपरफिशियल किस्म की स्पिरिचुअलिटी आना।</w:t>
      </w:r>
    </w:p>
    <w:p>
      <w:r>
        <w:rPr>
          <w:b/>
        </w:rPr>
        <w:t xml:space="preserve">[22:41] </w:t>
      </w:r>
      <w:r>
        <w:t>to aaj agar aadmi ab bohat zyada involve kare</w:t>
      </w:r>
    </w:p>
    <w:p>
      <w:pPr>
        <w:jc w:val="right"/>
      </w:pPr>
      <w:r>
        <w:t>तो आज अगर आदमी अब बहुत ज्यादा इनवॉल्व करे</w:t>
      </w:r>
    </w:p>
    <w:p>
      <w:r>
        <w:rPr>
          <w:b/>
        </w:rPr>
        <w:t xml:space="preserve">[22:49] </w:t>
      </w:r>
      <w:r>
        <w:t>God mein, paradise mein aur akhirat ki soch mein, to jitna woh involve karega, usi usi ke hisab se uske andar spirituality aayegi. agar bohat involve kare, bohat involve kare, to bohat hi</w:t>
      </w:r>
    </w:p>
    <w:p>
      <w:pPr>
        <w:jc w:val="right"/>
      </w:pPr>
      <w:r>
        <w:t>गॉड में, पैराडाइज में और आखिरत की सोच में, तो जितना वो इनवॉल्व करेगा, उसी उसी के हिसाब से उसके अंदर स्पिरिचुअलिटी आएगी। अगर बहुत इनवॉल्व करे, बहुत इनवॉल्व करे, तो बहुत ही</w:t>
      </w:r>
    </w:p>
    <w:p>
      <w:r>
        <w:rPr>
          <w:b/>
        </w:rPr>
        <w:t xml:space="preserve">[23:08] </w:t>
      </w:r>
      <w:r>
        <w:t>aala qism ki spirituality aayegi. bohat hi deep qism ki. aur agar thora involve kare, zyada nahi, to phir superficial qism ki spirituality aayegi.</w:t>
      </w:r>
    </w:p>
    <w:p>
      <w:pPr>
        <w:jc w:val="right"/>
      </w:pPr>
      <w:r>
        <w:t>आला किस्म की स्पिरिचुअलिटी आएगी। बहुत ही डीप किस्म की। और अगर थोड़ा इनवॉल्व करे, ज्यादा नहीं, तो फिर सुपरफिशियल किस्म की स्पिरिचुअलिटी आएगी।</w:t>
      </w:r>
    </w:p>
    <w:p>
      <w:r>
        <w:rPr>
          <w:b/>
        </w:rPr>
        <w:t xml:space="preserve">[23:25] </w:t>
      </w:r>
      <w:r>
        <w:t>zyada gehri qism ki nahi aayegi. to yeh to har cheez mein hota hai. is qism ka farq har cheez mein hota hai.</w:t>
      </w:r>
    </w:p>
    <w:p>
      <w:pPr>
        <w:jc w:val="right"/>
      </w:pPr>
      <w:r>
        <w:t>ज्यादा गहरी किस्म की नहीं आएगी। तो ये तो हर चीज में होता है। इस किस्म का फर्क हर चीज में होता है।</w:t>
      </w:r>
    </w:p>
    <w:p>
      <w:r>
        <w:rPr>
          <w:b/>
        </w:rPr>
        <w:t xml:space="preserve">[23:35] </w:t>
      </w:r>
      <w:r>
        <w:t>Maulana sahib, Quran often tells us to contemplate, to reflect and to ponder over signs of God. is this a way of becoming spiritual?</w:t>
      </w:r>
    </w:p>
    <w:p>
      <w:pPr>
        <w:jc w:val="right"/>
      </w:pPr>
      <w:r>
        <w:t>मौलाना साहब, कुरान ऑफन टेल्स अस टू कंटेंप्लेट, टू रिफ्लेक्ट एंड टू पोंडर ओवर साइंस ऑफ गॉड। इज दिस अ वे ऑफ बिकमिंग स्पिरिचुअल?</w:t>
      </w:r>
    </w:p>
    <w:p>
      <w:r>
        <w:rPr>
          <w:b/>
        </w:rPr>
        <w:t xml:space="preserve">[23:46] </w:t>
      </w:r>
      <w:r>
        <w:t>What would you say to that?</w:t>
      </w:r>
    </w:p>
    <w:p>
      <w:pPr>
        <w:jc w:val="right"/>
      </w:pPr>
      <w:r>
        <w:t>व्हाट वुड यू से टू दैट?</w:t>
      </w:r>
    </w:p>
    <w:p>
      <w:r>
        <w:rPr>
          <w:b/>
        </w:rPr>
        <w:t xml:space="preserve">[23:48] </w:t>
      </w:r>
      <w:r>
        <w:t>yakeenan. is liye ke jab hum nature par sochte hain, to hamara mind creator tak pohnch jata hai. yaani creature par ya creation par sochte hue</w:t>
      </w:r>
    </w:p>
    <w:p>
      <w:pPr>
        <w:jc w:val="right"/>
      </w:pPr>
      <w:r>
        <w:t>यकीनन। इसलिए कि जब हम नेचर पर सोचते हैं, तो हमारा माइंड क्रिएटर तक पहुंच जाता है। यानी क्रिएचर पर या क्रिएशन पर सोचते हुए</w:t>
      </w:r>
    </w:p>
    <w:p>
      <w:r>
        <w:rPr>
          <w:b/>
        </w:rPr>
        <w:t xml:space="preserve">[24:05] </w:t>
      </w:r>
      <w:r>
        <w:t>hum pohnch jate hain creator tak. to jab aadmi creator tak pohnch jaye, to uske andar zaroor wahi cheezein paida hongi. meekness, modesty, he will become a controlled size.</w:t>
      </w:r>
    </w:p>
    <w:p>
      <w:pPr>
        <w:jc w:val="right"/>
      </w:pPr>
      <w:r>
        <w:t>हम पहुंच जाते हैं क्रिएटर तक। तो जब आदमी क्रिएटर तक पहुंच जाए, तो उसके अंदर जरूर वही चीजें पैदा होंगी। सुखमणिका, मॉडेस्टरी, वो वांट, वो कंट्रोसाइज हो जाएगा।</w:t>
      </w:r>
    </w:p>
    <w:p>
      <w:r>
        <w:rPr>
          <w:b/>
        </w:rPr>
        <w:t xml:space="preserve">[24:23] </w:t>
      </w:r>
      <w:r>
        <w:t>uske andar high thinking aayegi. cheap cheezein usko attract nahi karengi. apne aap mein sab cheezein paida ho jayegi. to nature kya hai?</w:t>
      </w:r>
    </w:p>
    <w:p>
      <w:pPr>
        <w:jc w:val="right"/>
      </w:pPr>
      <w:r>
        <w:t>उसके अंदर हाई थिंकिंग आएगी। चीप चीजें उसको अट्रैक्ट नहीं करेंगी। अपने आप में सब चीजें पैदा हो जाएगी। तो नेचर क्या है?</w:t>
      </w:r>
    </w:p>
    <w:p>
      <w:r>
        <w:rPr>
          <w:b/>
        </w:rPr>
        <w:t xml:space="preserve">[24:32] </w:t>
      </w:r>
      <w:r>
        <w:t>nature to god ka ya creator ka</w:t>
      </w:r>
    </w:p>
    <w:p>
      <w:pPr>
        <w:jc w:val="right"/>
      </w:pPr>
      <w:r>
        <w:t>नेचर तो गॉड का या क्रिएटर का</w:t>
      </w:r>
    </w:p>
    <w:p>
      <w:r>
        <w:rPr>
          <w:b/>
        </w:rPr>
        <w:t xml:space="preserve">[24:41] </w:t>
      </w:r>
      <w:r>
        <w:t>ek, yaani uska act hai, uska amal hai.</w:t>
      </w:r>
    </w:p>
    <w:p>
      <w:pPr>
        <w:jc w:val="right"/>
      </w:pPr>
      <w:r>
        <w:t>एक, यानी उसका एक्ट है, उसका अमल है।</w:t>
      </w:r>
    </w:p>
    <w:p>
      <w:r>
        <w:rPr>
          <w:b/>
        </w:rPr>
        <w:t xml:space="preserve">[24:49] </w:t>
      </w:r>
      <w:r>
        <w:t>khuda ne jo creation ka amal kiya, to usse nature wajood aayi. to nature ko dekh kar aap jab is par hote hain, to aap foran khuda tak pohnch jate hain, creator tak pohnch jate hain. to is mein koi shaq nahi ke</w:t>
      </w:r>
    </w:p>
    <w:p>
      <w:pPr>
        <w:jc w:val="right"/>
      </w:pPr>
      <w:r>
        <w:t>खुदा ने जो क्रिएशन का अमल किया, तो उससे नेचर वजूद आई। तो नेचर को देखकर आप जब इस पार होते हैं, तो आप फौरन खुदा तक पहुंच जाते हैं, क्रिएटर तक पहुंच जाते हैं। तो इसमें कोई शक नहीं कि</w:t>
      </w:r>
    </w:p>
    <w:p>
      <w:r>
        <w:rPr>
          <w:b/>
        </w:rPr>
        <w:t xml:space="preserve">[25:09] </w:t>
      </w:r>
      <w:r>
        <w:t>nature par gaur karne se aadmi ke andar spirituality aati hai.</w:t>
      </w:r>
    </w:p>
    <w:p>
      <w:pPr>
        <w:jc w:val="right"/>
      </w:pPr>
      <w:r>
        <w:t>नेचर पर गौर करने से आदमी के अंदर स्पिरिचुअलिटी आती है।</w:t>
      </w:r>
    </w:p>
    <w:p>
      <w:r>
        <w:rPr>
          <w:b/>
        </w:rPr>
        <w:t xml:space="preserve">[25:17] </w:t>
      </w:r>
      <w:r>
        <w:t>Maulana sahib, before i move on to next question, we have received a comment from Mohammad Ayub sahib,</w:t>
      </w:r>
    </w:p>
    <w:p>
      <w:pPr>
        <w:jc w:val="right"/>
      </w:pPr>
      <w:r>
        <w:t>मौलाना साहब, बिफोर आई मूव ऑन टू नेक्स्ट क्वेश्चन, वी हैव रिसीव्ड अ कमेंट फ्रॉम मोहम्मद अयूब साहब,</w:t>
      </w:r>
    </w:p>
    <w:p>
      <w:r>
        <w:rPr>
          <w:b/>
        </w:rPr>
        <w:t xml:space="preserve">[25:23] </w:t>
      </w:r>
      <w:r>
        <w:t>who is writing from Kanpur, and he said that you have given a very nice explanation on how</w:t>
      </w:r>
    </w:p>
    <w:p>
      <w:pPr>
        <w:jc w:val="right"/>
      </w:pPr>
      <w:r>
        <w:t>हु इज राइटिंग फ्रॉम कानपुर, एंड ही सेड दैट यू हैव गिवन अ वेरी नाइस एक्सप्लेनेशन ऑन हाउ</w:t>
      </w:r>
    </w:p>
    <w:p>
      <w:r>
        <w:rPr>
          <w:b/>
        </w:rPr>
        <w:t xml:space="preserve">[25:29] </w:t>
      </w:r>
      <w:r>
        <w:t>one can judge spirituality with one's modesty.</w:t>
      </w:r>
    </w:p>
    <w:p>
      <w:pPr>
        <w:jc w:val="right"/>
      </w:pPr>
      <w:r>
        <w:t>वन कैन जज स्पिरिचुअलिटी विद वनस मॉडेस्टरी।</w:t>
      </w:r>
    </w:p>
    <w:p>
      <w:r>
        <w:rPr>
          <w:b/>
        </w:rPr>
        <w:t xml:space="preserve">[25:34] </w:t>
      </w:r>
      <w:r>
        <w:t>the question in the next question is from Mr. Anwar Alam sahib from Aligarh, and he wants to</w:t>
      </w:r>
    </w:p>
    <w:p>
      <w:pPr>
        <w:jc w:val="right"/>
      </w:pPr>
      <w:r>
        <w:t>द क्वेश्चन इन द नेक्स्ट क्वेश्चन इज फ्रॉम मिस्टर अनवर आलम साहब फ्रॉम अलीगढ़, एंड ही वांट्स टू</w:t>
      </w:r>
    </w:p>
    <w:p>
      <w:r>
        <w:rPr>
          <w:b/>
        </w:rPr>
        <w:t xml:space="preserve">[25:41] </w:t>
      </w:r>
      <w:r>
        <w:t>know from you that how can we balance spirituality and materialism in today's life.</w:t>
      </w:r>
    </w:p>
    <w:p>
      <w:pPr>
        <w:jc w:val="right"/>
      </w:pPr>
      <w:r>
        <w:t>नो फ्रॉम यू दैट हाउ कैन वी बैलेंस स्पिरिचुअलिटी एंड मटेरियलिज्म इन टुडेज लाइफ।</w:t>
      </w:r>
    </w:p>
    <w:p>
      <w:r>
        <w:rPr>
          <w:b/>
        </w:rPr>
        <w:t xml:space="preserve">[25:47] </w:t>
      </w:r>
      <w:r>
        <w:t>dekh</w:t>
      </w:r>
    </w:p>
    <w:p>
      <w:pPr>
        <w:jc w:val="right"/>
      </w:pPr>
      <w:r>
        <w:t>देख</w:t>
      </w:r>
    </w:p>
    <w:p>
      <w:r>
        <w:rPr>
          <w:b/>
        </w:rPr>
        <w:t xml:space="preserve">[25:48] </w:t>
      </w:r>
      <w:r>
        <w:t>ie, main balance ko nahi manta. aaj tak wahi samajh mein nahi aaya ke balance kya cheez hai. balance dekhiye, aap ye tarazu par tolen gehun aur chawal ko, to wahan aap balance kar sakte hain.</w:t>
      </w:r>
    </w:p>
    <w:p>
      <w:pPr>
        <w:jc w:val="right"/>
      </w:pPr>
      <w:r>
        <w:t>िए, मैं बैलेंस को नहीं मानता। आज तक वही समझ में नहीं आया कि बैलेंस क्या चीज है। बैलेंस देखिए, आप ये तराजू पर तौलें गेहूं और चावल को, तो वहां आप बैलेंस कर सकते हैं।</w:t>
      </w:r>
    </w:p>
    <w:p>
      <w:r>
        <w:rPr>
          <w:b/>
        </w:rPr>
        <w:t xml:space="preserve">[26:05] </w:t>
      </w:r>
      <w:r>
        <w:t>lekin insani behavior mein balance koi cheez nahi hai. aap ya to isko concern banayenge ya usko concern banayenge. ye balance meri samajh mein nahi aata. abhi tak main samjha nahi is cheez ko.</w:t>
      </w:r>
    </w:p>
    <w:p>
      <w:pPr>
        <w:jc w:val="right"/>
      </w:pPr>
      <w:r>
        <w:t>लेकिन इंसानी बिहेवियर में बैलेंस कोई चीज नहीं है। आप या तो इसको कंसर्न बनाएंगे या उसको कंसर्न बनाएंगे। ये बैलेंस मेरी समझ में नहीं आता। अभी तक मैं समझा नहीं इस चीज को।</w:t>
      </w:r>
    </w:p>
    <w:p>
      <w:r>
        <w:rPr>
          <w:b/>
        </w:rPr>
        <w:t xml:space="preserve">[26:26] </w:t>
      </w:r>
      <w:r>
        <w:t>aadmi ka concern koi ek hi cheez ho sakta hai. yaad rakhiye, ya to materialism banega ya spirituality banegi. ek hi cheez ho sakta hai. to ek hadith hai, yahan apply hoti hai. wo</w:t>
      </w:r>
    </w:p>
    <w:p>
      <w:pPr>
        <w:jc w:val="right"/>
      </w:pPr>
      <w:r>
        <w:t>आदमी का कंसर्न कोई एक ही चीज हो सकता है। याद रखिए, या तो मटेरियलिज्म बनेगा या स्पिरिचुअलिटी बनेगी। एक ही चीज हो सकता है। तो एक हदीस है, यहां अप्लाई होती है। वो</w:t>
      </w:r>
    </w:p>
    <w:p>
      <w:r>
        <w:rPr>
          <w:b/>
        </w:rPr>
        <w:t xml:space="preserve">[26:45] </w:t>
      </w:r>
      <w:r>
        <w:t>wo ye hai ke "man ahba dunyah, adhar rabb akhirati. man ahba akhiratuhu, adhar dunyah ho." yaani jo</w:t>
      </w:r>
    </w:p>
    <w:p>
      <w:pPr>
        <w:jc w:val="right"/>
      </w:pPr>
      <w:r>
        <w:t>वो ये है कि "मन अहबा दुनिया हो, अदर रब आखिरतही। मन अहबा आखिरतहु, अदर दुनिया हो।" यानी जो</w:t>
      </w:r>
    </w:p>
    <w:p>
      <w:r>
        <w:rPr>
          <w:b/>
        </w:rPr>
        <w:t xml:space="preserve">[27:02] </w:t>
      </w:r>
      <w:r>
        <w:t>dunya ki se mohabbat karega, to wo akhirat ka nuksan karega, nuksan uthayega. aur jo akhirat se mohabbat karega, to wo dunya ka nuksan uthayega. to balance, balance koi, balance koi cheez nahi hai.</w:t>
      </w:r>
    </w:p>
    <w:p>
      <w:pPr>
        <w:jc w:val="right"/>
      </w:pPr>
      <w:r>
        <w:t>दुनिया की से मोहब्बत करेगा, तो वो आखिरत का नुकसान करेगा, नुकसान उठाएगा। और जो आखिरत से मोहब्बत करेगा, तो वो दुनिया का नुकसान उठाएगा। तो बैलेंस, बैलेंस कोई, बैलेंस कोई चीज नहीं है।</w:t>
      </w:r>
    </w:p>
    <w:p>
      <w:r>
        <w:rPr>
          <w:b/>
        </w:rPr>
        <w:t xml:space="preserve">[27:21] </w:t>
      </w:r>
      <w:r>
        <w:t>ya to ye concern banega ya wo concern banega. ab ye aadmi ki himmat hai ke wo kisko apna concern banaye. main jahan tak janta hoon, is mamle mein balance nahi chalta. aadmi haqeeqat mein jhuk jata hai kisi ek taraf,</w:t>
      </w:r>
    </w:p>
    <w:p>
      <w:pPr>
        <w:jc w:val="right"/>
      </w:pPr>
      <w:r>
        <w:t>या तो ये कंसर्न बनेगा या वो कंसर्न बनेगा। अब ये आदमी की हिम्मत है कि वो किसको अपना कंसर्न बनाए। मैं जहां तक जानता हूं, इस मामले में बैलेंस नहीं चलता। आदमी हकीकत में झुक जाता है किसी एक तरफ,</w:t>
      </w:r>
    </w:p>
    <w:p>
      <w:r>
        <w:rPr>
          <w:b/>
        </w:rPr>
        <w:t xml:space="preserve">[27:39] </w:t>
      </w:r>
      <w:r>
        <w:t>aur usko, yaani cover up, cover up karne ke liye batata hai ke maine balance banakar rakh diya. halanki wo ek taraf jhuk chuka hota hai. to ek cheez hoti hai, wo to lip service.</w:t>
      </w:r>
    </w:p>
    <w:p>
      <w:pPr>
        <w:jc w:val="right"/>
      </w:pPr>
      <w:r>
        <w:t>और उसको, यानी कवर अप, कवर अप करने के लिए बताता है कि मैंने बैलेंस बनाकर रख दिया। हालांकि वो एक तरफ झुक चुका होता है। तो एक चीज होती है, वो तो लिप सर्विस।</w:t>
      </w:r>
    </w:p>
    <w:p>
      <w:r>
        <w:rPr>
          <w:b/>
        </w:rPr>
        <w:t xml:space="preserve">[27:57] </w:t>
      </w:r>
      <w:r>
        <w:t>ek cheez ko to jhuk gaya, wo to uska concern ban gaya. ab jo cheez concern nahi bani hai, to lip, to usko wo lip service karke zahir karta hai ke wo bhi main usko bhi follow kar raha hoon, aur main dono beech mein balance ka kaam karta hoon. to main balance ke theory ko nahi manta.</w:t>
      </w:r>
    </w:p>
    <w:p>
      <w:pPr>
        <w:jc w:val="right"/>
      </w:pPr>
      <w:r>
        <w:t>एक चीज को तो झुक गया, वो तो उसका कंसर्न बन गया। अब जो चीज कंसर्न नहीं बनी है, तो लिप, तो उसको वो लिप सर्विस करके जाहिर करता है कि वो भी मैं उसको भी फॉलो कर रहा हूं, और मैं दोनों बीच में बैलेंस का काम करता हूं। तो मैं बैलेंस के थ्योरी को नहीं मानता।</w:t>
      </w:r>
    </w:p>
    <w:p>
      <w:r>
        <w:rPr>
          <w:b/>
        </w:rPr>
        <w:t xml:space="preserve">[28:24] </w:t>
      </w:r>
      <w:r>
        <w:t>maulana, lot of people today say that i am spiritual, but i am not religious. so the question is, what role does religion play in spirituality?</w:t>
      </w:r>
    </w:p>
    <w:p>
      <w:pPr>
        <w:jc w:val="right"/>
      </w:pPr>
      <w:r>
        <w:t>मौलाना, लॉट ऑफ पीपल टुडे से दैट आई एम स्पिरिचुअल, बट आई एम नॉट रिलीजियस। सो द क्वेश्चन इज, व्हाट रोल डज रिलीजन प्ले इन स्पिरिचुअलिटी?</w:t>
      </w:r>
    </w:p>
    <w:p>
      <w:r>
        <w:rPr>
          <w:b/>
        </w:rPr>
        <w:t xml:space="preserve">[28:37] </w:t>
      </w:r>
      <w:r>
        <w:t>dekhiye, mera jo experience hai life ka, to main isko nahi manta ke religion ke baghair spirituality aati hai. ek limited, limited sense mein aadmi ke andar ek kuch manas aa jate hain, kuch akhlaq aa jate hain.</w:t>
      </w:r>
    </w:p>
    <w:p>
      <w:pPr>
        <w:jc w:val="right"/>
      </w:pPr>
      <w:r>
        <w:t>देखिए, मेरा जो एक्सपीरियंस है लाइफ का, तो मैं इसको नहीं मानता कि रिलीजन के बगैर स्पिरिचुअलिटी आती है। एक लिमिटेड, लिमिटेड सेंस में आदमी के अंदर एक कुछ मानस आ जाते हैं, कुछ अखलाक आ जाते हैं।</w:t>
      </w:r>
    </w:p>
    <w:p>
      <w:r>
        <w:rPr>
          <w:b/>
        </w:rPr>
        <w:t xml:space="preserve">[28:54] </w:t>
      </w:r>
      <w:r>
        <w:t>usko samajhta hai ke mere andar spirituality hai. to yaad rakhiye, akhlaq ka naam ya manas ka naam spirituality nahi hai. spirituality to naam hai. ye inner life hamari jo hai,</w:t>
      </w:r>
    </w:p>
    <w:p>
      <w:pPr>
        <w:jc w:val="right"/>
      </w:pPr>
      <w:r>
        <w:t>उसको समझता है कि मेरे अंदर स्पिरिचुअलिटी है। तो याद रखिए, अखलाक का नाम या मानस का नाम स्पिरिचुअलिटी नहीं है। स्पिरिचुअलिटी तो नाम है। ये इनर लाइफ हमारी जो है,</w:t>
      </w:r>
    </w:p>
    <w:p>
      <w:r>
        <w:rPr>
          <w:b/>
        </w:rPr>
        <w:t xml:space="preserve">[29:11] </w:t>
      </w:r>
      <w:r>
        <w:t>hamara jo soul hai, hamara jo mind hai, usmein ek ek bahut bada ek development ho. wo development jo hai, uske liye koi source chahiye, aur source sirf god hai.</w:t>
      </w:r>
    </w:p>
    <w:p>
      <w:pPr>
        <w:jc w:val="right"/>
      </w:pPr>
      <w:r>
        <w:t>हमारा जो सोल है, हमारा जो माइंड है, उसमें एक एक बहुत बड़ा एक डेवलपमेंट हो। वो डेवलपमेंट जो है, उसके लिए कोई सोर्स चाहिए, और सोर्स सिर्फ गॉड है।</w:t>
      </w:r>
    </w:p>
    <w:p>
      <w:r>
        <w:rPr>
          <w:b/>
        </w:rPr>
        <w:t xml:space="preserve">[29:30] </w:t>
      </w:r>
      <w:r>
        <w:t>god ko agar source na banaye, wo to usko kahan se aayega inspiration?</w:t>
      </w:r>
    </w:p>
    <w:p>
      <w:pPr>
        <w:jc w:val="right"/>
      </w:pPr>
      <w:r>
        <w:t>गॉड को अगर सोर्स ना बनाए, वो तो उसको कहां से आएगा इंस्पिरेशन?</w:t>
      </w:r>
    </w:p>
    <w:p>
      <w:r>
        <w:rPr>
          <w:b/>
        </w:rPr>
        <w:t xml:space="preserve">[29:41] </w:t>
      </w:r>
      <w:r>
        <w:t>aur jo inspiration nahi aayega, to uski spirituality bhi chalne wali nahi hai. dekhiye, jis tarike se humko</w:t>
      </w:r>
    </w:p>
    <w:p>
      <w:pPr>
        <w:jc w:val="right"/>
      </w:pPr>
      <w:r>
        <w:t>और जो इंस्पिरेशन नहीं आएगा, तो उसकी स्पिरिचुअलिटी भी चलने वाली नहीं है। देखिए, जिस तरीके से हमको</w:t>
      </w:r>
    </w:p>
    <w:p>
      <w:r>
        <w:rPr>
          <w:b/>
        </w:rPr>
        <w:t xml:space="preserve">[29:49] </w:t>
      </w:r>
      <w:r>
        <w:t>rozana pani peena hai, na pani pie, to hum pee nahi sakte. aisi spiritual food bhi humko daily chahiye. agar daily spiritual food na le, to aap din-din nahi reh sakte spiritual sense mein.</w:t>
      </w:r>
    </w:p>
    <w:p>
      <w:pPr>
        <w:jc w:val="right"/>
      </w:pPr>
      <w:r>
        <w:t>रोजाना पानी पीना है, ना पानी पिए, तो हम पी नहीं सकते। ऐसी स्पिरिचुअल फूड भी हमको डेली चाहिए। अगर डेली स्पिरिचुअल फूड ना ले, तो आप दिन-दिन नहीं रह सकते स्पिरिचुअल सेंस में।</w:t>
      </w:r>
    </w:p>
    <w:p>
      <w:r>
        <w:rPr>
          <w:b/>
        </w:rPr>
        <w:t xml:space="preserve">[30:10] </w:t>
      </w:r>
      <w:r>
        <w:t>to main samajhta hoon ke ye bahut hi, yaani har aadmi apne experience se isko samajh sakta hai. khud apne experience se mera manat yahi hai.</w:t>
      </w:r>
    </w:p>
    <w:p>
      <w:pPr>
        <w:jc w:val="right"/>
      </w:pPr>
      <w:r>
        <w:t>तो मैं समझता हूं कि यह बहुत ही, यानी हर आदमी अपने एक्सपीरियंस से इसको समझ सकता है। खुद अपने एक्सपीरियंस से मेरा मानत यही है।</w:t>
      </w:r>
    </w:p>
    <w:p>
      <w:r>
        <w:rPr>
          <w:b/>
        </w:rPr>
        <w:t xml:space="preserve">[30:27] </w:t>
      </w:r>
      <w:r>
        <w:t>maulana, next question we have received from doctor mohammad vikar alam sahib from new york, and he has written that maulana sahib, you are the only one who has introduced the concept of personal god. please say something about your unique concept of personal god.</w:t>
      </w:r>
    </w:p>
    <w:p>
      <w:pPr>
        <w:jc w:val="right"/>
      </w:pPr>
      <w:r>
        <w:t>मौलाना, नेक्स्ट क्वेश्चन वी हैव रिसीव्ड फ्रॉम डॉक्टर मोहम्मद विकार आलम साहब फ्रॉम न्यूयॉर्क, एंड ही हैज रिटन दैट मौलाना साहब, यू आर द ओनली वन हु हैज इंट्रोड्यूस्ड द कांसेप्ट ऑफ पर्सनल गॉड। प्लीज से समथिंग अबाउट योर यूनिक कांसेप्ट ऑफ पर्सनल गॉड।</w:t>
      </w:r>
    </w:p>
    <w:p>
      <w:r>
        <w:rPr>
          <w:b/>
        </w:rPr>
        <w:t xml:space="preserve">[30:50] </w:t>
      </w:r>
      <w:r>
        <w:t>dekhiye,</w:t>
      </w:r>
    </w:p>
    <w:p>
      <w:pPr>
        <w:jc w:val="right"/>
      </w:pPr>
      <w:r>
        <w:t>देखिए,</w:t>
      </w:r>
    </w:p>
    <w:p>
      <w:r>
        <w:rPr>
          <w:b/>
        </w:rPr>
        <w:t xml:space="preserve">[30:54] </w:t>
      </w:r>
      <w:r>
        <w:t>do concept hain: personal god aur impersonal god. personal god aur impersonal god. to main samajhta hoon ke impersonal god to ek ek tasavvurati cheez hai, ek conceptual cheez hai.</w:t>
      </w:r>
    </w:p>
    <w:p>
      <w:pPr>
        <w:jc w:val="right"/>
      </w:pPr>
      <w:r>
        <w:t>दो कांसेप्ट हैं: पर्सनल गॉड और इंपर्सनल गॉड। पर्सनल गॉड और इंपर्सनल गॉड। तो मैं समझता हूं कि इंपर्सनल गॉड तो एक एक तसवुरादी चीज है, एक कांसेप्चुअल चीज है।</w:t>
      </w:r>
    </w:p>
    <w:p>
      <w:r>
        <w:rPr>
          <w:b/>
        </w:rPr>
        <w:t xml:space="preserve">[31:13] </w:t>
      </w:r>
      <w:r>
        <w:t>uska koi wajood nahi hai. koi</w:t>
      </w:r>
    </w:p>
    <w:p>
      <w:pPr>
        <w:jc w:val="right"/>
      </w:pPr>
      <w:r>
        <w:t>उसका कोई वजूद नहीं है। कोई</w:t>
      </w:r>
    </w:p>
    <w:p>
      <w:r>
        <w:rPr>
          <w:b/>
        </w:rPr>
        <w:t xml:space="preserve">[31:17] </w:t>
      </w:r>
      <w:r>
        <w:t>impersonal god ka koi interdependently koi wajood nahi hai. achha, jis god ka interdependently koi wajood na ho, wo to itni badi kainat banayega, wo jiska wajood hi koi na ho.</w:t>
      </w:r>
    </w:p>
    <w:p>
      <w:pPr>
        <w:jc w:val="right"/>
      </w:pPr>
      <w:r>
        <w:t>इंपर्सनल गॉड का कोई इंटरपेंडेंटली कोई वजूद नहीं है। अच्छा, जिस गॉड का इंटरपेंडेंटली कोई वजूद ना हो, वो तो इतनी बड़ी कायनात बनाएगा, वो जिसका वजूद ही कोई ना हो।</w:t>
      </w:r>
    </w:p>
    <w:p>
      <w:r>
        <w:rPr>
          <w:b/>
        </w:rPr>
        <w:t xml:space="preserve">[31:35] </w:t>
      </w:r>
      <w:r>
        <w:t>to khuda ko ek, yaani ek inter, ye manne ke liye ke khuda ka ek wajood hai, humko ye bhi manna padega ke wo wahi personal god ka concept manna padega.</w:t>
      </w:r>
    </w:p>
    <w:p>
      <w:pPr>
        <w:jc w:val="right"/>
      </w:pPr>
      <w:r>
        <w:t>तो खुदा को एक, यानी एक इंटर, ये मानने के लिए कि खुदा का एक वजूद है, हमको ये भी मानना पड़ेगा कि वो वही पर्सनल गॉड का कांसेप्ट मानना पड़ेगा।</w:t>
      </w:r>
    </w:p>
    <w:p>
      <w:r>
        <w:rPr>
          <w:b/>
        </w:rPr>
        <w:t xml:space="preserve">[31:53] </w:t>
      </w:r>
      <w:r>
        <w:t>impersonal god, impersonal god creator nahi ho sakta. isliye jo log mante hain impersonal god ka concept, wo wo nahi mante isko ke wo create karta hai. jo log mante hain impersonal god ko,</w:t>
      </w:r>
    </w:p>
    <w:p>
      <w:pPr>
        <w:jc w:val="right"/>
      </w:pPr>
      <w:r>
        <w:t>इंपर्सनल गॉड, इंपर्सनल गॉड क्रिएटर नहीं हो सकता। इसलिए जो लोग मानते हैं इंपर्सनल गॉड का कांसेप्ट, वो वो नहीं मानते इसको कि वो क्रिएट करता है। जो लोग मानते हैं इंपर्सनल गॉड को,</w:t>
      </w:r>
    </w:p>
    <w:p>
      <w:r>
        <w:rPr>
          <w:b/>
        </w:rPr>
        <w:t xml:space="preserve">[32:11] </w:t>
      </w:r>
      <w:r>
        <w:t>wo ye nahi mante ke khuda create karta hai. creation ko to wo samajhte hain ke bas ek process hai, chala ja raha hai. to is wajah se main samajhta hoon ke personal god hi</w:t>
      </w:r>
    </w:p>
    <w:p>
      <w:pPr>
        <w:jc w:val="right"/>
      </w:pPr>
      <w:r>
        <w:t>वो ये नहीं मानते कि खुदा क्रिएट करता है। क्रिएशन को तो वो समझते हैं कि बस एक प्रोसेस है, चला जा रहा है। तो इस वजह से मैं समझता हूं कि पर्सनल गॉड ही</w:t>
      </w:r>
    </w:p>
    <w:p>
      <w:r>
        <w:rPr>
          <w:b/>
        </w:rPr>
        <w:t xml:space="preserve">[32:28] </w:t>
      </w:r>
      <w:r>
        <w:t>god hai. impersonal god ka koi wajood nahi hai. wo to ek ek kahani ki baat hai, sirf</w:t>
      </w:r>
    </w:p>
    <w:p>
      <w:pPr>
        <w:jc w:val="right"/>
      </w:pPr>
      <w:r>
        <w:t>गॉड है। इंपर्सनल गॉड का कोई वजूद नहीं है। वो तो एक एक कहानी की बात है, सिर्फ</w:t>
      </w:r>
    </w:p>
    <w:p>
      <w:r>
        <w:rPr>
          <w:b/>
        </w:rPr>
        <w:t xml:space="preserve">[32:39] </w:t>
      </w:r>
      <w:r>
        <w:t>kahani ki baat hai.</w:t>
      </w:r>
    </w:p>
    <w:p>
      <w:pPr>
        <w:jc w:val="right"/>
      </w:pPr>
      <w:r>
        <w:t>कहानी की बात है।</w:t>
      </w:r>
    </w:p>
    <w:p>
      <w:r>
        <w:rPr>
          <w:b/>
        </w:rPr>
        <w:t xml:space="preserve">[32:43] </w:t>
      </w:r>
      <w:r>
        <w:t>aisa mera manna hai.</w:t>
      </w:r>
    </w:p>
    <w:p>
      <w:pPr>
        <w:jc w:val="right"/>
      </w:pPr>
      <w:r>
        <w:t>ऐसा मेरा मानना है।</w:t>
      </w:r>
    </w:p>
    <w:p>
      <w:r>
        <w:rPr>
          <w:b/>
        </w:rPr>
        <w:t xml:space="preserve">[32:47] </w:t>
      </w:r>
      <w:r>
        <w:t>maulana sahab, ve often face difficulties in life and suffer losses, and this ultimately leads to rejection and frustration. so how can spirituality help us in getting rejected and frustrated from life?</w:t>
      </w:r>
    </w:p>
    <w:p>
      <w:pPr>
        <w:jc w:val="right"/>
      </w:pPr>
      <w:r>
        <w:t>मौलाना साहब, वी ऑफन फेस डिफिकल्टीज इन लाइफ एंड सफर लॉसेस, एंड दिस अल्टीमेटली लीड्स टू रिजेक्शन एंड फ्रस्ट्रेशन। सो हाउ कैन स्पिरिचुअलिटी हेल्प अस इन गेटिंग रिजेक्टेड एंड फ्रस्ट्रेटेड फ्रॉम लाइफ?</w:t>
      </w:r>
    </w:p>
    <w:p>
      <w:r>
        <w:rPr>
          <w:b/>
        </w:rPr>
        <w:t xml:space="preserve">[33:04] </w:t>
      </w:r>
      <w:r>
        <w:t>what would you say to that?</w:t>
      </w:r>
    </w:p>
    <w:p>
      <w:pPr>
        <w:jc w:val="right"/>
      </w:pPr>
      <w:r>
        <w:t>व्हाट वुड यू से टू दैट?</w:t>
      </w:r>
    </w:p>
    <w:p>
      <w:r>
        <w:rPr>
          <w:b/>
        </w:rPr>
        <w:t xml:space="preserve">[33:07] </w:t>
      </w:r>
      <w:r>
        <w:t>main to samajhta hoon ke spirituality hi bachati hai is tarah ke halaat mein ke spirituality se ek aisa insaan banta hai jo material cheezon ko kam important samajhne lagta hai.</w:t>
      </w:r>
    </w:p>
    <w:p>
      <w:pPr>
        <w:jc w:val="right"/>
      </w:pPr>
      <w:r>
        <w:t>मैं तो समझता हूं कि स्पिरिचुअलिटी ही बचाती है इस तरह के हालात में कि स्पिरिचुअलिटी से एक ऐसा इंसान बनता है जो मटेरियल चीजों को कम इंपॉर्टेंट समझने लगता है।</w:t>
      </w:r>
    </w:p>
    <w:p>
      <w:r>
        <w:rPr>
          <w:b/>
        </w:rPr>
        <w:t xml:space="preserve">[33:26] </w:t>
      </w:r>
      <w:r>
        <w:t>soul important nahi. jab aap material cheezon ko samjhen ke yahi sab kuch hai, usi ko shabd important dene lage, to phir aap jab aisa koi hadsa guzrega, to aap usko afford nahi kar sakenge.</w:t>
      </w:r>
    </w:p>
    <w:p>
      <w:pPr>
        <w:jc w:val="right"/>
      </w:pPr>
      <w:r>
        <w:t>सोल इंपॉर्टेंट नहीं। जब आप मटेरियल चीजों को समझें कि यही सब कुछ है, उसी को शब्द इंपॉर्टेंट देने लगे, तो फिर आप जब ऐसा कोई हादसा गुजरेगा, तो आप उसको अफोर्ड नहीं कर सकेंगे।</w:t>
      </w:r>
    </w:p>
    <w:p>
      <w:r>
        <w:rPr>
          <w:b/>
        </w:rPr>
        <w:t xml:space="preserve">[33:43] </w:t>
      </w:r>
      <w:r>
        <w:t>theher jayenge aap. lekin jab aap ye manen ke jo material cheezen hain, wo sab kuch nahi hai, sab kuch nahi hai, sab kuch to god almighty hai.</w:t>
      </w:r>
    </w:p>
    <w:p>
      <w:pPr>
        <w:jc w:val="right"/>
      </w:pPr>
      <w:r>
        <w:t>ठहर जाएंगे आप। लेकिन जब आप ये माने कि जो मटेरियल चीजें हैं, वो सब कुछ नहीं है, सब कुछ नहीं है, सब कुछ तो गॉड ऑलमाइटी है।</w:t>
      </w:r>
    </w:p>
    <w:p>
      <w:r>
        <w:rPr>
          <w:b/>
        </w:rPr>
        <w:t xml:space="preserve">[34:04] </w:t>
      </w:r>
      <w:r>
        <w:t>to dekhiye, ek masal mashoor hai ke taat se gira khajoor palat ka. to jo spiritual person ho, uske paas kahin se bhi gire, attkal ke ek ek wajood hota hai, ek creator, ek khuda.</w:t>
      </w:r>
    </w:p>
    <w:p>
      <w:pPr>
        <w:jc w:val="right"/>
      </w:pPr>
      <w:r>
        <w:t>तो देखिए, एक मसल मशहूर है कि ताट से गिरा खजूर पलट का। तो जो स्पिरिचुअल पर्सन हो, उसके पास कहीं से भी गिरे, अटकल के एक एक वजूद होता है, एक क्रिएटर, एक खुदा।</w:t>
      </w:r>
    </w:p>
    <w:p>
      <w:r>
        <w:rPr>
          <w:b/>
        </w:rPr>
        <w:t xml:space="preserve">[34:25] </w:t>
      </w:r>
      <w:r>
        <w:t>har hadsa, har museebat, har nuksan ke baad aadmi ke paas ek sahara maujood hota hai,</w:t>
      </w:r>
    </w:p>
    <w:p>
      <w:pPr>
        <w:jc w:val="right"/>
      </w:pPr>
      <w:r>
        <w:t>हर हादसा, हर मुसीबत, हर नुकसान के बाद आदमी के पास एक सहारा मौजूद होता है,</w:t>
      </w:r>
    </w:p>
    <w:p>
      <w:r>
        <w:rPr>
          <w:b/>
        </w:rPr>
        <w:t xml:space="preserve">[34:38] </w:t>
      </w:r>
      <w:r>
        <w:t>jiske bal par dobara jee sake. wo</w:t>
      </w:r>
    </w:p>
    <w:p>
      <w:pPr>
        <w:jc w:val="right"/>
      </w:pPr>
      <w:r>
        <w:t>जिसके बल पर दोबारा जी सके। वो</w:t>
      </w:r>
    </w:p>
    <w:p>
      <w:r>
        <w:rPr>
          <w:b/>
        </w:rPr>
        <w:t xml:space="preserve">[34:43] </w:t>
      </w:r>
      <w:r>
        <w:t>to main samajhta hoon ke khuda ka yakeen, yakida, khuda ka yakida,</w:t>
      </w:r>
    </w:p>
    <w:p>
      <w:pPr>
        <w:jc w:val="right"/>
      </w:pPr>
      <w:r>
        <w:t>तो मैं समझता हूं कि खुदा का यकीन, यकीदा, खुदा का यकीदा,</w:t>
      </w:r>
    </w:p>
    <w:p>
      <w:r>
        <w:rPr>
          <w:b/>
        </w:rPr>
        <w:t xml:space="preserve">[34:52] </w:t>
      </w:r>
      <w:r>
        <w:t>khuda ka belief must hai, must hai, must hai personality development ke liye.</w:t>
      </w:r>
    </w:p>
    <w:p>
      <w:pPr>
        <w:jc w:val="right"/>
      </w:pPr>
      <w:r>
        <w:t>खुदा का बिलीफ मस्त है, मस्त है, मस्त है पर्सनालिटी डेवलपमेंट के लिए।</w:t>
      </w:r>
    </w:p>
    <w:p>
      <w:r>
        <w:rPr>
          <w:b/>
        </w:rPr>
        <w:t xml:space="preserve">[35:02] </w:t>
      </w:r>
      <w:r>
        <w:t>maulana sahab, you said that you also say at times that goal of islam is to develop ones personality. what do you mean by that?</w:t>
      </w:r>
    </w:p>
    <w:p>
      <w:pPr>
        <w:jc w:val="right"/>
      </w:pPr>
      <w:r>
        <w:t>मौलाना साहब, यू सेड दैट यू आल्सो से एट टाइम्स दैट गोल ऑफ इस्लाम इज टू डेवलप वनस पर्सनालिटी। व्हाट डू यू मीन बाय दैट?</w:t>
      </w:r>
    </w:p>
    <w:p>
      <w:r>
        <w:rPr>
          <w:b/>
        </w:rPr>
        <w:t xml:space="preserve">[35:10] </w:t>
      </w:r>
      <w:r>
        <w:t>does developing of personality means being spiritual? is that what you mean to say?</w:t>
      </w:r>
    </w:p>
    <w:p>
      <w:pPr>
        <w:jc w:val="right"/>
      </w:pPr>
      <w:r>
        <w:t>डज डेवलपिंग ऑफ पर्सनालिटी मींस बीइंग स्पिरिचुअल? इज दैट व्हाट यू मीन टू से?</w:t>
      </w:r>
    </w:p>
    <w:p>
      <w:r>
        <w:rPr>
          <w:b/>
        </w:rPr>
        <w:t xml:space="preserve">[35:20] </w:t>
      </w:r>
      <w:r>
        <w:t>wo jo development hota hai, wo chahe aap usko structural development kahiye ya personality, wo personality development kahiye ya spiritual development kahiye, sab milte julte alfaaz hain,</w:t>
      </w:r>
    </w:p>
    <w:p>
      <w:pPr>
        <w:jc w:val="right"/>
      </w:pPr>
      <w:r>
        <w:t>वो जो डेवलपमेंट होता है, वो चाहे आप उसको स्ट्रक्चरल डेवलपमेंट कहिए या पर्सनालिटी, वो पर्सनालिटी डेवलपमेंट कहिए या स्पिरिचुअल डेवलपमेंट कहिए, सब मिलते जुलते अल्फाज हैं,</w:t>
      </w:r>
    </w:p>
    <w:p>
      <w:r>
        <w:rPr>
          <w:b/>
        </w:rPr>
        <w:t xml:space="preserve">[35:37] </w:t>
      </w:r>
      <w:r>
        <w:t>milte julte alfaaz. intellectual, intellectual development, ruhani irtikab, zehni development, is tarah ke jitne alfaaz hain,</w:t>
      </w:r>
    </w:p>
    <w:p>
      <w:pPr>
        <w:jc w:val="right"/>
      </w:pPr>
      <w:r>
        <w:t>मिलते जुलते अल्फाज। इंटेलेक्चुअल, इंटेलेक्चुअल डेवलपमेंट, रूहानी इरतकाब, जहनी डेवलपमेंट, इस तरह के जितने अल्फाज हैं,</w:t>
      </w:r>
    </w:p>
    <w:p>
      <w:r>
        <w:rPr>
          <w:b/>
        </w:rPr>
        <w:t xml:space="preserve">[35:51] </w:t>
      </w:r>
      <w:r>
        <w:t>sab milte julte alfaaz hain aur ek ka taluq doosre se hai.</w:t>
      </w:r>
    </w:p>
    <w:p>
      <w:pPr>
        <w:jc w:val="right"/>
      </w:pPr>
      <w:r>
        <w:t>सब मिलते जुलते अल्फाज हैं और एक का ताल्लुक दूसरे से है।</w:t>
      </w:r>
    </w:p>
    <w:p>
      <w:r>
        <w:rPr>
          <w:b/>
        </w:rPr>
        <w:t xml:space="preserve">[36:03] </w:t>
      </w:r>
      <w:r>
        <w:t>ye alag-alag nahi hai.</w:t>
      </w:r>
    </w:p>
    <w:p>
      <w:pPr>
        <w:jc w:val="right"/>
      </w:pPr>
      <w:r>
        <w:t>ये अलग-अलग नहीं है।</w:t>
      </w:r>
    </w:p>
    <w:p>
      <w:r>
        <w:rPr>
          <w:b/>
        </w:rPr>
        <w:t xml:space="preserve">[36:07] </w:t>
      </w:r>
      <w:r>
        <w:t>maulana sahab, lot of people often harbor complaints and grievances against one another. would you say that a person who always is complaining is not spiritually developed</w:t>
      </w:r>
    </w:p>
    <w:p>
      <w:pPr>
        <w:jc w:val="right"/>
      </w:pPr>
      <w:r>
        <w:t>मौलाना साहब, लॉट ऑफ पीपल ऑफन हार्बर कंप्लेंट्स एंड ग्रीवियंसेस अगेंस्ट वन अनदर। वुड यू से दैट अ पर्सन हु ऑलवेज इज कंप्लेनिंग इज नॉट स्पिरिचुअली डेवलप्ड</w:t>
      </w:r>
    </w:p>
    <w:p>
      <w:r>
        <w:rPr>
          <w:b/>
        </w:rPr>
        <w:t xml:space="preserve">[36:21] </w:t>
      </w:r>
      <w:r>
        <w:t>? isme koi shak nahi. complaints se aadmi ka andar, aadmi agar complaint free nahi banaya, koi aadmi, koi aurat ya mard,</w:t>
      </w:r>
    </w:p>
    <w:p>
      <w:pPr>
        <w:jc w:val="right"/>
      </w:pPr>
      <w:r>
        <w:t>? इसमें कोई शक नहीं। कंप्लेंट्स से आदमी का अंदर, आदमी अगर कंप्लेंट फ्री नहीं बनाया, कोई आदमी, कोई औरत या मर्द,</w:t>
      </w:r>
    </w:p>
    <w:p>
      <w:r>
        <w:rPr>
          <w:b/>
        </w:rPr>
        <w:t xml:space="preserve">[36:36] </w:t>
      </w:r>
      <w:r>
        <w:t>koi aurat ya mard agar complaint free nahi banaya, to usko spirituality mili nahi. yaad rakhiye, yaad zaroor banayegi. to jisko dekhe ki wo complaint jeeta hai, shikayatein karta hai,</w:t>
      </w:r>
    </w:p>
    <w:p>
      <w:pPr>
        <w:jc w:val="right"/>
      </w:pPr>
      <w:r>
        <w:t>कोई औरत या मर्द अगर कंप्लेंट फ्री नहीं बनाया, तो उसको स्पिरिचुअलिटी मिली नहीं। याद रखिए, याद जरूर बनाएगी। तो जिसको देखे कि वो कंप्लेंट जीता है, शिकायतें करता है,</w:t>
      </w:r>
    </w:p>
    <w:p>
      <w:r>
        <w:rPr>
          <w:b/>
        </w:rPr>
        <w:t xml:space="preserve">[36:57] </w:t>
      </w:r>
      <w:r>
        <w:t>to samajh lijiye ki isko iske andar spirituality nahi aayi. iska, iski jo shakhsiyat hai, wo spiritually, spirituality, spiritual sense mein develop shakhsiyat nahi hai. ye to bilkul tay hai, bilkul.</w:t>
      </w:r>
    </w:p>
    <w:p>
      <w:pPr>
        <w:jc w:val="right"/>
      </w:pPr>
      <w:r>
        <w:t>तो समझ लीजिए कि इसको इसके अंदर स्पिरिचुअलिटी नहीं आई। इसका, इसकी जो शख्सियत है, वो स्पिरिचुअली, स्पिरिचुअलिटी, स्पिरिचुअल सेंस में डेवलप शख्सियत नहीं है। ये तो बिल्कुल तय है, बिल्कुल।</w:t>
      </w:r>
    </w:p>
    <w:p>
      <w:r>
        <w:rPr>
          <w:b/>
        </w:rPr>
        <w:t xml:space="preserve">[37:15] </w:t>
      </w:r>
      <w:r>
        <w:t>And Maulana Sahab, what role does positive thinking play in one's spiritual development?</w:t>
      </w:r>
    </w:p>
    <w:p>
      <w:pPr>
        <w:jc w:val="right"/>
      </w:pPr>
      <w:r>
        <w:t>एंड मौलाना साहब, व्हाट रोल डज पॉजिटिव थिंकिंग प्ले इन वनस स्पिरिचुअल डेवलपमेंट?</w:t>
      </w:r>
    </w:p>
    <w:p>
      <w:r>
        <w:rPr>
          <w:b/>
        </w:rPr>
        <w:t xml:space="preserve">[37:23] </w:t>
      </w:r>
      <w:r>
        <w:t>dekhiye, jahan tak mera experience hai,</w:t>
      </w:r>
    </w:p>
    <w:p>
      <w:pPr>
        <w:jc w:val="right"/>
      </w:pPr>
      <w:r>
        <w:t>देखिए, जहां तक मेरा एक्सपीरियंस है,</w:t>
      </w:r>
    </w:p>
    <w:p>
      <w:r>
        <w:rPr>
          <w:b/>
        </w:rPr>
        <w:t xml:space="preserve">[37:27] </w:t>
      </w:r>
      <w:r>
        <w:t>donon ko main kareeb-kareeb</w:t>
      </w:r>
    </w:p>
    <w:p>
      <w:pPr>
        <w:jc w:val="right"/>
      </w:pPr>
      <w:r>
        <w:t>दोनों को मैं करीब-करीब</w:t>
      </w:r>
    </w:p>
    <w:p>
      <w:r>
        <w:rPr>
          <w:b/>
        </w:rPr>
        <w:t xml:space="preserve">[37:31] </w:t>
      </w:r>
      <w:r>
        <w:t>milta julta manta hoon.</w:t>
      </w:r>
    </w:p>
    <w:p>
      <w:pPr>
        <w:jc w:val="right"/>
      </w:pPr>
      <w:r>
        <w:t>मिलता जुलता मानता हूं।</w:t>
      </w:r>
    </w:p>
    <w:p>
      <w:r>
        <w:rPr>
          <w:b/>
        </w:rPr>
        <w:t xml:space="preserve">[37:35] </w:t>
      </w:r>
      <w:r>
        <w:t>yani positive thinking aur spiritual</w:t>
      </w:r>
    </w:p>
    <w:p>
      <w:pPr>
        <w:jc w:val="right"/>
      </w:pPr>
      <w:r>
        <w:t>यानी पॉजिटिव थिंकिंग और स्पिरिचुअल</w:t>
      </w:r>
    </w:p>
    <w:p>
      <w:r>
        <w:rPr>
          <w:b/>
        </w:rPr>
        <w:t xml:space="preserve">[37:41] </w:t>
      </w:r>
      <w:r>
        <w:t>mind, donon taqreeban ek hi baat hai.</w:t>
      </w:r>
    </w:p>
    <w:p>
      <w:pPr>
        <w:jc w:val="right"/>
      </w:pPr>
      <w:r>
        <w:t>माइंड, दोनों तकरीबन एक ही बात है।</w:t>
      </w:r>
    </w:p>
    <w:p>
      <w:r>
        <w:rPr>
          <w:b/>
        </w:rPr>
        <w:t xml:space="preserve">[37:46] </w:t>
      </w:r>
      <w:r>
        <w:t>positive, positive thinking jahan hogi, wahan spirituality hogi.</w:t>
      </w:r>
    </w:p>
    <w:p>
      <w:pPr>
        <w:jc w:val="right"/>
      </w:pPr>
      <w:r>
        <w:t>पॉजिटिव, पॉजिटिव थिंकिंग जहां होगी, वहां स्पिरिचुअलिटी होगी।</w:t>
      </w:r>
    </w:p>
    <w:p>
      <w:r>
        <w:rPr>
          <w:b/>
        </w:rPr>
        <w:t xml:space="preserve">[37:50] </w:t>
      </w:r>
      <w:r>
        <w:t>jahan spiritual personality hogi, wahan positive thinking hogi.</w:t>
      </w:r>
    </w:p>
    <w:p>
      <w:pPr>
        <w:jc w:val="right"/>
      </w:pPr>
      <w:r>
        <w:t>जहां स्पिरिचुअल पर्सनालिटी होगी, वहां पॉजिटिव थिंकिंग होगी।</w:t>
      </w:r>
    </w:p>
    <w:p>
      <w:r>
        <w:rPr>
          <w:b/>
        </w:rPr>
        <w:t xml:space="preserve">[37:56] </w:t>
      </w:r>
      <w:r>
        <w:t>dono, main samajhta hoon ki ek doosre se bilkul jude bhi hain.</w:t>
      </w:r>
    </w:p>
    <w:p>
      <w:pPr>
        <w:jc w:val="right"/>
      </w:pPr>
      <w:r>
        <w:t>दोनों, मैं समझता हूं कि एक दूसरे से बिल्कुल जुड़े भी हैं।</w:t>
      </w:r>
    </w:p>
    <w:p>
      <w:r>
        <w:rPr>
          <w:b/>
        </w:rPr>
        <w:t xml:space="preserve">[38:06] </w:t>
      </w:r>
      <w:r>
        <w:t>maulana sahab, you often say that material happiness is not achievable in this world, but a person can still attain intellectual contentment. can you elaborate on this?</w:t>
      </w:r>
    </w:p>
    <w:p>
      <w:pPr>
        <w:jc w:val="right"/>
      </w:pPr>
      <w:r>
        <w:t>मौलाना साहब, यू ऑफन से दैट मटेरियल हैप्पीनेस इज नॉट अचीवेबल इन दिस वर्ल्ड, बट अ पर्सन कैन स्टिल अटेन इंटेलेक्चुअल कंटेंटमेंट। कैन यू इलेबरेट ऑन दिस?</w:t>
      </w:r>
    </w:p>
    <w:p>
      <w:r>
        <w:rPr>
          <w:b/>
        </w:rPr>
        <w:t xml:space="preserve">[38:21] </w:t>
      </w:r>
      <w:r>
        <w:t>isliye ki dekhiye, material item to limited hai. sara aadmi jaanta hai ki material item limited hai.</w:t>
      </w:r>
    </w:p>
    <w:p>
      <w:pPr>
        <w:jc w:val="right"/>
      </w:pPr>
      <w:r>
        <w:t>इसलिए कि देखिए, मटेरियल आइटम तो लिमिटेड है। सारा आदमी जानता है कि मटेरियल आइटम लिमिटेड है।</w:t>
      </w:r>
    </w:p>
    <w:p>
      <w:r>
        <w:rPr>
          <w:b/>
        </w:rPr>
        <w:t xml:space="preserve">[38:33] </w:t>
      </w:r>
      <w:r>
        <w:t>aapko yaad hoga, stephen hawking ne ek waqt kaha tha ki duniya mein material item exhaust ho rahe hain. wo waqt aayega jabki duniya insaan ke liye rehne qabil nahi hogi. to hamein</w:t>
      </w:r>
    </w:p>
    <w:p>
      <w:pPr>
        <w:jc w:val="right"/>
      </w:pPr>
      <w:r>
        <w:t>आपको याद होगा, स्टीफन हॉकिंग ने एक वक्त कहा था कि दुनिया में मटेरियल आइटम एग्जॉस्ट हो रहे हैं। वो वक्त आएगा जबकि दुनिया इंसान के लिए रहने काबिल नहीं होगी। तो हमें</w:t>
      </w:r>
    </w:p>
    <w:p>
      <w:r>
        <w:rPr>
          <w:b/>
        </w:rPr>
        <w:t xml:space="preserve">[38:51] </w:t>
      </w:r>
      <w:r>
        <w:t>space ka nahi banana chahiye. ye ek scientific joke tha, main samajhta hoon.</w:t>
      </w:r>
    </w:p>
    <w:p>
      <w:pPr>
        <w:jc w:val="right"/>
      </w:pPr>
      <w:r>
        <w:t>स्पेस का नहीं बनाना चाहिए। ये एक साइंटिफिक जोक था, मैं समझता हूं।</w:t>
      </w:r>
    </w:p>
    <w:p>
      <w:r>
        <w:rPr>
          <w:b/>
        </w:rPr>
        <w:t xml:space="preserve">[39:01] </w:t>
      </w:r>
      <w:r>
        <w:t>lekin yeh tay hai ki duniya mein spirituality ki koi limitation nahi. sky is the limit. to agar aapki shakhsiyat mabni hai spirituality par, to wo ek la, ek unlimited personality hai. wo</w:t>
      </w:r>
    </w:p>
    <w:p>
      <w:pPr>
        <w:jc w:val="right"/>
      </w:pPr>
      <w:r>
        <w:t>लेकिन यह तय है कि दुनिया में स्पिरिचुअलिटी की कोई लिमिटेशन नहीं। स्काई इज द लिमिट। तो अगर आपकी शख्सियत मबनी है स्पिरिचुअलिटी पर, तो वो एक ला, एक अनलिमिटेड पर्सनालिटी है। वो</w:t>
      </w:r>
    </w:p>
    <w:p>
      <w:r>
        <w:rPr>
          <w:b/>
        </w:rPr>
        <w:t xml:space="preserve">[39:22] </w:t>
      </w:r>
      <w:r>
        <w:t>lekin agar, agar aapki spirituality base karti hai material cheezon par, to wo to ek limited cheez hai. wo kabhi bhi khatam ho sakti hai.</w:t>
      </w:r>
    </w:p>
    <w:p>
      <w:pPr>
        <w:jc w:val="right"/>
      </w:pPr>
      <w:r>
        <w:t>लेकिन अगर, अगर आपकी स्पिरिचुअलिटी बेस करती है मटेरियल चीजों पर, तो वो तो एक लिमिटेड चीज है। वो कभी भी खत्म हो सकती है।</w:t>
      </w:r>
    </w:p>
    <w:p>
      <w:r>
        <w:rPr>
          <w:b/>
        </w:rPr>
        <w:t xml:space="preserve">[39:36] </w:t>
      </w:r>
      <w:r>
        <w:t>maulana sahab, what is the essence of discovery of god for one's spirituality?</w:t>
      </w:r>
    </w:p>
    <w:p>
      <w:pPr>
        <w:jc w:val="right"/>
      </w:pPr>
      <w:r>
        <w:t>मौलाना साहब, व्हाट इज देंस ऑफ डिस्कवरी ऑफ गॉड फॉर वनस स्पिरिचुअलिटी?</w:t>
      </w:r>
    </w:p>
    <w:p>
      <w:r>
        <w:rPr>
          <w:b/>
        </w:rPr>
        <w:t xml:space="preserve">[39:46] </w:t>
      </w:r>
      <w:r>
        <w:t>dekhiye, main to yahi samajhta hoon ki is, yaani discovery of god se jo shakhsiyat banti hai, jis qism ki,</w:t>
      </w:r>
    </w:p>
    <w:p>
      <w:pPr>
        <w:jc w:val="right"/>
      </w:pPr>
      <w:r>
        <w:t>देखिए, मैं तो यही समझता हूं कि इस, यानी डिस्कवरी ऑफ गॉड से जो शख्सियत बनती है, जिस किस्म की,</w:t>
      </w:r>
    </w:p>
    <w:p>
      <w:r>
        <w:rPr>
          <w:b/>
        </w:rPr>
        <w:t xml:space="preserve">[40:01] </w:t>
      </w:r>
      <w:r>
        <w:t>usi ko hum doosre maanon mein kehte hain spirituality.</w:t>
      </w:r>
    </w:p>
    <w:p>
      <w:pPr>
        <w:jc w:val="right"/>
      </w:pPr>
      <w:r>
        <w:t>उसी को हम दूसरे मानों में कहते हैं स्पिरिचुअलिटी।</w:t>
      </w:r>
    </w:p>
    <w:p>
      <w:r>
        <w:rPr>
          <w:b/>
        </w:rPr>
        <w:t xml:space="preserve">[40:06] </w:t>
      </w:r>
      <w:r>
        <w:t>spirituality alag se koi cheez nahi hai. naam ek alag rakh liya gaya hai uska. to main samajhta hoon ki quran mein jis cheez ko kaha gaya hai rabbaniyat, usi ko hum kehte hain spirituality.</w:t>
      </w:r>
    </w:p>
    <w:p>
      <w:pPr>
        <w:jc w:val="right"/>
      </w:pPr>
      <w:r>
        <w:t>स्पिरिचुअलिटी अलग से कोई चीज नहीं है। नाम एक अलग रख लिया गया है उसका। तो मैं समझता हूं कि कुरान में जिस चीज को कहा गया है रब्बानियत, उसी को हम कहते हैं स्पिरिचुअलिटी।</w:t>
      </w:r>
    </w:p>
    <w:p>
      <w:r>
        <w:rPr>
          <w:b/>
        </w:rPr>
        <w:t xml:space="preserve">[40:25] </w:t>
      </w:r>
      <w:r>
        <w:t>ye baat us waqt hai jabki aap mind based spirituality ko mante ho. dekhiye, jo log heart based spirituality bante hain, unka mamla alag hai. unka mamla alag hai. mau</w:t>
      </w:r>
    </w:p>
    <w:p>
      <w:pPr>
        <w:jc w:val="right"/>
      </w:pPr>
      <w:r>
        <w:t>यह बात उस वक्त है जबकि आप माइंड बेस्ड स्पिरिचुअलिटी को मानते हो। देखिए, जो लोग हार्ट बेस्ड स्पिरिचुअलिटी बनते हैं, उनका मामला अलग है। उनका मामला अलग है। मौ</w:t>
      </w:r>
    </w:p>
    <w:p>
      <w:r>
        <w:rPr>
          <w:b/>
        </w:rPr>
        <w:t xml:space="preserve">[40:42] </w:t>
      </w:r>
      <w:r>
        <w:t>lana sahab, according to you, what is that one criteria that allows us to find, find out whether one, whether we are spiritual or not?</w:t>
      </w:r>
    </w:p>
    <w:p>
      <w:pPr>
        <w:jc w:val="right"/>
      </w:pPr>
      <w:r>
        <w:t>लाना साहब, अकॉर्डिंग टू यू, व्हाट इज दैट वन क्राइटेरिया दैट अलाउस अस टू फाइंड, फाइंड आउट वेदर वन, वेदर वी आर स्पिरिचुअल और नॉट?</w:t>
      </w:r>
    </w:p>
    <w:p>
      <w:r>
        <w:rPr>
          <w:b/>
        </w:rPr>
        <w:t xml:space="preserve">[40:54] </w:t>
      </w:r>
      <w:r>
        <w:t>main samajhta hoon ki ek pehchan to yeh hai ki aadmi ke andar modesty ho. modesty, isko aap kehte ho urdu mein tawazo. kyunki spirituality agar sahi maanon mein aa jaye aadmi ke andar, to wo kya hoga?</w:t>
      </w:r>
    </w:p>
    <w:p>
      <w:pPr>
        <w:jc w:val="right"/>
      </w:pPr>
      <w:r>
        <w:t>मैं समझता हूं कि एक पहचान तो यह है कि आदमी के अंदर मॉडेस्टी हो। मॉडेस्टी, इसको आप कहते हो उर्दू में तवाजो। क्योंकि स्पिरिचुअलिटी अगर सही मानो में आ जाए आदमी के अंदर, तो वो क्या होगा?</w:t>
      </w:r>
    </w:p>
    <w:p>
      <w:r>
        <w:rPr>
          <w:b/>
        </w:rPr>
        <w:t xml:space="preserve">[41:14] </w:t>
      </w:r>
      <w:r>
        <w:t>usko wo mind criticize bana degi. aur jo aadmi mind criticize ban chuka ho, uske andar spiritual, uske andar modesty zaroor aayegi. modesty to uska integral part hai. to meri apni samajh se spirituality ka jo, ki jo pehchan hai,</w:t>
      </w:r>
    </w:p>
    <w:p>
      <w:pPr>
        <w:jc w:val="right"/>
      </w:pPr>
      <w:r>
        <w:t>उसको वो माइंड क्रिटिसाइज बना देगी। और जो आदमी माइंड क्रिटिसाइज बन चुका हो, उसके अंदर स्पिरिचुअल, उसके अंदर मॉडेस्टी जरूर आएगी। मॉडेस्टी तो उसका इंटीग्रल पार्ट है। तो मेरी अपनी समझ से स्पिरिचुअलिटी का जो, की जो पहचान है,</w:t>
      </w:r>
    </w:p>
    <w:p>
      <w:r>
        <w:rPr>
          <w:b/>
        </w:rPr>
        <w:t xml:space="preserve">[41:38] </w:t>
      </w:r>
      <w:r>
        <w:t>gaalib yahi hai ki aadmi modest ban jaye. modesty spirituality ki pehchan hai.</w:t>
      </w:r>
    </w:p>
    <w:p>
      <w:pPr>
        <w:jc w:val="right"/>
      </w:pPr>
      <w:r>
        <w:t>गालब यही है कि आदमी मॉडेस्ट बन जाए। मॉडेस्टी स्पिरिचुअलिटी की पहचान है।</w:t>
      </w:r>
    </w:p>
    <w:p>
      <w:r>
        <w:rPr>
          <w:b/>
        </w:rPr>
        <w:t xml:space="preserve">[41:48] </w:t>
      </w:r>
      <w:r>
        <w:t>maulana sahab, if a person is not interested in spirituality and makes his or her goal as entertainment or materialism, then what do you think would be the end result of that person?</w:t>
      </w:r>
    </w:p>
    <w:p>
      <w:pPr>
        <w:jc w:val="right"/>
      </w:pPr>
      <w:r>
        <w:t>मौलाना साहब, इफ अ पर्सन इज नॉट इंटरेस्टेड इन स्पिरिचुअलिटी एंड मेक्स हिज और हर गोल एज एंटरटेनमेंट और मटेरियलिज्म, देन व्हाट डू यू थिंक वुड बी द एंड रिजल्ट ऑफ दैट पर्सन?</w:t>
      </w:r>
    </w:p>
    <w:p>
      <w:r>
        <w:rPr>
          <w:b/>
        </w:rPr>
        <w:t xml:space="preserve">[42:04] </w:t>
      </w:r>
      <w:r>
        <w:t>dekhiye, mera tajurba yeh hai ki aisa aadmi jawani daur mein jab koi zyada usko problem nahi hota, to lagta hai ki wo khush hai. ye samajhta hai ki main khush hoon. ye samajhta hai ki main khush hoon. yaani ek, ek qism ke</w:t>
      </w:r>
    </w:p>
    <w:p>
      <w:pPr>
        <w:jc w:val="right"/>
      </w:pPr>
      <w:r>
        <w:t>देखिए, मेरा तजुर्बा यह है कि ऐसा आदमी जवानी दौर में जब कोई ज्यादा उसको प्रॉब्लम नहीं होता, तो लगता है कि वो खुश है। ये समझता है कि मैं खुश हूं। ये समझता है कि मैं खुश हूं। यानी एक, एक किस्म के</w:t>
      </w:r>
    </w:p>
    <w:p>
      <w:r>
        <w:rPr>
          <w:b/>
        </w:rPr>
        <w:t xml:space="preserve">[42:23] </w:t>
      </w:r>
      <w:r>
        <w:t>bhool mein pada rehta hai, bhool mein. lekin jaise umr badhti hai, to ye, ye cheez khatam hone lagti hai. yahan tak jab boodha hota hai,</w:t>
      </w:r>
    </w:p>
    <w:p>
      <w:pPr>
        <w:jc w:val="right"/>
      </w:pPr>
      <w:r>
        <w:t>भूल में पड़ा रहता है, भूल में। लेकिन जैसे उम्र बढ़ती है, तो यह, यह चीज खत्म होने लगती है। यहां तक जब बूढ़ा होता है,</w:t>
      </w:r>
    </w:p>
    <w:p>
      <w:r>
        <w:rPr>
          <w:b/>
        </w:rPr>
        <w:t xml:space="preserve">[42:37] </w:t>
      </w:r>
      <w:r>
        <w:t>to bilkul khatm ho jati hai.</w:t>
      </w:r>
    </w:p>
    <w:p>
      <w:pPr>
        <w:jc w:val="right"/>
      </w:pPr>
      <w:r>
        <w:t>तो बिल्कुल खत्म हो जाती है।</w:t>
      </w:r>
    </w:p>
    <w:p>
      <w:r>
        <w:rPr>
          <w:b/>
        </w:rPr>
        <w:t xml:space="preserve">[42:40] </w:t>
      </w:r>
      <w:r>
        <w:t>boodha hone ke baad aadmi ko siway, yani Allah par yaqeen, yaqeeda, Allah par yaqeen, iske siwa koi cheez usko kuch, kuch deti nahi hai.</w:t>
      </w:r>
    </w:p>
    <w:p>
      <w:pPr>
        <w:jc w:val="right"/>
      </w:pPr>
      <w:r>
        <w:t>बूढ़ा होने के बाद आदमी को सिवाय, यानी अल्लाह पर यकीन, यकीदा, अल्लाह पर यकीन, इसके सिवा कोई चीज उसको कुछ, कुछ देती नहीं है।</w:t>
      </w:r>
    </w:p>
    <w:p>
      <w:r>
        <w:rPr>
          <w:b/>
        </w:rPr>
        <w:t xml:space="preserve">[42:57] </w:t>
      </w:r>
      <w:r>
        <w:t>sirf Khuda ka aqeeda hi us waqt aadmi ko kuch deta hai.</w:t>
      </w:r>
    </w:p>
    <w:p>
      <w:pPr>
        <w:jc w:val="right"/>
      </w:pPr>
      <w:r>
        <w:t>सिर्फ खुदा का अकीदा ही उस वक्त आदमी को कुछ देता है।</w:t>
      </w:r>
    </w:p>
    <w:p>
      <w:r>
        <w:rPr>
          <w:b/>
        </w:rPr>
        <w:t xml:space="preserve">[43:05] </w:t>
      </w:r>
      <w:r>
        <w:t>maulana sahib, anadher phenomena that we are seeing in the present world is the phenomena of suicide. many people are not able to cope up the situations that you know happen in de personal life. so how, what would be your advice?</w:t>
      </w:r>
    </w:p>
    <w:p>
      <w:pPr>
        <w:jc w:val="right"/>
      </w:pPr>
      <w:r>
        <w:t>मौलाना साहब, अनदर फिनोमिना दैट वी आर सीइंग इन द प्रेजेंट वर्ल्ड इज द फिनोमिना ऑफ सुसाइड। मेनी पीपल आर नॉट एबल टू कोप अप दी सिचुएशंस दैट यू नो हैपन इन दे पर्सनल लाइफ। सो हाउ, व्हाट वुड बी योर एडवाइस?</w:t>
      </w:r>
    </w:p>
    <w:p>
      <w:r>
        <w:rPr>
          <w:b/>
        </w:rPr>
        <w:t xml:space="preserve">[43:19] </w:t>
      </w:r>
      <w:r>
        <w:t>how can these people reform themself and how can they avoid committing suicide or getting rejected or stressed out in de personal life?</w:t>
      </w:r>
    </w:p>
    <w:p>
      <w:pPr>
        <w:jc w:val="right"/>
      </w:pPr>
      <w:r>
        <w:t>हाउ कैन दीस पीपल रिफॉर्म देमसेल्फ एंड हाउ कैन दे अवॉइड कमिटिंग सुसाइड और गेटिंग रिजेक्टेड और स्ट्रेस्ड आउट इन दे पर्सनल लाइफ?</w:t>
      </w:r>
    </w:p>
    <w:p>
      <w:r>
        <w:rPr>
          <w:b/>
        </w:rPr>
        <w:t xml:space="preserve">[43:31] </w:t>
      </w:r>
      <w:r>
        <w:t>dekhiye, suicide ka jo mamla hai, wo main samajhta hoon ki</w:t>
      </w:r>
    </w:p>
    <w:p>
      <w:pPr>
        <w:jc w:val="right"/>
      </w:pPr>
      <w:r>
        <w:t>देखिए, सुसाइड का जो मामला है, वो मैं समझता हूं कि</w:t>
      </w:r>
    </w:p>
    <w:p>
      <w:r>
        <w:rPr>
          <w:b/>
        </w:rPr>
        <w:t xml:space="preserve">[43:40] </w:t>
      </w:r>
      <w:r>
        <w:t>frustration se aata hai. frustration hi ki ek shakal hai ki aadmi suicide kar leta hai. to frustration khud jo hai, wo hai yani unawareness ka.</w:t>
      </w:r>
    </w:p>
    <w:p>
      <w:pPr>
        <w:jc w:val="right"/>
      </w:pPr>
      <w:r>
        <w:t>फ्रस्ट्रेशन से आता है। फ्रस्ट्रेशन ही की एक शक्ल है कि आदमी सुसाइड कर लेता है। तो फ्रस्ट्रेशन खुद जो है, वो है यानी अनवेयरनेस का।</w:t>
      </w:r>
    </w:p>
    <w:p>
      <w:r>
        <w:rPr>
          <w:b/>
        </w:rPr>
        <w:t xml:space="preserve">[43:59] </w:t>
      </w:r>
      <w:r>
        <w:t>aadmi apne capacity ko nahi jaanta, apne potential ko nahi jaanta. duniya mein opportunity hai, usko nahi jaanta. bas kuch, kuch usko pesh aata hai aur phir wo emotion uske</w:t>
      </w:r>
    </w:p>
    <w:p>
      <w:pPr>
        <w:jc w:val="right"/>
      </w:pPr>
      <w:r>
        <w:t>आदमी अपने कैपेसिटी को नहीं जानता, अपने पोटेंशियल को नहीं जानता। दुनिया में अपॉर्चुनिटी है, उसको नहीं जानता। बस कुछ, कुछ उसको पेश आता है और फिर वो इमोशन उसके</w:t>
      </w:r>
    </w:p>
    <w:p>
      <w:r>
        <w:rPr>
          <w:b/>
        </w:rPr>
        <w:t xml:space="preserve">[44:17] </w:t>
      </w:r>
      <w:r>
        <w:t>jaag uthte hain. to us, us, us halat mein wo suicide kar leta hai. halanki ek kitaab chhapi hai,</w:t>
      </w:r>
    </w:p>
    <w:p>
      <w:pPr>
        <w:jc w:val="right"/>
      </w:pPr>
      <w:r>
        <w:t>जाग उठते हैं। तो उस, उस, उस हालत में वो सुसाइड कर लेता है। हालांकि एक किताब छपी है,</w:t>
      </w:r>
    </w:p>
    <w:p>
      <w:r>
        <w:rPr>
          <w:b/>
        </w:rPr>
        <w:t xml:space="preserve">[44:32] </w:t>
      </w:r>
      <w:r>
        <w:t>ek kitaab chhapi hai isi, isi subject par.</w:t>
      </w:r>
    </w:p>
    <w:p>
      <w:pPr>
        <w:jc w:val="right"/>
      </w:pPr>
      <w:r>
        <w:t>एक किताब छपी है इसी, इसी सब्जेक्ट पर।</w:t>
      </w:r>
    </w:p>
    <w:p>
      <w:r>
        <w:rPr>
          <w:b/>
        </w:rPr>
        <w:t xml:space="preserve">[44:37] </w:t>
      </w:r>
      <w:r>
        <w:t>usmein use dikhaya hai ki ke tareekh mein aise bahut se log hain, taliyan kood pade kahin se. lekin bach gaye. to aisa aadmi jab bach jata hai, wo bahut hi zyada</w:t>
      </w:r>
    </w:p>
    <w:p>
      <w:pPr>
        <w:jc w:val="right"/>
      </w:pPr>
      <w:r>
        <w:t>उसमें उसे दिखाया है कि के तारीख में ऐसे बहुत से लोग हैं, तालियां कूद पड़े कहीं से। लेकिन बच गए। तो ऐसा आदमी जब बच जाता है, वो बहुत ही ज्यादा</w:t>
      </w:r>
    </w:p>
    <w:p>
      <w:r>
        <w:rPr>
          <w:b/>
        </w:rPr>
        <w:t xml:space="preserve">[44:54] </w:t>
      </w:r>
      <w:r>
        <w:t>yani different aadmi bach jata hai. main bhi, main bhi aise ek aadmi ko jaanta hoon personally. suicide kar liya tha unhone, magar phir kisi bach gaye. bach gaye to hero ban gaye, ban gaye aur bahut bada kaam kiya unhone. to suicide se pehle aadmi par chha jata hai frustration,</w:t>
      </w:r>
    </w:p>
    <w:p>
      <w:pPr>
        <w:jc w:val="right"/>
      </w:pPr>
      <w:r>
        <w:t>यानी डिफरेंट आदमी बच जाता है। मैं भी, मैं भी ऐसे एक आदमी को जानता हूं पर्सनली। सुसाइड कर लिया था उन्होंने, मगर फिर किसी बच गए। बच गए तो हीरो बन गए, बन गए और बहुत बड़ा काम किया उन्होंने। तो सुसाइड से पहले आदमी पर छा जाता है फ्रस्ट्रेशन,</w:t>
      </w:r>
    </w:p>
    <w:p>
      <w:r>
        <w:rPr>
          <w:b/>
        </w:rPr>
        <w:t xml:space="preserve">[45:16] </w:t>
      </w:r>
      <w:r>
        <w:t>to suicide kar leta hai. lekin suicide jo hai, bach jaye wo attempt karne ke bawajood, tab samajhta hai ki zindagi kitni keemti hai. zindagi mein kitne zyada imkanat hain, usko discover kar leta hai aur phir wo hero ban jata hai.</w:t>
      </w:r>
    </w:p>
    <w:p>
      <w:pPr>
        <w:jc w:val="right"/>
      </w:pPr>
      <w:r>
        <w:t>तो सुसाइड कर लेता है। लेकिन सुसाइड जो है, बच जाए वो अटेंप्ट करने के बावजूद, तब समझता है कि जिंदगी कितनी कीमती है। जिंदगी में कितने ज्यादा इमकानात हैं, उसको डिस्कवर कर लेता है और फिर वो हीरो बन जाता है।</w:t>
      </w:r>
    </w:p>
    <w:p>
      <w:r>
        <w:rPr>
          <w:b/>
        </w:rPr>
        <w:t xml:space="preserve">[45:33] </w:t>
      </w:r>
      <w:r>
        <w:t>to wo, wo kitaab jo hai, main usko sahi samajhta hoon aur maine khud bhi kam se kam ek case aisa dekha hai ki aadmi ne suicide kiya, yani zeher kha liya. phir foran usko doctor ne usko woh karwaya,</w:t>
      </w:r>
    </w:p>
    <w:p>
      <w:pPr>
        <w:jc w:val="right"/>
      </w:pPr>
      <w:r>
        <w:t>तो वो, वो किताब जो है, मैं उसको सही समझता हूं और मैंने खुद भी कम से कम एक केस ऐसा देखा है कि आदमी ने सुसाइड किया, यानी जहर खा लिया। फिर फौरन उसको डॉक्टर ने उसको वो करवाया,</w:t>
      </w:r>
    </w:p>
    <w:p>
      <w:r>
        <w:rPr>
          <w:b/>
        </w:rPr>
        <w:t xml:space="preserve">[45:52] </w:t>
      </w:r>
      <w:r>
        <w:t>yani ki nikalwaya andar se sab. to bach gaya wo. to pre suicide wo zero tha, post suicide wo hero ban gaya.</w:t>
      </w:r>
    </w:p>
    <w:p>
      <w:pPr>
        <w:jc w:val="right"/>
      </w:pPr>
      <w:r>
        <w:t>यानी कि निकलवाया अंदर से सब। तो बच गया वो। तो प्री सुसाइड वो जीरो था, पोस्ट सुसाइड वो हीरो बन गया।</w:t>
      </w:r>
    </w:p>
    <w:p>
      <w:r>
        <w:rPr>
          <w:b/>
        </w:rPr>
        <w:t xml:space="preserve">[46:11] </w:t>
      </w:r>
      <w:r>
        <w:t>maulana sahib, people who face injustices at the hands of others often take to protest and complaints. what according to you should be the method followed by a spiritual person in this regard?</w:t>
      </w:r>
    </w:p>
    <w:p>
      <w:pPr>
        <w:jc w:val="right"/>
      </w:pPr>
      <w:r>
        <w:t>मौलाना साहब, पीपल हु फेस इनजस्टिसेस एट द हैंड्स ऑफ अदर्स ऑफन टेक टू प्रोटेस्ट एंड कंप्लेंट्स। व्हाट अकॉर्डिंग टू यू शुड बी द मेथड फॉलोड बाय अ स्पिरिचुअल पर्सन इन दिस रिगार्ड?</w:t>
      </w:r>
    </w:p>
    <w:p>
      <w:r>
        <w:rPr>
          <w:b/>
        </w:rPr>
        <w:t xml:space="preserve">[46:26] </w:t>
      </w:r>
      <w:r>
        <w:t>main to samajhta hoon ki jo aadmi protest, complaint ye sab kare, jisko main kehta hoon gawagai siyasat, usko na spirituality hai, uske paas na aqal bhi nahi hai. usko</w:t>
      </w:r>
    </w:p>
    <w:p>
      <w:pPr>
        <w:jc w:val="right"/>
      </w:pPr>
      <w:r>
        <w:t>मैं तो समझता हूं कि जो आदमी प्रोटेस्ट, कंप्लेंट ये सब करे, जिसको मैं कहता हूं गवगाई सियासत, उसको ना स्पिरिचुअलिटी है, उसके पास ना अकल भी नहीं है। उसको</w:t>
      </w:r>
    </w:p>
    <w:p>
      <w:r>
        <w:rPr>
          <w:b/>
        </w:rPr>
        <w:t xml:space="preserve">[46:43] </w:t>
      </w:r>
      <w:r>
        <w:t>kyunki is tarah ki polity jo hoti hai, hamesha wo resultless hoti hai. kabhi bhi uska koi positive result nahi nikalta. to phir wo kis, kis kaam ki?</w:t>
      </w:r>
    </w:p>
    <w:p>
      <w:pPr>
        <w:jc w:val="right"/>
      </w:pPr>
      <w:r>
        <w:t>क्योंकि इस तरह की पॉलिटी जो होती है, हमेशा वो रिजल्टलेस होती है। कभी भी उसका कोई पॉजिटिव रिजल्ट नहीं निकलता। तो फिर वो किस, किस काम की?</w:t>
      </w:r>
    </w:p>
    <w:p>
      <w:r>
        <w:rPr>
          <w:b/>
        </w:rPr>
        <w:t xml:space="preserve">[46:57] </w:t>
      </w:r>
      <w:r>
        <w:t>to aisa aadmi na to spiritual person hai, na dashmand aadmi hai. wo</w:t>
      </w:r>
    </w:p>
    <w:p>
      <w:pPr>
        <w:jc w:val="right"/>
      </w:pPr>
      <w:r>
        <w:t>तो ऐसा आदमी ना तो स्पिरिचुअल पर्सन है, ना दशमंद आदमी है। वो</w:t>
      </w:r>
    </w:p>
    <w:p>
      <w:r>
        <w:rPr>
          <w:b/>
        </w:rPr>
        <w:t xml:space="preserve">[47:02] </w:t>
      </w:r>
      <w:r>
        <w:t>usko na aqal mili hai, na spirituality mili hai. main samajhta hoon ki ke complaint, protest, ladai, takraav,</w:t>
      </w:r>
    </w:p>
    <w:p>
      <w:pPr>
        <w:jc w:val="right"/>
      </w:pPr>
      <w:r>
        <w:t>उसको ना अकल मिली है, ना स्पिरिचुअलिटी मिली है। मैं समझता हूं कि के कंप्लेंट, प्रोटेस्ट, लड़ाई, टकराव,</w:t>
      </w:r>
    </w:p>
    <w:p>
      <w:r>
        <w:rPr>
          <w:b/>
        </w:rPr>
        <w:t xml:space="preserve">[47:19] </w:t>
      </w:r>
      <w:r>
        <w:t>abortion, politics, ye sari cheezein jo hain,</w:t>
      </w:r>
    </w:p>
    <w:p>
      <w:pPr>
        <w:jc w:val="right"/>
      </w:pPr>
      <w:r>
        <w:t>अबोशन, पॉलिटिक्स, ये सारी चीजें जो हैं,</w:t>
      </w:r>
    </w:p>
    <w:p>
      <w:r>
        <w:rPr>
          <w:b/>
        </w:rPr>
        <w:t xml:space="preserve">[47:23] </w:t>
      </w:r>
      <w:r>
        <w:t>ye bahut hi zyada yani bekhabri ki baatein hain. aisa aadmi kuch jaanta nahi, zindagi ke possibilities ko se bilkul bekhabar hota hai.</w:t>
      </w:r>
    </w:p>
    <w:p>
      <w:pPr>
        <w:jc w:val="right"/>
      </w:pPr>
      <w:r>
        <w:t>ये बहुत ही ज्यादा यानी बेखबरी की बातें हैं। ऐसा आदमी कुछ जानता नहीं, जिंदगी के पॉसिबिलिटीज को से बिल्कुल बेखबर होता है।</w:t>
      </w:r>
    </w:p>
    <w:p>
      <w:r>
        <w:rPr>
          <w:b/>
        </w:rPr>
        <w:t xml:space="preserve">[47:38] </w:t>
      </w:r>
      <w:r>
        <w:t>maulana sahib, in the end, what message would you like to give all the viewers today?</w:t>
      </w:r>
    </w:p>
    <w:p>
      <w:pPr>
        <w:jc w:val="right"/>
      </w:pPr>
      <w:r>
        <w:t>मौलाना साहब, इन द एंड, व्हाट मैसेज वुड यू लाइक टू गिव ऑल द व्यूअर्स टुडे?</w:t>
      </w:r>
    </w:p>
    <w:p>
      <w:r>
        <w:rPr>
          <w:b/>
        </w:rPr>
        <w:t xml:space="preserve">[47:53] </w:t>
      </w:r>
      <w:r>
        <w:t>bhai, ek message main ye dena chahunga ki zindagi mein aadmi ko baar baar aisa hota hai ki aadmi offend ho jata hai, gussa hota hai, provoke ho jata hai. to isse bachaiye apne aap ko,</w:t>
      </w:r>
    </w:p>
    <w:p>
      <w:pPr>
        <w:jc w:val="right"/>
      </w:pPr>
      <w:r>
        <w:t>भाई, एक मैसेज मैं ये देना चाहूंगा कि जिंदगी में आदमी को बार-बार ऐसा होता है कि आदमी ऑफेंड हो जाता है, गुस्सा होता है, प्रवोक हो जाता है। तो इससे बचाइए अपने आप को,</w:t>
      </w:r>
    </w:p>
    <w:p>
      <w:r>
        <w:rPr>
          <w:b/>
        </w:rPr>
        <w:t xml:space="preserve">[48:10] </w:t>
      </w:r>
      <w:r>
        <w:t>isse bachaiye kyunki ye bahut killer hai ye cheez. aur bachane ki shakal yeh hai ki jab bhi aisa ho, to chup ho jaiye. koi aapko provoke kare, koi gussa dila de, koi offend</w:t>
      </w:r>
    </w:p>
    <w:p>
      <w:pPr>
        <w:jc w:val="right"/>
      </w:pPr>
      <w:r>
        <w:t>इससे बचाइए क्योंकि ये बहुत किलर है ये चीज। और बचाने की शक्ल यह है कि जब भी ऐसा हो, तो चुप हो जाइए। कोई आपको प्रवोक करे, कोई गुस्सा दिला दे, कोई ऑफेंड</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