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Intellectual Development 12 Nov 2016 - Maulana Wahiduddin Khan</w:t>
      </w:r>
    </w:p>
    <w:p>
      <w:r>
        <w:t>https://www.youtube.com/watch?v=pRB_zusC6wg</w:t>
      </w:r>
    </w:p>
    <w:p>
      <w:r>
        <w:rPr>
          <w:b/>
        </w:rPr>
        <w:t xml:space="preserve">[00:13] </w:t>
      </w:r>
      <w:r>
        <w:t>bismillah rehman rehim.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[00:22] </w:t>
      </w:r>
      <w:r>
        <w:t>wahl uqdatan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[00:29] </w:t>
      </w:r>
      <w:r>
        <w:t>12 November 2016. aik baat mein arz karoon,</w:t>
      </w:r>
    </w:p>
    <w:p>
      <w:pPr>
        <w:jc w:val="right"/>
      </w:pPr>
      <w:r>
        <w:t>12 نومبر 2016۔ ایک بات میں عرض کروں،</w:t>
      </w:r>
    </w:p>
    <w:p>
      <w:r>
        <w:rPr>
          <w:b/>
        </w:rPr>
        <w:t xml:space="preserve">[00:35] </w:t>
      </w:r>
      <w:r>
        <w:t>aik sahib se</w:t>
      </w:r>
    </w:p>
    <w:p>
      <w:pPr>
        <w:jc w:val="right"/>
      </w:pPr>
      <w:r>
        <w:t>ایک صاحب سے</w:t>
      </w:r>
    </w:p>
    <w:p>
      <w:r>
        <w:rPr>
          <w:b/>
        </w:rPr>
        <w:t xml:space="preserve">[00:37] </w:t>
      </w:r>
      <w:r>
        <w:t>kal sham ko</w:t>
      </w:r>
    </w:p>
    <w:p>
      <w:pPr>
        <w:jc w:val="right"/>
      </w:pPr>
      <w:r>
        <w:t>کل شام کو</w:t>
      </w:r>
    </w:p>
    <w:p>
      <w:r>
        <w:rPr>
          <w:b/>
        </w:rPr>
        <w:t xml:space="preserve">[00:40] </w:t>
      </w:r>
      <w:r>
        <w:t>seerat ke mozu par baat ho rahi thi,</w:t>
      </w:r>
    </w:p>
    <w:p>
      <w:pPr>
        <w:jc w:val="right"/>
      </w:pPr>
      <w:r>
        <w:t>سیرت کے موضوع پر بات ہو رہی تھی،</w:t>
      </w:r>
    </w:p>
    <w:p>
      <w:r>
        <w:rPr>
          <w:b/>
        </w:rPr>
        <w:t xml:space="preserve">[00:42] </w:t>
      </w:r>
      <w:r>
        <w:t>sirat.</w:t>
      </w:r>
    </w:p>
    <w:p>
      <w:pPr>
        <w:jc w:val="right"/>
      </w:pPr>
      <w:r>
        <w:t>سیرت۔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