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The Importance of Hadith November 20, 2022</w:t>
      </w:r>
    </w:p>
    <w:p>
      <w:r>
        <w:t>https://youtu.be/xwY_Qsz4HSQ</w:t>
      </w:r>
    </w:p>
    <w:p>
      <w:r>
        <w:rPr>
          <w:b/>
        </w:rPr>
        <w:t xml:space="preserve">[00:11] </w:t>
      </w:r>
      <w:r>
        <w:t>assalamualaikum. there are two major verses of the religion of Islam, that is the Quran and the Sunnah.</w:t>
      </w:r>
    </w:p>
    <w:p>
      <w:pPr>
        <w:jc w:val="right"/>
      </w:pPr>
      <w:r>
        <w:t>السلامعلیکم۔ دیرآر ٹومیجر س ورسزآف دا ریلیجنآفاسلام ، دیٹاز دیقرآن اینڈداسن ت۔</w:t>
      </w:r>
    </w:p>
    <w:p>
      <w:r>
        <w:rPr>
          <w:b/>
        </w:rPr>
        <w:t xml:space="preserve">[00:21] </w:t>
      </w:r>
      <w:r>
        <w:t>Prophet of Islam once said that I have left two things. If you hold on to them, you will never go astray.</w:t>
      </w:r>
    </w:p>
    <w:p>
      <w:pPr>
        <w:jc w:val="right"/>
      </w:pPr>
      <w:r>
        <w:t>پرافٹآف اسلام ونسسیڈ دی ٹآئیہیولیفٹیوود ٹوتھنگز۔ اف یوہولڈانٹودیم،یوویلنیور گو اسٹریٹ۔</w:t>
      </w:r>
    </w:p>
    <w:p>
      <w:r>
        <w:rPr>
          <w:b/>
        </w:rPr>
        <w:t xml:space="preserve">[00:30] </w:t>
      </w:r>
      <w:r>
        <w:t>and these two things are the word of God, that is the Quran, and my Sunnah.</w:t>
      </w:r>
    </w:p>
    <w:p>
      <w:pPr>
        <w:jc w:val="right"/>
      </w:pPr>
      <w:r>
        <w:t>اینڈدیزٹوتھنگزآر داورڈآفگاڈ،دیٹازداقرآن، اینڈ مائیسنت</w:t>
      </w:r>
    </w:p>
    <w:p>
      <w:r>
        <w:rPr>
          <w:b/>
        </w:rPr>
        <w:t xml:space="preserve">[00:35] </w:t>
      </w:r>
      <w:r>
        <w:t>so today we will have a conversation with Professor Fareeda Khan on understanding the importance of Hadith.</w:t>
      </w:r>
    </w:p>
    <w:p>
      <w:pPr>
        <w:jc w:val="right"/>
      </w:pPr>
      <w:r>
        <w:t>۔ سوٹوڈے ویویلہیوا کنورسی شن ود پروفیسرفریدہخان م آن انڈ رسٹینڈنگ دی امپورٹنس آف حدیث۔</w:t>
      </w:r>
    </w:p>
    <w:p>
      <w:r>
        <w:rPr>
          <w:b/>
        </w:rPr>
        <w:t xml:space="preserve">[00:44] </w:t>
      </w:r>
      <w:r>
        <w:t>to chaliye inse baat cheet karte hain. assalamualaikum, aap kaisi hain? wa alaikum assalam. aur aap sab khairiyat se hain? ji alhamdulillah. Apa, Hadith basically meaning a report or a statement which is used as an Islamic term to report the words, deeds and sanctions of the Prophet Muhammad.</w:t>
      </w:r>
    </w:p>
    <w:p>
      <w:pPr>
        <w:jc w:val="right"/>
      </w:pPr>
      <w:r>
        <w:t>توچلیےانسے باتچیتکرتے ہیں۔ السلامعلیکم،آپاکیسیہیں؟وعلیکمالسلام۔ اورآپ سب خیریتسےہیں؟جیالحمدللہ۔ آپا، حدیث بیسکلیمیننگا رپورٹاورا سٹیٹمنٹ وچازیوزایزایناسلام ک ٹرم ٹو رپورٹ دا ور ڈز، ڈیڈزاینڈ سینکشنز آفدیپرافٹمحمد</w:t>
      </w:r>
    </w:p>
    <w:p>
      <w:r>
        <w:rPr>
          <w:b/>
        </w:rPr>
        <w:t xml:space="preserve">[01:03] </w:t>
      </w:r>
      <w:r>
        <w:t>so sab se pehla mera jo sawal hai wohi yeh hai ke Hadith kya, Hadith ke kya maani aur importance of Hadith kya hai, is ke bare mein aap hum sab ko bataein.</w:t>
      </w:r>
    </w:p>
    <w:p>
      <w:pPr>
        <w:jc w:val="right"/>
      </w:pPr>
      <w:r>
        <w:t>۔ سو سبسےپہلامیراجوسوالہےوہیہیہےکہ حدیث کیا ، حدیثکےکیا مع نیہیںاور امپورٹنسآفحدیث کیا ہے، اسکےبارےمیں آپہمسبکوبت ائیں۔</w:t>
      </w:r>
    </w:p>
    <w:p>
      <w:r>
        <w:rPr>
          <w:b/>
        </w:rPr>
        <w:t xml:space="preserve">[01:14] </w:t>
      </w:r>
      <w:r>
        <w:t>ji bohat hi important question hai. Hadith ki importance aur itni zyada hai ke Hadith na ho, Rasool Allah sallallahu alaihi wasallam ke amal na hon to hum Quran bhi achhe tareeqe se nahi samajh sakte.</w:t>
      </w:r>
    </w:p>
    <w:p>
      <w:pPr>
        <w:jc w:val="right"/>
      </w:pPr>
      <w:r>
        <w:t>جیبہت ہی امپورٹنٹ کوئسچنہے۔ حدیث کی امپورٹنس اور اتنیزیادہ ہےکہ حدیث نہہو ، رسول اللہ صلیاللہعلیہوسلمکےعمل نہہوں توہم قرآنبھی اچھےطریقےسے نہیں سمجھسکتے۔</w:t>
      </w:r>
    </w:p>
    <w:p>
      <w:r>
        <w:rPr>
          <w:b/>
        </w:rPr>
        <w:t xml:space="preserve">[01:33] </w:t>
      </w:r>
      <w:r>
        <w:t>to Hadith ke literal maani hain baat cheet ke, lekin har cheez ka ek literal meaning hota hai aur uska ek istilahi maani hota hai.</w:t>
      </w:r>
    </w:p>
    <w:p>
      <w:pPr>
        <w:jc w:val="right"/>
      </w:pPr>
      <w:r>
        <w:t>تو حدیث کے لٹرلمعنیہیں باتچیت کے ، لیکن ہرچیز کا ایک لٹرلیاڈکشن ریمیننگہوتاہے اور اسکاایک اصطلاحیمعنیہوتاہے۔</w:t>
      </w:r>
    </w:p>
    <w:p>
      <w:r>
        <w:rPr>
          <w:b/>
        </w:rPr>
        <w:t xml:space="preserve">[01:43] </w:t>
      </w:r>
      <w:r>
        <w:t>to istilahi maani mein hai ke Rasool Allah sallallahu alaihi wasallam ke aqwal o afaal, sayings and deeds.</w:t>
      </w:r>
    </w:p>
    <w:p>
      <w:pPr>
        <w:jc w:val="right"/>
      </w:pPr>
      <w:r>
        <w:t>تو اصطلاحیمعنیمیں ہے کہرسولاللہ صلیاللہعلیہوسلم کے اق وال و افعال ، سین گز اینڈ ڈیڈز۔</w:t>
      </w:r>
    </w:p>
    <w:p>
      <w:r>
        <w:rPr>
          <w:b/>
        </w:rPr>
        <w:t xml:space="preserve">[01:53] </w:t>
      </w:r>
      <w:r>
        <w:t>to Hadith ki teen qismein bayan ki gayi hain: qawli, fe'li aur taqreeri.</w:t>
      </w:r>
    </w:p>
    <w:p>
      <w:pPr>
        <w:jc w:val="right"/>
      </w:pPr>
      <w:r>
        <w:t>تو حدیثکی تینقسم یںبیانکیگئیہیں: ق ولی، فعلیاور تقریری ۔</w:t>
      </w:r>
    </w:p>
    <w:p>
      <w:r>
        <w:rPr>
          <w:b/>
        </w:rPr>
        <w:t xml:space="preserve">[02:01] </w:t>
      </w:r>
      <w:r>
        <w:t>qawli woh jo Rasool Allah sallallahu alaihi wasallam ne ka jo conversation tha aap ke paas, aap ke paas jo sahabi aaya karte the to aap un se jo baat cheet karte the, woh saara recorded hai.</w:t>
      </w:r>
    </w:p>
    <w:p>
      <w:pPr>
        <w:jc w:val="right"/>
      </w:pPr>
      <w:r>
        <w:t>قولیوہجو رسولاللہ صلیاللہعلیہوسلمنے کاجوکان ورسیشنتھاآپ کےپاس، آپکے پاسجو صح ابی آیاکرتے تھےتوآپانسےجوباتچیتکرتے تھے ،وہ سارا ریکارڈڈہے۔</w:t>
      </w:r>
    </w:p>
    <w:p>
      <w:r>
        <w:rPr>
          <w:b/>
        </w:rPr>
        <w:t xml:space="preserve">[02:14] </w:t>
      </w:r>
      <w:r>
        <w:t>to isi ko qawli bolte hain. fe'li jo aap ka amal hota tha. aur taqreeri kehte hain aap ne sanctions jaise aap ne kaha ya approval.</w:t>
      </w:r>
    </w:p>
    <w:p>
      <w:pPr>
        <w:jc w:val="right"/>
      </w:pPr>
      <w:r>
        <w:t>تو اسیکو قولیبولتےہیں۔ فع لیجوآپکا عمل ہوتاتھا۔ اور تقریری کہتےہیں آپ نے سینکشنزجیسےآپنےکہایا اپروول</w:t>
      </w:r>
    </w:p>
    <w:p>
      <w:r>
        <w:rPr>
          <w:b/>
        </w:rPr>
        <w:t xml:space="preserve">[02:26] </w:t>
      </w:r>
      <w:r>
        <w:t>ji matlab aap ke saamne kisi ne koi amal kiya aur aap ne us ko mana nahi kiya, is ka matlab aap ne approve kiya. kyunke agar is mein koi Islami Islam ke khilaaf koi baat hoti to aap zaroor us ko mana karte.</w:t>
      </w:r>
    </w:p>
    <w:p>
      <w:pPr>
        <w:jc w:val="right"/>
      </w:pPr>
      <w:r>
        <w:t>۔ جیمطلبآپ کےسام نے کسی نےکوئیعمل کیا اور آپ نے اسکو منعنہیںکیا ، اسکامطلبآپنے اپرووکیا۔ کیونکہاگر اسمیںکوئی اسلامی اسلام کےخلاف کوئیبات ہوتی تو آپضروراسکومنعکرتے۔</w:t>
      </w:r>
    </w:p>
    <w:p>
      <w:r>
        <w:rPr>
          <w:b/>
        </w:rPr>
        <w:t xml:space="preserve">[02:43] </w:t>
      </w:r>
      <w:r>
        <w:t>to woh is liye maana jaata hai ke woh approved by the Prophet hai. to deen-e-Islam ke do maakhaz hain: Quran aur Sunnah.</w:t>
      </w:r>
    </w:p>
    <w:p>
      <w:pPr>
        <w:jc w:val="right"/>
      </w:pPr>
      <w:r>
        <w:t>تو وہ اسلیے ماناجاتاہےکہوہ اپرووڈ بائی داپرافٹہے۔ تو دین اسلام کے دو ماخذہیں: قرآن اور سن ت ۔</w:t>
      </w:r>
    </w:p>
    <w:p>
      <w:r>
        <w:rPr>
          <w:b/>
        </w:rPr>
        <w:t xml:space="preserve">[02:55] </w:t>
      </w:r>
      <w:r>
        <w:t>Sunnah mein Hadith aur aap ke jo amal hain, matlab sayings and actions dono shamil hain.</w:t>
      </w:r>
    </w:p>
    <w:p>
      <w:pPr>
        <w:jc w:val="right"/>
      </w:pPr>
      <w:r>
        <w:t>سنتمیں حدیث اور آپکےجو عمل ہیں، مطلب سین گز اینڈ ایک شنز دونوںشامل ہیں۔</w:t>
      </w:r>
    </w:p>
    <w:p>
      <w:r>
        <w:rPr>
          <w:b/>
        </w:rPr>
        <w:t xml:space="preserve">[03:05] </w:t>
      </w:r>
      <w:r>
        <w:t>to Quran jo hai woh Khuda ka kalam hai aur Hadith Khuda ke Rasool ka kalam, lekin dono hi itna hi zyada important hain.</w:t>
      </w:r>
    </w:p>
    <w:p>
      <w:pPr>
        <w:jc w:val="right"/>
      </w:pPr>
      <w:r>
        <w:t>تو قرآنجوہےوہ خداکاکلامہےاور حدیث خداکےرسولکاکلام ،لیکن دونوںہی اتناہیزیادہ امپورٹنٹہیں۔</w:t>
      </w:r>
    </w:p>
    <w:p>
      <w:r>
        <w:rPr>
          <w:b/>
        </w:rPr>
        <w:t xml:space="preserve">[03:14] </w:t>
      </w:r>
      <w:r>
        <w:t>kyun? to asal mein kya hai ke Quran jo hai woh bohat hi mukhtasar hai, is mein sirf bani adami usool bataye gaye hain.</w:t>
      </w:r>
    </w:p>
    <w:p>
      <w:pPr>
        <w:jc w:val="right"/>
      </w:pPr>
      <w:r>
        <w:t>کیوں؟تو اصلمیںکیاہے کہ قرآنجوہے وہ بہت ہی مخت صرہے، اسمیں صرف بنی ادی اصولبتائےگئےہیں۔</w:t>
      </w:r>
    </w:p>
    <w:p>
      <w:r>
        <w:rPr>
          <w:b/>
        </w:rPr>
        <w:t xml:space="preserve">[03:23] </w:t>
      </w:r>
      <w:r>
        <w:t>to is ki detail jo hai woh sab hum ko Hadith mein milti hai. jaise namaz padhne ke bare mein Quran mein aaya: namaz padho.</w:t>
      </w:r>
    </w:p>
    <w:p>
      <w:pPr>
        <w:jc w:val="right"/>
      </w:pPr>
      <w:r>
        <w:t>تو اسکی ڈیٹیلجوہےوہ سب ہمکو حدیثمیںملتیہے۔ جیسے نمازپڑھنےکےبارےمیں قرآنمیںآیا:نمازپڑھو۔</w:t>
      </w:r>
    </w:p>
    <w:p>
      <w:r>
        <w:rPr>
          <w:b/>
        </w:rPr>
        <w:t xml:space="preserve">[03:33] </w:t>
      </w:r>
      <w:r>
        <w:t>ab namaz kaise padhein? woh Rasool Allah sallallahu alaihi wasallam ne kaha ke jaise main namaz padhta hoon, waise hi mujhe dekh kar tum log namaz padho.</w:t>
      </w:r>
    </w:p>
    <w:p>
      <w:pPr>
        <w:jc w:val="right"/>
      </w:pPr>
      <w:r>
        <w:t>ابنماز کیسےپڑھیں؟ وہ رسولاللہ صلیاللہعلیہوسلمنے کہا کہجیسےمیں نمازپڑھتاہوں، ویسیہیمجھےدیکھکرتم لوگ نمازپڑھو۔</w:t>
      </w:r>
    </w:p>
    <w:p>
      <w:r>
        <w:rPr>
          <w:b/>
        </w:rPr>
        <w:t xml:space="preserve">[03:43] </w:t>
      </w:r>
      <w:r>
        <w:t>to Hadith mein aaya hai ke maine tumhare paas do ahem cheezein chhori hain:</w:t>
      </w:r>
    </w:p>
    <w:p>
      <w:pPr>
        <w:jc w:val="right"/>
      </w:pPr>
      <w:r>
        <w:t>تو حدیثمیں آیاہے کہمیں نےتمہارےپاس دو اہمچیزیںچھوڑی ہیں:</w:t>
      </w:r>
    </w:p>
    <w:p>
      <w:r>
        <w:rPr>
          <w:b/>
        </w:rPr>
        <w:t xml:space="preserve">[03:50] </w:t>
      </w:r>
      <w:r>
        <w:t>ek Allah ki kitaab aur doosri meri Sunnah. to yeh dono par jab tum chaloge to tum kabhi gumrah nahi hoge.</w:t>
      </w:r>
    </w:p>
    <w:p>
      <w:pPr>
        <w:jc w:val="right"/>
      </w:pPr>
      <w:r>
        <w:t>ایک اللہ کیکتاب اور دوس ری میری سن ت ۔ تو یہ دونوں پرجبتم چلوگےتوتم کبھیگمراہنہیںہوگے۔</w:t>
      </w:r>
    </w:p>
    <w:p>
      <w:r>
        <w:rPr>
          <w:b/>
        </w:rPr>
        <w:t xml:space="preserve">[04:01] </w:t>
      </w:r>
      <w:r>
        <w:t>to har maamle mein Quran ki jo tashreeh o tawzeeh hai, woh Hadith se hoti hai. hum Hadith ko Quran ki tafseer keh sakte hain.</w:t>
      </w:r>
    </w:p>
    <w:p>
      <w:pPr>
        <w:jc w:val="right"/>
      </w:pPr>
      <w:r>
        <w:t>تو ہر معاملےمیں قرآنکی جو تش ریحوتوضیحہے، وہ حدیث سےہوتیہے۔ ہمحدیثکو قرآنکی تفسیرکہہسکتےہیں۔</w:t>
      </w:r>
    </w:p>
    <w:p>
      <w:r>
        <w:rPr>
          <w:b/>
        </w:rPr>
        <w:t xml:space="preserve">[04:13] </w:t>
      </w:r>
      <w:r>
        <w:t>to isko applied, applied quran bhi keh sakte</w:t>
      </w:r>
    </w:p>
    <w:p>
      <w:pPr>
        <w:jc w:val="right"/>
      </w:pPr>
      <w:r>
        <w:t>تو اسکو اپلائیڈ، اپلائیڈ قرآنبھیکہہسکتے</w:t>
      </w:r>
    </w:p>
    <w:p>
      <w:r>
        <w:rPr>
          <w:b/>
        </w:rPr>
        <w:t xml:space="preserve">[04:18] </w:t>
      </w:r>
      <w:r>
        <w:t>hain. kyunke quran ka application hamari day to day life mein kaise hoga, woh humko hadith se hi maloom hota hai.</w:t>
      </w:r>
    </w:p>
    <w:p>
      <w:pPr>
        <w:jc w:val="right"/>
      </w:pPr>
      <w:r>
        <w:t>ہیں۔ کیونکہقرآنکا ایپلیکیشن ہماری ڈےٹوڈےلائفمیں کیسےہوگا،وہہمکو حدیثسےہیمعلوم ہوتاہے۔</w:t>
      </w:r>
    </w:p>
    <w:p>
      <w:r>
        <w:rPr>
          <w:b/>
        </w:rPr>
        <w:t xml:space="preserve">[04:27] </w:t>
      </w:r>
      <w:r>
        <w:t>hum ek misaal ke taur par quran mein aaya hai: zikr e kaseer karo. tum Allah ka zikr e kaseer karo. yeh surah al ahzab mein, ah, verse 41 hai.</w:t>
      </w:r>
    </w:p>
    <w:p>
      <w:pPr>
        <w:jc w:val="right"/>
      </w:pPr>
      <w:r>
        <w:t>ہمایک مثال کےطور پر قرآنمیںآیاہے:ذکر کثیرکرو۔ تم اللہ کاذکر کثیرکرو۔یہسورہال احزابمیں ،اہ،ورس 4 1ہے۔</w:t>
      </w:r>
    </w:p>
    <w:p>
      <w:r>
        <w:rPr>
          <w:b/>
        </w:rPr>
        <w:t xml:space="preserve">[04:40] </w:t>
      </w:r>
      <w:r>
        <w:t>ab zikr e kaseer kaise karein? zikr e kaseer ka kya tareeqa</w:t>
      </w:r>
    </w:p>
    <w:p>
      <w:pPr>
        <w:jc w:val="right"/>
      </w:pPr>
      <w:r>
        <w:t>اب ذکر کثیرکیسےکریں؟ذکر کثیر کاکیاطریق</w:t>
      </w:r>
    </w:p>
    <w:p>
      <w:r>
        <w:rPr>
          <w:b/>
        </w:rPr>
        <w:t xml:space="preserve">[04:44] </w:t>
      </w:r>
      <w:r>
        <w:t>ho? kuch logon ne kaha ke tasbeeh parhne ka: so baar parho, hazar baar parho, lakh baar parho.</w:t>
      </w:r>
    </w:p>
    <w:p>
      <w:pPr>
        <w:jc w:val="right"/>
      </w:pPr>
      <w:r>
        <w:t>ہہو ؟ کچھلوگوںنےکہاکہ تسبیحپڑھنےکا : سو بارپڑھو،ہزاربارپڑھو، لاکھبارپڑھو۔</w:t>
      </w:r>
    </w:p>
    <w:p>
      <w:r>
        <w:rPr>
          <w:b/>
        </w:rPr>
        <w:t xml:space="preserve">[04:53] </w:t>
      </w:r>
      <w:r>
        <w:t>to lekin jab hum rasool Allah salallahu alaihi wasallam ko dekhte hain, tab samajh mein aata hai ke zikr e kaseer kya hai. yaani har mauqe par, har jo tajurba ho, ismein Allah ko yaad karna. to hazrat aisha ne kaha hai ke aap har mauqe par Allah ko yaad karte</w:t>
      </w:r>
    </w:p>
    <w:p>
      <w:pPr>
        <w:jc w:val="right"/>
      </w:pPr>
      <w:r>
        <w:t>تو لیکن جب ہمرسولاللہ صلیاللہعلیہوسلمکودیکھتےہیں، تب سمجھمیںآتاہےکہذکر کثیرکیاہے۔ یعنی ہر موقع پر ،ہر جو تجربہہو ، اسمیں اللہ کو یاد کرنا ۔تو حضرت عائشہنےکہاہےکہآپ ہر موقع پر اللہ کویادکرتے</w:t>
      </w:r>
    </w:p>
    <w:p>
      <w:r>
        <w:rPr>
          <w:b/>
        </w:rPr>
        <w:t xml:space="preserve">[05:11] </w:t>
      </w:r>
      <w:r>
        <w:t>the. jaise koi tajurba guzarta hai to ismein koi na koi aap sabak ka pehlu nikaal ke is Allah ko yaad karte the. ek Abu Zar, ek sahabi the, unhone kaha ke agar aap chidiya bhedte hue dekhte to aap usse koi na koi sabak humein yaad dilate the.</w:t>
      </w:r>
    </w:p>
    <w:p>
      <w:pPr>
        <w:jc w:val="right"/>
      </w:pPr>
      <w:r>
        <w:t>تھے۔ جیسےکوئی تجربہگزرتاہے تو اسمیںکوئی نہکوئیآپ سبق کاپہلونکالکے اس اللہ کویادکرتے تھے۔ ایک ابوذر، ایک صحابی تھے،انہوںنےکہاکہاگر آپ چڑیابھیاڑتےہوئےدیکھتے تو آپ اسسےکوئینہکوئیسبق ہمیںیاددلاتےتھے۔</w:t>
      </w:r>
    </w:p>
    <w:p>
      <w:r>
        <w:rPr>
          <w:b/>
        </w:rPr>
        <w:t xml:space="preserve">[05:31] </w:t>
      </w:r>
      <w:r>
        <w:t>to is wajah se hadith jo hai, woh bohat zyada important hai. iske baghair humko poori tareeqe se quran bhi samajhne mein nahin</w:t>
      </w:r>
    </w:p>
    <w:p>
      <w:pPr>
        <w:jc w:val="right"/>
      </w:pPr>
      <w:r>
        <w:t>تو اس وجہ سے حدیثجوہے، وہ بہت زیادہ امپورٹنٹہے۔اسکےبغیرہمکو پوریطریقےسے قرآنبھیسمجھنے میںنہیں</w:t>
      </w:r>
    </w:p>
    <w:p>
      <w:r>
        <w:rPr>
          <w:b/>
        </w:rPr>
        <w:t xml:space="preserve">[05:40] </w:t>
      </w:r>
      <w:r>
        <w:t>aayega. ji, apa, main chahunga ke kuch aur examples aap batayein, highlighting the importance of hadith taake hum isko aur achhe se samajh sakein.</w:t>
      </w:r>
    </w:p>
    <w:p>
      <w:pPr>
        <w:jc w:val="right"/>
      </w:pPr>
      <w:r>
        <w:t>آئےگا۔ جی، آپا،میںچاہوںگاکہکچھاور ایگزیمپلزآپبت ائیں، ہائیلائٹنگدیامپورٹنسآفحدیث تاکہہماسکواوراچھےسےسمجھسکیں۔</w:t>
      </w:r>
    </w:p>
    <w:p>
      <w:r>
        <w:rPr>
          <w:b/>
        </w:rPr>
        <w:t xml:space="preserve">[05:50] </w:t>
      </w:r>
      <w:r>
        <w:t>ab misaal ke taur par hajj kar lijiye. hajj ki farziyat ka hukum aaya hai. to ab isse yeh pata nahin chalta ke humein har saal hajj karna hai ya zindagi mein ek baar hajj karna hai.</w:t>
      </w:r>
    </w:p>
    <w:p>
      <w:pPr>
        <w:jc w:val="right"/>
      </w:pPr>
      <w:r>
        <w:t>ابمثالکےطورپر حجکرلیجئے۔ حجکی فرضیتکاحکم آیاہے۔ تو اب اسسےیہپتہنہیںچلتاکہہمیں ہرسال حجکرناہے یا زندگی میں ایکبار حجکرناہے۔</w:t>
      </w:r>
    </w:p>
    <w:p>
      <w:r>
        <w:rPr>
          <w:b/>
        </w:rPr>
        <w:t xml:space="preserve">[06:03] </w:t>
      </w:r>
      <w:r>
        <w:t>aur hajj ki details bhi nahin maloom, hajj kaise karna hai.</w:t>
      </w:r>
    </w:p>
    <w:p>
      <w:pPr>
        <w:jc w:val="right"/>
      </w:pPr>
      <w:r>
        <w:t>اور حجکی ڈیٹیلزبھینہیںمعلوم،حجکیسےکرناہے۔</w:t>
      </w:r>
    </w:p>
    <w:p>
      <w:r>
        <w:rPr>
          <w:b/>
        </w:rPr>
        <w:t xml:space="preserve">[06:07] </w:t>
      </w:r>
      <w:r>
        <w:t>to rasool Allah salallahu alaihi wasallam ne farmaya ke ke ek hadith se maloom hota hai ke ek baar bhi agar aadmi hajj kar le to yeh jo fariza e hajj se woh sab ka dush ho jayega.</w:t>
      </w:r>
    </w:p>
    <w:p>
      <w:pPr>
        <w:jc w:val="right"/>
      </w:pPr>
      <w:r>
        <w:t>تو رسولاللہصلیاللہعلیہوسلمنے فرمایا کہ کہ ایکحدیثسےمعلومہوتاہےکہایکبار بھیاگر آدمیحجکرلے تو یہجو فریضہحجسے وہ سب کدوشہوجائےگا۔</w:t>
      </w:r>
    </w:p>
    <w:p>
      <w:r>
        <w:rPr>
          <w:b/>
        </w:rPr>
        <w:t xml:space="preserve">[06:21] </w:t>
      </w:r>
      <w:r>
        <w:t>aur doosre yeh ke hajj ke jo saare rights hain, woh toh humein rasool Allah salallahu alaihi wasallam ki amal se hi pata chalta hai. rasool Allah salallahu alaihi wasallam ne jab hajj kiya to kaha ke jaise main kar raha hoon,</w:t>
      </w:r>
    </w:p>
    <w:p>
      <w:pPr>
        <w:jc w:val="right"/>
      </w:pPr>
      <w:r>
        <w:t>اور دوسرے یہکہحجکےجوسارے رائٹسہیں، وہتو ہمیں رسولاللہصلیاللہعلیہوسلمکی عمل سےہیپتہچلتاہے۔رسولاللہصلیاللہعلیہوسلمنےجب حجکیاتو کہا کہجیسےمیں کررہاہوں،</w:t>
      </w:r>
    </w:p>
    <w:p>
      <w:r>
        <w:rPr>
          <w:b/>
        </w:rPr>
        <w:t xml:space="preserve">[06:36] </w:t>
      </w:r>
      <w:r>
        <w:t>waise hi mujhe dekh kar tum log hajj karo.</w:t>
      </w:r>
    </w:p>
    <w:p>
      <w:pPr>
        <w:jc w:val="right"/>
      </w:pPr>
      <w:r>
        <w:t>ویسیہیمجھےدیکھکرتم لوگحجکرو۔</w:t>
      </w:r>
    </w:p>
    <w:p>
      <w:r>
        <w:rPr>
          <w:b/>
        </w:rPr>
        <w:t xml:space="preserve">[06:38] </w:t>
      </w:r>
      <w:r>
        <w:t>to saari details jo hai, woh hadith se milti hai, sunnat se milti hai. to doosri ek misaal main batati hoon.</w:t>
      </w:r>
    </w:p>
    <w:p>
      <w:pPr>
        <w:jc w:val="right"/>
      </w:pPr>
      <w:r>
        <w:t>تو ساری ڈیٹیلجوہے،وہ حدیثسےملتیہے، سنتسےملتیہے۔ تو دوسریایکمثالمیںبت اتیہوں۔</w:t>
      </w:r>
    </w:p>
    <w:p>
      <w:r>
        <w:rPr>
          <w:b/>
        </w:rPr>
        <w:t xml:space="preserve">[06:48] </w:t>
      </w:r>
      <w:r>
        <w:t>to quran mein aaya hai ke tum roze ke baare mein ke ab is zamane mein toh is tarah se ghadiyan waghera thi nahin ke pata chale sehri ka waqt kab se shuru hota hai, kab se khatam hota</w:t>
      </w:r>
    </w:p>
    <w:p>
      <w:pPr>
        <w:jc w:val="right"/>
      </w:pPr>
      <w:r>
        <w:t>تو قرآنمیں آیاہے کہتم روز ےکےبارےمیں کہ اباسزمان ےمیں تو اسطرحسےگھڑیوغیرہتھینہیں کہپتہچلے سحریکا وقت کبسے شروع ہوتاہے،کبسےختمہوت</w:t>
      </w:r>
    </w:p>
    <w:p>
      <w:r>
        <w:rPr>
          <w:b/>
        </w:rPr>
        <w:t xml:space="preserve">[07:01] </w:t>
      </w:r>
      <w:r>
        <w:t>hai. to quran mein aaya hai ke khaate peete raho. matlab yeh toh word mein wording nahin hai, khaate peete raho. lekin bracket mein yeh likha jaata hai clarity ke liye: yahan tak ke safed dhaaga tum mein kaale dhaage se saaf alag dikhai dene lage.</w:t>
      </w:r>
    </w:p>
    <w:p>
      <w:pPr>
        <w:jc w:val="right"/>
      </w:pPr>
      <w:r>
        <w:t>اہے۔ تو قرآنمیںآیاہے کہ کھاتےپیتےرہو۔ مطلب یہتو ورڈمیں ورڈنگنہیںہے،کھاتےپیتےرہو۔لیکن بریکٹمیں یہلکھاجاتا ہے کلیرٹیکےلیے: یہاں تک کہ سف ید دھاگہ تم ہیں کالےدھاگےسے صاف الگ دکھائیدینےلگے۔</w:t>
      </w:r>
    </w:p>
    <w:p>
      <w:r>
        <w:rPr>
          <w:b/>
        </w:rPr>
        <w:t xml:space="preserve">[07:19] </w:t>
      </w:r>
      <w:r>
        <w:t>yeh chapter two hai, 187. to ek Adi bin Hatim the, unhone kya kiya</w:t>
      </w:r>
    </w:p>
    <w:p>
      <w:pPr>
        <w:jc w:val="right"/>
      </w:pPr>
      <w:r>
        <w:t>یہ چیپٹر ٹوہے، 1 8 7 ۔ تو ایک عدیابن حاتمتھے،انہوںنے کیا کیا</w:t>
      </w:r>
    </w:p>
    <w:p>
      <w:r>
        <w:rPr>
          <w:b/>
        </w:rPr>
        <w:t xml:space="preserve">[07:27] </w:t>
      </w:r>
      <w:r>
        <w:t>ke do dhaage unhone liye, ek safed aur ek kala, aur dono unhone apne paas rakh liye, apne takiye ke neeche. aur woh dekhte rahe isko. jab safed aur kala dhaaga dono alag alag nazar aane laga, tab unhone khana peena band kiya.</w:t>
      </w:r>
    </w:p>
    <w:p>
      <w:pPr>
        <w:jc w:val="right"/>
      </w:pPr>
      <w:r>
        <w:t>کہ دو دھاگےانہوںنےلیے،ایک سفیداورایک کالا، اور دونوںانہوںنےاپنے پاس رکھ لیے، اپنے تکیےکےنیچے۔ اور وہ دیکھتےرہےاسکو۔جب سفیداورکالادھاگہدونوںالگالگنظر آنےلگا، تب انہوںنےکھانا پینابندکیا۔</w:t>
      </w:r>
    </w:p>
    <w:p>
      <w:r>
        <w:rPr>
          <w:b/>
        </w:rPr>
        <w:t xml:space="preserve">[07:44] </w:t>
      </w:r>
      <w:r>
        <w:t>to rasool Allah salallahu alaihi wasallam ke paas yeh baat jab pahunchi to rasool Allah salallahu alaihi wasallam ka heumor bohat hi refined tha. ek baar ek boodhi aurat aapke paas aayi to aapne kaha: "ab boodhiya jannat mein nahin jayengi."</w:t>
      </w:r>
    </w:p>
    <w:p>
      <w:pPr>
        <w:jc w:val="right"/>
      </w:pPr>
      <w:r>
        <w:t>تو رسولاللہصلیاللہعلیہوسلمکےپاس یہباتجبپہنچی تو رسولاللہصلیاللہعلیہوسلمکاہیومربہتہی ریفائنڈتھا۔ ایکبار ایک بوڑھیعورتآپکےپاس آئی تو آپنےکہا:"اببڑھیاجنتمیںنہیںجائیںگی۔"</w:t>
      </w:r>
    </w:p>
    <w:p>
      <w:r>
        <w:rPr>
          <w:b/>
        </w:rPr>
        <w:t xml:space="preserve">[08:00] </w:t>
      </w:r>
      <w:r>
        <w:t>woh lagirone to aapne kaha: "jannat mein jayengi toh jawano ke jaayengi, boodhiya nahin jayengi." tab woh hasne lagi. ji to yeh jab rasool Allah salallahu alaihi wasallam ko pata chala yeh do dhaage wali baat to aapne kaha ke yeh heumor tha ke tumhara takiya bada lamba choda hai jismein raat aur din dono sama jaate hain.</w:t>
      </w:r>
    </w:p>
    <w:p>
      <w:pPr>
        <w:jc w:val="right"/>
      </w:pPr>
      <w:r>
        <w:t>وہ لگیرونے توآپنےکہا:"جنتمیں جائیںگیتو جوانہوکےجائیںگی،بوڑھینہیںجائیںگی۔" تب وہہنسنےلگی۔ جی تو یہ جب رسولاللہصلیاللہعلیہوسلمکوپتہچلایہدودھاگےوالی بات تو آپ نےکہا کہ یہ ہیومرتھا کہتمہارا تکیہبڑالمبا چوڑاہے جسمیں راتاور دن دونوں سماجاتےہیں۔</w:t>
      </w:r>
    </w:p>
    <w:p>
      <w:r>
        <w:rPr>
          <w:b/>
        </w:rPr>
        <w:t xml:space="preserve">[08:25] </w:t>
      </w:r>
      <w:r>
        <w:t>to phir aapne farmaya ke isse raat ki siyahi aur din ki roshni murad hai. to is tarike se bohat sari examples hain jisse pata chalta hai ke hamare liye sunnat par amal, hadith par amal kitna zyada zaroori hai.</w:t>
      </w:r>
    </w:p>
    <w:p>
      <w:pPr>
        <w:jc w:val="right"/>
      </w:pPr>
      <w:r>
        <w:t>تو پھرآپنےفرمایا کہ اسسے راتکی سیاہی اور دن کی روشنیمرادہے۔ تواسطریقےسے بہت ساریایگزامپلزہیں جسسےپتہچلتاہےکہ ہمارےلیے سن ت پرعمل ،حدیث پرعمل کتنازیادہ ضروریہے۔</w:t>
      </w:r>
    </w:p>
    <w:p>
      <w:r>
        <w:rPr>
          <w:b/>
        </w:rPr>
        <w:t xml:space="preserve">[08:42] </w:t>
      </w:r>
      <w:r>
        <w:t>ji, apa, prophet of Islam not only taught the believers about the divine commandments of the Quran, but he himself taught it with his practice.</w:t>
      </w:r>
    </w:p>
    <w:p>
      <w:pPr>
        <w:jc w:val="right"/>
      </w:pPr>
      <w:r>
        <w:t>جی، آپ ا، پرافٹ آف اسلام ناٹاونلی ٹاٹ دابیلیورز اباؤٹداڈیوائنکمانڈمنٹسآفداقرآن، بٹہیہمسیلفپٹاٹانٹوہزپریک</w:t>
      </w:r>
    </w:p>
    <w:p>
      <w:r>
        <w:rPr>
          <w:b/>
        </w:rPr>
        <w:t xml:space="preserve">[08:54] </w:t>
      </w:r>
      <w:r>
        <w:t>his life was not a private affair. aur ek martaba ek sahabi ne poocha bhi unki wife hazrat aisha se ke unke character ke baare mein batayein.</w:t>
      </w:r>
    </w:p>
    <w:p>
      <w:pPr>
        <w:jc w:val="right"/>
      </w:pPr>
      <w:r>
        <w:t>ٹس۔ہز لائفوازناٹاپرائیویٹافیئر۔ اور ایک مرتبہ ایک صحابینےپوچھابھی انکی وائفحضرت عائشہسے کہانکےکریکٹرکےبارےمیںبت ائیں۔</w:t>
      </w:r>
    </w:p>
    <w:p>
      <w:r>
        <w:rPr>
          <w:b/>
        </w:rPr>
        <w:t xml:space="preserve">[09:04] </w:t>
      </w:r>
      <w:r>
        <w:t>to unhone kaha ke he was an embodiment of the Quran. aur quran bhi agar hum padhein to baar baar hi hum paate hain ke ismein kaha gaya hai ke "obey the messenger".</w:t>
      </w:r>
    </w:p>
    <w:p>
      <w:pPr>
        <w:jc w:val="right"/>
      </w:pPr>
      <w:r>
        <w:t>تو انہوںنےکہا کہ ہیوازاینایمبارڈیمنٹآفداقرآن۔ اور قرآنبھیاگرہمپڑھیںتو باربارہیہم پاتےہیں کہ اسمیں کہاگیاہے کہ "اوبیددیمیسنجر"۔</w:t>
      </w:r>
    </w:p>
    <w:p>
      <w:r>
        <w:rPr>
          <w:b/>
        </w:rPr>
        <w:t xml:space="preserve">[09:16] </w:t>
      </w:r>
      <w:r>
        <w:t>to Quran al swan jo ain strictly follow the hadith and they. to</w:t>
      </w:r>
    </w:p>
    <w:p>
      <w:pPr>
        <w:jc w:val="right"/>
      </w:pPr>
      <w:r>
        <w:t>تو قرآن الس وانجو ائنس ٹوسٹرکٹلی فالو داحدیث اندیٹوے۔ تو</w:t>
      </w:r>
    </w:p>
    <w:p>
      <w:r>
        <w:rPr>
          <w:b/>
        </w:rPr>
        <w:t xml:space="preserve">[09:22] </w:t>
      </w:r>
      <w:r>
        <w:t>is is bat ko thora sa aur aap wazeh kar dein hum sab ke liye. kyunke bar bar quran mein aya hai ke rasool apni khwahish se kuch nahi kehta, balkeh woh wahi hoti hai jo isko ki jati hai.</w:t>
      </w:r>
    </w:p>
    <w:p>
      <w:pPr>
        <w:jc w:val="right"/>
      </w:pPr>
      <w:r>
        <w:t>اس اس باتکوتھوڑاسا اور آپ واضحکردیں ہمسبکےلیے۔ کیونکہ باربار قرآنمیںآیاہےکہ رسول اپنی خواہشسے کچھنہیں کہتا، بل کہوہ وحیہوتیہےجواسکو کیجاتیہے۔</w:t>
      </w:r>
    </w:p>
    <w:p>
      <w:r>
        <w:rPr>
          <w:b/>
        </w:rPr>
        <w:t xml:space="preserve">[09:38] </w:t>
      </w:r>
      <w:r>
        <w:t>to wahi ki asal mein do shaklein hain, do do qism hain: wahi mat lu' aur wahi ghair mat lu'. to</w:t>
      </w:r>
    </w:p>
    <w:p>
      <w:pPr>
        <w:jc w:val="right"/>
      </w:pPr>
      <w:r>
        <w:t>تو وحی کی اصلمیں دو شک لیںہیں، دو دوقسم ہیں:وحیمط لوع اور وحی غیر مطلوع۔ تو</w:t>
      </w:r>
    </w:p>
    <w:p>
      <w:r>
        <w:rPr>
          <w:b/>
        </w:rPr>
        <w:t xml:space="preserve">[09:47] </w:t>
      </w:r>
      <w:r>
        <w:t>quran ko wahi mat lu' kehte hain. mat lu' yani tilawat ki jaye jis ki, aur wahi ghair mat lu' jis ki tilawat na ki jaye. to woh hadith ke liye yeh lafz aata hai: wahi ghair mat lu'. yani jo kuch bhi rasool Allah sal Allah aleh wasalam bolte hain, to aap ne jo bhi bola, woh sab inspired hota tha apne nafs se, apni khwahishat ke mutabiq aap kuch nahi kehte the.</w:t>
      </w:r>
    </w:p>
    <w:p>
      <w:pPr>
        <w:jc w:val="right"/>
      </w:pPr>
      <w:r>
        <w:t>قرآنکووحی مطلوعکہتےہیں۔ مطلوعیعنی تلاوتکیجائے جسکی ، اور وحیغیر مطلوعجسکی تلاوت نہکیجائے۔ تو وہ حدیث کےلیے یہلفظآتاہے:وحیغیر مطلوع۔یعنی جو کچھبھی رسولاللہ صلیاللہعلیہوسلمبولتےہیں، توآپ نےجوبھی بولا،وہ سب انسپائرڈہوتاتھا اپنے نفس سے ،اپنی خواہشاتکےمط ابقآپ کچھنہیں کہتےتھے۔</w:t>
      </w:r>
    </w:p>
    <w:p>
      <w:r>
        <w:rPr>
          <w:b/>
        </w:rPr>
        <w:t xml:space="preserve">[10:13] </w:t>
      </w:r>
      <w:r>
        <w:t>to quran mein aya hai ke rasool ke andar tumhare liye bohat hi, ah, bohat hi acha namuna hai: uswa-e-hasna.</w:t>
      </w:r>
    </w:p>
    <w:p>
      <w:pPr>
        <w:jc w:val="right"/>
      </w:pPr>
      <w:r>
        <w:t>تو قرآنمیںآیاہےکہرسول کےاندرتمہارے لیے بہت ہی، اہ،بہتہیاچھا نمونہہے: اس وۃ حسنہ۔</w:t>
      </w:r>
    </w:p>
    <w:p>
      <w:r>
        <w:rPr>
          <w:b/>
        </w:rPr>
        <w:t xml:space="preserve">[10:22] </w:t>
      </w:r>
      <w:r>
        <w:t>to yeh surah al ahzab mein aya hai, bar bar aya hai ke Allah aur rasool ki it'at karo taake tum par reham kiya jaye. ek aur ayat hai ke jis ne meri it'at ki, us ne Allah ki it'at ki; jis ne meri nafarmani ki, us ne Allah ki nafarmani ki.</w:t>
      </w:r>
    </w:p>
    <w:p>
      <w:pPr>
        <w:jc w:val="right"/>
      </w:pPr>
      <w:r>
        <w:t>تو یہ سورہال احزابمیںآیاہے، باربار آیاہےکہاللہ اوررسول کیاطاعتکرو تاکہتم پررحمکیا جائے۔ ایکاورآیتہےکہجسنےمیریاط اعتکی، اسنے اللہ کیاطاعتکی ؛ جسنےمیری نافرمانیکی ، اسنےاللہ کینافرمانیکی۔</w:t>
      </w:r>
    </w:p>
    <w:p>
      <w:r>
        <w:rPr>
          <w:b/>
        </w:rPr>
        <w:t xml:space="preserve">[10:40] </w:t>
      </w:r>
      <w:r>
        <w:t>yeh ek hadith hai ke jis ne meri it'at ki, us ne Allah ki it'at ki; aur jis ne meri nafarmani ki, us ne Allah ki nafarmani ki.</w:t>
      </w:r>
    </w:p>
    <w:p>
      <w:pPr>
        <w:jc w:val="right"/>
      </w:pPr>
      <w:r>
        <w:t>یہ ایک حدیثہے کہجسنےمیری اط اعتکی،اسنے اللہ کیاطاعتکی؛ اور جسنےمیری نافرمانیکی، اسنےاللہ کی نافرمانیکی۔</w:t>
      </w:r>
    </w:p>
    <w:p>
      <w:r>
        <w:rPr>
          <w:b/>
        </w:rPr>
        <w:t xml:space="preserve">[10:51] </w:t>
      </w:r>
      <w:r>
        <w:t>to yeh bohat sare aisi quran mein ayatein hain, aur rasool Allah sal Allah aleh wasalam ki hadith hai ke humein har haal mein rasool Allah sal Allah aleh wasalam ki it'at karni hai, is</w:t>
      </w:r>
    </w:p>
    <w:p>
      <w:pPr>
        <w:jc w:val="right"/>
      </w:pPr>
      <w:r>
        <w:t>تو یہ بہت سارے ایسی قرآنمیں آیتیںہیں، اور رسولاللہصلیاللہعلیہوسلم کیحدیث ہے کہہمیںہرحالتمیں رسولاللہصلیاللہعلیہوسلمکی ایک کو اوبےکرناہے، اس</w:t>
      </w:r>
    </w:p>
    <w:p>
      <w:r>
        <w:rPr>
          <w:b/>
        </w:rPr>
        <w:t xml:space="preserve">[11:05] </w:t>
      </w:r>
      <w:r>
        <w:t>mein hamari bhalai hai. aur quran ka yeh hukum ek aur ayat mein aya hai, chapter 59 ke rasool se jo kuch tum ko mila, tum us ki pairwi karo; aur jis se rasool tum ko roke, tum us se ruk jao.</w:t>
      </w:r>
    </w:p>
    <w:p>
      <w:pPr>
        <w:jc w:val="right"/>
      </w:pPr>
      <w:r>
        <w:t>یمیںہماریبھلائیہے۔ اور قرآنکا یہ حکم ایکاور آیتمیںآیاہے، چیپٹر 5 9 کہرسول سےجوکچھتم کوملے، تم اسکی پیروی کرو ؛ اور جسسے رسول تم کو روکے، تم اسسے رکجاؤ۔</w:t>
      </w:r>
    </w:p>
    <w:p>
      <w:r>
        <w:rPr>
          <w:b/>
        </w:rPr>
        <w:t xml:space="preserve">[11:21] </w:t>
      </w:r>
      <w:r>
        <w:t>to yeh bilkul clear hai ke humein har haal mein rasool Allah sal Allah aleh wasalam ki hadith aur aap ki sunnat par amal karna hai, tabhi hum quran ke peeru kahe ja sakte hain.</w:t>
      </w:r>
    </w:p>
    <w:p>
      <w:pPr>
        <w:jc w:val="right"/>
      </w:pPr>
      <w:r>
        <w:t>تویہبالکل کلی ئرہےکہہمیں ہرحالتمیں رسولاللہصلیاللہعلیہوسلم کیحدیث اور آپ کیسنت پر عمل کرناہے، تبھیہم قرآنکے پیرو کہےجاسکتےہیں۔</w:t>
      </w:r>
    </w:p>
    <w:p>
      <w:r>
        <w:rPr>
          <w:b/>
        </w:rPr>
        <w:t xml:space="preserve">[11:35] </w:t>
      </w:r>
      <w:r>
        <w:t>ji ji ji. acha, apa, dear are some terms jaise hadith qudsi. ah, it is also like, it is like a special category attributed to ah prophet of Islam.</w:t>
      </w:r>
    </w:p>
    <w:p>
      <w:pPr>
        <w:jc w:val="right"/>
      </w:pPr>
      <w:r>
        <w:t>جیجیجی۔ اچھا،آپا، دیرآر سم ٹرمز جیسے حدیث قد سی۔ اہ،اٹ ازالائک،اٹسلائکاسپیشل کیٹگری ایٹریبیوٹڈٹو اہپرافٹ آف اسلام ۔</w:t>
      </w:r>
    </w:p>
    <w:p>
      <w:r>
        <w:rPr>
          <w:b/>
        </w:rPr>
        <w:t xml:space="preserve">[11:47] </w:t>
      </w:r>
      <w:r>
        <w:t>to is is ko bhi thora sa aap wazeh karein.</w:t>
      </w:r>
    </w:p>
    <w:p>
      <w:pPr>
        <w:jc w:val="right"/>
      </w:pPr>
      <w:r>
        <w:t>تو اس اسکوبھیتھوڑاسا آپ واضحکریں۔</w:t>
      </w:r>
    </w:p>
    <w:p>
      <w:r>
        <w:rPr>
          <w:b/>
        </w:rPr>
        <w:t xml:space="preserve">[11:52] </w:t>
      </w:r>
      <w:r>
        <w:t>hadith qudsi kehte hain is ka matlab woh hadith jo rasool Allah sal Allah aleh wasalam ne Allah ki janib se mansoob karke bayan ki ho.</w:t>
      </w:r>
    </w:p>
    <w:p>
      <w:pPr>
        <w:jc w:val="right"/>
      </w:pPr>
      <w:r>
        <w:t>حدیث قد سی کہتےہیں اسکا مطلب وہ حدیث جو رسولاللہصلیاللہعلیہوسلمنے اللہ کی جانبسے منسوب کرکے بیانکی ہو۔</w:t>
      </w:r>
    </w:p>
    <w:p>
      <w:r>
        <w:rPr>
          <w:b/>
        </w:rPr>
        <w:t xml:space="preserve">[12:05] </w:t>
      </w:r>
      <w:r>
        <w:t>yani Allah ne yeh farmaya, Allah ne matlab Hazrat Jibrael aleh salam ke zariye se contact hota tha, to Allah ne yeh farmaya.</w:t>
      </w:r>
    </w:p>
    <w:p>
      <w:pPr>
        <w:jc w:val="right"/>
      </w:pPr>
      <w:r>
        <w:t>یعنی اللہ نے یہفرمایا، اللہ نے مطلب حضرت جبرائیلعلیہالسلام کےذریعےسے کانٹیکٹہوتاتھا،تو اللہ نےیہفرمایا۔</w:t>
      </w:r>
    </w:p>
    <w:p>
      <w:r>
        <w:rPr>
          <w:b/>
        </w:rPr>
        <w:t xml:space="preserve">[12:14] </w:t>
      </w:r>
      <w:r>
        <w:t>to woh rasool Allah sal Allah aleh wasalam ki zuban mein hota tha, lekin baat Allah ki hoti thi. to misal ke taur par ek hadith qudsi hai ke main bande ke guman ke mutabiq hoon.</w:t>
      </w:r>
    </w:p>
    <w:p>
      <w:pPr>
        <w:jc w:val="right"/>
      </w:pPr>
      <w:r>
        <w:t>تو وہرسولاللہصلیاللہعلیہوسلمکیزبان میں ہوتاتھا، لیکن بات اللہ کیہوتیتھی۔ تو مثالکےطورپرایکحدیث قدسیہے کہمیں بندےکے گمانکے مط ابق ہوں۔</w:t>
      </w:r>
    </w:p>
    <w:p>
      <w:r>
        <w:rPr>
          <w:b/>
        </w:rPr>
        <w:t xml:space="preserve">[12:27] </w:t>
      </w:r>
      <w:r>
        <w:t>yani jaisa mujh se banda guman kare</w:t>
      </w:r>
    </w:p>
    <w:p>
      <w:pPr>
        <w:jc w:val="right"/>
      </w:pPr>
      <w:r>
        <w:t>یعنی جیسامجھسےبندہگمانکرے</w:t>
      </w:r>
    </w:p>
    <w:p>
      <w:r>
        <w:rPr>
          <w:b/>
        </w:rPr>
        <w:t xml:space="preserve">[12:30] </w:t>
      </w:r>
      <w:r>
        <w:t>ga, bohat sare log kehte hain ke hum gunahgar, hamara kya hoga, humein kahan jannat mein jagah milegi. to aisa guman nahi karna chahiye.</w:t>
      </w:r>
    </w:p>
    <w:p>
      <w:pPr>
        <w:jc w:val="right"/>
      </w:pPr>
      <w:r>
        <w:t>گا، بہت سارےلوگ کہتےہیں کہہم گنہگار،ہماراکیا ہوگا، ہمیںکہاںجنتمیںجگہملےگی۔ تو ایسا گماننہیں کرناچاہیے۔</w:t>
      </w:r>
    </w:p>
    <w:p>
      <w:r>
        <w:rPr>
          <w:b/>
        </w:rPr>
        <w:t xml:space="preserve">[12:40] </w:t>
      </w:r>
      <w:r>
        <w:t>guman Allah se acha karna chahiye. to kyunke bilkul hadith ke yeh mutabiq hai ke main bande ki guman ke mutabiq hoon.</w:t>
      </w:r>
    </w:p>
    <w:p>
      <w:pPr>
        <w:jc w:val="right"/>
      </w:pPr>
      <w:r>
        <w:t>گمان اللہ سےاچھاکرناچاہیے۔ تو کیونکہ بالکل حدیث کےیہمطابق ہےکہمیںبندےکی گمان کےمطابق ہوں۔</w:t>
      </w:r>
    </w:p>
    <w:p>
      <w:r>
        <w:rPr>
          <w:b/>
        </w:rPr>
        <w:t xml:space="preserve">[12:50] </w:t>
      </w:r>
      <w:r>
        <w:t>aisi hadith ke mutabiq kuch hadith ke bare mein kuch istilahaat hain. misal ke taur par sahabi,</w:t>
      </w:r>
    </w:p>
    <w:p>
      <w:pPr>
        <w:jc w:val="right"/>
      </w:pPr>
      <w:r>
        <w:t>ایسیحدیثکےمط ابق کچھ حدیثکےبارےمیں کچھ اصطلاحاتہیں۔ مثال کےطورپر صحابی،</w:t>
      </w:r>
    </w:p>
    <w:p>
      <w:r>
        <w:rPr>
          <w:b/>
        </w:rPr>
        <w:t xml:space="preserve">[12:59] </w:t>
      </w:r>
      <w:r>
        <w:t>sahabi is ko kehte hain jo iman ki halat mein rasool Allah sal Allah aleh wasalam se mila, aur iman ki halat mein hi is ka inteqal hua.</w:t>
      </w:r>
    </w:p>
    <w:p>
      <w:pPr>
        <w:jc w:val="right"/>
      </w:pPr>
      <w:r>
        <w:t>صحابیاسکوکہتےہیںجو ایمانکی حالتمیں رسولاللہ صلیاللہعلیہوسلمسے ملا، اور ایمانکیحالتمیںہیاسکا انتقال ہوا۔</w:t>
      </w:r>
    </w:p>
    <w:p>
      <w:r>
        <w:rPr>
          <w:b/>
        </w:rPr>
        <w:t xml:space="preserve">[13:08] </w:t>
      </w:r>
      <w:r>
        <w:t>tabi'i kehte hain jo iman ki halat mein kisi sahabi se mila. mila ka matlab hai ke un se learning ki, un se hadith suni, un ki baaton par amal kiya.</w:t>
      </w:r>
    </w:p>
    <w:p>
      <w:pPr>
        <w:jc w:val="right"/>
      </w:pPr>
      <w:r>
        <w:t>تابعیکہتےہیں جو ایمانکیحالتمیں کسی صح ابیسے ملا۔ ملاکامطلبہےکہ انسے لرننگکی، انسے حدیثیںسنی، انکی باتوںپرعمل کیا۔</w:t>
      </w:r>
    </w:p>
    <w:p>
      <w:r>
        <w:rPr>
          <w:b/>
        </w:rPr>
        <w:t xml:space="preserve">[13:21] </w:t>
      </w:r>
      <w:r>
        <w:t>milne ka yeh matlab to mila, aur isi halat mein iman ki halat mein is ka inteqal hua.</w:t>
      </w:r>
    </w:p>
    <w:p>
      <w:pPr>
        <w:jc w:val="right"/>
      </w:pPr>
      <w:r>
        <w:t>ملنےکایہمطلب تو ملا،اور اسیحالتمیں ایمانکیحالتمیںاسکا انتقال ہوا۔</w:t>
      </w:r>
    </w:p>
    <w:p>
      <w:r>
        <w:rPr>
          <w:b/>
        </w:rPr>
        <w:t xml:space="preserve">[13:27] </w:t>
      </w:r>
      <w:r>
        <w:t>to tab tabi'i kehte hain jo tabi'i se mila, aur iman ki halat mein is ka aakhri waqt aaya.</w:t>
      </w:r>
    </w:p>
    <w:p>
      <w:pPr>
        <w:jc w:val="right"/>
      </w:pPr>
      <w:r>
        <w:t>تو تب عتابعیکہتےہیںجو تابعیسےملا، اور ایمانکیحالتمیںاسکا آخریوقت آیا۔</w:t>
      </w:r>
    </w:p>
    <w:p>
      <w:r>
        <w:rPr>
          <w:b/>
        </w:rPr>
        <w:t xml:space="preserve">[13:39] </w:t>
      </w:r>
      <w:r>
        <w:t>to ek hota hai, ek istilah hoti hai sanad. to sanad kehte hain hadith. hadith ke do hisse hote hain: ek hota hai narrator hadith mein, aur ek hota hai matn, is ka text.</w:t>
      </w:r>
    </w:p>
    <w:p>
      <w:pPr>
        <w:jc w:val="right"/>
      </w:pPr>
      <w:r>
        <w:t>توایک ہوتاہے،ایک اصطلاحہوتیہے سند ۔ تو سند کہتےہیں حدیث۔ حدیث کےدوحصےہوتےہیں: ایکہوتاہے نیریٹر حدیثمیں ،اور ایکہوتاہے مت ن،اسکا ٹیکسٹ۔</w:t>
      </w:r>
    </w:p>
    <w:p>
      <w:r>
        <w:rPr>
          <w:b/>
        </w:rPr>
        <w:t xml:space="preserve">[13:52] </w:t>
      </w:r>
      <w:r>
        <w:t>to hadith mein kai narrator hote hain,</w:t>
      </w:r>
    </w:p>
    <w:p>
      <w:pPr>
        <w:jc w:val="right"/>
      </w:pPr>
      <w:r>
        <w:t>تو حدیثمیں کئی نیریٹرزہوتےہیں،</w:t>
      </w:r>
    </w:p>
    <w:p>
      <w:r>
        <w:rPr>
          <w:b/>
        </w:rPr>
        <w:t xml:space="preserve">[13:56] </w:t>
      </w:r>
      <w:r>
        <w:t>kyunke rasoolallah sallallaho alaihe wasallam se sahaba ne suna, sahaba se tabieen ne suna, tabieen se tabe tabieen ne suna. to woh poora iska naam diya jata hai kisne kis se yeh baat suni hai, iski authenticity ke liye.</w:t>
      </w:r>
    </w:p>
    <w:p>
      <w:pPr>
        <w:jc w:val="right"/>
      </w:pPr>
      <w:r>
        <w:t>کیونکہ رسولاللہ صلیاللہعلیہوسلم سےصحابہنےسنا، صحابہسے تابعینےسنا، تابعیسےتبعتابعینےسنا۔ تو وہپورااسکانام دیا جاتا ہےکسنےکسسےیہباتسنیہے، اسکیاتھنٹ یسٹیکےلیے۔</w:t>
      </w:r>
    </w:p>
    <w:p>
      <w:r>
        <w:rPr>
          <w:b/>
        </w:rPr>
        <w:t xml:space="preserve">[14:09] </w:t>
      </w:r>
      <w:r>
        <w:t>to isko chain of narrators bolte hain, isko sanad bolte hain. to jo matn hai, woh iska woh hai. content jo hai, jo actual words hain prophet ke, usko matn kehte hain.</w:t>
      </w:r>
    </w:p>
    <w:p>
      <w:pPr>
        <w:jc w:val="right"/>
      </w:pPr>
      <w:r>
        <w:t>تو اسکو چینآف نیریٹرزبولتےہیں، اسکو سندبولتےہیں۔ تو جو مت نہے،وہ اسکا وہہے۔ کنٹینٹجوہے، جو ایکچولورڈزہیں پرافٹکے، اسکو مت نکہتےہیں۔</w:t>
      </w:r>
    </w:p>
    <w:p>
      <w:r>
        <w:rPr>
          <w:b/>
        </w:rPr>
        <w:t xml:space="preserve">[14:25] </w:t>
      </w:r>
      <w:r>
        <w:t>misal ke taur par: "inmal a'malu binniyat" yeh toh matn hai, aur jisne jiske zariye se woh hamein pahunchi hai, woh sanad hai.</w:t>
      </w:r>
    </w:p>
    <w:p>
      <w:pPr>
        <w:jc w:val="right"/>
      </w:pPr>
      <w:r>
        <w:t>مثالکےطور پر:"انم الاعمال بالنيات" یہتو مت نہے، اور جسنے جسکے ذریعےسے وہ ہمیں پہنچیہے، وہ سندہے۔</w:t>
      </w:r>
    </w:p>
    <w:p>
      <w:r>
        <w:rPr>
          <w:b/>
        </w:rPr>
        <w:t xml:space="preserve">[14:38] </w:t>
      </w:r>
      <w:r>
        <w:t>to is tareeqe se ek ek ek istilaah hai sahih. ji toh sahih jo hadith most authentic hoti hain, usko sahih keh</w:t>
      </w:r>
    </w:p>
    <w:p>
      <w:pPr>
        <w:jc w:val="right"/>
      </w:pPr>
      <w:r>
        <w:t>تو اسطریقےسے ایک ایک ایک اصطلاحہےصحیح۔ جی توصحیحجوحدیث موسٹ اتھینٹکہوتیہیں، اسکو صحیحکہ</w:t>
      </w:r>
    </w:p>
    <w:p>
      <w:r>
        <w:rPr>
          <w:b/>
        </w:rPr>
        <w:t xml:space="preserve">[14:49] </w:t>
      </w:r>
      <w:r>
        <w:t>te hain. toh hadith mein yeh dekha jata hai ke ek toh iski jo narrators hain, jo iski sanad hai, woh muttasil hai, yaani unbroken hai.</w:t>
      </w:r>
    </w:p>
    <w:p>
      <w:pPr>
        <w:jc w:val="right"/>
      </w:pPr>
      <w:r>
        <w:t>تےہیں۔ تو حدیثمیںیہدیکھاجاتا ہے کہ ایکتو اسکیجو نیریٹرزہیں، جو اسکی سندہے، وہ مت صلہے،یعنی انبروکنہے۔</w:t>
      </w:r>
    </w:p>
    <w:p>
      <w:r>
        <w:rPr>
          <w:b/>
        </w:rPr>
        <w:t xml:space="preserve">[15:01] </w:t>
      </w:r>
      <w:r>
        <w:t>misal ke taur par humne tabieen ka naam toh liya, lekin sahaba ka naam nahi liya. iske baad direct prophet tak pahunch gaye, toh woh un woh broken ho gayi, muttasil nahi hui</w:t>
      </w:r>
    </w:p>
    <w:p>
      <w:pPr>
        <w:jc w:val="right"/>
      </w:pPr>
      <w:r>
        <w:t>مثال کےطورپر ہمنے تابعیکا نام تولیا،لیکن صحابہکانامنہیںلیا۔ اسکےبعد ڈائریکٹپرافٹتکپہنچگئے، تو وہ ان وہ بروکنہوگئی ، مت صلنہیںہوئی</w:t>
      </w:r>
    </w:p>
    <w:p>
      <w:r>
        <w:rPr>
          <w:b/>
        </w:rPr>
        <w:t xml:space="preserve">[15:16] </w:t>
      </w:r>
      <w:r>
        <w:t>. toh woh hadith jo hai na, jo broken hoti hai, woh itni authentic nahi hoti jitni unbroken hoti hai. aur ismein khaas cheez dekhi jati hai ke rawi jo hai, woh adil ho. matlab jo narrate kar raha hai is hadith ko, woh adil ho, uska akhlaq sahih ho, uska character sahih ho.</w:t>
      </w:r>
    </w:p>
    <w:p>
      <w:pPr>
        <w:jc w:val="right"/>
      </w:pPr>
      <w:r>
        <w:t>۔ تو وہ حدیث جوہےنا،جو بروکن ہوتیہے،وہ اتنی اتھینٹک نہیںہوتیجتنی انبروکنہوتیہے۔ اور اسمیں خاص چیزدیکھیجاتیہےکہ راویجوہے، وہ عادلہو۔مطلبجو نیریٹکررہاہےاسحدیثکو، وہ عادلہو،اسکا اخلاق صحیحہو،اسکا کر یکٹرصحیحہو۔</w:t>
      </w:r>
    </w:p>
    <w:p>
      <w:r>
        <w:rPr>
          <w:b/>
        </w:rPr>
        <w:t xml:space="preserve">[15:36] </w:t>
      </w:r>
      <w:r>
        <w:t>kyunke agar woh adil nahi hai, just nahi hai, woh jhoot bolta hai, toh iski hadith reliable nahi hai. aur uska hafiza dekha jata hai, memory dekhi jati hai ke woh iska hafiza kitna achha hai ke woh retain kar payega ke nahi kar payega poore tareeqe se baat ko keh nahi.</w:t>
      </w:r>
    </w:p>
    <w:p>
      <w:pPr>
        <w:jc w:val="right"/>
      </w:pPr>
      <w:r>
        <w:t>کیونکہاگر وہ عادلنہیں ہے، جسٹنہیںہے، وہجھوٹبول تاہے، تو اسکی حدیث ریلائیبلنہیںہے۔ اور اسکا حافظہدیکھاجاتا ہے، میموریدیکھیجاتیہے کہ وہ اسکا حافظہکتنااچھاہے کہ وہ ریٹینکرپائےگاکہنہیں کرپائےگاپورےطریقےسے باتکو کہنہیں ۔</w:t>
      </w:r>
    </w:p>
    <w:p>
      <w:r>
        <w:rPr>
          <w:b/>
        </w:rPr>
        <w:t xml:space="preserve">[15:57] </w:t>
      </w:r>
      <w:r>
        <w:t>aur yeh bhi dekha jata hai ke yeh koi bhi aisi hadith jo doosre jumhoor e rai se, yaani jo zyada log jis cheez ko refer kar rahe hon,</w:t>
      </w:r>
    </w:p>
    <w:p>
      <w:pPr>
        <w:jc w:val="right"/>
      </w:pPr>
      <w:r>
        <w:t>اور یہبھیدیکھاجاتا ہے کہ یہ کوئیبھی ایسیحدیث جو دوسرے جم ہور رائےسے،یعنیجوزیادہ لوگ جسچیزکو ریفرکررہےہوں،</w:t>
      </w:r>
    </w:p>
    <w:p>
      <w:r>
        <w:rPr>
          <w:b/>
        </w:rPr>
        <w:t xml:space="preserve">[16:10] </w:t>
      </w:r>
      <w:r>
        <w:t>authentic hadith ke taur par, toh usse takra toh nahi rahi hai, contradict toh nahi kar rahi hai. tab is hadith ko sahih ka darja milta hai, jaise hum kehte hain sahih bukhari, sahih muslim.</w:t>
      </w:r>
    </w:p>
    <w:p>
      <w:pPr>
        <w:jc w:val="right"/>
      </w:pPr>
      <w:r>
        <w:t>اتھینٹکحدیثکےطورپر،تو اسسے ٹکراتونہیںرہیہے، کانٹراڈکٹ تونہیں کررہیہے۔ تب اس حدیثکو صحیحکادرجہملتاہے، جیسےہمکہتےہیںصحیح بخاری ،صحیحمسلم ۔</w:t>
      </w:r>
    </w:p>
    <w:p>
      <w:r>
        <w:rPr>
          <w:b/>
        </w:rPr>
        <w:t xml:space="preserve">[16:25] </w:t>
      </w:r>
      <w:r>
        <w:t>toh ek hota hai mutawatir, ek hai term hai mutawatir, yaani jis hadith ke rawi har daur mein badi tadad mein hon.</w:t>
      </w:r>
    </w:p>
    <w:p>
      <w:pPr>
        <w:jc w:val="right"/>
      </w:pPr>
      <w:r>
        <w:t>تو ایک ہوتاہے مت واتر،ایک اہ ٹرمہےمت واتر ، یعنی جسحدیثکے راوی ہر دور میں بڑی تعداد میںہوں۔</w:t>
      </w:r>
    </w:p>
    <w:p>
      <w:r>
        <w:rPr>
          <w:b/>
        </w:rPr>
        <w:t xml:space="preserve">[16:36] </w:t>
      </w:r>
      <w:r>
        <w:t>toh phir usko hum nahi keh sakte ke yeh jhoot par tamam log muttafiq ho gaye honge.</w:t>
      </w:r>
    </w:p>
    <w:p>
      <w:pPr>
        <w:jc w:val="right"/>
      </w:pPr>
      <w:r>
        <w:t>تو پھر اسکو ہمنہیں کہہسکتےکہیہ جھوٹپرتمام لوگ مت فقہوگئےہوںگے۔</w:t>
      </w:r>
    </w:p>
    <w:p>
      <w:r>
        <w:rPr>
          <w:b/>
        </w:rPr>
        <w:t xml:space="preserve">[16:42] </w:t>
      </w:r>
      <w:r>
        <w:t>kyunke agar badi tadad mein koi bhi hadith log narrate kar rahe hain, toh iska matlab hai ke woh sahih hadith hai.</w:t>
      </w:r>
    </w:p>
    <w:p>
      <w:pPr>
        <w:jc w:val="right"/>
      </w:pPr>
      <w:r>
        <w:t>کیونکہاگر بڑی تعداد میں کوئیبھی حدیث لوگ نیریٹکررہےہیں، تو اسکامطلب ہے کہ وہ صحیححدیثہے۔</w:t>
      </w:r>
    </w:p>
    <w:p>
      <w:r>
        <w:rPr>
          <w:b/>
        </w:rPr>
        <w:t xml:space="preserve">[16:51] </w:t>
      </w:r>
      <w:r>
        <w:t>aur agar bahut kam rawi hote hain, toh ismein aadmi ko shubah ho sakta hai. hadith par bahut zyada kaam hua hai, iski authenticity ko establish karne ke liye.</w:t>
      </w:r>
    </w:p>
    <w:p>
      <w:pPr>
        <w:jc w:val="right"/>
      </w:pPr>
      <w:r>
        <w:t>اور اگر بہت کم راویہوتےہیں، تو اسمیں آدمیکوشبہہوسکتاہے۔ حدیثپربہت زیادہ کام ہواہے، اسکیاتھنٹ یسٹیکو اسٹیبلشکرنےکےلیے۔</w:t>
      </w:r>
    </w:p>
    <w:p>
      <w:r>
        <w:rPr>
          <w:b/>
        </w:rPr>
        <w:t xml:space="preserve">[17:04] </w:t>
      </w:r>
      <w:r>
        <w:t>baqi log jo hain, bas isi kaam mein helge hue</w:t>
      </w:r>
    </w:p>
    <w:p>
      <w:pPr>
        <w:jc w:val="right"/>
      </w:pPr>
      <w:r>
        <w:t>باقی لوگ جوہیں،بس اسی کام میںہیلگےہوئے</w:t>
      </w:r>
    </w:p>
    <w:p>
      <w:r>
        <w:rPr>
          <w:b/>
        </w:rPr>
        <w:t xml:space="preserve">[17:08] </w:t>
      </w:r>
      <w:r>
        <w:t>the, din raat ke hadith jama karein aur iski authenticity ko establish karein. toh mauzu hadith hoti hai, jo banawati hadith jo gadh li gayi ho.</w:t>
      </w:r>
    </w:p>
    <w:p>
      <w:pPr>
        <w:jc w:val="right"/>
      </w:pPr>
      <w:r>
        <w:t>تھے،دن رات کہ حدیث جمع کریں اور اسکیاتھنٹیسٹیکو اسٹیبلشکریں۔ تو موضوعحدیثہوتیہے،جو بناوٹیحدیثجو گڑھلیگئیہو ۔</w:t>
      </w:r>
    </w:p>
    <w:p>
      <w:r>
        <w:rPr>
          <w:b/>
        </w:rPr>
        <w:t xml:space="preserve">[17:21] </w:t>
      </w:r>
      <w:r>
        <w:t>asal mein is zamane mein quran ke baad sabse zyada important cheez jo thi, woh hadith thi. toh bahut sare log kya karte the ke apni baat kehne ke liye, woh arbi toh sabki zaban thi</w:t>
      </w:r>
    </w:p>
    <w:p>
      <w:pPr>
        <w:jc w:val="right"/>
      </w:pPr>
      <w:r>
        <w:t>اصلمیںاس زمان ےمیں قرآنکےبعد سبسے زیادہ امپورٹنٹچیزجوتھی، وہ حدیثتھی۔ تو بہت سارےلوگکیا کرتے تھے کہ اپنی بات کہنےکےلیے، وہ عربیتوسبکیزبان ہیتھ</w:t>
      </w:r>
    </w:p>
    <w:p>
      <w:r>
        <w:rPr>
          <w:b/>
        </w:rPr>
        <w:t xml:space="preserve">[17:34] </w:t>
      </w:r>
      <w:r>
        <w:t>y, apni baat kehne ke liye koi hadith, ah matlab apni baat hadith ki shakal mein pesh kar dete. toh iske bare mein woh kya karte the ke woh sanad dekhte the.</w:t>
      </w:r>
    </w:p>
    <w:p>
      <w:pPr>
        <w:jc w:val="right"/>
      </w:pPr>
      <w:r>
        <w:t>ی، اپنی باتکہنےکےلیے کوئی حدیث، اہ مطلب اپنی بات حدیثکیشکلمیں پیش کردیتے۔ تو اسکےبارےمیں وہکیاکرتے تھےکہوہ سنددیکھتےتھے۔</w:t>
      </w:r>
    </w:p>
    <w:p>
      <w:r>
        <w:rPr>
          <w:b/>
        </w:rPr>
        <w:t xml:space="preserve">[17:47] </w:t>
      </w:r>
      <w:r>
        <w:t>jo narrators hain, ismein koi aisa narrator toh nahi hai jo jhoot bolta ho, jo adil na ho, jiska hafiza sahih na ho. toh woh sab dekhte the, phir usko woh hai mauzu qarar dete the, agar aisi kuch ho toh authentic toh</w:t>
      </w:r>
    </w:p>
    <w:p>
      <w:pPr>
        <w:jc w:val="right"/>
      </w:pPr>
      <w:r>
        <w:t>جو نیریٹرز ہیں، اسمیںکوئیایسا نیریٹرتونہیںہےجوجھوٹبولتاہو ، جو عادلنہہو ، جسکاحافظہصحیحنہہو ۔ تو وہ سب دیکھتےتھے،پھراسکوجوہے موضوعقراردیتےتھے،اگرایساکچھ ہوت اتھاتو ۔</w:t>
      </w:r>
    </w:p>
    <w:p>
      <w:r>
        <w:rPr>
          <w:b/>
        </w:rPr>
        <w:t xml:space="preserve">[18:02] </w:t>
      </w:r>
      <w:r>
        <w:t>toh is tareeqe se bahut sari hain, bahut sari istilaahaat hain, woh kitabon mein milengi. bahut achhe se wazeh kiya aap ne, aap ne.</w:t>
      </w:r>
    </w:p>
    <w:p>
      <w:pPr>
        <w:jc w:val="right"/>
      </w:pPr>
      <w:r>
        <w:t>تواسطریقےسےبہت ساری ہیں،بہت ساری اصطلاحاتہیں، وہ کتاب وںمیںملیںگی۔ بہتاچھےسےواضحکیاآپ ا،آپنے۔</w:t>
      </w:r>
    </w:p>
    <w:p>
      <w:r>
        <w:rPr>
          <w:b/>
        </w:rPr>
        <w:t xml:space="preserve">[18:12] </w:t>
      </w:r>
      <w:r>
        <w:t>jazakallah. aap ne, ek cheez aur poochna chahunga mein ke, ah jaisa ke hum jante hain ke jab jab, ah wahi aati thi toh ussi waqt woh record kar li jati thi.</w:t>
      </w:r>
    </w:p>
    <w:p>
      <w:pPr>
        <w:jc w:val="right"/>
      </w:pPr>
      <w:r>
        <w:t>جزاک اللہ ۔آپا،ایکچیزاور پوچھناچاہوںگامیں کہ، اہ جیساکہہمجانتےہیںکہجب جب ،اہوحیآتیتھی تو اسیوقت وہریکارڈکرلیجاتیتھی۔</w:t>
      </w:r>
    </w:p>
    <w:p>
      <w:r>
        <w:rPr>
          <w:b/>
        </w:rPr>
        <w:t xml:space="preserve">[18:23] </w:t>
      </w:r>
      <w:r>
        <w:t>lekin hum history se paate hain ke during that time, lifetime of prophet Muhammad, ah traditions he forbade to record traditions in writing.</w:t>
      </w:r>
    </w:p>
    <w:p>
      <w:pPr>
        <w:jc w:val="right"/>
      </w:pPr>
      <w:r>
        <w:t>لیکن ہم ہسٹریسےپاتےہیںکہڈیورنگداٹائم،لائفٹائمآفپرافٹمحمد ، اہہزٹریڈیشنزہی فاربیڈ ٹو ریکارڈہزٹریڈیشنزانرائٹنگ۔</w:t>
      </w:r>
    </w:p>
    <w:p>
      <w:r>
        <w:rPr>
          <w:b/>
        </w:rPr>
        <w:t xml:space="preserve">[18:33] </w:t>
      </w:r>
      <w:r>
        <w:t>toh aisa kyun hua ke quran toh baqayda record karti chali gayi, lekin prophet ke hi daur mein unke traditions ko nahi record kiya gaya?</w:t>
      </w:r>
    </w:p>
    <w:p>
      <w:pPr>
        <w:jc w:val="right"/>
      </w:pPr>
      <w:r>
        <w:t>تو ایساکیوںہوا کہ قرآنتو باقاعدہ ریکارڈکرتیچلیگئی،لیکن پرافٹکےہیدورمیں انکےٹریڈیشنزکونہیں ریکارڈکیاگیا ؟</w:t>
      </w:r>
    </w:p>
    <w:p>
      <w:r>
        <w:rPr>
          <w:b/>
        </w:rPr>
        <w:t xml:space="preserve">[18:42] </w:t>
      </w:r>
      <w:r>
        <w:t>iske bare mein aap bataiye.</w:t>
      </w:r>
    </w:p>
    <w:p>
      <w:pPr>
        <w:jc w:val="right"/>
      </w:pPr>
      <w:r>
        <w:t>اسکے بارےمیں آپ بتائیے۔</w:t>
      </w:r>
    </w:p>
    <w:p>
      <w:r>
        <w:rPr>
          <w:b/>
        </w:rPr>
        <w:t xml:space="preserve">[18:45] </w:t>
      </w:r>
      <w:r>
        <w:t>asal mein ibtedai daur mein aisa hua tha ke quran jab utar raha tha aur makke mein, wahan par bahut zyada zyada log, katib bhi bahut kam the, likhna padhna log kam jante the.</w:t>
      </w:r>
    </w:p>
    <w:p>
      <w:pPr>
        <w:jc w:val="right"/>
      </w:pPr>
      <w:r>
        <w:t>اصلمیں ابتدائی دورمیںایساہوا تھا کہ قرآن جب اتررہاتھااور مکےمیں ،وہاںپر بہت زیادہ زیادہ لوگ ،کاتببھی بہت کم تھے،لکھناپڑھنا لوگکم جانتےتھے۔</w:t>
      </w:r>
    </w:p>
    <w:p>
      <w:r>
        <w:rPr>
          <w:b/>
        </w:rPr>
        <w:t xml:space="preserve">[18:59] </w:t>
      </w:r>
      <w:r>
        <w:t>to ibtida mein aapne mana kiya, aur yeh bhi kaha jata hai ke log isi quran ke sath, jaise, ah rasool Allah salallahu alaihi wasallam ne kuch farmaya, aur quran kabhi kaghaz to bohat hi, ah iski yarsalawiyabil tha</w:t>
      </w:r>
    </w:p>
    <w:p>
      <w:pPr>
        <w:jc w:val="right"/>
      </w:pPr>
      <w:r>
        <w:t>تو ابتداءمیں آپنے منعکیا،اور یہبھی کہاجاتا ہے کہ لوگ اسیقرآنکےساتھ، جیسے ،اہرسولاللہصلیاللہعلیہوسلمنےکچھفرمایا، اور قرآن کبھی کاغذتوبہت ہی، اہ اسکیئرسلیاویلیبلتھا</w:t>
      </w:r>
    </w:p>
    <w:p>
      <w:r>
        <w:rPr>
          <w:b/>
        </w:rPr>
        <w:t xml:space="preserve">[19:14] </w:t>
      </w:r>
      <w:r>
        <w:t>, log chamre waghera par likha karte thay. To is mein bhi, jaise hashiye mein likhte hain, marjanam mein, is mein rasool Allah salallahu alaihi wasallam ke alfaaz bhi likh liye.</w:t>
      </w:r>
    </w:p>
    <w:p>
      <w:pPr>
        <w:jc w:val="right"/>
      </w:pPr>
      <w:r>
        <w:t>، لوگ چمڑےوغیرہپرلکھاکرتے تھے۔ تو اسیمیں بھی،جیسےحاشیہمیںلکھتےہیں،مارجنمیں، اسیمیں رسولاللہصلیاللہعلیہوسلمکےالفاظبھیلکھ لیے۔</w:t>
      </w:r>
    </w:p>
    <w:p>
      <w:r>
        <w:rPr>
          <w:b/>
        </w:rPr>
        <w:t xml:space="preserve">[19:25] </w:t>
      </w:r>
      <w:r>
        <w:t>To is ko mana kiya gaya ke aise mat likho. Aur waise bhi rasool Allah salallahu alaihi wasallam ne inki ijazat nahi ki thi hadith ko likhne ke liye.</w:t>
      </w:r>
    </w:p>
    <w:p>
      <w:pPr>
        <w:jc w:val="right"/>
      </w:pPr>
      <w:r>
        <w:t>تو اسکو منعکیاگیا کہ ایسےمتلکھ و۔ اورویسےبھی رسولاللہصلیاللہعلیہوسلمنےانکریجنہیںکیاتھا حدیثکولکھ نےکےلیے۔</w:t>
      </w:r>
    </w:p>
    <w:p>
      <w:r>
        <w:rPr>
          <w:b/>
        </w:rPr>
        <w:t xml:space="preserve">[19:35] </w:t>
      </w:r>
      <w:r>
        <w:t>Lekin baad mein jab madina aap pahunche, aur aap ne khaas taur par logon ki education par bohat ziyada dhyan diya ,</w:t>
      </w:r>
    </w:p>
    <w:p>
      <w:pPr>
        <w:jc w:val="right"/>
      </w:pPr>
      <w:r>
        <w:t>لیکن بعد میںجب مدینہ آپپہنچے،اورآپ نے خاص طورپر لوگوںکیایجوکیشنپربہتزیادہ دھیان دیا ،</w:t>
      </w:r>
    </w:p>
    <w:p>
      <w:r>
        <w:rPr>
          <w:b/>
        </w:rPr>
        <w:t xml:space="preserve">[19:43] </w:t>
      </w:r>
      <w:r>
        <w:t>Aur bohat saare log likhne parhne wale ho gaye, us waqt aap ne ijazat de di. To kai bohat saari aisi hadith hain.</w:t>
      </w:r>
    </w:p>
    <w:p>
      <w:pPr>
        <w:jc w:val="right"/>
      </w:pPr>
      <w:r>
        <w:t>اوربہت سارےلوگ لکھنےپڑھنے والے ہوگئے،اسوقت آپنے اجازتدےدی۔ تو کئی بہت ساریایسی حدیثیںہیں۔</w:t>
      </w:r>
    </w:p>
    <w:p>
      <w:r>
        <w:rPr>
          <w:b/>
        </w:rPr>
        <w:t xml:space="preserve">[19:51] </w:t>
      </w:r>
      <w:r>
        <w:t>Ek baar ek shakhs ne kaha ke mujhe yaad nahi rehta aap jo farmate hain, to woh main bhool jata hoon. To aap ne kaha apne haath se madad lo, yaani is ko likh liya karo .</w:t>
      </w:r>
    </w:p>
    <w:p>
      <w:pPr>
        <w:jc w:val="right"/>
      </w:pPr>
      <w:r>
        <w:t>ایکبار ایک شخص نےکہاکہ مجھے یادنہیں رہتاآپجو فرماتےہیں، تو وہمیںبھولجاتاہوں۔توآپنےکہا اپنے ہاتھسےمد دلو ، یعنیاسکولکھ لیاکرو ۔</w:t>
      </w:r>
    </w:p>
    <w:p>
      <w:r>
        <w:rPr>
          <w:b/>
        </w:rPr>
        <w:t xml:space="preserve">[20:04] </w:t>
      </w:r>
      <w:r>
        <w:t>Aur hamare paas bohat saare aise documents hain, صحیfe jin ko kehte hain sahiife,</w:t>
      </w:r>
    </w:p>
    <w:p>
      <w:pPr>
        <w:jc w:val="right"/>
      </w:pPr>
      <w:r>
        <w:t>اورہمارےپاسبہت سارے ایسےڈاکومنٹسہیں، صحیفےجنکوکہتےہیں صحیفہ،</w:t>
      </w:r>
    </w:p>
    <w:p>
      <w:r>
        <w:rPr>
          <w:b/>
        </w:rPr>
        <w:t xml:space="preserve">[20:11] </w:t>
      </w:r>
      <w:r>
        <w:t>To is se pata chalta hai ke bohat saare log likha karte thay. Aur aisa bhi tha ke bohat saare log jo bahar se aate thay, na madine se bahar , to woh likh kar le jaate thay, khaas taur par kaam waghera, kyunke baad mein bhool jayega, ek ek lafz to yaad nahi rahega.</w:t>
      </w:r>
    </w:p>
    <w:p>
      <w:pPr>
        <w:jc w:val="right"/>
      </w:pPr>
      <w:r>
        <w:t>تو اسسےپتہچلتاہےکہ بہت سارےلوگ لکھ اکرتے تھے۔ اور ایسابھیتھاکہبہتسارےلوگ جو باہرسےآتےتھے،نا مدینےسےباہر ،تو وہ لکھ کرلےجاتےتھے،خاصطورپر کام وغیرہ، کیونکہ بعدمیں بھولجائےگا، ایکایکلفظتویادنہیںرہےگا۔</w:t>
      </w:r>
    </w:p>
    <w:p>
      <w:r>
        <w:rPr>
          <w:b/>
        </w:rPr>
        <w:t xml:space="preserve">[20:27] </w:t>
      </w:r>
      <w:r>
        <w:t>Halanke in logon ka hafiza bohat qawi hota tha, lekin phir bhi mazeed ehtiyat ke liye woh likhte thay.</w:t>
      </w:r>
    </w:p>
    <w:p>
      <w:pPr>
        <w:jc w:val="right"/>
      </w:pPr>
      <w:r>
        <w:t>حالانکہانلوگوںکی حافظہبہت قویہوتاتھا، لیکن پھربھی مزید احتیاطکےلیے وہ لکھ تےتھے۔</w:t>
      </w:r>
    </w:p>
    <w:p>
      <w:r>
        <w:rPr>
          <w:b/>
        </w:rPr>
        <w:t xml:space="preserve">[20:36] </w:t>
      </w:r>
      <w:r>
        <w:t>To aise hi ek Abdullah ibn Umar ibn al-Aas ka ek hadith ka majmua tha, sahiifa Sadiqa, is mein ek hazar hadith thi.</w:t>
      </w:r>
    </w:p>
    <w:p>
      <w:pPr>
        <w:jc w:val="right"/>
      </w:pPr>
      <w:r>
        <w:t>تو ایسےہیایک عبداللہابن عمر ابن العاص کاایک احادیثکامجموع ہتھا،صحیفہ صادقہ، اسمیں ایک ہزارحدیثیںتھیں۔</w:t>
      </w:r>
    </w:p>
    <w:p>
      <w:r>
        <w:rPr>
          <w:b/>
        </w:rPr>
        <w:t xml:space="preserve">[20:47] </w:t>
      </w:r>
      <w:r>
        <w:t>Hazrat Ali ka ek majmua tha, to bohat hi is ke bohat dhyan se woh rakhte thay, ek chamre ke ek thiyle mein. To unhon ne sirf ahkam ki hadith collect ki thi.</w:t>
      </w:r>
    </w:p>
    <w:p>
      <w:pPr>
        <w:jc w:val="right"/>
      </w:pPr>
      <w:r>
        <w:t>حضرت علی کاایکمجموع ہتھا، توبہت ہی اس کےبہتدھیانسےوہرکھتےتھے،ایک چمڑےکےایکتھیلےمیں۔تو انہوںنے صرف احکامکیحدیثیں جمع کیتھیں۔</w:t>
      </w:r>
    </w:p>
    <w:p>
      <w:r>
        <w:rPr>
          <w:b/>
        </w:rPr>
        <w:t xml:space="preserve">[20:59] </w:t>
      </w:r>
      <w:r>
        <w:t>Ahkam ki hadith log khaas taur par collect karte thay, kyunke muqadmaat ke faisle isi par karne hote thay, to woh khaas tareeqe se collect kiye jaate thay.</w:t>
      </w:r>
    </w:p>
    <w:p>
      <w:pPr>
        <w:jc w:val="right"/>
      </w:pPr>
      <w:r>
        <w:t>احکامکیحدیثیںلوگ خاص طورپرجمع کرتے تھے،کیونکہ مقدماتکےفیصلے اسیپر کرنے ہوتےتھے، تو وہخاص طریقےسے جمع کیےجاتےتھے۔</w:t>
      </w:r>
    </w:p>
    <w:p>
      <w:r>
        <w:rPr>
          <w:b/>
        </w:rPr>
        <w:t xml:space="preserve">[21:10] </w:t>
      </w:r>
      <w:r>
        <w:t>To ek Jabir ibn Abdullah thay, unhon ne hajj ke bare mein tamam hadith collect ki thi</w:t>
      </w:r>
    </w:p>
    <w:p>
      <w:pPr>
        <w:jc w:val="right"/>
      </w:pPr>
      <w:r>
        <w:t>تو ایک جابر ابن عبداللہتھے،انہوںنے حجکےبارےمیں تمام حدیثیںجمع کیتھ</w:t>
      </w:r>
    </w:p>
    <w:p>
      <w:r>
        <w:rPr>
          <w:b/>
        </w:rPr>
        <w:t xml:space="preserve">[21:15] </w:t>
      </w:r>
      <w:r>
        <w:t>hain. Hazrat Aisha ke ek bhanje thay, Urwah ibn Zubair, to unhon ne bohat saari hadith Hazrat Aisha se , woh Hazrat Aisha ke paas rehte thay, aur kyunke Hazrat Aisha ne to,</w:t>
      </w:r>
    </w:p>
    <w:p>
      <w:pPr>
        <w:jc w:val="right"/>
      </w:pPr>
      <w:r>
        <w:t>یں۔ حضرت عائشہکے ایک بھانجےتھے، عروہابن زبیر، تو انہوںنے بہت ساریحدیثیں حضرت عائشہسے ،وہحضرتعائشہکےپاسہیرہتےتھے، اور چونکہحضرت عائشہنےتو،</w:t>
      </w:r>
    </w:p>
    <w:p>
      <w:r>
        <w:rPr>
          <w:b/>
        </w:rPr>
        <w:t xml:space="preserve">[21:28] </w:t>
      </w:r>
      <w:r>
        <w:t>Ah , bohat saari aap ko hadith yaad thi, shayad 2210 aisa kuch hai, to unhon ne in ko baqaida woh amal karayi thi.</w:t>
      </w:r>
    </w:p>
    <w:p>
      <w:pPr>
        <w:jc w:val="right"/>
      </w:pPr>
      <w:r>
        <w:t>اہ ،بہت ساری آپکو حدیثیںیادتھیں، شاید 2 2 10 ایساکچھہے، تو انہوں نے انکو باقاعدہوہ عملہکرائیتھی۔</w:t>
      </w:r>
    </w:p>
    <w:p>
      <w:r>
        <w:rPr>
          <w:b/>
        </w:rPr>
        <w:t xml:space="preserve">[21:39] </w:t>
      </w:r>
      <w:r>
        <w:t>To woh bohat zabardast collection tha.</w:t>
      </w:r>
    </w:p>
    <w:p>
      <w:pPr>
        <w:jc w:val="right"/>
      </w:pPr>
      <w:r>
        <w:t>تو وہبہت زبرد ست کلیکشنتھا۔</w:t>
      </w:r>
    </w:p>
    <w:p>
      <w:r>
        <w:rPr>
          <w:b/>
        </w:rPr>
        <w:t xml:space="preserve">[21:43] </w:t>
      </w:r>
      <w:r>
        <w:t>To isi tarike se yeh tamam hadith available thi, lekin baad mein kya hua ke jo collections bane, Musnad Ahmad, Sahih Bukhari, Sahih Muslim , to is mein yeh saari cheezein shamil kar di gayi.</w:t>
      </w:r>
    </w:p>
    <w:p>
      <w:pPr>
        <w:jc w:val="right"/>
      </w:pPr>
      <w:r>
        <w:t>تو اسیطریقےسے یہتمام حدیثیں اویلیبل تھیں، لیکن بعدمیں کیاہوا کہ جو کلیکشنز بنے،مس ند احمد ،صحیحبخ اری،صحیحمسلم ،تو اسمیں یہساریچیزیں شامل کردیگئیں۔</w:t>
      </w:r>
    </w:p>
    <w:p>
      <w:r>
        <w:rPr>
          <w:b/>
        </w:rPr>
        <w:t xml:space="preserve">[21:59] </w:t>
      </w:r>
      <w:r>
        <w:t>To alag alag ab hamare paas dastiyab nahi hain, balkeh is collection mein in ki tamam hadith shamil hain.</w:t>
      </w:r>
    </w:p>
    <w:p>
      <w:pPr>
        <w:jc w:val="right"/>
      </w:pPr>
      <w:r>
        <w:t>تو الگالگ ابہمارےپاس دست یابنہیںہیں، بل کہ اس کلیکشنمیں انکیتمام حدیثیںشامل ہیں۔</w:t>
      </w:r>
    </w:p>
    <w:p>
      <w:r>
        <w:rPr>
          <w:b/>
        </w:rPr>
        <w:t xml:space="preserve">[22:07] </w:t>
      </w:r>
      <w:r>
        <w:t>To dosri sadi mein yeh hua ke tabieen aur tabe tabieen ka yeh daur tha, to unhon ne is ke liye safar karna shuru kiya, kyunke is zamaney mein yeh tamam mulk fateh ho gaye thay.</w:t>
      </w:r>
    </w:p>
    <w:p>
      <w:pPr>
        <w:jc w:val="right"/>
      </w:pPr>
      <w:r>
        <w:t>تو دوس ری صدی میںیہہوا کہ ت ابعیناور تبعتابعین کایہدور تھا،توانہوں نے اسکےلیے سفرکرناشروع کیا، کیونکہاسزمان ےمیںیہتمام ممالکفتحہوگئےتھے۔</w:t>
      </w:r>
    </w:p>
    <w:p>
      <w:r>
        <w:rPr>
          <w:b/>
        </w:rPr>
        <w:t xml:space="preserve">[22:20] </w:t>
      </w:r>
      <w:r>
        <w:t>To sahaba wahin, rasool Allah salallahu alaihi wasallam ne farmaya tha ke meri baatein jinon ne jannat tak nahi pahunchi hain, un tak pahuncha do .</w:t>
      </w:r>
    </w:p>
    <w:p>
      <w:pPr>
        <w:jc w:val="right"/>
      </w:pPr>
      <w:r>
        <w:t>تو صحابہجوہیں، رسولاللہ صلیاللہعلیہوسلمنےفرمایاتھا کہ میریباتیں جنہوںنے جنتکنہیں پہنچیہیں، انتکپہنچادو ۔</w:t>
      </w:r>
    </w:p>
    <w:p>
      <w:r>
        <w:rPr>
          <w:b/>
        </w:rPr>
        <w:t xml:space="preserve">[22:30] </w:t>
      </w:r>
      <w:r>
        <w:t>To tamam sahaba doosre doosre shehron mein chale gaye</w:t>
      </w:r>
    </w:p>
    <w:p>
      <w:pPr>
        <w:jc w:val="right"/>
      </w:pPr>
      <w:r>
        <w:t>تو تمام صحابہدوسرےدوسرےشہروںمیںچلےگئے</w:t>
      </w:r>
    </w:p>
    <w:p>
      <w:r>
        <w:rPr>
          <w:b/>
        </w:rPr>
        <w:t xml:space="preserve">[22:33] </w:t>
      </w:r>
      <w:r>
        <w:t>Thay. To is wajah se jab hadith collect karne ke liye in pe zabardast ehtimam hua, to woh jagah jagah sahaba se jaa kar milte thay, tabieen se jaa kar milte thay, aur hadith collect karte thay.</w:t>
      </w:r>
    </w:p>
    <w:p>
      <w:pPr>
        <w:jc w:val="right"/>
      </w:pPr>
      <w:r>
        <w:t>تھے۔ تو اس وجہ سے جب حدیثیںجمع کرنے کےلیے ان یہ زبرد ست اہتمامہوا،تووہ جگہجگہصحابہسے جاجاکےملتےتھے،ت ابعیسے جاجاکرملتےتھے،اور حدیثیںجمع کرتے تھے۔</w:t>
      </w:r>
    </w:p>
    <w:p>
      <w:r>
        <w:rPr>
          <w:b/>
        </w:rPr>
        <w:t xml:space="preserve">[22:50] </w:t>
      </w:r>
      <w:r>
        <w:t>To is wajah se itni saari taqreeban pachas hazar hadith collect hui. To yeh saara kaam rasool Allah salallahu alaihi wasallam ki zindagi mein hi shuru ho gaya tha, bil</w:t>
      </w:r>
    </w:p>
    <w:p>
      <w:pPr>
        <w:jc w:val="right"/>
      </w:pPr>
      <w:r>
        <w:t>تو اس وجہ سے اتنیساریتقریباً پچاس ہزار حدیثیںجمع ہوئیں۔ تو یہ ساراکام رسولاللہصلیاللہعلیہوسلمکیزندگی میںہی شروع ہوگیاتھا، بل</w:t>
      </w:r>
    </w:p>
    <w:p>
      <w:r>
        <w:rPr>
          <w:b/>
        </w:rPr>
        <w:t xml:space="preserve">[23:00] </w:t>
      </w:r>
      <w:r>
        <w:t>Ke madine mein to ghar ghar jaa kar maloom karte thay ke koi bachcha ho, boodha ho, aurat ho, koi bhi ho , us se pata karte thay ke tumhare paas rasool Allah salallahu alaihi wasallam ki koi hadith hai.</w:t>
      </w:r>
    </w:p>
    <w:p>
      <w:pPr>
        <w:jc w:val="right"/>
      </w:pPr>
      <w:r>
        <w:t>کہ مدینہمیںتو گھر گھر جاکر معلومکرتے تھےکہ کوئیبچہہو،بوڑھاہو، ع ورتہو،کوئیبھیہو ، اسسے پتہکرتے تھےکہتمہارےپاس رسولاللہصلیاللہعلیہوسلمکیکوئیحدیثہے۔</w:t>
      </w:r>
    </w:p>
    <w:p>
      <w:r>
        <w:rPr>
          <w:b/>
        </w:rPr>
        <w:t xml:space="preserve">[23:13] </w:t>
      </w:r>
      <w:r>
        <w:t>To woh ek ek hadith is tarike se woh collect karte thay. Pehle to sirf collect karte thay, us ke baad is ki scrutiny karte thay, aur poore tarike se is ko samajhte thay ke yeh hadith jo hai,</w:t>
      </w:r>
    </w:p>
    <w:p>
      <w:pPr>
        <w:jc w:val="right"/>
      </w:pPr>
      <w:r>
        <w:t>تو وہ ایک ایک حدیث اسطریقےسےوہجمع کرتے تھے۔ پہلےتوصرفجمع کرتے تھے، اسکےبعد اسکی اسکرٹنیکرتے تھے، اور پورےطریقےسےاسکوسمجھتےتھےکہیہحدیثجوہے،</w:t>
      </w:r>
    </w:p>
    <w:p>
      <w:r>
        <w:rPr>
          <w:b/>
        </w:rPr>
        <w:t xml:space="preserve">[23:26] </w:t>
      </w:r>
      <w:r>
        <w:t>ah, kitni authentic</w:t>
      </w:r>
    </w:p>
    <w:p>
      <w:pPr>
        <w:jc w:val="right"/>
      </w:pPr>
      <w:r>
        <w:t>اہ،کتنی اتھینٹک</w:t>
      </w:r>
    </w:p>
    <w:p>
      <w:r>
        <w:rPr>
          <w:b/>
        </w:rPr>
        <w:t xml:space="preserve">[23:28] </w:t>
      </w:r>
      <w:r>
        <w:t>hai. to ispar taqreeban sau baras tak kaam hua, aur yeh bohat ziyada ispar kaam hua hai. woh waqti taur par tha makay mein, ji ke sirf quran likha jata tha.</w:t>
      </w:r>
    </w:p>
    <w:p>
      <w:pPr>
        <w:jc w:val="right"/>
      </w:pPr>
      <w:r>
        <w:t>ہے۔ تو اسپر تقریباً سو برستک کام ہوا،اور یہ بہت زیادہ اسپرکام ہواہے۔وہ وقتیطورپرتھا مک ےمیں، جی کہ صرف قرآنلکھاجاتا تھا۔</w:t>
      </w:r>
    </w:p>
    <w:p>
      <w:r>
        <w:rPr>
          <w:b/>
        </w:rPr>
        <w:t xml:space="preserve">[23:41] </w:t>
      </w:r>
      <w:r>
        <w:t>acha, apa, yeh bhi, ah, kaha jata hai ke understanding of the hadith is half knowledge, and understanding about the narrators is half knowledge. to mera ishara asma-ur-rijal ki taraf hai, isko aap thoda aur wazeh karen.</w:t>
      </w:r>
    </w:p>
    <w:p>
      <w:pPr>
        <w:jc w:val="right"/>
      </w:pPr>
      <w:r>
        <w:t>اچھا،آپا،یہبھی، اہ ،کہاجاتاہےکہ انڈ رسٹینڈ نگ آف دا حدیث از ہافنالج، اینڈانڈرسٹینڈنگ اباؤٹدانیریٹرزاز ہافنالج۔تومیرا اشار ہ اسماءورج الکیطرف ہے، اسکوآپتھوڑااور واضحکردیں۔</w:t>
      </w:r>
    </w:p>
    <w:p>
      <w:r>
        <w:rPr>
          <w:b/>
        </w:rPr>
        <w:t xml:space="preserve">[23:59] </w:t>
      </w:r>
      <w:r>
        <w:t>hmm, asal mein woh zamanay mein parhna likhna tha nahi, log ek doosray ke baray mein detail doosray doosray shehron mein jo log door door chalay gaye thay, kaise jantay?</w:t>
      </w:r>
    </w:p>
    <w:p>
      <w:pPr>
        <w:jc w:val="right"/>
      </w:pPr>
      <w:r>
        <w:t>ہمم،اصلمیں وہ زمان ےمیں پڑھنالکھناتھانہیں ، لوگ ایکدوسرےکےبارےمیں ڈیٹیل دوسرےدوسرے شہروںمیں جولوگ دور دور چلےگئےتھے،کیسےجانتے ؟</w:t>
      </w:r>
    </w:p>
    <w:p>
      <w:r>
        <w:rPr>
          <w:b/>
        </w:rPr>
        <w:t xml:space="preserve">[24:13] </w:t>
      </w:r>
      <w:r>
        <w:t>to in logon ne kiya kiya</w:t>
      </w:r>
    </w:p>
    <w:p>
      <w:pPr>
        <w:jc w:val="right"/>
      </w:pPr>
      <w:r>
        <w:t>تو انلوگوںنےکیا کیا</w:t>
      </w:r>
    </w:p>
    <w:p>
      <w:r>
        <w:rPr>
          <w:b/>
        </w:rPr>
        <w:t xml:space="preserve">[24:16] </w:t>
      </w:r>
      <w:r>
        <w:t>ke yeh matlab aakhri had tak in logon ne hadith ki authenticity ko establish karne ke liye ek poora discipline hi qaim kar diya ke jisko kehte hain biodata.</w:t>
      </w:r>
    </w:p>
    <w:p>
      <w:pPr>
        <w:jc w:val="right"/>
      </w:pPr>
      <w:r>
        <w:t>کہ یہ مطلب آخری حدتک انلوگوںنے حدیث کی اتھنٹ یسٹیکو اسٹیبلشکرنےکےلیے ایک پورا ڈسپلنہی قائمکردیا کہجسکوکہتےہیں بائیوڈیٹا ۔</w:t>
      </w:r>
    </w:p>
    <w:p>
      <w:r>
        <w:rPr>
          <w:b/>
        </w:rPr>
        <w:t xml:space="preserve">[24:29] </w:t>
      </w:r>
      <w:r>
        <w:t>to tamam narrators taqreeban paanch lakh narrators hain, unka biodata bohat hi tafseel se, ah, likha, aur is mein khaas taur par akhlaq, unka adl, unka hafiza, jo jo cheezen ziyada zaroori theen, yeh maloom karne ke liye ke kya unki li unki hadith hamare liye acceptable hai, authentic hai ke nahi.</w:t>
      </w:r>
    </w:p>
    <w:p>
      <w:pPr>
        <w:jc w:val="right"/>
      </w:pPr>
      <w:r>
        <w:t>تو تمام نیریٹرزتقریباً پانچلاکھ نیریٹرزہیں،انکا بائیوڈیٹا بہت ہی تف صیل سے، اہ،لکھا، اور اسمیں خاص طورپر اخلاق ،انکا عد ل ،انکا حافظ ہ، جو جوچیزیں زیادہ ضروریتھیں، یہ معلوم کرنے کےلیے کہکیا انکی لیانکیحدیث ہمارےلیے ایکسیپٹیبلہے،اتھینٹکہےکہنہیں ۔</w:t>
      </w:r>
    </w:p>
    <w:p>
      <w:r>
        <w:rPr>
          <w:b/>
        </w:rPr>
        <w:t xml:space="preserve">[24:53] </w:t>
      </w:r>
      <w:r>
        <w:t>to is tareeqay se unhon ne bohat lamba yeh kaam tha, bohat hi bohat mehnat kiya unhon ne. matlab woh log din raat bas isi kaam mein lage rehte thay, duniya se to inko koi sarokar nahi tha, bas yeh kar rahe thay, kyunke quran to collect ho gaya tha, aur is mein ab jo kaam tha woh ho gaya tha.</w:t>
      </w:r>
    </w:p>
    <w:p>
      <w:pPr>
        <w:jc w:val="right"/>
      </w:pPr>
      <w:r>
        <w:t>تو اسطریقےسے انہوںنے بہت لمبا یہکام تھا،بہت ہی بہت محنت کیا انہوںنے ۔مطلب وہلوگ دن راتبساسیکاممیںلگےرہتےتھے، دنیا سےتوانکوکوئی سروکارہینہیںتھا،بس یہیکررہےتھے،کیونکہقرآنتو کلیکٹہوگیاتھا، اور اسمیں اب جو کام تھاوہہوگیاتھا۔</w:t>
      </w:r>
    </w:p>
    <w:p>
      <w:r>
        <w:rPr>
          <w:b/>
        </w:rPr>
        <w:t xml:space="preserve">[25:14] </w:t>
      </w:r>
      <w:r>
        <w:t>ab hadith ka hi kaam reh gaya tha.</w:t>
      </w:r>
    </w:p>
    <w:p>
      <w:pPr>
        <w:jc w:val="right"/>
      </w:pPr>
      <w:r>
        <w:t>اب حدیث کاہیکامرہگیاتھا۔</w:t>
      </w:r>
    </w:p>
    <w:p>
      <w:r>
        <w:rPr>
          <w:b/>
        </w:rPr>
        <w:t xml:space="preserve">[25:17] </w:t>
      </w:r>
      <w:r>
        <w:t>ab logon ko yeh pareshani thi ke hadith jab, ah, jin logon ko ziyada tar cheezen hafizay mein rehti theen, ab jab log khatam ho jayenge to woh woh hadith, hadith bhi unke sath khatam ho jayengi.</w:t>
      </w:r>
    </w:p>
    <w:p>
      <w:pPr>
        <w:jc w:val="right"/>
      </w:pPr>
      <w:r>
        <w:t>اب لوگوںکویہپریشانیتھی کہحدیثیںجب، اہ، جنلوگوںکو زیادہ ترچیزیں حافظےمیںرہتیتھیں، ابجبلوگ ختمہوجائیںگےتووہ وہ حدیثیں ،حدیثیںبھیانکےساتھ ختمہوجائیںگی۔</w:t>
      </w:r>
    </w:p>
    <w:p>
      <w:r>
        <w:rPr>
          <w:b/>
        </w:rPr>
        <w:t xml:space="preserve">[25:30] </w:t>
      </w:r>
      <w:r>
        <w:t>to is wajah se inko yeh pareshani thi ke in logon ki zindagi mein hi tamam hadith jo hain woh collect ho jayen, lekin sirf collection, kyunke is zamanay mein bhi aisay log thay jo hadith gadh rahe thay.</w:t>
      </w:r>
    </w:p>
    <w:p>
      <w:pPr>
        <w:jc w:val="right"/>
      </w:pPr>
      <w:r>
        <w:t>تو اس وجہ سے انکویہپریشانیتھی کہ انلوگوںکیزندگی میںہی تمام حدیثیںجوہیں وہ کلیکٹہوجائیں، لیکن صرف کلیکشن ،کیونکہ اسزمان ےمیںبھی ایسےلوگ تھے جوحدیثیںگڑھرہےتھے۔</w:t>
      </w:r>
    </w:p>
    <w:p>
      <w:r>
        <w:rPr>
          <w:b/>
        </w:rPr>
        <w:t xml:space="preserve">[25:45] </w:t>
      </w:r>
      <w:r>
        <w:t>to yeh collection jo hai, iski authenticity itni hi ziyada zaroori thi jitna ke collection.</w:t>
      </w:r>
    </w:p>
    <w:p>
      <w:pPr>
        <w:jc w:val="right"/>
      </w:pPr>
      <w:r>
        <w:t>تو یہ کلیکشن جوہے، اسکی اتھنٹ یسٹی اتنیہیزیادہ ضروری تھی جتناکہکلیکشن۔</w:t>
      </w:r>
    </w:p>
    <w:p>
      <w:r>
        <w:rPr>
          <w:b/>
        </w:rPr>
        <w:t xml:space="preserve">[25:54] </w:t>
      </w:r>
      <w:r>
        <w:t>to iske liye ek ek orientalist hain, doctor springer, unhon ne kaha ke koi qaum duniya mein aisi nahi guzri jisne musalmanon ki tarah asma-ur-rijal ka azeem-ush-shaan fann ijad kiya ho.</w:t>
      </w:r>
    </w:p>
    <w:p>
      <w:pPr>
        <w:jc w:val="right"/>
      </w:pPr>
      <w:r>
        <w:t>تو اسکےلیے ایک ایکاورینٹلسٹہیں، ڈاکٹر سپرنگر،انہوںنےکہاکہ کوئی قوم دنیا میں ایسینہیں گزری جسنے مسلمان وںکیطرح اسماءالر جالکاعظیم الشان فنایجادکیا ہو ۔</w:t>
      </w:r>
    </w:p>
    <w:p>
      <w:r>
        <w:rPr>
          <w:b/>
        </w:rPr>
        <w:t xml:space="preserve">[26:11] </w:t>
      </w:r>
      <w:r>
        <w:t>matlab aap sochiye ke woh arab jin ko siwaye likhna parhna ke aur kuch nahi aata tha, to islam ne inko kitna zabardast hero bana diya ke unhon ne paanch lakh logon ka poori detailed biography, biodata tayar kar diya.</w:t>
      </w:r>
    </w:p>
    <w:p>
      <w:pPr>
        <w:jc w:val="right"/>
      </w:pPr>
      <w:r>
        <w:t>مطلبآپسوچیےکہوہ عرب جنکو سوائے لکھ ناپڑھناکےاورکچھنہیںآتاتھا، تو اسلام نے انکو کتنا زبرد ست ہیروبنادیا کہ انہوںنے پانچلاکھلوگوںکا پوری ڈیٹیلڈ بائیوگرافی، بائیوڈیٹا تیار کردیا۔</w:t>
      </w:r>
    </w:p>
    <w:p>
      <w:r>
        <w:rPr>
          <w:b/>
        </w:rPr>
        <w:t xml:space="preserve">[26:30] </w:t>
      </w:r>
      <w:r>
        <w:t>to is mein ek ek cheez dekhte thay ke yeh aadmi non-narrator to nahi hai, agar</w:t>
      </w:r>
    </w:p>
    <w:p>
      <w:pPr>
        <w:jc w:val="right"/>
      </w:pPr>
      <w:r>
        <w:t>تواسمیںایک ایکچیزدیکھتےتھےکہیہآدمی نانسیریستونہیںہے، اگر</w:t>
      </w:r>
    </w:p>
    <w:p>
      <w:r>
        <w:rPr>
          <w:b/>
        </w:rPr>
        <w:t xml:space="preserve">[26:35] </w:t>
      </w:r>
      <w:r>
        <w:t>woh bazaar mein tafreeh karta ho mile, hansi mazaaq karta ho mile, zaroorat se ziyada, to iski bhi hadith woh nahi lete thay. aur hadith agar koi bhi aql ke khilaf ho, mamool e neki pe baray baray sawab, jaise aaj kal aisi hadith sunai jati hain, zara zara si neki pe baray baray sawab, to woh isko bhi nahi,</w:t>
      </w:r>
    </w:p>
    <w:p>
      <w:pPr>
        <w:jc w:val="right"/>
      </w:pPr>
      <w:r>
        <w:t>وہ بازارمیں تف ریحکرتاہواملے، ہنسیمذاقکرتاہواملے،ضرورتسےزیادہ ،تو اسکیبھیحدیثوہنہیںلیتےتھے۔ اور حدیثاگر کوئیبھی عقلکےخلاف ہو ، معمولینیکیپہبڑےبڑے ثواب،جیسےآجکل ایسیحدیثیںسنائیجاتیہیں، ذراذراسینیکیپربڑےبڑےثواب ،تووہاسکوبھینہیں،</w:t>
      </w:r>
    </w:p>
    <w:p>
      <w:r>
        <w:rPr>
          <w:b/>
        </w:rPr>
        <w:t xml:space="preserve">[26:57] </w:t>
      </w:r>
      <w:r>
        <w:t>matlab sahi nahi qarar dete thay. woh mauzu mein aa jati thi, zaeef mein aa jati thi, aur</w:t>
      </w:r>
    </w:p>
    <w:p>
      <w:pPr>
        <w:jc w:val="right"/>
      </w:pPr>
      <w:r>
        <w:t>مطلب صحیحنہیں قرار دیتےتھے۔ وہ موضوعمیںآجاتیتھی، ضعیفمیںآجاتیتھی، اور</w:t>
      </w:r>
    </w:p>
    <w:p>
      <w:r>
        <w:rPr>
          <w:b/>
        </w:rPr>
        <w:t xml:space="preserve">[27:03] </w:t>
      </w:r>
      <w:r>
        <w:t>aisi hadith jo quran ke jo ahkam hain, quran ki baaten hain, us se takra rahi hon, to woh isko bhi nahi, isko bhi, ah, is is qabil nahi samajhte thay ke inke hadith ke collection mein isko jagah di jaye.</w:t>
      </w:r>
    </w:p>
    <w:p>
      <w:pPr>
        <w:jc w:val="right"/>
      </w:pPr>
      <w:r>
        <w:t>ایسیحدیثیںجوقرآن کے جو احکامہیں،قرآنکیجوباتیںہیں،اسسےٹکرارہیہوں، تو وہ اسکوبھینہیں لیتےتھے،اسکوبھی، اہ،اس اسقابلنہیںسمجھتےتھےکہانکے حدیثکےکلیکشنمیںاسکوجگہدیجائے۔</w:t>
      </w:r>
    </w:p>
    <w:p>
      <w:r>
        <w:rPr>
          <w:b/>
        </w:rPr>
        <w:t xml:space="preserve">[27:19] </w:t>
      </w:r>
      <w:r>
        <w:t>to jo khaas baat thi woh yeh thi ke rawi ko jhootay nahi hona chahiye, non-narrator nahi hona chahiye, aadil hona chahiye, aur iska akhlaq bohat hi, ah, superior hona chahiye,</w:t>
      </w:r>
    </w:p>
    <w:p>
      <w:pPr>
        <w:jc w:val="right"/>
      </w:pPr>
      <w:r>
        <w:t>تو جو خاص باتتھیوہیہتھیکہ راوی کو جھوٹانہیںہوناچاہیے، نانسیریسنہیںہوناچاہیے، عادلہوناچاہیے، اور اسکا اخلاق بہت ہی، اہ،سپیریئرہوناچاہیے،</w:t>
      </w:r>
    </w:p>
    <w:p>
      <w:r>
        <w:rPr>
          <w:b/>
        </w:rPr>
        <w:t xml:space="preserve">[27:32] </w:t>
      </w:r>
      <w:r>
        <w:t>kyunke tabhi iske upar bharosa kiya ja sakta hai. ek narrator tha, bara dilchasp qissa hai, ji. to ek baar is log door door safar kar ke jatay thay milne ke liye ke agar kisi ke paas koi hadith hai to usko jama karen.</w:t>
      </w:r>
    </w:p>
    <w:p>
      <w:pPr>
        <w:jc w:val="right"/>
      </w:pPr>
      <w:r>
        <w:t>کیونکہتبھیاسکےاوپر بھروسہکیاجاسکتاہے۔ ایک نیریٹرتھا،بڑادلچسپقصہہے، جی۔توایکبار اس لوگ دور دور سفرکرکے جاتےتھےملنےکےلیے کہاگرکسی کےپاسکوئی حدیثہےتواسکوجمع کریں۔</w:t>
      </w:r>
    </w:p>
    <w:p>
      <w:r>
        <w:rPr>
          <w:b/>
        </w:rPr>
        <w:t xml:space="preserve">[27:45] </w:t>
      </w:r>
      <w:r>
        <w:t>to ek aadmi ke paas suna ke iske paas koi hadith hai, to wahan gaye to wahan dekha ke ek aisi khali bartan le ke woh ghore ko bula raha hai.</w:t>
      </w:r>
    </w:p>
    <w:p>
      <w:pPr>
        <w:jc w:val="right"/>
      </w:pPr>
      <w:r>
        <w:t>تو ایک آدمیکےپاسسناتھاکہاسکےپاسکوئیحدیثہے، تو وہاں گئے تو وہاںدیکھا کہایکایسی خالی برتنلےکے وہ گھوڑےکوبلارہاہے۔</w:t>
      </w:r>
    </w:p>
    <w:p>
      <w:r>
        <w:rPr>
          <w:b/>
        </w:rPr>
        <w:t xml:space="preserve">[27:57] </w:t>
      </w:r>
      <w:r>
        <w:t>aawaz de ke khali bartan, matlab is mein kuch dana nahi tha,</w:t>
      </w:r>
    </w:p>
    <w:p>
      <w:pPr>
        <w:jc w:val="right"/>
      </w:pPr>
      <w:r>
        <w:t>آواز دےکےخالیبرتن، مطلباسمیںکچھ دانہنہیںتھا،</w:t>
      </w:r>
    </w:p>
    <w:p>
      <w:r>
        <w:rPr>
          <w:b/>
        </w:rPr>
        <w:t xml:space="preserve">[28:02] </w:t>
      </w:r>
      <w:r>
        <w:t>woh ghore ko matlab dhoka de raha tha ke dana hai, is mein tum aao, usko bula raha tha. to unhon ne kaha jab yeh ghore ko dhoka de sakta hai to iski hadithon ka kya bharosa?</w:t>
      </w:r>
    </w:p>
    <w:p>
      <w:pPr>
        <w:jc w:val="right"/>
      </w:pPr>
      <w:r>
        <w:t>وہگھوڑےکو مطلب دھوکہدےرہاتھا کہ دانہہے،اسمیںتم آؤ، اسکوبلارہاتھا۔ تو انہوںنےکہاجبیہگھوڑےکودھوکہدےسکتاہے تو اسکی حدیثوںکاکیا بھروسہ ؟</w:t>
      </w:r>
    </w:p>
    <w:p>
      <w:r>
        <w:rPr>
          <w:b/>
        </w:rPr>
        <w:t xml:space="preserve">[28:13] </w:t>
      </w:r>
      <w:r>
        <w:t>to woh wapas aa gaye, us se hadith nahi liya. to itna ziyada in logon ne, ji, dhyan kiya is baat par. ji, bohat hi dilchasp qissa bataya aap</w:t>
      </w:r>
    </w:p>
    <w:p>
      <w:pPr>
        <w:jc w:val="right"/>
      </w:pPr>
      <w:r>
        <w:t>تو وہ واپسآگئے،اسسےحدیثنہیںلیا۔ تو اتنازیادہ انلوگوںنے ،جی، دھیان کیا اساسباتپر ۔ جی،بہتہی دل چسپ قصہبتایاآپ</w:t>
      </w:r>
    </w:p>
    <w:p>
      <w:r>
        <w:rPr>
          <w:b/>
        </w:rPr>
        <w:t xml:space="preserve">[28:24] </w:t>
      </w:r>
      <w:r>
        <w:t>a. apa, isi jawab ko extend kar ke poochunga, jaise aap ne kaha ke rawi ka akhlaq bohat superior hona chahiye, aur aap ne yeh jaise yeh ek qissa bhi bataya.</w:t>
      </w:r>
    </w:p>
    <w:p>
      <w:pPr>
        <w:jc w:val="right"/>
      </w:pPr>
      <w:r>
        <w:t>ا۔ آپا،اسی جوابکو ایکسٹینڈکرکےپوچھوںگا،جیسےآپنےکہاکہ راویکا اخلاق بہت سپیریئرہوناچاہیے، اور آپنےیہجیسےیہ ایکقصہبھیبتایا۔</w:t>
      </w:r>
    </w:p>
    <w:p>
      <w:r>
        <w:rPr>
          <w:b/>
        </w:rPr>
        <w:t xml:space="preserve">[28:34] </w:t>
      </w:r>
      <w:r>
        <w:t>to jaisa keh hum, ah, jaantey hain keh Prophet ke death ke baad hadees mein dilchaspi bohat ziyada barh gayi, do reason ki wajah se. ek to yeh tha keh, ah, jo sahabi baithey, ah, woh over a period of time, they were passing away, they were dying,</w:t>
      </w:r>
    </w:p>
    <w:p>
      <w:pPr>
        <w:jc w:val="right"/>
      </w:pPr>
      <w:r>
        <w:t>تو جیساکہہم، اہ ،جانتےہیںکہ پرافٹ کے ڈیتھکےبعد حدیثمیں دل چسپیبہتزیادہ بڑھگئی، دوریزن کیوجہ سے۔ایکتو یہ تھا کہ، اہ،جو صح ابیتھے، اہ،وہ اووراپیریڈآفٹائم، دےواز پاسنگاوے، دےوارڈائنگ،</w:t>
      </w:r>
    </w:p>
    <w:p>
      <w:r>
        <w:rPr>
          <w:b/>
        </w:rPr>
        <w:t xml:space="preserve">[28:53] </w:t>
      </w:r>
      <w:r>
        <w:t>and secondly, large number of followers, ah, ah, of Islam, ah, began to increase. ah, phir hum yeh bhi dekhte hain keh pehle chaar khulafa ke daur mein jo sahabi hain, woh different different countries mein jaake settle ho gaye, jahan jahan Islam phail chuka tha.</w:t>
      </w:r>
    </w:p>
    <w:p>
      <w:pPr>
        <w:jc w:val="right"/>
      </w:pPr>
      <w:r>
        <w:t>اینڈسیکنڈلی، لارجنمبرآف فالوورز، اہ، اہ،آف اسلام ، اہ، بیگنٹوانکریز۔ اہ،پھرہمیہبھیدیکھتےہیںکہ پہلے چارخلیفہکے دور میں جو صحابیہیں،وہڈفرنٹڈفرنٹکنٹریزمیںجاکےسیٹلہوگئے،جہاںجہاںاسلام پھیلچکاتھا۔</w:t>
      </w:r>
    </w:p>
    <w:p>
      <w:r>
        <w:rPr>
          <w:b/>
        </w:rPr>
        <w:t xml:space="preserve">[29:10] </w:t>
      </w:r>
      <w:r>
        <w:t>ah, to log un se traditions sunatey thay. to sawal yeh hai keh yeh official compilation, ah, yeh kab shuru hua ?</w:t>
      </w:r>
    </w:p>
    <w:p>
      <w:pPr>
        <w:jc w:val="right"/>
      </w:pPr>
      <w:r>
        <w:t>اہ،تو لوگ ان سے ٹریڈیشنسناکرتے تھے۔ تو سوال یہہے کہ یہ افیشل کمپائلیشن، اہ، یہ کبشروع ہوا ؟</w:t>
      </w:r>
    </w:p>
    <w:p>
      <w:r>
        <w:rPr>
          <w:b/>
        </w:rPr>
        <w:t xml:space="preserve">[29:19] </w:t>
      </w:r>
      <w:r>
        <w:t>iske baare mein bataiyein.</w:t>
      </w:r>
    </w:p>
    <w:p>
      <w:pPr>
        <w:jc w:val="right"/>
      </w:pPr>
      <w:r>
        <w:t>اسکےبارےمیںبت ائیں۔</w:t>
      </w:r>
    </w:p>
    <w:p>
      <w:r>
        <w:rPr>
          <w:b/>
        </w:rPr>
        <w:t xml:space="preserve">[29:21] </w:t>
      </w:r>
      <w:r>
        <w:t>dekhiye, individual level pe to shuru se hi kaam ho raha tha. to jin logon ka bohat acha hafiza tha, qawi hafiza tha, woh hifz kartey thay, aur jin logon ka hafize mein woh itni achi nahi thi, to woh log jisko kehte hain keh photographic memory,</w:t>
      </w:r>
    </w:p>
    <w:p>
      <w:pPr>
        <w:jc w:val="right"/>
      </w:pPr>
      <w:r>
        <w:t>دیکھیے، انڈیویجوللیولپہتو شروع سےہیکامہورہاتھا۔ تو جنلوگوںکا بہت اچھا حافظہتھا، قوی حافظہتھا، وہ حفظکرتے تھے، اور جنلوگوںکاحافظےمیں وہاتنی اچھانہیںتھا،تووہلوگ جسکوکہتےہیںکہ فوٹوگرافکمیموری،</w:t>
      </w:r>
    </w:p>
    <w:p>
      <w:r>
        <w:rPr>
          <w:b/>
        </w:rPr>
        <w:t xml:space="preserve">[29:40] </w:t>
      </w:r>
      <w:r>
        <w:t>to kuch logon ki photographic memory hoti thi, to woh to hifz kar lete thay, aur baqi log likh liya karte thay. aur doosre ek isi baat ka charcha hota tha jab kisi se milte to yahi prophet ki baatein logon ko batate.</w:t>
      </w:r>
    </w:p>
    <w:p>
      <w:pPr>
        <w:jc w:val="right"/>
      </w:pPr>
      <w:r>
        <w:t>توکچھلوگوںکیفوٹوگرافک میموریہوتیتھی،تووہتوحفظکرلیتےتھے، اور باقیلوگ لکھ لیاکرتے تھے۔ اور دوسرےایک اسیباتکا چرچہہوتاتھا جب کسی سےملتے تو یہی پرافٹکیباتیںلوگوںکوبتاتے۔</w:t>
      </w:r>
    </w:p>
    <w:p>
      <w:r>
        <w:rPr>
          <w:b/>
        </w:rPr>
        <w:t xml:space="preserve">[29:54] </w:t>
      </w:r>
      <w:r>
        <w:t>jab aadmi musalsal ek doosre se baat karega, isi par discussion karega, to woh youn bhi yaad ho jata hai.</w:t>
      </w:r>
    </w:p>
    <w:p>
      <w:pPr>
        <w:jc w:val="right"/>
      </w:pPr>
      <w:r>
        <w:t>جب آدمی مسلسلایکدوسرےسےباتکرےگا، اسیپر ڈسکشنکرےگا،تووہیوںبھییادہوجاتا ہے۔</w:t>
      </w:r>
    </w:p>
    <w:p>
      <w:r>
        <w:rPr>
          <w:b/>
        </w:rPr>
        <w:t xml:space="preserve">[30:01] </w:t>
      </w:r>
      <w:r>
        <w:t>to individual level pe to kaam shuru se ho raha tha, lekin officially level pe Hazrat Umar Ibn Abdul Aziz, jo ke panchwein Khalifa Rashid kahe jaate hain, to unke zamane mein hua.</w:t>
      </w:r>
    </w:p>
    <w:p>
      <w:pPr>
        <w:jc w:val="right"/>
      </w:pPr>
      <w:r>
        <w:t>تو انڈیویجوللیولپرتو کام شروع سےہورہاتھا،لیکن اف یشللیولپر حضرت عمر ابن عبدالعزیز،جوکہ پانچویںخلیفہراشدکہےجاتےہیں، تو انکے زمان ےمیںہوا ۔</w:t>
      </w:r>
    </w:p>
    <w:p>
      <w:r>
        <w:rPr>
          <w:b/>
        </w:rPr>
        <w:t xml:space="preserve">[30:13] </w:t>
      </w:r>
      <w:r>
        <w:t>to</w:t>
      </w:r>
    </w:p>
    <w:p>
      <w:pPr>
        <w:jc w:val="right"/>
      </w:pPr>
      <w:r>
        <w:t>تو</w:t>
      </w:r>
    </w:p>
    <w:p>
      <w:r>
        <w:rPr>
          <w:b/>
        </w:rPr>
        <w:t xml:space="preserve">[30:14] </w:t>
      </w:r>
      <w:r>
        <w:t>kehte hain keh woh ek parast thay, to shuru mein bohat hi aish o ishrat ki zindagi guzarte thay, lekin jab unko khilafat mili to unhone sab kuch chhod diya, bilkul saada zindagi, Khuda se dar ke,</w:t>
      </w:r>
    </w:p>
    <w:p>
      <w:pPr>
        <w:jc w:val="right"/>
      </w:pPr>
      <w:r>
        <w:t>کہتےہیں کہ وہ ایک پر نستھے، توشروع میںبہتہی عیشوعشرتکیزندگی گزارتےتھے،لیکن جب انکو خلافتملی توانہوںنےسب کچھ چھوڑدیا،بالکل سادہ زندگی ،خداسےڈرکے،</w:t>
      </w:r>
    </w:p>
    <w:p>
      <w:r>
        <w:rPr>
          <w:b/>
        </w:rPr>
        <w:t xml:space="preserve">[30:29] </w:t>
      </w:r>
      <w:r>
        <w:t>har waqt ibadat karte rehna, masjid mein rehna. to is tarah ki unki zindagi thi. to unko yeh baat iska ehsaas hua keh sab sahaba log chale jayenge, tabeyi chale jayenge, to hum kya hoga?</w:t>
      </w:r>
    </w:p>
    <w:p>
      <w:pPr>
        <w:jc w:val="right"/>
      </w:pPr>
      <w:r>
        <w:t>ہروقت عبادتکرتے رہنا،مسجدمیںرہنا۔ تو اسطرح کیانکیزندگی تھی۔ تو انکو یہ بات اسکااحساسہوا کہ سبصحابہ لوگ چلےجائیںگے، تابعیچلےجائیںگے،توہم کیا ہوگا؟</w:t>
      </w:r>
    </w:p>
    <w:p>
      <w:r>
        <w:rPr>
          <w:b/>
        </w:rPr>
        <w:t xml:space="preserve">[30:42] </w:t>
      </w:r>
      <w:r>
        <w:t>to unhone kaha keh ilm, isi ko ilm, isi ko ilm kaha jata tha, hadees ki knowledge ko ilm kaha jata tha, to ilm mit jayega.</w:t>
      </w:r>
    </w:p>
    <w:p>
      <w:pPr>
        <w:jc w:val="right"/>
      </w:pPr>
      <w:r>
        <w:t>تو انہوںنےکہاکہعلم ،اسیکوعلم ، اسیکوعلم کہاجاتا تھا،حدیث کی نالجکوعلم کہاجاتا تھا، تو علم مٹجائےگا۔</w:t>
      </w:r>
    </w:p>
    <w:p>
      <w:r>
        <w:rPr>
          <w:b/>
        </w:rPr>
        <w:t xml:space="preserve">[30:51] </w:t>
      </w:r>
      <w:r>
        <w:t>to ab chuki woh Khalifa thay, to unhone sarkari taur par tamam logon ko, tamam amileen ko, governors ko, tamam hukam ko, ah, farman bheje keh is ilaaqe mein jahan jahan bhi hadeesein mili, usko jama kiya jaye.</w:t>
      </w:r>
    </w:p>
    <w:p>
      <w:pPr>
        <w:jc w:val="right"/>
      </w:pPr>
      <w:r>
        <w:t>تو ابچونکہوہ خلیفہتھے، تو انہوں نے سرکاریطور پر تمام لوگوںکو،تمام عاملینکو،گورن رزکو، تمام حک امکو، اہ،فرمان بھیجے کہ اس علاق ےمیں جہاںجہاںبھی حدیثیںملیں،اسکوجمع کیاجائے۔</w:t>
      </w:r>
    </w:p>
    <w:p>
      <w:r>
        <w:rPr>
          <w:b/>
        </w:rPr>
        <w:t xml:space="preserve">[31:09] </w:t>
      </w:r>
      <w:r>
        <w:t>to is tarike se, kyunke woh Khalifa thay, to unka to farman jo hai, woh ispar poori tarike se amal, ah, hua, aur har jagah logon ne jama karna shuru kiya.</w:t>
      </w:r>
    </w:p>
    <w:p>
      <w:pPr>
        <w:jc w:val="right"/>
      </w:pPr>
      <w:r>
        <w:t>تو اسطریقےسے ،کیونکہوہخلیفہتھے،توانکا تو فر مان جو ہے، وہ اسپر پوریطریقےسے عمل ،اہ،ہوا، اور ہرجگہلوگوںنے جمع کرناشروع کیا۔</w:t>
      </w:r>
    </w:p>
    <w:p>
      <w:r>
        <w:rPr>
          <w:b/>
        </w:rPr>
        <w:t xml:space="preserve">[31:22] </w:t>
      </w:r>
      <w:r>
        <w:t>aur jo Ibn Shihab Al-Zuhri wohi, woh iske iske hi head ab das, ah, poora campaign ke head banaye gaye, aur woh unka unka hafiza bhi bohat bohat acha tha.</w:t>
      </w:r>
    </w:p>
    <w:p>
      <w:pPr>
        <w:jc w:val="right"/>
      </w:pPr>
      <w:r>
        <w:t>اور جو ابن شہاب الزہریجوہیں، وہ اسکے اسکے ہیڈ اب دس، اہ،پورا کیمپینکےہیڈبنائےگئے، اور وہ انکا انکا حافظہبھیبہت بہت اچھاتھا۔</w:t>
      </w:r>
    </w:p>
    <w:p>
      <w:r>
        <w:rPr>
          <w:b/>
        </w:rPr>
        <w:t xml:space="preserve">[31:37] </w:t>
      </w:r>
      <w:r>
        <w:t>to unhone bohat mehnat se isko tamam jo hadeesein jama ho rahi thi, usko madon kiya. phir uske baad Hazrat Umar Ibn Abdul Aziz ne iski naqlein tayyar kien.</w:t>
      </w:r>
    </w:p>
    <w:p>
      <w:pPr>
        <w:jc w:val="right"/>
      </w:pPr>
      <w:r>
        <w:t>تو انہوںنےبہت محنتسے اسکو تمام جو حدیثیںجمع ہورہیتھیں، اسکو مد ونکیا۔ پھراسکےبعد حضرت عمر ابن عبدالعزیزنےاسکینقلیںتیار کیں۔</w:t>
      </w:r>
    </w:p>
    <w:p>
      <w:r>
        <w:rPr>
          <w:b/>
        </w:rPr>
        <w:t xml:space="preserve">[31:49] </w:t>
      </w:r>
      <w:r>
        <w:t>to yeh log ghar ghar jaakar hadeesein jama karte thay, door daraz ka safar kiya karte thay, pata chal jata tha kisi ek aadmi ko doosre shehar mein uske paas ek hadees hai, to woh bas oont par baith ke wahan chal padte thay.</w:t>
      </w:r>
    </w:p>
    <w:p>
      <w:pPr>
        <w:jc w:val="right"/>
      </w:pPr>
      <w:r>
        <w:t>تو یہلوگ گھر گھرجاکر حدیثیں جمع کرتے تھے، دور دراز کاسفرکیا کرتے تھے، پتہچلجاتا تھاکسی ایکآدمیکودوسرے شہرمیں اسکےپاس ایکحدیثہے، تو وہبس اونٹپربیٹھکےوہاںچلپڑتےتھے۔</w:t>
      </w:r>
    </w:p>
    <w:p>
      <w:r>
        <w:rPr>
          <w:b/>
        </w:rPr>
        <w:t xml:space="preserve">[32:04] </w:t>
      </w:r>
      <w:r>
        <w:t>to din raat bas woh usi kaam mein lage rehte thay. to is tarike se Hazrat Umar Ibn Abdul Aziz ka yeh bohat bada contribution tha, halanke woh do do saal hi Khalifa rahe, to lekin unhone ek ek poori muhim chaladi thi, woh unke baad bhi log jama karte rahe hadeeson ko.</w:t>
      </w:r>
    </w:p>
    <w:p>
      <w:pPr>
        <w:jc w:val="right"/>
      </w:pPr>
      <w:r>
        <w:t>تو دن راتبسوہاسیکاممیںلگےرہتےتھے۔ تو اسطریقےسے حضرتعمر ابن عبدالعزیز کایہبہتبڑا کنٹریبیوشنتھا،حالانکہوہ دو دو سال ہیخلیفہرہے، تو لیکن انہوںنے ایک ایکپوری مہم چلادیتھی، وہ انکےبعد بھیلوگ جمع کرتے رہےحدیثوںکو ۔</w:t>
      </w:r>
    </w:p>
    <w:p>
      <w:r>
        <w:rPr>
          <w:b/>
        </w:rPr>
        <w:t xml:space="preserve">[32:26] </w:t>
      </w:r>
      <w:r>
        <w:t>ji ji, aapne poori muhim chaladi thi, jaise aapne kaha. to aap, yeh kaha jata hai keh there are three periods of compilation, ah, is</w:t>
      </w:r>
    </w:p>
    <w:p>
      <w:pPr>
        <w:jc w:val="right"/>
      </w:pPr>
      <w:r>
        <w:t>جیجی، آپنےپوریمہم چلادیتھی،جیسےآپنےکہا۔ توآپا،یہکہاجاتاہےکہدیرآرتھریپیریڈز آف کمپائلیشن، اہ،اس</w:t>
      </w:r>
    </w:p>
    <w:p>
      <w:r>
        <w:rPr>
          <w:b/>
        </w:rPr>
        <w:t xml:space="preserve">[32:34] </w:t>
      </w:r>
      <w:r>
        <w:t>ke baare mein bhi aap bataiyein. to pehla period to wohi hai jo individual level pe tha, yeh ek Hijri se sau Hijri tak yeh hai, lekin yeh doosra Hijri mein doosra jo daur tha, usmein yeh sau Hijri se 150 tak raha.</w:t>
      </w:r>
    </w:p>
    <w:p>
      <w:pPr>
        <w:jc w:val="right"/>
      </w:pPr>
      <w:r>
        <w:t>کےبارےمیںبھی آپ بت ائیں۔ تو پہلا پیریڈتووہیہےجو انڈیویجوللیولپرتھا، یہ ایک ہجریسے سو ہجریتک یہہے، لیکن یہدوس را ہجریمیں دوسراجو دورتھا،اسمیں یہ سو ہجریسے 1 50تک رہا۔</w:t>
      </w:r>
    </w:p>
    <w:p>
      <w:r>
        <w:rPr>
          <w:b/>
        </w:rPr>
        <w:t xml:space="preserve">[32:54] </w:t>
      </w:r>
      <w:r>
        <w:t>to usmein har shehar mein ab sahaba to is Rasulullah Sallallahu Alaihi Wasallam ke zamane mein hi doosre doosre shehron mein chale gaye thay.</w:t>
      </w:r>
    </w:p>
    <w:p>
      <w:pPr>
        <w:jc w:val="right"/>
      </w:pPr>
      <w:r>
        <w:t>تو اسمیں ہر شہرمیں اب صحابہتو اس رسولاللہصلیاللہعلیہوسلمکےزمان ےمیں ہی دوسرےدوسرےشہروںمیںچلےگئےتھے۔</w:t>
      </w:r>
    </w:p>
    <w:p>
      <w:r>
        <w:rPr>
          <w:b/>
        </w:rPr>
        <w:t xml:space="preserve">[33:03] </w:t>
      </w:r>
      <w:r>
        <w:t>woh Rasulullah Sallallahu Alaihi Wasallam ne farmaya tha keh meri baatein jisne nahi suni hain, usko pahuncha do. to yeh aakhri khutbe mein farmaya tha. to tamam sahaba wohi, woh idhar udhar chale gaye thay logon ko, ah, Khuda ka paigham pahunchane ke liye.</w:t>
      </w:r>
    </w:p>
    <w:p>
      <w:pPr>
        <w:jc w:val="right"/>
      </w:pPr>
      <w:r>
        <w:t>وہ رسولاللہصلیاللہعلیہوسلمنےفرمایاتھا کہ میریباتیں جسنےنہیں سنیہیں، اسکو پہنچادو۔ تو یہ آخریخطبےمیںفرمایاتھا۔توتمام صحابہجوہیں، وہ ادھرادھرچلےگئےتھےلوگوںکو ، اہ،خداکاپیغامپہنچانےکےلیے۔</w:t>
      </w:r>
    </w:p>
    <w:p>
      <w:r>
        <w:rPr>
          <w:b/>
        </w:rPr>
        <w:t xml:space="preserve">[33:20] </w:t>
      </w:r>
      <w:r>
        <w:t>to unhi ke paas hadeesein thi. to ab jo hai, tabeyi ka zamana aa gaya tha</w:t>
      </w:r>
    </w:p>
    <w:p>
      <w:pPr>
        <w:jc w:val="right"/>
      </w:pPr>
      <w:r>
        <w:t>تو انہیکےپاس حدیثیںتھیں۔ تو اب جوہے، تب عتابعین کا زمان ہآگیاتھا</w:t>
      </w:r>
    </w:p>
    <w:p>
      <w:r>
        <w:rPr>
          <w:b/>
        </w:rPr>
        <w:t xml:space="preserve">[33:27] </w:t>
      </w:r>
      <w:r>
        <w:t>tabe tabeyi in logon se milte, jo bhi available tha, aur hadeeson ko jama karte. to aisa tha, pehle to Makkah Madinah mein pehle period mein hua jama, uske baad doosre doosre shehron mein jama hua.</w:t>
      </w:r>
    </w:p>
    <w:p>
      <w:pPr>
        <w:jc w:val="right"/>
      </w:pPr>
      <w:r>
        <w:t>،یہ تو تبعتابعین انلوگوں سےملتے،جوبھی اویلیبلتھا، اور حدیثوںکوجمع کرتے۔ توایسا تھا ،پہلے تو مکہمدینہمیں پہلے پیریڈمیںہوا جمع ،اسکےبعد دوسرےدوسرےشہروںمیںجمع ہوا۔</w:t>
      </w:r>
    </w:p>
    <w:p>
      <w:r>
        <w:rPr>
          <w:b/>
        </w:rPr>
        <w:t xml:space="preserve">[33:43] </w:t>
      </w:r>
      <w:r>
        <w:t>phir teesre daur mein kya hua ? yeh tha third century mein.</w:t>
      </w:r>
    </w:p>
    <w:p>
      <w:pPr>
        <w:jc w:val="right"/>
      </w:pPr>
      <w:r>
        <w:t>پھر تیسرے دورمیںکیا ہوا ؟ یہ تھا تھرڈ سینچریمیں۔</w:t>
      </w:r>
    </w:p>
    <w:p>
      <w:r>
        <w:rPr>
          <w:b/>
        </w:rPr>
        <w:t xml:space="preserve">[33:49] </w:t>
      </w:r>
      <w:r>
        <w:t>tiseray dour mein tamam jo islami empire, muslim empire tha, to pooray har jagah, ah, logon ne kaam kiya, aur jahan jahan bhi log, ah, thay, aisay jinkay paas hadithain theen, to unhon ne tamam hadithon ko jama</w:t>
      </w:r>
    </w:p>
    <w:p>
      <w:pPr>
        <w:jc w:val="right"/>
      </w:pPr>
      <w:r>
        <w:t>تیسرےدورمیں تمام جو اسلامی ایمپائر،مسلم ایمپائرتھا، تو پورےہرجگہ، اہ،لوگوںنےکام کیا،اورجہاںجہاںبھیلوگ، اہ،تھے،ایسےجنکےپاسحدیثیںتھیں، تو انہوں نےتمام حدیثوںکوجمع</w:t>
      </w:r>
    </w:p>
    <w:p>
      <w:r>
        <w:rPr>
          <w:b/>
        </w:rPr>
        <w:t xml:space="preserve">[34:04] </w:t>
      </w:r>
      <w:r>
        <w:t>kar liya. Phir uskay baad Imam Bukhari, Imam Muslim waghera ne, ah, yeh sari hadithon ka collection kiya. Bohat hi aspoori zindagi is mein unhon ne lagake isko collection kiya, aur to sari is scrutiny ki ke kiya sahi hai, kiya galat.</w:t>
      </w:r>
    </w:p>
    <w:p>
      <w:pPr>
        <w:jc w:val="right"/>
      </w:pPr>
      <w:r>
        <w:t>کرلیا۔ پھراسکےبعد امامبخ اری،اماممسلم وغیرہنے، اہ، یہساریحدیثوںکا کلیکشنکیا۔ بہت ہیاسپوریزندگی اسمیں انہوںنےلگاکےاسکوکلیکشنکیا،اور توساری اسکرٹنیکی کہکیا صحیحہے،کیاغلط ۔</w:t>
      </w:r>
    </w:p>
    <w:p>
      <w:r>
        <w:rPr>
          <w:b/>
        </w:rPr>
        <w:t xml:space="preserve">[34:20] </w:t>
      </w:r>
      <w:r>
        <w:t>To yeh teen dour mein yeh hadithain jo hain, jama hui hain. Ji,</w:t>
      </w:r>
    </w:p>
    <w:p>
      <w:pPr>
        <w:jc w:val="right"/>
      </w:pPr>
      <w:r>
        <w:t>تو یہ تین دورمیں یہحدیثیںجوہیں، جمع ہوئیہیں۔ جی،</w:t>
      </w:r>
    </w:p>
    <w:p>
      <w:r>
        <w:rPr>
          <w:b/>
        </w:rPr>
        <w:t xml:space="preserve">[34:27] </w:t>
      </w:r>
      <w:r>
        <w:t>Aapa, bohat se log hujjat-e-hadith par zor dete hain, aur Maulana Wahiduddin Khan sahib ne hikmat-e-hadith aur marifat-e-hadith, ah, isko emphasize kiya hai. Bohat zyada unhon ne teen hazar se zyada safhat bhi zikr kiya hai.</w:t>
      </w:r>
    </w:p>
    <w:p>
      <w:pPr>
        <w:jc w:val="right"/>
      </w:pPr>
      <w:r>
        <w:t>آپا،بہت سے لوگ حجت حدیث پر زوردیتےہیں،اور مولاناوحیدالدینخان صاحبنے حک مت حدیثاور معرفت حدیث، اہ،اسکو ایمفس ائز کیا ہے۔بہت زیادہ انہوںنے تینہزار سےزیادہ صفحاتبھی زیدکیاہے۔</w:t>
      </w:r>
    </w:p>
    <w:p>
      <w:r>
        <w:rPr>
          <w:b/>
        </w:rPr>
        <w:t xml:space="preserve">[34:43] </w:t>
      </w:r>
      <w:r>
        <w:t>Ah, mera jo yeh aakhri sawal hai, wohi hai ke, ah, kuch logon ko Ahle Quran kaha jata hai, woh hadith ko nahi mante hain. Ah, to, ah, iskay baray mein aap kya kahengay?</w:t>
      </w:r>
    </w:p>
    <w:p>
      <w:pPr>
        <w:jc w:val="right"/>
      </w:pPr>
      <w:r>
        <w:t>اہ،میراجو یہآخریسوالہے،وہیہیہےکہ، اہ،کچھلوگوںکو اہل قرآن کہاجاتا ہے، وہحدیثکونہیںمانتےہیں۔ اہ،تو، اہ،اسکےبارےمیں آپکیا کہیںگے؟</w:t>
      </w:r>
    </w:p>
    <w:p>
      <w:r>
        <w:rPr>
          <w:b/>
        </w:rPr>
        <w:t xml:space="preserve">[34:56] </w:t>
      </w:r>
      <w:r>
        <w:t>Haan, ispar Maulana ne kafi likha hai. Aik risala December 2013, aur bhi, ah, kitabon mein unki, to is mein kafi likha hai hadith par.</w:t>
      </w:r>
    </w:p>
    <w:p>
      <w:pPr>
        <w:jc w:val="right"/>
      </w:pPr>
      <w:r>
        <w:t>ہاں،اسپر مول انانےکافیلکھاہے۔ ایک الرسالہ دسمبر 20 13 ،اور بھی، اہ، کتاب وں ہیں انکی ،تو اسمیں کافی لکھاہے حدیثپر ۔</w:t>
      </w:r>
    </w:p>
    <w:p>
      <w:r>
        <w:rPr>
          <w:b/>
        </w:rPr>
        <w:t xml:space="preserve">[35:10] </w:t>
      </w:r>
      <w:r>
        <w:t>To yeh jo Ahle Quran hotay hain, woh kehtay hain ke hum sirf Quran ko manengay, woh hadith ko nahi mantay.</w:t>
      </w:r>
    </w:p>
    <w:p>
      <w:pPr>
        <w:jc w:val="right"/>
      </w:pPr>
      <w:r>
        <w:t>تو یہجو اہلقرآنہوتےہیں،وہ کہتےہیں کہہم صرف قرآنکو مانیںگے، وہحدیثکونہیں مانتے۔</w:t>
      </w:r>
    </w:p>
    <w:p>
      <w:r>
        <w:rPr>
          <w:b/>
        </w:rPr>
        <w:t xml:space="preserve">[35:18] </w:t>
      </w:r>
      <w:r>
        <w:t>Ah, to jo yeh Islam mein woh kyun aisa kartay hain, woh samajhtay hain ke hadith ki jo tadween hai, compilation hai, ispar woh shubah kartay hain.</w:t>
      </w:r>
    </w:p>
    <w:p>
      <w:pPr>
        <w:jc w:val="right"/>
      </w:pPr>
      <w:r>
        <w:t>اہ،تو جو یہ اصلمیں ان وہ کیوںایسا کرتے ہیں،وہسمجھتےہیں کہ حدیثکیجو تدوینہے، کمپائلیشنہے، اسپر وہشبہکرتےہیں۔</w:t>
      </w:r>
    </w:p>
    <w:p>
      <w:r>
        <w:rPr>
          <w:b/>
        </w:rPr>
        <w:t xml:space="preserve">[35:31] </w:t>
      </w:r>
      <w:r>
        <w:t>Kehtay hain ke yeh compilation jo hai, to woh Rasool Allah Sal Allah Alaihi Wasallam ke zamanay mein to hui nahi. Baad mein woh kehtay hain iska koi aitbar nahi, kitni authentic hai, kitni authentic nahi hai, kyunke hadithain to hafizay mein zyada tar hoti theen.</w:t>
      </w:r>
    </w:p>
    <w:p>
      <w:pPr>
        <w:jc w:val="right"/>
      </w:pPr>
      <w:r>
        <w:t>کہتےہیںکہیہکمپائلیشنجوہے، تو وہ رسولاللہ صلیاللہعلیہوسلمکےزمانےمیںتوہوئینہیں ۔ بعد میںوہکہتےہیںاسکاکوئی اعتبارنہیں ، کتنیاتھینٹکہے،کتنیاتھینٹکنہیںہے، کیونکہحدیثیںتوحافظےمیںزیادہ ترہوتیتھیں۔</w:t>
      </w:r>
    </w:p>
    <w:p>
      <w:r>
        <w:rPr>
          <w:b/>
        </w:rPr>
        <w:t xml:space="preserve">[35:47] </w:t>
      </w:r>
      <w:r>
        <w:t>Ab halankay yeh bhi woh hai, kyunke is zamanay mein hafiza bohat hi qawi hota tha. Is zamanay mein writing waghera to bohat hi kam iska riwaj tha, na? To tamam log jo hain, hafizay mein hi sab kuch rakhtay thay, aur unko sab kuch yaad rehta tha.</w:t>
      </w:r>
    </w:p>
    <w:p>
      <w:pPr>
        <w:jc w:val="right"/>
      </w:pPr>
      <w:r>
        <w:t>اب حالانکہ یہبھی وہ ہے، کیونکہ اس زمان ےمیں حافظہبہت ہی قویہوتاتھا۔ اسزمان ےمیں رائٹنگوغیرہتو بہتہی کم اسکا رواجتھا،نا؟تو تمام لوگ جوہیں،حافظےمیںہیسبکچھ رکھتےتھے،اور انکوسبکچھیادرہتاتھا۔</w:t>
      </w:r>
    </w:p>
    <w:p>
      <w:r>
        <w:rPr>
          <w:b/>
        </w:rPr>
        <w:t xml:space="preserve">[36:06] </w:t>
      </w:r>
      <w:r>
        <w:t>Ah, hafizay mein sari poetry jo hain, poems jo hain, woh hafizay se sari recite kartay thay. Sari baatein hafizay se</w:t>
      </w:r>
    </w:p>
    <w:p>
      <w:pPr>
        <w:jc w:val="right"/>
      </w:pPr>
      <w:r>
        <w:t>اہ،حافظےمیں ساری پوئٹری جوہیں،پوئمزجوہیں،وہحافظےسےساریریسائیڈکرتے تھے۔ ساریباتیںحافظےسے</w:t>
      </w:r>
    </w:p>
    <w:p>
      <w:r>
        <w:rPr>
          <w:b/>
        </w:rPr>
        <w:t xml:space="preserve">[36:15] </w:t>
      </w:r>
      <w:r>
        <w:t>hoti theen. To jab jitna zyada hafizay ko use kiya jaye, utna hi zyada woh strong ho jata hai. To aik to yeh ke hafiza unka zabardast tha, unko jo kuch bhi hafiz karte thay, woh unko yaad rehta tha. Bohat saray to aisay log hain jinki photographic memory hoti thi, aik bar parha, bas unko wohi yaad ho gaya.</w:t>
      </w:r>
    </w:p>
    <w:p>
      <w:pPr>
        <w:jc w:val="right"/>
      </w:pPr>
      <w:r>
        <w:t>ہوتیتھیں۔ تو جب جتنا زیادہ حافظےکو یوزکیاجائے، اتناہیزیادہ وہ سٹرانگہوجاتا ہے۔ تو ایکتویہ کہحافظہانکا زبردست تھا، انکو جوکچھبھی حفظکرتے تھے، وہانکویادرہتاتھا۔بہت سارےتوایسےلوگ ہیں جن کیفوٹوگرافکمیموریہوتیتھی، ایکبار پڑھا،بسانکووہیادہوگیا۔</w:t>
      </w:r>
    </w:p>
    <w:p>
      <w:r>
        <w:rPr>
          <w:b/>
        </w:rPr>
        <w:t xml:space="preserve">[36:39] </w:t>
      </w:r>
      <w:r>
        <w:t>Phir doosri baat yeh hai ke hadith ki jo collection hua, woh sirf collection karke kitab nahi banadi gayi, balkay iski zabardast tareeqay se scrutiny hui hai.</w:t>
      </w:r>
    </w:p>
    <w:p>
      <w:pPr>
        <w:jc w:val="right"/>
      </w:pPr>
      <w:r>
        <w:t>پھردوس ریباتیہہےکہ حدیث کیجو کلیکشنہوا، وہ صرف کلیکشن کرکے کتاب نہیں بنادیگئی،بلکہ اسکی زبرد ستطریقےسے اسکرٹنیہوئیہے۔</w:t>
      </w:r>
    </w:p>
    <w:p>
      <w:r>
        <w:rPr>
          <w:b/>
        </w:rPr>
        <w:t xml:space="preserve">[36:51] </w:t>
      </w:r>
      <w:r>
        <w:t>To scrutiny karke Imam Bukhari ne, ah, aur Imam Sahih Muslim mein jo sari hadithain hain, Sahih Bukhari mein jo hadithain hain</w:t>
      </w:r>
    </w:p>
    <w:p>
      <w:pPr>
        <w:jc w:val="right"/>
      </w:pPr>
      <w:r>
        <w:t>تو اسکرٹنیکرکے امامبخ ارینے، اہ،اور امام صحیحمسلم میںجوساریحدیثیںہیں،صحیحبخاریمیںجوحدیثیںہیں</w:t>
      </w:r>
    </w:p>
    <w:p>
      <w:r>
        <w:rPr>
          <w:b/>
        </w:rPr>
        <w:t xml:space="preserve">[37:01] </w:t>
      </w:r>
      <w:r>
        <w:t>, to yeh sari itni scrutiny karke unhon ne aik aik hadith ka pata kiya, aur is is kay liye unhon ne jo hai poora fun nikala, discipline poora banaya ke narrator ki jaanch ki jaye.</w:t>
      </w:r>
    </w:p>
    <w:p>
      <w:pPr>
        <w:jc w:val="right"/>
      </w:pPr>
      <w:r>
        <w:t>، تو یہ ساری اتنی اسکرٹنیکرکےانہوںنےایک ایک حدیثکاپتہکیا، اور اسیاسیکےلیےانہوںنےجو ہےپورافننکالا، ڈسپلنپورا بنایا کہ نیریٹرزکیجانچکیجائے۔</w:t>
      </w:r>
    </w:p>
    <w:p>
      <w:r>
        <w:rPr>
          <w:b/>
        </w:rPr>
        <w:t xml:space="preserve">[37:14] </w:t>
      </w:r>
      <w:r>
        <w:t>Kyunke asal cheez to narrator tha. Agar narrator sahi nahi hai, narrator sach nahi hai, iska hafiza nahi hai sahi, to iski hadith ko lene mein phir masla paida ho jata hai. Woh woh authentic nahi ho sakti thi.</w:t>
      </w:r>
    </w:p>
    <w:p>
      <w:pPr>
        <w:jc w:val="right"/>
      </w:pPr>
      <w:r>
        <w:t>کیونکہ اصلچیزتونیریٹرتھا۔اگرنیریٹر صحیحنہیںہے، نیریٹر سچانہیںہے، اسکا حافظہنہیںہے صحیح، تو اسکیحدیثکولینےمیں پھر مسئلہپیدا ہوجاتاہے۔وہ وہ اتھینٹیسٹینہیںہوسکتیتھی۔</w:t>
      </w:r>
    </w:p>
    <w:p>
      <w:r>
        <w:rPr>
          <w:b/>
        </w:rPr>
        <w:t xml:space="preserve">[37:30] </w:t>
      </w:r>
      <w:r>
        <w:t>To</w:t>
      </w:r>
    </w:p>
    <w:p>
      <w:pPr>
        <w:jc w:val="right"/>
      </w:pPr>
      <w:r>
        <w:t>تو</w:t>
      </w:r>
    </w:p>
    <w:p>
      <w:r>
        <w:rPr>
          <w:b/>
        </w:rPr>
        <w:t xml:space="preserve">[37:31] </w:t>
      </w:r>
      <w:r>
        <w:t>is tareeqay se sari cheezon ko dhiyan mein rakhtay huay aur poori mehnat karte huay hadithon ko jama kiya gaya.</w:t>
      </w:r>
    </w:p>
    <w:p>
      <w:pPr>
        <w:jc w:val="right"/>
      </w:pPr>
      <w:r>
        <w:t>اسطریقےسے ساریچیزوںکو دھیانمیںرکھتےہوئے اور پوری محنت کرتے ہوئے حدیثوںکوجمع کیا گیا۔</w:t>
      </w:r>
    </w:p>
    <w:p>
      <w:r>
        <w:rPr>
          <w:b/>
        </w:rPr>
        <w:t xml:space="preserve">[37:41] </w:t>
      </w:r>
      <w:r>
        <w:t>To Musnad Ahmad mein bhi tees hazar hadithain hain, aur iskay baad jab ab to computerized ho gaya sab kuch, ab ab taqreeban pachas hazar hadithain computer mein ab easily jo hain, woh available hain.</w:t>
      </w:r>
    </w:p>
    <w:p>
      <w:pPr>
        <w:jc w:val="right"/>
      </w:pPr>
      <w:r>
        <w:t>تو مس نداحمد میںبھی تیسہزارحدیثیںہیں، اور اسکےبعد جب اب تو کمپیوٹر ائزڈہوگیا سبکچھ،اب ابتقریباً پچاسہزارحدیثیںکمپیوٹر میں اب ایزیلیجوہیں،وہ اویلیبلہیں۔</w:t>
      </w:r>
    </w:p>
    <w:p>
      <w:r>
        <w:rPr>
          <w:b/>
        </w:rPr>
        <w:t xml:space="preserve">[38:00] </w:t>
      </w:r>
      <w:r>
        <w:t>To hafiza jo tha, woh sab se pehle tha. Aur doosri yeh hai ke bohat saray aisay sahifay hain jo Rasool Allah Sal Allah Alaihi Wasallam ke zamanay mein likh liye gaye thay, jaisay mein ne abhi bataya tha.</w:t>
      </w:r>
    </w:p>
    <w:p>
      <w:pPr>
        <w:jc w:val="right"/>
      </w:pPr>
      <w:r>
        <w:t>تو حافظہجوتھا،وہ سبسےپہلے تھا۔ اور دوس رایہہےکہ بہت سارےایسے صحیفےہیں جو رسولاللہ صلیاللہعلیہوسلم کےزمان ےمیں لکھ لیےگئےتھے،جیسےمیںنےابھیبتایاتھا۔</w:t>
      </w:r>
    </w:p>
    <w:p>
      <w:r>
        <w:rPr>
          <w:b/>
        </w:rPr>
        <w:t xml:space="preserve">[38:15] </w:t>
      </w:r>
      <w:r>
        <w:t>To aik Imam Ibn Shihab Al-Zuhri thay, to unka hafiza bohat zabardast tha. To aik bar Khalifa Hisham ibn Abd al-Malik ne unka hafizay ki test lena chaha,</w:t>
      </w:r>
    </w:p>
    <w:p>
      <w:pPr>
        <w:jc w:val="right"/>
      </w:pPr>
      <w:r>
        <w:t>تو ایک امام ابن شہ اب الزہریتھے،توانہوںنے انکا حافظہبہت زبرد ستتھا۔ توایکبار خلیفہ ہشامابن عبدالملکنے انکا حافظےکیٹیسٹ لیناچاہا،</w:t>
      </w:r>
    </w:p>
    <w:p>
      <w:r>
        <w:rPr>
          <w:b/>
        </w:rPr>
        <w:t xml:space="preserve">[38:29] </w:t>
      </w:r>
      <w:r>
        <w:t>to unhon ne 400 hadithain unse, ah, imla karwayeen. Unhon ne jis order mein 400 hadithain imla keen, to woh unhon ne isko likhwa liya.</w:t>
      </w:r>
    </w:p>
    <w:p>
      <w:pPr>
        <w:jc w:val="right"/>
      </w:pPr>
      <w:r>
        <w:t>تو انہوںنے 4 00حدیثیںانسے ،اہ،املاکروائیں۔ انہوںنےجس آرڈرمیں400حدیثیںاملاکیتھیں، تو وہ انہوںنے اسکو لکھ والیا۔</w:t>
      </w:r>
    </w:p>
    <w:p>
      <w:r>
        <w:rPr>
          <w:b/>
        </w:rPr>
        <w:t xml:space="preserve">[38:40] </w:t>
      </w:r>
      <w:r>
        <w:t>Badshah ne, Khalifa ne isko likhwa liya. Phir aik mahinay kay baad unse kaha ke woh hadithain misplace ho gayi hain, aap dobara se usi order se imla karadijiye.</w:t>
      </w:r>
    </w:p>
    <w:p>
      <w:pPr>
        <w:jc w:val="right"/>
      </w:pPr>
      <w:r>
        <w:t>بادشاہنے، خلیفہنےاسکولکھوالیا۔ پھرایک مہینےکےبعد انسےکہا کہوہ حدیثیں مس پلیسہوگئیہیں، آپ دوبارہسے اسیآرڈرسےاملاکرادیجئے۔</w:t>
      </w:r>
    </w:p>
    <w:p>
      <w:r>
        <w:rPr>
          <w:b/>
        </w:rPr>
        <w:t xml:space="preserve">[38:52] </w:t>
      </w:r>
      <w:r>
        <w:t>To</w:t>
      </w:r>
    </w:p>
    <w:p>
      <w:pPr>
        <w:jc w:val="right"/>
      </w:pPr>
      <w:r>
        <w:t>تو</w:t>
      </w:r>
    </w:p>
    <w:p>
      <w:r>
        <w:rPr>
          <w:b/>
        </w:rPr>
        <w:t xml:space="preserve">[38:53] </w:t>
      </w:r>
      <w:r>
        <w:t>unhon ne poora usi order se imla karadiya. Aur is mein jab unhon ne dono milaye, woh to aisay hi tha unse. Jab dono tally kiye to dono mein koi bhi farq nahi tha.</w:t>
      </w:r>
    </w:p>
    <w:p>
      <w:pPr>
        <w:jc w:val="right"/>
      </w:pPr>
      <w:r>
        <w:t>انہوںنے پورا اسیآرڈرسےاملاکرادیا۔ اور اسمیںجب انہوںنےدونوںملائے،وہتوایسےہیکہاتھاانسے۔ جب دونوں ٹیلیکیاتودونوںمیں کوئیبھی فرقنہیںتھا۔</w:t>
      </w:r>
    </w:p>
    <w:p>
      <w:r>
        <w:rPr>
          <w:b/>
        </w:rPr>
        <w:t xml:space="preserve">[39:03] </w:t>
      </w:r>
      <w:r>
        <w:t>to kuch logon ki bohat zabardast memory hoti hai, to iska jo hai, woh iska pura istemal kiya. unhon ne pura apne aap ko dedicate kar diya is mission ke liye.</w:t>
      </w:r>
    </w:p>
    <w:p>
      <w:pPr>
        <w:jc w:val="right"/>
      </w:pPr>
      <w:r>
        <w:t>تو کچھلوگوںکی بہت زبرد ست میموریہوتیہے، تو اسکا جوہے، وہ اسکاپورا استعمال کیا۔ انہوںنے پورااپنےآپکو ڈیڈیکیٹکردیا اسیمشنکےلیے۔</w:t>
      </w:r>
    </w:p>
    <w:p>
      <w:r>
        <w:rPr>
          <w:b/>
        </w:rPr>
        <w:t xml:space="preserve">[39:16] </w:t>
      </w:r>
      <w:r>
        <w:t>ek Hafiz Qatada the, to woh Hazrat Anas ke shagird the.</w:t>
      </w:r>
    </w:p>
    <w:p>
      <w:pPr>
        <w:jc w:val="right"/>
      </w:pPr>
      <w:r>
        <w:t>ایک حافظ قطادہ تھے، تو وہ حضرت انسکےشاگرد تھے۔</w:t>
      </w:r>
    </w:p>
    <w:p>
      <w:r>
        <w:rPr>
          <w:b/>
        </w:rPr>
        <w:t xml:space="preserve">[39:21] </w:t>
      </w:r>
      <w:r>
        <w:t>unhon ne kaha ke jo kuch mere kaan mein pad jata hai, woh hamesha ke liye mehfooz ho jata hai. to aise aise log the jinhon ne is mission mein pura hissa liya, aur iske liye apne apne sacrifice ke level par unhon ne kaam kiya.</w:t>
      </w:r>
    </w:p>
    <w:p>
      <w:pPr>
        <w:jc w:val="right"/>
      </w:pPr>
      <w:r>
        <w:t>انہوں نےکہاکہجوکچھ میرےکان میںپڑجاتا ہے،وہ ہمیشہکےلیے محفوظہوجاتاہے۔ تو ایسےایسےلوگ تھے جنہوںنے اس مشنمیں پوراحصہلیا، اور اسکےلیے اپنے اپنے سیکریفائسکےلیولپرانہوںنےکام کیا۔</w:t>
      </w:r>
    </w:p>
    <w:p>
      <w:r>
        <w:rPr>
          <w:b/>
        </w:rPr>
        <w:t xml:space="preserve">[39:40] </w:t>
      </w:r>
      <w:r>
        <w:t>to ek hai Hammam bin Munabbeh. Hammam bin Munabbeh, woh Abu Huraira ke hamwatn</w:t>
      </w:r>
    </w:p>
    <w:p>
      <w:pPr>
        <w:jc w:val="right"/>
      </w:pPr>
      <w:r>
        <w:t>تو ایکہے حم امابن من بہ۔ حم ام ابن من بہ ،وہ ابوہریرہکےہموطن</w:t>
      </w:r>
    </w:p>
    <w:p>
      <w:r>
        <w:rPr>
          <w:b/>
        </w:rPr>
        <w:t xml:space="preserve">[39:47] </w:t>
      </w:r>
      <w:r>
        <w:t>the, to isi liye woh Abu Huraira ke khidmat mein hazir hue, aur un se unhon ne bohat bohat kuch hadithon ko seekha. to kehte hain ke 150 hadithain Hazrat Abu Huraira ne in ko imla karai thin, dictate karai thin.</w:t>
      </w:r>
    </w:p>
    <w:p>
      <w:pPr>
        <w:jc w:val="right"/>
      </w:pPr>
      <w:r>
        <w:t>تھے، تو اسیلیےوہ ابوہریرہکے خدم تمیں حاضرہوئے، اور انسےانہوںنے بہت بہت کچھ حدیثوںکوسیکھا۔ تو کہتےہیں کہ1 5 0 حدیثیں حضرت ابوہریرہنےانکو املاکرائیتھیں، ڈکٹیٹکرائیتھیں۔</w:t>
      </w:r>
    </w:p>
    <w:p>
      <w:r>
        <w:rPr>
          <w:b/>
        </w:rPr>
        <w:t xml:space="preserve">[40:02] </w:t>
      </w:r>
      <w:r>
        <w:t>to yeh jo yeh iska yeh jo hai na, Sahifa Hammam bin Munabbeh</w:t>
      </w:r>
    </w:p>
    <w:p>
      <w:pPr>
        <w:jc w:val="right"/>
      </w:pPr>
      <w:r>
        <w:t>تو یہجو یہ اسکویہجوہے نا، صحیفہ حم امابن من ب</w:t>
      </w:r>
    </w:p>
    <w:p>
      <w:r>
        <w:rPr>
          <w:b/>
        </w:rPr>
        <w:t xml:space="preserve">[40:08] </w:t>
      </w:r>
      <w:r>
        <w:t>hai, to yeh jo hai, iski khaas baat yeh hai ke yeh asal Berlin aur Damascus ke kutub khane mein iska manuscript maujood tha.</w:t>
      </w:r>
    </w:p>
    <w:p>
      <w:pPr>
        <w:jc w:val="right"/>
      </w:pPr>
      <w:r>
        <w:t>ہ، تو یہ جوہے، اسکیخاص باتیہہےکہ یہ اصل برلناور دمشقکے کتب خانےمیں اسکا مینوسکرپٹموجود تھا۔</w:t>
      </w:r>
    </w:p>
    <w:p>
      <w:r>
        <w:rPr>
          <w:b/>
        </w:rPr>
        <w:t xml:space="preserve">[40:19] </w:t>
      </w:r>
      <w:r>
        <w:t>to Dr. Muhammad Hamidullah, jo ke bohat, ah, is par unhon ne kaam kiya hai hadith par, to un ko yeh manuscript mila.</w:t>
      </w:r>
    </w:p>
    <w:p>
      <w:pPr>
        <w:jc w:val="right"/>
      </w:pPr>
      <w:r>
        <w:t>تو ڈاکٹر محمد حمید اللہ،جوکہبہت، اہ،اسپر انہوںنےکام کیا ہےحدیثپر ،تو انکو یہ مینوسکرپٹملا۔</w:t>
      </w:r>
    </w:p>
    <w:p>
      <w:r>
        <w:rPr>
          <w:b/>
        </w:rPr>
        <w:t xml:space="preserve">[40:28] </w:t>
      </w:r>
      <w:r>
        <w:t>phir unhon ne yeh hadithain jo hain, Musnad Ahmad mein shamil hain,</w:t>
      </w:r>
    </w:p>
    <w:p>
      <w:pPr>
        <w:jc w:val="right"/>
      </w:pPr>
      <w:r>
        <w:t>پھرانہوں نے یہ حدیثیںجوہیں، مسند احمد میںشامل ہیں،</w:t>
      </w:r>
    </w:p>
    <w:p>
      <w:r>
        <w:rPr>
          <w:b/>
        </w:rPr>
        <w:t xml:space="preserve">[40:33] </w:t>
      </w:r>
      <w:r>
        <w:t>to unhon ne is manuscript se Musnad Ahmad ki hadithon ko milaya, to bilkul exact woh tha. to agar ek cheez aisi sabit ho jaye to is se pata chalta hai ke jo kuch Musnad Ahmad mein aur doosri kitabon mein shamil kiya gaya hai, un logon ke jo sahife, woh bilkul exact sabit shamil kiya</w:t>
      </w:r>
    </w:p>
    <w:p>
      <w:pPr>
        <w:jc w:val="right"/>
      </w:pPr>
      <w:r>
        <w:t>تو انہوںنے اس مینوسکرپٹسے مسند احمد کیحدیثوںکو ملایا، تو بالکل ایزاٹازوہتھا۔ تو اگر ایکچیزایسی ثابتہوجائےتواسسےپتہچلتاہے کہ جو کچھ مس ند احمد میںاور دوس ریکتاب وںمیں شامل کیا گیاہے، انلوگوںکے جو صحیفے،وہ بالکل ایزاٹازثابت شامل کیا</w:t>
      </w:r>
    </w:p>
    <w:p>
      <w:r>
        <w:rPr>
          <w:b/>
        </w:rPr>
        <w:t xml:space="preserve">[40:56] </w:t>
      </w:r>
      <w:r>
        <w:t>kiya gaya hai. kyunke Rasool Allah (SAW) ne kaha tha ke mere ko ke meri baat koi galat naqal karega to isko bohat ziyada gunah milega.</w:t>
      </w:r>
    </w:p>
    <w:p>
      <w:pPr>
        <w:jc w:val="right"/>
      </w:pPr>
      <w:r>
        <w:t>گیاہے۔کیونکہ رسولاللہ صلیاللہعلیہوسلمنےکہاتھاکہمیرے کو کہ میری باتکوئیغلط نقلکرےگا تو اسکوبہت زیادہ گناہملےگا۔</w:t>
      </w:r>
    </w:p>
    <w:p>
      <w:r>
        <w:rPr>
          <w:b/>
        </w:rPr>
        <w:t xml:space="preserve">[41:07] </w:t>
      </w:r>
      <w:r>
        <w:t>to log is mamle mein bohat ziyada hassas the, to is mein kuch bhi ghaltiyan nahi hone dete the. is dar ke mare kai log jo kuch likha hua hota tha, woh jala dete the, kahin koi ghalti na ho jaye.</w:t>
      </w:r>
    </w:p>
    <w:p>
      <w:pPr>
        <w:jc w:val="right"/>
      </w:pPr>
      <w:r>
        <w:t>تو لوگ اس معاملےمیں بہت زیادہ حس اس تھے، تو اسمیں کچھبھی غلطینہیںہونے دیتےتھے۔اس ڈرکےمارےکئیلوگ توجوکچھلکھاہواہوتاتھا،وہجلادیتےتھے، کہیںکوئیغلطینہہوجائے۔</w:t>
      </w:r>
    </w:p>
    <w:p>
      <w:r>
        <w:rPr>
          <w:b/>
        </w:rPr>
        <w:t xml:space="preserve">[41:20] </w:t>
      </w:r>
      <w:r>
        <w:t>to un logon ne bohat ziyada ehtiyat ke sath yeh kaam kiya.</w:t>
      </w:r>
    </w:p>
    <w:p>
      <w:pPr>
        <w:jc w:val="right"/>
      </w:pPr>
      <w:r>
        <w:t>تو انلوگوںنے بہت زیادہ احتیاط کےساتھ یہکام کیا۔</w:t>
      </w:r>
    </w:p>
    <w:p>
      <w:r>
        <w:rPr>
          <w:b/>
        </w:rPr>
        <w:t xml:space="preserve">[41:25] </w:t>
      </w:r>
      <w:r>
        <w:t>to iska koi ahle Quran jo hain, woh justified nahi hain, kyunke in ka matlab yeh hai ke hadith ka jo compilation hai, woh Prophet ke zamane mein nahi hua, baad mein hua.</w:t>
      </w:r>
    </w:p>
    <w:p>
      <w:pPr>
        <w:jc w:val="right"/>
      </w:pPr>
      <w:r>
        <w:t>تو اسکاکوئی اہلقرآنجوہیں،وہ جسٹیفائیڈنہیںہیں،کیونکہ انکا مینیہہےکہ حدیثکاجو کمپائلیشنہے، وہ پرافٹکےزمان ےمیںنہیں ہوا،بعدمیںہوا ۔</w:t>
      </w:r>
    </w:p>
    <w:p>
      <w:r>
        <w:rPr>
          <w:b/>
        </w:rPr>
        <w:t xml:space="preserve">[41:38] </w:t>
      </w:r>
      <w:r>
        <w:t>lekin woh shuru se hi ho raha tha. bas is ki sirf woh farq yeh tha ke pehle hafze mein tha, writing mein kam tha, baad mein sara writing mein, ah, writing mein sab jama kar diya gaya.</w:t>
      </w:r>
    </w:p>
    <w:p>
      <w:pPr>
        <w:jc w:val="right"/>
      </w:pPr>
      <w:r>
        <w:t>لیکن وہ شروع سےہیہورہاتھا۔ بساسکیصرف وہ فرقیہتھا کہ پہلے حافظےمیںتھا،رائٹنگمیںکمتھا، بعد میں سارا رائٹنگمیں، اہ، رائٹنگمیں سب جمع کردیاگیا۔</w:t>
      </w:r>
    </w:p>
    <w:p>
      <w:r>
        <w:rPr>
          <w:b/>
        </w:rPr>
        <w:t xml:space="preserve">[41:52] </w:t>
      </w:r>
      <w:r>
        <w:t>ji</w:t>
      </w:r>
    </w:p>
    <w:p>
      <w:pPr>
        <w:jc w:val="right"/>
      </w:pPr>
      <w:r>
        <w:t>جی</w:t>
      </w:r>
    </w:p>
    <w:p>
      <w:r>
        <w:rPr>
          <w:b/>
        </w:rPr>
        <w:t xml:space="preserve">[41:53] </w:t>
      </w:r>
      <w:r>
        <w:t>apa, halan ke woh aakhir mein sach tha, lekin kuch comments aur ek sawal aaya hai, ah, to main woh padhna chahunga session khatam karne se pehle. aur is ke baad ek ek release bhi hai, ah, to pehle main comments padhna chahunga. yeh bhi bhej hai comment, ah, Hamidullah Khan sahab ne Pakistan se, unhon ne likha hai: "Informative narrated scholarly".</w:t>
      </w:r>
    </w:p>
    <w:p>
      <w:pPr>
        <w:jc w:val="right"/>
      </w:pPr>
      <w:r>
        <w:t>آپا،حالانکہوہآخریکوئسچنتھا،لیکن کچھ کمنٹساور ایکسوال آیاہے، اہ،تو میں وہپڑھناچاہوںگاسیشنختمکرنےسےپہلے۔اور اسکےبعد ایک ایک ریلیزبھیہے، اہ،توپہلےمیںکمنٹسپڑھناچاہوںگا۔یہبھیجاہے کمنٹ، اہ، حم ید اللہخان صاحبنے پاکستانسے ،انہوںنےلکھاہے:"انفارمیٹیو نیریٹڈ سکالرلی"۔</w:t>
      </w:r>
    </w:p>
    <w:p>
      <w:r>
        <w:rPr>
          <w:b/>
        </w:rPr>
        <w:t xml:space="preserve">[42:14] </w:t>
      </w:r>
      <w:r>
        <w:t>ah, Fahim Omar sahab ne likha hai: "Mashallah, you explain everything very well, and I could understand it easily</w:t>
      </w:r>
    </w:p>
    <w:p>
      <w:pPr>
        <w:jc w:val="right"/>
      </w:pPr>
      <w:r>
        <w:t>اہ،فہیمعمر صاحبنےلکھاہے:"ماشاءاللہ،یوایکسپلینایوریتھنگویری ویل، اینڈآئیکڈانڈرسٹینڈاٹایزیلی</w:t>
      </w:r>
    </w:p>
    <w:p>
      <w:r>
        <w:rPr>
          <w:b/>
        </w:rPr>
        <w:t xml:space="preserve">[42:21] </w:t>
      </w:r>
      <w:r>
        <w:t>" ah, Dr. Aslam Khan sahab ne likha hai Saharanpur se: "Dr. Fareeda, you are right, hadith is not a mysterious term, it is only another name of practical and easy explanation of Quranic verses".</w:t>
      </w:r>
    </w:p>
    <w:p>
      <w:pPr>
        <w:jc w:val="right"/>
      </w:pPr>
      <w:r>
        <w:t>"۔ اہ،ڈاکٹراسلمخانصاحبنےلکھاہے سہارنپورسے:"ڈاکٹرفریدہ،یوآررائٹ، حدیثازناٹامسٹیریس ٹرم،اٹازاونلیانادر نیماف پریکٹیکلاینڈایزیایکسپلینیشن اف قرآنک و رسز"۔</w:t>
      </w:r>
    </w:p>
    <w:p>
      <w:r>
        <w:rPr>
          <w:b/>
        </w:rPr>
        <w:t xml:space="preserve">[42:34] </w:t>
      </w:r>
      <w:r>
        <w:t>Muhammad Asif sahab ne Lucknow se likha hai: "Mashallah, aap bohat clear tidde rahi hain hadith ko le kar". Miss Fareeda Kamran ne Pakistan se likha hai: "Jazak Allah for such in depth details and stopic and increasing our n</w:t>
      </w:r>
    </w:p>
    <w:p>
      <w:pPr>
        <w:jc w:val="right"/>
      </w:pPr>
      <w:r>
        <w:t>محمد اصفصاحبنے لکھنؤسےلکھاہے:"ماشاءاللہ،آپابہت کلیر ٹیدےرہیہیں حدیث کو لےکر "۔ مس فریدہ کامراننے پاکستانسےلکھاہے: "جزاک اللہ فار سچانڈیپتھڈیٹیلزاندسٹاپک اینڈ انکریزنگ اور ن</w:t>
      </w:r>
    </w:p>
    <w:p>
      <w:r>
        <w:rPr>
          <w:b/>
        </w:rPr>
        <w:t xml:space="preserve">[42:50] </w:t>
      </w:r>
      <w:r>
        <w:t>owledge, May Allah bless you all". Maulana Iqbal Umar ne Chennai se likha hai: "Mashallah, well said about important things in hadith, Jazak Allah apa".</w:t>
      </w:r>
    </w:p>
    <w:p>
      <w:pPr>
        <w:jc w:val="right"/>
      </w:pPr>
      <w:r>
        <w:t>الج، میاللہ بلیسیو ال "۔ مول انااقبال عمرینے چنئیسےلکھاہے:"ماشاءاللہ، ویلسیڈاباؤٹامپورٹنٹتھنگزانحدیث، جز اک اللہ آپا"۔</w:t>
      </w:r>
    </w:p>
    <w:p>
      <w:r>
        <w:rPr>
          <w:b/>
        </w:rPr>
        <w:t xml:space="preserve">[43:01] </w:t>
      </w:r>
      <w:r>
        <w:t>Faisal Shah sahab ne Pakistan se likha hai: "Great grand super series, apa Mashallah, keep up the great work".</w:t>
      </w:r>
    </w:p>
    <w:p>
      <w:pPr>
        <w:jc w:val="right"/>
      </w:pPr>
      <w:r>
        <w:t>فی صل شاہ صاحبنے پاکستانسےلکھاہے: "گریٹ گرینڈ سپ ر سیریز،آپا ماشاءاللہ،کیپاپ دا گریٹ ورک"۔</w:t>
      </w:r>
    </w:p>
    <w:p>
      <w:r>
        <w:rPr>
          <w:b/>
        </w:rPr>
        <w:t xml:space="preserve">[43:11] </w:t>
      </w:r>
      <w:r>
        <w:t>ah, to thank you to all of you for liking the program. please do keep sending such comments and ques</w:t>
      </w:r>
    </w:p>
    <w:p>
      <w:pPr>
        <w:jc w:val="right"/>
      </w:pPr>
      <w:r>
        <w:t>اہ، تو تھینکیو ٹوالافیوفار لائکنگداپروگرام۔پلیزڈوکیپسینڈنگسچکمنٹساینڈکوئس</w:t>
      </w:r>
    </w:p>
    <w:p>
      <w:r>
        <w:rPr>
          <w:b/>
        </w:rPr>
        <w:t xml:space="preserve">[43:17] </w:t>
      </w:r>
      <w:r>
        <w:t>tions. ah, it gives us ideas and it also encourages us to continue with such series. thank you so much for watching programs regularly.</w:t>
      </w:r>
    </w:p>
    <w:p>
      <w:pPr>
        <w:jc w:val="right"/>
      </w:pPr>
      <w:r>
        <w:t>چنز۔ اہ،اٹ گیوزاس آئیڈیازاینڈاٹالسوانکریجزاس ٹوکنٹینیوودسچسیریز۔تھینکیوسو مچ فار واچنگ پروگرامز ریگولرلی۔</w:t>
      </w:r>
    </w:p>
    <w:p>
      <w:r>
        <w:rPr>
          <w:b/>
        </w:rPr>
        <w:t xml:space="preserve">[43:27] </w:t>
      </w:r>
      <w:r>
        <w:t>apa, yeh sawal hai, yeh subject se bahar hai, lekin phir bhi main lena chahunga. Saifanwar sahab ne likha hai: "ah, unhon ne poocha hai aapse ke Quran mein hai ke tum par jo bhi museebat aati hai, woh tumhare apne hi kaam o ki wajah se."</w:t>
      </w:r>
    </w:p>
    <w:p>
      <w:pPr>
        <w:jc w:val="right"/>
      </w:pPr>
      <w:r>
        <w:t>آپا،یہ سوال ہے،یہسبجیکٹسےباہرہے،لیکنپھربھیمیںلیناچاہوںگا۔سیفانورصاحبنے لکھاہے: "اہ، انہوںنےپوچھاہےآپسےکہ قرآنمیںہےکہتم پر جو بھی مصیبت آتیہے، وہ تمہارے اپنے ہی کام وںکی وجہ سے۔</w:t>
      </w:r>
    </w:p>
    <w:p>
      <w:r>
        <w:rPr>
          <w:b/>
        </w:rPr>
        <w:t xml:space="preserve">[43:43] </w:t>
      </w:r>
      <w:r>
        <w:t>doos ri taraf qism tika aqeedah hai,</w:t>
      </w:r>
    </w:p>
    <w:p>
      <w:pPr>
        <w:jc w:val="right"/>
      </w:pPr>
      <w:r>
        <w:t>دوس ریطرف قسم تکا عقیدہہے،</w:t>
      </w:r>
    </w:p>
    <w:p>
      <w:r>
        <w:rPr>
          <w:b/>
        </w:rPr>
        <w:t xml:space="preserve">[43:46] </w:t>
      </w:r>
      <w:r>
        <w:t>aah, jo hota hai, Allah ne pehle se likh diya hai. to yeh dono baatein bazahir aapas mein contradict nazar aati hain. to iske peeche kya, aah, jawab hai ?</w:t>
      </w:r>
    </w:p>
    <w:p>
      <w:pPr>
        <w:jc w:val="right"/>
      </w:pPr>
      <w:r>
        <w:t>اہ،جو ہوتاہے، اللہ نے پہلے سےہیلکھ دیاہے۔ تویہ دونوںباتیں بظاہر آپسمیں کنٹراڈکٹرینظر آتیہیں۔ تو اس اسکےپیچھےکیا، اہ،جوابہے ؟</w:t>
      </w:r>
    </w:p>
    <w:p>
      <w:r>
        <w:rPr>
          <w:b/>
        </w:rPr>
        <w:t xml:space="preserve">[43:58] </w:t>
      </w:r>
      <w:r>
        <w:t>woh chahte hain ke aap isko wazeh karein. qism is matlab mein nahi hai jaise hum log bolte hain,</w:t>
      </w:r>
    </w:p>
    <w:p>
      <w:pPr>
        <w:jc w:val="right"/>
      </w:pPr>
      <w:r>
        <w:t>وہچاہتےہیںکہآپاسکو واضحکریں۔" قسم ت اس معنیمیںنہیںہےجیسے ہملوگ بول تےہیں،</w:t>
      </w:r>
    </w:p>
    <w:p>
      <w:r>
        <w:rPr>
          <w:b/>
        </w:rPr>
        <w:t xml:space="preserve">[44:07] </w:t>
      </w:r>
      <w:r>
        <w:t>balkeh is matlab mein hai ke Allah ta'ala ne yeh likh diya hai, misaal ke taur par, kaha agar hum mehnat nahi karenge to hum kamyabon ko kamyabi nahi milegi.</w:t>
      </w:r>
    </w:p>
    <w:p>
      <w:pPr>
        <w:jc w:val="right"/>
      </w:pPr>
      <w:r>
        <w:t>بلکہاس معنیمیںہے کہ اللہ تعالینے یہلکھ دیاہے، مثالکےطور پر، کہاگر ہم محنتنہیںکریںگے تو ہم کام وںکوکامیابینہیںملےگی۔</w:t>
      </w:r>
    </w:p>
    <w:p>
      <w:r>
        <w:rPr>
          <w:b/>
        </w:rPr>
        <w:t xml:space="preserve">[44:18] </w:t>
      </w:r>
      <w:r>
        <w:t>yeh qism hai. to yeh jo hai ke jo kuch tum ko museebat pahunchti hai, woh tumhare apne kiye ka hota hai. to yeh jang e ahad ke mauqe par, aah, tha kyunke logon ko yeh ehsas ho gaya tha ke hum bohat taqatwar hain aur kuch galat ho gayi thi wahan par. to iski wajah se tha.</w:t>
      </w:r>
    </w:p>
    <w:p>
      <w:pPr>
        <w:jc w:val="right"/>
      </w:pPr>
      <w:r>
        <w:t>یہ قسم تہے۔ تو یہ جوہے کہ جو کچھ تم کو مصیبت پہنچتیہے،وہتمہارےاپنے کیےکاہوتاہے۔ تویہ جنگ احدکےموقعپر ،اہ،تھاکیونکہلوگوںکو یہ احساسہوگیاتھاکہہمبہت طاقتور ہیںاور کچھغلطیہوگئی تھیوہاںپر ۔تو اسکیوجہ سے تھا۔</w:t>
      </w:r>
    </w:p>
    <w:p>
      <w:r>
        <w:rPr>
          <w:b/>
        </w:rPr>
        <w:t xml:space="preserve">[44:37] </w:t>
      </w:r>
      <w:r>
        <w:t>to hum ko hamesha ab blame do it to ourselves par humein hona chahiye. to ho, hum aksar hamari hi apni ghalti hoti hai, lekin hum isko ignore karte hain aur doosre ko koi doosra koi iske good dhoondte hain.</w:t>
      </w:r>
    </w:p>
    <w:p>
      <w:pPr>
        <w:jc w:val="right"/>
      </w:pPr>
      <w:r>
        <w:t>تو ہمکو ہمیشہ اب بلیم دائیسیلفپر ہمیں ہوناچاہیے۔ تو ہو،ہم اکثرہماریہی اپنی غلطیہوتیہے،لیکن ہماسکو اگنورکرتے ہیںاور دوسرےکو کوئیدوسراکوئیاسکے گڈڈھونڈتےہیں۔</w:t>
      </w:r>
    </w:p>
    <w:p>
      <w:r>
        <w:rPr>
          <w:b/>
        </w:rPr>
        <w:t xml:space="preserve">[44:51] </w:t>
      </w:r>
      <w:r>
        <w:t>to yeh Islami tareeqa nahi hai. qism banne se hi banti hai aur jo Allah ta'ala ne jo usool muqarrar kar diye hain, usi par chalne se hamari qism banti hai aur bigadti hai.</w:t>
      </w:r>
    </w:p>
    <w:p>
      <w:pPr>
        <w:jc w:val="right"/>
      </w:pPr>
      <w:r>
        <w:t>تو یہ اسلامی طریقہنہیں ہے۔ قسم ت بن انےسےہی بنتیہے اور جو اللہ تعالینےجو اصول مقررکردیےہیں،اسیپر چلنےسےہماری قسم ت بنتیہےاوربگڑتیہے۔</w:t>
      </w:r>
    </w:p>
    <w:p>
      <w:r>
        <w:rPr>
          <w:b/>
        </w:rPr>
        <w:t xml:space="preserve">[45:06] </w:t>
      </w:r>
      <w:r>
        <w:t>ji aap a, bastan aur comment padh ke aap session mein khatam karna chahunga kyunke abhi abhi aaye hain. Tariq Badar sahib ne Pakistan se likha hai: "Very informative, it was explained in a very simple way".</w:t>
      </w:r>
    </w:p>
    <w:p>
      <w:pPr>
        <w:jc w:val="right"/>
      </w:pPr>
      <w:r>
        <w:t>جی آپ ا،بستیناورکمنٹپڑھکے آپ کاسیشنمیںختمکرناچاہوںگاکیونکہابھیابھیآئےہیں۔ طارقبدرصاحبنے پاکستانسےلکھاہے:"ویریانفارمیٹیو، اٹوازایکسپلینڈانویری سمپل وے"۔</w:t>
      </w:r>
    </w:p>
    <w:p>
      <w:r>
        <w:rPr>
          <w:b/>
        </w:rPr>
        <w:t xml:space="preserve">[45:19] </w:t>
      </w:r>
      <w:r>
        <w:t>Maulana Abdul Basit Omer ne Gulberg se likha hai: "Masha Allah, hadith ke mauzu par bohat zabardast baatein batai hain". Miss Sadia Sheikh ne duaein bheji hain Pakistan se.</w:t>
      </w:r>
    </w:p>
    <w:p>
      <w:pPr>
        <w:jc w:val="right"/>
      </w:pPr>
      <w:r>
        <w:t>مول اناعبدالب اسطعمرینے گل برگہسےلکھاہے:"ماشاءاللہ، حدیثکے موضوعپر بہت زبردستباتیں بت ائیں"۔ مس سعدیہ شیخنے دعائیںبھیجیہیں پاکستانسے ۔</w:t>
      </w:r>
    </w:p>
    <w:p>
      <w:r>
        <w:rPr>
          <w:b/>
        </w:rPr>
        <w:t xml:space="preserve">[45:32] </w:t>
      </w:r>
      <w:r>
        <w:t>to jazak Allah apa, dekha ke aap ki sab logon ne bohat pasand kiya. aah, thank you so much for doing this session today. and before we end today's session, aah, there is one, aah, launch of new Quran translation.</w:t>
      </w:r>
    </w:p>
    <w:p>
      <w:pPr>
        <w:jc w:val="right"/>
      </w:pPr>
      <w:r>
        <w:t>تو جزاک اللہآپا،دیکھاکہآپ کی سب لوگوںنےبہتپسندکیا۔ اہ،تھینکیوسو مچفار ڈوئنگدسسیشنٹوڈے۔ اینڈ بیفورویاینڈ ٹوڈےسیشن، اہ، دیراز ون ، اہ،لانچ اف نیوقرآنٹرانسلیشن۔</w:t>
      </w:r>
    </w:p>
    <w:p>
      <w:r>
        <w:rPr>
          <w:b/>
        </w:rPr>
        <w:t xml:space="preserve">[45:47] </w:t>
      </w:r>
      <w:r>
        <w:t>aah</w:t>
      </w:r>
    </w:p>
    <w:p>
      <w:pPr>
        <w:jc w:val="right"/>
      </w:pPr>
      <w:r>
        <w:t>اہ</w:t>
      </w:r>
    </w:p>
    <w:p>
      <w:r>
        <w:rPr>
          <w:b/>
        </w:rPr>
        <w:t xml:space="preserve">[45:48] </w:t>
      </w:r>
      <w:r>
        <w:t>, this Quran translation is, aah, in the Swahili, aah, language. and, aah, as you know, the TCP and good books are continuously translating the Quran in different international and national languages.</w:t>
      </w:r>
    </w:p>
    <w:p>
      <w:pPr>
        <w:jc w:val="right"/>
      </w:pPr>
      <w:r>
        <w:t>،دسقرآنٹرانسلیشن از، اہ، اندی سواحلی، اہ،لینگویج۔ اینڈ، اہ، ایزیونو،دی ٹ سی پیایساینڈگڈورڈبکس ار کنٹینی وسلی ٹرانسلیٹنگ دی قرآن ان ڈفرنٹ انٹرنیشنلاینڈنیشنللینگویجز۔</w:t>
      </w:r>
    </w:p>
    <w:p>
      <w:r>
        <w:rPr>
          <w:b/>
        </w:rPr>
        <w:t xml:space="preserve">[46:05] </w:t>
      </w:r>
      <w:r>
        <w:t>aah, it is making the task of conveying the word of God in your home in easy language and contemporary language.</w:t>
      </w:r>
    </w:p>
    <w:p>
      <w:pPr>
        <w:jc w:val="right"/>
      </w:pPr>
      <w:r>
        <w:t>اہ،اٹاز میکنگدا ٹاسکاف کنوےدا ورڈافگاڈ انایوری ہوم ان ایزی لینگویجاینڈکنٹیمپرریلینگویج۔</w:t>
      </w:r>
    </w:p>
    <w:p>
      <w:r>
        <w:rPr>
          <w:b/>
        </w:rPr>
        <w:t xml:space="preserve">[46:14] </w:t>
      </w:r>
      <w:r>
        <w:t>aah, so I will request Dr. Sani Hussain Khan sahib, who was actually spearheading this project, to launch this new translation of the Quran. it is now available for all of you to distribute it.</w:t>
      </w:r>
    </w:p>
    <w:p>
      <w:pPr>
        <w:jc w:val="right"/>
      </w:pPr>
      <w:r>
        <w:t>اہ، سو آئیویلریکویسٹ ڈاکٹر ثانیحس ینخان صاحب، ہوازایکچولیسپیئرہیڈنگدس پروجیکٹ،ٹولانچ دس نیوٹرانسلیشنافداقرآن۔اٹازناواویلیبل فار الافیو ٹو ڈسٹریبیوٹاٹ۔</w:t>
      </w:r>
    </w:p>
    <w:p>
      <w:r>
        <w:rPr>
          <w:b/>
        </w:rPr>
        <w:t xml:space="preserve">[46:35] </w:t>
      </w:r>
      <w:r>
        <w:t>Bismillah Rahman Rahim.</w:t>
      </w:r>
    </w:p>
    <w:p>
      <w:pPr>
        <w:jc w:val="right"/>
      </w:pPr>
      <w:r>
        <w:t>بسماللہ الرحمن الرحیم۔</w:t>
      </w:r>
    </w:p>
    <w:p>
      <w:r>
        <w:rPr>
          <w:b/>
        </w:rPr>
        <w:t xml:space="preserve">[46:38] </w:t>
      </w:r>
      <w:r>
        <w:t>Rabishrahli sadri, wayassirli amri, wahlul uqdatam min lisani, yafqahu qawli. Mujhe behad khushi mehsoos ho rahi hai ke Swahili zaban mein Quran ka translation publish hua hai.</w:t>
      </w:r>
    </w:p>
    <w:p>
      <w:pPr>
        <w:jc w:val="right"/>
      </w:pPr>
      <w:r>
        <w:t>رباشرحلیصدری ،و یسرلیامری ، واحل العقدۃ منلسانی ، یفقہ قولی۔ مجھےبےحد خوشی محسوسہورہیہےکہ سواحلی زبان میں قرآنکاٹرانسلیشن پبلشہواہے۔</w:t>
      </w:r>
    </w:p>
    <w:p>
      <w:r>
        <w:rPr>
          <w:b/>
        </w:rPr>
        <w:t xml:space="preserve">[46:56] </w:t>
      </w:r>
      <w:r>
        <w:t>yeh is translation mein jo zyada aham role ada kiya hai, woh Haroon Shafi sahib ne kiya hai.</w:t>
      </w:r>
    </w:p>
    <w:p>
      <w:pPr>
        <w:jc w:val="right"/>
      </w:pPr>
      <w:r>
        <w:t>یہ اس ٹرانسلیشنمیں جو زیادہ اہم رول اداکیاہے،وہ ہارونشیخصاحبنےکیاہے۔</w:t>
      </w:r>
    </w:p>
    <w:p>
      <w:r>
        <w:rPr>
          <w:b/>
        </w:rPr>
        <w:t xml:space="preserve">[47:06] </w:t>
      </w:r>
      <w:r>
        <w:t>Unhon ne wahan contact kiya Kenya mein, aur ek sahib jinka naam hai Janbe Omari, Janbe, yeh waise rehte hain England mein lekin hain Kenya ke. To unhon ne yeh translate translate kiya, aur Swahili zaban jo hai,</w:t>
      </w:r>
    </w:p>
    <w:p>
      <w:pPr>
        <w:jc w:val="right"/>
      </w:pPr>
      <w:r>
        <w:t>انہوںنےوہاں کانٹیکٹکیا کینیامیں، اور ایک صاحب جنکانام ہے جن بے عم ری،جنبے، یہ ویسےرہتےہیں انگل ینڈمیںلیکن ہیں کینیاکے ۔توانہوںنےیہٹرانسلیٹ ٹرانسلیٹکیا، اور سواحلیزبان جوہے،</w:t>
      </w:r>
    </w:p>
    <w:p>
      <w:r>
        <w:rPr>
          <w:b/>
        </w:rPr>
        <w:t xml:space="preserve">[47:30] </w:t>
      </w:r>
      <w:r>
        <w:t>yeh word sahil se bani hai. sahil yani coast,</w:t>
      </w:r>
    </w:p>
    <w:p>
      <w:pPr>
        <w:jc w:val="right"/>
      </w:pPr>
      <w:r>
        <w:t>یہ ورڈ ساحلسےبنی ہے۔ ساحلیعنی کوسٹ،</w:t>
      </w:r>
    </w:p>
    <w:p>
      <w:r>
        <w:rPr>
          <w:b/>
        </w:rPr>
        <w:t xml:space="preserve">[47:34] </w:t>
      </w:r>
      <w:r>
        <w:t>sahil ka plural hai sawahil, aur sawahil se bani yeh Swahili yani of coasts, of the coasts yani sahil pe boli jaane wali zaban.</w:t>
      </w:r>
    </w:p>
    <w:p>
      <w:pPr>
        <w:jc w:val="right"/>
      </w:pPr>
      <w:r>
        <w:t>ساحل کا پلورلہے سواحل ، اور سواحلسےبنگیا یہ سواحلی یعنی اف کوسٹس، اف داکوسٹس یعنی ساحلپہبولیجانےوالی زبان ۔</w:t>
      </w:r>
    </w:p>
    <w:p>
      <w:r>
        <w:rPr>
          <w:b/>
        </w:rPr>
        <w:t xml:space="preserve">[47:49] </w:t>
      </w:r>
      <w:r>
        <w:t>to yeh jo Africa ke eastern coast hai, is pe bohat sari countries hain jahan yeh zaban boli jaati hai, jaise Tanzania, Kenya, Uganda</w:t>
      </w:r>
    </w:p>
    <w:p>
      <w:pPr>
        <w:jc w:val="right"/>
      </w:pPr>
      <w:r>
        <w:t>تو یہجو افریقہکے کے ایسٹرنکوسٹہے، اسپہبہت ساری کنٹریزہیںجہاںیہزبان بولیجاتیہے، جیسے تنزانیا، کینیا ، یوگنڈ</w:t>
      </w:r>
    </w:p>
    <w:p>
      <w:r>
        <w:rPr>
          <w:b/>
        </w:rPr>
        <w:t xml:space="preserve">[48:00] </w:t>
      </w:r>
      <w:r>
        <w:t>a. Kenya ki to yeh national language hai, Uganda ki official language hai. Mozambique, Rwanda, Congo, Burundi, Madagascar, Zanzibar.</w:t>
      </w:r>
    </w:p>
    <w:p>
      <w:pPr>
        <w:jc w:val="right"/>
      </w:pPr>
      <w:r>
        <w:t>ا۔ کینیاکیتویہ نیشنللینگویجہے، یوگنڈاکیافیشللینگویجہے۔ موزامبیک، روانڈا، کان گو ، برونڈی، میڈاگاسکر ، زینزیبار ۔</w:t>
      </w:r>
    </w:p>
    <w:p>
      <w:r>
        <w:rPr>
          <w:b/>
        </w:rPr>
        <w:t xml:space="preserve">[48:13] </w:t>
      </w:r>
      <w:r>
        <w:t>Oman mein bhi kuch log, aah, Swahili language jaante hain. Iski wajah yeh hai ke Oman was part of Zanzibar at one point of time.</w:t>
      </w:r>
    </w:p>
    <w:p>
      <w:pPr>
        <w:jc w:val="right"/>
      </w:pPr>
      <w:r>
        <w:t>عمان میںبھی کچھلوگ، اہ، سواحلیلینگویججانتےہیں۔ اسکیوجہ یہہےکہ عمان وازپارٹاف زینزیبار ایٹونپوائنٹافٹائم۔</w:t>
      </w:r>
    </w:p>
    <w:p>
      <w:r>
        <w:rPr>
          <w:b/>
        </w:rPr>
        <w:t xml:space="preserve">[48:25] </w:t>
      </w:r>
      <w:r>
        <w:t>to wahan bhi, aah, Swahili language bhi log</w:t>
      </w:r>
    </w:p>
    <w:p>
      <w:pPr>
        <w:jc w:val="right"/>
      </w:pPr>
      <w:r>
        <w:t>تووہاںبھی، اہ، سواحلی لینگویجبھیلوگ</w:t>
      </w:r>
    </w:p>
    <w:p>
      <w:r>
        <w:rPr>
          <w:b/>
        </w:rPr>
        <w:t xml:space="preserve">[48:29] </w:t>
      </w:r>
      <w:r>
        <w:t>jaante hain. To bohat sari countries hain jahan, aah, as a second language, kyunke Africa mein zyada tar, aah, jo countries hain, wahan do teen languages hoti hain.</w:t>
      </w:r>
    </w:p>
    <w:p>
      <w:pPr>
        <w:jc w:val="right"/>
      </w:pPr>
      <w:r>
        <w:t>جانتےہیں۔توبہتساریکنٹریزہیں جہاں، اہ، ایزا ےسیکنڈلینگویج، چونکہافریقہمیںزیادہ تر، اہ،جو کنٹریزہیں،وہاں دو تینلینگویجزہوتیہیں۔</w:t>
      </w:r>
    </w:p>
    <w:p>
      <w:r>
        <w:rPr>
          <w:b/>
        </w:rPr>
        <w:t xml:space="preserve">[48:42] </w:t>
      </w:r>
      <w:r>
        <w:t>a arbi aamtaur se woh log jante hain, aur jo inki local language hai. to swahili bari aham zuban hai afreeqa ki, ah, aur, ah , kehte hain ke do million log bolte hain, aur bohat hi aham zuban hai. is mein</w:t>
      </w:r>
    </w:p>
    <w:p>
      <w:pPr>
        <w:jc w:val="right"/>
      </w:pPr>
      <w:r>
        <w:t>ع ربی عامطورسےوہلوگجانتےہیں، اور جو انکیلوکللینگویجہے۔ تو سواحلیبڑیاہم زبان ہے افریقہکی، اہ،اور، اہ ،کہتےہیںکہدو سوملینلوگ بول تےہیں، اور بہت ہیاہم زبان ہے۔اسمیں</w:t>
      </w:r>
    </w:p>
    <w:p>
      <w:r>
        <w:rPr>
          <w:b/>
        </w:rPr>
        <w:t xml:space="preserve">[48:58] </w:t>
      </w:r>
      <w:r>
        <w:t>kafi dawat ka kaam wahan hua hai, christians ne bhi kiya hai, mission ka kaam, aur muslims ne bhi kiya hai, aur is mein bohat arabi ke alfaaz bhi hain.</w:t>
      </w:r>
    </w:p>
    <w:p>
      <w:pPr>
        <w:jc w:val="right"/>
      </w:pPr>
      <w:r>
        <w:t>کافی دعوتیکام وہاںہواہے، کرسچنزنےبھیکیاہے، مشنریکام،اور مسلمزنےبھیکیاہے، اور اسمیںبہت عربیکےالفاظبھیہیں۔</w:t>
      </w:r>
    </w:p>
    <w:p>
      <w:r>
        <w:rPr>
          <w:b/>
        </w:rPr>
        <w:t xml:space="preserve">[49:08] </w:t>
      </w:r>
      <w:r>
        <w:t>balkay do script hain, aik arabi ki script se bhi likhi jati hai, aur roman script se bhi likhi jati hai.</w:t>
      </w:r>
    </w:p>
    <w:p>
      <w:pPr>
        <w:jc w:val="right"/>
      </w:pPr>
      <w:r>
        <w:t>بلکہ دو سکرپٹہیں، ایک عربی کیسکرپٹسےبھیلکھیجاتیہے،اور رومنسکرپٹسےبھی لکھیجاتیہے۔</w:t>
      </w:r>
    </w:p>
    <w:p>
      <w:r>
        <w:rPr>
          <w:b/>
        </w:rPr>
        <w:t xml:space="preserve">[49:16] </w:t>
      </w:r>
      <w:r>
        <w:t>to, ah, ah , inshallah umeed hai ke yeh quran ka translation, ah, jo ke molana ka english translation, ah, se hua hai, bohat hi, ah, kar aamad sabit hoga, aur inshallah jaldi yeh quran wahan pohnchega.</w:t>
      </w:r>
    </w:p>
    <w:p>
      <w:pPr>
        <w:jc w:val="right"/>
      </w:pPr>
      <w:r>
        <w:t>تو، اہ، اہ ،انشاءاللہ امید ہےکہ یہ قرآنکاٹرانسلیشن، اہ،جوکہمول اناکے انگل ش ٹرانسلیشن، اہ،سے ہوا ہے، بہت ہی، اہ، کار آمدثابتہوگا، اور انشاءاللہجلدیہقرآنوہاںپہنچےگا۔</w:t>
      </w:r>
    </w:p>
    <w:p>
      <w:r>
        <w:rPr>
          <w:b/>
        </w:rPr>
        <w:t xml:space="preserve">[49:36] </w:t>
      </w:r>
      <w:r>
        <w:t>aur kafi log wahan aisay hain jo interested hain ke is ko phailayen wahan. to Allah ne chaha to is se kafi achay nataij niklein</w:t>
      </w:r>
    </w:p>
    <w:p>
      <w:pPr>
        <w:jc w:val="right"/>
      </w:pPr>
      <w:r>
        <w:t>اور کافیلوگ وہاں ایسےہیںجو انٹرسٹڈہیںکہاسکو پھیلائیںوہاں۔ تو اللہ نےچاہاتواسسے کافیاچھے نتائج نکلیں</w:t>
      </w:r>
    </w:p>
    <w:p>
      <w:r>
        <w:rPr>
          <w:b/>
        </w:rPr>
        <w:t xml:space="preserve">[49:48] </w:t>
      </w:r>
      <w:r>
        <w:t>ge. Allah taala in sab logon ko jaza e khair de jinhon ne is mein hissa liya translation mein , aur jo log is ki distribution mein hissa le rahay hain.</w:t>
      </w:r>
    </w:p>
    <w:p>
      <w:pPr>
        <w:jc w:val="right"/>
      </w:pPr>
      <w:r>
        <w:t>گے۔اللہ تعالی انسبلوگوںکوجز ائےخیردے جنہوںنےاسمیں حصہلیا ٹرانسلیشنمیں ، اور جو لوگ اس کی ڈسٹریبیوشنمیںحصہلےرہےہیں۔</w:t>
      </w:r>
    </w:p>
    <w:p>
      <w:r>
        <w:rPr>
          <w:b/>
        </w:rPr>
        <w:t xml:space="preserve">[49:57] </w:t>
      </w:r>
      <w:r>
        <w:t>wa akhir da'wana an alhamdu lillahi rabbil alameen. aameen, jazaak Allah doctor sahib. to yeh ab kon sa number translation ho gaya ? ah, mere khayal se ab 40 ke aas paas pohanch raha hai. 40 ke aas paas inshallah kuch aur translations abhi hue hain recently. ji, jo ke turkey mein</w:t>
      </w:r>
    </w:p>
    <w:p>
      <w:pPr>
        <w:jc w:val="right"/>
      </w:pPr>
      <w:r>
        <w:t>واخر دعواناانالحمدللہربالعالم ین۔ آمین،جزاک اللہڈاکٹرصاحب۔تویہ ابکونسا نمبر ٹرانسلیشنہوگیا ؟ اہ،میرےخیالسے اب 40کےاسپاسپہنچرہےہیں۔40کےاسپاسما شاءاللہ کچھاورٹرانسلیشنز ابھیہوئےہیںریسنٹلی۔جی، جو کہ ٹرکیمیں</w:t>
      </w:r>
    </w:p>
    <w:p>
      <w:r>
        <w:rPr>
          <w:b/>
        </w:rPr>
        <w:t xml:space="preserve">[50:16] </w:t>
      </w:r>
      <w:r>
        <w:t>chhpe hain, jaisay bosnian hai, romanian hai, aur czech republic hai, aur aik naya translation polish ka hai.</w:t>
      </w:r>
    </w:p>
    <w:p>
      <w:pPr>
        <w:jc w:val="right"/>
      </w:pPr>
      <w:r>
        <w:t>چھپےہیں، جیسےبوزنینہے، روم ینینہے، اور چیکریپبلکہے، اور ایک نیاٹرانسلیشن پولشکاہے۔</w:t>
      </w:r>
    </w:p>
    <w:p>
      <w:r>
        <w:rPr>
          <w:b/>
        </w:rPr>
        <w:t xml:space="preserve">[50:26] </w:t>
      </w:r>
      <w:r>
        <w:t>pehlay doosra hota tha, aisay paanch chhay naye translations hue hain. ji, jab bhi copies ayein gi. ji, jab ayein gi to inshallah is ke baray mein bhi zikr karein ge. Allah taala qabool kare aur asaniyan de.</w:t>
      </w:r>
    </w:p>
    <w:p>
      <w:pPr>
        <w:jc w:val="right"/>
      </w:pPr>
      <w:r>
        <w:t>پہلے دوسراہوتاتھا،ایسے پانچچھنئےٹرانسلیشنزہوئےہیں۔ جی،جوابھیکاپیزآئیںنہیں۔جی، جبآئیںگےتوانشاءاللہ اسکےبارےمیںبھیذکرکریںگے۔اللہتعالیقبولکرےاور آسانیدے۔</w:t>
      </w:r>
    </w:p>
    <w:p>
      <w:r>
        <w:rPr>
          <w:b/>
        </w:rPr>
        <w:t xml:space="preserve">[50:36] </w:t>
      </w:r>
      <w:r>
        <w:t>aameen, jazaak Allah. ah, so that's, we will end today's session. we will be back next sunday at 10:30 am. thank you</w:t>
      </w:r>
    </w:p>
    <w:p>
      <w:pPr>
        <w:jc w:val="right"/>
      </w:pPr>
      <w:r>
        <w:t>آمین،جزاک اللہ۔ آہ،سو وددس، ویویلاینڈٹوڈےسیشن۔ویبی بیکنیکسٹسنڈےایٹ10:30 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