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Understanding The Quran 31 Dec 2016 - Maulana Wahiduddin Khan</w:t>
      </w:r>
    </w:p>
    <w:p>
      <w:r>
        <w:t>https://www.youtube.com/watch?v=61Nza5VQut8</w:t>
      </w:r>
    </w:p>
    <w:p>
      <w:r>
        <w:rPr>
          <w:b/>
        </w:rPr>
        <w:t xml:space="preserve">[00:13] </w:t>
      </w:r>
      <w:r>
        <w:t>bismillah rahman rahim, wa salla Allahu ala nabiyil karim.</w:t>
      </w:r>
    </w:p>
    <w:p>
      <w:pPr>
        <w:jc w:val="right"/>
      </w:pPr>
      <w:r>
        <w:t>بسم اللہ الرحمن الرحیم، وصلی اللہ علی نبی الکریم۔</w:t>
      </w:r>
    </w:p>
    <w:p>
      <w:r>
        <w:rPr>
          <w:b/>
        </w:rPr>
        <w:t xml:space="preserve">[00:22]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[00:35] </w:t>
      </w:r>
      <w:r>
        <w:t>aap jante hain ke saturday ki class english mein hoti hai, lekin aaj maine apne sathiyon se permission liya hai ke main aaj urdu boloon,</w:t>
      </w:r>
    </w:p>
    <w:p>
      <w:pPr>
        <w:jc w:val="right"/>
      </w:pPr>
      <w:r>
        <w:t>آپ جانتے ہیں کہ سیٹرڈے کی کلاس انگلش میں ہوتی ہے، لیکن آج میں نے اپنے ساتھیوں سے پرمیشن لیا ہے کہ میں آج اردو بولوں،</w:t>
      </w:r>
    </w:p>
    <w:p>
      <w:r>
        <w:rPr>
          <w:b/>
        </w:rPr>
        <w:t xml:space="preserve">[00:50] </w:t>
      </w:r>
      <w:r>
        <w:t>aur aap sab log is ko repeat karenge english mein.</w:t>
      </w:r>
    </w:p>
    <w:p>
      <w:pPr>
        <w:jc w:val="right"/>
      </w:pPr>
      <w:r>
        <w:t>اور آپ سب لوگ اس کو ریپیٹ کریں گے انگلش میں۔</w:t>
      </w:r>
    </w:p>
    <w:p>
      <w:r>
        <w:rPr>
          <w:b/>
        </w:rPr>
        <w:t xml:space="preserve">[00:57] </w:t>
      </w:r>
      <w:r>
        <w:t>kal aisa hua ke kuch ulma hamare paas aaye, yani ulma un ko kehte hain jo</w:t>
      </w:r>
    </w:p>
    <w:p>
      <w:pPr>
        <w:jc w:val="right"/>
      </w:pPr>
      <w:r>
        <w:t>کل ایسا ہوا کہ کچھ علماء ہمارے پاس آئے، یعنی علماء ان کو کہتے ہیں جو</w:t>
      </w:r>
    </w:p>
    <w:p>
      <w:r>
        <w:rPr>
          <w:b/>
        </w:rPr>
        <w:t xml:space="preserve">[01:08] </w:t>
      </w:r>
      <w:r>
        <w:t>madarse ka product hon, to zahir hai ke woh arabi jante the, quran padha tha unhon ne, hadith padha tha unhon ne, aur senior the woh.</w:t>
      </w:r>
    </w:p>
    <w:p>
      <w:pPr>
        <w:jc w:val="right"/>
      </w:pPr>
      <w:r>
        <w:t>مدرسے کا پروڈکٹ ہوں، تو ظاہر ہے کہ وہ عربی جانتے تھے، قرآن پڑھا تھا انہوں نے، حدیث پڑھا تھا انہوں نے، اور سینئر تھے وہ۔</w:t>
      </w:r>
    </w:p>
    <w:p>
      <w:r>
        <w:rPr>
          <w:b/>
        </w:rPr>
        <w:t xml:space="preserve">[01:23] </w:t>
      </w:r>
      <w:r>
        <w:t>to</w:t>
      </w:r>
    </w:p>
    <w:p>
      <w:pPr>
        <w:jc w:val="right"/>
      </w:pPr>
      <w:r>
        <w:t>تو</w:t>
      </w:r>
    </w:p>
    <w:p>
      <w:r>
        <w:rPr>
          <w:b/>
        </w:rPr>
        <w:t xml:space="preserve">[01:24] </w:t>
      </w:r>
      <w:r>
        <w:t>maine un se poocha ke "What is the creation plan of God?"</w:t>
      </w:r>
    </w:p>
    <w:p>
      <w:pPr>
        <w:jc w:val="right"/>
      </w:pPr>
      <w:r>
        <w:t>میں نے ان سے پوچھا کہ "What is the creation plan of God?"</w:t>
      </w:r>
    </w:p>
    <w:p>
      <w:r>
        <w:rPr>
          <w:b/>
        </w:rPr>
        <w:t xml:space="preserve">[01:33] </w:t>
      </w:r>
      <w:r>
        <w:t>un mein se koi bhi koi proper jawab nahi de saka.</w:t>
      </w:r>
    </w:p>
    <w:p>
      <w:pPr>
        <w:jc w:val="right"/>
      </w:pPr>
      <w:r>
        <w:t>ان میں سے کوئی بھی کوئی پراپر جواب نہیں دے سکا۔</w:t>
      </w:r>
    </w:p>
    <w:p>
      <w:r>
        <w:rPr>
          <w:b/>
        </w:rPr>
        <w:t xml:space="preserve">[01:40] </w:t>
      </w:r>
      <w:r>
        <w:t>to maine socha ke aise hi mere sath bar bar hua hai. bahut se log jo arabi jante the, jinhon ne quran ko padha tha, un se maine yeh sawal kiya ke "What is the creation plan of God?"</w:t>
      </w:r>
    </w:p>
    <w:p>
      <w:pPr>
        <w:jc w:val="right"/>
      </w:pPr>
      <w:r>
        <w:t>تو میں نے سوچا کہ ایسے ہی میرے ساتھ بار بار ہوا ہے۔ بہت سے لوگ جو عربی جانتے تھے، جنہوں نے قرآن کو پڑھا تھا، ان سے میں نے یہ سوال کیا کہ "What is the creation plan of God?"</w:t>
      </w:r>
    </w:p>
    <w:p>
      <w:r>
        <w:rPr>
          <w:b/>
        </w:rPr>
        <w:t xml:space="preserve">[01:57] </w:t>
      </w:r>
      <w:r>
        <w:t>yani "As described in the Quran." yani quran mein jo bataya gaya hai, us ke mutabiq Allah rab-ul-alameen ka</w:t>
      </w:r>
    </w:p>
    <w:p>
      <w:pPr>
        <w:jc w:val="right"/>
      </w:pPr>
      <w:r>
        <w:t>یعنی "As described in the Quran." یعنی قرآن میں جو بتایا گیا ہے، اس کے مطابق اللہ رب العالمین کا</w:t>
      </w:r>
    </w:p>
    <w:p>
      <w:r>
        <w:rPr>
          <w:b/>
        </w:rPr>
        <w:t xml:space="preserve">[02:10] </w:t>
      </w:r>
      <w:r>
        <w:t>creation plan kya hai?</w:t>
      </w:r>
    </w:p>
    <w:p>
      <w:pPr>
        <w:jc w:val="right"/>
      </w:pPr>
      <w:r>
        <w:t>کریشن پلان کیا ہے؟</w:t>
      </w:r>
    </w:p>
    <w:p>
      <w:r>
        <w:rPr>
          <w:b/>
        </w:rPr>
        <w:t xml:space="preserve">[02:15] </w:t>
      </w:r>
      <w:r>
        <w:t>to jahan tak mujhe yaad hai, koi bhi alam is ka jawab nahi de saka.</w:t>
      </w:r>
    </w:p>
    <w:p>
      <w:pPr>
        <w:jc w:val="right"/>
      </w:pPr>
      <w:r>
        <w:t>تو جہاں تک مجھے یاد ہے، کوئی بھی عالم اس کا جواب نہیں دے سکا۔</w:t>
      </w:r>
    </w:p>
    <w:p>
      <w:r>
        <w:rPr>
          <w:b/>
        </w:rPr>
        <w:t xml:space="preserve">[02:23] </w:t>
      </w:r>
      <w:r>
        <w:t>to bas sochta raha ke aakhir yeh log quran padhte hain, arabi jante hain,</w:t>
      </w:r>
    </w:p>
    <w:p>
      <w:pPr>
        <w:jc w:val="right"/>
      </w:pPr>
      <w:r>
        <w:t>تو بس سوچتا رہا کہ آخر یہ لوگ قرآن پڑھتے ہیں، عربی جانتے ہیں،</w:t>
      </w:r>
    </w:p>
    <w:p>
      <w:r>
        <w:rPr>
          <w:b/>
        </w:rPr>
        <w:t xml:space="preserve">[02:33] </w:t>
      </w:r>
      <w:r>
        <w:t>kya wajah hai ke woh is ka koi jawab un ke paas nahi hota?</w:t>
      </w:r>
    </w:p>
    <w:p>
      <w:pPr>
        <w:jc w:val="right"/>
      </w:pPr>
      <w:r>
        <w:t>کیا وجہ ہے کہ وہ اس کا کوئی جواب ان کے پاس نہیں ہوتا؟</w:t>
      </w:r>
    </w:p>
    <w:p>
      <w:r>
        <w:rPr>
          <w:b/>
        </w:rPr>
        <w:t xml:space="preserve">[02:40] </w:t>
      </w:r>
      <w:r>
        <w:t>to mein ne yeh samjha ke yeh log parhte hain quran apne mindset ke aitbar se, god ke mindset ke aitbar se nahin.</w:t>
      </w:r>
    </w:p>
    <w:p>
      <w:pPr>
        <w:jc w:val="right"/>
      </w:pPr>
      <w:r>
        <w:t>تو میں نے یہ سمجھا کہ یہ لوگ پڑھتے ہیں قرآن اپنے مائنڈ سیٹ کے اعتبار سے، گاڈ کے مائنڈ سیٹ کے اعتبار سے نہیں۔</w:t>
      </w:r>
    </w:p>
    <w:p>
      <w:r>
        <w:rPr>
          <w:b/>
        </w:rPr>
        <w:t xml:space="preserve">[02:54] </w:t>
      </w:r>
      <w:r>
        <w:t>to mujhe ek waqia yaad aaya, america ka ek aadmi tha jis ka naam tha howard fast, jo 88 saal ki umar mein</w:t>
      </w:r>
    </w:p>
    <w:p>
      <w:pPr>
        <w:jc w:val="right"/>
      </w:pPr>
      <w:r>
        <w:t>تو مجھے ایک واقعہ یاد آیا، امریکہ کا ایک آدمی تھا جس کا نام تھا ہاورڈ فاسٹ، جو 88 سال کی عمر میں</w:t>
      </w:r>
    </w:p>
    <w:p>
      <w:r>
        <w:rPr>
          <w:b/>
        </w:rPr>
        <w:t xml:space="preserve">[03:08] </w:t>
      </w:r>
      <w:r>
        <w:t>2003 mein mar gaya.</w:t>
      </w:r>
    </w:p>
    <w:p>
      <w:pPr>
        <w:jc w:val="right"/>
      </w:pPr>
      <w:r>
        <w:t>2003 میں مر گیا۔</w:t>
      </w:r>
    </w:p>
    <w:p>
      <w:r>
        <w:rPr>
          <w:b/>
        </w:rPr>
        <w:t xml:space="preserve">[03:16] </w:t>
      </w:r>
      <w:r>
        <w:t>to jab mein new york gaya tha to woh wahan maujood thay, mein chahta tha, chahta tha un se milna, magar kisi wajah se appointment nahin mil saka.</w:t>
      </w:r>
    </w:p>
    <w:p>
      <w:pPr>
        <w:jc w:val="right"/>
      </w:pPr>
      <w:r>
        <w:t>تو جب میں نیویارک گیا تھا تو وہ وہاں موجود تھے، میں چاہتا تھا، چاہتا تھا ان سے ملنا، مگر کسی وجہ سے اپوائنٹمنٹ نہیں مل سکا۔</w:t>
      </w:r>
    </w:p>
    <w:p>
      <w:r>
        <w:rPr>
          <w:b/>
        </w:rPr>
        <w:t xml:space="preserve">[03:27] </w:t>
      </w:r>
      <w:r>
        <w:t>to yeh aadmi jo hai,</w:t>
      </w:r>
    </w:p>
    <w:p>
      <w:pPr>
        <w:jc w:val="right"/>
      </w:pPr>
      <w:r>
        <w:t>تو یہ آدمی جو ہے،</w:t>
      </w:r>
    </w:p>
    <w:p>
      <w:r>
        <w:rPr>
          <w:b/>
        </w:rPr>
        <w:t xml:space="preserve">[03:34] </w:t>
      </w:r>
      <w:r>
        <w:t>communist ho gaya tha, yani he was born in america, but in the later years he became communist, aur woh communist raha hai yahan tak ke 1956 mein jab krushchev ne inkeshaf kiya ke is channel ke zamane mein jo zulm hua tha us ka,</w:t>
      </w:r>
    </w:p>
    <w:p>
      <w:pPr>
        <w:jc w:val="right"/>
      </w:pPr>
      <w:r>
        <w:t>کمیونسٹ ہو گیا تھا، یعنی he was born in America, but in the later years he became کمیونسٹ، اور وہ کمیونسٹ رہا ہے یہاں تک کہ 1956 میں جب کروشیف نے انکشاف کیا کہ اس چینل کے زمانے میں جو ظلم ہوا تھا اس کا،</w:t>
      </w:r>
    </w:p>
    <w:p>
      <w:r>
        <w:rPr>
          <w:b/>
        </w:rPr>
        <w:t xml:space="preserve">[04:00] </w:t>
      </w:r>
      <w:r>
        <w:t>to woh us ne chhod diya communist party ko.</w:t>
      </w:r>
    </w:p>
    <w:p>
      <w:pPr>
        <w:jc w:val="right"/>
      </w:pPr>
      <w:r>
        <w:t>تو وہ اس نے چھوڑ دیا کمیونسٹ پارٹی کو۔</w:t>
      </w:r>
    </w:p>
    <w:p>
      <w:r>
        <w:rPr>
          <w:b/>
        </w:rPr>
        <w:t xml:space="preserve">[04:07] </w:t>
      </w:r>
      <w:r>
        <w:t>us waqt us ne ek interview mein kaha tha, mujhe yaad hai ke mein communist apne hi mindset ke aitbar se bana hoon.</w:t>
      </w:r>
    </w:p>
    <w:p>
      <w:pPr>
        <w:jc w:val="right"/>
      </w:pPr>
      <w:r>
        <w:t>اس وقت اس نے ایک انٹرویو میں کہا تھا، مجھے یاد ہے کہ میں کمیونسٹ اپنے ہی مائنڈ سیٹ کے اعتبار سے بنا ہوں۔</w:t>
      </w:r>
    </w:p>
    <w:p>
      <w:r>
        <w:rPr>
          <w:b/>
        </w:rPr>
        <w:t xml:space="preserve">[04:22] </w:t>
      </w:r>
      <w:r>
        <w:t>yeh bahut hi anokha statement tha us ka jo mein ne padha tha us zamane mein, 1956 ke zamane baad, ke mein apne hi mindset ke aitbar se communist bana hoon.</w:t>
      </w:r>
    </w:p>
    <w:p>
      <w:pPr>
        <w:jc w:val="right"/>
      </w:pPr>
      <w:r>
        <w:t>یہ بہت ہی انوکھا سٹیٹمنٹ تھا اس کا جو میں نے پڑھا تھا اس زمانے میں، 1956 کے زمانے بعد، کہ میں اپنے ہی مائنڈ سیٹ کے اعتبار سے کمیونسٹ بنا ہوں۔</w:t>
      </w:r>
    </w:p>
    <w:p>
      <w:r>
        <w:rPr>
          <w:b/>
        </w:rPr>
        <w:t xml:space="preserve">[04:41] </w:t>
      </w:r>
      <w:r>
        <w:t>to is ka matlab yeh hai ke woh communist jo hai, jo jo marx ne jo explain kiya tha, ya engels ne kiya tha, ya lenin ne kiya tha, us sense mein woh communist nahin bana tha.</w:t>
      </w:r>
    </w:p>
    <w:p>
      <w:pPr>
        <w:jc w:val="right"/>
      </w:pPr>
      <w:r>
        <w:t>تو اس کا مطلب یہ ہے کہ وہ کمیونسٹ جو ہے، جو جو مارس نے جو ایکسپلین کیا تھا، یا اینجلس نے کیا تھا، یا لینن نے کیا تھا، اس سینس میں وہ کمیونسٹ نہیں بنا تھا۔</w:t>
      </w:r>
    </w:p>
    <w:p>
      <w:r>
        <w:rPr>
          <w:b/>
        </w:rPr>
        <w:t xml:space="preserve">[04:55] </w:t>
      </w:r>
      <w:r>
        <w:t>marx ka mindset aur tha, aur howard fast ka mindset aur tha.</w:t>
      </w:r>
    </w:p>
    <w:p>
      <w:pPr>
        <w:jc w:val="right"/>
      </w:pPr>
      <w:r>
        <w:t>مارس کا مائنڈ سیٹ اور تھا، اور ہاورڈ فاسٹ کا مائنڈ سیٹ اور تھا۔</w:t>
      </w:r>
    </w:p>
    <w:p>
      <w:r>
        <w:rPr>
          <w:b/>
        </w:rPr>
        <w:t xml:space="preserve">[05:03] </w:t>
      </w:r>
      <w:r>
        <w:t>matlab marx ne communist ko samjha tha, yani woh law of universe ke mutabiq, law of history ke mutabiq.</w:t>
      </w:r>
    </w:p>
    <w:p>
      <w:pPr>
        <w:jc w:val="right"/>
      </w:pPr>
      <w:r>
        <w:t>مطلب مارس نے کمیونسٹ کو سمجھا تھا، یعنی وہ لا آف یونیورس کے مطابق، لا آف ہسٹری کے مطابق۔</w:t>
      </w:r>
    </w:p>
    <w:p>
      <w:r>
        <w:rPr>
          <w:b/>
        </w:rPr>
        <w:t xml:space="preserve">[05:18] </w:t>
      </w:r>
      <w:r>
        <w:t>yani marx ka kehna tha ke us ne jis cheez ko daryaft kiya hai, woh historical process ka aakhri culmination hai.</w:t>
      </w:r>
    </w:p>
    <w:p>
      <w:pPr>
        <w:jc w:val="right"/>
      </w:pPr>
      <w:r>
        <w:t>یعنی مارس کا کہنا تھا کہ اس نے جس چیز کو دریافت کیا ہے، وہ ہسٹوریکل پروسیس کا آخری کلمنیشن ہے۔</w:t>
      </w:r>
    </w:p>
    <w:p>
      <w:r>
        <w:rPr>
          <w:b/>
        </w:rPr>
        <w:t xml:space="preserve">[05:30] </w:t>
      </w:r>
      <w:r>
        <w:t>us ka jo marxism hai, woh historical process ka culmination hai. is ko explain kiya tha engels ne.</w:t>
      </w:r>
    </w:p>
    <w:p>
      <w:pPr>
        <w:jc w:val="right"/>
      </w:pPr>
      <w:r>
        <w:t>اس کا جو مارکسزم ہے، وہ ہسٹوریکل پروسیس کا کلمنیشن ہے۔ اس کو ایکسپلین کیا تھا اینجلس نے۔</w:t>
      </w:r>
    </w:p>
    <w:p>
      <w:r>
        <w:rPr>
          <w:b/>
        </w:rPr>
        <w:t xml:space="preserve">[05:40] </w:t>
      </w:r>
      <w:r>
        <w:t>to howard fast ne is ko historical powers ke maani mein nahin liya, balkeh woh ethical maani mein liya. woh aadmi moralist tha ke howard fast jo tha, woh moralist tha, yani akhlaqi akhlaqiyat ko maanne wala aadmi hai.</w:t>
      </w:r>
    </w:p>
    <w:p>
      <w:pPr>
        <w:jc w:val="right"/>
      </w:pPr>
      <w:r>
        <w:t>تو ہاورڈ فاسٹ نے اس کو ہسٹوریکل پاورز کے معنی میں نہیں لیا، بلکہ وہ ایتھیکل معنی میں لیا۔ وہ آدمی مورلسٹ تھا کہ ہاورڈ فاسٹ جو تھا، وہ مورلسٹ تھا، یعنی اخلاقی اخلاقیات کو ماننے والا آدمی ہے۔</w:t>
      </w:r>
    </w:p>
    <w:p>
      <w:r>
        <w:rPr>
          <w:b/>
        </w:rPr>
        <w:t xml:space="preserve">[06:02] </w:t>
      </w:r>
      <w:r>
        <w:t>to woh akhlaqi maani mein liya us ne, jabke marx ne is ko samjha tha tareekhi maani mein.</w:t>
      </w:r>
    </w:p>
    <w:p>
      <w:pPr>
        <w:jc w:val="right"/>
      </w:pPr>
      <w:r>
        <w:t>تو وہ اخلاقی معنی میں لیا اس نے، جبکہ مارس نے اس کو سمجھا تھا تاریخی معنی میں۔</w:t>
      </w:r>
    </w:p>
    <w:p>
      <w:r>
        <w:rPr>
          <w:b/>
        </w:rPr>
        <w:t xml:space="preserve">[06:14] </w:t>
      </w:r>
      <w:r>
        <w:t>marx ne jo communism pesh kiya tha, woh tha historical maani mein, aur howard fast ne jo liya, woh tha akhlaqi maani mein.</w:t>
      </w:r>
    </w:p>
    <w:p>
      <w:pPr>
        <w:jc w:val="right"/>
      </w:pPr>
      <w:r>
        <w:t>مارس نے جو کمیونزم پیش کیا تھا، وہ تھا ہسٹوریکل معنی میں، اور ہاورڈ فاسٹ نے جو لیا، وہ تھا اخلاقی معنی میں۔</w:t>
      </w:r>
    </w:p>
    <w:p>
      <w:r>
        <w:rPr>
          <w:b/>
        </w:rPr>
        <w:t xml:space="preserve">[06:26] </w:t>
      </w:r>
      <w:r>
        <w:t>yeh baat meri samajh mein aayi, ek kal baat khuli mere upar ke saare hi ulma jo arabi jante hain, achhi arabi jante hain, kya wajah hai ke woh quran ko samajh nahin paate is ke?</w:t>
      </w:r>
    </w:p>
    <w:p>
      <w:pPr>
        <w:jc w:val="right"/>
      </w:pPr>
      <w:r>
        <w:t>یہ بات میری سمجھ میں آئی، ایک کل بات کھلی میرے اوپر کہ سارے ہی علماء جو عربی جانتے ہیں، اچھی عربی جانتے ہیں، کیا وجہ ہے کہ وہ قرآن کو سمجھ نہیں پاتے اس کے؟</w:t>
      </w:r>
    </w:p>
    <w:p>
      <w:r>
        <w:rPr>
          <w:b/>
        </w:rPr>
        <w:t xml:space="preserve">[06:45] </w:t>
      </w:r>
      <w:r>
        <w:t>aur yeh mein jo keh raha hoon, yeh khud hadith mein maujood hai. hadith mein hai ke la yubqa min al quran illa rasmooh</w:t>
      </w:r>
    </w:p>
    <w:p>
      <w:pPr>
        <w:jc w:val="right"/>
      </w:pPr>
      <w:r>
        <w:t>اور یہ میں جو کہہ رہا ہوں، یہ خود حدیث میں موجود ہے۔ حدیث میں ہے کہ لا یبقى من القرآن الا رسمہ</w:t>
      </w:r>
    </w:p>
    <w:p>
      <w:r>
        <w:rPr>
          <w:b/>
        </w:rPr>
        <w:t xml:space="preserve">[06:58] </w:t>
      </w:r>
      <w:r>
        <w:t>yeh mein jo keh raha hoon, yeh hadith mein maujood hai la yubqa min al quran illa rasmooh yani quran mein sirf is ka script waqe rahe ga.</w:t>
      </w:r>
    </w:p>
    <w:p>
      <w:pPr>
        <w:jc w:val="right"/>
      </w:pPr>
      <w:r>
        <w:t>یہ میں جو کہہ رہا ہوں، یہ حدیث میں موجود ہے لا یبقى من القرآن الا رسمہ یعنی قرآن میں صرف اس کا اسکرپٹ واقع رہے گا۔</w:t>
      </w:r>
    </w:p>
    <w:p>
      <w:r>
        <w:rPr>
          <w:b/>
        </w:rPr>
        <w:t xml:space="preserve">[07:10] </w:t>
      </w:r>
      <w:r>
        <w:t>script yani kaghaz pe likha rahe ga, kaghaz pe likha hoga, lekin koi matlab nahin jaane ga is ka.</w:t>
      </w:r>
    </w:p>
    <w:p>
      <w:pPr>
        <w:jc w:val="right"/>
      </w:pPr>
      <w:r>
        <w:t>اسکرپٹ یعنی کاغذ پہ لکھا رہے گا، کاغذ پہ لکھا ہوگا، لیکن کوئی مطلب نہیں جانے گا اس کا۔</w:t>
      </w:r>
    </w:p>
    <w:p>
      <w:r>
        <w:rPr>
          <w:b/>
        </w:rPr>
        <w:t xml:space="preserve">[07:22] </w:t>
      </w:r>
      <w:r>
        <w:t>to yeh arabi daanon ke lehaz se hai yeh, aur arbon ke lehaz se yeh hadith jo hai, arbon ke lehaz se hai. sab se pehle yaad rakhiye, yeh hadith jo hai, sab se pehle arbon ke lehaz se hai,</w:t>
      </w:r>
    </w:p>
    <w:p>
      <w:pPr>
        <w:jc w:val="right"/>
      </w:pPr>
      <w:r>
        <w:t>تو یہ عربی دانوں کے لحاظ سے ہے یہ، اور عربوں کے لحاظ سے یہ حدیث جو ہے، عربوں کے لحاظ سے ہے۔ سب سے پہلے یاد رکھیے، یہ حدیث جو ہے، سب سے پہلے عربوں کے لحاظ سے ہے،</w:t>
      </w:r>
    </w:p>
    <w:p>
      <w:r>
        <w:rPr>
          <w:b/>
        </w:rPr>
        <w:t xml:space="preserve">[07:36] </w:t>
      </w:r>
      <w:r>
        <w:t>indian ke lehaz se nahin hai.</w:t>
      </w:r>
    </w:p>
    <w:p>
      <w:pPr>
        <w:jc w:val="right"/>
      </w:pPr>
      <w:r>
        <w:t>انڈین کے لحاظ سے نہیں ہے۔</w:t>
      </w:r>
    </w:p>
    <w:p>
      <w:r>
        <w:rPr>
          <w:b/>
        </w:rPr>
        <w:t xml:space="preserve">[07:41] </w:t>
      </w:r>
      <w:r>
        <w:t>la yubqa min al quran illa rasmooh quran sirf baqi rahe ga apne script ke aitbar se, yani arab log bhi nahin samjhenge is ko, padhenge is ko.</w:t>
      </w:r>
    </w:p>
    <w:p>
      <w:pPr>
        <w:jc w:val="right"/>
      </w:pPr>
      <w:r>
        <w:t>لا یبقى من القرآن الا رسمہ قرآن صرف باقی رہے گا اپنے اسکرپٹ کے اعتبار سے، یعنی عرب لوگ بھی نہیں سمجھیں گے اس کو، پڑھیں گے اس کو۔</w:t>
      </w:r>
    </w:p>
    <w:p>
      <w:r>
        <w:rPr>
          <w:b/>
        </w:rPr>
        <w:t xml:space="preserve">[07:57] </w:t>
      </w:r>
      <w:r>
        <w:t>is ki wajah hai ke arab aur non arab dono hi. par aisa zamana aane wala hai jab ke woh apne mindset ke aitbar se quran ko padhenge.</w:t>
      </w:r>
    </w:p>
    <w:p>
      <w:pPr>
        <w:jc w:val="right"/>
      </w:pPr>
      <w:r>
        <w:t>اس کی وجہ ہے کہ عرب اور نان عرب دونوں ہی۔ پر ایسا زمانہ آنے والا ہے جب کہ وہ اپنے مائنڈ سیٹ کے اعتبار سے قرآن کو پڑھیں گے۔</w:t>
      </w:r>
    </w:p>
    <w:p>
      <w:r>
        <w:rPr>
          <w:b/>
        </w:rPr>
        <w:t xml:space="preserve">[08:06] </w:t>
      </w:r>
      <w:r>
        <w:t>misalan dekhiye, arbon ka mind set kya hai? jihadi mind set. jis arab se baat kijiye, uska jihadi mind set.</w:t>
      </w:r>
    </w:p>
    <w:p>
      <w:pPr>
        <w:jc w:val="right"/>
      </w:pPr>
      <w:r>
        <w:t>مثلاً دیکھیے، عربوں کا مائنڈ سیٹ کیا ہے؟ جہادی مائنڈ سیٹ۔ جس عرب سے بات کیجیے، اس کا جہادی مائنڈ سیٹ۔</w:t>
      </w:r>
    </w:p>
    <w:p>
      <w:r>
        <w:rPr>
          <w:b/>
        </w:rPr>
        <w:t xml:space="preserve">[08:16] </w:t>
      </w:r>
      <w:r>
        <w:t>bhai, israel sab se buri cheez hai, america is adool islam ka qom wahid hai, is ke lehaz se woh quran ko parhte hain.</w:t>
      </w:r>
    </w:p>
    <w:p>
      <w:pPr>
        <w:jc w:val="right"/>
      </w:pPr>
      <w:r>
        <w:t>بھئی، اسرائیل سب سے بری چیز ہے، امریکہ اس عدول اسلام کا قوم واحد ہے، اس کے لحاظ سے وہ قرآن کو پڑھتے ہیں۔</w:t>
      </w:r>
    </w:p>
    <w:p>
      <w:r>
        <w:rPr>
          <w:b/>
        </w:rPr>
        <w:t xml:space="preserve">[08:27] </w:t>
      </w:r>
      <w:r>
        <w:t>arbon ka mizaj yeh hai ke sari dunya hamari dushman hai, sari dunya isi liye support karti hai israel ko.</w:t>
      </w:r>
    </w:p>
    <w:p>
      <w:pPr>
        <w:jc w:val="right"/>
      </w:pPr>
      <w:r>
        <w:t>عربوں کا مزاج یہ ہے کہ ساری دنیا ہماری دشمن ہے، ساری دنیا اسی لیے سپورٹ کرتی ہے اسرائیل کو۔</w:t>
      </w:r>
    </w:p>
    <w:p>
      <w:r>
        <w:rPr>
          <w:b/>
        </w:rPr>
        <w:t xml:space="preserve">[08:36] </w:t>
      </w:r>
      <w:r>
        <w:t>yeh un ka mind set hai. is mind set ke lehaz se woh quran ko parhte hain. h a non arab hain, un ka bhi yahi mind set hai.</w:t>
      </w:r>
    </w:p>
    <w:p>
      <w:pPr>
        <w:jc w:val="right"/>
      </w:pPr>
      <w:r>
        <w:t>یہ ان کا مائنڈ سیٹ ہے۔ اس مائنڈ سیٹ کے لحاظ سے وہ قرآن کو پڑھتے ہیں۔ ایچ اے نان عرب ہیں، ان کا بھی یہی مائنڈ سیٹ ہے۔</w:t>
      </w:r>
    </w:p>
    <w:p>
      <w:r>
        <w:rPr>
          <w:b/>
        </w:rPr>
        <w:t xml:space="preserve">[08:47] </w:t>
      </w:r>
      <w:r>
        <w:t>woh samajhte hain ke hum hum dushmanon se ghare hue hain, hamare khilaf conspiracy ho rahi hai.</w:t>
      </w:r>
    </w:p>
    <w:p>
      <w:pPr>
        <w:jc w:val="right"/>
      </w:pPr>
      <w:r>
        <w:t>وہ سمجھتے ہیں کہ ہم ہم دشمنوں سے گھرے ہوئے ہیں، ہمارے خلاف کانسپریسی ہو رہی ہے۔</w:t>
      </w:r>
    </w:p>
    <w:p>
      <w:r>
        <w:rPr>
          <w:b/>
        </w:rPr>
        <w:t xml:space="preserve">[08:56] </w:t>
      </w:r>
      <w:r>
        <w:t>is yeh mind set hai in ka. isi mind set ko le kar woh parhte hain quran ko. toh chahe kitne zyada arabi jante hon, woh arabi ke kitne mahir hon, woh kuch nahi samjhenge.</w:t>
      </w:r>
    </w:p>
    <w:p>
      <w:pPr>
        <w:jc w:val="right"/>
      </w:pPr>
      <w:r>
        <w:t>اس یہ مائنڈ سیٹ ہے ان کا۔ اسی مائنڈ سیٹ کو لے کر وہ پڑھتے ہیں قرآن کو۔ تو چاہے کتنے زیادہ عربی جانتے ہوں، وہ عربی کے کتنے ماہر ہوں، وہ کچھ نہیں سمجھیں گے۔</w:t>
      </w:r>
    </w:p>
    <w:p>
      <w:r>
        <w:rPr>
          <w:b/>
        </w:rPr>
        <w:t xml:space="preserve">[09:08] </w:t>
      </w:r>
      <w:r>
        <w:t>misalan dekhiye, deoband ke ulama jo the, sab acha arabi janne wale the, khoob acha jante the arabi zaban ko. lekin deoband ke ulama ne sab se bara fitna samjha angrez ko,</w:t>
      </w:r>
    </w:p>
    <w:p>
      <w:pPr>
        <w:jc w:val="right"/>
      </w:pPr>
      <w:r>
        <w:t>مثلاً دیکھیے، دیوبند کے علماء جو تھے، سب اچھا عربی جاننے والے تھے، خوب اچھا جانتے تھے عربی زبان کو۔ لیکن دیوبند کے علماء نے سب سے بڑا فتنہ سمجھا انگریز کو،</w:t>
      </w:r>
    </w:p>
    <w:p>
      <w:r>
        <w:rPr>
          <w:b/>
        </w:rPr>
        <w:t xml:space="preserve">[09:24] </w:t>
      </w:r>
      <w:r>
        <w:t>aur sab angrez dushman ban gaye.</w:t>
      </w:r>
    </w:p>
    <w:p>
      <w:pPr>
        <w:jc w:val="right"/>
      </w:pPr>
      <w:r>
        <w:t>اور سب انگریز دشمن بن گئے۔</w:t>
      </w:r>
    </w:p>
    <w:p>
      <w:r>
        <w:rPr>
          <w:b/>
        </w:rPr>
        <w:t xml:space="preserve">[09:27] </w:t>
      </w:r>
      <w:r>
        <w:t>yahan tak ke ulama kehte the is zamane mein ke main angrez ka munh nahi dekhna chahta. ab ghor kijiye, sultan ne abujahal ka munh dekha, abujahal ka munh dekha.</w:t>
      </w:r>
    </w:p>
    <w:p>
      <w:pPr>
        <w:jc w:val="right"/>
      </w:pPr>
      <w:r>
        <w:t>یہاں تک کہ علماء کہتے تھے اس زمانے میں کہ میں انگریز کا منہ نہیں دیکھنا چاہتا۔ اب غور کیجیے، سلطان نے ابوجہل کا منہ دیکھا، ابوجہل کا منہ دیکھا۔</w:t>
      </w:r>
    </w:p>
    <w:p>
      <w:r>
        <w:rPr>
          <w:b/>
        </w:rPr>
        <w:t xml:space="preserve">[09:40] </w:t>
      </w:r>
      <w:r>
        <w:t>toh yeh yeh kaun? in ko yeh kaun sa deen mila tha in ko ke angrez ka munh nahi dekhna tha? in ko hazrat musa ne firoun ka munh dekha. yeh koi deen toh hai nahi, yeh in ka apna mind set hai.</w:t>
      </w:r>
    </w:p>
    <w:p>
      <w:pPr>
        <w:jc w:val="right"/>
      </w:pPr>
      <w:r>
        <w:t>تو یہ یہ کون؟ ان کو یہ کون سا دین ملا تھا ان کو کہ انگریز کا منہ نہیں دیکھنا تھا؟ ان کو حضرت موسیٰ نے فرعون کا منہ دیکھا۔ یہ کوئی دین تو ہے نہیں، یہ ان کا اپنا مائنڈ سیٹ ہے۔</w:t>
      </w:r>
    </w:p>
    <w:p>
      <w:r>
        <w:rPr>
          <w:b/>
        </w:rPr>
        <w:t xml:space="preserve">[09:55] </w:t>
      </w:r>
      <w:r>
        <w:t>toh isi wajah se sare arab ladai chhede hue hain israel se, aur sare non arab dushman samjhe hue hain america ko.</w:t>
      </w:r>
    </w:p>
    <w:p>
      <w:pPr>
        <w:jc w:val="right"/>
      </w:pPr>
      <w:r>
        <w:t>تو اسی وجہ سے سارے عرب لڑائی چھڑے ہوئے ہیں اسرائیل سے، اور سارے نان عرب دشمن سمجھے ہوئے ہیں امریکہ کو۔</w:t>
      </w:r>
    </w:p>
    <w:p>
      <w:r>
        <w:rPr>
          <w:b/>
        </w:rPr>
        <w:t xml:space="preserve">[10:10] </w:t>
      </w:r>
      <w:r>
        <w:t>toh yeh baat meri samajh mein aayi ke kya wajah hai ke madarison ke parhe hue log bhi quran ko nahi samajhte? aap kisi bhi alam se poochein ke quran ke mutabiq khuda ka creation plan kya hai?</w:t>
      </w:r>
    </w:p>
    <w:p>
      <w:pPr>
        <w:jc w:val="right"/>
      </w:pPr>
      <w:r>
        <w:t>تو یہ بات میری سمجھ میں آئی کہ کیا وجہ ہے کہ مدرسوں کے پڑھے ہوئے لوگ بھی قرآن کو نہیں سمجھتے؟ آپ کسی بھی عالم سے پوچھیں کہ قرآن کے مطابق خدا کا کریشن پلان کیا ہے؟</w:t>
      </w:r>
    </w:p>
    <w:p>
      <w:r>
        <w:rPr>
          <w:b/>
        </w:rPr>
        <w:t xml:space="preserve">[10:29] </w:t>
      </w:r>
      <w:r>
        <w:t>kisi bhi alam se poochein, woh kuch yaqeen ke sath kuch nahi bata payega, kyun ke us ne khuda ke mind set se quran ko parha hi nahi, us ne parha hai apne zaati mind set se.</w:t>
      </w:r>
    </w:p>
    <w:p>
      <w:pPr>
        <w:jc w:val="right"/>
      </w:pPr>
      <w:r>
        <w:t>کسی بھی عالم سے پوچھیں، وہ کچھ یقین کے ساتھ کچھ نہیں بتا پائے گا، کیونکہ اس نے خدا کے مائنڈ سیٹ سے قرآن کو پڑھا ہی نہیں، اس نے پڑھا ہے اپنے ذاتی مائنڈ سیٹ سے۔</w:t>
      </w:r>
    </w:p>
    <w:p>
      <w:r>
        <w:rPr>
          <w:b/>
        </w:rPr>
        <w:t xml:space="preserve">[10:47] </w:t>
      </w:r>
      <w:r>
        <w:t>phir yeh sochte hue mera mind trigger hua, toh ek aur bari baat samajh mein aayi. woh baat yeh hai ke quran ki ek ayat hai surah fussilat mein, yani surah number 41,</w:t>
      </w:r>
    </w:p>
    <w:p>
      <w:pPr>
        <w:jc w:val="right"/>
      </w:pPr>
      <w:r>
        <w:t>پھر یہ سوچتے ہوئے میرا مائنڈ ٹریگر ہوا، تو ایک اور بڑی بات سمجھ میں آئی۔ وہ بات یہ ہے کہ قرآن کی ایک آیت ہے سورہ فصلت میں، یعنی سورہ نمبر 41،</w:t>
      </w:r>
    </w:p>
    <w:p>
      <w:r>
        <w:rPr>
          <w:b/>
        </w:rPr>
        <w:t xml:space="preserve">[11:06] </w:t>
      </w:r>
      <w:r>
        <w:t>chapter 41 mein ek ayat hai ke innal lazina qalu rabbunallahu thumma istakamu tatanazzalu alaihimul malaikatu allahu khawfu allahu nahnu awliyaakum fiddunya wa fil akhirati.</w:t>
      </w:r>
    </w:p>
    <w:p>
      <w:pPr>
        <w:jc w:val="right"/>
      </w:pPr>
      <w:r>
        <w:t>چیپٹر 41 میں ایک آیت ہے کہ إن الذين قالوا ربنا الله ثم استقاموا تتنزل علیہم الملائکہ اللہ تعالیٰ خوف اللہ تعالیٰ نحن اولیاء کو فی الدنیا اور فی الآخرت۔</w:t>
      </w:r>
    </w:p>
    <w:p>
      <w:r>
        <w:rPr>
          <w:b/>
        </w:rPr>
        <w:t xml:space="preserve">[11:26] </w:t>
      </w:r>
      <w:r>
        <w:t>jo insan allah par iman laye aur is par is par qaim ho jaye, qaim hone ke mani hain ke koi kisi influence, koi aur influence ko woh na laye.</w:t>
      </w:r>
    </w:p>
    <w:p>
      <w:pPr>
        <w:jc w:val="right"/>
      </w:pPr>
      <w:r>
        <w:t>جو انسان اللہ پر ایمان لائے اور اس پر اس پر قائم ہو جائے، قائم ہونے کے معنی ہیں کہ کوئی کسی انفلوئنس، کوئی اور انفلوئنس کو وہ نہ لے۔</w:t>
      </w:r>
    </w:p>
    <w:p>
      <w:r>
        <w:rPr>
          <w:b/>
        </w:rPr>
        <w:t xml:space="preserve">[11:44] </w:t>
      </w:r>
      <w:r>
        <w:t>yeh jo qaim ho jaye, mustaqeem jo lafz hai, qaim ho jaye ke mani hain ke jo influence aayenge, jo conditioning ke mawaqe aayenge, is se woh apne ko unaffected rahe, rakhe.</w:t>
      </w:r>
    </w:p>
    <w:p>
      <w:pPr>
        <w:jc w:val="right"/>
      </w:pPr>
      <w:r>
        <w:t>یہ جو قائم ہو جائے، مستقام جو لفظ ہے، قائم ہو جائے کے معنی ہیں کہ جو انفلوئنس آئیں گے، جو کنڈیشننگ کے مواقع آئیں گے، اس سے وہ اپنے کو ان ایفیکٹڈ رہے، رکھے۔</w:t>
      </w:r>
    </w:p>
    <w:p>
      <w:r>
        <w:rPr>
          <w:b/>
        </w:rPr>
        <w:t xml:space="preserve">[11:59] </w:t>
      </w:r>
      <w:r>
        <w:t>is se woh apne ko unaffected rakhe, woh affect na ho, kisi bhi asar ko qabool na kare.</w:t>
      </w:r>
    </w:p>
    <w:p>
      <w:pPr>
        <w:jc w:val="right"/>
      </w:pPr>
      <w:r>
        <w:t>اس سے وہ اپنے کو ان ایفیکٹڈ رکھے، وہ ایفیکٹ نہ ہو، کسی بھی اثر کو قبول نہ کرے۔</w:t>
      </w:r>
    </w:p>
    <w:p>
      <w:r>
        <w:rPr>
          <w:b/>
        </w:rPr>
        <w:t xml:space="preserve">[12:07] </w:t>
      </w:r>
      <w:r>
        <w:t>urdu mein kahunga ke woh ghair mutasir zehn ke sath jiye dunya mein. toh kya hoga? is par farishte utarte hain.</w:t>
      </w:r>
    </w:p>
    <w:p>
      <w:pPr>
        <w:jc w:val="right"/>
      </w:pPr>
      <w:r>
        <w:t>اردو میں کہوں گا کہ وہ غیر متاثر ذہن کے ساتھ جیے دنیا میں۔ تو کیا ہوگا؟ اس پر فرشتے اترتے ہیں۔</w:t>
      </w:r>
    </w:p>
    <w:p>
      <w:r>
        <w:rPr>
          <w:b/>
        </w:rPr>
        <w:t xml:space="preserve">[12:18] </w:t>
      </w:r>
      <w:r>
        <w:t>tatanazzalu ke mani ho gaye ke barabar farishte utarte hain. yeh bohat ajeeb baat hai. tatanazzalu ke mani hote hain ke barabar farishte utarte rehte hain, bachpan se le kar maut tak.</w:t>
      </w:r>
    </w:p>
    <w:p>
      <w:pPr>
        <w:jc w:val="right"/>
      </w:pPr>
      <w:r>
        <w:t>تتنزل کے معنی ہو گئے کہ برابر فرشتے اترتے ہیں۔ یہ بہت عجیب بات ہے۔ تتنزل کے معنی ہوتے ہیں کہ برابر فرشتے اترتے رہتے ہیں، بچپن سے لے کر موت تک۔</w:t>
      </w:r>
    </w:p>
    <w:p>
      <w:r>
        <w:rPr>
          <w:b/>
        </w:rPr>
        <w:t xml:space="preserve">[12:31] </w:t>
      </w:r>
      <w:r>
        <w:t>yeh bohat ajeeb ayat hai. tatanazzalu ek hi farishta nahi, farishte utarte rehte hain. aur woh kya kehte hain un se?</w:t>
      </w:r>
    </w:p>
    <w:p>
      <w:pPr>
        <w:jc w:val="right"/>
      </w:pPr>
      <w:r>
        <w:t>یہ بہت عجیب آیت ہے۔ تتنزل ایک ہی فرشتہ نہیں، فرشتے اترتے رہتے ہیں۔ اور وہ کیا کہتے ہیں ان سے؟</w:t>
      </w:r>
    </w:p>
    <w:p>
      <w:r>
        <w:rPr>
          <w:b/>
        </w:rPr>
        <w:t xml:space="preserve">[12:43] </w:t>
      </w:r>
      <w:r>
        <w:t>ke hum tumhare saathi hain dunya mein bhi aur akhirat mein bhi.</w:t>
      </w:r>
    </w:p>
    <w:p>
      <w:pPr>
        <w:jc w:val="right"/>
      </w:pPr>
      <w:r>
        <w:t>کہ ہم تمہارے ساتھی ہیں دنیا میں بھی اور آخرت میں بھی۔</w:t>
      </w:r>
    </w:p>
    <w:p>
      <w:r>
        <w:rPr>
          <w:b/>
        </w:rPr>
        <w:t xml:space="preserve">[12:49] </w:t>
      </w:r>
      <w:r>
        <w:t>hum tumhare saathi hain dunya mein bhi aur akhirat mein bhi.</w:t>
      </w:r>
    </w:p>
    <w:p>
      <w:pPr>
        <w:jc w:val="right"/>
      </w:pPr>
      <w:r>
        <w:t>ہم تمہارے ساتھی ہیں دنیا میں بھی اور آخرت میں بھی۔</w:t>
      </w:r>
    </w:p>
    <w:p>
      <w:r>
        <w:rPr>
          <w:b/>
        </w:rPr>
        <w:t xml:space="preserve">[12:57] </w:t>
      </w:r>
      <w:r>
        <w:t>is ka matlab yeh hai ke quran ko samajhne ke liye muallim farishta aap ko chahiye. yani quran ko samajhna is waqt mumkin hai aap ke liye jab ke aap ka jo saathi hai,</w:t>
      </w:r>
    </w:p>
    <w:p>
      <w:pPr>
        <w:jc w:val="right"/>
      </w:pPr>
      <w:r>
        <w:t>اس کا مطلب یہ ہے کہ قرآن کو سمجھنے کے لیے معلم فرشتہ آپ کو چاہیے۔ یعنی قرآن کو سمجھنا اس وقت ممکن ہے آپ کے لیے جب کہ آپ کا جو ساتھی ہے،</w:t>
      </w:r>
    </w:p>
    <w:p>
      <w:r>
        <w:rPr>
          <w:b/>
        </w:rPr>
        <w:t xml:space="preserve">[13:13] </w:t>
      </w:r>
      <w:r>
        <w:t>angels, woh aap ka muallim ban jaye, aap ka teacher ban jaye, aap ka ustad ban jaye. tab aap samajh payenge quran ko.</w:t>
      </w:r>
    </w:p>
    <w:p>
      <w:pPr>
        <w:jc w:val="right"/>
      </w:pPr>
      <w:r>
        <w:t>اینجلس، وہ آپ کا معلم بن جائے، آپ کا ٹیچر بن جائے، آپ کا استاد بن جائے۔ تب آپ سمجھ پائیں گے قرآن کو۔</w:t>
      </w:r>
    </w:p>
    <w:p>
      <w:r>
        <w:rPr>
          <w:b/>
        </w:rPr>
        <w:t xml:space="preserve">[13:27] </w:t>
      </w:r>
      <w:r>
        <w:t>kyunke duniya mein saathi hone ka matlab kya hai? yaani farishta kehta hai ke main tumhara saathi hoon duniya ki zindagi mein. is ka matlab kya hai?</w:t>
      </w:r>
    </w:p>
    <w:p>
      <w:pPr>
        <w:jc w:val="right"/>
      </w:pPr>
      <w:r>
        <w:t>کیونکہ دنیا میں ساتھی ہونے کا مطلب کیا ہے؟ یعنی فرشتہ کہتا ہے کہ میں تمہارا ساتھی ہوں دنیا کی زندگی میں۔ اس کا مطلب کیا ہے؟</w:t>
      </w:r>
    </w:p>
    <w:p>
      <w:r>
        <w:rPr>
          <w:b/>
        </w:rPr>
        <w:t xml:space="preserve">[13:36] </w:t>
      </w:r>
      <w:r>
        <w:t>sab se pehle to yahi hai ke deen ko samajhne mein logon ko bhatkne nahi doonga.</w:t>
      </w:r>
    </w:p>
    <w:p>
      <w:pPr>
        <w:jc w:val="right"/>
      </w:pPr>
      <w:r>
        <w:t>سب سے پہلے تو یہی ہے کہ دین کو سمجھنے میں لوگوں کو بھٹکنے نہیں دوں گا۔</w:t>
      </w:r>
    </w:p>
    <w:p>
      <w:r>
        <w:rPr>
          <w:b/>
        </w:rPr>
        <w:t xml:space="preserve">[13:43] </w:t>
      </w:r>
      <w:r>
        <w:t>is ko achhe se samjhein aap ke farishta jab yeh kehta hai quran ke mutabiq imaan ke baad aap se ke main tumhara duniya mein saathi hoon,</w:t>
      </w:r>
    </w:p>
    <w:p>
      <w:pPr>
        <w:jc w:val="right"/>
      </w:pPr>
      <w:r>
        <w:t>اس کو اچھے سے سمجھیں آپ کہ فرشتہ جب یہ کہتا ہے قرآن کے مطابق ایمان کے بعد آپ سے کہ میں تمہارا دنیا میں ساتھی ہوں،</w:t>
      </w:r>
    </w:p>
    <w:p>
      <w:r>
        <w:rPr>
          <w:b/>
        </w:rPr>
        <w:t xml:space="preserve">[13:58] </w:t>
      </w:r>
      <w:r>
        <w:t>nan awliya ko filhaal duniya, duniya ki zindagi mein mein tumhara saathi hoon, to saath dene ka saatvan item kya hoga?</w:t>
      </w:r>
    </w:p>
    <w:p>
      <w:pPr>
        <w:jc w:val="right"/>
      </w:pPr>
      <w:r>
        <w:t>نن اولیاء کو فی الحال دنیا، دنیا کی زندگی میں میں تمہارا ساتھی ہوں، تو ساتھ دینے کا ساتواں آئٹم کیا ہوگا؟</w:t>
      </w:r>
    </w:p>
    <w:p>
      <w:r>
        <w:rPr>
          <w:b/>
        </w:rPr>
        <w:t xml:space="preserve">[14:08] </w:t>
      </w:r>
      <w:r>
        <w:t>deen ko samajhna, Allah ke creation plan ko samajhna,</w:t>
      </w:r>
    </w:p>
    <w:p>
      <w:pPr>
        <w:jc w:val="right"/>
      </w:pPr>
      <w:r>
        <w:t>دین کو سمجھنا، اللہ کے کریشن پلان کو سمجھنا،</w:t>
      </w:r>
    </w:p>
    <w:p>
      <w:r>
        <w:rPr>
          <w:b/>
        </w:rPr>
        <w:t xml:space="preserve">[14:16] </w:t>
      </w:r>
      <w:r>
        <w:t>quran ko samajhna. yahi to yahi to yeh starting point hai.</w:t>
      </w:r>
    </w:p>
    <w:p>
      <w:pPr>
        <w:jc w:val="right"/>
      </w:pPr>
      <w:r>
        <w:t>قرآن کو سمجھنا۔ یہی تو یہی تو یہ سٹارٹنگ پوائنٹ ہے۔</w:t>
      </w:r>
    </w:p>
    <w:p>
      <w:r>
        <w:rPr>
          <w:b/>
        </w:rPr>
        <w:t xml:space="preserve">[14:23] </w:t>
      </w:r>
      <w:r>
        <w:t>yahi to yahi to yeh starting point hai.</w:t>
      </w:r>
    </w:p>
    <w:p>
      <w:pPr>
        <w:jc w:val="right"/>
      </w:pPr>
      <w:r>
        <w:t>یہی تو یہ سٹارٹنگ پوائنٹ ہے۔</w:t>
      </w:r>
    </w:p>
    <w:p>
      <w:r>
        <w:rPr>
          <w:b/>
        </w:rPr>
        <w:t xml:space="preserve">[14:26] </w:t>
      </w:r>
      <w:r>
        <w:t>to hum mein se jo shakhs apne farishte ko apna muallim na bana sake, woh bilashuba bhatkega, woh bhatkta rahega.</w:t>
      </w:r>
    </w:p>
    <w:p>
      <w:pPr>
        <w:jc w:val="right"/>
      </w:pPr>
      <w:r>
        <w:t>تو ہم میں سے جو شخص اپنے فرشتے کو اپنا معلم نہ بنا سکے، وہ بلاشبہ بھٹکے گا، وہ بھٹکتا رہے گا۔</w:t>
      </w:r>
    </w:p>
    <w:p>
      <w:r>
        <w:rPr>
          <w:b/>
        </w:rPr>
        <w:t xml:space="preserve">[14:38] </w:t>
      </w:r>
      <w:r>
        <w:t>is ko arabi janne ke bawajood is ko quran nahi milega. kyunke abujahal, abu lahab, khoob arabi jante the, hum se aap se zyada jante the, kyunke un ki mother tongue thi.</w:t>
      </w:r>
    </w:p>
    <w:p>
      <w:pPr>
        <w:jc w:val="right"/>
      </w:pPr>
      <w:r>
        <w:t>اس کو عربی جاننے کے باوجود اس کو قرآن نہیں ملے گا۔ کیونکہ ابوجہل، ابو لہب، خوب عربی جانتے تھے، ہم سے آپ سے زیادہ جانتے تھے، کیونکہ ان کی مدر ٹنگ تھی۔</w:t>
      </w:r>
    </w:p>
    <w:p>
      <w:r>
        <w:rPr>
          <w:b/>
        </w:rPr>
        <w:t xml:space="preserve">[14:51] </w:t>
      </w:r>
      <w:r>
        <w:t>phir yeh sochte hue mujhe apni zindagi ka ek waqia yaad aaya. tab maine Allah taala se shukr ada kiya ke khuda, tu ne mujhe ek ajeeb o ghareeb nemmat ata farmayi.</w:t>
      </w:r>
    </w:p>
    <w:p>
      <w:pPr>
        <w:jc w:val="right"/>
      </w:pPr>
      <w:r>
        <w:t>پھر یہ سوچتے ہوئے مجھے اپنی زندگی کا ایک واقعہ یاد آیا۔ تب میں نے اللہ تعالیٰ سے شکر ادا کیا کہ خدا، تو نے مجھے ایک عجیب و غریب نعمت عطا فرمائی۔</w:t>
      </w:r>
    </w:p>
    <w:p>
      <w:r>
        <w:rPr>
          <w:b/>
        </w:rPr>
        <w:t xml:space="preserve">[15:05] </w:t>
      </w:r>
      <w:r>
        <w:t>mujhe</w:t>
      </w:r>
    </w:p>
    <w:p>
      <w:pPr>
        <w:jc w:val="right"/>
      </w:pPr>
      <w:r>
        <w:t>مجھے</w:t>
      </w:r>
    </w:p>
    <w:p>
      <w:r>
        <w:rPr>
          <w:b/>
        </w:rPr>
        <w:t xml:space="preserve">[15:08] </w:t>
      </w:r>
      <w:r>
        <w:t>dekhiye, duniya mein dekhiye jo sachaiyan hain, har sachai ka registration duniya mein maujood hai.</w:t>
      </w:r>
    </w:p>
    <w:p>
      <w:pPr>
        <w:jc w:val="right"/>
      </w:pPr>
      <w:r>
        <w:t>دیکھیے، دنیا میں دیکھیے جو سچائیاں ہیں، ہر سچائی کا رجسٹریشن دنیا میں موجود ہے۔</w:t>
      </w:r>
    </w:p>
    <w:p>
      <w:r>
        <w:rPr>
          <w:b/>
        </w:rPr>
        <w:t xml:space="preserve">[15:19] </w:t>
      </w:r>
      <w:r>
        <w:t>har sachai ka yeh quran se sabit hai ke jo sachaiyan hain ke khuda ek hai, Muhammad Allah ke rasool hain, har cheez ki registration maujood hai duniya mein.</w:t>
      </w:r>
    </w:p>
    <w:p>
      <w:pPr>
        <w:jc w:val="right"/>
      </w:pPr>
      <w:r>
        <w:t>ہر سچائی کا یہ قرآن سے ثابت ہے کہ جو سچائیاں ہیں کہ خدا ایک ہے، محمد اللہ کے رسول ہیں، ہر چیز کی رجسٹریشن موجود ہے دنیا میں۔</w:t>
      </w:r>
    </w:p>
    <w:p>
      <w:r>
        <w:rPr>
          <w:b/>
        </w:rPr>
        <w:t xml:space="preserve">[15:34] </w:t>
      </w:r>
      <w:r>
        <w:t>paradise ka registration.</w:t>
      </w:r>
    </w:p>
    <w:p>
      <w:pPr>
        <w:jc w:val="right"/>
      </w:pPr>
      <w:r>
        <w:t>پیراڈائز کا رجسٹریشن۔</w:t>
      </w:r>
    </w:p>
    <w:p>
      <w:r>
        <w:rPr>
          <w:b/>
        </w:rPr>
        <w:t xml:space="preserve">[15:39] </w:t>
      </w:r>
      <w:r>
        <w:t>to yeh jo waqia hai ke insaan ko chahiye ke sirf madarse ka muallim kafi nahi hai,</w:t>
      </w:r>
    </w:p>
    <w:p>
      <w:pPr>
        <w:jc w:val="right"/>
      </w:pPr>
      <w:r>
        <w:t>تو یہ جو واقعہ ہے کہ انسان کو چاہیے کہ صرف مدرسے کا معلم کافی نہیں ہے،</w:t>
      </w:r>
    </w:p>
    <w:p>
      <w:r>
        <w:rPr>
          <w:b/>
        </w:rPr>
        <w:t xml:space="preserve">[15:48] </w:t>
      </w:r>
      <w:r>
        <w:t>muallim farishta zaroor is ke liye. yaani ek ek muallim woh hai jo aap ko university mein ya madarse mein milta hai, woh kafi nahi hai aap ke liye, kyunke aap phir bhi apne mindset se quran ko padhenge.</w:t>
      </w:r>
    </w:p>
    <w:p>
      <w:pPr>
        <w:jc w:val="right"/>
      </w:pPr>
      <w:r>
        <w:t>معلم فرشتہ ضرور اس کے لیے۔ یعنی ایک ایک معلم وہ ہے جو آپ کو یونیورسٹی میں یا مدرسے میں ملتا ہے، وہ کافی نہیں ہے آپ کے لیے، کیونکہ آپ پھر بھی اپنے مائنڈ سیٹ سے قرآن کو پڑھیں گے۔</w:t>
      </w:r>
    </w:p>
    <w:p>
      <w:r>
        <w:rPr>
          <w:b/>
        </w:rPr>
        <w:t xml:space="preserve">[16:06] </w:t>
      </w:r>
      <w:r>
        <w:t>bahut anokhi baat hai yeh ke madarse ka ustad ya university ka professor koi bhi ho, woh kafi nahi hai aap ke liye, kyunke quran padhenge to apne mindset ke saath padhenge.</w:t>
      </w:r>
    </w:p>
    <w:p>
      <w:pPr>
        <w:jc w:val="right"/>
      </w:pPr>
      <w:r>
        <w:t>بہت انوکھی بات ہے یہ کہ مدرسے کا استاد یا یونیورسٹی کا پروفیسر کوئی بھی ہو، وہ کافی نہیں ہے آپ کے لیے، کیونکہ قرآن پڑھیں گے تو اپنے مائنڈ سیٹ کے ساتھ پڑھیں گے۔</w:t>
      </w:r>
    </w:p>
    <w:p>
      <w:r>
        <w:rPr>
          <w:b/>
        </w:rPr>
        <w:t xml:space="preserve">[16:23] </w:t>
      </w:r>
      <w:r>
        <w:t>jaise Howard Fast ne Marxism ko apne mindset ke saath padha,</w:t>
      </w:r>
    </w:p>
    <w:p>
      <w:pPr>
        <w:jc w:val="right"/>
      </w:pPr>
      <w:r>
        <w:t>جیسے ہاورڈ فاسٹ نے مارکسزم کو اپنے مائنڈ سیٹ کے ساتھ پڑھا،</w:t>
      </w:r>
    </w:p>
    <w:p>
      <w:r>
        <w:rPr>
          <w:b/>
        </w:rPr>
        <w:t xml:space="preserve">[16:33] </w:t>
      </w:r>
      <w:r>
        <w:t>woh bahut anokha insaan tha aur main us ko milna chahta tha.</w:t>
      </w:r>
    </w:p>
    <w:p>
      <w:pPr>
        <w:jc w:val="right"/>
      </w:pPr>
      <w:r>
        <w:t>وہ بہت انوکھا انسان تھا اور میں اس کو ملنا چاہتا تھا۔</w:t>
      </w:r>
    </w:p>
    <w:p>
      <w:r>
        <w:rPr>
          <w:b/>
        </w:rPr>
        <w:t xml:space="preserve">[16:39] </w:t>
      </w:r>
      <w:r>
        <w:t>main ne jab jab bhaga tha New York to is ka appointment nahi mila kisi wajah se, woh shayad maujood na ho wahan par.</w:t>
      </w:r>
    </w:p>
    <w:p>
      <w:pPr>
        <w:jc w:val="right"/>
      </w:pPr>
      <w:r>
        <w:t>میں نے جب جب بھگا تھا نیویارک تو اس کا اپوائنٹمنٹ نہیں ملا کسی وجہ سے، وہ شاید موجود نہ ہو وہاں پر۔</w:t>
      </w:r>
    </w:p>
    <w:p>
      <w:r>
        <w:rPr>
          <w:b/>
        </w:rPr>
        <w:t xml:space="preserve">[16:50] </w:t>
      </w:r>
      <w:r>
        <w:t>is is zamane mein woh America hi mein tha, shayad woh New York mein shayad tha.</w:t>
      </w:r>
    </w:p>
    <w:p>
      <w:pPr>
        <w:jc w:val="right"/>
      </w:pPr>
      <w:r>
        <w:t>اس اس زمانے میں وہ امریکہ ہی میں تھا، شاید وہ وہ نیویارک میں شاید تھا۔</w:t>
      </w:r>
    </w:p>
    <w:p>
      <w:r>
        <w:rPr>
          <w:b/>
        </w:rPr>
        <w:t xml:space="preserve">[16:58] </w:t>
      </w:r>
      <w:r>
        <w:t>to behal yeh bahut hi zyada sochne ki baat hai ke kisi kisi insaan ke liye university ka professor, madarse ka ustad</w:t>
      </w:r>
    </w:p>
    <w:p>
      <w:pPr>
        <w:jc w:val="right"/>
      </w:pPr>
      <w:r>
        <w:t>تو بہرحال یہ بہت ہی زیادہ سوچنے کی بات ہے کہ کسی کسی انسان کے لیے یونیورسٹی کا پروفیسر، مدرسے کا استاد</w:t>
      </w:r>
    </w:p>
    <w:p>
      <w:r>
        <w:rPr>
          <w:b/>
        </w:rPr>
        <w:t xml:space="preserve">[17:12] </w:t>
      </w:r>
      <w:r>
        <w:t>kafi nahi hai ke woh quran ko samjhe. is ko arabi janna kafi nahi ke woh quran ko samjhe.</w:t>
      </w:r>
    </w:p>
    <w:p>
      <w:pPr>
        <w:jc w:val="right"/>
      </w:pPr>
      <w:r>
        <w:t>کافی نہیں ہے کہ وہ قرآن کو سمجھے۔ اس کو عربی جاننا کافی نہیں کہ وہ قرآن کو سمجھے۔</w:t>
      </w:r>
    </w:p>
    <w:p>
      <w:r>
        <w:rPr>
          <w:b/>
        </w:rPr>
        <w:t xml:space="preserve">[17:23] </w:t>
      </w:r>
      <w:r>
        <w:t>kyunke dekhiye, Marx waqt German zamane mein likhta tha. German mein</w:t>
      </w:r>
    </w:p>
    <w:p>
      <w:pPr>
        <w:jc w:val="right"/>
      </w:pPr>
      <w:r>
        <w:t>کیونکہ دیکھیے، مارس وقت جرمنی جرمن زمانے میں لکھتا تھا۔ جرمن میں</w:t>
      </w:r>
    </w:p>
    <w:p>
      <w:r>
        <w:rPr>
          <w:b/>
        </w:rPr>
        <w:t xml:space="preserve">[17:29] </w:t>
      </w:r>
      <w:r>
        <w:t>is ki saari kitabein bahut achhe English mein tarjuma hui hain, bahut aala darje ki English mein. aur zahir hai ke us ne us ko padha tha, yaani Howard Fast ne.</w:t>
      </w:r>
    </w:p>
    <w:p>
      <w:pPr>
        <w:jc w:val="right"/>
      </w:pPr>
      <w:r>
        <w:t>اس کی ساری کتابیں بہت اچھے انگلش میں ترجمہ ہوئی ہیں، بہت اعلیٰ درجے کی انگلش میں۔ اور ظاہر ہے کہ اس نے اس کو پڑھا تھا، یعنی ہاورڈ فاسٹ نے۔</w:t>
      </w:r>
    </w:p>
    <w:p>
      <w:r>
        <w:rPr>
          <w:b/>
        </w:rPr>
        <w:t xml:space="preserve">[17:45] </w:t>
      </w:r>
      <w:r>
        <w:t>is ke bawajood woh marxism samajh nahin paaya,</w:t>
      </w:r>
    </w:p>
    <w:p>
      <w:pPr>
        <w:jc w:val="right"/>
      </w:pPr>
      <w:r>
        <w:t>اس کے باوجود وہ مارکسزم سمجھ نہیں پایا،</w:t>
      </w:r>
    </w:p>
    <w:p>
      <w:r>
        <w:rPr>
          <w:b/>
        </w:rPr>
        <w:t xml:space="preserve">[17:49] </w:t>
      </w:r>
      <w:r>
        <w:t>kyunke woh apne mindset se bahar nahin aaya tha. howard fast apne mindset se bahar nahin aaya tha, apne mindset hi mein jeeta jeeta tha.</w:t>
      </w:r>
    </w:p>
    <w:p>
      <w:pPr>
        <w:jc w:val="right"/>
      </w:pPr>
      <w:r>
        <w:t>کیونکہ وہ اپنے مائنڈ سیٹ سے باہر نہیں آیا تھا۔ ہاورڈ فاسٹ اپنے مائنڈ سیٹ سے باہر نہیں آیا تھا، اپنے مائنڈ سیٹ ہی میں جیتا جیتا تھا۔</w:t>
      </w:r>
    </w:p>
    <w:p>
      <w:r>
        <w:rPr>
          <w:b/>
        </w:rPr>
        <w:t xml:space="preserve">[17:59] </w:t>
      </w:r>
      <w:r>
        <w:t>woh</w:t>
      </w:r>
    </w:p>
    <w:p>
      <w:pPr>
        <w:jc w:val="right"/>
      </w:pPr>
      <w:r>
        <w:t>وہ</w:t>
      </w:r>
    </w:p>
    <w:p>
      <w:r>
        <w:rPr>
          <w:b/>
        </w:rPr>
        <w:t xml:space="preserve">[18:05] </w:t>
      </w:r>
      <w:r>
        <w:t>to woh apne marr mindset mein parha hota hai, jabke marxism marr jo tha, us us ne use marr system nahin likha hai.</w:t>
      </w:r>
    </w:p>
    <w:p>
      <w:pPr>
        <w:jc w:val="right"/>
      </w:pPr>
      <w:r>
        <w:t>تو وہ اپنے مارر مائنڈ سیٹ میں پڑھا ہوتا ہے، جبکہ مارکسزم مارر جو تھا، اس اس نے اسے مارر سسٹم نہیں لکھا ہے۔</w:t>
      </w:r>
    </w:p>
    <w:p>
      <w:r>
        <w:rPr>
          <w:b/>
        </w:rPr>
        <w:t xml:space="preserve">[18:19] </w:t>
      </w:r>
      <w:r>
        <w:t>us ne jo marxism ka jo nazariya hai, us ka woh marr system har giz nahin hai.</w:t>
      </w:r>
    </w:p>
    <w:p>
      <w:pPr>
        <w:jc w:val="right"/>
      </w:pPr>
      <w:r>
        <w:t>اس نے جو مارکسزم کا جو نظریہ ہے، اس کا وہ مارر سسٹم ہرگز نہیں ہے۔</w:t>
      </w:r>
    </w:p>
    <w:p>
      <w:r>
        <w:rPr>
          <w:b/>
        </w:rPr>
        <w:t xml:space="preserve">[18:27] </w:t>
      </w:r>
      <w:r>
        <w:t>woh historical imperative ke system mein hai. historical imperative,</w:t>
      </w:r>
    </w:p>
    <w:p>
      <w:pPr>
        <w:jc w:val="right"/>
      </w:pPr>
      <w:r>
        <w:t>وہ ہسٹوریکل ایمپریٹیو کے سسٹم میں ہے۔ ہسٹوریکل ایمپریٹیو،</w:t>
      </w:r>
    </w:p>
    <w:p>
      <w:r>
        <w:rPr>
          <w:b/>
        </w:rPr>
        <w:t xml:space="preserve">[18:40] </w:t>
      </w:r>
      <w:r>
        <w:t>yaani jis tarah se us ne apna woh diya tha, newton ki se compare kiya tha. us ne ke newton ne daryaft kiya law of universe,</w:t>
      </w:r>
    </w:p>
    <w:p>
      <w:pPr>
        <w:jc w:val="right"/>
      </w:pPr>
      <w:r>
        <w:t>یعنی جس طرح سے اس نے اپنا وہ دیا تھا، نیوٹن کی سے کمپیئر کیا تھا۔ اس نے کہ نیوٹن نے دریافت کیا لاء آف یونیورس،</w:t>
      </w:r>
    </w:p>
    <w:p>
      <w:r>
        <w:rPr>
          <w:b/>
        </w:rPr>
        <w:t xml:space="preserve">[18:54] </w:t>
      </w:r>
      <w:r>
        <w:t>main ne daryaft kiya hai law of history.</w:t>
      </w:r>
    </w:p>
    <w:p>
      <w:pPr>
        <w:jc w:val="right"/>
      </w:pPr>
      <w:r>
        <w:t>میں نے دریافت کیا ہے لاء آف ہسٹری۔</w:t>
      </w:r>
    </w:p>
    <w:p>
      <w:r>
        <w:rPr>
          <w:b/>
        </w:rPr>
        <w:t xml:space="preserve">[18:59] </w:t>
      </w:r>
      <w:r>
        <w:t>kyunke aap historical historical</w:t>
      </w:r>
    </w:p>
    <w:p>
      <w:pPr>
        <w:jc w:val="right"/>
      </w:pPr>
      <w:r>
        <w:t>کیونکہ آپ ہسٹوریکل ہسٹوریکل</w:t>
      </w:r>
    </w:p>
    <w:p>
      <w:r>
        <w:rPr>
          <w:b/>
        </w:rPr>
        <w:t xml:space="preserve">[19:09] </w:t>
      </w:r>
      <w:r>
        <w:t>historical compression ke tehat yeh aanay wala hai. marxism historical compression ke tehat aanay wala hai.</w:t>
      </w:r>
    </w:p>
    <w:p>
      <w:pPr>
        <w:jc w:val="right"/>
      </w:pPr>
      <w:r>
        <w:t>ہسٹوریکل کمپرشن کے تحت یہ آنے والا ہے۔ مارکسزم ہسٹوریکل کمپرشن کے تحت آنے والا ہے۔</w:t>
      </w:r>
    </w:p>
    <w:p>
      <w:r>
        <w:rPr>
          <w:b/>
        </w:rPr>
        <w:t xml:space="preserve">[19:18] </w:t>
      </w:r>
      <w:r>
        <w:t>to yahi baat yahan hai, aap madrasay mein parhein, university mein parhein to university ka madrasa aap ke mindset ko todta nahin hai. koi madras, koi bhi university, koi madrasa aisa nahin karta ke aap ke mindset ko tode.</w:t>
      </w:r>
    </w:p>
    <w:p>
      <w:pPr>
        <w:jc w:val="right"/>
      </w:pPr>
      <w:r>
        <w:t>تو یہی بات یہاں ہے، آپ مدرسے میں پڑھیں، یونیورسٹی میں پڑھیں تو یونیورسٹی کا مدرسہ آپ کے مائنڈ سیٹ کو توڑتا نہیں ہے۔ کوئی مدرس، کوئی بھی یونیورسٹی، کوئی مدرسہ ایسا نہیں کرتا کہ آپ کے مائنڈ سیٹ کو توڑے۔</w:t>
      </w:r>
    </w:p>
    <w:p>
      <w:r>
        <w:rPr>
          <w:b/>
        </w:rPr>
        <w:t xml:space="preserve">[19:36] </w:t>
      </w:r>
      <w:r>
        <w:t>yeh is ka concern nahin hai. dekhein, madrasay ka ya university ka yeh concern hai hi nahin ke woh aap ke mindset ko tode. har giz nahin.</w:t>
      </w:r>
    </w:p>
    <w:p>
      <w:pPr>
        <w:jc w:val="right"/>
      </w:pPr>
      <w:r>
        <w:t>یہ اس کا کنسرن نہیں ہے۔ دیکھیں، مدرسے کا یا یونیورسٹی کا یہ کنسرن ہے ہی نہیں کہ وہ آپ کے مائنڈ سیٹ کو توڑے۔ ہرگز نہیں۔</w:t>
      </w:r>
    </w:p>
    <w:p>
      <w:r>
        <w:rPr>
          <w:b/>
        </w:rPr>
        <w:t xml:space="preserve">[19:46] </w:t>
      </w:r>
      <w:r>
        <w:t>yeh to sirf angelas karta hai. angelas aap ko is qabil banata hai ke aap apne mindset ke bahar aa kar ke</w:t>
      </w:r>
    </w:p>
    <w:p>
      <w:pPr>
        <w:jc w:val="right"/>
      </w:pPr>
      <w:r>
        <w:t>یہ تو صرف اینجلس کرتا ہے۔ اینجلس آپ کو اس قابل بناتا ہے کہ آپ اپنے مائنڈ سیٹ کے باہر آ کر کے</w:t>
      </w:r>
    </w:p>
    <w:p>
      <w:r>
        <w:rPr>
          <w:b/>
        </w:rPr>
        <w:t xml:space="preserve">[19:57] </w:t>
      </w:r>
      <w:r>
        <w:t>khuda ke mindset ke sath quran ko dekhein aur aur samjhein. yeh hai raaz.</w:t>
      </w:r>
    </w:p>
    <w:p>
      <w:pPr>
        <w:jc w:val="right"/>
      </w:pPr>
      <w:r>
        <w:t>خدا کے مائنڈ سیٹ کے ساتھ قرآن کو دیکھیں اور اور سمجھیں۔ یہ ہے راز۔</w:t>
      </w:r>
    </w:p>
    <w:p>
      <w:r>
        <w:rPr>
          <w:b/>
        </w:rPr>
        <w:t xml:space="preserve">[20:08] </w:t>
      </w:r>
      <w:r>
        <w:t>dekhiye, pichle so baras mein bohat si tehreekein chali hain, quran parhao, quran parhao. woh matlab kehta hai arabi parhao taake quran ko samjhein.</w:t>
      </w:r>
    </w:p>
    <w:p>
      <w:pPr>
        <w:jc w:val="right"/>
      </w:pPr>
      <w:r>
        <w:t>دیکھیے، پچھلے سو برس میں بہت سی تحریکیں چلی ہیں، قرآن پڑھاؤ، قرآن پڑھاؤ۔ وہ مطلب کہتا ہے عربی پڑھاؤ تاکہ قرآن کو سمجھیں۔</w:t>
      </w:r>
    </w:p>
    <w:p>
      <w:r>
        <w:rPr>
          <w:b/>
        </w:rPr>
        <w:t xml:space="preserve">[20:19] </w:t>
      </w:r>
      <w:r>
        <w:t>bohat se top ke log is mein hain, bohat top ke</w:t>
      </w:r>
    </w:p>
    <w:p>
      <w:pPr>
        <w:jc w:val="right"/>
      </w:pPr>
      <w:r>
        <w:t>بہت سے ٹاپ کے لوگ اس میں ہیں، بہت ٹاپ کے</w:t>
      </w:r>
    </w:p>
    <w:p>
      <w:r>
        <w:rPr>
          <w:b/>
        </w:rPr>
        <w:t xml:space="preserve">[20:25] </w:t>
      </w:r>
      <w:r>
        <w:t>log. aik martaba main lucknow gaya to aik nadvi aalim aik adara khol kar baithe hue thay wahan par. woh</w:t>
      </w:r>
    </w:p>
    <w:p>
      <w:pPr>
        <w:jc w:val="right"/>
      </w:pPr>
      <w:r>
        <w:t>لوگ۔ ایک مرتبہ میں لکھنو گیا تو ایک ندوی عالم ایک ادارہ کھول کر بیٹھے ہوئے تھے وہاں پر۔ وہ</w:t>
      </w:r>
    </w:p>
    <w:p>
      <w:r>
        <w:rPr>
          <w:b/>
        </w:rPr>
        <w:t xml:space="preserve">[20:39] </w:t>
      </w:r>
      <w:r>
        <w:t>main un se mila, unhon ne mujh se poocha ke kya maqsad hai aap ka? unhon ne kaha hamara maqsad hai, yaani maraslat ke zariye quran arabi arabi sikhana logon ko, correspondence ke zariye.</w:t>
      </w:r>
    </w:p>
    <w:p>
      <w:pPr>
        <w:jc w:val="right"/>
      </w:pPr>
      <w:r>
        <w:t>میں ان سے ملا، انہوں نے مجھ سے پوچھا کہ کیا مقصد ہے آپ کا؟ انہوں نے کہا ہمارا مقصد ہے، یعنی مراسلت کے ذریعے قرآن عربی عربی سکھانا لوگوں کو، کریسپونڈنس کے ذریعے۔</w:t>
      </w:r>
    </w:p>
    <w:p>
      <w:r>
        <w:rPr>
          <w:b/>
        </w:rPr>
        <w:t xml:space="preserve">[20:53] </w:t>
      </w:r>
      <w:r>
        <w:t>to shayad india mein woh chala rahe thay tehreek ke correspondence ke zariye woh arabi sikhate thay. aur un ka nazariya yeh tha ke jo arabi jaan le ga to quran samajh le ga.</w:t>
      </w:r>
    </w:p>
    <w:p>
      <w:pPr>
        <w:jc w:val="right"/>
      </w:pPr>
      <w:r>
        <w:t>تو شاید انڈیا میں وہ چلا رہے تھے تحریک کہ کریسپونڈنس کے ذریعے وہ عربی سکھاتے تھے۔ اور ان کا نظریہ یہ تھا کہ جو عربی جان لے گا تو قرآن سمجھ لے گا۔</w:t>
      </w:r>
    </w:p>
    <w:p>
      <w:r>
        <w:rPr>
          <w:b/>
        </w:rPr>
        <w:t xml:space="preserve">[21:06] </w:t>
      </w:r>
      <w:r>
        <w:t>aur un ke woh fail ho gaya, un ka woh band ho gaya, un ka adara. woh khud chale gaye university mein parh kar ke phir professor bane.</w:t>
      </w:r>
    </w:p>
    <w:p>
      <w:pPr>
        <w:jc w:val="right"/>
      </w:pPr>
      <w:r>
        <w:t>اور ان کے وہ فیل ہو گیا، ان کا وہ بند ہو گیا، ان کا ادارہ۔ وہ خود چلے گئے یونیورسٹی میں پڑھ کر کے پھر پروفیسر بنے۔</w:t>
      </w:r>
    </w:p>
    <w:p>
      <w:r>
        <w:rPr>
          <w:b/>
        </w:rPr>
        <w:t xml:space="preserve">[21:14] </w:t>
      </w:r>
      <w:r>
        <w:t>woh aik aadmi nahin nikla jo waqai samjha ho jitne quran ko. kyunke chahe marasat correspondence ka tareeqa ho ya university ka ya madrasay ka,</w:t>
      </w:r>
    </w:p>
    <w:p>
      <w:pPr>
        <w:jc w:val="right"/>
      </w:pPr>
      <w:r>
        <w:t>وہ ایک آدمی نہیں نکلا جو واقعی سمجھا ہو جتنے قرآن کو۔ کیونکہ چاہے مراثت کریسپونڈنس کا طریقہ ہو یا یونیورسٹی کا یا مدرسے کا،</w:t>
      </w:r>
    </w:p>
    <w:p>
      <w:r>
        <w:rPr>
          <w:b/>
        </w:rPr>
        <w:t xml:space="preserve">[21:28] </w:t>
      </w:r>
      <w:r>
        <w:t>woh aap ke mindset ko todta nahin hai. is ke paas yeh taqat bhi nahin hai ke tode. yeh sirf angelas todta hai aap ke mindset ko.</w:t>
      </w:r>
    </w:p>
    <w:p>
      <w:pPr>
        <w:jc w:val="right"/>
      </w:pPr>
      <w:r>
        <w:t>وہ آپ کے مائنڈ سیٹ کو توڑتا نہیں ہے۔ اس کے پاس یہ طاقت بھی نہیں ہے کہ توڑے۔ یہ صرف اینجلس توڑتا ہے آپ کے مائنڈ سیٹ کو۔</w:t>
      </w:r>
    </w:p>
    <w:p>
      <w:r>
        <w:rPr>
          <w:b/>
        </w:rPr>
        <w:t xml:space="preserve">[21:36] </w:t>
      </w:r>
      <w:r>
        <w:t>warna aap howard short, howard fast bane reh gaye. aap</w:t>
      </w:r>
    </w:p>
    <w:p>
      <w:pPr>
        <w:jc w:val="right"/>
      </w:pPr>
      <w:r>
        <w:t>ورنہ آپ ہاورڈ شارٹ، ہاورڈ فاسٹ بنے رہ گئے۔ آپ</w:t>
      </w:r>
    </w:p>
    <w:p>
      <w:r>
        <w:rPr>
          <w:b/>
        </w:rPr>
        <w:t xml:space="preserve">[21:40] </w:t>
      </w:r>
      <w:r>
        <w:t>agar aap ko aisa angelas nahin mila jo aap ke mindset ko tod kar ke aap ko quran samajhne ke qabil banaye to aap ki aap ka misaal howard fast ki rahe gi.</w:t>
      </w:r>
    </w:p>
    <w:p>
      <w:pPr>
        <w:jc w:val="right"/>
      </w:pPr>
      <w:r>
        <w:t>اگر آپ کو ایسا اینجلس نہیں ملا جو آپ کے مائنڈ سیٹ کو توڑ کر کے آپ کو قرآن سمجھنے کے قابل بنائے تو آپ کی آپ کا مثال ہاورڈ فاسٹ کی رہے گی۔</w:t>
      </w:r>
    </w:p>
    <w:p>
      <w:r>
        <w:rPr>
          <w:b/>
        </w:rPr>
        <w:t xml:space="preserve">[21:53] </w:t>
      </w:r>
      <w:r>
        <w:t>jaan kar bhi aap nahin janen ge. yaani howard fast jo hai, jaan kar bhi nahin jana us ne marxism ko. kyunke us ne apne mindset ke sath dhal liya tha marxism ko.</w:t>
      </w:r>
    </w:p>
    <w:p>
      <w:pPr>
        <w:jc w:val="right"/>
      </w:pPr>
      <w:r>
        <w:t>جان کر بھی آپ نہیں جانیں گے۔ یعنی ہاورڈ فاسٹ جو ہے، جان کر بھی نہیں جانا اس نے مارکسزم کو۔ کیونکہ اس نے اپنے مائنڈ سیٹ کے ساتھ ڈھال لیا تھا مارکسزم کو۔</w:t>
      </w:r>
    </w:p>
    <w:p>
      <w:r>
        <w:rPr>
          <w:b/>
        </w:rPr>
        <w:t xml:space="preserve">[22:10] </w:t>
      </w:r>
      <w:r>
        <w:t>to mujhe apna ek waqia yaad aaya us waqt ka jab ke early teenage mein tha. early teenage mein.</w:t>
      </w:r>
    </w:p>
    <w:p>
      <w:pPr>
        <w:jc w:val="right"/>
      </w:pPr>
      <w:r>
        <w:t>تو مجھے اپنا ایک واقعہ یاد آیا اس وقت کا جب کہ ارلی ٹین ایج میں تھا۔ ارلی ٹین ایج میں۔</w:t>
      </w:r>
    </w:p>
    <w:p>
      <w:r>
        <w:rPr>
          <w:b/>
        </w:rPr>
        <w:t xml:space="preserve">[22:21] </w:t>
      </w:r>
      <w:r>
        <w:t>wo illustration hai is maamle ka.</w:t>
      </w:r>
    </w:p>
    <w:p>
      <w:pPr>
        <w:jc w:val="right"/>
      </w:pPr>
      <w:r>
        <w:t>وہ السٹریشن ہے اس معاملے کا۔</w:t>
      </w:r>
    </w:p>
    <w:p>
      <w:r>
        <w:rPr>
          <w:b/>
        </w:rPr>
        <w:t xml:space="preserve">[22:25] </w:t>
      </w:r>
      <w:r>
        <w:t>is waqt mein Adamgarh ke ek gaon mein rehta tha. to hamare jo bade bhai the, unki shadi hui thi ek wahan par ek gaon Mirza Pur.</w:t>
      </w:r>
    </w:p>
    <w:p>
      <w:pPr>
        <w:jc w:val="right"/>
      </w:pPr>
      <w:r>
        <w:t>اس وقت میں آدم گڑھ کے ایک گاؤں میں رہتا تھا۔ تو ہمارے جو بڑے بھائی تھے، ان کی شادی ہوئی تھی ایک وہاں پر ایک گاؤں مرزا پور۔</w:t>
      </w:r>
    </w:p>
    <w:p>
      <w:r>
        <w:rPr>
          <w:b/>
        </w:rPr>
        <w:t xml:space="preserve">[22:39] </w:t>
      </w:r>
      <w:r>
        <w:t>to mujhe apne gaon se Mirza Pur jaana tha. to is zamane mein hum zamindar tradition mein the. hamara khandan ek bada zamindar tha.</w:t>
      </w:r>
    </w:p>
    <w:p>
      <w:pPr>
        <w:jc w:val="right"/>
      </w:pPr>
      <w:r>
        <w:t>تو مجھے اپنے گاؤں سے مرزا پور جانا تھا۔ تو اس زمانے میں ہم زمیندار ٹریڈیشن میں تھے۔ ہمارا خاندان ایک بڑا زمیندار تھا۔</w:t>
      </w:r>
    </w:p>
    <w:p>
      <w:r>
        <w:rPr>
          <w:b/>
        </w:rPr>
        <w:t xml:space="preserve">[22:51] </w:t>
      </w:r>
      <w:r>
        <w:t>to wahan jaane ke liye hamare paas koi aur sawari nahi hoti thi is zamane mein. to hum ghode par bheje gaye the.</w:t>
      </w:r>
    </w:p>
    <w:p>
      <w:pPr>
        <w:jc w:val="right"/>
      </w:pPr>
      <w:r>
        <w:t>تو وہاں جانے کے لیے ہمارے پاس کوئی اور سواری نہیں ہوتی تھی اس زمانے میں۔ تو ہم گھوڑے پر بھیجے گئے تھے۔</w:t>
      </w:r>
    </w:p>
    <w:p>
      <w:r>
        <w:rPr>
          <w:b/>
        </w:rPr>
        <w:t xml:space="preserve">[22:59] </w:t>
      </w:r>
      <w:r>
        <w:t>ek rasam thi is rasam ke liye, main apne bade bade bhai ke sasural mein bheja gaya tha. to mujhe jaana tha to ghode par bheja gaya tha.</w:t>
      </w:r>
    </w:p>
    <w:p>
      <w:pPr>
        <w:jc w:val="right"/>
      </w:pPr>
      <w:r>
        <w:t>ایک رسم تھی اس رسم کے لیے، میں اپنے بڑے بڑے بھائی کے سسرال میں بھیجا گیا تھا۔ تو مجھے جانا تھا تو گھوڑے پر بھیجا گیا تھا۔</w:t>
      </w:r>
    </w:p>
    <w:p>
      <w:r>
        <w:rPr>
          <w:b/>
        </w:rPr>
        <w:t xml:space="preserve">[23:10] </w:t>
      </w:r>
      <w:r>
        <w:t>to us waqt mein ghoda, yaani ghoda nahi jaanta chalana, ghode par baithna mujhko aata nahi tha.</w:t>
      </w:r>
    </w:p>
    <w:p>
      <w:pPr>
        <w:jc w:val="right"/>
      </w:pPr>
      <w:r>
        <w:t>تو اس وقت میں گھوڑا، یعنی گھوڑا نہیں جانتا چلانا، گھوڑے پر بیٹھنا مجھ کو آتا نہیں تھا۔</w:t>
      </w:r>
    </w:p>
    <w:p>
      <w:r>
        <w:rPr>
          <w:b/>
        </w:rPr>
        <w:t xml:space="preserve">[23:21] </w:t>
      </w:r>
      <w:r>
        <w:t>to mere saath ek jisko kehte hain Urdu zabaan mein saiz, Angrezi mein kehte hain horseman, ek horseman bheja gaya tha.</w:t>
      </w:r>
    </w:p>
    <w:p>
      <w:pPr>
        <w:jc w:val="right"/>
      </w:pPr>
      <w:r>
        <w:t>تو میرے ساتھ ایک جس کو کہتے ہیں اردو زبان میں سائز، انگریزی میں کہتے ہیں ہارس مین، ایک ہارس مین بھیجا گیا تھا۔</w:t>
      </w:r>
    </w:p>
    <w:p>
      <w:r>
        <w:rPr>
          <w:b/>
        </w:rPr>
        <w:t xml:space="preserve">[23:31] </w:t>
      </w:r>
      <w:r>
        <w:t>is ka naam tha Mohan.</w:t>
      </w:r>
    </w:p>
    <w:p>
      <w:pPr>
        <w:jc w:val="right"/>
      </w:pPr>
      <w:r>
        <w:t>اس کا نام تھا موہن۔</w:t>
      </w:r>
    </w:p>
    <w:p>
      <w:r>
        <w:rPr>
          <w:b/>
        </w:rPr>
        <w:t xml:space="preserve">[23:34] </w:t>
      </w:r>
      <w:r>
        <w:t>Mohan jo hai, wo horseman hua karta tha hamare khandani jo ghoda tha uska. to ghoda mujhko le ke chalta tha aur saath saath horseman chalta tha taake kahin galat bhatak na jaaye, galat raaste par</w:t>
      </w:r>
    </w:p>
    <w:p>
      <w:pPr>
        <w:jc w:val="right"/>
      </w:pPr>
      <w:r>
        <w:t>موہن جو ہے، وہ ہارس مین ہوا کرتا تھا ہمارے خاندانی جو گھوڑا تھا اس کا۔ تو گھوڑا مجھ کو لے کے چلتا تھا اور ساتھ ساتھ ہارس مین چلتا تھا تاکہ کہیں غلط بھٹک نہ جائے، غلط راستے پر</w:t>
      </w:r>
    </w:p>
    <w:p>
      <w:r>
        <w:rPr>
          <w:b/>
        </w:rPr>
        <w:t xml:space="preserve">[23:51] </w:t>
      </w:r>
      <w:r>
        <w:t>mere guide karne ke liye. kyunke ghode ko to pata nahi tha raasta, raasta aur mujhe bhi pata nahi tha. to saath saath chalta tha wo, wo paidal chalta tha, main ghode pe hota tha.</w:t>
      </w:r>
    </w:p>
    <w:p>
      <w:pPr>
        <w:jc w:val="right"/>
      </w:pPr>
      <w:r>
        <w:t>میرے گائیڈ کرنے کے لیے۔ کیونکہ گھوڑے کو تو پتہ نہیں تھا راستہ، راستہ اور مجھے بھی پتہ نہیں تھا۔ تو ساتھ ساتھ چلتا تھا وہ، وہ پیدل چلتا تھا، میں گھوڑے پہ ہوتا تھا۔</w:t>
      </w:r>
    </w:p>
    <w:p>
      <w:r>
        <w:rPr>
          <w:b/>
        </w:rPr>
        <w:t xml:space="preserve">[24:05] </w:t>
      </w:r>
      <w:r>
        <w:t>to mujhe wahan se le kar Mirza Pur tak pahunchaya is ne, phir wapas laya wo</w:t>
      </w:r>
    </w:p>
    <w:p>
      <w:pPr>
        <w:jc w:val="right"/>
      </w:pPr>
      <w:r>
        <w:t>تو مجھے وہاں سے لے کر مرزا پور تک پہنچایا اس نے، پھر واپس لایا وہ</w:t>
      </w:r>
    </w:p>
    <w:p>
      <w:r>
        <w:rPr>
          <w:b/>
        </w:rPr>
        <w:t xml:space="preserve">[24:10] </w:t>
      </w:r>
      <w:r>
        <w:t>is horseman ne. to maine socha ke Allah Ta'ala ne insaan ke saath ek horseman de diya hai angels ke roop mein ke hum dunya mein safar karte hain,</w:t>
      </w:r>
    </w:p>
    <w:p>
      <w:pPr>
        <w:jc w:val="right"/>
      </w:pPr>
      <w:r>
        <w:t>اس ہارس مین نے۔ تو میں نے سوچا کہ اللہ تعالیٰ نے انسان کے ساتھ ایک ہارس مین دے دیا ہے اینجلس کے روپ میں کہ ہم دنیا میں سفر کرتے ہیں،</w:t>
      </w:r>
    </w:p>
    <w:p>
      <w:r>
        <w:rPr>
          <w:b/>
        </w:rPr>
        <w:t xml:space="preserve">[24:28] </w:t>
      </w:r>
      <w:r>
        <w:t>hum bhatak sakte hain. yaani apne mind ke saath, hum apne mindset se hum Quran ke parrot padh sakte hain. hum bar bar bhatak sakte hain, hatta ke khud Quran ko apne mind ke saath, apne mindset ke saath padh sakte hain.</w:t>
      </w:r>
    </w:p>
    <w:p>
      <w:pPr>
        <w:jc w:val="right"/>
      </w:pPr>
      <w:r>
        <w:t>ہم بھٹک سکتے ہیں۔ یعنی اپنے مائنڈ کے ساتھ، ہم اپنے مائنڈ سیٹ سے ہم قرآن کے پیرٹ پڑھ سکتے ہیں۔ ہم بار بار بھٹک سکتے ہیں، حتیٰ کہ خود قرآن کو اپنے مائنڈ کے ساتھ، اپنے مائنڈ سیٹ کے ساتھ پڑھ سکتے ہیں۔</w:t>
      </w:r>
    </w:p>
    <w:p>
      <w:r>
        <w:rPr>
          <w:b/>
        </w:rPr>
        <w:t xml:space="preserve">[24:45] </w:t>
      </w:r>
      <w:r>
        <w:t>to Allah ki rehmat azeem, ghareeb rehmat hai yeh Allah Ta'ala ki, us ne hum hamare liye yeh nizaam bana diya ke hamare saath ek horseman chale, ek farishta chale.</w:t>
      </w:r>
    </w:p>
    <w:p>
      <w:pPr>
        <w:jc w:val="right"/>
      </w:pPr>
      <w:r>
        <w:t>تو اللہ کی رحمت عظیم، غریب رحمت ہے یہ اللہ تعالیٰ کی، اس نے ہم ہمارے لیے یہ نظام بنا دیا کہ ہمارے ساتھ ایک ہارس مین چلے، ایک فرشتہ چلے۔</w:t>
      </w:r>
    </w:p>
    <w:p>
      <w:r>
        <w:rPr>
          <w:b/>
        </w:rPr>
        <w:t xml:space="preserve">[25:01] </w:t>
      </w:r>
      <w:r>
        <w:t>to wo waqia jo meri zindagi ka tha, wo ek phir illustration hai is waqie ka ke Allah agar hum Allah ke talib banenge hidayat ke to Allah hamare saath ek farishta laga dega.</w:t>
      </w:r>
    </w:p>
    <w:p>
      <w:pPr>
        <w:jc w:val="right"/>
      </w:pPr>
      <w:r>
        <w:t>تو وہ واقعہ جو میری زندگی کا تھا، وہ ایک پھر السٹریشن ہے اس واقعے کا کہ اللہ اگر ہم اللہ کے طالب بنیں گے ہدایت کے تو اللہ ہمارے ساتھ ایک فرشتہ لگا دے گا۔</w:t>
      </w:r>
    </w:p>
    <w:p>
      <w:r>
        <w:rPr>
          <w:b/>
        </w:rPr>
        <w:t xml:space="preserve">[25:15] </w:t>
      </w:r>
      <w:r>
        <w:t>is bande ko bachpan se maut tak is ke saath raho,</w:t>
      </w:r>
    </w:p>
    <w:p>
      <w:pPr>
        <w:jc w:val="right"/>
      </w:pPr>
      <w:r>
        <w:t>اس بندے کو بچپن سے موت تک اس کے ساتھ رہو،</w:t>
      </w:r>
    </w:p>
    <w:p>
      <w:r>
        <w:rPr>
          <w:b/>
        </w:rPr>
        <w:t xml:space="preserve">[25:20] </w:t>
      </w:r>
      <w:r>
        <w:t>is ko bhatak bhatakne na do.</w:t>
      </w:r>
    </w:p>
    <w:p>
      <w:pPr>
        <w:jc w:val="right"/>
      </w:pPr>
      <w:r>
        <w:t>اس کو بھٹک بھٹکنے نہ دو۔</w:t>
      </w:r>
    </w:p>
    <w:p>
      <w:r>
        <w:rPr>
          <w:b/>
        </w:rPr>
        <w:t xml:space="preserve">[25:25] </w:t>
      </w:r>
      <w:r>
        <w:t>to yaad rakhiye, na Arabi jaanna kaafi hai, na madrasay ka sanad kaafi hai, na university ki degree kaafi hai, koi cheez kaafi nahi.</w:t>
      </w:r>
    </w:p>
    <w:p>
      <w:pPr>
        <w:jc w:val="right"/>
      </w:pPr>
      <w:r>
        <w:t>تو یاد رکھیے، نہ عربی جاننا کافی ہے، نہ مدرسے کا سند کافی ہے، نہ یونیورسٹی کی ڈگری کافی ہے، کوئی چیز کافی نہیں۔</w:t>
      </w:r>
    </w:p>
    <w:p>
      <w:r>
        <w:rPr>
          <w:b/>
        </w:rPr>
        <w:t xml:space="preserve">[25:36] </w:t>
      </w:r>
      <w:r>
        <w:t>kyunke har aadmi dekhein, hadith batata hai: "kul bidi yulad al fitra, fa abawa yudani wa yusani".</w:t>
      </w:r>
    </w:p>
    <w:p>
      <w:pPr>
        <w:jc w:val="right"/>
      </w:pPr>
      <w:r>
        <w:t>کیونکہ ہر آدمی دیکھیں، حدیث بتاتا ہے: "کل بیدی یولد الفطرہ، فبواہ یودانی وانسانی"۔</w:t>
      </w:r>
    </w:p>
    <w:p>
      <w:r>
        <w:rPr>
          <w:b/>
        </w:rPr>
        <w:t xml:space="preserve">[25:45] </w:t>
      </w:r>
      <w:r>
        <w:t>yeh hadith mein hai ke har har insaan ka ek mindset ban jaata hai. yeh hadith mein hai, Bukhari mein hai, hadith jo usool kutub baad kitab Allah</w:t>
      </w:r>
    </w:p>
    <w:p>
      <w:pPr>
        <w:jc w:val="right"/>
      </w:pPr>
      <w:r>
        <w:t>یہ حدیث میں ہے کہ ہر ہر انسان کا ایک مائنڈ سیٹ بن جاتا ہے۔ یہ حدیث میں ہے، بخاری میں ہے، حدیث جو اصول کتب بعد کتاب اللہ</w:t>
      </w:r>
    </w:p>
    <w:p>
      <w:r>
        <w:rPr>
          <w:b/>
        </w:rPr>
        <w:t xml:space="preserve">[25:58] </w:t>
      </w:r>
      <w:r>
        <w:t>ke har har insaan without exception, har insaan ka case yeh hai ke is ka ek mindset ban jaata hai apne environment ke lehaz se.</w:t>
      </w:r>
    </w:p>
    <w:p>
      <w:pPr>
        <w:jc w:val="right"/>
      </w:pPr>
      <w:r>
        <w:t>کہ ہر ہر انسان ودا آؤٹ ایکسیپشن، ہر انسان کا کیس یہ ہے کہ اس کا ایک مائنڈ سیٹ بن جاتا ہے اپنے انوائرمنٹ کے لحاظ سے۔</w:t>
      </w:r>
    </w:p>
    <w:p>
      <w:r>
        <w:rPr>
          <w:b/>
        </w:rPr>
        <w:t xml:space="preserve">[26:10] </w:t>
      </w:r>
      <w:r>
        <w:t>yeh hona hi hona hai aisa. to aap ko yeh kaise aisa ho ke aap apne mindset se bahar aa kar Quran ko samjhein?</w:t>
      </w:r>
    </w:p>
    <w:p>
      <w:pPr>
        <w:jc w:val="right"/>
      </w:pPr>
      <w:r>
        <w:t>یہ ہونا ہی ہونا ہے ایسا۔ تو آپ کو یہ کیسے ایسا ہو کہ آپ اپنے مائنڈ سیٹ سے باہر آ کر قرآن کو سمجھیں؟</w:t>
      </w:r>
    </w:p>
    <w:p>
      <w:r>
        <w:rPr>
          <w:b/>
        </w:rPr>
        <w:t xml:space="preserve">[26:22] </w:t>
      </w:r>
      <w:r>
        <w:t>apne mindset se bahar aa kar Quran ko samjhein? ek aisa kaise hoga? is ke liye Allah ne farishta laga diya. na na, awliya ko dunya yaani farishta aa kar kehta hai ke:</w:t>
      </w:r>
    </w:p>
    <w:p>
      <w:pPr>
        <w:jc w:val="right"/>
      </w:pPr>
      <w:r>
        <w:t>اپنے مائنڈ سیٹ سے باہر آ کر قرآن کو سمجھیں؟ ایک ایسا کیسے ہوگا؟ اس کے لیے اللہ نے فرشتہ لگا دیا۔ نہ نہ، اولیاء کو دنیا یعنی فرشتہ آ کر کہتا ہے کہ:</w:t>
      </w:r>
    </w:p>
    <w:p>
      <w:r>
        <w:rPr>
          <w:b/>
        </w:rPr>
        <w:t xml:space="preserve">[26:36] </w:t>
      </w:r>
      <w:r>
        <w:t>"Ae bande, main tere saath hoon, main tera horseman hoon,</w:t>
      </w:r>
    </w:p>
    <w:p>
      <w:pPr>
        <w:jc w:val="right"/>
      </w:pPr>
      <w:r>
        <w:t>"اے بندے، میں تیرے ساتھ ہوں، میں تیرا ہارس مین ہوں،</w:t>
      </w:r>
    </w:p>
    <w:p>
      <w:r>
        <w:rPr>
          <w:b/>
        </w:rPr>
        <w:t xml:space="preserve">[26:42] </w:t>
      </w:r>
      <w:r>
        <w:t>to jidhar chahe chal, to jidhar chahe chal, main tera horseman bana rahunga aur tujh ko bhatakne nahi dunga".</w:t>
      </w:r>
    </w:p>
    <w:p>
      <w:pPr>
        <w:jc w:val="right"/>
      </w:pPr>
      <w:r>
        <w:t>تو جدھر چاہے چل، تو جدھر چاہے چل، میں تیرا ہارس مین بنا رہوں گا اور تجھ کو بھٹکنے نہیں دوں گا"۔</w:t>
      </w:r>
    </w:p>
    <w:p>
      <w:r>
        <w:rPr>
          <w:b/>
        </w:rPr>
        <w:t xml:space="preserve">[26:53] </w:t>
      </w:r>
      <w:r>
        <w:t>kaisi ajeeb baat hai!</w:t>
      </w:r>
    </w:p>
    <w:p>
      <w:pPr>
        <w:jc w:val="right"/>
      </w:pPr>
      <w:r>
        <w:t>کیسی عجیب بات ہے!</w:t>
      </w:r>
    </w:p>
    <w:p>
      <w:r>
        <w:rPr>
          <w:b/>
        </w:rPr>
        <w:t xml:space="preserve">[26:58] </w:t>
      </w:r>
      <w:r>
        <w:t>aap darya mein guzren, pahaad par charhen, janglat mein jaen, har jagah aap ka horseman aap ke saath rahega.</w:t>
      </w:r>
    </w:p>
    <w:p>
      <w:pPr>
        <w:jc w:val="right"/>
      </w:pPr>
      <w:r>
        <w:t>آپ دریا میں گزریں، پہاڑ پر چڑھیں، جنگل میں جائیں، ہر جگہ آپ کا ہارس مین آپ کے ساتھ رہے گا۔</w:t>
      </w:r>
    </w:p>
    <w:p>
      <w:r>
        <w:rPr>
          <w:b/>
        </w:rPr>
        <w:t xml:space="preserve">[27:08] </w:t>
      </w:r>
      <w:r>
        <w:t>na na, awliya filhaal dunya, dunya ki zindagi mein hum tumhare saath hain, yeh farishta kehta hai. to zahir hai ke number one par aata hai deen ko samajhna, quran ko samajhna, seerat-e-rasool ko samajhna, rasool Allah salallahu alaihi wasallam ki taleemat ko samajhna.</w:t>
      </w:r>
    </w:p>
    <w:p>
      <w:pPr>
        <w:jc w:val="right"/>
      </w:pPr>
      <w:r>
        <w:t>نہ نہ، اولیاء فی الحال دنیا، دنیا کی زندگی میں ہم تمہارے ساتھ ہیں، یہ فرشتہ کہتا ہے۔ تو ظاہر ہے کہ نمبر ون پر آتا ہے دین کو سمجھنا، قرآن کو سمجھنا، سیرت رسول کو سمجھنا، رسول اللہ صلی اللہ علیہ وسلم کی تعلیمات کو سمجھنا۔</w:t>
      </w:r>
    </w:p>
    <w:p>
      <w:r>
        <w:rPr>
          <w:b/>
        </w:rPr>
        <w:t xml:space="preserve">[27:25] </w:t>
      </w:r>
      <w:r>
        <w:t>yeh to number one par aata hai</w:t>
      </w:r>
    </w:p>
    <w:p>
      <w:pPr>
        <w:jc w:val="right"/>
      </w:pPr>
      <w:r>
        <w:t>یہ تو نمبر ون پر آتا ہے</w:t>
      </w:r>
    </w:p>
    <w:p>
      <w:r>
        <w:rPr>
          <w:b/>
        </w:rPr>
        <w:t xml:space="preserve">[27:27] </w:t>
      </w:r>
      <w:r>
        <w:t>ke jab tum samajhna chaho ge quran ko, jab tum samajh samajhna chaho ge seerat-e-rasool ko, hum wahan maujood rahen ge aur tum ko</w:t>
      </w:r>
    </w:p>
    <w:p>
      <w:pPr>
        <w:jc w:val="right"/>
      </w:pPr>
      <w:r>
        <w:t>کہ جب تم سمجھنا چاہو گے قرآن کو، جب تم سمجھ سمجھنا چاہو گے سیرت رسول کو، ہم وہاں موجود رہیں گے اور تم کو</w:t>
      </w:r>
    </w:p>
    <w:p>
      <w:r>
        <w:rPr>
          <w:b/>
        </w:rPr>
        <w:t xml:space="preserve">[27:39] </w:t>
      </w:r>
      <w:r>
        <w:t>aisa nahi hone den ge ke tum apne mindset ke saath logon ko samajhne quran ko.</w:t>
      </w:r>
    </w:p>
    <w:p>
      <w:pPr>
        <w:jc w:val="right"/>
      </w:pPr>
      <w:r>
        <w:t>ایسا نہیں ہونے دیں گے کہ تم اپنے مائنڈ سیٹ کے ساتھ لوگوں کو سمجھنے قرآن کو۔</w:t>
      </w:r>
    </w:p>
    <w:p>
      <w:r>
        <w:rPr>
          <w:b/>
        </w:rPr>
        <w:t xml:space="preserve">[27:49] </w:t>
      </w:r>
      <w:r>
        <w:t>yeh rizq nahi tumhare hone den ge ke tum quran ko parho aur samjho apne mind ke aitbaar se, seerat ko parho aur samjho apne mindset ke aitbaar se.</w:t>
      </w:r>
    </w:p>
    <w:p>
      <w:pPr>
        <w:jc w:val="right"/>
      </w:pPr>
      <w:r>
        <w:t>یہ رزق نہیں تمہارے ہونے دیں گے کہ تم قرآن کو پڑھو اور سمجھو اپنے مائنڈ کے اعتبار سے، سیرت کو پڑھو اور سمجھو اپنے مائنڈ سیٹ کے اعتبار سے۔</w:t>
      </w:r>
    </w:p>
    <w:p>
      <w:r>
        <w:rPr>
          <w:b/>
        </w:rPr>
        <w:t xml:space="preserve">[28:04] </w:t>
      </w:r>
      <w:r>
        <w:t>ek sahib ne moti si kitaab likhi hai,</w:t>
      </w:r>
    </w:p>
    <w:p>
      <w:pPr>
        <w:jc w:val="right"/>
      </w:pPr>
      <w:r>
        <w:t>ایک صاحب نے موٹی سی کتاب لکھی ہے،</w:t>
      </w:r>
    </w:p>
    <w:p>
      <w:r>
        <w:rPr>
          <w:b/>
        </w:rPr>
        <w:t xml:space="preserve">[28:07] </w:t>
      </w:r>
      <w:r>
        <w:t>iska naam hai "hadees-e-difa". to rasool Allah ki seerat ko unhon ne jangi seerat bana diya. un ko dikhaya ke bohat hi bahar general the rasool Allah, yani unhon ne yeh kamaal dikhaya hai.</w:t>
      </w:r>
    </w:p>
    <w:p>
      <w:pPr>
        <w:jc w:val="right"/>
      </w:pPr>
      <w:r>
        <w:t>اس کا نام ہے "حدیث دفاع"۔ تو رسول اللہ کی سیرت کو انہوں نے جنگی سیرت بنا دیا۔ ان کو دکھایا کہ بہت ہی باہر جنرل تھے رسول اللہ، یعنی انہوں نے یہ کمال دکھایا ہے۔</w:t>
      </w:r>
    </w:p>
    <w:p>
      <w:r>
        <w:rPr>
          <w:b/>
        </w:rPr>
        <w:t xml:space="preserve">[28:21] </w:t>
      </w:r>
      <w:r>
        <w:t>yeh un ka kamaal samjha jata hai ke rasool Allah ko dunya ke sab se bara general dikha diya unhon ne.</w:t>
      </w:r>
    </w:p>
    <w:p>
      <w:pPr>
        <w:jc w:val="right"/>
      </w:pPr>
      <w:r>
        <w:t>یہ ان کا کمال سمجھا جاتا ہے کہ رسول اللہ کو دنیا کے سب سے بڑا جنرل دکھا دیا انہوں نے۔</w:t>
      </w:r>
    </w:p>
    <w:p>
      <w:r>
        <w:rPr>
          <w:b/>
        </w:rPr>
        <w:t xml:space="preserve">[28:27] </w:t>
      </w:r>
      <w:r>
        <w:t>sahih, ek ek yeh koi rasool ki tareef hai? rasool Allah farz ki sab se bare general hote to paighambar na hote, woh kuch aur hote, woh woh napoleon hote.</w:t>
      </w:r>
    </w:p>
    <w:p>
      <w:pPr>
        <w:jc w:val="right"/>
      </w:pPr>
      <w:r>
        <w:t>صحیح، ایک ایک یہ کوئی رسول کی تعریف ہے؟ رسول اللہ فرض کی سب سے بڑے جنرل ہوتے تو پیغمبر نہ ہوتے، وہ کچھ اور ہوتے، وہ وہ نیپولین ہوتے۔</w:t>
      </w:r>
    </w:p>
    <w:p>
      <w:r>
        <w:rPr>
          <w:b/>
        </w:rPr>
        <w:t xml:space="preserve">[28:39] </w:t>
      </w:r>
      <w:r>
        <w:t>to paighambar ka ek kamaal nahi ke woh sab se bare general hon. paighambar kamali ko sab se bare guide hon, woh kaise plan ko jaanen aur bataen insaan ko.</w:t>
      </w:r>
    </w:p>
    <w:p>
      <w:pPr>
        <w:jc w:val="right"/>
      </w:pPr>
      <w:r>
        <w:t>تو پیغمبر کا ایک کمال نہیں کہ وہ سب سے بڑے جنرل ہوں۔ پیغمبر کمالی کو سب سے بڑے گائیڈ ہوں، وہ کیسے پلان کو جانیں اور بتائیں انسان کو۔</w:t>
      </w:r>
    </w:p>
    <w:p>
      <w:r>
        <w:rPr>
          <w:b/>
        </w:rPr>
        <w:t xml:space="preserve">[28:56] </w:t>
      </w:r>
      <w:r>
        <w:t>to</w:t>
      </w:r>
    </w:p>
    <w:p>
      <w:pPr>
        <w:jc w:val="right"/>
      </w:pPr>
      <w:r>
        <w:t>تو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