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7 Nov, 2007 - Maulana Wahiduddin Khan</w:t>
      </w:r>
    </w:p>
    <w:p>
      <w:r>
        <w:t>https://www.youtube.com/watch?v=82gnng-T5xE</w:t>
      </w:r>
    </w:p>
    <w:p>
      <w:r>
        <w:rPr>
          <w:b/>
        </w:rPr>
        <w:t xml:space="preserve">[00:10] </w:t>
      </w:r>
      <w:r>
        <w:t>to Khuda hum se koi alien cheez nahi hai. Khuda isi truth ka, yani wahi jo truth hai hamare dil mein jis ki, jis ki, yani everyone is a bond seeker.</w:t>
      </w:r>
    </w:p>
    <w:p>
      <w:pPr>
        <w:jc w:val="right"/>
      </w:pPr>
      <w:r>
        <w:t>تو خدا ہم سے کوئی ایلین چیز نہیں ہے۔ خدا اسی ٹروتھ کا، یعنی وہی جو ٹروتھ ہے ہمارے دل میں جس کی، جس کی، یعنی ایوری ون از اے بانڈ سیکر۔</w:t>
      </w:r>
    </w:p>
    <w:p>
      <w:r>
        <w:rPr>
          <w:b/>
        </w:rPr>
        <w:t xml:space="preserve">[00:26] </w:t>
      </w:r>
      <w:r>
        <w:t>har aadmi ek seeker hai, kyunke andar is ko chupa hua hai kahin na kahin kuch, kuch cheez ho jo sachai ho, koi cheez ho jo mujh se supreme ho.</w:t>
      </w:r>
    </w:p>
    <w:p>
      <w:pPr>
        <w:jc w:val="right"/>
      </w:pPr>
      <w:r>
        <w:t>ہر آدمی ایک سیکر ہے، کیونکہ اندر اس کو چھپا ہوا ہے کہیں نہ کہیں کچھ، کچھ چیز ہو جو سچائی ہو، کوئی چیز ہو جو مجھ سے سپریم ہو۔</w:t>
      </w:r>
    </w:p>
    <w:p>
      <w:r>
        <w:rPr>
          <w:b/>
        </w:rPr>
        <w:t xml:space="preserve">[00:36] </w:t>
      </w:r>
      <w:r>
        <w:t>to ek supreme truth ki sachai aadmi ke andar inter woven hai, to isi ko dhoond dhoondne mein rehta hai. har aadmi laga rehta hai, laga rehta hai, laga rehta hai.</w:t>
      </w:r>
    </w:p>
    <w:p>
      <w:pPr>
        <w:jc w:val="right"/>
      </w:pPr>
      <w:r>
        <w:t>تو ایک سپریم ٹروتھ کی سچائی آدمی کے اندر انٹر وون ہے، تو اسی کو ڈھونڈ ڈھونڈنے میں رہتا ہے۔ ہر آدمی لگا رہتا ہے، لگا رہتا ہے، لگا رہتا ہے۔</w:t>
      </w:r>
    </w:p>
    <w:p>
      <w:r>
        <w:rPr>
          <w:b/>
        </w:rPr>
        <w:t xml:space="preserve">[00:47] </w:t>
      </w:r>
      <w:r>
        <w:t>to isi ka jo sahi hai, woh is ka,</w:t>
      </w:r>
    </w:p>
    <w:p>
      <w:pPr>
        <w:jc w:val="right"/>
      </w:pPr>
      <w:r>
        <w:t>تو اسی کا جو صحیح ہے، وہ اس کا،</w:t>
      </w:r>
    </w:p>
    <w:p>
      <w:r>
        <w:rPr>
          <w:b/>
        </w:rPr>
        <w:t xml:space="preserve">[00:53] </w:t>
      </w:r>
      <w:r>
        <w:t>woh kuch log is ko attribute kar lete hain, yani relate kar lete hain, associate kar lete hain kisi aur cheez se.</w:t>
      </w:r>
    </w:p>
    <w:p>
      <w:pPr>
        <w:jc w:val="right"/>
      </w:pPr>
      <w:r>
        <w:t>وہ کچھ لوگ اس کو ایٹریبیوٹ کر لیتے ہیں، یعنی ریلیٹ کر لیتے ہیں، ایسوسیٹ کر لیتے ہیں کسی اور چیز سے۔</w:t>
      </w:r>
    </w:p>
    <w:p>
      <w:r>
        <w:rPr>
          <w:b/>
        </w:rPr>
        <w:t xml:space="preserve">[01:02] </w:t>
      </w:r>
      <w:r>
        <w:t>is ko khuda samajh lete hain associate kar ke, lekin sahi associate jo hai, woh yeh hai ke jis ko aap Allah kehte hain, God kehte hain, khuda kehte hain,</w:t>
      </w:r>
    </w:p>
    <w:p>
      <w:pPr>
        <w:jc w:val="right"/>
      </w:pPr>
      <w:r>
        <w:t>اس کو خدا سمجھ لیتے ہیں ایسوسیٹ کر کے، لیکن صحیح ایسوسیٹ جو ہے، وہ یہ ہے کہ جس کو آپ اللہ کہتے ہیں، گاڈ کہتے ہیں، خدا کہتے ہیں،</w:t>
      </w:r>
    </w:p>
    <w:p>
      <w:r>
        <w:rPr>
          <w:b/>
        </w:rPr>
        <w:t xml:space="preserve">[01:11] </w:t>
      </w:r>
      <w:r>
        <w:t>is se aap associate kar sakein to aap ne sachai ko pa liya. to khulasa yeh nikla ke aam taur par jo samjha jata hai ke kalma parh lo to bas musalman ho gaye, kalma parh lo to jannat mil gayi, yeh sab mehnat aik bilkul base less baat hai.</w:t>
      </w:r>
    </w:p>
    <w:p>
      <w:pPr>
        <w:jc w:val="right"/>
      </w:pPr>
      <w:r>
        <w:t>اس سے آپ ایسوسیٹ کر سکیں تو آپ نے سچائی کو پا لیا۔ تو خلاصہ یہ نکلا کہ عام طور پر جو سمجھا جاتا ہے کہ کلمہ پڑھ لو تو بس مسلمان ہو گئے، کلمہ پڑھ لو تو جنت مل گئی، یہ سب محنت ایک بالکل بیس لیس بات ہے۔</w:t>
      </w:r>
    </w:p>
    <w:p>
      <w:r>
        <w:rPr>
          <w:b/>
        </w:rPr>
        <w:t xml:space="preserve">[01:27] </w:t>
      </w:r>
      <w:r>
        <w:t>nahin, tum ko agar khuda ki discovery ho jaye,</w:t>
      </w:r>
    </w:p>
    <w:p>
      <w:pPr>
        <w:jc w:val="right"/>
      </w:pPr>
      <w:r>
        <w:t>نہیں، تم کو اگر خدا کی ڈسکوری ہو جائے،</w:t>
      </w:r>
    </w:p>
    <w:p>
      <w:r>
        <w:rPr>
          <w:b/>
        </w:rPr>
        <w:t xml:space="preserve">[01:32] </w:t>
      </w:r>
      <w:r>
        <w:t>tab tum is qabil hue ke tumhein priority mile gi. jab aur yeh bhi yaad rakhiye ke jab discovery hoti hai to woh love service ke sense mein nahin hua karti, woh woh poore aap ki poori hasti mein sama jati hai,</w:t>
      </w:r>
    </w:p>
    <w:p>
      <w:pPr>
        <w:jc w:val="right"/>
      </w:pPr>
      <w:r>
        <w:t>تب تم اس قابل ہوئے کہ تمہیں پرائیورٹی ملے گی۔ جب اور یہ بھی یاد رکھیے کہ جب ڈسکوری ہوتی ہے تو وہ لف سروس کے سینس میں نہیں ہوا کرتی، وہ وہ پورے آپ کی پوری ہستی میں سما جاتی ہے،</w:t>
      </w:r>
    </w:p>
    <w:p>
      <w:r>
        <w:rPr>
          <w:b/>
        </w:rPr>
        <w:t xml:space="preserve">[01:47] </w:t>
      </w:r>
      <w:r>
        <w:t>poori personality aap ko</w:t>
      </w:r>
    </w:p>
    <w:p>
      <w:pPr>
        <w:jc w:val="right"/>
      </w:pPr>
      <w:r>
        <w:t>پوری پرسنیلٹی آپ کو</w:t>
      </w:r>
    </w:p>
    <w:p>
      <w:r>
        <w:rPr>
          <w:b/>
        </w:rPr>
        <w:t xml:space="preserve">[01:50] </w:t>
      </w:r>
      <w:r>
        <w:t>isi mein dhal jati hai, aur aur phir khuda aap ka supreme concern ban jata hai. maine kai bar aap ko yeh baat sunai hai ke aik American scholar ne likha hai ke "the greatest concern of Islam is Allah".</w:t>
      </w:r>
    </w:p>
    <w:p>
      <w:pPr>
        <w:jc w:val="right"/>
      </w:pPr>
      <w:r>
        <w:t>اسی میں ڈھل جاتی ہے، اور اور پھر خدا آپ کا سپریم کنسرن بن جاتا ہے۔ میں نے کئی بار آپ کو یہ بات سنائی ہے کہ ایک امریکن سکالر نے لکھا ہے کہ "دا گریٹسٹ کنسرن آف اسلام از اللہ"۔</w:t>
      </w:r>
    </w:p>
    <w:p>
      <w:r>
        <w:rPr>
          <w:b/>
        </w:rPr>
        <w:t xml:space="preserve">[02:06] </w:t>
      </w:r>
      <w:r>
        <w:t>main bohat sahi samajhta hoon is ko. to jab discovery hogi to aap ka greatest concern God ban jayega.</w:t>
      </w:r>
    </w:p>
    <w:p>
      <w:pPr>
        <w:jc w:val="right"/>
      </w:pPr>
      <w:r>
        <w:t>میں بہت صحیح سمجھتا ہوں اس کو۔ تو جب ڈسکوری ہوگی تو آپ کا گریٹسٹ کنسرن گاڈ بن جائے گا۔</w:t>
      </w:r>
    </w:p>
    <w:p>
      <w:r>
        <w:rPr>
          <w:b/>
        </w:rPr>
        <w:t xml:space="preserve">[02:13] </w:t>
      </w:r>
      <w:r>
        <w:t>poori zindagi ka orientation badal jayega, direction badal jayega, soch badal jayegi. yeh hai iman.</w:t>
      </w:r>
    </w:p>
    <w:p>
      <w:pPr>
        <w:jc w:val="right"/>
      </w:pPr>
      <w:r>
        <w:t>پوری زندگی کا اورینٹیشن بدل جائے گا، ڈائریکشن بدل جائے گا، سوچ بدل جائے گی۔ یہ ہے ایمان۔</w:t>
      </w:r>
    </w:p>
    <w:p>
      <w:r>
        <w:rPr>
          <w:b/>
        </w:rPr>
        <w:t xml:space="preserve">[02:22] </w:t>
      </w:r>
      <w:r>
        <w:t>love service ka naam iman nahin hai.</w:t>
      </w:r>
    </w:p>
    <w:p>
      <w:pPr>
        <w:jc w:val="right"/>
      </w:pPr>
      <w:r>
        <w:t>لف سروس کا نام ایمان نہیں ہے۔</w:t>
      </w:r>
    </w:p>
    <w:p>
      <w:r>
        <w:rPr>
          <w:b/>
        </w:rPr>
        <w:t xml:space="preserve">[02:27] </w:t>
      </w:r>
      <w:r>
        <w:t>aah Maulana, yeh jo verse thi, zara is ko bhi thoda bataein. yeh different jo components aaye hain, like books and prophets and malaika and different jo spec</w:t>
      </w:r>
    </w:p>
    <w:p>
      <w:pPr>
        <w:jc w:val="right"/>
      </w:pPr>
      <w:r>
        <w:t>اہ مولانا، یہ جو ورس تھی، ذرا اس کو بھی تھوڑا بتائیں۔ یہ ڈفرنٹ جو کمپونینٹس آئے ہیں، لائک بکس اینڈ پرافٹس اینڈ ملائکہ اینڈ ڈفرنٹ جو اسپیک</w:t>
      </w:r>
    </w:p>
    <w:p>
      <w:r>
        <w:rPr>
          <w:b/>
        </w:rPr>
        <w:t xml:space="preserve">[02:38] </w:t>
      </w:r>
      <w:r>
        <w:t>ts hain. achha, amanat billahi wa malaikatihi wa kutubihi wa rusulihi wal yawmil akhir wal qadari khairihi wa sharrihi minal Allahu ta'ala wal ba'd al maut. kis ko keh rahe hain aap?</w:t>
      </w:r>
    </w:p>
    <w:p>
      <w:pPr>
        <w:jc w:val="right"/>
      </w:pPr>
      <w:r>
        <w:t>ٹس ہیں۔ اچھا، امن امنت باللہ و ملائکتہ کتب اورسلی الباس بعد البوت۔ کس کو کہہ رہے ہیں آپ؟</w:t>
      </w:r>
    </w:p>
    <w:p>
      <w:r>
        <w:rPr>
          <w:b/>
        </w:rPr>
        <w:t xml:space="preserve">[02:48] </w:t>
      </w:r>
      <w:r>
        <w:t>azm aik hai, iman mujmal aik hai, iman mufassal. yeh sab Quran mein nahin hai, yeh sab hadith mein bhi is tarah se nahin hai.</w:t>
      </w:r>
    </w:p>
    <w:p>
      <w:pPr>
        <w:jc w:val="right"/>
      </w:pPr>
      <w:r>
        <w:t>عزم ایک ہے، ایمان مجمل ایک ہے، ایمان مفصل۔ یہ سب قرآن میں نہیں ہے، یہ سب حدیث میں بھی اس طرح سے نہیں ہے۔</w:t>
      </w:r>
    </w:p>
    <w:p>
      <w:r>
        <w:rPr>
          <w:b/>
        </w:rPr>
        <w:t xml:space="preserve">[02:59] </w:t>
      </w:r>
      <w:r>
        <w:t>baat ko banaya gaya hai yeh. yeh sab, yeh sab jo hain, baat ko banaye gaye hain. lekin woh sahi hain apni jagah par, galat nahin hain woh.</w:t>
      </w:r>
    </w:p>
    <w:p>
      <w:pPr>
        <w:jc w:val="right"/>
      </w:pPr>
      <w:r>
        <w:t>بات کو بنایا گیا ہے یہ۔ یہ سب، یہ سب جو ہیں، بات کو بنائے گئے ہیں۔ لیکن وہ صحیح ہیں اپنی جگہ پر، غلط نہیں ہیں وہ۔</w:t>
      </w:r>
    </w:p>
    <w:p>
      <w:r>
        <w:rPr>
          <w:b/>
        </w:rPr>
        <w:t xml:space="preserve">[03:08] </w:t>
      </w:r>
      <w:r>
        <w:t>to agar aap,</w:t>
      </w:r>
    </w:p>
    <w:p>
      <w:pPr>
        <w:jc w:val="right"/>
      </w:pPr>
      <w:r>
        <w:t>تو اگر آپ،</w:t>
      </w:r>
    </w:p>
    <w:p>
      <w:r>
        <w:rPr>
          <w:b/>
        </w:rPr>
        <w:t xml:space="preserve">[03:12] </w:t>
      </w:r>
      <w:r>
        <w:t>yani, yani short mein batana chahein kisi ko Islam kya hai to aap kahenge khuda ko aik manna. short mein.</w:t>
      </w:r>
    </w:p>
    <w:p>
      <w:pPr>
        <w:jc w:val="right"/>
      </w:pPr>
      <w:r>
        <w:t>یعنی، یعنی شارٹ میں بتانا چاہیں کسی کو اسلام کیا ہے تو آپ کہیں گے خدا کو ایک ماننا۔ شارٹ میں۔</w:t>
      </w:r>
    </w:p>
    <w:p>
      <w:r>
        <w:rPr>
          <w:b/>
        </w:rPr>
        <w:t xml:space="preserve">[03:22] </w:t>
      </w:r>
      <w:r>
        <w:t>is ko detail mein batana chahein to aap yeh sab baat bolenge ke khuda ko manna aur prophet ko manna, book of God ko manna, angel ko manna, yeh manna ke marne ke baad hum khud khuda ke samne pahunchenge, day of judgment hai,</w:t>
      </w:r>
    </w:p>
    <w:p>
      <w:pPr>
        <w:jc w:val="right"/>
      </w:pPr>
      <w:r>
        <w:t>اس کو ڈیٹیل میں بتانا چاہیں تو آپ یہ سب بات بولیں گے کہ خدا کو ماننا اور پرافٹ کو ماننا، بک آف گاڈ کو ماننا، اینجل کو ماننا، یہ ماننا کہ مرنے کے بعد ہم خود خدا کے سامنے پہنچیں گے، ڈے آف ججمنٹ ہے،</w:t>
      </w:r>
    </w:p>
    <w:p>
      <w:r>
        <w:rPr>
          <w:b/>
        </w:rPr>
        <w:t xml:space="preserve">[03:38] </w:t>
      </w:r>
      <w:r>
        <w:t>in sab baton ko. to baz log jawab yeh kehte hain ke ke aik khuda ko manna yahi hai, to is mein sab kuch included hoti hai.</w:t>
      </w:r>
    </w:p>
    <w:p>
      <w:pPr>
        <w:jc w:val="right"/>
      </w:pPr>
      <w:r>
        <w:t>ان سب باتوں کو۔ تو بعض لوگ جواب یہ کہتے ہیں کہ کہ ایک خدا کو ماننا یہی ہے، تو اس میں سب کچھ انکلوڈڈ ہوتی ہے۔</w:t>
      </w:r>
    </w:p>
    <w:p>
      <w:r>
        <w:rPr>
          <w:b/>
        </w:rPr>
        <w:t xml:space="preserve">[03:52] </w:t>
      </w:r>
      <w:r>
        <w:t>jo jo cheez included hai, us ko jab aap detail karte hain to iman mufassal ban jata hai. woh</w:t>
      </w:r>
    </w:p>
    <w:p>
      <w:pPr>
        <w:jc w:val="right"/>
      </w:pPr>
      <w:r>
        <w:t>جو جو چیز انکلوڈڈ ہے، اس کو جب آپ ڈیٹیل کرتے ہیں تو ایمان مفصل بن جاتا ہے۔ وہ</w:t>
      </w:r>
    </w:p>
    <w:p>
      <w:r>
        <w:rPr>
          <w:b/>
        </w:rPr>
        <w:t xml:space="preserve">[03:57] </w:t>
      </w:r>
      <w:r>
        <w:t>aisa nahin ke woh koi alag alag hai. khuda se woh cheezein juri hui hain. lekin jab aap short mein bolte hain to kehte hain ke bhai khuda ko aik mano to yeh yeh Islam hai.</w:t>
      </w:r>
    </w:p>
    <w:p>
      <w:pPr>
        <w:jc w:val="right"/>
      </w:pPr>
      <w:r>
        <w:t>ایسا نہیں کہ وہ کوئی الگ الگ ہے۔ خدا سے وہ چیزیں جڑی ہوئی ہیں۔ لیکن جب آپ شارٹ میں بولتے ہیں تو کہتے ہیں کہ بھئی خدا کو ایک مانو تو یہ یہ اسلام ہے۔</w:t>
      </w:r>
    </w:p>
    <w:p>
      <w:r>
        <w:rPr>
          <w:b/>
        </w:rPr>
        <w:t xml:space="preserve">[04:09] </w:t>
      </w:r>
      <w:r>
        <w:t>lekin khuda ko aik manne ka matlab kya hai? aise thodi ke jaise ke aik pencil hoti hai to aap kahen aik pencil.</w:t>
      </w:r>
    </w:p>
    <w:p>
      <w:pPr>
        <w:jc w:val="right"/>
      </w:pPr>
      <w:r>
        <w:t>لیکن خدا کو ایک ماننے کا مطلب کیا ہے؟ ایسے تھوڑی کہ جیسے کہ ایک پینسل ہوتی ہے تو آپ کہیں ایک پینسل۔</w:t>
      </w:r>
    </w:p>
    <w:p>
      <w:r>
        <w:rPr>
          <w:b/>
        </w:rPr>
        <w:t xml:space="preserve">[04:15] </w:t>
      </w:r>
      <w:r>
        <w:t>khuda jo hai, jis ne ke create kiya hai, jo hai, jo giver hai, jo sab kuch hai, to us ki sari qualities ke sath manna padta hai. sari qualities mein sab baatein aa jayengi.</w:t>
      </w:r>
    </w:p>
    <w:p>
      <w:pPr>
        <w:jc w:val="right"/>
      </w:pPr>
      <w:r>
        <w:t>خدا جو ہے، جس نے کہ کریٹ کیا ہے، جو ہے، جو گیور ہے، جو سب کچھ ہے، تو اس کی ساری کوالٹیز کے ساتھ ماننا پڑتا ہے۔ ساری کوالٹیز میں سب باتیں آ جائیں گی۔</w:t>
      </w:r>
    </w:p>
    <w:p>
      <w:r>
        <w:rPr>
          <w:b/>
        </w:rPr>
        <w:t xml:space="preserve">[04:29] </w:t>
      </w:r>
      <w:r>
        <w:t>ya.</w:t>
      </w:r>
    </w:p>
    <w:p>
      <w:pPr>
        <w:jc w:val="right"/>
      </w:pPr>
      <w:r>
        <w:t>یا۔</w:t>
      </w:r>
    </w:p>
    <w:p>
      <w:r>
        <w:rPr>
          <w:b/>
        </w:rPr>
        <w:t xml:space="preserve">[04:32] </w:t>
      </w:r>
      <w:r>
        <w:t>This question is from Maulana Zakwan. What is Ism-e-Azam?</w:t>
      </w:r>
    </w:p>
    <w:p>
      <w:pPr>
        <w:jc w:val="right"/>
      </w:pPr>
      <w:r>
        <w:t>دس کوئسچن از فرام مولانا زکوان۔ واٹ از اسم اعظم؟</w:t>
      </w:r>
    </w:p>
    <w:p>
      <w:r>
        <w:rPr>
          <w:b/>
        </w:rPr>
        <w:t xml:space="preserve">[04:47] </w:t>
      </w:r>
      <w:r>
        <w:t>dekhein, hadith mein</w:t>
      </w:r>
    </w:p>
    <w:p>
      <w:pPr>
        <w:jc w:val="right"/>
      </w:pPr>
      <w:r>
        <w:t>دیکھیں، حدیث میں</w:t>
      </w:r>
    </w:p>
    <w:p>
      <w:r>
        <w:rPr>
          <w:b/>
        </w:rPr>
        <w:t xml:space="preserve">[04:51] </w:t>
      </w:r>
      <w:r>
        <w:t>ism e azam ka word jo Quran mein nahin hai, hadith mein hai. to hadith mein yeh hai ke ism e azam ke sath jab koi pukarta hai khuda ko to us ki dua zaroor accept ho jati hai.</w:t>
      </w:r>
    </w:p>
    <w:p>
      <w:pPr>
        <w:jc w:val="right"/>
      </w:pPr>
      <w:r>
        <w:t>اسم اعظم کا ورڈ جو قرآن میں نہیں ہے، حدیث میں ہے۔ تو حدیث میں یہ ہے کہ اسم اعظم کے ساتھ جب کوئی پکارتا ہے خدا کو تو اس کی دعا ضرور ایکسیپٹ ہو جاتی ہے۔</w:t>
      </w:r>
    </w:p>
    <w:p>
      <w:r>
        <w:rPr>
          <w:b/>
        </w:rPr>
        <w:t xml:space="preserve">[05:06] </w:t>
      </w:r>
      <w:r>
        <w:t>to ism e azam mein chunchay is mein</w:t>
      </w:r>
    </w:p>
    <w:p>
      <w:pPr>
        <w:jc w:val="right"/>
      </w:pPr>
      <w:r>
        <w:t>تو اسم اعظم میں چونکہ اس میں</w:t>
      </w:r>
    </w:p>
    <w:p>
      <w:r>
        <w:rPr>
          <w:b/>
        </w:rPr>
        <w:t xml:space="preserve">[05:10] </w:t>
      </w:r>
      <w:r>
        <w:t>woh hai, yani</w:t>
      </w:r>
    </w:p>
    <w:p>
      <w:pPr>
        <w:jc w:val="right"/>
      </w:pPr>
      <w:r>
        <w:t>وہ ہے، یعنی</w:t>
      </w:r>
    </w:p>
    <w:p>
      <w:r>
        <w:rPr>
          <w:b/>
        </w:rPr>
        <w:t xml:space="preserve">[05:17] </w:t>
      </w:r>
      <w:r>
        <w:t>is is mani naam, yani aik naam, to log samajhte hain ke koi aik naam Khuda ka aisa hai. to janab, is mein bohat likha gaya hai aik naam dhoondne mein.</w:t>
      </w:r>
    </w:p>
    <w:p>
      <w:pPr>
        <w:jc w:val="right"/>
      </w:pPr>
      <w:r>
        <w:t>اس اس معنی نام، یعنی ایک نام، تو لوگ سمجھتے ہیں کہ کوئی ایک نام خدا کا ایسا ہے۔ تو جناب، اس میں بہت لکھا گیا ہے ایک نام ڈھونڈنے میں۔</w:t>
      </w:r>
    </w:p>
    <w:p>
      <w:r>
        <w:rPr>
          <w:b/>
        </w:rPr>
        <w:t xml:space="preserve">[05:27] </w:t>
      </w:r>
      <w:r>
        <w:t>koi kehta hai ke Allah, koi kehta hai yeh, koi kehta hai yeh. sab maine dekhi, bilkul baseless baatein hain.</w:t>
      </w:r>
    </w:p>
    <w:p>
      <w:pPr>
        <w:jc w:val="right"/>
      </w:pPr>
      <w:r>
        <w:t>کوئی کہتا ہے کہ اللہ، کوئی کہتا ہے یہ، کوئی کہتا ہے یہ۔ سب میں نے دیکھی، بالکل بیس لیس باتیں ہیں۔</w:t>
      </w:r>
    </w:p>
    <w:p>
      <w:r>
        <w:rPr>
          <w:b/>
        </w:rPr>
        <w:t xml:space="preserve">[05:33] </w:t>
      </w:r>
      <w:r>
        <w:t>ism e azam kisi aik naam ka naam nahi hai.</w:t>
      </w:r>
    </w:p>
    <w:p>
      <w:pPr>
        <w:jc w:val="right"/>
      </w:pPr>
      <w:r>
        <w:t>اسم اعظم کسی ایک نام کا نام نہیں ہے۔</w:t>
      </w:r>
    </w:p>
    <w:p>
      <w:r>
        <w:rPr>
          <w:b/>
        </w:rPr>
        <w:t xml:space="preserve">[05:39] </w:t>
      </w:r>
      <w:r>
        <w:t>woh to aik, yani,</w:t>
      </w:r>
    </w:p>
    <w:p>
      <w:pPr>
        <w:jc w:val="right"/>
      </w:pPr>
      <w:r>
        <w:t>وہ تو ایک، یعنی،</w:t>
      </w:r>
    </w:p>
    <w:p>
      <w:r>
        <w:rPr>
          <w:b/>
        </w:rPr>
        <w:t xml:space="preserve">[05:45] </w:t>
      </w:r>
      <w:r>
        <w:t>woh</w:t>
      </w:r>
    </w:p>
    <w:p>
      <w:pPr>
        <w:jc w:val="right"/>
      </w:pPr>
      <w:r>
        <w:t>وہ</w:t>
      </w:r>
    </w:p>
    <w:p>
      <w:r>
        <w:rPr>
          <w:b/>
        </w:rPr>
        <w:t xml:space="preserve">[05:48] </w:t>
      </w:r>
      <w:r>
        <w:t>dekhein, dua, dua do qism ki hoti hai meri samajh ke mutabiq. aik dua woh hai jis mein aap apni need ko le kar ke Khuda se maang rahe hote hain.</w:t>
      </w:r>
    </w:p>
    <w:p>
      <w:pPr>
        <w:jc w:val="right"/>
      </w:pPr>
      <w:r>
        <w:t>دیکھیں، دعا، دعا دو قسم کی ہوتی ہے میری سمجھ کے مطابق۔ ایک دعا وہ ہے جس میں آپ اپنی نیڈ کو لے کر کے خدا سے مانگ رہے ہوتے ہیں۔</w:t>
      </w:r>
    </w:p>
    <w:p>
      <w:r>
        <w:rPr>
          <w:b/>
        </w:rPr>
        <w:t xml:space="preserve">[06:04] </w:t>
      </w:r>
      <w:r>
        <w:t>koi bhi aap ki need hai ke meri Khuda mujhe health de de, Khuda mujhe ghar nahi, mere paas ghar ho jaye. to apni kisi need ko le kar ke aap Khuda ko pukaarte hain.</w:t>
      </w:r>
    </w:p>
    <w:p>
      <w:pPr>
        <w:jc w:val="right"/>
      </w:pPr>
      <w:r>
        <w:t>کوئی بھی آپ کی نیڈ ہے کہ میری خدا مجھے ہیلتھ دے دے، خدا مجھے گھر نہیں، میرے پاس گھر ہو جائے۔ تو اپنی کسی نیڈ کو لے کر کے آپ خدا کو پکارتے ہیں۔</w:t>
      </w:r>
    </w:p>
    <w:p>
      <w:r>
        <w:rPr>
          <w:b/>
        </w:rPr>
        <w:t xml:space="preserve">[06:20] </w:t>
      </w:r>
      <w:r>
        <w:t>yeh dua ki</w:t>
      </w:r>
    </w:p>
    <w:p>
      <w:pPr>
        <w:jc w:val="right"/>
      </w:pPr>
      <w:r>
        <w:t>یہ دعا کی</w:t>
      </w:r>
    </w:p>
    <w:p>
      <w:r>
        <w:rPr>
          <w:b/>
        </w:rPr>
        <w:t xml:space="preserve">[06:22] </w:t>
      </w:r>
      <w:r>
        <w:t>ki aik qism hai jis mein is is ka talluq ism e azam se nahi hai. ism e azam woh hai jis mein khud Khuda ko aap involve kar saken.</w:t>
      </w:r>
    </w:p>
    <w:p>
      <w:pPr>
        <w:jc w:val="right"/>
      </w:pPr>
      <w:r>
        <w:t>کی ایک قسم ہے جس میں اس اس کا تعلق اسم اعظم سے نہیں ہے۔ اسم اعظم وہ ہے جس میں خود خدا کو آپ انوالو کر سکیں۔</w:t>
      </w:r>
    </w:p>
    <w:p>
      <w:r>
        <w:rPr>
          <w:b/>
        </w:rPr>
        <w:t xml:space="preserve">[06:36] </w:t>
      </w:r>
      <w:r>
        <w:t>khud Khuda ko involve kar saken, yani woh Khuda ka masla ban jaye.</w:t>
      </w:r>
    </w:p>
    <w:p>
      <w:pPr>
        <w:jc w:val="right"/>
      </w:pPr>
      <w:r>
        <w:t>خود خدا کو انوالو کر سکیں، یعنی وہ خدا کا مسئلہ بن جائے۔</w:t>
      </w:r>
    </w:p>
    <w:p>
      <w:r>
        <w:rPr>
          <w:b/>
        </w:rPr>
        <w:t xml:space="preserve">[06:42] </w:t>
      </w:r>
      <w:r>
        <w:t>jo jo masla aap ka tha, jo jo problem aap ka tha, woh Khuda ka problem ban jaye. bas log is dhang par pukaarna, wohi ism e azam hai.</w:t>
      </w:r>
    </w:p>
    <w:p>
      <w:pPr>
        <w:jc w:val="right"/>
      </w:pPr>
      <w:r>
        <w:t>جو جو مسئلہ آپ کا تھا، جو جو پرابلم آپ کا تھا، وہ خدا کا پرابلم بن جائے۔ بس لوگ اس ڈھنگ پر پکارنا، وہی اسم اعظم ہے۔</w:t>
      </w:r>
    </w:p>
    <w:p>
      <w:r>
        <w:rPr>
          <w:b/>
        </w:rPr>
        <w:t xml:space="preserve">[06:52] </w:t>
      </w:r>
      <w:r>
        <w:t>to ism e azam se murad koi style ya method hai, na ke koi aik naam.</w:t>
      </w:r>
    </w:p>
    <w:p>
      <w:pPr>
        <w:jc w:val="right"/>
      </w:pPr>
      <w:r>
        <w:t>تو اسم اعظم سے مراد کوئی سٹائل یا میتھڈ ہے، نہ کہ کوئی ایک نام۔</w:t>
      </w:r>
    </w:p>
    <w:p>
      <w:r>
        <w:rPr>
          <w:b/>
        </w:rPr>
        <w:t xml:space="preserve">[07:00] </w:t>
      </w:r>
      <w:r>
        <w:t>jaise ke main apne kuch saathi'on ke sath Lodi Garden mein gaya, yahan par.</w:t>
      </w:r>
    </w:p>
    <w:p>
      <w:pPr>
        <w:jc w:val="right"/>
      </w:pPr>
      <w:r>
        <w:t>جیسے کہ میں اپنے کچھ ساتھیوں کے ساتھ لودی گارڈن میں گیا، یہاں پر۔</w:t>
      </w:r>
    </w:p>
    <w:p>
      <w:r>
        <w:rPr>
          <w:b/>
        </w:rPr>
        <w:t xml:space="preserve">[07:09] </w:t>
      </w:r>
      <w:r>
        <w:t>to wahan par maine aik experience bataya.</w:t>
      </w:r>
    </w:p>
    <w:p>
      <w:pPr>
        <w:jc w:val="right"/>
      </w:pPr>
      <w:r>
        <w:t>تو وہاں پر میں نے ایک ایکسپیرینس بتایا۔</w:t>
      </w:r>
    </w:p>
    <w:p>
      <w:r>
        <w:rPr>
          <w:b/>
        </w:rPr>
        <w:t xml:space="preserve">[07:15] </w:t>
      </w:r>
      <w:r>
        <w:t>main batata hoon ke yahi ism e azam hai, mere experience ke mutabiq. kahin likha hua nahi kitabon mein ke, yani, aik dua woh thi jo main karta hoon ke Khuda mujhe bakhsh de, Khuda mujhe ilm de de, Khuda mujhe samajh de de.</w:t>
      </w:r>
    </w:p>
    <w:p>
      <w:pPr>
        <w:jc w:val="right"/>
      </w:pPr>
      <w:r>
        <w:t>میں بتاتا ہوں کہ یہی اسم اعظم ہے، میرے ایکسپیرینس کے مطابق۔ کہیں لکھا ہوا نہیں کتابوں میں کہ، یعنی، ایک دعا وہ تھی جو میں کرتا ہوں کہ خدا مجھے بخش دے، خدا مجھے علم دے دے، خدا مجھے سمجھ دے دے۔</w:t>
      </w:r>
    </w:p>
    <w:p>
      <w:r>
        <w:rPr>
          <w:b/>
        </w:rPr>
        <w:t xml:space="preserve">[07:33] </w:t>
      </w:r>
      <w:r>
        <w:t>to main apni aik cheez maang raha hoon Khuda se. aik yeh hai ke maine is ko Khuda ka problem bana diya.</w:t>
      </w:r>
    </w:p>
    <w:p>
      <w:pPr>
        <w:jc w:val="right"/>
      </w:pPr>
      <w:r>
        <w:t>تو میں اپنی ایک چیز مانگ رہا ہوں خدا سے۔ ایک یہ ہے کہ میں نے اس کو خدا کا پرابلم بنا دیا۔</w:t>
      </w:r>
    </w:p>
    <w:p>
      <w:r>
        <w:rPr>
          <w:b/>
        </w:rPr>
        <w:t xml:space="preserve">[07:41] </w:t>
      </w:r>
      <w:r>
        <w:t>to maine kaha ke main aisi, main aik dua nikli meri zuban se ke Khuda ya, yeh, yani,</w:t>
      </w:r>
    </w:p>
    <w:p>
      <w:pPr>
        <w:jc w:val="right"/>
      </w:pPr>
      <w:r>
        <w:t>تو میں نے کہا کہ میں ایسی، میں ایک دعا نکلی میری زبان سے کہ خدایا، یہ، یعنی،</w:t>
      </w:r>
    </w:p>
    <w:p>
      <w:r>
        <w:rPr>
          <w:b/>
        </w:rPr>
        <w:t xml:space="preserve">[07:54] </w:t>
      </w:r>
      <w:r>
        <w:t>to, yani, main sab aap sab logon ke liye dua kiya, maine poori team ke liye dua kiya, maine ke Khuda, main aur meri team, yeh least deserving candidate hai paradise ke liye.</w:t>
      </w:r>
    </w:p>
    <w:p>
      <w:pPr>
        <w:jc w:val="right"/>
      </w:pPr>
      <w:r>
        <w:t>تو، یعنی، میں سب آپ سب لوگوں کے لیے دعا کیا، میں نے پوری ٹیم کے لیے دعا کیا، میں نے کہ خدا، میں اور میری ٹیم، یہ لیسٹ ڈیزرونگ کینڈیڈیٹ ہے پیراڈائز کے لیے۔</w:t>
      </w:r>
    </w:p>
    <w:p>
      <w:r>
        <w:rPr>
          <w:b/>
        </w:rPr>
        <w:t xml:space="preserve">[08:12] </w:t>
      </w:r>
      <w:r>
        <w:t>hum sab log kamzor hain</w:t>
      </w:r>
    </w:p>
    <w:p>
      <w:pPr>
        <w:jc w:val="right"/>
      </w:pPr>
      <w:r>
        <w:t>ہم سب لوگ کمزور ہیں</w:t>
      </w:r>
    </w:p>
    <w:p>
      <w:r>
        <w:rPr>
          <w:b/>
        </w:rPr>
        <w:t xml:space="preserve">[08:14] </w:t>
      </w:r>
      <w:r>
        <w:t>to meri team aur hum sab log least deserving candidate hain paradise ke liye.</w:t>
      </w:r>
    </w:p>
    <w:p>
      <w:pPr>
        <w:jc w:val="right"/>
      </w:pPr>
      <w:r>
        <w:t>تو میری ٹیم اور ہم سب لوگ لیسٹ ڈیزرونگ کینڈیڈیٹ ہیں پیراڈائز کے لیے۔</w:t>
      </w:r>
    </w:p>
    <w:p>
      <w:r>
        <w:rPr>
          <w:b/>
        </w:rPr>
        <w:t xml:space="preserve">[08:24] </w:t>
      </w:r>
      <w:r>
        <w:t>to agar to hum sab logon ko jannat mein jagah de de to teri glory mein aik aik izafa ho jayega. teri glory mein aik addition hoga ji ke aik teri glory un logon ke sath hogi ke jo wahan par bare bare, yani, bohat kuch kiya hoga, unhon ne le kar aayenge.</w:t>
      </w:r>
    </w:p>
    <w:p>
      <w:pPr>
        <w:jc w:val="right"/>
      </w:pPr>
      <w:r>
        <w:t>تو اگر تو ہم سب لوگوں کو جنت میں جگہ دے دے تو تیری گلوری میں ایک ایک اضافہ ہو جائے گا۔ تیری گلوری میں ایک ایڈیشن ہوگا جی کہ ایک تیری گلوری ان لوگوں کے ساتھ ہوگی کہ جو وہاں پر بڑے بڑے، یعنی، بہت کچھ کیا ہوگا، انہوں نے لے کر آئیں گے۔</w:t>
      </w:r>
    </w:p>
    <w:p>
      <w:r>
        <w:rPr>
          <w:b/>
        </w:rPr>
        <w:t xml:space="preserve">[08:44] </w:t>
      </w:r>
      <w:r>
        <w:t>to jo deserving candidate hon paradise ke liye. to teri aik glory ka application woh hoga jab tu deserving candidate ke liye paradise ki gate khulega.</w:t>
      </w:r>
    </w:p>
    <w:p>
      <w:pPr>
        <w:jc w:val="right"/>
      </w:pPr>
      <w:r>
        <w:t>تو جو ڈیزرونگ کینڈیڈیٹ ہوں پیراڈائز کے لیے۔ تو تیری ایک گلوری کا ایپلیکیشن وہ ہوگا جب تو ڈیزرونگ کینڈیڈیٹ کے لیے پیراڈائز کی گیٹ کھلے گا۔</w:t>
      </w:r>
    </w:p>
    <w:p>
      <w:r>
        <w:rPr>
          <w:b/>
        </w:rPr>
        <w:t xml:space="preserve">[09:01] </w:t>
      </w:r>
      <w:r>
        <w:t>agar to angel se kahe ke Khuda un logon ke liye khol de jo least deserving candidate hain to teri glory mein aik nai cheez ka izafa hoga.</w:t>
      </w:r>
    </w:p>
    <w:p>
      <w:pPr>
        <w:jc w:val="right"/>
      </w:pPr>
      <w:r>
        <w:t>اگر تو اینجل سے کہے کہ خدا ان لوگوں کے لیے کھول دے جو لیسٹ ڈیزرونگ کینڈیڈیٹ ہیں تو تیری گلوری میں ایک نئی چیز کا اضافہ ہوگا۔</w:t>
      </w:r>
    </w:p>
    <w:p>
      <w:r>
        <w:rPr>
          <w:b/>
        </w:rPr>
        <w:t xml:space="preserve">[09:11] </w:t>
      </w:r>
      <w:r>
        <w:t>woh saare zameen aasman dekhenge, khuda ne dekho, un ko bhi khol diya, un ke liye bhi. itna zyada khuda ke andar barhai thi.</w:t>
      </w:r>
    </w:p>
    <w:p>
      <w:pPr>
        <w:jc w:val="right"/>
      </w:pPr>
      <w:r>
        <w:t>وہ سارے زمین آسمان دیکھیں گے، خدا نے دیکھو، ان کو بھی کھول دیا، ان کے لیے بھی۔ اتنا زیادہ خدا کے اندر بڑائی تھی۔</w:t>
      </w:r>
    </w:p>
    <w:p>
      <w:r>
        <w:rPr>
          <w:b/>
        </w:rPr>
        <w:t xml:space="preserve">[09:19] </w:t>
      </w:r>
      <w:r>
        <w:t>to aap khuda, tere greatness ka ek naya, ek ek naya izhaar hoga. is tarah ek greatness woh hoga jab ke tu deserving candidate ko paradise mein jagah dega.</w:t>
      </w:r>
    </w:p>
    <w:p>
      <w:pPr>
        <w:jc w:val="right"/>
      </w:pPr>
      <w:r>
        <w:t>تو آپ خدا، تیرے گریٹنس کا ایک نیا، ایک ایک نیا اظہار ہوگا۔ اس طرح ایک گریٹنس وہ ہوگا جب کہ تو ڈیزرونگ کینڈیڈیٹ کو پیراڈائز میں جگہ دے گا۔</w:t>
      </w:r>
    </w:p>
    <w:p>
      <w:r>
        <w:rPr>
          <w:b/>
        </w:rPr>
        <w:t xml:space="preserve">[09:32] </w:t>
      </w:r>
      <w:r>
        <w:t>aur tere greatness ka ek aur naya izhaar hoga. yeh</w:t>
      </w:r>
    </w:p>
    <w:p>
      <w:pPr>
        <w:jc w:val="right"/>
      </w:pPr>
      <w:r>
        <w:t>اور تیرے گریٹنس کا ایک اور نیا اظہار ہوگا۔ یہ</w:t>
      </w:r>
    </w:p>
    <w:p>
      <w:r>
        <w:rPr>
          <w:b/>
        </w:rPr>
        <w:t xml:space="preserve">[09:36] </w:t>
      </w:r>
      <w:r>
        <w:t>teri glory mein ek aur cheez add ho jayegi ke tu ne least deserving candidate ko bhi paradise, un ke liye bhi paradise gate khol diya. main samajhta hoon ke isi tarah ki duaon ka naam ism e azam hai.</w:t>
      </w:r>
    </w:p>
    <w:p>
      <w:pPr>
        <w:jc w:val="right"/>
      </w:pPr>
      <w:r>
        <w:t>تیری گلوری میں ایک اور چیز ایڈ ہو جائے گی کہ تو نے لیسٹ ڈیزرونگ کینڈیڈیٹ کو بھی پیراڈائز، ان کے لیے بھی پیراڈائز گیٹ کھول دیا۔ میں سمجھتا ہوں کہ اسی طرح کی دعاؤں کا نام اسم اعظم ہے۔</w:t>
      </w:r>
    </w:p>
    <w:p>
      <w:r>
        <w:rPr>
          <w:b/>
        </w:rPr>
        <w:t xml:space="preserve">[09:50] </w:t>
      </w:r>
      <w:r>
        <w:t>apne ko le kar dua karna ek aam dua hai, ordinary dua hai.</w:t>
      </w:r>
    </w:p>
    <w:p>
      <w:pPr>
        <w:jc w:val="right"/>
      </w:pPr>
      <w:r>
        <w:t>اپنے کو لے کر دعا کرنا ایک عام دعا ہے، آرڈنری دعا ہے۔</w:t>
      </w:r>
    </w:p>
    <w:p>
      <w:r>
        <w:rPr>
          <w:b/>
        </w:rPr>
        <w:t xml:space="preserve">[09:54] </w:t>
      </w:r>
      <w:r>
        <w:t>aur khuda ko involve kar dena is mein, yeh ism e azam wali dua hai. yeh main samjhaunga.</w:t>
      </w:r>
    </w:p>
    <w:p>
      <w:pPr>
        <w:jc w:val="right"/>
      </w:pPr>
      <w:r>
        <w:t>اور خدا کو انوالو کر دینا اس میں، یہ اسم اعظم والی دعا ہے۔ یہ میں سمجھاؤں۔</w:t>
      </w:r>
    </w:p>
    <w:p>
      <w:r>
        <w:rPr>
          <w:b/>
        </w:rPr>
        <w:t xml:space="preserve">[10:04] </w:t>
      </w:r>
      <w:r>
        <w:t>this question is from sati. what is the difference between belief and ideology?</w:t>
      </w:r>
    </w:p>
    <w:p>
      <w:pPr>
        <w:jc w:val="right"/>
      </w:pPr>
      <w:r>
        <w:t>دس کوئسچن از فرام ستی۔ واٹ از دا ڈیفرنس بٹوین بیلیف اینڈ آئیڈیالوجی؟</w:t>
      </w:r>
    </w:p>
    <w:p>
      <w:r>
        <w:rPr>
          <w:b/>
        </w:rPr>
        <w:t xml:space="preserve">[10:20] </w:t>
      </w:r>
      <w:r>
        <w:t>dekho, main to samajhta hoon koi difference nahi hai. sirf farq yeh hai ke belief ek religious term hai aur ideology ek scientific term hai.</w:t>
      </w:r>
    </w:p>
    <w:p>
      <w:pPr>
        <w:jc w:val="right"/>
      </w:pPr>
      <w:r>
        <w:t>دیکھیں، میں تو سمجھتا ہوں کوئی ڈیفرنس نہیں ہے۔ صرف فرق یہ ہے کہ بیلیف ایک ریلیجس ٹرم ہے اور آئیڈیالوجی ایک سائنٹیفک ٹرم ہے۔</w:t>
      </w:r>
    </w:p>
    <w:p>
      <w:r>
        <w:rPr>
          <w:b/>
        </w:rPr>
        <w:t xml:space="preserve">[10:33] </w:t>
      </w:r>
      <w:r>
        <w:t>isi ek hi baat ko jab aap kahin religious term mein to aap belief kahoge. isi baat ko aap jab scientific term use karein to is ka naam ideology hoga.</w:t>
      </w:r>
    </w:p>
    <w:p>
      <w:pPr>
        <w:jc w:val="right"/>
      </w:pPr>
      <w:r>
        <w:t>اسی ایک ہی بات کو جب آپ کہیں ریلیجس ٹرم میں تو آپ بیلیف کہیں گے۔ اسی بات کو آپ جب سائنٹیفک ٹرم یوز کریں تو اس کا نام آئیڈیالوجی ہوگا۔</w:t>
      </w:r>
    </w:p>
    <w:p>
      <w:r>
        <w:rPr>
          <w:b/>
        </w:rPr>
        <w:t xml:space="preserve">[10:45] </w:t>
      </w:r>
      <w:r>
        <w:t>is wajah se main samajhta hoon ke yeh expression ki baat hai, koi real difference dono mein nahi hai.</w:t>
      </w:r>
    </w:p>
    <w:p>
      <w:pPr>
        <w:jc w:val="right"/>
      </w:pPr>
      <w:r>
        <w:t>اس وجہ سے میں سمجھتا ہوں کہ یہ ایکسپریشن کی بات ہے، کوئی ریئل ڈیفرنس دونوں میں نہیں ہے۔</w:t>
      </w:r>
    </w:p>
    <w:p>
      <w:r>
        <w:rPr>
          <w:b/>
        </w:rPr>
        <w:t xml:space="preserve">[10:55] </w:t>
      </w:r>
      <w:r>
        <w:t>this question is from abro. Maulana, you said that nature worship is wrong and which has been proved by modern science, but don't you feel it has been proved by prophet Ibrahim long back?</w:t>
      </w:r>
    </w:p>
    <w:p>
      <w:pPr>
        <w:jc w:val="right"/>
      </w:pPr>
      <w:r>
        <w:t>دس کوئسچن از فرام ابرو۔ مولانا، یو سیڈ دیٹ نیچر ورشپ از رونگ اینڈ وچ ہیز بین پروف بائے ماڈرن سائنس، بٹ ڈونٹ یو فیل اٹ ہیز بین پروف بائے پرافٹ ابراہیم لانگ بیک؟</w:t>
      </w:r>
    </w:p>
    <w:p>
      <w:r>
        <w:rPr>
          <w:b/>
        </w:rPr>
        <w:t xml:space="preserve">[11:16] </w:t>
      </w:r>
      <w:r>
        <w:t>dekho, prophet Ibrahim ne jo proof diya tha woh traditional proof tha. traditional proof. unhon ne yeh kaha ke khuda suraj ko nikalta hai east se, to nikalte ho west se is ko.</w:t>
      </w:r>
    </w:p>
    <w:p>
      <w:pPr>
        <w:jc w:val="right"/>
      </w:pPr>
      <w:r>
        <w:t>دیکھیں، پرافٹ ابراہیم نے جو پروف دیا تھا وہ ٹریڈیشنل پروف تھا۔ ٹریڈیشنل پروف۔ انہوں نے یہ کہا کہ خدا سورج کو نکالتا ہے ایسٹ سے، تو نکالتے ہو ویسٹ سے اس کو۔</w:t>
      </w:r>
    </w:p>
    <w:p>
      <w:r>
        <w:rPr>
          <w:b/>
        </w:rPr>
        <w:t xml:space="preserve">[11:34] </w:t>
      </w:r>
      <w:r>
        <w:t>to main samajhta hoon ke traditional proof tha yeh.</w:t>
      </w:r>
    </w:p>
    <w:p>
      <w:pPr>
        <w:jc w:val="right"/>
      </w:pPr>
      <w:r>
        <w:t>تو میں سمجھتا ہوں کہ ٹریڈیشنل پروف تھا یہ۔</w:t>
      </w:r>
    </w:p>
    <w:p>
      <w:r>
        <w:rPr>
          <w:b/>
        </w:rPr>
        <w:t xml:space="preserve">[11:37] </w:t>
      </w:r>
      <w:r>
        <w:t>ab jo science ne jo examine kiya hai, jo detail study ki hai, jo explore kiya hai baaton ko, to woh zyada, is ko main kahoon ke ek scientific framework mein is ko proof kar diya science ne.</w:t>
      </w:r>
    </w:p>
    <w:p>
      <w:pPr>
        <w:jc w:val="right"/>
      </w:pPr>
      <w:r>
        <w:t>اب جو سائنس نے جو ایگزیمن کیا ہے، جو ڈیٹیل اسٹڈی کی ہے، جو ایکسپلور کیا ہے باتوں کو، تو وہ زیادہ، اس کو میں کہوں کہ ایک سائنٹیفک فریم ورک میں اس کو پروف کر دیا سائنس نے۔</w:t>
      </w:r>
    </w:p>
    <w:p>
      <w:r>
        <w:rPr>
          <w:b/>
        </w:rPr>
        <w:t xml:space="preserve">[11:50] </w:t>
      </w:r>
      <w:r>
        <w:t>us waqt woh traditional framework mein jo baat kahi thi unhon ne,</w:t>
      </w:r>
    </w:p>
    <w:p>
      <w:pPr>
        <w:jc w:val="right"/>
      </w:pPr>
      <w:r>
        <w:t>اس وقت وہ ٹریڈیشنل فریم ورک میں جو بات کہی تھی انہوں نے،</w:t>
      </w:r>
    </w:p>
    <w:p>
      <w:r>
        <w:rPr>
          <w:b/>
        </w:rPr>
        <w:t xml:space="preserve">[11:55] </w:t>
      </w:r>
      <w:r>
        <w:t>is cheez ko science ne scientific framework mein is ko proof kar diya. yeh farq hai. aur is mein koi harj nahi hai.</w:t>
      </w:r>
    </w:p>
    <w:p>
      <w:pPr>
        <w:jc w:val="right"/>
      </w:pPr>
      <w:r>
        <w:t>اس چیز کو سائنس نے سائنٹیفک فریم ورک میں اس کو پروف کر دیا۔ یہ فرق ہے۔ اور اس میں کوئی حرج نہیں ہے۔</w:t>
      </w:r>
    </w:p>
    <w:p>
      <w:r>
        <w:rPr>
          <w:b/>
        </w:rPr>
        <w:t xml:space="preserve">[12:05] </w:t>
      </w:r>
      <w:r>
        <w:t>yani is prophet ka koi darja ka ta'alluq is se nahi hai. kyunke agar agar woh kehte hain Hazrat Ibrahim is zamane mein</w:t>
      </w:r>
    </w:p>
    <w:p>
      <w:pPr>
        <w:jc w:val="right"/>
      </w:pPr>
      <w:r>
        <w:t>یعنی اس پرافٹ کا کوئی درجہ کا تعلق اس سے نہیں ہے۔ کیونکہ اگر اگر وہ کہتے ہیں حضرت ابراہیم اس زمانے میں</w:t>
      </w:r>
    </w:p>
    <w:p>
      <w:r>
        <w:rPr>
          <w:b/>
        </w:rPr>
        <w:t xml:space="preserve">[12:15] </w:t>
      </w:r>
      <w:r>
        <w:t>ke jo jo suraj yani east se nikalta hai, west nikalta hai, to yeh kya hai? yeh zameen axis pe ghoomti hai, is ki wajah se aisa hota hai.</w:t>
      </w:r>
    </w:p>
    <w:p>
      <w:pPr>
        <w:jc w:val="right"/>
      </w:pPr>
      <w:r>
        <w:t>کہ جو جو سورج یعنی ایسٹ سے نکلتا ہے، ویسٹ نکلتا ہے، تو یہ کیا ہے؟ یہ زمین ایپ ایکسس پہ گھومتی ہے، اس کی وجہ سے ایسا ہوتا ہے۔</w:t>
      </w:r>
    </w:p>
    <w:p>
      <w:r>
        <w:rPr>
          <w:b/>
        </w:rPr>
        <w:t xml:space="preserve">[12:24] </w:t>
      </w:r>
      <w:r>
        <w:t>to logon ko kuch jadoo wali baat lagti hai. woh zamane ke waqt mein kuch jadoo ki baat kar rahe hain yeh. kyunke axis par zameen rotate karti hai, yeh concept pata nahi tha insaan ko.</w:t>
      </w:r>
    </w:p>
    <w:p>
      <w:pPr>
        <w:jc w:val="right"/>
      </w:pPr>
      <w:r>
        <w:t>تو لوگوں کو کچھ جادو والی بات لگتی ہے۔ وہ زمانے کے وقت میں کچھ جادو کی بات کر رہے ہیں یہ۔ کیونکہ ایکسس پر زمین روٹیٹ کرتی ہے، یہ کانسیپٹ پتہ نہیں تھا انسان کو۔</w:t>
      </w:r>
    </w:p>
    <w:p>
      <w:r>
        <w:rPr>
          <w:b/>
        </w:rPr>
        <w:t xml:space="preserve">[12:36] </w:t>
      </w:r>
      <w:r>
        <w:t>woh framework hi maujood nahi tha. jo framework maujood na ho, jo jo background na ho insaan ke paas, to is is zuban mein aap bolen to samjhen ke koi magic ki zuban bol rahe hain yeh.</w:t>
      </w:r>
    </w:p>
    <w:p>
      <w:pPr>
        <w:jc w:val="right"/>
      </w:pPr>
      <w:r>
        <w:t>وہ فریم ورک ہی موجود نہیں تھا۔ جو فریم ورک موجود نہ ہو، جو جو بیک گراؤنڈ نہ ہو انسان کے پاس، تو اس اس زبان میں آپ بولیں تو سمجھیں کہ کوئی میجک کی زبان بول رہے ہیں یہ۔</w:t>
      </w:r>
    </w:p>
    <w:p>
      <w:r>
        <w:rPr>
          <w:b/>
        </w:rPr>
        <w:t xml:space="preserve">[12:49] </w:t>
      </w:r>
      <w:r>
        <w:t>to Hazrat Ibrahim wahi bole bole jo us zamane ka insaan samajh sakta tha.</w:t>
      </w:r>
    </w:p>
    <w:p>
      <w:pPr>
        <w:jc w:val="right"/>
      </w:pPr>
      <w:r>
        <w:t>تو حضرت ابراہیم وہی بولے بولے جو اس زمانے کا انسان سمجھ سکتا تھا۔</w:t>
      </w:r>
    </w:p>
    <w:p>
      <w:r>
        <w:rPr>
          <w:b/>
        </w:rPr>
        <w:t xml:space="preserve">[12:54] </w:t>
      </w:r>
      <w:r>
        <w:t>to insaan jee raha tha traditional framework mein. aap ne traditional framework mein baat kahi. aaj insaan jee raha hai scientific framework mein.</w:t>
      </w:r>
    </w:p>
    <w:p>
      <w:pPr>
        <w:jc w:val="right"/>
      </w:pPr>
      <w:r>
        <w:t>تو انسان جی رہا تھا ٹریڈیشنل فریم ورک میں۔ آپ نے ٹریڈیشنل فریم ورک میں بات کہی۔ آج انسان جی رہا ہے سائنٹیفک فریم ورک میں۔</w:t>
      </w:r>
    </w:p>
    <w:p>
      <w:r>
        <w:rPr>
          <w:b/>
        </w:rPr>
        <w:t xml:space="preserve">[13:03] </w:t>
      </w:r>
      <w:r>
        <w:t>to aap scientific framework baat kahoge. aaj hum yeh kahenge dekho zameen jo hai, yeh earth jo hai hamari, yeh ek rotation is ka jo hai</w:t>
      </w:r>
    </w:p>
    <w:p>
      <w:pPr>
        <w:jc w:val="right"/>
      </w:pPr>
      <w:r>
        <w:t>تو آپ سائنٹیفک فریم ورک بات کہیں گے۔ آج ہم یہ کہیں گے دیکھو زمین جو ہے، یہ ارتھ جو ہے ہماری، یہ ایک روٹیشن اس کا جو ہے</w:t>
      </w:r>
    </w:p>
    <w:p>
      <w:r>
        <w:rPr>
          <w:b/>
        </w:rPr>
        <w:t xml:space="preserve">[13:11] </w:t>
      </w:r>
      <w:r>
        <w:t>sun ke</w:t>
      </w:r>
    </w:p>
    <w:p>
      <w:pPr>
        <w:jc w:val="right"/>
      </w:pPr>
      <w:r>
        <w:t>سن کے</w:t>
      </w:r>
    </w:p>
    <w:p>
      <w:r>
        <w:rPr>
          <w:b/>
        </w:rPr>
        <w:t xml:space="preserve">[13:15] </w:t>
      </w:r>
      <w:r>
        <w:t>gird hai, jo orbit par ek aur rotation is ka hai, axis par hota hai. is axis pe jo rotate kar raha hai, us se yeh phenomena paida hota hai.</w:t>
      </w:r>
    </w:p>
    <w:p>
      <w:pPr>
        <w:jc w:val="right"/>
      </w:pPr>
      <w:r>
        <w:t>گرد ہے، جو اربٹ پر ایک اور روٹیشن اس کا ہے، ایکسس پر ہوتا ہے۔ اس ایکسس پہ جو روٹیٹ کر رہا ہے، اس سے یہ فیناومینا پیدا ہوتا ہے۔</w:t>
      </w:r>
    </w:p>
    <w:p>
      <w:r>
        <w:rPr>
          <w:b/>
        </w:rPr>
        <w:t xml:space="preserve">[13:26] </w:t>
      </w:r>
      <w:r>
        <w:t>keh hum dekhte hain suraj nikalta hai, suraj doobta hai. haalankeh suraj nikalta hai na aur doobta hai. aap dedh so mil ooper chale jaen to aap suraj aap ko hamesha chamakta hua dikhai dega.</w:t>
      </w:r>
    </w:p>
    <w:p>
      <w:pPr>
        <w:jc w:val="right"/>
      </w:pPr>
      <w:r>
        <w:t>کہ ہم دیکھتے ہیں سورج نکلتا ہے، سورج ڈوبتا ہے۔ حالانکہ سورج نکلتا ہے نا اور ڈوبتا ہے۔ آپ ڈیڑھ سو میل اوپر چلے جائیں تو آپ سورج آپ کو ہمیشہ چمکتا ہوا دکھائی دے گا۔</w:t>
      </w:r>
    </w:p>
    <w:p>
      <w:r>
        <w:rPr>
          <w:b/>
        </w:rPr>
        <w:t xml:space="preserve">[13:37] </w:t>
      </w:r>
      <w:r>
        <w:t>kahin koi na doobega na niklega.</w:t>
      </w:r>
    </w:p>
    <w:p>
      <w:pPr>
        <w:jc w:val="right"/>
      </w:pPr>
      <w:r>
        <w:t>کہیں کوئی نہ ڈوبے گا نہ نکلے گا۔</w:t>
      </w:r>
    </w:p>
    <w:p>
      <w:r>
        <w:rPr>
          <w:b/>
        </w:rPr>
        <w:t xml:space="preserve">[13:40] </w:t>
      </w:r>
      <w:r>
        <w:t>sirf dedh so mil ooper chale jaen aap to. to aaj hum yeh kahenge keh yeh jo yeh aaj hamara jo argument hai woh is par base karega.</w:t>
      </w:r>
    </w:p>
    <w:p>
      <w:pPr>
        <w:jc w:val="right"/>
      </w:pPr>
      <w:r>
        <w:t>صرف ڈیڑھ سو میل اوپر چلے جائیں آپ تو۔ تو آج ہم یہ کہیں گے کہ یہ جو یہ آج ہمارا جو ارگیومنٹ ہے وہ اس پر بیس کرے گا۔</w:t>
      </w:r>
    </w:p>
    <w:p>
      <w:r>
        <w:rPr>
          <w:b/>
        </w:rPr>
        <w:t xml:space="preserve">[13:50] </w:t>
      </w:r>
      <w:r>
        <w:t>is exception ko dekho keh poori universe mein ek planet aisa hai jis pe double rotation hai.</w:t>
      </w:r>
    </w:p>
    <w:p>
      <w:pPr>
        <w:jc w:val="right"/>
      </w:pPr>
      <w:r>
        <w:t>اس ایکسیپشن کو دیکھو کہ پوری یونیورس میں ایک پلینٹ ایسا ہے جس پہ ڈبل روٹیشن ہے۔</w:t>
      </w:r>
    </w:p>
    <w:p>
      <w:r>
        <w:rPr>
          <w:b/>
        </w:rPr>
        <w:t xml:space="preserve">[13:57] </w:t>
      </w:r>
      <w:r>
        <w:t>kisi aur body mein aisa nahi hai. ek exceptionally ek ek planet aisa hai poori universe mein jo jis jo jo orbit mein ghoomne ke sath sath axis par bhi ghoomta hai.</w:t>
      </w:r>
    </w:p>
    <w:p>
      <w:pPr>
        <w:jc w:val="right"/>
      </w:pPr>
      <w:r>
        <w:t>کسی اور باڈی میں ایسا نہیں ہے۔ ایک ایکسیپشنلی ایک ایک پلینٹ ایسا ہے پوری یونیورس میں جو جس جو جو اربٹ میں گھومنے کے ساتھ ساتھ ایکسس پر بھی گھومتا ہے۔</w:t>
      </w:r>
    </w:p>
    <w:p>
      <w:r>
        <w:rPr>
          <w:b/>
        </w:rPr>
        <w:t xml:space="preserve">[14:11] </w:t>
      </w:r>
      <w:r>
        <w:t>hum is tarah se bolenge, yeh baat ko is tarah kahenge. to hazrat ibrahim is tarah agar kehte</w:t>
      </w:r>
    </w:p>
    <w:p>
      <w:pPr>
        <w:jc w:val="right"/>
      </w:pPr>
      <w:r>
        <w:t>ہم اس طرح سے بولیں گے، یہ بات کو اس طرح کہیں گے۔ تو حضرت ابراہیم اس طرح اگر کہتے</w:t>
      </w:r>
    </w:p>
    <w:p>
      <w:r>
        <w:rPr>
          <w:b/>
        </w:rPr>
        <w:t xml:space="preserve">[14:16] </w:t>
      </w:r>
      <w:r>
        <w:t>to woh ek jadoo lagta hai logon ko, magic. woh kuch samajh mein nahi aata logon ko. matlab unka mind address na hota. yeh baat ko samajh lijiye keh jab tak aap prepare mind na hon, tab tak woh baat aap ko address nahi karegi.</w:t>
      </w:r>
    </w:p>
    <w:p>
      <w:pPr>
        <w:jc w:val="right"/>
      </w:pPr>
      <w:r>
        <w:t>تو وہ ایک جادو لگتا ہے لوگوں کو، میجک۔ وہ کچھ سمجھ میں نہیں آتا لوگوں کو۔ مطلب ان کا مائنڈ ایڈریس نہ ہوتا۔ یہ بات کو سمجھ لیجئے کہ جب تک آپ پریپیر مائنڈ نہ ہوں، تب تک وہ بات آپ کو ایڈریس نہیں کرے گی۔</w:t>
      </w:r>
    </w:p>
    <w:p>
      <w:r>
        <w:rPr>
          <w:b/>
        </w:rPr>
        <w:t xml:space="preserve">[14:31] </w:t>
      </w:r>
      <w:r>
        <w:t>is zamane ka insan</w:t>
      </w:r>
    </w:p>
    <w:p>
      <w:pPr>
        <w:jc w:val="right"/>
      </w:pPr>
      <w:r>
        <w:t>اس زمانے کا انسان</w:t>
      </w:r>
    </w:p>
    <w:p>
      <w:r>
        <w:rPr>
          <w:b/>
        </w:rPr>
        <w:t xml:space="preserve">[14:33] </w:t>
      </w:r>
      <w:r>
        <w:t>is tarah ki baat ko sunne ke liye is ka tayyar nahi tha. agar hazrat ibrahim kehte to is ka mind address na hota. jaise aaj hum jab kehte hain to is ka mind address hota hai.</w:t>
      </w:r>
    </w:p>
    <w:p>
      <w:pPr>
        <w:jc w:val="right"/>
      </w:pPr>
      <w:r>
        <w:t>اس طرح کی بات کو سننے کے لیے اس کا تیار نہیں تھا۔ اگر حضرت ابراہیم کہتے تو اس کا مائنڈ ایڈریس نہ ہوتا۔ جیسے آج ہم جب کہتے ہیں تو اس کا مائنڈ ایڈریس ہوتا ہے۔</w:t>
      </w:r>
    </w:p>
    <w:p>
      <w:r>
        <w:rPr>
          <w:b/>
        </w:rPr>
        <w:t xml:space="preserve">[14:44] </w:t>
      </w:r>
      <w:r>
        <w:t>yeh hai farq.</w:t>
      </w:r>
    </w:p>
    <w:p>
      <w:pPr>
        <w:jc w:val="right"/>
      </w:pPr>
      <w:r>
        <w:t>یہ ہے فرق۔</w:t>
      </w:r>
    </w:p>
    <w:p>
      <w:r>
        <w:rPr>
          <w:b/>
        </w:rPr>
        <w:t xml:space="preserve">[14:48] </w:t>
      </w:r>
      <w:r>
        <w:t>das question is from.</w:t>
      </w:r>
    </w:p>
    <w:p>
      <w:pPr>
        <w:jc w:val="right"/>
      </w:pPr>
      <w:r>
        <w:t>دس کوئسچن از فرام۔</w:t>
      </w:r>
    </w:p>
    <w:p>
      <w:r>
        <w:rPr>
          <w:b/>
        </w:rPr>
        <w:t xml:space="preserve">[14:53] </w:t>
      </w:r>
      <w:r>
        <w:t>mera ek molana sawal hai. islam ko manne walon ke beech mein jo aaj aap ne vishay rakha hai keh do bhraantiyan hain, political yani rajnitik aur europe ke logon ke bare mein jo bhraantiyan hain,</w:t>
      </w:r>
    </w:p>
    <w:p>
      <w:pPr>
        <w:jc w:val="right"/>
      </w:pPr>
      <w:r>
        <w:t>میرا ایک مولانا سوال ہے۔ اسلام کو ماننے والوں کے بیچ میں جو آج آپ نے विषय رکھا ہے کہ دو بھرانتیاں ہیں، پولیٹیکل یعنی রাজنیतिक اور یورپ کے لوگوں کے بارے میں جو بھرانتیاں ہیں،</w:t>
      </w:r>
    </w:p>
    <w:p>
      <w:r>
        <w:rPr>
          <w:b/>
        </w:rPr>
        <w:t xml:space="preserve">[15:08] </w:t>
      </w:r>
      <w:r>
        <w:t>ki soch ko sahi drishtikon aam samajh ke beech mein jo aap ne vishay rakha, pahunchane ke liye hum kya kar sakte hain? aur is ko prabhavi roop mein, yani yeh implement bhi ho aur theek prakar se logon ke dhyan mein chala jaye, is ko islam ko manne wale aur islam se jo abhi bahar hain, un sab ke beech mein samana roop mein yeh prachalit mein aaye, is ke liye hamein kya karna chahiye?</w:t>
      </w:r>
    </w:p>
    <w:p>
      <w:pPr>
        <w:jc w:val="right"/>
      </w:pPr>
      <w:r>
        <w:t>کی سوچ کو صحیح دৃष्टیکون عام سماج کے بیچ میں جو آپ نے विषय رکھا، پہنچانے کے لیے ہم کیا کر سکتے ہیں؟ اور اس کو प्रभावی روپ میں، یعنی یہ امپلیمنٹ بھی ہو اور ٹھیک प्रकार سے لوگوں کے دھیان میں چلا جائے، اس کو اسلام کو ماننے والے اور اسلام سے جو ابھی باہر ہیں، ان سب کے بیچ میں سامانہ روپ میں یہ پرچلित میں آئے، اس کے لیے ہمیں کیا کرنا چاہیے؟</w:t>
      </w:r>
    </w:p>
    <w:p>
      <w:r>
        <w:rPr>
          <w:b/>
        </w:rPr>
        <w:t xml:space="preserve">[15:34] </w:t>
      </w:r>
      <w:r>
        <w:t>bhai aap permanently hamari team ke member ban jaiye. aap kabhi aate hain, phir chale jate hain. aap har week mein do bar aaiye.</w:t>
      </w:r>
    </w:p>
    <w:p>
      <w:pPr>
        <w:jc w:val="right"/>
      </w:pPr>
      <w:r>
        <w:t>بھئی آپ پرماننٹلی ہماری ٹیم کے ممبر بن جائیے۔ آپ کبھی آتے ہیں، پھر چلے جاتے ہیں۔ آپ ہر ویک میں دو بار آئیے۔</w:t>
      </w:r>
    </w:p>
    <w:p>
      <w:r>
        <w:rPr>
          <w:b/>
        </w:rPr>
        <w:t xml:space="preserve">[15:44] </w:t>
      </w:r>
      <w:r>
        <w:t>bas aap ka aane se aap ko shakti milegi. sab logon ko shakti milegi. pooch lijiye, kisi se pooch lijiye keh agar aap har week mein dono bar aane lage na to hum ko bohat shakti milegi is se.</w:t>
      </w:r>
    </w:p>
    <w:p>
      <w:pPr>
        <w:jc w:val="right"/>
      </w:pPr>
      <w:r>
        <w:t>بس آپ کا آنے سے آپ کو شکتی ملے گی۔ سب لوگوں کو شکتی ملے گی۔ پوچھ لیجئے، کسی سے پوچھ لیجئے کہ اگر آپ ہر ویک میں دونوں بار آنے لگے نا تو ہم کو بہت شکتی ملے گی اس سے۔</w:t>
      </w:r>
    </w:p>
    <w:p>
      <w:r>
        <w:rPr>
          <w:b/>
        </w:rPr>
        <w:t xml:space="preserve">[15:56] </w:t>
      </w:r>
      <w:r>
        <w:t>bhai itni ek kar dijiye aap. qaisar sahib, kya kahenge aap? theek hai na? ji</w:t>
      </w:r>
    </w:p>
    <w:p>
      <w:pPr>
        <w:jc w:val="right"/>
      </w:pPr>
      <w:r>
        <w:t>بھئی اتنی ایک کر دیجئے آپ۔ قیصر صاحب، کیا کہیں گے آپ؟ ٹھیک ہے نا؟ جی</w:t>
      </w:r>
    </w:p>
    <w:p>
      <w:r>
        <w:rPr>
          <w:b/>
        </w:rPr>
        <w:t xml:space="preserve">[16:03] </w:t>
      </w:r>
      <w:r>
        <w:t>bilkul. haan, is mein yeh hai keh main to isi kaam ke liye ghoom raha hoon poore desh bhar mein. lekin kyunkeh yeh jo ideology hai, is ko carnvait karna, yani vyavhaar mein lane ke liye kai prakar ki dikkatain samne aati hain.</w:t>
      </w:r>
    </w:p>
    <w:p>
      <w:pPr>
        <w:jc w:val="right"/>
      </w:pPr>
      <w:r>
        <w:t>بالکل۔ ہاں، اس میں یہ ہے کہ میں تو اسی کام کے لیے گھوم رہا ہوں پورے دیس بھر میں۔ لیکن کیونکہ یہ جو آئیڈیالوجی ہے، اس کو کارنویت کرنا، یعنی व्यवहार میں لانے کے لیے کئی प्रकार کی دقتیں سامنے آتی ہیں۔</w:t>
      </w:r>
    </w:p>
    <w:p>
      <w:r>
        <w:rPr>
          <w:b/>
        </w:rPr>
        <w:t xml:space="preserve">[16:19] </w:t>
      </w:r>
      <w:r>
        <w:t>maan lo keh hum logon ka ek samooh hai, hum gaye wahan par, hum ne vishay rakha. aap ne jo vishay hamare samne karaye, hum ne woh aage bataye. lekin kai bar kya hai keh woh bhraanti itni jad pakad chuki hoti hai keh use ukhaad phenkne mein kai bar apna hi</w:t>
      </w:r>
    </w:p>
    <w:p>
      <w:pPr>
        <w:jc w:val="right"/>
      </w:pPr>
      <w:r>
        <w:t>مان لو کہ ہم لوگوں کا ایک سمूह ہے، ہم گئے وہاں پر، ہم نے विषय رکھا۔ آپ نے جو विषय ہمارے سامنے کرائے، ہم نے وہ آگے بتائے۔ لیکن کئی بار کیا ہے کہ وہ بھرانتی اتنی جڑ پکڑ چکی ہوتی ہے کہ اسے اکھاڑ پھینکنے میں کئی بار اپنا ہی</w:t>
      </w:r>
    </w:p>
    <w:p>
      <w:r>
        <w:rPr>
          <w:b/>
        </w:rPr>
        <w:t xml:space="preserve">[16:35] </w:t>
      </w:r>
      <w:r>
        <w:t>gardan sar pe rahe, aisa mushkil lagti hai. aur woh kehte hain keh bhai aap kaun hote hain hum se samjhane wale yeh sari baatein.</w:t>
      </w:r>
    </w:p>
    <w:p>
      <w:pPr>
        <w:jc w:val="right"/>
      </w:pPr>
      <w:r>
        <w:t>گردن سر پہ رہے، ایسا مشکل لگتی ہے۔ اور وہ کہتے ہیں کہ بھئی آپ کون ہوتے ہیں ہم سے سمجھانے والے یہ ساری باتیں۔</w:t>
      </w:r>
    </w:p>
    <w:p>
      <w:r>
        <w:rPr>
          <w:b/>
        </w:rPr>
        <w:t xml:space="preserve">[16:44] </w:t>
      </w:r>
      <w:r>
        <w:t>aisa bhi kai bar apne samne aata hai. to is ko kaise, matlab, vyavahaari kathinaiyan hain. hum to yahi kar rahe hain. abhi muzaffarpur hum log gaye, is se pehle</w:t>
      </w:r>
    </w:p>
    <w:p>
      <w:pPr>
        <w:jc w:val="right"/>
      </w:pPr>
      <w:r>
        <w:t>ایسا بھی کئی بار اپنے سامنے آتا ہے۔ تو اس کو کیسے، مطلب، व्यवہاری کٹھنائیاں ہیں۔ ہم تو یہی کر رہے ہیں۔ ابھی مظفرپور ہم لوگ گئے، اس سے پہلے</w:t>
      </w:r>
    </w:p>
    <w:p>
      <w:r>
        <w:rPr>
          <w:b/>
        </w:rPr>
        <w:t xml:space="preserve">[16:54] </w:t>
      </w:r>
      <w:r>
        <w:t>rajasthan ke kuch hisson mein gaye, is se pehle karnataka ke kuch hisson mein gaye. abhi hum log jaane wale hain, yeh agra mein teen char program hain. is tarah ke chhote chhote aam samajh ke beech mein, waqai mein jo ke masjid mein har shukrawar ko molana ki speech samajhta hai, sunta hai aur poore hafte bhar apne jeevan mein utarta hai.</w:t>
      </w:r>
    </w:p>
    <w:p>
      <w:pPr>
        <w:jc w:val="right"/>
      </w:pPr>
      <w:r>
        <w:t>راجستھان کے کچھ حصوں میں گئے، اس سے پہلے کرناٹک کے کچھ حصوں میں گئے۔ ابھی ہم لوگ جانے والے ہیں، یہ آگرہ میں تین چار کارکم ہیں۔ اس طریقے کے چھوٹے چھوٹے عام سماج کے بیچ میں، واقعی میں جو کہ مسجد میں ہر شکر وار کو مولانا کی سپیچ سمجھتا ہے، سنتا ہے اور پورے ہفتے بھر اپنے جیون میں اتارتا ہے۔</w:t>
      </w:r>
    </w:p>
    <w:p>
      <w:r>
        <w:rPr>
          <w:b/>
        </w:rPr>
        <w:t xml:space="preserve">[17:14] </w:t>
      </w:r>
      <w:r>
        <w:t>aise sab logon mein, jise aksar gyan nahi hai, us ke beech mein hum ne yeh waise rakhne hain. to kis tarah se is ko, kaise is ko implement karen?</w:t>
      </w:r>
    </w:p>
    <w:p>
      <w:pPr>
        <w:jc w:val="right"/>
      </w:pPr>
      <w:r>
        <w:t>ایسے سب لوگوں میں، جسے اکثر گیان نہیں ہے، اس کے بیچ میں ہم نے یہ ویسے رکھنے ہیں۔ تو کس طریقے سے اس کو، کیسے اس کو امپلیمنٹ کریں؟</w:t>
      </w:r>
    </w:p>
    <w:p>
      <w:r>
        <w:rPr>
          <w:b/>
        </w:rPr>
        <w:t xml:space="preserve">[17:23] </w:t>
      </w:r>
      <w:r>
        <w:t>dekhiye, abhi to hum log, aap jante hain keh yeh yeh weekly class karte hain, literature chhapte hain, ja ja ke logon ko dete hain, sab karte hain.</w:t>
      </w:r>
    </w:p>
    <w:p>
      <w:pPr>
        <w:jc w:val="right"/>
      </w:pPr>
      <w:r>
        <w:t>دیکھیے، ابھی تو ہم لوگ، آپ جانتے ہیں کہ یہ یہ ویکلی کلاس کرتے ہیں، لٹریچر چھاپتے ہیں، جا جا کے لوگوں کو دیتے ہیں، سب کرتے ہیں۔</w:t>
      </w:r>
    </w:p>
    <w:p>
      <w:r>
        <w:rPr>
          <w:b/>
        </w:rPr>
        <w:t xml:space="preserve">[17:36] </w:t>
      </w:r>
      <w:r>
        <w:t>ab agla jo hamara target hai, woh hai ek TV station</w:t>
      </w:r>
    </w:p>
    <w:p>
      <w:pPr>
        <w:jc w:val="right"/>
      </w:pPr>
      <w:r>
        <w:t>اب اگلا جو ہمارا ٹارگٹ ہے، وہ ہے ایک ٹی وی اسٹیشن</w:t>
      </w:r>
    </w:p>
    <w:p>
      <w:r>
        <w:rPr>
          <w:b/>
        </w:rPr>
        <w:t xml:space="preserve">[17:40] </w:t>
      </w:r>
      <w:r>
        <w:t>establish karna. TV station, jis se hum is ko all world popularize kar saken.</w:t>
      </w:r>
    </w:p>
    <w:p>
      <w:pPr>
        <w:jc w:val="right"/>
      </w:pPr>
      <w:r>
        <w:t>اسٹیبلش کرنا۔ ٹی وی اسٹیشن، جس سے ہم اس کو آل ورلڈ پاپولرائائز کر سکیں۔</w:t>
      </w:r>
    </w:p>
    <w:p>
      <w:r>
        <w:rPr>
          <w:b/>
        </w:rPr>
        <w:t xml:space="preserve">[17:50] </w:t>
      </w:r>
      <w:r>
        <w:t>to is ke liye aap dua ki jiye ke hum log is mein kamyab ho jayen ke ke hum aik aik power power ful tv station bana saken.</w:t>
      </w:r>
    </w:p>
    <w:p>
      <w:pPr>
        <w:jc w:val="right"/>
      </w:pPr>
      <w:r>
        <w:t>تو اس کے لیے آپ دعا کیجئے کہ ہم لوگ اس میں کامیاب ہو جائیں کہ کہ ہم ایک ایک پاور پاور فل ٹی وی اسٹیشن بنا سکیں۔</w:t>
      </w:r>
    </w:p>
    <w:p>
      <w:r>
        <w:rPr>
          <w:b/>
        </w:rPr>
        <w:t xml:space="preserve">[17:59] </w:t>
      </w:r>
      <w:r>
        <w:t>to phir yeh kaam jo hai, shayad dunya mein phail phailay ga. aur dekhiye, aadmi ka mind badalta hai jaldi se nahi, bohat dair mein badalta hai. jo pathar par pani paray mutasil to ghus jaye be shubah pathar ke sil.</w:t>
      </w:r>
    </w:p>
    <w:p>
      <w:pPr>
        <w:jc w:val="right"/>
      </w:pPr>
      <w:r>
        <w:t>تو پھر یہ کام جو ہے، شاید دنیا میں پھیل پھیلے گا۔ اور دیکھیے، آدمی کا مائنڈ بدلتا ہے جلدی سے نہیں، بہت دیر میں بدلتا ہے۔ جو پتھر پر پانی پڑے متصل تو گھس جائے بے شبہ پتھر کے سل۔</w:t>
      </w:r>
    </w:p>
    <w:p>
      <w:r>
        <w:rPr>
          <w:b/>
        </w:rPr>
        <w:t xml:space="preserve">[18:13] </w:t>
      </w:r>
      <w:r>
        <w:t>to aap pathar hai, is par aap tapkaiye pani to kuch bhi nahi ghusay ga. lekin aap bohat din tak pani tapakta tapakta hai to wahan par aap jante hain ke woh</w:t>
      </w:r>
    </w:p>
    <w:p>
      <w:pPr>
        <w:jc w:val="right"/>
      </w:pPr>
      <w:r>
        <w:t>تو آپ پتھر ہے، اس پر آپ ٹپکائیے پانی تو کچھ بھی نہیں گھسے گا۔ لیکن آپ بہت دن تک پانی ٹپکتا ٹپکتا ہے تو وہاں پر آپ جانتے ہیں کہ وہ</w:t>
      </w:r>
    </w:p>
    <w:p>
      <w:r>
        <w:rPr>
          <w:b/>
        </w:rPr>
        <w:t xml:space="preserve">[18:23] </w:t>
      </w:r>
      <w:r>
        <w:t>woh ho jata hai. nishan ban jata hai. hain? nishan ban jata hai. nishan ban jata hai. to hum log pani jo tapka rahe hain to abhi woh thora limited way mein ho raha hai.</w:t>
      </w:r>
    </w:p>
    <w:p>
      <w:pPr>
        <w:jc w:val="right"/>
      </w:pPr>
      <w:r>
        <w:t>وہ ہو جاتا ہے۔ نشان بن جاتا ہے۔ ہیں؟ نشان بن جاتا ہے۔ نشان بن جاتا ہے۔ تو ہم لوگ پانی جو ٹپکا رہے ہیں تو ابھی وہ تھوڑا لمیٹڈ وے میں ہو رہا ہے۔</w:t>
      </w:r>
    </w:p>
    <w:p>
      <w:r>
        <w:rPr>
          <w:b/>
        </w:rPr>
        <w:t xml:space="preserve">[18:36] </w:t>
      </w:r>
      <w:r>
        <w:t>aur inshallah jab hum log aik tv station bana payen ge to bohat aik aik jo hai aik baar aa jaye gi, baar in baton ki. to phir log inshallah aap dekhen ge ke</w:t>
      </w:r>
    </w:p>
    <w:p>
      <w:pPr>
        <w:jc w:val="right"/>
      </w:pPr>
      <w:r>
        <w:t>اور انشاءاللہ جب ہم لوگ ایک ٹی وی اسٹیشن بنا پائیں گے تو بہت ایک ایک جو ہے ایک باڑ آ جائے گی، باڑ ان باتوں کی۔ تو پھر لوگ انشاءاللہ آپ دیکھیں گے کہ</w:t>
      </w:r>
    </w:p>
    <w:p>
      <w:r>
        <w:rPr>
          <w:b/>
        </w:rPr>
        <w:t xml:space="preserve">[18:47] </w:t>
      </w:r>
      <w:r>
        <w:t>bohat bara aik yani krantkari yani roop dhaar le ga yeh mission, inshallah. to is ke liye dua kijiye ke hum log agla jo target hamara hai, woh poora ho sake.</w:t>
      </w:r>
    </w:p>
    <w:p>
      <w:pPr>
        <w:jc w:val="right"/>
      </w:pPr>
      <w:r>
        <w:t>بہت بڑا ایک یعنی کرانتکاری یعنی روپ دھار لے گا یہ مشن، انشاءاللہ۔ تو اس کے لیے دعا کیجئے کہ ہم لوگ اگلا جو ٹارگٹ ہمارا ہے، وہ پورا ہو سکے۔</w:t>
      </w:r>
    </w:p>
    <w:p>
      <w:r>
        <w:rPr>
          <w:b/>
        </w:rPr>
        <w:t xml:space="preserve">[19:02] </w:t>
      </w:r>
      <w:r>
        <w:t>das question is from idrees. what what are the signs of qyamat and what will be the status of islam before qyamat?</w:t>
      </w:r>
    </w:p>
    <w:p>
      <w:pPr>
        <w:jc w:val="right"/>
      </w:pPr>
      <w:r>
        <w:t>دس کوئسچن از فرام ادریس۔ واٹ واٹ آر دی سائنز آف قیامت اینڈ واٹ ول بی دی سٹیٹس آف اسلام بیفور قیامت؟</w:t>
      </w:r>
    </w:p>
    <w:p>
      <w:r>
        <w:rPr>
          <w:b/>
        </w:rPr>
        <w:t xml:space="preserve">[19:18] </w:t>
      </w:r>
      <w:r>
        <w:t>qyamat, bhai, jis ko aap end of history ka jo concept hai, usi ka naam qyamat hai. aap jante hain ke concept already maujood hai, end of history.</w:t>
      </w:r>
    </w:p>
    <w:p>
      <w:pPr>
        <w:jc w:val="right"/>
      </w:pPr>
      <w:r>
        <w:t>قیامت، بھائی، جس کو آپ اینڈ آف ہسٹری کا جو کانسیپٹ ہے، اسی کا نام قیامت ہے۔ آپ جانتے ہیں کہ کانسیپٹ آلریڈی موجود ہے، اینڈ آف ہسٹری۔</w:t>
      </w:r>
    </w:p>
    <w:p>
      <w:r>
        <w:rPr>
          <w:b/>
        </w:rPr>
        <w:t xml:space="preserve">[19:27] </w:t>
      </w:r>
      <w:r>
        <w:t>to khatam hone ka jo din hoga, us din is mein hum itna hi hum is ko add karte hain ke khatam hoga ke phir aik nai dunya shuru hogi.</w:t>
      </w:r>
    </w:p>
    <w:p>
      <w:pPr>
        <w:jc w:val="right"/>
      </w:pPr>
      <w:r>
        <w:t>تو ختم ہونے کا جو دن ہوگا، اس دن اس میں ہم اتنا ہی ہم اس کو ایڈ کرتے ہیں کہ ختم ہوگا کہ پھر ایک نئی دنیا شروع ہوگی۔</w:t>
      </w:r>
    </w:p>
    <w:p>
      <w:r>
        <w:rPr>
          <w:b/>
        </w:rPr>
        <w:t xml:space="preserve">[19:36] </w:t>
      </w:r>
      <w:r>
        <w:t>itna hi farq hai is mein</w:t>
      </w:r>
    </w:p>
    <w:p>
      <w:pPr>
        <w:jc w:val="right"/>
      </w:pPr>
      <w:r>
        <w:t>اتنا ہی فرق ہے اس میں</w:t>
      </w:r>
    </w:p>
    <w:p>
      <w:r>
        <w:rPr>
          <w:b/>
        </w:rPr>
        <w:t xml:space="preserve">[19:38] </w:t>
      </w:r>
      <w:r>
        <w:t>ke history ka end hai to mante hain sare log, mante hain. abhi jo global warming hoti hai, woh bhi isi taraf ja raha hai, end of history ki taraf.</w:t>
      </w:r>
    </w:p>
    <w:p>
      <w:pPr>
        <w:jc w:val="right"/>
      </w:pPr>
      <w:r>
        <w:t>کہ ہسٹری کا اینڈ ہے تو مانتے ہیں سارے لوگ، مانتے ہیں۔ ابھی جو گلوبل وارمنگ ہوتی ہے، وہ بھی اسی طرف جا رہا ہے، اینڈ آف ہسٹری کی طرف۔</w:t>
      </w:r>
    </w:p>
    <w:p>
      <w:r>
        <w:rPr>
          <w:b/>
        </w:rPr>
        <w:t xml:space="preserve">[19:48] </w:t>
      </w:r>
      <w:r>
        <w:t>hum yeh mante hain ke is dunya ko, jo is dunya jo hai, imperfect dunya hai,</w:t>
      </w:r>
    </w:p>
    <w:p>
      <w:pPr>
        <w:jc w:val="right"/>
      </w:pPr>
      <w:r>
        <w:t>ہم یہ مانتے ہیں کہ اس دنیا کو، جو اس دنیا جو ہے، امپرفیکٹ دنیا ہے،</w:t>
      </w:r>
    </w:p>
    <w:p>
      <w:r>
        <w:rPr>
          <w:b/>
        </w:rPr>
        <w:t xml:space="preserve">[19:55] </w:t>
      </w:r>
      <w:r>
        <w:t>is dunya mein har cheez jo hai, abhi dekhiye, article mein aya hai is mein times of india mein ke america waghera jo developed countries hain, to sare material comfort ikatha kar ke bhi unhein sukh nahi milta.</w:t>
      </w:r>
    </w:p>
    <w:p>
      <w:pPr>
        <w:jc w:val="right"/>
      </w:pPr>
      <w:r>
        <w:t>اس دنیا میں ہر چیز جو ہے، ابھی دیکھیے، آرٹیکل میں آیا ہے اس میں ٹائمز آف انڈیا میں کہ امریکہ وغیرہ جو ڈیولپڈ کنٹریز ہیں، تو سارے مٹیریل کمفرٹ اکٹھا کر کے بھی انہیں سکھ نہیں ملتا۔</w:t>
      </w:r>
    </w:p>
    <w:p>
      <w:r>
        <w:rPr>
          <w:b/>
        </w:rPr>
        <w:t xml:space="preserve">[20:10] </w:t>
      </w:r>
      <w:r>
        <w:t>aaj hi ke times of india mein hai yeh</w:t>
      </w:r>
    </w:p>
    <w:p>
      <w:pPr>
        <w:jc w:val="right"/>
      </w:pPr>
      <w:r>
        <w:t>آج ہی کے ٹائمز آف انڈیا میں ہے یہ</w:t>
      </w:r>
    </w:p>
    <w:p>
      <w:r>
        <w:rPr>
          <w:b/>
        </w:rPr>
        <w:t xml:space="preserve">[20:13] </w:t>
      </w:r>
      <w:r>
        <w:t>ke material comfort ikatha kar liya. ab is mein aik anokhi baat likhi hai unhon ne, unhon ne research kiya ke kya wajah hai ke sare material comfort un ke paas aa gaye, shayad luxury aa gayi, to phir bhi kyun un ko sukh chain nahi?</w:t>
      </w:r>
    </w:p>
    <w:p>
      <w:pPr>
        <w:jc w:val="right"/>
      </w:pPr>
      <w:r>
        <w:t>کہ مٹیریل کمفرٹ اکٹھا کر لیا۔ اب اس میں ایک انوکھی بات لکھی ہے انہوں نے، انہوں نے ریسرچ کیا کہ کیا وجہ ہے کہ سارے مٹیریل کمفرٹ ان کے پاس آ گئے، شاید لگزری آ گئی، تو پھر بھی کیوں ان کو سکھ چین نہیں؟</w:t>
      </w:r>
    </w:p>
    <w:p>
      <w:r>
        <w:rPr>
          <w:b/>
        </w:rPr>
        <w:t xml:space="preserve">[20:26] </w:t>
      </w:r>
      <w:r>
        <w:t>ab ab jab aap paas tv bhi ho gaya</w:t>
      </w:r>
    </w:p>
    <w:p>
      <w:pPr>
        <w:jc w:val="right"/>
      </w:pPr>
      <w:r>
        <w:t>اب اب جب آپ پاس ٹی وی بھی ہو گیا</w:t>
      </w:r>
    </w:p>
    <w:p>
      <w:r>
        <w:rPr>
          <w:b/>
        </w:rPr>
        <w:t xml:space="preserve">[20:29] </w:t>
      </w:r>
      <w:r>
        <w:t>aur fridge bhi ho gaya aur aur woh air conditioner bhi ho gaya, car bhi ho gayi, to aap is ke use to ho kar ke is ko phir is ki importance khatam ho jati hai aap ke liye.</w:t>
      </w:r>
    </w:p>
    <w:p>
      <w:pPr>
        <w:jc w:val="right"/>
      </w:pPr>
      <w:r>
        <w:t>اور فریج بھی ہو گیا اور اور وہ ایئر کنڈیشنر بھی ہو گیا، کار بھی ہو گئی، تو آپ اس کے یوز ٹو ہو کر کے اس کو پھر اس کی امپورٹنس ختم ہو جاتی ہے آپ کے لیے۔</w:t>
      </w:r>
    </w:p>
    <w:p>
      <w:r>
        <w:rPr>
          <w:b/>
        </w:rPr>
        <w:t xml:space="preserve">[20:40] </w:t>
      </w:r>
      <w:r>
        <w:t>phir aap bored hone lagte hain is mein. naya chahiye, naya chahiye, naya chahiye, naya chahiye.</w:t>
      </w:r>
    </w:p>
    <w:p>
      <w:pPr>
        <w:jc w:val="right"/>
      </w:pPr>
      <w:r>
        <w:t>پھر آپ بورڈ ہونے لگتے ہیں اس میں۔ نیا چاہیے، نیا چاہیے، نیا چاہیے، نیا چاہیے۔</w:t>
      </w:r>
    </w:p>
    <w:p>
      <w:r>
        <w:rPr>
          <w:b/>
        </w:rPr>
        <w:t xml:space="preserve">[20:46] </w:t>
      </w:r>
      <w:r>
        <w:t>to unlimited world chahiye aap ko. hum ise jee rahe hain limited world mein. har cheez limited hai yahan par. isi liye boredom aa jata hai.</w:t>
      </w:r>
    </w:p>
    <w:p>
      <w:pPr>
        <w:jc w:val="right"/>
      </w:pPr>
      <w:r>
        <w:t>تو ان لمیٹڈ ورلڈ چاہیے آپ کو۔ ہم اسے جی رہے ہیں لمیٹڈ ورلڈ میں۔ ہر چیز لمیٹڈ ہے یہاں پر۔ اسی لیے بورڈم آ جاتا ہے۔</w:t>
      </w:r>
    </w:p>
    <w:p>
      <w:r>
        <w:rPr>
          <w:b/>
        </w:rPr>
        <w:t xml:space="preserve">[20:55] </w:t>
      </w:r>
      <w:r>
        <w:t>yani american society mein boredom hai, is mein likha hai. to woh jo dunya banegi, paradise wali dunya, wahan boredom nahi hoga.</w:t>
      </w:r>
    </w:p>
    <w:p>
      <w:pPr>
        <w:jc w:val="right"/>
      </w:pPr>
      <w:r>
        <w:t>یعنی امریکن سوسائٹی میں بورڈم ہے، اس میں لکھا ہے۔ تو وہ جو دنیا بنے گی، پیراڈائز والی دنیا، وہاں بورڈم نہیں ہوگا۔</w:t>
      </w:r>
    </w:p>
    <w:p>
      <w:r>
        <w:rPr>
          <w:b/>
        </w:rPr>
        <w:t xml:space="preserve">[21:04] </w:t>
      </w:r>
      <w:r>
        <w:t>kyun ke wahan</w:t>
      </w:r>
    </w:p>
    <w:p>
      <w:pPr>
        <w:jc w:val="right"/>
      </w:pPr>
      <w:r>
        <w:t>کیونکہ وہاں</w:t>
      </w:r>
    </w:p>
    <w:p>
      <w:r>
        <w:rPr>
          <w:b/>
        </w:rPr>
        <w:t xml:space="preserve">[21:05] </w:t>
      </w:r>
      <w:r>
        <w:t>woh yani woh unlimited dunya hogi. har din nai baat, har din naya development, har din naya achievement. to yeh yeh jo limited dunya hai, yeh khatam hogi.</w:t>
      </w:r>
    </w:p>
    <w:p>
      <w:pPr>
        <w:jc w:val="right"/>
      </w:pPr>
      <w:r>
        <w:t>وہ یعنی وہ ان لمیٹڈ دنیا ہوگی۔ ہر دن نئی بات، ہر دن نیا ڈیولپمنٹ، ہر دن نیا اچیومنٹ۔ تو یہ یہ جو لمیٹڈ دنیا ہے، یہ ختم ہوگی۔</w:t>
      </w:r>
    </w:p>
    <w:p>
      <w:r>
        <w:rPr>
          <w:b/>
        </w:rPr>
        <w:t xml:space="preserve">[21:21] </w:t>
      </w:r>
      <w:r>
        <w:t>aur jo agli dunya jo hogi, woh endless, endless, is mein sab cheezain hongi.</w:t>
      </w:r>
    </w:p>
    <w:p>
      <w:pPr>
        <w:jc w:val="right"/>
      </w:pPr>
      <w:r>
        <w:t>اور جو اگلی دنیا جو ہوگی، وہ اینڈ لیس، اینڈ لیس، اس میں سب چیزیں ہوں گی۔</w:t>
      </w:r>
    </w:p>
    <w:p>
      <w:r>
        <w:rPr>
          <w:b/>
        </w:rPr>
        <w:t xml:space="preserve">[21:29] </w:t>
      </w:r>
      <w:r>
        <w:t>woh unlimited hogi, woh eternal hogi. tabhi ja ke insan ko happiness mile gi. abhi happiness nahi mil sakti aap ko. yeh hai concept islam ka.</w:t>
      </w:r>
    </w:p>
    <w:p>
      <w:pPr>
        <w:jc w:val="right"/>
      </w:pPr>
      <w:r>
        <w:t>وہ ان لمیٹڈ ہوگی، وہ ایٹرنل ہوگی۔ تبھی جا کے انسان کو ہیپینس ملے گی۔ ابھی ہیپینس نہیں مل سکتی آپ کو۔ یہ ہے کانسیپٹ اسلام کا۔</w:t>
      </w:r>
    </w:p>
    <w:p>
      <w:r>
        <w:rPr>
          <w:b/>
        </w:rPr>
        <w:t xml:space="preserve">[21:40] </w:t>
      </w:r>
      <w:r>
        <w:t>mera jo second question was, what will be the status of islam before qyamat?</w:t>
      </w:r>
    </w:p>
    <w:p>
      <w:pPr>
        <w:jc w:val="right"/>
      </w:pPr>
      <w:r>
        <w:t>میرا جو سیکنڈ کوئسچن واز، واٹ ول بی دی سٹیٹس آف اسلام بیفور قیامت؟</w:t>
      </w:r>
    </w:p>
    <w:p>
      <w:r>
        <w:rPr>
          <w:b/>
        </w:rPr>
        <w:t xml:space="preserve">[21:49] </w:t>
      </w:r>
      <w:r>
        <w:t>is’tेटस ka matlab kya hai? hmm, is’tेटस ka matlab kya hai? hmm, what will be the state, state of Islam?</w:t>
      </w:r>
    </w:p>
    <w:p>
      <w:pPr>
        <w:jc w:val="right"/>
      </w:pPr>
      <w:r>
        <w:t>اسٹیٹس کا مطلب کیا ہے؟ ہمم، اسٹیٹس کا مطلب کیا ہے؟ ہمم، واٹ ول بی دی سٹیٹ، سٹیٹ آف اسلام؟</w:t>
      </w:r>
    </w:p>
    <w:p>
      <w:r>
        <w:rPr>
          <w:b/>
        </w:rPr>
        <w:t xml:space="preserve">[22:01] </w:t>
      </w:r>
      <w:r>
        <w:t>message keh sakte hain aap? hain message? position. position of islam.</w:t>
      </w:r>
    </w:p>
    <w:p>
      <w:pPr>
        <w:jc w:val="right"/>
      </w:pPr>
      <w:r>
        <w:t>میسج کہہ سکتے ہیں آپ؟ ہیں میسج؟ پوزیشن۔ پوزیشن آف اسلام۔</w:t>
      </w:r>
    </w:p>
    <w:p>
      <w:r>
        <w:rPr>
          <w:b/>
        </w:rPr>
        <w:t xml:space="preserve">[22:08] </w:t>
      </w:r>
      <w:r>
        <w:t>phir position ek hi hai, yeh baaton ko batana ke apne aap ko deserving candidate banao.</w:t>
      </w:r>
    </w:p>
    <w:p>
      <w:pPr>
        <w:jc w:val="right"/>
      </w:pPr>
      <w:r>
        <w:t>پھر پوزیشن ایک ہی ہے، یہ باتوں کو بتانا کہ اپنے آپ کو ڈیزرونگ کینڈیڈیٹ بناؤ۔</w:t>
      </w:r>
    </w:p>
    <w:p>
      <w:r>
        <w:rPr>
          <w:b/>
        </w:rPr>
        <w:t xml:space="preserve">[22:16] </w:t>
      </w:r>
      <w:r>
        <w:t>jo agli duniya aane wali hai, jo eternal hogi, jis mein happiness hoga, jis mein fulfillment hoga, sacha peace hoga, us ke liye apne aap ko aisa karo ke tum qualify karo us ke liye.</w:t>
      </w:r>
    </w:p>
    <w:p>
      <w:pPr>
        <w:jc w:val="right"/>
      </w:pPr>
      <w:r>
        <w:t>جو اگلی دنیا آنے والی ہے، جو ایٹرنل ہوگی، جس میں ہیپینس ہوگا، جس میں فلفلمنٹ ہوگا، سچا پیس ہوگا، اس کے لیے اپنے آپ کو ایسا کرو کہ تم کوالیفائی کرو اس کے لیے۔</w:t>
      </w:r>
    </w:p>
    <w:p>
      <w:r>
        <w:rPr>
          <w:b/>
        </w:rPr>
        <w:t xml:space="preserve">[22:31] </w:t>
      </w:r>
      <w:r>
        <w:t>aisa tumhara yani aisi life banao ke tum us ke liye, us ke liye qualify kar sako.</w:t>
      </w:r>
    </w:p>
    <w:p>
      <w:pPr>
        <w:jc w:val="right"/>
      </w:pPr>
      <w:r>
        <w:t>ایسا تمہارا یعنی ایسی لائف بناؤ کہ تم اس کے لیے، اس کے لیے کوالیفائی کر سکو۔</w:t>
      </w:r>
    </w:p>
    <w:p>
      <w:r>
        <w:rPr>
          <w:b/>
        </w:rPr>
        <w:t xml:space="preserve">[22:40] </w:t>
      </w:r>
      <w:r>
        <w:t>yeh hai islam ka manna.</w:t>
      </w:r>
    </w:p>
    <w:p>
      <w:pPr>
        <w:jc w:val="right"/>
      </w:pPr>
      <w:r>
        <w:t>یہ ہے اسلام کا ماننا۔</w:t>
      </w:r>
    </w:p>
    <w:p>
      <w:r>
        <w:rPr>
          <w:b/>
        </w:rPr>
        <w:t xml:space="preserve">[22:46] </w:t>
      </w:r>
      <w:r>
        <w:t>this question is from sadia. all scholars and philosophers have been talking about the problem of evil. what is your opinion in this concept?</w:t>
      </w:r>
    </w:p>
    <w:p>
      <w:pPr>
        <w:jc w:val="right"/>
      </w:pPr>
      <w:r>
        <w:t>دس کوئسچن از فرام سعدیہ۔ ال سکالرز اینڈ فلاسفرز ہیو بین ٹاکنگ اباؤٹ دی پرابلم آف ایول۔ واٹ از یور اوپینین ان دس کانسیپٹ؟</w:t>
      </w:r>
    </w:p>
    <w:p>
      <w:r>
        <w:rPr>
          <w:b/>
        </w:rPr>
        <w:t xml:space="preserve">[23:02] </w:t>
      </w:r>
      <w:r>
        <w:t>dekhiye, problem evil jo hai, woh woh simply woh hai fallacy hai. abhi bhi mujhe discovery yeh hui hai, abhi mein David Hume ko parh raha tha.</w:t>
      </w:r>
    </w:p>
    <w:p>
      <w:pPr>
        <w:jc w:val="right"/>
      </w:pPr>
      <w:r>
        <w:t>دیکھیے، پرابلم ایول جو ہے، وہ وہ سمپلی وہ ہے فائلیسی ہے۔ ابھی بھی مجھے ڈسکوری یہ ہوئی ہے، ابھی میں ڈیوڈ ہیوم کو پڑھ رہا تھا۔</w:t>
      </w:r>
    </w:p>
    <w:p>
      <w:r>
        <w:rPr>
          <w:b/>
        </w:rPr>
        <w:t xml:space="preserve">[23:14] </w:t>
      </w:r>
      <w:r>
        <w:t>David Hume jo bohat bara philosopher tha, aur us ne is ko highlight kiya hai, problem evil ko. Abhi mein ne kal parson parha is ko.</w:t>
      </w:r>
    </w:p>
    <w:p>
      <w:pPr>
        <w:jc w:val="right"/>
      </w:pPr>
      <w:r>
        <w:t>ڈیوڈ ہیوم جو بہت بڑا فلاسفر تھا، اور اس نے اس کو ہائی لائٹ کیا ہے، پرابلم ایول کو۔ ابھی میں نے کل پرسوں پڑھا اس کو۔</w:t>
      </w:r>
    </w:p>
    <w:p>
      <w:r>
        <w:rPr>
          <w:b/>
        </w:rPr>
        <w:t xml:space="preserve">[23:25] </w:t>
      </w:r>
      <w:r>
        <w:t>to mujhe laga yeh to bohat bari fallacy hai, jab sare philosopher jee rahe they. problem evil ki baat sare philosopher karte hain.</w:t>
      </w:r>
    </w:p>
    <w:p>
      <w:pPr>
        <w:jc w:val="right"/>
      </w:pPr>
      <w:r>
        <w:t>تو مجھے لگا یہ تو بہت بڑی فائلیسی ہے، جب سارے فلاسفر جی رہے تھے۔ پرابلم ایول کی بات سارے فلاسفر کرتے ہیں۔</w:t>
      </w:r>
    </w:p>
    <w:p>
      <w:r>
        <w:rPr>
          <w:b/>
        </w:rPr>
        <w:t xml:space="preserve">[23:34] </w:t>
      </w:r>
      <w:r>
        <w:t>acha, bas sochna shuru kiya ke evil kahan hai? kya evil gulab ke phool mein hai? kya evil sun mein hai? kya evil planet mein hai?</w:t>
      </w:r>
    </w:p>
    <w:p>
      <w:pPr>
        <w:jc w:val="right"/>
      </w:pPr>
      <w:r>
        <w:t>اچھا، بس سوچنا شروع کیا کہ ایول کہاں ہے؟ کیا ایول گلاب کے پھول میں ہے؟ کیا ایول سن میں ہے؟ کیا ایول پلینٹ میں ہے؟</w:t>
      </w:r>
    </w:p>
    <w:p>
      <w:r>
        <w:rPr>
          <w:b/>
        </w:rPr>
        <w:t xml:space="preserve">[23:44] </w:t>
      </w:r>
      <w:r>
        <w:t>to in comparison that we understand.</w:t>
      </w:r>
    </w:p>
    <w:p>
      <w:pPr>
        <w:jc w:val="right"/>
      </w:pPr>
      <w:r>
        <w:t>تو ان کمپیریزن دیٹ وی انڈرسٹینڈ۔</w:t>
      </w:r>
    </w:p>
    <w:p>
      <w:r>
        <w:rPr>
          <w:b/>
        </w:rPr>
        <w:t xml:space="preserve">[23:48] </w:t>
      </w:r>
      <w:r>
        <w:t>to vast universe mein kahin evil hai hi nahin. stars mein, galaxy mein, solar system mein, ocean mein.</w:t>
      </w:r>
    </w:p>
    <w:p>
      <w:pPr>
        <w:jc w:val="right"/>
      </w:pPr>
      <w:r>
        <w:t>تو واسٹ یونیورس میں کہیں ایول ہے ہی نہیں۔ اسٹارز میں، گلیکسی میں، سولر سسٹم میں، اوشن میں۔</w:t>
      </w:r>
    </w:p>
    <w:p>
      <w:r>
        <w:rPr>
          <w:b/>
        </w:rPr>
        <w:t xml:space="preserve">[23:58] </w:t>
      </w:r>
      <w:r>
        <w:t>mein wahan gaya, rishikesh, aur woh jamna beh rahi thi, us mein kya evil hai? itna sundar lagta tha us ki, mein gum ho gaya us ki lehron mein.</w:t>
      </w:r>
    </w:p>
    <w:p>
      <w:pPr>
        <w:jc w:val="right"/>
      </w:pPr>
      <w:r>
        <w:t>میں وہاں گیا، رشیکیش، اور وہ جمنہ بہہ رہی تھی، اس میں کیا ایول ہے؟ اتنا سندر لگتا تھا اس کی، میں گم ہو گیا اس کی لہروں میں۔</w:t>
      </w:r>
    </w:p>
    <w:p>
      <w:r>
        <w:rPr>
          <w:b/>
        </w:rPr>
        <w:t xml:space="preserve">[24:07] </w:t>
      </w:r>
      <w:r>
        <w:t>ab hamare liye pahar se chali aa rahi hai ganga.</w:t>
      </w:r>
    </w:p>
    <w:p>
      <w:pPr>
        <w:jc w:val="right"/>
      </w:pPr>
      <w:r>
        <w:t>اب ہمارے لیے پہاڑ سے چلی آ رہی ہے گنگا۔</w:t>
      </w:r>
    </w:p>
    <w:p>
      <w:r>
        <w:rPr>
          <w:b/>
        </w:rPr>
        <w:t xml:space="preserve">[24:10] </w:t>
      </w:r>
      <w:r>
        <w:t>ab dil dekh kar ke bilkul jo kehte hain, dugdug ho jata hai. woh jo evil kahan hai us mein? evil to insan mein hai.</w:t>
      </w:r>
    </w:p>
    <w:p>
      <w:pPr>
        <w:jc w:val="right"/>
      </w:pPr>
      <w:r>
        <w:t>اب دل دیکھ کر کے بالکل جو کہتے ہیں، دگدگ ہو جاتا ہے۔ وہ جو ایول کہاں ہے اس میں؟ ایول تو انسان میں ہے۔</w:t>
      </w:r>
    </w:p>
    <w:p>
      <w:r>
        <w:rPr>
          <w:b/>
        </w:rPr>
        <w:t xml:space="preserve">[24:21] </w:t>
      </w:r>
      <w:r>
        <w:t>evil to insan mein hai. yeh kitni bari fallacy hai ke jo cheez insan mein hai, us ko world mein hum world se attribute kar dete hain ke duniya mein evil kyun hai?</w:t>
      </w:r>
    </w:p>
    <w:p>
      <w:pPr>
        <w:jc w:val="right"/>
      </w:pPr>
      <w:r>
        <w:t>ایول تو انسان میں ہے۔ یہ کتنی بڑی فائلیسی ہے کہ جو چیز انسان میں ہے، اس کو ورلڈ میں ہم ورلڈ سے ایٹریبیوٹ کر دیتے ہیں کہ دنیا میں ایول کیوں ہے؟</w:t>
      </w:r>
    </w:p>
    <w:p>
      <w:r>
        <w:rPr>
          <w:b/>
        </w:rPr>
        <w:t xml:space="preserve">[24:33] </w:t>
      </w:r>
      <w:r>
        <w:t>pehli ghalati ke duniya mein evil hai hi nahin. duniya to perfect, bilkul perfect hai. ideal hai, perfect hai, bilkul theek theek waise hi kaam kare jaisa ke hona chahiye.</w:t>
      </w:r>
    </w:p>
    <w:p>
      <w:pPr>
        <w:jc w:val="right"/>
      </w:pPr>
      <w:r>
        <w:t>پہلی غلطی کہ دنیا میں ایول ہے ہی نہیں۔ دنیا تو پرفیکٹ، بالکل پرفیکٹ ہے۔ آئیڈیل ہے، پرفیکٹ ہے، بالکل ٹھیک ٹھیک ویسے ہی کام کرے جیسا کہ ہونا چاہیے۔</w:t>
      </w:r>
    </w:p>
    <w:p>
      <w:r>
        <w:rPr>
          <w:b/>
        </w:rPr>
        <w:t xml:space="preserve">[24:46] </w:t>
      </w:r>
      <w:r>
        <w:t>yahan tak ke jangl mein jo jo animal hain, woh bhi evil free of evil hain. koi animal kabhi</w:t>
      </w:r>
    </w:p>
    <w:p>
      <w:pPr>
        <w:jc w:val="right"/>
      </w:pPr>
      <w:r>
        <w:t>یہاں تک کہ جنگل میں جو جو اینیمل ہیں، وہ بھی ایولز فری آف ایول ہیں۔ کوئی اینیمل کبھی</w:t>
      </w:r>
    </w:p>
    <w:p>
      <w:r>
        <w:rPr>
          <w:b/>
        </w:rPr>
        <w:t xml:space="preserve">[24:54] </w:t>
      </w:r>
      <w:r>
        <w:t>yani koi war nahin cherta. yani first world, first world war, second world war jaisi larai kabhi kisi kisi jangl mein nahin hui.</w:t>
      </w:r>
    </w:p>
    <w:p>
      <w:pPr>
        <w:jc w:val="right"/>
      </w:pPr>
      <w:r>
        <w:t>یعنی کوئی وار نہیں چھیڑتا۔ یعنی فرسٹ ورلڈ، فرسٹ ورلڈ وار، سیکنڈ ورلڈ وار جیسی لڑائی کبھی کسی کسی جنگل میں نہیں ہوئی۔</w:t>
      </w:r>
    </w:p>
    <w:p>
      <w:r>
        <w:rPr>
          <w:b/>
        </w:rPr>
        <w:t xml:space="preserve">[25:05] </w:t>
      </w:r>
      <w:r>
        <w:t>sanp bhi aap agar na chheren to chala jayega chup chap se, aap kaatega nahin aap ko. evil sirf insan mein hai.</w:t>
      </w:r>
    </w:p>
    <w:p>
      <w:pPr>
        <w:jc w:val="right"/>
      </w:pPr>
      <w:r>
        <w:t>سانپ بھی آپ اگر نہ چھیڑیں تو چلا جائے گا چپ چاپ سے، آپ کاٹے گا نہیں آپ کو۔ ایول صرف انسان میں ہے۔</w:t>
      </w:r>
    </w:p>
    <w:p>
      <w:r>
        <w:rPr>
          <w:b/>
        </w:rPr>
        <w:t xml:space="preserve">[25:13] </w:t>
      </w:r>
      <w:r>
        <w:t>is se kya prove hua? ke ek bohat hi tiny exception hai, ek bohat hi tiny part yani spot hai jahan evil hai.</w:t>
      </w:r>
    </w:p>
    <w:p>
      <w:pPr>
        <w:jc w:val="right"/>
      </w:pPr>
      <w:r>
        <w:t>اس سے کیا پروف ہوا؟ کہ ایک بہت ہی ٹائنی ایکسیپشن ہے، ایک بہت ہی ٹائنی پارٹ یعنی اسپاٹ ہے جہاں ایول ہے۔</w:t>
      </w:r>
    </w:p>
    <w:p>
      <w:r>
        <w:rPr>
          <w:b/>
        </w:rPr>
        <w:t xml:space="preserve">[25:24] </w:t>
      </w:r>
      <w:r>
        <w:t>kyun ke aap jante hain ke insan jo hai, sara ka sara, abhi mein ne ek kitab mein parha ke agar aap ek box banayen</w:t>
      </w:r>
    </w:p>
    <w:p>
      <w:pPr>
        <w:jc w:val="right"/>
      </w:pPr>
      <w:r>
        <w:t>کیونکہ آپ جانتے ہیں کہ انسان جو ہے، سارا کا سارا، ابھی میں نے ایک کتاب میں پڑھا کہ اگر آپ ایک باکس بنائیں</w:t>
      </w:r>
    </w:p>
    <w:p>
      <w:r>
        <w:rPr>
          <w:b/>
        </w:rPr>
        <w:t xml:space="preserve">[25:32] </w:t>
      </w:r>
      <w:r>
        <w:t>jo one one mile square chaurai ka ho, yani ek mil chora, ek mil lamba, aur us mein aap sare insanon ko bhar sakte hain.</w:t>
      </w:r>
    </w:p>
    <w:p>
      <w:pPr>
        <w:jc w:val="right"/>
      </w:pPr>
      <w:r>
        <w:t>جو ون ون مائل سکوئر چوڑائی کا ہو، یعنی ایک میل چوڑا، ایک میل لمبا، اور اس میں آپ سارے انسانوں کو بھر سکتے ہیں۔</w:t>
      </w:r>
    </w:p>
    <w:p>
      <w:r>
        <w:rPr>
          <w:b/>
        </w:rPr>
        <w:t xml:space="preserve">[25:43] </w:t>
      </w:r>
      <w:r>
        <w:t>jitne insan hain aap ke haan, sab ek aise box mein aa jayenge jo ek mil chora ho, ek mil lamba ho.</w:t>
      </w:r>
    </w:p>
    <w:p>
      <w:pPr>
        <w:jc w:val="right"/>
      </w:pPr>
      <w:r>
        <w:t>جتنے انسان ہیں آپ کے ہاں، سب ایک ایسے باکس میں آ جائیں گے جو ایک مائل چوڑا ہو، ایک مائل لمبا ہو۔</w:t>
      </w:r>
    </w:p>
    <w:p>
      <w:r>
        <w:rPr>
          <w:b/>
        </w:rPr>
        <w:t xml:space="preserve">[25:53] </w:t>
      </w:r>
      <w:r>
        <w:t>ab is ko band kijiye, band kar ke is ko pacific ocean mein daal dijiye. to pacific ocean jo hai, is mein saaray paanch meil tak paani hai is ke andar.</w:t>
      </w:r>
    </w:p>
    <w:p>
      <w:pPr>
        <w:jc w:val="right"/>
      </w:pPr>
      <w:r>
        <w:t>اب اس کو بند کیجئے، بند کر کے اس کو پیسیفک اوشن میں ڈال دیجئے۔ تو پیسیفک اوشن جو ہے، اس میں ساڑھے پانچ میل تک پانی ہے اس کے اندر۔</w:t>
      </w:r>
    </w:p>
    <w:p>
      <w:r>
        <w:rPr>
          <w:b/>
        </w:rPr>
        <w:t xml:space="preserve">[26:04] </w:t>
      </w:r>
      <w:r>
        <w:t>five hundred, saaray paanch meil. to aik meil ka dabba jo is mein hai aap ka,</w:t>
      </w:r>
    </w:p>
    <w:p>
      <w:pPr>
        <w:jc w:val="right"/>
      </w:pPr>
      <w:r>
        <w:t>فائیو ہنڈرڈ، ساڑھے پانچ میل۔ تو ایک میل کا ڈبہ جو اس میں ہے آپ کا،</w:t>
      </w:r>
    </w:p>
    <w:p>
      <w:r>
        <w:rPr>
          <w:b/>
        </w:rPr>
        <w:t xml:space="preserve">[26:10] </w:t>
      </w:r>
      <w:r>
        <w:t>is mein ja ke gum ho jaye ga aur kahin aur pata nahi chalay ga. insaan khatam. insaan ki race khatam.</w:t>
      </w:r>
    </w:p>
    <w:p>
      <w:pPr>
        <w:jc w:val="right"/>
      </w:pPr>
      <w:r>
        <w:t>اس میں جا کے گم ہو جائے گا اور کہیں اور پتہ نہیں چلے گا۔ انسان ختم۔ انسان کی ریس ختم۔</w:t>
      </w:r>
    </w:p>
    <w:p>
      <w:r>
        <w:rPr>
          <w:b/>
        </w:rPr>
        <w:t xml:space="preserve">[26:20] </w:t>
      </w:r>
      <w:r>
        <w:t>aap dekhen ke itni tiny part hai insaan, isi mein to evil hai, aur kahan evil hai?</w:t>
      </w:r>
    </w:p>
    <w:p>
      <w:pPr>
        <w:jc w:val="right"/>
      </w:pPr>
      <w:r>
        <w:t>آپ دیکھیں کہ اتنی ٹائنی پارٹ ہے انسان، اسی میں تو ایول ہے، اور کہاں ایول ہے؟</w:t>
      </w:r>
    </w:p>
    <w:p>
      <w:r>
        <w:rPr>
          <w:b/>
        </w:rPr>
        <w:t xml:space="preserve">[26:28] </w:t>
      </w:r>
      <w:r>
        <w:t>ab number one, ab jab sochen ge aap to kya pata chalay ga? evil kyun hai? is ka sirf aik hi reason hai, woh hai misuse of freedom.</w:t>
      </w:r>
    </w:p>
    <w:p>
      <w:pPr>
        <w:jc w:val="right"/>
      </w:pPr>
      <w:r>
        <w:t>اب نمبر ون، اب جب سوچیں گے آپ تو کیا پتہ چلے گا؟ ایول کیوں ہے؟ اس کا صرف ایک ہی کارن ہے، وہ ہے مس یوز آف فریڈم۔</w:t>
      </w:r>
    </w:p>
    <w:p>
      <w:r>
        <w:rPr>
          <w:b/>
        </w:rPr>
        <w:t xml:space="preserve">[26:40] </w:t>
      </w:r>
      <w:r>
        <w:t>aik hi reason hai. kyunke</w:t>
      </w:r>
    </w:p>
    <w:p>
      <w:pPr>
        <w:jc w:val="right"/>
      </w:pPr>
      <w:r>
        <w:t>ایک ہی کارن ہے۔ کیونکہ</w:t>
      </w:r>
    </w:p>
    <w:p>
      <w:r>
        <w:rPr>
          <w:b/>
        </w:rPr>
        <w:t xml:space="preserve">[26:44] </w:t>
      </w:r>
      <w:r>
        <w:t>star ko freedom, freedom nahi mili hui hai. sun solar system ko freedom nahi hai, galaxy ka system freedom nahi hai, pahaar ko ya ocean ko freedom nahi hai.</w:t>
      </w:r>
    </w:p>
    <w:p>
      <w:pPr>
        <w:jc w:val="right"/>
      </w:pPr>
      <w:r>
        <w:t>اسٹار کو فریڈم، فریڈم نہیں ملی ہوئی ہے۔ سن سولر سسٹم کو فریڈم نہیں ہے، گلیکسی کا سسٹم فریڈم نہیں ہے، پہاڑ کو یا اوشن کو فریڈم نہیں ہے۔</w:t>
      </w:r>
    </w:p>
    <w:p>
      <w:r>
        <w:rPr>
          <w:b/>
        </w:rPr>
        <w:t xml:space="preserve">[26:56] </w:t>
      </w:r>
      <w:r>
        <w:t>wahan koi evil hi nahi hai. woh to law of nature ko jo follow kar rahe hain, wahan evil nahi hai.</w:t>
      </w:r>
    </w:p>
    <w:p>
      <w:pPr>
        <w:jc w:val="right"/>
      </w:pPr>
      <w:r>
        <w:t>وہاں کوئی ایول ہی نہیں ہے۔ وہ تو لاء آف نیچر کو جو فالو کر رہے ہیں، وہاں ایول نہیں ہے۔</w:t>
      </w:r>
    </w:p>
    <w:p>
      <w:r>
        <w:rPr>
          <w:b/>
        </w:rPr>
        <w:t xml:space="preserve">[27:03] </w:t>
      </w:r>
      <w:r>
        <w:t>jo apne upar chalte hain, apne will par, wahan evil hai. to kya evil khuda ne nahi paida kiya hai? yaani evil paida karta hai insaan, aur kehte hain ke khuda hai hi nahi.</w:t>
      </w:r>
    </w:p>
    <w:p>
      <w:pPr>
        <w:jc w:val="right"/>
      </w:pPr>
      <w:r>
        <w:t>جو اپنے اوپر چلتے ہیں، اپنے وم پر، وہاں ایول ہے۔ تو کیا ایول خدا نے نہیں پیدا کیا ہے؟ یعنی ایول پیدا کرتا ہے انسان، اور کہتے ہیں کہ خدا ہے ہی نہیں۔</w:t>
      </w:r>
    </w:p>
    <w:p>
      <w:r>
        <w:rPr>
          <w:b/>
        </w:rPr>
        <w:t xml:space="preserve">[27:14] </w:t>
      </w:r>
      <w:r>
        <w:t>khuda hota to evil kyun hota? yaani jo cheez insaan kar raha hai, us ko khuda se jod dete hain.</w:t>
      </w:r>
    </w:p>
    <w:p>
      <w:pPr>
        <w:jc w:val="right"/>
      </w:pPr>
      <w:r>
        <w:t>خدا ہوتا تو ایول کیوں ہوتا؟ یعنی جو چیز انسان کر رہا ہے، اس کو خدا سے جوڑ دیتے ہیں۔</w:t>
      </w:r>
    </w:p>
    <w:p>
      <w:r>
        <w:rPr>
          <w:b/>
        </w:rPr>
        <w:t xml:space="preserve">[27:20] </w:t>
      </w:r>
      <w:r>
        <w:t>do do baatein. teesri baat yeh hui, exception ko aap ko alag se interpret karna parta hai. alag se.</w:t>
      </w:r>
    </w:p>
    <w:p>
      <w:pPr>
        <w:jc w:val="right"/>
      </w:pPr>
      <w:r>
        <w:t>دو دو باتیں۔ تیسری بات یہ ہوئی، ایکسیپشن کو آپ کو الگ سے انٹرپریٹ کرنا پڑتا ہے۔ الگ سے۔</w:t>
      </w:r>
    </w:p>
    <w:p>
      <w:r>
        <w:rPr>
          <w:b/>
        </w:rPr>
        <w:t xml:space="preserve">[27:34] </w:t>
      </w:r>
      <w:r>
        <w:t>alag se interpret karna parta hai. jaise ke mere paas yeh paper hai, chote chote tukray. ab wahan bare bare aap ko ream ream ho ka paper ki thousand ream hai, bare bare sheet is ki.</w:t>
      </w:r>
    </w:p>
    <w:p>
      <w:pPr>
        <w:jc w:val="right"/>
      </w:pPr>
      <w:r>
        <w:t>الگ سے انٹرپریٹ کرنا پڑتا ہے۔ جیسے کہ میرے پاس یہ پیپر ہے، چھوٹے چھوٹے ٹکڑے۔ اب وہاں بڑے بڑے آپ کو رم رم ہو کا پیپر کی تھاؤزنڈ رم ہے، بڑے بڑے شیٹ اس کی۔</w:t>
      </w:r>
    </w:p>
    <w:p>
      <w:r>
        <w:rPr>
          <w:b/>
        </w:rPr>
        <w:t xml:space="preserve">[27:47] </w:t>
      </w:r>
      <w:r>
        <w:t>ab mere paas yeh chota sa hai, to yeh exception hai. yeh</w:t>
      </w:r>
    </w:p>
    <w:p>
      <w:pPr>
        <w:jc w:val="right"/>
      </w:pPr>
      <w:r>
        <w:t>اب میرے پاس یہ چھوٹا سا ہے، تو یہ ایکسیپشن ہے۔ یہ</w:t>
      </w:r>
    </w:p>
    <w:p>
      <w:r>
        <w:rPr>
          <w:b/>
        </w:rPr>
        <w:t xml:space="preserve">[27:50] </w:t>
      </w:r>
      <w:r>
        <w:t>exception ko alag se aap interpret karein ge, alag se us ko explain karein ge ke jab itna saari duniya bhari hui hai, bare bare ream se, bare bare sheets se paper ki, to aik aisa kyun hai?</w:t>
      </w:r>
    </w:p>
    <w:p>
      <w:pPr>
        <w:jc w:val="right"/>
      </w:pPr>
      <w:r>
        <w:t>ایکسیپشن کو الگ سے آپ انٹرپریٹ کریں گے، الگ سے اس کو ایکسپلین کریں گے کہ جب اتنا ساری دنیا بھری ہوئی ہے، بڑے بڑے رم سے، بڑے بڑے شیٹس سے پیپر کی، تو ایک ایسا کیوں ہے؟</w:t>
      </w:r>
    </w:p>
    <w:p>
      <w:r>
        <w:rPr>
          <w:b/>
        </w:rPr>
        <w:t xml:space="preserve">[28:01] </w:t>
      </w:r>
      <w:r>
        <w:t>aisa tab aap samjhen ke khuda ne insaan ko banaya hai.</w:t>
      </w:r>
    </w:p>
    <w:p>
      <w:pPr>
        <w:jc w:val="right"/>
      </w:pPr>
      <w:r>
        <w:t>ایسا تب آپ سمجھیں کہ خدا نے انسان کو بنایا ہے۔</w:t>
      </w:r>
    </w:p>
    <w:p>
      <w:r>
        <w:rPr>
          <w:b/>
        </w:rPr>
        <w:t xml:space="preserve">[28:08] </w:t>
      </w:r>
      <w:r>
        <w:t>yahan par aap yaani help lein ge, yaani religious interpretation ki. yahan par help lein ge aap ke khuda ne banaya hai insaan ko test ke liye.</w:t>
      </w:r>
    </w:p>
    <w:p>
      <w:pPr>
        <w:jc w:val="right"/>
      </w:pPr>
      <w:r>
        <w:t>یہاں پر آپ یعنی ہیلپ لیں گے، یعنی ریلیجیس انٹرپریٹیشن کی۔ یہاں پر ہیلپ لیں گے آپ کہ خدا نے بنایا ہے انسان کو ٹیسٹ کے لیے۔</w:t>
      </w:r>
    </w:p>
    <w:p>
      <w:r>
        <w:rPr>
          <w:b/>
        </w:rPr>
        <w:t xml:space="preserve">[28:21] </w:t>
      </w:r>
      <w:r>
        <w:t>baqi test par nahi hai. aur jo test of the world hai, woh test par nahi hai.</w:t>
      </w:r>
    </w:p>
    <w:p>
      <w:pPr>
        <w:jc w:val="right"/>
      </w:pPr>
      <w:r>
        <w:t>بقیہ ٹیسٹ پر نہیں ہے۔ اور جو ٹیسٹ آف دا ورلڈ ہے، وہ ٹیسٹ پر نہیں ہے۔</w:t>
      </w:r>
    </w:p>
    <w:p>
      <w:r>
        <w:rPr>
          <w:b/>
        </w:rPr>
        <w:t xml:space="preserve">[28:27] </w:t>
      </w:r>
      <w:r>
        <w:t>test par banaya. test entails freedom. without freedom, there is no test. to chunke test par insaan hai, is liye hum freedom de diya.</w:t>
      </w:r>
    </w:p>
    <w:p>
      <w:pPr>
        <w:jc w:val="right"/>
      </w:pPr>
      <w:r>
        <w:t>ٹیسٹ پر بنایا۔ ٹیسٹ انٹیلز فریڈم۔ ودا آؤٹ فریڈم، دیر از نو ٹیسٹ۔ تو چونکہ ٹیسٹ پر انسان ہے، اس لیے ہم فریڈم دے دیا۔</w:t>
      </w:r>
    </w:p>
    <w:p>
      <w:r>
        <w:rPr>
          <w:b/>
        </w:rPr>
        <w:t xml:space="preserve">[28:38] </w:t>
      </w:r>
      <w:r>
        <w:t>jab freedom aye ga to misuse bhi aye ga is ka. to khulasa yeh hai ke yaani yaani problem evil ko le kar ke woh khuda</w:t>
      </w:r>
    </w:p>
    <w:p>
      <w:pPr>
        <w:jc w:val="right"/>
      </w:pPr>
      <w:r>
        <w:t>جب فریڈم آئے گا تو مس یوز بھی آئے گا اس کا۔ تو خلاصہ یہ ہے کہ یعنی یعنی پرابلم ایول کو لے کر کے وہ خدا</w:t>
      </w:r>
    </w:p>
    <w:p>
      <w:r>
        <w:rPr>
          <w:b/>
        </w:rPr>
        <w:t xml:space="preserve">[28:47] </w:t>
      </w:r>
      <w:r>
        <w:t>ko keh rahe hain ke khuda nahi hai. halanke problem evil se jo cheez nikalti hai, woh kya nikalti hai? insaan ke sath khuda ne specially yeh kiya hai ke us ko test par rakha hai.</w:t>
      </w:r>
    </w:p>
    <w:p>
      <w:pPr>
        <w:jc w:val="right"/>
      </w:pPr>
      <w:r>
        <w:t>کو کہہ رہے ہیں کہ خدا نہیں ہے۔ حالانکہ پرابلم ایول سے جو چیز نکلتی ہے، وہ کیا نکلتی ہے؟ انسان کے ساتھ خدا نے اسپیشلی یہ کیا ہے کہ اس کو ٹیسٹ پر رکھا ہے۔</w:t>
      </w:r>
    </w:p>
    <w:p>
      <w:r>
        <w:rPr>
          <w:b/>
        </w:rPr>
        <w:t xml:space="preserve">[28:58] </w:t>
      </w:r>
      <w:r>
        <w:t>is liye wahan freedom hai, is liye wahan misuse hai, is liye wahan evil ati hai. to saaray philosophers ne kitni bari fallacy barpa kar rakhi hai.</w:t>
      </w:r>
    </w:p>
    <w:p>
      <w:pPr>
        <w:jc w:val="right"/>
      </w:pPr>
      <w:r>
        <w:t>اس لیے وہاں فریڈم ہے، اس لیے وہاں مس یوز ہے، اس لیے وہاں ایول آتی ہے۔ تو سارے فلاسفرز نے کتنی بڑی فائلیسی برپا کر رکھی ہے۔</w:t>
      </w:r>
    </w:p>
    <w:p>
      <w:r>
        <w:rPr>
          <w:b/>
        </w:rPr>
        <w:t xml:space="preserve">[29:09] </w:t>
      </w:r>
      <w:r>
        <w:t>david hume jo hai, bohat bara mind tha, lekin itni bewakoofi kya is ne? woh david hume ki baat nahi hai, saaray philosophers ki baat hai ke evil ko unhon ne yeh yeh proof bana liya ke khuda nahi hai.</w:t>
      </w:r>
    </w:p>
    <w:p>
      <w:pPr>
        <w:jc w:val="right"/>
      </w:pPr>
      <w:r>
        <w:t>ڈیوڈ ہیوم جو ہے، بہت بڑا مائنڈ تھا، لیکن اتنی بیوقوفی کیا اس نے؟ وہ ڈیوڈ ہیوم کی بات نہیں ہے، سارے فلاسفرز کی بات ہے کہ ایول کو انہوں نے یہ یہ پروف بنا لیا کہ خدا نہیں ہے۔</w:t>
      </w:r>
    </w:p>
    <w:p>
      <w:r>
        <w:rPr>
          <w:b/>
        </w:rPr>
        <w:t xml:space="preserve">[29:23] </w:t>
      </w:r>
      <w:r>
        <w:t>halanke evil to proof hai ke khuda hai. kyunke is mein ne kai bar yeh baat kahi aap se ke exception means intervention.</w:t>
      </w:r>
    </w:p>
    <w:p>
      <w:pPr>
        <w:jc w:val="right"/>
      </w:pPr>
      <w:r>
        <w:t>حالانکہ ایول تو پروف ہے کہ خدا ہے۔ کیونکہ اس میں نے کئی بار یہ بات کہی آپ سے کہ ایکسیپشن مینز انٹروینشن۔</w:t>
      </w:r>
    </w:p>
    <w:p>
      <w:r>
        <w:rPr>
          <w:b/>
        </w:rPr>
        <w:t xml:space="preserve">[29:32] </w:t>
      </w:r>
      <w:r>
        <w:t>intervention means end an intervention is a proof of intervener. and where there is intervener, there is of of intervener is proof, then god is also proved.</w:t>
      </w:r>
    </w:p>
    <w:p>
      <w:pPr>
        <w:jc w:val="right"/>
      </w:pPr>
      <w:r>
        <w:t>انٹروینشن مینز اینڈ انٹروینشن از اے پروف آف انٹروینر۔ اینڈ ویر دیر از انٹروینر، دیر از اف اف انٹروینر از پروف، دین گاڈ از السو پروفڈ۔</w:t>
      </w:r>
    </w:p>
    <w:p>
      <w:r>
        <w:rPr>
          <w:b/>
        </w:rPr>
        <w:t xml:space="preserve">[29:44] </w:t>
      </w:r>
      <w:r>
        <w:t>to itni bari universe, itni bari universe mein aik itni tiny is part hai jahan freedom hai, to there is proof of exception</w:t>
      </w:r>
    </w:p>
    <w:p>
      <w:pPr>
        <w:jc w:val="right"/>
      </w:pPr>
      <w:r>
        <w:t>تو اتنی بڑی یونیورس، اتنی بڑی یونیورس میں ایک اتنی ٹائنی اس پارٹ ہے جہاں فریڈم ہے، تو دیر از پروف آف ایکسیپشن</w:t>
      </w:r>
    </w:p>
    <w:p>
      <w:r>
        <w:rPr>
          <w:b/>
        </w:rPr>
        <w:t xml:space="preserve">[29:54] </w:t>
      </w:r>
      <w:r>
        <w:t>neek evel. ab dekhen, raat ek rong noman grechar ki baat hai ke exception ko evil keh diya. yeh kehna chahiye tha ke exception hai ke is ko keh diya evil.</w:t>
      </w:r>
    </w:p>
    <w:p>
      <w:pPr>
        <w:jc w:val="right"/>
      </w:pPr>
      <w:r>
        <w:t>نیک ایول۔ اب دیکھیں، رات ایک رونگ نومن گریچر کی بات ہے کہ ایکسیپشن کو ایول کہہ دیا۔ یہ کہنا چاہیے تھا کہ ایکسیپشن ہے کہ اس کو کہہ دیا ایول۔</w:t>
      </w:r>
    </w:p>
    <w:p>
      <w:r>
        <w:rPr>
          <w:b/>
        </w:rPr>
        <w:t xml:space="preserve">[30:06] </w:t>
      </w:r>
      <w:r>
        <w:t>evil keh kar ke ek bari philosophy bana li. yeh saare philosophers ki baat hai.</w:t>
      </w:r>
    </w:p>
    <w:p>
      <w:pPr>
        <w:jc w:val="right"/>
      </w:pPr>
      <w:r>
        <w:t>ایول کہہ کر کے ایک بڑی فلاسفی بنا لی۔ یہ سارے فلاسفرز کی بات ہے۔</w:t>
      </w:r>
    </w:p>
    <w:p>
      <w:r>
        <w:rPr>
          <w:b/>
        </w:rPr>
        <w:t xml:space="preserve">[30:12] </w:t>
      </w:r>
      <w:r>
        <w:t>saare philosophers yaad rakhiye, stepped philosophers thay, sab ke sab one to all stepped philosophers. main store se sun kar yeh baat keh raha hoon.</w:t>
      </w:r>
    </w:p>
    <w:p>
      <w:pPr>
        <w:jc w:val="right"/>
      </w:pPr>
      <w:r>
        <w:t>سارے فلاسفرز یاد رکھیے، اسٹیپڈ فلاسفرز تھے، سب کے سب ون ٹو ال اسٹیپڈ فلاسفرز۔ میں سٹور سے سن کر یہ بات کہہ رہا ہوں۔</w:t>
      </w:r>
    </w:p>
    <w:p>
      <w:r>
        <w:rPr>
          <w:b/>
        </w:rPr>
        <w:t xml:space="preserve">[30:23] </w:t>
      </w:r>
      <w:r>
        <w:t>ek proof yeh hai ke unhon ne kiya right tha ke ek woh mujhe bataiye,</w:t>
      </w:r>
    </w:p>
    <w:p>
      <w:pPr>
        <w:jc w:val="right"/>
      </w:pPr>
      <w:r>
        <w:t>ایک پروف یہ ہے کہ انہوں نے کیا رائٹ تھا کہ ایک وہ مجھے بتائیے،</w:t>
      </w:r>
    </w:p>
    <w:p>
      <w:r>
        <w:rPr>
          <w:b/>
        </w:rPr>
        <w:t xml:space="preserve">[30:31] </w:t>
      </w:r>
      <w:r>
        <w:t>exception ko exceptionally unhein interpret karna chahiye tha. is ka expression alag se dhoondna chahiye tha. lekin exception ko evil kaha, evil keh kar ke itni bari philosophy bana li.</w:t>
      </w:r>
    </w:p>
    <w:p>
      <w:pPr>
        <w:jc w:val="right"/>
      </w:pPr>
      <w:r>
        <w:t>ایکسیپشن کو ایکسیپشنلی انہیں انٹرپریٹ کرنا چاہیے تھا۔ اس کا ایکسپریشن الگ سے ڈھونڈنا چاہیے تھا۔ لیکن ایکسیپشن کو ایول کہا، ایول کہہ کر کے اتنی بڑی فلاسفی بنا لی۔</w:t>
      </w:r>
    </w:p>
    <w:p>
      <w:r>
        <w:rPr>
          <w:b/>
        </w:rPr>
        <w:t xml:space="preserve">[30:42] </w:t>
      </w:r>
      <w:r>
        <w:t>problem evil, sab jhooti baatein hain. to main to samajhta hoon ke evil hona</w:t>
      </w:r>
    </w:p>
    <w:p>
      <w:pPr>
        <w:jc w:val="right"/>
      </w:pPr>
      <w:r>
        <w:t>پرابلم ایول، سب جھوٹی باتیں ہیں۔ تو میں تو سمجھتا ہوں کہ ایول ہونا</w:t>
      </w:r>
    </w:p>
    <w:p>
      <w:r>
        <w:rPr>
          <w:b/>
        </w:rPr>
        <w:t xml:space="preserve">[30:49] </w:t>
      </w:r>
      <w:r>
        <w:t>hamari responsibility ko batata hai ke tum misuse mat karo, is ko sahi use karo, right way mein use karo apne freedom ko.</w:t>
      </w:r>
    </w:p>
    <w:p>
      <w:pPr>
        <w:jc w:val="right"/>
      </w:pPr>
      <w:r>
        <w:t>ہماری ریسپانسبیلٹی کو بتاتا ہے کہ تم مس یوز مت کرو، اس کو صحیح یوز کرو، رائٹ وے میں یوز کرو اپنے فریڈم کو۔</w:t>
      </w:r>
    </w:p>
    <w:p>
      <w:r>
        <w:rPr>
          <w:b/>
        </w:rPr>
        <w:t xml:space="preserve">[30:58] </w:t>
      </w:r>
      <w:r>
        <w:t>warna is ko kuch kuch to bhugtaan duniya mein bhugte ho, kuch bhugtaan wahan bhugtaan padega.</w:t>
      </w:r>
    </w:p>
    <w:p>
      <w:pPr>
        <w:jc w:val="right"/>
      </w:pPr>
      <w:r>
        <w:t>ورنہ اس کو کچھ کچھ تو بھگتان دنیا میں بھگتتے ہو، کچھ بھگتان وہاں بھگتنا پڑے گا۔</w:t>
      </w:r>
    </w:p>
    <w:p>
      <w:r>
        <w:rPr>
          <w:b/>
        </w:rPr>
        <w:t xml:space="preserve">[31:05] </w:t>
      </w:r>
      <w:r>
        <w:t>as a different test paper, how would you explain this? what do you think is the basis or reason for this discrimination?</w:t>
      </w:r>
    </w:p>
    <w:p>
      <w:pPr>
        <w:jc w:val="right"/>
      </w:pPr>
      <w:r>
        <w:t>ایز ا ڈفرنٹ ٹیسٹ پیپر، ہاؤ وڈ یو ایکسپلین دس؟ واٹ ڈو یو تھنک از دی بیسز اور ریزن فار دس ڈسکرمینیشن؟</w:t>
      </w:r>
    </w:p>
    <w:p>
      <w:r>
        <w:rPr>
          <w:b/>
        </w:rPr>
        <w:t xml:space="preserve">[31:16] </w:t>
      </w:r>
      <w:r>
        <w:t>dekhen, different ka matlab nahi ke ek dam alag alag. aisa to hai nahi. bohat zyada common hota hai. maslan ghussa mere andar bhi hai, aap ke andar bhi hai.</w:t>
      </w:r>
    </w:p>
    <w:p>
      <w:pPr>
        <w:jc w:val="right"/>
      </w:pPr>
      <w:r>
        <w:t>دیکھیں، ڈفرنٹ کا مطلب نہیں کہ ایک دم الگ الگ۔ ایسا تو ہے نہیں۔ بہت زیادہ کامن ہوتا ہے۔ مثلاً غصہ میرے اندر بھی ہے، آپ کے اندر بھی ہے۔</w:t>
      </w:r>
    </w:p>
    <w:p>
      <w:r>
        <w:rPr>
          <w:b/>
        </w:rPr>
        <w:t xml:space="preserve">[31:27] </w:t>
      </w:r>
      <w:r>
        <w:t>kehte hain ke mere andar ghussa ho, aap ke ghussa hi na ho. mujhe bhi dekh ke lalach parta hai, aap ko bhi lalach padega.</w:t>
      </w:r>
    </w:p>
    <w:p>
      <w:pPr>
        <w:jc w:val="right"/>
      </w:pPr>
      <w:r>
        <w:t>کہتے ہیں کہ میرے اندر غصہ ہو، آپ کے غصہ ہی نہ ہو۔ مجھے بھی دیکھ کے لالچ پڑتا ہے، آپ کو بھی لالچ پڑے گا۔</w:t>
      </w:r>
    </w:p>
    <w:p>
      <w:r>
        <w:rPr>
          <w:b/>
        </w:rPr>
        <w:t xml:space="preserve">[31:35] </w:t>
      </w:r>
      <w:r>
        <w:t>donon mein hai woh. different ka matlab sirf yeh hai ke situation alag alag hoti hai. ke aap ko family mein jis ka proof dena hai, us ko man mon singh ko, us ko government mein proof dena hai, isi cheez ka.</w:t>
      </w:r>
    </w:p>
    <w:p>
      <w:pPr>
        <w:jc w:val="right"/>
      </w:pPr>
      <w:r>
        <w:t>دونوں میں ہے وہ۔ ڈفرنٹ کا مطلب صرف یہ ہے کہ سچوئیشن الگ الگ ہوتی ہے۔ کہ آپ کو فیملی میں جس کا پروف دینا ہے، اس کو من مون سنگھ کو، اس کو گورنمنٹ میں پروف دینا ہے، اسی چیز کا۔</w:t>
      </w:r>
    </w:p>
    <w:p>
      <w:r>
        <w:rPr>
          <w:b/>
        </w:rPr>
        <w:t xml:space="preserve">[31:50] </w:t>
      </w:r>
      <w:r>
        <w:t>ya</w:t>
      </w:r>
    </w:p>
    <w:p>
      <w:pPr>
        <w:jc w:val="right"/>
      </w:pPr>
      <w:r>
        <w:t>یا</w:t>
      </w:r>
    </w:p>
    <w:p>
      <w:r>
        <w:rPr>
          <w:b/>
        </w:rPr>
        <w:t xml:space="preserve">[31:52] </w:t>
      </w:r>
      <w:r>
        <w:t>hum ko India mein jis ka proof dena hai, us ko george bush ko, America ne us ko proof dena hai. to situation different hoti hai, us lehaz se farq pad jata hai. aur saari cheezein basically dekhen, saara maamla yeh desire ka maamla hai.</w:t>
      </w:r>
    </w:p>
    <w:p>
      <w:pPr>
        <w:jc w:val="right"/>
      </w:pPr>
      <w:r>
        <w:t>ہم کو انڈیا میں جس کا پروف دینا ہے، اس کو جارج بش کو، امریکہ نے اس کو پروف دینا ہے۔ تو سچوئیشن ڈفرنٹ ہوتی ہے، اس لحاظ سے فرق پڑ جاتا ہے۔ اور ساری چیزیں بیسیکلی دیکھیں، سارا معاملہ یہ ڈیزائر کا معاملہ ہے۔</w:t>
      </w:r>
    </w:p>
    <w:p>
      <w:r>
        <w:rPr>
          <w:b/>
        </w:rPr>
        <w:t xml:space="preserve">[32:06] </w:t>
      </w:r>
      <w:r>
        <w:t>jo jaanch hamari hai, jo test hai, woh desire ke par base karti hai.</w:t>
      </w:r>
    </w:p>
    <w:p>
      <w:pPr>
        <w:jc w:val="right"/>
      </w:pPr>
      <w:r>
        <w:t>جو جانچ ہماری ہے، جو ٹیسٹ ہے، وہ ڈیزائر کے پر بیس کرتی ہے۔</w:t>
      </w:r>
    </w:p>
    <w:p>
      <w:r>
        <w:rPr>
          <w:b/>
        </w:rPr>
        <w:t xml:space="preserve">[32:12] </w:t>
      </w:r>
      <w:r>
        <w:t>itni saari desires hain, negative desires. to is mein aap ko qualify karna hai.</w:t>
      </w:r>
    </w:p>
    <w:p>
      <w:pPr>
        <w:jc w:val="right"/>
      </w:pPr>
      <w:r>
        <w:t>اتنی ساری ڈیزائر ہیں، نیگیٹیو ڈیزائرز۔ تو اس میں آپ کو کوالیفائی کرنا ہے۔</w:t>
      </w:r>
    </w:p>
    <w:p>
      <w:r>
        <w:rPr>
          <w:b/>
        </w:rPr>
        <w:t xml:space="preserve">[32:21] </w:t>
      </w:r>
      <w:r>
        <w:t>basically yahi main to kehta hoon ke sab ka just agar nikalein na to woh yeh hoga ke situation mein aap kaisa response dete hain.</w:t>
      </w:r>
    </w:p>
    <w:p>
      <w:pPr>
        <w:jc w:val="right"/>
      </w:pPr>
      <w:r>
        <w:t>بیسیکلی یہی میں تو کہتا ہوں کہ سب کا جسٹ اگر نکالیں نا تو وہ یہ ہوگا کہ سچوئیشن میں آپ کیسا رسپانس دیتے ہیں۔</w:t>
      </w:r>
    </w:p>
    <w:p>
      <w:r>
        <w:rPr>
          <w:b/>
        </w:rPr>
        <w:t xml:space="preserve">[32:31] </w:t>
      </w:r>
      <w:r>
        <w:t>negative response ya positive response. basically yahi test hai.</w:t>
      </w:r>
    </w:p>
    <w:p>
      <w:pPr>
        <w:jc w:val="right"/>
      </w:pPr>
      <w:r>
        <w:t>نیگیٹیو رسپانس یا پوزیٹیو رسپانس۔ بیسیکلی یہی ٹیسٹ ہے۔</w:t>
      </w:r>
    </w:p>
    <w:p>
      <w:r>
        <w:rPr>
          <w:b/>
        </w:rPr>
        <w:t xml:space="preserve">[32:38] </w:t>
      </w:r>
      <w:r>
        <w:t>ke situation to create hogi. is situation mein aap ne negative response diya ya positive response diya.</w:t>
      </w:r>
    </w:p>
    <w:p>
      <w:pPr>
        <w:jc w:val="right"/>
      </w:pPr>
      <w:r>
        <w:t>کہ سچوئیشن تو کریٹ ہوگی۔ اس سچوئیشن میں آپ نے نیگیٹیو رسپانس دیا یا پوزیٹیو رسپانس دیا۔</w:t>
      </w:r>
    </w:p>
    <w:p>
      <w:r>
        <w:rPr>
          <w:b/>
        </w:rPr>
        <w:t xml:space="preserve">[32:47] </w:t>
      </w:r>
      <w:r>
        <w:t>bas yahi test hai. yahan tak ke agar aap government mein hain, tab bhi wahan bhi yahi rehta hai.</w:t>
      </w:r>
    </w:p>
    <w:p>
      <w:pPr>
        <w:jc w:val="right"/>
      </w:pPr>
      <w:r>
        <w:t>بس یہی ٹیسٹ ہے۔ یہاں تک کہ اگر آپ گورنمنٹ میں ہیں، تب بھی وہاں بھی یہی رہتا ہے۔</w:t>
      </w:r>
    </w:p>
    <w:p>
      <w:r>
        <w:rPr>
          <w:b/>
        </w:rPr>
        <w:t xml:space="preserve">[32:54] </w:t>
      </w:r>
      <w:r>
        <w:t>government mein aap baithe bhi hain, ab chaaron taraf se aap ke badhai hai, glory hai, aap arrogance aa jayega. to aap ko test yeh hai ke arrogance away, tab bhi aap sochein ke main yani chand din ke liye yahan hoon, is ke baad kahan hoon ga main?</w:t>
      </w:r>
    </w:p>
    <w:p>
      <w:pPr>
        <w:jc w:val="right"/>
      </w:pPr>
      <w:r>
        <w:t>گورنمنٹ میں آپ بیٹھے بھی ہیں، اب چاروں طرف سے آپ کے بڑائی ہے، گلوری ہے، آپ اروگنس آ جائے گا۔ تو آپ کو ٹیسٹ یہ ہے کہ اروگنس آوے، تب بھی آپ سوچیں کہ میں یعنی چند دن کے لیے یہاں ہوں، اس کے بعد کہاں ہوں گا میں؟</w:t>
      </w:r>
    </w:p>
    <w:p>
      <w:r>
        <w:rPr>
          <w:b/>
        </w:rPr>
        <w:t xml:space="preserve">[33:11] </w:t>
      </w:r>
      <w:r>
        <w:t>deen afghani imam khomeini and they have explained islam in a political sense. but what is the reason why they explained islam in a political sense?</w:t>
      </w:r>
    </w:p>
    <w:p>
      <w:pPr>
        <w:jc w:val="right"/>
      </w:pPr>
      <w:r>
        <w:t>دین افغانی امام خمینی اینڈ دے ہیو ایکسپلینڈ اسلام ان اے پولیٹیکل سینس۔ بٹ واٹ از دا ریزن وائی دے ایکسپلینڈ اسلام ان اے پولیٹیکل سینس؟</w:t>
      </w:r>
    </w:p>
    <w:p>
      <w:r>
        <w:rPr>
          <w:b/>
        </w:rPr>
        <w:t xml:space="preserve">[33:20] </w:t>
      </w:r>
      <w:r>
        <w:t>was this the reason that they were fighting for the material interest of the muslim community? and this was the prime motive that why they explained islam in a political sense?</w:t>
      </w:r>
    </w:p>
    <w:p>
      <w:pPr>
        <w:jc w:val="right"/>
      </w:pPr>
      <w:r>
        <w:t>واز دس دا ریزن دیٹ دے ویر فائٹنگ فار دا مٹیریل انٹرسٹ اف دا مسلم کمیونٹی؟ اینڈ دس واز دا پرائم موٹیو دیٹ وائی دے ایکسپلینڈ اسلام ان اے پولیٹیکل سینس؟</w:t>
      </w:r>
    </w:p>
    <w:p>
      <w:r>
        <w:rPr>
          <w:b/>
        </w:rPr>
        <w:t xml:space="preserve">[33:33] </w:t>
      </w:r>
      <w:r>
        <w:t>dekhen,</w:t>
      </w:r>
    </w:p>
    <w:p>
      <w:pPr>
        <w:jc w:val="right"/>
      </w:pPr>
      <w:r>
        <w:t>دیکھیں،</w:t>
      </w:r>
    </w:p>
    <w:p>
      <w:r>
        <w:rPr>
          <w:b/>
        </w:rPr>
        <w:t xml:space="preserve">[33:38] </w:t>
      </w:r>
      <w:r>
        <w:t>is par maine bohat socha hai. to jo maine paya, woh yeh hai ke do phase mein yeh jis ko main dajali kehta hoon na, do phase mein aayi hai yeh cheez.</w:t>
      </w:r>
    </w:p>
    <w:p>
      <w:pPr>
        <w:jc w:val="right"/>
      </w:pPr>
      <w:r>
        <w:t>اس پر میں نے بہت سوچا ہے۔ تو جو میں نے پایا، وہ یہ ہے کہ دو فیز میں یہ جس کو میں دجالی کہتا ہوں نا، دو فیز میں آئی ہے یہ چیز۔</w:t>
      </w:r>
    </w:p>
    <w:p>
      <w:r>
        <w:rPr>
          <w:b/>
        </w:rPr>
        <w:t xml:space="preserve">[33:49] </w:t>
      </w:r>
      <w:r>
        <w:t>do fiz mein aai hai. dekhen, pehla fiz tha jab ke</w:t>
      </w:r>
    </w:p>
    <w:p>
      <w:pPr>
        <w:jc w:val="right"/>
      </w:pPr>
      <w:r>
        <w:t>دو فیز میں آئی ہے۔ دیکھیں، پہلا فیز تھا جب کہ</w:t>
      </w:r>
    </w:p>
    <w:p>
      <w:r>
        <w:rPr>
          <w:b/>
        </w:rPr>
        <w:t xml:space="preserve">[33:56] </w:t>
      </w:r>
      <w:r>
        <w:t>westerners ne muslim rule ko khatm kiya. aap jante hain ke musalman ek zamane mein rule kar rahe the. ek shair ne kaha ke hum hi chhaye hue the sharq se ta gharb dunya mein, na tha pala kisi ummat ka dunya mein gira hum se.</w:t>
      </w:r>
    </w:p>
    <w:p>
      <w:pPr>
        <w:jc w:val="right"/>
      </w:pPr>
      <w:r>
        <w:t>ویسٹرنرز نے مسلم رول کو ختم کیا۔ آپ جانتے ہیں کہ مسلمان ایک زمانے میں رول کر رہے تھے۔ ایک شاعر نے کہا کہ ہم ہی چھائے ہوئے تھے شرق سے تا غرب دنیا میں، نہ تھا پلہ کسی ملت کا دنیا میں گرا ہم سے۔</w:t>
      </w:r>
    </w:p>
    <w:p>
      <w:r>
        <w:rPr>
          <w:b/>
        </w:rPr>
        <w:t xml:space="preserve">[34:14] </w:t>
      </w:r>
      <w:r>
        <w:t>mein is ko jhooti shayari samajhta hoon, lekin behal musalman isi mein jeeta hai. isi pride, jhoote pride mein, false pride mein jeeta hai. to is mein the woh log. woh toota westerners, is ko tod diya aur har jagah kahin directly ya kahin indirectly, woh wohi chha gae.</w:t>
      </w:r>
    </w:p>
    <w:p>
      <w:pPr>
        <w:jc w:val="right"/>
      </w:pPr>
      <w:r>
        <w:t>میں اس کو جھوٹی شاعری سمجھتا ہوں، لیکن بہرحال مسلمان اسی میں جیتا ہے۔ اسی پرائیڈ، جھوٹے پرائیڈ میں، فالس پرائیڈ میں جیتا ہے۔ تو اس میں تھے وہ لوگ۔ وہ ٹوٹا ویسٹرنرز، اس کو توڑ دیا اور ہر جگہ کہیں ڈائریکٹلی یا کہیں ان ڈائریکٹلی، وہ وہی چھا گئے۔</w:t>
      </w:r>
    </w:p>
    <w:p>
      <w:r>
        <w:rPr>
          <w:b/>
        </w:rPr>
        <w:t xml:space="preserve">[34:31] </w:t>
      </w:r>
      <w:r>
        <w:t>woh</w:t>
      </w:r>
    </w:p>
    <w:p>
      <w:pPr>
        <w:jc w:val="right"/>
      </w:pPr>
      <w:r>
        <w:t>وہ</w:t>
      </w:r>
    </w:p>
    <w:p>
      <w:r>
        <w:rPr>
          <w:b/>
        </w:rPr>
        <w:t xml:space="preserve">[34:32] </w:t>
      </w:r>
      <w:r>
        <w:t>to sab se pehle resistance aaya musalmanon mein. resistance unhein lad ke nikalo in ko. jawaduddin afghani jo the, unhone political interpretation nahi diya tha.</w:t>
      </w:r>
    </w:p>
    <w:p>
      <w:pPr>
        <w:jc w:val="right"/>
      </w:pPr>
      <w:r>
        <w:t>تو سب سے پہلے ریزسٹنس آیا مسلمانوں میں۔ ریزسٹنس انہیں لڑ کے نکالو ان کو۔ جواد الدین افغانی جو تھے، انہوں نے پولیٹیکل انٹرپریشن نہیں دیا تھا۔</w:t>
      </w:r>
    </w:p>
    <w:p>
      <w:r>
        <w:rPr>
          <w:b/>
        </w:rPr>
        <w:t xml:space="preserve">[34:42] </w:t>
      </w:r>
      <w:r>
        <w:t>sirf woh is is zamane ki pedawar hain jab ke sirf ladna tha. interpretation se pehli ki baat hai.</w:t>
      </w:r>
    </w:p>
    <w:p>
      <w:pPr>
        <w:jc w:val="right"/>
      </w:pPr>
      <w:r>
        <w:t>صرف وہ اس اس زمانے کی پیداوار ہیں جبکہ صرف لڑنا تھا۔ انٹرپریشن سے پہلی کی بات ہے۔</w:t>
      </w:r>
    </w:p>
    <w:p>
      <w:r>
        <w:rPr>
          <w:b/>
        </w:rPr>
        <w:t xml:space="preserve">[34:49] </w:t>
      </w:r>
      <w:r>
        <w:t>to ek pre interpretation period, ek post interpretation period. to jawaduddin afghani jo the aur sanusi jo the libya mein, is tarah kai log jo the, is zamane ke hain yeh jab ke sirf resistance aaya ke maar ke bhagao in ko, maar ke bhagao.</w:t>
      </w:r>
    </w:p>
    <w:p>
      <w:pPr>
        <w:jc w:val="right"/>
      </w:pPr>
      <w:r>
        <w:t>تو ایک پری انٹرپریشن پیریڈ، ایک پوسٹ انٹرپریشن پیریڈ۔ تو جواد الدین افغانی جو تھے اور سنوسی جو تھے لیبیا میں، اس طرح کئی لوگ جو تھے، اس زمانے کے ہیں یہ جبکہ صرف ریزسٹنس آیا کہ مار کے بھگاؤ ان کو، مار کے بھگاؤ۔</w:t>
      </w:r>
    </w:p>
    <w:p>
      <w:r>
        <w:rPr>
          <w:b/>
        </w:rPr>
        <w:t xml:space="preserve">[35:08] </w:t>
      </w:r>
      <w:r>
        <w:t>itna tha pehle.</w:t>
      </w:r>
    </w:p>
    <w:p>
      <w:pPr>
        <w:jc w:val="right"/>
      </w:pPr>
      <w:r>
        <w:t>اتنا تھا پہلے۔</w:t>
      </w:r>
    </w:p>
    <w:p>
      <w:r>
        <w:rPr>
          <w:b/>
        </w:rPr>
        <w:t xml:space="preserve">[35:10] </w:t>
      </w:r>
      <w:r>
        <w:t>phir first fiz mein, woh fiz mein un ko fail ho gae. woh woh kisi ko bhaga nahi sake nikal kar ke. doosra fiz woh aaya jab ke unhone ek ideological expression is ko dhoonda.</w:t>
      </w:r>
    </w:p>
    <w:p>
      <w:pPr>
        <w:jc w:val="right"/>
      </w:pPr>
      <w:r>
        <w:t>پھر فرسٹ فیز میں، وہ فیز میں ان کو فیل ہو گئے۔ وہ وہ کسی کو بھگا نہیں سکے نکال کر کے۔ دوسرا فیز وہ آیا جب کہ انہوں نے ایک آئیڈیالوجیکل ایکسپریشن اس کو ڈھونڈا۔</w:t>
      </w:r>
    </w:p>
    <w:p>
      <w:r>
        <w:rPr>
          <w:b/>
        </w:rPr>
        <w:t xml:space="preserve">[35:25] </w:t>
      </w:r>
      <w:r>
        <w:t>yeh fiz hua jab ke sayyedna imran maudi paida hue aur sayyed muhammad qutb paida hue.</w:t>
      </w:r>
    </w:p>
    <w:p>
      <w:pPr>
        <w:jc w:val="right"/>
      </w:pPr>
      <w:r>
        <w:t>یہ فیز ہوا جب کہ سیدنا عمران مودی پیدا ہوئے اور سید محمد قطب پیدا ہوئے۔</w:t>
      </w:r>
    </w:p>
    <w:p>
      <w:r>
        <w:rPr>
          <w:b/>
        </w:rPr>
        <w:t xml:space="preserve">[35:31] </w:t>
      </w:r>
      <w:r>
        <w:t>is tarah ke log ke unhone is cheez ko philosophize kiya. aur islam ka poora interpretation de dala political term mein.</w:t>
      </w:r>
    </w:p>
    <w:p>
      <w:pPr>
        <w:jc w:val="right"/>
      </w:pPr>
      <w:r>
        <w:t>اس طرح کے لوگ کہ انہوں نے اس چیز کو فلاسفائز کیا۔ اور اسلام کا پورا انٹرپریشن دے ڈالا پولیٹیکل ٹرم میں۔</w:t>
      </w:r>
    </w:p>
    <w:p>
      <w:r>
        <w:rPr>
          <w:b/>
        </w:rPr>
        <w:t xml:space="preserve">[35:42] </w:t>
      </w:r>
      <w:r>
        <w:t>woh woh log mere dekh, koi bare yani bohat bara</w:t>
      </w:r>
    </w:p>
    <w:p>
      <w:pPr>
        <w:jc w:val="right"/>
      </w:pPr>
      <w:r>
        <w:t>وہ وہ لوگ میرے دیکھ، کوئی بڑے یعنی بہت بڑا</w:t>
      </w:r>
    </w:p>
    <w:p>
      <w:r>
        <w:rPr>
          <w:b/>
        </w:rPr>
        <w:t xml:space="preserve">[35:48] </w:t>
      </w:r>
      <w:r>
        <w:t>sun nahi kiya tha, unhone chhota sun kiya tha. unhone bara sun kiya, yeh bhi dajjal kahe gae. mein samajhta hoon ke dajjal yeh log hain jinhone is ko ek ek interpretation de diya aur islam ko bata diya ke islam ka target hi yeh hai ke rule yani muslim rule qaim karna.</w:t>
      </w:r>
    </w:p>
    <w:p>
      <w:pPr>
        <w:jc w:val="right"/>
      </w:pPr>
      <w:r>
        <w:t>سن نہیں کیا تھا، انہوں نے چھوٹا سن کیا تھا۔ انہوں نے بڑا سن کیا، یہ بھی دجال کہے گئے۔ میں سمجھتا ہوں کہ دجال یہ لوگ ہیں جنہوں نے اس کو ایک ایک انٹرپریشن دے دیا اور اسلام کو بتا دیا کہ اسلام کا ٹارگٹ ہی یہ ہے کہ رول یعنی مسلم رول قائم کرنا۔</w:t>
      </w:r>
    </w:p>
    <w:p>
      <w:r>
        <w:rPr>
          <w:b/>
        </w:rPr>
        <w:t xml:space="preserve">[36:05] </w:t>
      </w:r>
      <w:r>
        <w:t>yeh target yeh to yahi log dajjal hain</w:t>
      </w:r>
    </w:p>
    <w:p>
      <w:pPr>
        <w:jc w:val="right"/>
      </w:pPr>
      <w:r>
        <w:t>یہ ٹارگٹ یہ تو یہی لوگ دجال ہیں</w:t>
      </w:r>
    </w:p>
    <w:p>
      <w:r>
        <w:rPr>
          <w:b/>
        </w:rPr>
        <w:t xml:space="preserve">[36:09] </w:t>
      </w:r>
      <w:r>
        <w:t>ke islam ko bilkul distort kar diya unhone. distort hi nahi kiya. woh islam jo aadmi ki taraf pyar aur love aur tolerance aur peace lata hai, jaise mein aap ke bare mein keh sakta hoon ke mere dil mein jitna pyar aap ke liye hai, utni hi pyar un ke liye hai, utni hi pyar mujhe apni</w:t>
      </w:r>
    </w:p>
    <w:p>
      <w:pPr>
        <w:jc w:val="right"/>
      </w:pPr>
      <w:r>
        <w:t>کہ اسلام کو بالکل ڈسٹارٹ کر دیا انہوں نے۔ ڈسٹارٹ ہی نہیں کیا۔ وہ اسلام جو آدمی کی طرف پیار اور لو اور ٹولرنس اور پیس لاتا ہے، جیسے میں آپ کے بارے میں کہہ سکتا ہوں کہ میرے دل میں جتنا پیار آپ کے لیے ہے، اتنی ہی پیار ان کے لیے ہے، اتنی ہی پیار مجھے اپنی</w:t>
      </w:r>
    </w:p>
    <w:p>
      <w:r>
        <w:rPr>
          <w:b/>
        </w:rPr>
        <w:t xml:space="preserve">[36:29] </w:t>
      </w:r>
      <w:r>
        <w:t>poti ke liye bhi hai, grand daughter ke liye bhi. koi aap cheer kar dekhen mera mera dil to aap paenge ke mein jitna pyar karta hoon apni poti se, utni hi pyar karta hoon mein walida se.</w:t>
      </w:r>
    </w:p>
    <w:p>
      <w:pPr>
        <w:jc w:val="right"/>
      </w:pPr>
      <w:r>
        <w:t>پوتی کے لیے بھی ہے، گرینڈ ڈاٹر کے لیے بھی۔ کوئی آپ چیر کر دیکھیں میرا میرا دل تو آپ پائیں گے کہ میں جتنا پیار کرتا ہوں اپنی پوتی سے، اتنی ہی پیار کرتا ہوں میں والدہ سے۔</w:t>
      </w:r>
    </w:p>
    <w:p>
      <w:r>
        <w:rPr>
          <w:b/>
        </w:rPr>
        <w:t xml:space="preserve">[36:41] </w:t>
      </w:r>
      <w:r>
        <w:t>jitna pyar karta hoon bare bete se, utna hi pyar mujhe aap ke liye mere dil mein hai.</w:t>
      </w:r>
    </w:p>
    <w:p>
      <w:pPr>
        <w:jc w:val="right"/>
      </w:pPr>
      <w:r>
        <w:t>جتنا پیار کرتا ہوں بڑے بیٹے سے، اتنا ہی پیار مجھے آپ کے لیے میرے دل میں ہے۔</w:t>
      </w:r>
    </w:p>
    <w:p>
      <w:r>
        <w:rPr>
          <w:b/>
        </w:rPr>
        <w:t xml:space="preserve">[36:47] </w:t>
      </w:r>
      <w:r>
        <w:t>yeh maine islam se paya hai. in zalimon ne kiya kiya ke we and they ke concept laye islam mein. hum musalman hain, woh kafir hain.</w:t>
      </w:r>
    </w:p>
    <w:p>
      <w:pPr>
        <w:jc w:val="right"/>
      </w:pPr>
      <w:r>
        <w:t>یہ میں نے اسلام سے پایا ہے۔ ان ظالموں نے کیا کیا کہ وی اینڈ دیکھ کے کانسیپٹ لائے اسلام میں۔ ہم مسلم ہیں، وہ کافر ہیں۔</w:t>
      </w:r>
    </w:p>
    <w:p>
      <w:r>
        <w:rPr>
          <w:b/>
        </w:rPr>
        <w:t xml:space="preserve">[36:57] </w:t>
      </w:r>
      <w:r>
        <w:t>humein un ke upar rule karna hai, unhein unhein unhein maar kaat ke un ke upar apna dabdaba banana hai. is se we and they concept paya.</w:t>
      </w:r>
    </w:p>
    <w:p>
      <w:pPr>
        <w:jc w:val="right"/>
      </w:pPr>
      <w:r>
        <w:t>ہمیں ان کے اوپر رول کرنا ہے، انہیں انہیں انہیں مار کاٹ کے ان کے اوپر اپنا دبدبہ بنانا ہے۔ اس سے وی اینڈ دیکھ کانسیپٹ پایا۔</w:t>
      </w:r>
    </w:p>
    <w:p>
      <w:r>
        <w:rPr>
          <w:b/>
        </w:rPr>
        <w:t xml:space="preserve">[37:06] </w:t>
      </w:r>
      <w:r>
        <w:t>hum kuch aur hain, woh kuch aur hain. mein is ko</w:t>
      </w:r>
    </w:p>
    <w:p>
      <w:pPr>
        <w:jc w:val="right"/>
      </w:pPr>
      <w:r>
        <w:t>ہم کچھ اور ہیں، وہ کچھ اور ہیں۔ میں اس کو</w:t>
      </w:r>
    </w:p>
    <w:p>
      <w:r>
        <w:rPr>
          <w:b/>
        </w:rPr>
        <w:t xml:space="preserve">[37:09] </w:t>
      </w:r>
      <w:r>
        <w:t>is satanic kaam samajhta hoon.</w:t>
      </w:r>
    </w:p>
    <w:p>
      <w:pPr>
        <w:jc w:val="right"/>
      </w:pPr>
      <w:r>
        <w:t>اس سیٹنک کام سمجھتا ہوں۔</w:t>
      </w:r>
    </w:p>
    <w:p>
      <w:r>
        <w:rPr>
          <w:b/>
        </w:rPr>
        <w:t xml:space="preserve">[37:14] </w:t>
      </w:r>
      <w:r>
        <w:t>to pehla fiz hai jawaduddin afghani ka aur sheikh sanusi ka waghera ka. unhone simply yahi kiya tha ke yeh log ghussa aaye hain, in ko maar ke bhagao.</w:t>
      </w:r>
    </w:p>
    <w:p>
      <w:pPr>
        <w:jc w:val="right"/>
      </w:pPr>
      <w:r>
        <w:t>تو پہلا فیز ہے جواد الدین افغانی کا اور شیخ سنوسی کا وغیرہ کا۔ انہوں نے سمپلی یہی کیا تھا کہ یہ لوگ غصہ آئے ہیں، ان کو مار کے بھگاؤ۔</w:t>
      </w:r>
    </w:p>
    <w:p>
      <w:r>
        <w:rPr>
          <w:b/>
        </w:rPr>
        <w:t xml:space="preserve">[37:27] </w:t>
      </w:r>
      <w:r>
        <w:t>doosre fiz mein logon ne yeh kiya ke is ko yani political interpretation diya. islam ko sara islam hi unhone woh kar diya.</w:t>
      </w:r>
    </w:p>
    <w:p>
      <w:pPr>
        <w:jc w:val="right"/>
      </w:pPr>
      <w:r>
        <w:t>دوسرے فیز میں لوگوں نے یہ کیا کہ اس کو یعنی پولیٹیکل انٹرپریٹیشن دیا۔ اسلام کو سارا اسلام ہی انہوں نے وہ کر دیا۔</w:t>
      </w:r>
    </w:p>
    <w:p>
      <w:r>
        <w:rPr>
          <w:b/>
        </w:rPr>
        <w:t xml:space="preserve">[37:35] </w:t>
      </w:r>
      <w:r>
        <w:t>yahan tak ke kaha ke namaz jo hai parade hai,</w:t>
      </w:r>
    </w:p>
    <w:p>
      <w:pPr>
        <w:jc w:val="right"/>
      </w:pPr>
      <w:r>
        <w:t>یہاں تک کہ کہا کہ نماز جو ہے پریڈ ہے،</w:t>
      </w:r>
    </w:p>
    <w:p>
      <w:r>
        <w:rPr>
          <w:b/>
        </w:rPr>
        <w:t xml:space="preserve">[37:38] </w:t>
      </w:r>
      <w:r>
        <w:t>azan jo hai bugle hai. yahan tak is is is extent tak gae woh log ke azan ko ko fauji bugle bata diya aur namaz ko fauji parade bata diya.</w:t>
      </w:r>
    </w:p>
    <w:p>
      <w:pPr>
        <w:jc w:val="right"/>
      </w:pPr>
      <w:r>
        <w:t>اذان جو ہے بگل ہے۔ یہاں تک اس اس اس ایکسٹینٹ تک گئے وہ لوگ کہ اذان کو کو فوجی بگل بتا دیا اور نماز کو فوجی پریڈ بتا دیا۔</w:t>
      </w:r>
    </w:p>
    <w:p>
      <w:r>
        <w:rPr>
          <w:b/>
        </w:rPr>
        <w:t xml:space="preserve">[37:49] </w:t>
      </w:r>
      <w:r>
        <w:t>aur rozay ko kaha ke roza jo hai woh woh woh karte hain, woh is yaani</w:t>
      </w:r>
    </w:p>
    <w:p>
      <w:pPr>
        <w:jc w:val="right"/>
      </w:pPr>
      <w:r>
        <w:t>اور روزے کو کہا کہ روزہ جو ہے وہ وہ وہ کرتے ہیں، وہ اس یعنی</w:t>
      </w:r>
    </w:p>
    <w:p>
      <w:r>
        <w:rPr>
          <w:b/>
        </w:rPr>
        <w:t xml:space="preserve">[37:55] </w:t>
      </w:r>
      <w:r>
        <w:t>military spirit ke liye woh tayari karte hain. Woh haj ko keh diya ke haj bhi jo hai is ka rehearsal hai, jihad ka rehearsal hai. Yeh sab jhooti baatein hain.</w:t>
      </w:r>
    </w:p>
    <w:p>
      <w:pPr>
        <w:jc w:val="right"/>
      </w:pPr>
      <w:r>
        <w:t>ملٹری اسپرٹ کے لیے وہ تیاری کرتے ہیں۔ وہ حج کو کہہ دیا کہ حج بھی جو ہے اس کا ریہرسل ہے، جہاد کا ریہرسل ہے۔ یہ سب جھوٹی باتیں ہیں۔</w:t>
      </w:r>
    </w:p>
    <w:p>
      <w:r>
        <w:rPr>
          <w:b/>
        </w:rPr>
        <w:t xml:space="preserve">[38:06] </w:t>
      </w:r>
      <w:r>
        <w:t>to doosre phase mein interpretation aaya hai. To aap jante hain ke buraiyan hamesha gradually aati hain. Pehle stage mein koi toka nahi kisi ne ke kyun ladte ho to wohin ruk jate ho.</w:t>
      </w:r>
    </w:p>
    <w:p>
      <w:pPr>
        <w:jc w:val="right"/>
      </w:pPr>
      <w:r>
        <w:t>تو دوسرے فیز میں انٹرپریٹیشن آیا ہے۔ تو آپ جانتے ہیں کہ برائیاں ہمیشہ گریجولی آتی ہیں۔ پہلے اسٹیج میں کوئی ٹوکا نہیں کسی نے کہ کیوں لڑتے ہو تو وہیں رک جاتے ہو۔</w:t>
      </w:r>
    </w:p>
    <w:p>
      <w:r>
        <w:rPr>
          <w:b/>
        </w:rPr>
        <w:t xml:space="preserve">[38:20] </w:t>
      </w:r>
      <w:r>
        <w:t>woh nahi toka to phir gradual tareeqe se aage badhega. Woh phir kisi ne nahi toka to badhte badhte yahan tak pahuncha hai. Woh</w:t>
      </w:r>
    </w:p>
    <w:p>
      <w:pPr>
        <w:jc w:val="right"/>
      </w:pPr>
      <w:r>
        <w:t>وہ نہیں ٹوکا تو پھر گریجول طریقے سے آگے بڑھے گا۔ وہ پھر کسی نے نہیں ٹوکا تو بڑھتے بڑھتے یہاں تک پہنچا ہے۔ وہ</w:t>
      </w:r>
    </w:p>
    <w:p>
      <w:r>
        <w:rPr>
          <w:b/>
        </w:rPr>
        <w:t xml:space="preserve">[38:29] </w:t>
      </w:r>
      <w:r>
        <w:t>to shuru mein hamesha burai choti si hoti hai. Jaise aap hamare jante hon, agar mahallon mein koi jhagda hota hai to shuru mein chota sa hota hai, badhte badhte court pahunch jata hai, phir qatl hota hai.</w:t>
      </w:r>
    </w:p>
    <w:p>
      <w:pPr>
        <w:jc w:val="right"/>
      </w:pPr>
      <w:r>
        <w:t>تو شروع میں ہمیشہ برائی چھوٹی سی ہوتی ہے۔ جیسے آپ ہمارے جانتے ہوں، اگر محلوں میں کوئی جھگڑا ہوتا ہے تو شروع میں چھوٹا سا ہوتا ہے، بڑھتے بڑھتے کورٹ پہنچ جاتا ہے، پھر قتل ہوتا ہے۔</w:t>
      </w:r>
    </w:p>
    <w:p>
      <w:r>
        <w:rPr>
          <w:b/>
        </w:rPr>
        <w:t xml:space="preserve">[38:42] </w:t>
      </w:r>
      <w:r>
        <w:t>to yeh burai jo hai gradual tareeqe se yahan tak pahunchi hai.</w:t>
      </w:r>
    </w:p>
    <w:p>
      <w:pPr>
        <w:jc w:val="right"/>
      </w:pPr>
      <w:r>
        <w:t>تو یہ برائی جو ہے گریجول طریقے سے یہاں تک پہنچی ہے۔</w:t>
      </w:r>
    </w:p>
    <w:p>
      <w:r>
        <w:rPr>
          <w:b/>
        </w:rPr>
        <w:t xml:space="preserve">[38:47] </w:t>
      </w:r>
      <w:r>
        <w:t>beech mein koi utha nahi mujh se pehle jo is mein break lagaye, jo kahe ke yeh jhoot hai. Abhi bhi koi himmat nahi kisi kehe ke yeh jihad jo hai fasad hai, yeh cartoon jo hungama kar rahe ho, yeh Islam nahi hai, yeh kufar se bura hai, yeh</w:t>
      </w:r>
    </w:p>
    <w:p>
      <w:pPr>
        <w:jc w:val="right"/>
      </w:pPr>
      <w:r>
        <w:t>بیچ میں کوئی اٹھا نہیں مجھ سے پہلے جو اس میں بریک لگائے، جو کہے کہ یہ جھوٹ ہے۔ ابھی بھی کوئی ہمت نہیں کسی کہے کہ یہ جہاد جو ہے فساد ہے، یہ کارٹون جو ہنگامہ کر رہے ہو، یہ اسلام نہیں ہے، یہ کفر سے برا ہے، یہ</w:t>
      </w:r>
    </w:p>
    <w:p>
      <w:r>
        <w:rPr>
          <w:b/>
        </w:rPr>
        <w:t xml:space="preserve">[39:04] </w:t>
      </w:r>
      <w:r>
        <w:t>yeh kaun kehta hai? Koi kisi ki himmat hi nahi kahe, woh koi bhi himmat nahi rakhta kehne ki. Aap ke Deoband walon ne fatwa de diya tha ke India dar-ul-harb hai.</w:t>
      </w:r>
    </w:p>
    <w:p>
      <w:pPr>
        <w:jc w:val="right"/>
      </w:pPr>
      <w:r>
        <w:t>یہ کون کہتا ہے؟ کوئی کسی کی ہمت ہی نہیں کہے، وہ کوئی بھی ہمت نہیں رکھتا کہنے کی۔ آپ کے دیوبند والوں نے فتویٰ دے دیا تھا کہ انڈیا دارالحرب ہے۔</w:t>
      </w:r>
    </w:p>
    <w:p>
      <w:r>
        <w:rPr>
          <w:b/>
        </w:rPr>
        <w:t xml:space="preserve">[39:16] </w:t>
      </w:r>
      <w:r>
        <w:t>kisi ki himmat nahi kahe ke dar-ul-harb khatam ho gaya. Ab to India hamara apna country hai, dar-ul-harb kahan se aayi hai? Koi keh sakta hai? Yeh main kehta hoon</w:t>
      </w:r>
    </w:p>
    <w:p>
      <w:pPr>
        <w:jc w:val="right"/>
      </w:pPr>
      <w:r>
        <w:t>کسی کی ہمت نہیں کہے کہ دارالحرب ختم ہو گیا۔ اب تو انڈیا ہمارا اپنا کنٹری ہے، دارالحرب کہاں سے آئی ہے؟ کوئی کہہ سکتا ہے؟ یہ میں کہتا ہوں</w:t>
      </w:r>
    </w:p>
    <w:p>
      <w:r>
        <w:rPr>
          <w:b/>
        </w:rPr>
        <w:t xml:space="preserve">[39:24] </w:t>
      </w:r>
      <w:r>
        <w:t>ke India mera mera mulk hai, India se mujhe pyar hai, India ki mitti se bana hoon main. Yeh dar-ul-harb kaise ho jayega?</w:t>
      </w:r>
    </w:p>
    <w:p>
      <w:pPr>
        <w:jc w:val="right"/>
      </w:pPr>
      <w:r>
        <w:t>کہ انڈیا میرا میرا ملک ہے، انڈیا سے مجھے پیار ہے، انڈیا کی مٹی سے بنا ہوں میں۔ یہ دارالحرب کیسے ہو جائے گا؟</w:t>
      </w:r>
    </w:p>
    <w:p>
      <w:r>
        <w:rPr>
          <w:b/>
        </w:rPr>
        <w:t xml:space="preserve">[39:32] </w:t>
      </w:r>
      <w:r>
        <w:t>yeh yeh to pyar ka ek mulk hai, dar-ul-harb hai, dar-ul-muhabbat hai. Yeh</w:t>
      </w:r>
    </w:p>
    <w:p>
      <w:pPr>
        <w:jc w:val="right"/>
      </w:pPr>
      <w:r>
        <w:t>یہ یہ تو پیار کا ایک ملک ہے، دارالحرب ہے، دارالمحبت ہے۔ یہ</w:t>
      </w:r>
    </w:p>
    <w:p>
      <w:r>
        <w:rPr>
          <w:b/>
        </w:rPr>
        <w:t xml:space="preserve">[39:42] </w:t>
      </w:r>
      <w:r>
        <w:t>land of love hai, land of peace hai, mera apna mulk hai. Is ko abhi tak yaani paper mein abhi tak dar-ul-harb hi hai, yaani paper mein abhi tak yeh dar-ul-harb hai.</w:t>
      </w:r>
    </w:p>
    <w:p>
      <w:pPr>
        <w:jc w:val="right"/>
      </w:pPr>
      <w:r>
        <w:t>لینڈ آف لو ہے، لینڈ آف پیس ہے، میرا اپنا ملک ہے۔ اس کو ابھی تک یعنی پیپر میں ابھی تک دارالحرب ہی ہے، یعنی پیپر میں ابھی تک یہ دارالحرب ہے۔</w:t>
      </w:r>
    </w:p>
    <w:p>
      <w:r>
        <w:rPr>
          <w:b/>
        </w:rPr>
        <w:t xml:space="preserve">[39:53] </w:t>
      </w:r>
      <w:r>
        <w:t>yeh dushman country hai, dushman country hai. To kis ko himmat hai bole?</w:t>
      </w:r>
    </w:p>
    <w:p>
      <w:pPr>
        <w:jc w:val="right"/>
      </w:pPr>
      <w:r>
        <w:t>یہ دشمن کنٹری ہے، دشمن کنٹری ہے۔ تو کس کو ہمت ہے بولے؟</w:t>
      </w:r>
    </w:p>
    <w:p>
      <w:r>
        <w:rPr>
          <w:b/>
        </w:rPr>
        <w:t xml:space="preserve">[40:00] </w:t>
      </w:r>
      <w:r>
        <w:t>koi bolta nahi. Is liye woh trend jo hai woh continue rehta hai. Woh jab bhi ek trend jo hai zara sa deviate hota hai na, rokna padta hai.</w:t>
      </w:r>
    </w:p>
    <w:p>
      <w:pPr>
        <w:jc w:val="right"/>
      </w:pPr>
      <w:r>
        <w:t>کوئی بولتا نہیں۔ اس لیے وہ ٹرینڈ جو ہے وہ کنٹینیو رہتا ہے۔ وہ جب بھی ایک ٹرینڈ جو ہے ذرا سا ڈیویٹ ہوتا ہے نا، روکنا پڑتا ہے۔</w:t>
      </w:r>
    </w:p>
    <w:p>
      <w:r>
        <w:rPr>
          <w:b/>
        </w:rPr>
        <w:t xml:space="preserve">[40:10] </w:t>
      </w:r>
      <w:r>
        <w:t>ab na rokein, badhega, badhega, badhega. To kisi ne nahi roka, na aaj koi rok raha hai.</w:t>
      </w:r>
    </w:p>
    <w:p>
      <w:pPr>
        <w:jc w:val="right"/>
      </w:pPr>
      <w:r>
        <w:t>اب نہ روکیں، بڑھے گا، بڑھے گا، بڑھے گا۔ تو کسی نے نہیں روکا، نہ آج کوئی روک رہا ہے۔</w:t>
      </w:r>
    </w:p>
    <w:p>
      <w:r>
        <w:rPr>
          <w:b/>
        </w:rPr>
        <w:t xml:space="preserve">[40:17] </w:t>
      </w:r>
      <w:r>
        <w:t>to nateeja yeh hai ke woh yahan tak pahunch gaya ke woh dajali ban gaya. Woh main akela hoon jo khada ho kar yeh kehta hoon ke tumhara fatwa jhoota fatwa tha, India dar-ul-harb nahi hai, India mera mulk hai, mujhe mere dil mein is ke liye pyar hai.</w:t>
      </w:r>
    </w:p>
    <w:p>
      <w:pPr>
        <w:jc w:val="right"/>
      </w:pPr>
      <w:r>
        <w:t>تو نتیجہ یہ ہے کہ وہ یہاں تک پہنچ گیا کہ وہ دجالی بن گیا۔ وہ میں اکیلا ہوں جو کھڑا ہو کر یہ کہتا ہوں کہ تمہارا فتویٰ جھوٹا فتویٰ تھا، انڈیا دارالحرب نہیں ہے، انڈیا میرا ملک ہے، مجھے میرے دل میں اس کے لیے پیار ہے۔</w:t>
      </w:r>
    </w:p>
    <w:p>
      <w:r>
        <w:rPr>
          <w:b/>
        </w:rPr>
        <w:t xml:space="preserve">[40:32] </w:t>
      </w:r>
      <w:r>
        <w:t>kaun hai jo khada ho kar kahe?</w:t>
      </w:r>
    </w:p>
    <w:p>
      <w:pPr>
        <w:jc w:val="right"/>
      </w:pPr>
      <w:r>
        <w:t>کون ہے جو کھڑا ہو کر کہے؟</w:t>
      </w:r>
    </w:p>
    <w:p>
      <w:r>
        <w:rPr>
          <w:b/>
        </w:rPr>
        <w:t xml:space="preserve">[40:34] </w:t>
      </w:r>
      <w:r>
        <w:t>to chunchke koi khada ho kar kehne wala mila nahi, is liye yahan tak baat pahunch gayi. Is extent tak woh baat pahunch gayi.</w:t>
      </w:r>
    </w:p>
    <w:p>
      <w:pPr>
        <w:jc w:val="right"/>
      </w:pPr>
      <w:r>
        <w:t>تو چونکہ کوئی کھڑا ہو کر کہنے والا ملا نہیں، اس لیے یہاں تک بات پہنچ گئی۔ اس ایکسٹینٹ تک وہ بات پہنچ گئی۔</w:t>
      </w:r>
    </w:p>
    <w:p>
      <w:r>
        <w:rPr>
          <w:b/>
        </w:rPr>
        <w:t xml:space="preserve">[40:43] </w:t>
      </w:r>
      <w:r>
        <w:t>dus question is from mateen. If evil is in human being only, then why there is a concept of animal instinct?</w:t>
      </w:r>
    </w:p>
    <w:p>
      <w:pPr>
        <w:jc w:val="right"/>
      </w:pPr>
      <w:r>
        <w:t>دس کوئسچن از فرام متین۔ اف ایول از این ہیومن بینگ اونلی، دین وائی دیر از ا کانسیپٹ آف اینیمل انسٹنکٹ؟</w:t>
      </w:r>
    </w:p>
    <w:p>
      <w:r>
        <w:rPr>
          <w:b/>
        </w:rPr>
        <w:t xml:space="preserve">[40:52] </w:t>
      </w:r>
      <w:r>
        <w:t>Does it mean that animals also have evil?</w:t>
      </w:r>
    </w:p>
    <w:p>
      <w:pPr>
        <w:jc w:val="right"/>
      </w:pPr>
      <w:r>
        <w:t>ڈز اٹ مین دیٹ اینیملز السو ہیو ایول</w:t>
      </w:r>
    </w:p>
    <w:p>
      <w:r>
        <w:rPr>
          <w:b/>
        </w:rPr>
        <w:t xml:space="preserve">[40:57] </w:t>
      </w:r>
      <w:r>
        <w:t>main ne yeh nahi kaha evil insan ki nature mein hai. Main ne nahi kaha evil to ek phenomenon hai freedom ko misuse karne ka.</w:t>
      </w:r>
    </w:p>
    <w:p>
      <w:pPr>
        <w:jc w:val="right"/>
      </w:pPr>
      <w:r>
        <w:t>؟ میں نے یہ نہیں کہا ایول انسان کی نیچر میں ہے۔ میں نے نہیں کہا ایول تو ایک فیناومینا ہے فریڈم کو مس یوز کرنے کا۔</w:t>
      </w:r>
    </w:p>
    <w:p>
      <w:r>
        <w:rPr>
          <w:b/>
        </w:rPr>
        <w:t xml:space="preserve">[41:07] </w:t>
      </w:r>
      <w:r>
        <w:t>koi bhi evil insan mein nahi hai. Insan to bohat hi pyari cheez hai, phool gulab ke phool se zyada pyara hai. Woh cheez yeh hai ke insan ko Khuda ne freedom de di.</w:t>
      </w:r>
    </w:p>
    <w:p>
      <w:pPr>
        <w:jc w:val="right"/>
      </w:pPr>
      <w:r>
        <w:t>کوئی بھی ایول انسان میں نہیں ہے۔ انسان تو بہت ہی پیاری چیز ہے، پھول گلاب کے پھول سے زیادہ پیارا ہے۔ وہ چیز یہ ہے کہ انسان کو خدا نے فریڈم دے دیا۔</w:t>
      </w:r>
    </w:p>
    <w:p>
      <w:r>
        <w:rPr>
          <w:b/>
        </w:rPr>
        <w:t xml:space="preserve">[41:21] </w:t>
      </w:r>
      <w:r>
        <w:t>to freedom ko misuse karta hai insan. Woh kaise? Kam</w:t>
      </w:r>
    </w:p>
    <w:p>
      <w:pPr>
        <w:jc w:val="right"/>
      </w:pPr>
      <w:r>
        <w:t>تو فریڈم کو مس یوز کرتا ہے انسان۔ وہ کیسے؟ کم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