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CPS International Founder, Maulana Wahiduddin Khan 23 August 2008</w:t>
      </w:r>
    </w:p>
    <w:p>
      <w:r>
        <w:t>https://www.youtube.com/watch?v=UyKgfcDFobM</w:t>
      </w:r>
    </w:p>
    <w:p>
      <w:r>
        <w:rPr>
          <w:b/>
        </w:rPr>
        <w:t xml:space="preserve">[00:07] </w:t>
      </w:r>
      <w:r>
        <w:t>Certo. And I'm Federico Di Leo of the Community of Sant'Egidio, and I want to thank Maulana Khan for this great opportunity, also because Maulana Khan is a very close friend of the Community of Sant'Egidio.</w:t>
      </w:r>
    </w:p>
    <w:p>
      <w:pPr>
        <w:jc w:val="right"/>
      </w:pPr>
      <w:r>
        <w:t>Certo. And I'm Federico Di Leo of the Community of Sant'Egidio, and I want to thank Maulana Khan for this great opportunity, also because Maulana Khan is a very close friend of the Community of Sant'Egidio.</w:t>
      </w:r>
    </w:p>
    <w:p>
      <w:r>
        <w:rPr>
          <w:b/>
        </w:rPr>
        <w:t xml:space="preserve">[00:26] </w:t>
      </w:r>
      <w:r>
        <w:t>He has been with us for many times during our meetings of International Prayer for Peace</w:t>
      </w:r>
    </w:p>
    <w:p>
      <w:pPr>
        <w:jc w:val="right"/>
      </w:pPr>
      <w:r>
        <w:t>He has been with us for many times during our meetings of International Prayer for Peace</w:t>
      </w:r>
    </w:p>
    <w:p>
      <w:r>
        <w:rPr>
          <w:b/>
        </w:rPr>
        <w:t xml:space="preserve">[00:35] </w:t>
      </w:r>
      <w:r>
        <w:t>. Above all, we remember his image in Jerusalem when he has been one of the wise men planting the Olive Tree of Peace.</w:t>
      </w:r>
    </w:p>
    <w:p>
      <w:pPr>
        <w:jc w:val="right"/>
      </w:pPr>
      <w:r>
        <w:t>. Above all, we remember his image in Jerusalem when he has been one of the wise men planting the Olive Tree of Peace.</w:t>
      </w:r>
    </w:p>
    <w:p>
      <w:r>
        <w:rPr>
          <w:b/>
        </w:rPr>
        <w:t xml:space="preserve">[00:48] </w:t>
      </w:r>
      <w:r>
        <w:t>He has been with us planting the Olive Tree of Peace in other occasions. And as we had the opportunity of visiting this wonderful country of India, we think that to meet Maulana Khan means to give us the opportunity of making this tree, like the many trees of India, grow in our heart</w:t>
      </w:r>
    </w:p>
    <w:p>
      <w:pPr>
        <w:jc w:val="right"/>
      </w:pPr>
      <w:r>
        <w:t>He has been with us planting the Olive Tree of Peace in other occasions. And as we had the opportunity of visiting this wonderful country of India, we think that to meet Maulana Khan means to give us the opportunity of making this tree, like the many trees of India, grow in our heart</w:t>
      </w:r>
    </w:p>
    <w:p>
      <w:r>
        <w:rPr>
          <w:b/>
        </w:rPr>
        <w:t xml:space="preserve">[01:12] </w:t>
      </w:r>
      <w:r>
        <w:t>. And we need this friendship with all India and with the Muslims in India, which is an important part of the society.</w:t>
      </w:r>
    </w:p>
    <w:p>
      <w:pPr>
        <w:jc w:val="right"/>
      </w:pPr>
      <w:r>
        <w:t>. And we need this friendship with all India and with the Muslims in India, which is an important part of the society.</w:t>
      </w:r>
    </w:p>
    <w:p>
      <w:r>
        <w:rPr>
          <w:b/>
        </w:rPr>
        <w:t xml:space="preserve">[01:23] </w:t>
      </w:r>
      <w:r>
        <w:t>We know that Maulana Khan is a wise man of Islam not only in India. He is recognized as an important scholar in many countries because of his knowledge, because he is a wise man, not only because of the age.</w:t>
      </w:r>
    </w:p>
    <w:p>
      <w:pPr>
        <w:jc w:val="right"/>
      </w:pPr>
      <w:r>
        <w:t>We know that Maulana Khan is a wise man of Islam not only in India. He is recognized as an important scholar in many countries because of his knowledge, because he is a wise man, not only because of the age.</w:t>
      </w:r>
    </w:p>
    <w:p>
      <w:r>
        <w:rPr>
          <w:b/>
        </w:rPr>
        <w:t xml:space="preserve">[01:43] </w:t>
      </w:r>
      <w:r>
        <w:t>When he was young, he was already considered a reference person for Islam.</w:t>
      </w:r>
    </w:p>
    <w:p>
      <w:pPr>
        <w:jc w:val="right"/>
      </w:pPr>
      <w:r>
        <w:t>When he was young, he was already considered a reference person for Islam.</w:t>
      </w:r>
    </w:p>
    <w:p>
      <w:r>
        <w:rPr>
          <w:b/>
        </w:rPr>
        <w:t xml:space="preserve">[01:51] </w:t>
      </w:r>
      <w:r>
        <w:t>So we are here to listen to him, to share again our friendship because the Community of Sant'Egidio is working again for peace, and we want to make our links of friendship with Islam grow.</w:t>
      </w:r>
    </w:p>
    <w:p>
      <w:pPr>
        <w:jc w:val="right"/>
      </w:pPr>
      <w:r>
        <w:t>So we are here to listen to him, to share again our friendship because the Community of Sant'Egidio is working again for peace, and we want to make our links of friendship with Islam grow.</w:t>
      </w:r>
    </w:p>
    <w:p>
      <w:r>
        <w:rPr>
          <w:b/>
        </w:rPr>
        <w:t xml:space="preserve">[02:06] </w:t>
      </w:r>
      <w:r>
        <w:t>With him as the roots of this friendship, which must have also other leaves, other branches, and maybe we are here to discover more and more about this issue, maybe hoping that this very close friend of ours will be with us in the forthcoming occasion.</w:t>
      </w:r>
    </w:p>
    <w:p>
      <w:pPr>
        <w:jc w:val="right"/>
      </w:pPr>
      <w:r>
        <w:t>With him as the roots of this friendship, which must have also other leaves, other branches, and maybe we are here to discover more and more about this issue, maybe hoping that this very close friend of ours will be with us in the forthcoming occasion.</w:t>
      </w:r>
    </w:p>
    <w:p>
      <w:r>
        <w:rPr>
          <w:b/>
        </w:rPr>
        <w:t xml:space="preserve">[02:29] </w:t>
      </w:r>
      <w:r>
        <w:t>And I thank all of you for organizing this meeting, of course.</w:t>
      </w:r>
    </w:p>
    <w:p>
      <w:pPr>
        <w:jc w:val="right"/>
      </w:pPr>
      <w:r>
        <w:t>And I thank all of you for organizing this meeting, of course.</w:t>
      </w:r>
    </w:p>
    <w:p>
      <w:r>
        <w:rPr>
          <w:b/>
        </w:rPr>
        <w:t xml:space="preserve">[02:33] </w:t>
      </w:r>
      <w:r>
        <w:t>Thank you. Thank you. Thank you. A very good evening to all the brothers and sisters from Italy. My name is Rajit Malhotra, and I am one of the disciples of Maulana Vaiduddin Khan and also a member of the Centre for Peace and Spirituality.</w:t>
      </w:r>
    </w:p>
    <w:p>
      <w:pPr>
        <w:jc w:val="right"/>
      </w:pPr>
      <w:r>
        <w:t>Thank you. Thank you. Thank you. A very good evening to all the brothers and sisters from Italy. My name is Rajit Malhotra, and I am one of the disciples of Maulana Vaiduddin Khan and also a member of the Centre for Peace and Spirituality.</w:t>
      </w:r>
    </w:p>
    <w:p>
      <w:r>
        <w:rPr>
          <w:b/>
        </w:rPr>
        <w:t xml:space="preserve">[02:49] </w:t>
      </w:r>
      <w:r>
        <w:t>Before we begin the talk, I will briefly introduce Maulana Sahib, and then we will begin the interactive session. Maulana Vaiduddin Khan, as many people say, and you would all agree, is an ambassador of Islam and peace.</w:t>
      </w:r>
    </w:p>
    <w:p>
      <w:pPr>
        <w:jc w:val="right"/>
      </w:pPr>
      <w:r>
        <w:t>Before we begin the talk, I will briefly introduce Maulana Sahib, and then we will begin the interactive session. Maulana Vaiduddin Khan, as many people say, and you would all agree, is an ambassador of Islam and peace.</w:t>
      </w:r>
    </w:p>
    <w:p>
      <w:r>
        <w:rPr>
          <w:b/>
        </w:rPr>
        <w:t xml:space="preserve">[03:07] </w:t>
      </w:r>
      <w:r>
        <w:t>Born in 1925 at Azamgarh in UP, Maulana Vaiduddin Khan is well-versed in both classical Islamic learning and modern science.</w:t>
      </w:r>
    </w:p>
    <w:p>
      <w:pPr>
        <w:jc w:val="right"/>
      </w:pPr>
      <w:r>
        <w:t>Born in 1925 at Azamgarh in UP, Maulana Vaiduddin Khan is well-versed in both classical Islamic learning and modern science.</w:t>
      </w:r>
    </w:p>
    <w:p>
      <w:r>
        <w:rPr>
          <w:b/>
        </w:rPr>
        <w:t xml:space="preserve">[03:20] </w:t>
      </w:r>
      <w:r>
        <w:t>Having studied the original Arabic scriptures, Maulana has given us the real face of Islam based on peace, tolerance, and coexistence.</w:t>
      </w:r>
    </w:p>
    <w:p>
      <w:pPr>
        <w:jc w:val="right"/>
      </w:pPr>
      <w:r>
        <w:t>Having studied the original Arabic scriptures, Maulana has given us the real face of Islam based on peace, tolerance, and coexistence.</w:t>
      </w:r>
    </w:p>
    <w:p>
      <w:r>
        <w:rPr>
          <w:b/>
        </w:rPr>
        <w:t xml:space="preserve">[03:33] </w:t>
      </w:r>
      <w:r>
        <w:t>From the beginning, he has dedicated himself to the establishment of peace and has presented Islam in the modern idiom.</w:t>
      </w:r>
    </w:p>
    <w:p>
      <w:pPr>
        <w:jc w:val="right"/>
      </w:pPr>
      <w:r>
        <w:t>From the beginning, he has dedicated himself to the establishment of peace and has presented Islam in the modern idiom.</w:t>
      </w:r>
    </w:p>
    <w:p>
      <w:r>
        <w:rPr>
          <w:b/>
        </w:rPr>
        <w:t xml:space="preserve">[03:43] </w:t>
      </w:r>
      <w:r>
        <w:t>In September 1970, he established the Islamic Centre in New Delhi,</w:t>
      </w:r>
    </w:p>
    <w:p>
      <w:pPr>
        <w:jc w:val="right"/>
      </w:pPr>
      <w:r>
        <w:t>In September 1970, he established the Islamic Centre in New Delhi,</w:t>
      </w:r>
    </w:p>
    <w:p>
      <w:r>
        <w:rPr>
          <w:b/>
        </w:rPr>
        <w:t xml:space="preserve">[03:50] </w:t>
      </w:r>
      <w:r>
        <w:t>Al-Risalah, the voice of the mission in Urdu language, which is regularly published as monthly periodicals. Maulana is well-travelled and a recipient of several national and international awards.</w:t>
      </w:r>
    </w:p>
    <w:p>
      <w:pPr>
        <w:jc w:val="right"/>
      </w:pPr>
      <w:r>
        <w:t>Al-Risalah, the voice of the mission in Urdu language, which is regularly published as monthly periodicals. Maulana is well-travelled and a recipient of several national and international awards.</w:t>
      </w:r>
    </w:p>
    <w:p>
      <w:r>
        <w:rPr>
          <w:b/>
        </w:rPr>
        <w:t xml:space="preserve">[04:06] </w:t>
      </w:r>
      <w:r>
        <w:t>Maulana has received the Demirgöz International Peace Award 2002 in Switzerland for his outstanding achievements in strengthening peace among nations.</w:t>
      </w:r>
    </w:p>
    <w:p>
      <w:pPr>
        <w:jc w:val="right"/>
      </w:pPr>
      <w:r>
        <w:t>Maulana has received the Demirgöz International Peace Award 2002 in Switzerland for his outstanding achievements in strengthening peace among nations.</w:t>
      </w:r>
    </w:p>
    <w:p>
      <w:r>
        <w:rPr>
          <w:b/>
        </w:rPr>
        <w:t xml:space="preserve">[04:19] </w:t>
      </w:r>
      <w:r>
        <w:t>He has also been awarded the title of</w:t>
      </w:r>
    </w:p>
    <w:p>
      <w:pPr>
        <w:jc w:val="right"/>
      </w:pPr>
      <w:r>
        <w:t>He has also been awarded the title of</w:t>
      </w:r>
    </w:p>
    <w:p>
      <w:r>
        <w:rPr>
          <w:b/>
        </w:rPr>
        <w:t xml:space="preserve">[04:22] </w:t>
      </w:r>
      <w:r>
        <w:t>Ambassador of Peace by the International Federation for World Peace, Korea. Some of the national awards that Maulana has been awarded are Padma Bhushan National Amity Award, Dilli Gaurav, and many more.</w:t>
      </w:r>
    </w:p>
    <w:p>
      <w:pPr>
        <w:jc w:val="right"/>
      </w:pPr>
      <w:r>
        <w:t>Ambassador of Peace by the International Federation for World Peace, Korea. Some of the national awards that Maulana has been awarded are Padma Bhushan National Amity Award, Dilli Gaurav, and many more.</w:t>
      </w:r>
    </w:p>
    <w:p>
      <w:r>
        <w:rPr>
          <w:b/>
        </w:rPr>
        <w:t xml:space="preserve">[04:39] </w:t>
      </w:r>
      <w:r>
        <w:t>He has authored over 200 books on Islam, prophetic wisdom, and peaceful coexistence in a multi-ethnic society.</w:t>
      </w:r>
    </w:p>
    <w:p>
      <w:pPr>
        <w:jc w:val="right"/>
      </w:pPr>
      <w:r>
        <w:t>He has authored over 200 books on Islam, prophetic wisdom, and peaceful coexistence in a multi-ethnic society.</w:t>
      </w:r>
    </w:p>
    <w:p>
      <w:r>
        <w:rPr>
          <w:b/>
        </w:rPr>
        <w:t xml:space="preserve">[04:49] </w:t>
      </w:r>
      <w:r>
        <w:t>His latest work, The Ideology of Peace, elucidates the concept of peace in Islam.</w:t>
      </w:r>
    </w:p>
    <w:p>
      <w:pPr>
        <w:jc w:val="right"/>
      </w:pPr>
      <w:r>
        <w:t>His latest work, The Ideology of Peace, elucidates the concept of peace in Islam.</w:t>
      </w:r>
    </w:p>
    <w:p>
      <w:r>
        <w:rPr>
          <w:b/>
        </w:rPr>
        <w:t xml:space="preserve">[04:58] </w:t>
      </w:r>
      <w:r>
        <w:t>To spread his message globally, Maulana established the CPS International, the Centre for Peace and Spirituality, which aims to promote and reinforce the culture of peace through mind-based spirituality.</w:t>
      </w:r>
    </w:p>
    <w:p>
      <w:pPr>
        <w:jc w:val="right"/>
      </w:pPr>
      <w:r>
        <w:t>To spread his message globally, Maulana established the CPS International, the Centre for Peace and Spirituality, which aims to promote and reinforce the culture of peace through mind-based spirituality.</w:t>
      </w:r>
    </w:p>
    <w:p>
      <w:r>
        <w:rPr>
          <w:b/>
        </w:rPr>
        <w:t xml:space="preserve">[05:15] </w:t>
      </w:r>
      <w:r>
        <w:t>So let us all hear Maulana Vaiduddin Khan now. Thank you.</w:t>
      </w:r>
    </w:p>
    <w:p>
      <w:pPr>
        <w:jc w:val="right"/>
      </w:pPr>
      <w:r>
        <w:t>So let us all hear Maulana Vaiduddin Khan now. Thank you.</w:t>
      </w:r>
    </w:p>
    <w:p>
      <w:r>
        <w:rPr>
          <w:b/>
        </w:rPr>
        <w:t xml:space="preserve">[05:28] </w:t>
      </w:r>
      <w:r>
        <w:t>Bismillah al-Rahman al-Rahim wa salla Allahu ala al-nabi al-karim Rabbishrah li sadri wa yassir li amri wa hlul uqdatan min lisani yafqahu qawli Sisters and brothers</w:t>
      </w:r>
    </w:p>
    <w:p>
      <w:pPr>
        <w:jc w:val="right"/>
      </w:pPr>
      <w:r>
        <w:t>بسم اللہ الرحمن الرحیم و صلی اللہ علی النبی الکریم رب اشرح لی صدری ویسر لی امری واحل العقدۃ من لسانی یفقہ قولی سسٹرز اینڈ برادرز</w:t>
      </w:r>
    </w:p>
    <w:p>
      <w:r>
        <w:rPr>
          <w:b/>
        </w:rPr>
        <w:t xml:space="preserve">[05:51] </w:t>
      </w:r>
      <w:r>
        <w:t>Welcome to you all on the occasion of this spiritual gathering. I am very happy to meet you. Now the present meeting is not</w:t>
      </w:r>
    </w:p>
    <w:p>
      <w:pPr>
        <w:jc w:val="right"/>
      </w:pPr>
      <w:r>
        <w:t>ویلکم ٹو یو ال ان دا اوکیژن اف دس سپریچول گیدرنگ ائی ایم ویری ہیپی ٹو میٹ یو ناو دا پریزنٹ میٹنگ از ناٹ</w:t>
      </w:r>
    </w:p>
    <w:p>
      <w:r>
        <w:rPr>
          <w:b/>
        </w:rPr>
        <w:t xml:space="preserve">[06:10] </w:t>
      </w:r>
      <w:r>
        <w:t>meant for delivering lectures. It is meant for interaction and discussion. To initiate this discussion</w:t>
      </w:r>
    </w:p>
    <w:p>
      <w:pPr>
        <w:jc w:val="right"/>
      </w:pPr>
      <w:r>
        <w:t>مینٹ فار ڈیلیورنگ لیکچرز اٹ از مینٹ فار انٹریکشن اینڈ ڈسکشن ٹو انیشیٹ دس ڈسکشن</w:t>
      </w:r>
    </w:p>
    <w:p>
      <w:r>
        <w:rPr>
          <w:b/>
        </w:rPr>
        <w:t xml:space="preserve">[06:27] </w:t>
      </w:r>
      <w:r>
        <w:t>I would like to say a few words</w:t>
      </w:r>
    </w:p>
    <w:p>
      <w:pPr>
        <w:jc w:val="right"/>
      </w:pPr>
      <w:r>
        <w:t>ائی وڈ لائک ٹو سے ا فیو ورڈز</w:t>
      </w:r>
    </w:p>
    <w:p>
      <w:r>
        <w:rPr>
          <w:b/>
        </w:rPr>
        <w:t xml:space="preserve">[06:33] </w:t>
      </w:r>
      <w:r>
        <w:t>about Islam.</w:t>
      </w:r>
    </w:p>
    <w:p>
      <w:pPr>
        <w:jc w:val="right"/>
      </w:pPr>
      <w:r>
        <w:t>اباؤٹ اسلام</w:t>
      </w:r>
    </w:p>
    <w:p>
      <w:r>
        <w:rPr>
          <w:b/>
        </w:rPr>
        <w:t xml:space="preserve">[06:37] </w:t>
      </w:r>
      <w:r>
        <w:t>Now</w:t>
      </w:r>
    </w:p>
    <w:p>
      <w:pPr>
        <w:jc w:val="right"/>
      </w:pPr>
      <w:r>
        <w:t>ناو</w:t>
      </w:r>
    </w:p>
    <w:p>
      <w:r>
        <w:rPr>
          <w:b/>
        </w:rPr>
        <w:t xml:space="preserve">[06:40] </w:t>
      </w:r>
      <w:r>
        <w:t>the Prophet of Islam</w:t>
      </w:r>
    </w:p>
    <w:p>
      <w:pPr>
        <w:jc w:val="right"/>
      </w:pPr>
      <w:r>
        <w:t>دا پرافٹ اف اسلام</w:t>
      </w:r>
    </w:p>
    <w:p>
      <w:r>
        <w:rPr>
          <w:b/>
        </w:rPr>
        <w:t xml:space="preserve">[06:46] </w:t>
      </w:r>
      <w:r>
        <w:t>was born in 570 AD in Mecca. Then after 40 years, he received his first revelation. At that time, he was</w:t>
      </w:r>
    </w:p>
    <w:p>
      <w:pPr>
        <w:jc w:val="right"/>
      </w:pPr>
      <w:r>
        <w:t>واز born ان 570 اے ڈی ان مکہ دین افٹر 40 ایئرز ہی ریسیوڈ ہز فرسٹ ریولیشن ایٹ دا ٹائم ہی واز</w:t>
      </w:r>
    </w:p>
    <w:p>
      <w:r>
        <w:rPr>
          <w:b/>
        </w:rPr>
        <w:t xml:space="preserve">[07:05] </w:t>
      </w:r>
      <w:r>
        <w:t>in the cave of Mount Hira. It is very relevant to</w:t>
      </w:r>
    </w:p>
    <w:p>
      <w:pPr>
        <w:jc w:val="right"/>
      </w:pPr>
      <w:r>
        <w:t>ان دا کیو اف ماؤنٹ ہیرا اٹ از ویری ریلیونٹ ٹو</w:t>
      </w:r>
    </w:p>
    <w:p>
      <w:r>
        <w:rPr>
          <w:b/>
        </w:rPr>
        <w:t xml:space="preserve">[07:20] </w:t>
      </w:r>
      <w:r>
        <w:t>tell you the first encounter of the Prophet of Islam was with a Christian scholar.</w:t>
      </w:r>
    </w:p>
    <w:p>
      <w:pPr>
        <w:jc w:val="right"/>
      </w:pPr>
      <w:r>
        <w:t>ٹیل یو دا فرسٹ انکاؤنٹر اف دا پرافٹ اف اسلام واز ود ا کرسچن اسکالر</w:t>
      </w:r>
    </w:p>
    <w:p>
      <w:r>
        <w:rPr>
          <w:b/>
        </w:rPr>
        <w:t xml:space="preserve">[07:31] </w:t>
      </w:r>
      <w:r>
        <w:t>win hi received his first revelation he returned to his home then he and his wife khadijah both went to a very senior scholar he was a christian his name was warqa bin naufal</w:t>
      </w:r>
    </w:p>
    <w:p>
      <w:pPr>
        <w:jc w:val="right"/>
      </w:pPr>
      <w:r>
        <w:t>وین ہی ریسیوڈ ہز فرسٹ ریولیشن ہی ریٹرن ٹو ہز ہوم دین ہی اینڈ ہز وائف خدیجہ بوتھ وینٹ ٹو ا ویری سینئر اسکالر ہی واز ا کرسچن ہز نیم واز ورقہ بن نوفل</w:t>
      </w:r>
    </w:p>
    <w:p>
      <w:r>
        <w:rPr>
          <w:b/>
        </w:rPr>
        <w:t xml:space="preserve">[07:50] </w:t>
      </w:r>
      <w:r>
        <w:t>he was living in mecca at the time perhaps he was in 90 so he was a very old man prophet muhammad shared his experience to warqa bin naufal</w:t>
      </w:r>
    </w:p>
    <w:p>
      <w:pPr>
        <w:jc w:val="right"/>
      </w:pPr>
      <w:r>
        <w:t>ہی واز لیونگ ان مکہ ایٹ دا ٹائم پرہیپس ہی واز ان 90 سو ہی واز ا ویری اولڈ مین پرافٹ محمد شیئرڈ ہز ایکسپیرینس ٹو ورقہ بن نوفل</w:t>
      </w:r>
    </w:p>
    <w:p>
      <w:r>
        <w:rPr>
          <w:b/>
        </w:rPr>
        <w:t xml:space="preserve">[08:10] </w:t>
      </w:r>
      <w:r>
        <w:t>after hearing he said if it is true what you are saying then</w:t>
      </w:r>
    </w:p>
    <w:p>
      <w:pPr>
        <w:jc w:val="right"/>
      </w:pPr>
      <w:r>
        <w:t>افٹر ہیئرنگ ہی سیڈ اف اٹ از ٹرو واٹ یو ار سینگ دین</w:t>
      </w:r>
    </w:p>
    <w:p>
      <w:r>
        <w:rPr>
          <w:b/>
        </w:rPr>
        <w:t xml:space="preserve">[08:21] </w:t>
      </w:r>
      <w:r>
        <w:t>this was the same angel who came to prophet moses and other prophets and i will support you but</w:t>
      </w:r>
    </w:p>
    <w:p>
      <w:pPr>
        <w:jc w:val="right"/>
      </w:pPr>
      <w:r>
        <w:t>دس واز دا سیم اینجل ہو کیم ٹو پرافٹ موسیز اینڈ ادر پرافٹس اینڈ ائی ویل سپورٹ یو بٹ</w:t>
      </w:r>
    </w:p>
    <w:p>
      <w:r>
        <w:rPr>
          <w:b/>
        </w:rPr>
        <w:t xml:space="preserve">[08:38] </w:t>
      </w:r>
      <w:r>
        <w:t>at the time he was very old and less than one year he died in 611 so this was the beginning of islam then prophet of islam you know the basic principle of islam was tauheed that is oneness of god</w:t>
      </w:r>
    </w:p>
    <w:p>
      <w:pPr>
        <w:jc w:val="right"/>
      </w:pPr>
      <w:r>
        <w:t>ایٹ دا ٹائم ہی واز ویری اولڈ اینڈ لیس دین ون ایئرز ہی ڈائیڈ ان 611 سو دس واز دا بگننگ اف اسلام دین پرافٹ اف اسلام یو نو دا بیسک پرنسپل اف اسلام واز توحید دیٹ از وننس اف گاڈ</w:t>
      </w:r>
    </w:p>
    <w:p>
      <w:r>
        <w:rPr>
          <w:b/>
        </w:rPr>
        <w:t xml:space="preserve">[09:02] </w:t>
      </w:r>
      <w:r>
        <w:t>just like all other semitic religions so he he started his mission in mecca he lived up to 13 years in mecca then he migrated to medina</w:t>
      </w:r>
    </w:p>
    <w:p>
      <w:pPr>
        <w:jc w:val="right"/>
      </w:pPr>
      <w:r>
        <w:t>جسٹ لائک ال ادر سیبٹک ریلیجن سو ہی ہی سٹارٹڈ ہز مشن ان مکہ ہی لیوڈ اپ ٹو 13 ایئرز ان مکہ دین ہی مائیگریٹ ٹو مدینہ</w:t>
      </w:r>
    </w:p>
    <w:p>
      <w:r>
        <w:rPr>
          <w:b/>
        </w:rPr>
        <w:t xml:space="preserve">[09:20] </w:t>
      </w:r>
      <w:r>
        <w:t>so the total period of his prophethood was 23 years he achieved a great success and during this short period he was able to spread the islam all over the arabia</w:t>
      </w:r>
    </w:p>
    <w:p>
      <w:pPr>
        <w:jc w:val="right"/>
      </w:pPr>
      <w:r>
        <w:t>سو دا ٹوٹل پیریڈ اف ہز پرافٹ فوڈ واز 23 ایئرز ہی اچیو ا گریٹ سکسیس فل اینڈ ڈیورنگ دس شارٹ پیریڈ ہی واز ایبل ٹو سپریڈ دا اسلام ال اوور دا عریبیا</w:t>
      </w:r>
    </w:p>
    <w:p>
      <w:r>
        <w:rPr>
          <w:b/>
        </w:rPr>
        <w:t xml:space="preserve">[09:40] </w:t>
      </w:r>
      <w:r>
        <w:t>then after his death in 632 his followers who were more than 100 thousand at the time they spread in different countries and they were able to spread</w:t>
      </w:r>
    </w:p>
    <w:p>
      <w:pPr>
        <w:jc w:val="right"/>
      </w:pPr>
      <w:r>
        <w:t>دین افٹر ہز ڈیتھ ان 632 ہز فالوورز ہو ویر مور دین 100 تھا ایٹ دا ٹائم دے سپریڈ ان ڈفرنٹ کنٹریز اینڈ دے ویر ایبل ٹو سپریڈ</w:t>
      </w:r>
    </w:p>
    <w:p>
      <w:r>
        <w:rPr>
          <w:b/>
        </w:rPr>
        <w:t xml:space="preserve">[09:57] </w:t>
      </w:r>
      <w:r>
        <w:t>the message of islam almost throughout the world this was the beginning of islam then what happened after the prophet muhammad his followers his followers</w:t>
      </w:r>
    </w:p>
    <w:p>
      <w:pPr>
        <w:jc w:val="right"/>
      </w:pPr>
      <w:r>
        <w:t>دا میسج اف اسلام الموسٹ تھرو اؤٹ دی ورلڈ دس واز دا بگننگ اف اسلام دین واٹ ہیپن افٹر دی پرافٹ محمد ہز فالوورز ہز فالوورز</w:t>
      </w:r>
    </w:p>
    <w:p>
      <w:r>
        <w:rPr>
          <w:b/>
        </w:rPr>
        <w:t xml:space="preserve">[10:16] </w:t>
      </w:r>
      <w:r>
        <w:t>were able to establish</w:t>
      </w:r>
    </w:p>
    <w:p>
      <w:pPr>
        <w:jc w:val="right"/>
      </w:pPr>
      <w:r>
        <w:t>وار ایبل ٹو اسٹیبلش</w:t>
      </w:r>
    </w:p>
    <w:p>
      <w:r>
        <w:rPr>
          <w:b/>
        </w:rPr>
        <w:t xml:space="preserve">[10:20] </w:t>
      </w:r>
      <w:r>
        <w:t>and a political empire in asia and africa and also in europe so they were able to empire they were able to establish empires</w:t>
      </w:r>
    </w:p>
    <w:p>
      <w:pPr>
        <w:jc w:val="right"/>
      </w:pPr>
      <w:r>
        <w:t>اینڈ ا پولیٹیکل ایمپائر ان ایشیا اینڈ افریقہ اینڈ السو ان یورپ سو دے ویر ایبل ٹو ایمپائر دے ویر ایبل ٹو اسٹیبلش ایمپائرز</w:t>
      </w:r>
    </w:p>
    <w:p>
      <w:r>
        <w:rPr>
          <w:b/>
        </w:rPr>
        <w:t xml:space="preserve">[10:39] </w:t>
      </w:r>
      <w:r>
        <w:t>you know yani umayyad empire abbasid empire fatimid empire and mughal empire and ottoman empire and also spanish empire so these empires lasted</w:t>
      </w:r>
    </w:p>
    <w:p>
      <w:pPr>
        <w:jc w:val="right"/>
      </w:pPr>
      <w:r>
        <w:t>یو نو یعنی امید ایمپائر عباس ایمپائر فاطمی ایمپائر اینڈ مغل ایمپائر اینڈ اٹمان ایمپائر اینڈ السو سپینش ایمپائر سو دیز ایمپائرز لاسٹڈ</w:t>
      </w:r>
    </w:p>
    <w:p>
      <w:r>
        <w:rPr>
          <w:b/>
        </w:rPr>
        <w:t xml:space="preserve">[11:00] </w:t>
      </w:r>
      <w:r>
        <w:t>almost up to 1000 years this was the history of islam or you can say history of muslims so this was yani there is no doubt about it that this was the plus point of islam but at the same time there are the negative points in this history</w:t>
      </w:r>
    </w:p>
    <w:p>
      <w:pPr>
        <w:jc w:val="right"/>
      </w:pPr>
      <w:r>
        <w:t>الموسٹ اپ ٹو 1000 ایئرز دس واز دا ہسٹری اف اسلام اور یو کین سے ہسٹری اف مسلمز سو دس واز یعنی دیر نو ڈاؤٹ اباؤٹ اٹ دیٹ دس واز دا پلس پوائنٹ اف اسلام بٹ دی سیم ٹائم دیر ار دا نیگیٹیو پوائنٹ ان دس ہسٹری</w:t>
      </w:r>
    </w:p>
    <w:p>
      <w:r>
        <w:rPr>
          <w:b/>
        </w:rPr>
        <w:t xml:space="preserve">[11:22] </w:t>
      </w:r>
      <w:r>
        <w:t>because the later generations of muslims flourished during this political atmosphere so their psyche became political they used to think</w:t>
      </w:r>
    </w:p>
    <w:p>
      <w:pPr>
        <w:jc w:val="right"/>
      </w:pPr>
      <w:r>
        <w:t>بیکاز دا لیٹر جنریشنز اف مسلمز فلرش ڈیورنگ دس پولیٹیکل ایٹمسفیئر سو دیر سائیکی بیکم پولیٹیکل دے یوز ٹو تھنک</w:t>
      </w:r>
    </w:p>
    <w:p>
      <w:r>
        <w:rPr>
          <w:b/>
        </w:rPr>
        <w:t xml:space="preserve">[11:40] </w:t>
      </w:r>
      <w:r>
        <w:t>that empire is an integral part of islam so when in 19th century after the advent of colonial period they lost their empires</w:t>
      </w:r>
    </w:p>
    <w:p>
      <w:pPr>
        <w:jc w:val="right"/>
      </w:pPr>
      <w:r>
        <w:t>دیٹ ایمپائر از ا انٹیگرل پارٹ اف اسلام سو وین ان 19 سینچری افٹر دا ایڈونٹ اف کلونیل پیریڈ دے لاسٹ دیر ایمپائرز</w:t>
      </w:r>
    </w:p>
    <w:p>
      <w:r>
        <w:rPr>
          <w:b/>
        </w:rPr>
        <w:t xml:space="preserve">[11:57] </w:t>
      </w:r>
      <w:r>
        <w:t>everywhere in the world although even now there are 57 muslim countries but of course they have lost empire what is called empire so after losing the empire here started their problem</w:t>
      </w:r>
    </w:p>
    <w:p>
      <w:pPr>
        <w:jc w:val="right"/>
      </w:pPr>
      <w:r>
        <w:t>ایوری ویر ان دا ورلڈ الدو ایون ناو نو دیر ار 57 مسلم کنٹریز بٹ اف کورس دے ہیو لاسٹ ایمپائر واٹ از کالڈ ایمپائر سو افٹر لوزنگ دا ایمپائر ہیر سٹارٹڈ دیر پرابلم</w:t>
      </w:r>
    </w:p>
    <w:p>
      <w:r>
        <w:rPr>
          <w:b/>
        </w:rPr>
        <w:t xml:space="preserve">[12:18] </w:t>
      </w:r>
      <w:r>
        <w:t>because of their mindset they were unable to think that without empire there is no islam it was their psyche that empire is an integral part of islam</w:t>
      </w:r>
    </w:p>
    <w:p>
      <w:pPr>
        <w:jc w:val="right"/>
      </w:pPr>
      <w:r>
        <w:t>بیکاز اف دیر مائنڈ سیٹ دے ویر ان ایبل ٹو تھنک دیٹ وداؤٹ ایمپائر دیر از نو اسلام اٹ واز دیر سائیکی دیٹ ایمپائر از این انٹیگرل پارٹ اف اسلام</w:t>
      </w:r>
    </w:p>
    <w:p>
      <w:r>
        <w:rPr>
          <w:b/>
        </w:rPr>
        <w:t xml:space="preserve">[12:37] </w:t>
      </w:r>
      <w:r>
        <w:t>so they started a campaign this campaign started the first perhaps first well known leader was syed jamaluddin afghani he started a new campaign then there are other leaders throughout the world</w:t>
      </w:r>
    </w:p>
    <w:p>
      <w:pPr>
        <w:jc w:val="right"/>
      </w:pPr>
      <w:r>
        <w:t>سو دے سٹارٹڈ ا کمپین دس کمپین سٹارٹڈ دا فرسٹ پرہیپس فرسٹ ویل نون لیڈر واز سید جماعت عفوانی ہی سٹارٹڈ ا نیو کمپین دین دیر ار ادر لیڈرز تھرو اؤٹ دی ورلڈ</w:t>
      </w:r>
    </w:p>
    <w:p>
      <w:r>
        <w:rPr>
          <w:b/>
        </w:rPr>
        <w:t xml:space="preserve">[12:56] </w:t>
      </w:r>
      <w:r>
        <w:t>they wanted to regain that empire but they failed then there emerged a new kind of leaders like syed qutb</w:t>
      </w:r>
    </w:p>
    <w:p>
      <w:pPr>
        <w:jc w:val="right"/>
      </w:pPr>
      <w:r>
        <w:t>دے وانٹڈ ٹو ریگین دیٹ ایمپائر بٹ دے فیل دین دیر ایمرج ا نیو کائنڈ اف لیڈرز لائک سید عتب</w:t>
      </w:r>
    </w:p>
    <w:p>
      <w:r>
        <w:rPr>
          <w:b/>
        </w:rPr>
        <w:t xml:space="preserve">[13:14] </w:t>
      </w:r>
      <w:r>
        <w:t>in the arabia and syed abul ala maududi in indian subcontinent they tried to give a new boost new boost so they tried to give a political interpretation first in islamic history</w:t>
      </w:r>
    </w:p>
    <w:p>
      <w:pPr>
        <w:jc w:val="right"/>
      </w:pPr>
      <w:r>
        <w:t>ان دی عریبیا اینڈ سید داؤد ابودی ان انڈین سب کانٹیننٹ دے ٹرائی ٹو گیو ا نیو بوسٹ نیو بوسٹ سو دے ٹرائی ٹو گیو ا پولیٹیکل انٹرپریشن فرسٹ ان اسلامک ہسٹری</w:t>
      </w:r>
    </w:p>
    <w:p>
      <w:r>
        <w:rPr>
          <w:b/>
        </w:rPr>
        <w:t xml:space="preserve">[13:33] </w:t>
      </w:r>
      <w:r>
        <w:t>they published commentary of the quran and other literature they tried to give this impression that politics this are integral part of islam so it was a political interpretation of islam</w:t>
      </w:r>
    </w:p>
    <w:p>
      <w:pPr>
        <w:jc w:val="right"/>
      </w:pPr>
      <w:r>
        <w:t>دے پبلش کمنٹری اف دا قران اینڈ ادر لٹریچر دے ٹرائی ٹو گیو دس امپریشن دیٹ پولیٹکس دس ار انٹیگرل پارٹ اف اسلام سو اٹ واز ا پولیٹیکل انٹرپریشن اف اسلام</w:t>
      </w:r>
    </w:p>
    <w:p>
      <w:r>
        <w:rPr>
          <w:b/>
        </w:rPr>
        <w:t xml:space="preserve">[13:52] </w:t>
      </w:r>
      <w:r>
        <w:t>at the time it was very favorable condition for them so their ideology their thought their literature spread all over the world everywhere in the world so the whole generation of 20th century became</w:t>
      </w:r>
    </w:p>
    <w:p>
      <w:pPr>
        <w:jc w:val="right"/>
      </w:pPr>
      <w:r>
        <w:t>ایٹ دا ٹائم اٹ واز ویری فیوریبل کنڈیشن فار دیم سو دیر ائیڈیالوجی دیر تھاٹ دیر لٹریچر اسپیڈ ال اوور دی ورلڈ ایوری ویر ان دا ورلڈ سو دا ہول جنریشن اف 20 سینچری بیکم</w:t>
      </w:r>
    </w:p>
    <w:p>
      <w:r>
        <w:rPr>
          <w:b/>
        </w:rPr>
        <w:t xml:space="preserve">[14:10] </w:t>
      </w:r>
      <w:r>
        <w:t>developed this kind of psyche everywhere in the world present this was this happened when there was printing press so through printing press through print media</w:t>
      </w:r>
    </w:p>
    <w:p>
      <w:pPr>
        <w:jc w:val="right"/>
      </w:pPr>
      <w:r>
        <w:t>ڈیولپ دس کائنڈ اف سائیکی ایوری ویر ان دا ورلڈ پرنٹ دس واز دس ہیپنڈ وین دیر واز پرنٹنگ پریس سو تھرو پرنٹنگ پریس تھرو پرنٹ میڈیا</w:t>
      </w:r>
    </w:p>
    <w:p>
      <w:r>
        <w:rPr>
          <w:b/>
        </w:rPr>
        <w:t xml:space="preserve">[14:28] </w:t>
      </w:r>
      <w:r>
        <w:t>they successfully stated their message that islam is a political system islam is a without without political system there is no islam this was political interpretation of islam so during the first period that was</w:t>
      </w:r>
    </w:p>
    <w:p>
      <w:pPr>
        <w:jc w:val="right"/>
      </w:pPr>
      <w:r>
        <w:t>دے سکسیس فلی اسٹیٹ دیر میسج دیٹ اسلام از ا پولیٹیکل سسٹم اسلام از ا وداؤٹ وداؤٹ پولیٹیکل سسٹم دیر از نو اسلام دس واز پولیٹیکل انٹرپریشن اف اسلام سو ڈیورنگ دا فرسٹ پیریڈ دیٹ واز</w:t>
      </w:r>
    </w:p>
    <w:p>
      <w:r>
        <w:rPr>
          <w:b/>
        </w:rPr>
        <w:t xml:space="preserve">[14:46] </w:t>
      </w:r>
      <w:r>
        <w:t>syed jamaluddin afghani and abul kalam azad they failed to reestablish their empire then again at the time of syed syed qutb and abdullah maududi they again failed to regain that kind of political empire</w:t>
      </w:r>
    </w:p>
    <w:p>
      <w:pPr>
        <w:jc w:val="right"/>
      </w:pPr>
      <w:r>
        <w:t>سید جواد الدین افوانی اینڈ عبدالکلام ازاد دے فیل ٹو ری اسٹیبلش دیر ایمپائر دین اگین ایٹ دا ٹائم اف سید سید قطب اینڈ عبداللہ ابودی دے اگین فیل ٹو ریگین دیٹ کائنڈ اف پولیٹیکل ایمپائر</w:t>
      </w:r>
    </w:p>
    <w:p>
      <w:r>
        <w:rPr>
          <w:b/>
        </w:rPr>
        <w:t xml:space="preserve">[15:02] </w:t>
      </w:r>
      <w:r>
        <w:t>deen kaim usama bin laden and mullah omar and yasser arafat they wanted to give a violent turn violent turn they began violent jihad musallah jihad</w:t>
      </w:r>
    </w:p>
    <w:p>
      <w:pPr>
        <w:jc w:val="right"/>
      </w:pPr>
      <w:r>
        <w:t>دین کیم اسامہ بن لادن اینڈ ملا عمر اینڈ یاسر عرفات دے وانٹڈ ٹو گیو ا وائلنٹ ٹرن وائلنٹ ٹرن دے بیگن وائلنٹ جہاد مسلح جہاد</w:t>
      </w:r>
    </w:p>
    <w:p>
      <w:r>
        <w:rPr>
          <w:b/>
        </w:rPr>
        <w:t xml:space="preserve">[15:20] </w:t>
      </w:r>
      <w:r>
        <w:t>so people began like up yani they they they they found that here is the solution of peaceful campaign is not useful</w:t>
      </w:r>
    </w:p>
    <w:p>
      <w:pPr>
        <w:jc w:val="right"/>
      </w:pPr>
      <w:r>
        <w:t>سو پیپل بیگن لائک اپ یعنی دے دے دے دے دے فاؤنڈ دیٹ ہیر از دا سولیوشن اف پیس فل کمپین از ناٹ یوزفل</w:t>
      </w:r>
    </w:p>
    <w:p>
      <w:r>
        <w:rPr>
          <w:b/>
        </w:rPr>
        <w:t xml:space="preserve">[15:39] </w:t>
      </w:r>
      <w:r>
        <w:t>if political interpretation is not useful so we have to to initiate jihad that is violent activism so they began this kind of violent jihad everywhere in the world in palestine in kashmir and part of the world but again they fail</w:t>
      </w:r>
    </w:p>
    <w:p>
      <w:pPr>
        <w:jc w:val="right"/>
      </w:pPr>
      <w:r>
        <w:t>اف پولیٹیکل انٹرپریشن از ناٹ یوزفل سو وی ہیو ٹو ٹو انیشیٹ جہاد دیٹ از وائلنٹ ایکٹیوزم سو دے بیگن دس کائنڈ اف وائلنٹ جہاد ایوری ویر ان دا ورلڈ ان پیلسٹائن ان کاشمیر اینڈ پارٹ اف دا ورلڈ بٹ اگین دے فیل</w:t>
      </w:r>
    </w:p>
    <w:p>
      <w:r>
        <w:rPr>
          <w:b/>
        </w:rPr>
        <w:t xml:space="preserve">[15:58] </w:t>
      </w:r>
      <w:r>
        <w:t>very well very well known fact then what happened then they started what is called suicide bombing everywhere in the world again they fail so now this movement</w:t>
      </w:r>
    </w:p>
    <w:p>
      <w:pPr>
        <w:jc w:val="right"/>
      </w:pPr>
      <w:r>
        <w:t>ویری ویل ویری ویل نون فیکٹ دین واٹ ہیپن دین دے سٹارٹڈ واٹ از کالڈ سوئسائیڈ بمبنگ ایوری ویر ان دا ورلڈ اگین دے فیل سو ناو دس موومنٹ</w:t>
      </w:r>
    </w:p>
    <w:p>
      <w:r>
        <w:rPr>
          <w:b/>
        </w:rPr>
        <w:t xml:space="preserve">[16:16] </w:t>
      </w:r>
      <w:r>
        <w:t>has reach to to a blind alley blind alley here is the muslim problem so we and my cliques have started a campaign to reshape the muslim mind</w:t>
      </w:r>
    </w:p>
    <w:p>
      <w:pPr>
        <w:jc w:val="right"/>
      </w:pPr>
      <w:r>
        <w:t>ہیز ریچ ٹو ٹو ا بلائنڈ ایلی بلائنڈ ایلی ہیر از دا مسلم پرابلم سو وی ائی اینڈ مائی کلیکس ہیو سٹارٹڈ ا کمپین ٹو ری شیپ دا مسلم مائنڈ</w:t>
      </w:r>
    </w:p>
    <w:p>
      <w:r>
        <w:rPr>
          <w:b/>
        </w:rPr>
        <w:t xml:space="preserve">[16:35] </w:t>
      </w:r>
      <w:r>
        <w:t>to give new ideology to muslim people that is based ideology one of this kind of literature is here ideology of peace i have published more than 200 books and also i have published commentary of the quran this commentary is published in four languages urdu hindi arabic and also english</w:t>
      </w:r>
    </w:p>
    <w:p>
      <w:pPr>
        <w:jc w:val="right"/>
      </w:pPr>
      <w:r>
        <w:t>ٹو گیو نیو ائیڈیالوجی ٹو مسلم پیپل دیٹ از بیسڈ ائیڈیالوجی ون اف دس کائنڈ اف لیٹریچر از ہیر ائیڈیالوجی اف پیس ائی ہیو پبلش مور دین 200 بکس اینڈ السو ائی ہیو پبلش کمنٹری اف دا قران دس کمنٹری از پبلش ان فور لینگویجز اردو ہندی عربک اینڈ السو انگلش</w:t>
      </w:r>
    </w:p>
    <w:p>
      <w:r>
        <w:rPr>
          <w:b/>
        </w:rPr>
        <w:t xml:space="preserve">[17:03] </w:t>
      </w:r>
      <w:r>
        <w:t>so we are trying our best to change the muslim mind this this mind is based history rather than islamic scriptures as i have said early the present muslim mind that is</w:t>
      </w:r>
    </w:p>
    <w:p>
      <w:pPr>
        <w:jc w:val="right"/>
      </w:pPr>
      <w:r>
        <w:t>سو وی ار ٹرائنگ اور بیسٹ ٹو چینج دا مسلم مائنڈ دس دس مائنڈ از بیسڈ ہسٹری رادر دین اسلامک سکرپچرز ایز ائی ہیو سیڈ ارلی دا پریزنٹ مسلم مائنڈ دیٹ از</w:t>
      </w:r>
    </w:p>
    <w:p>
      <w:r>
        <w:rPr>
          <w:b/>
        </w:rPr>
        <w:t xml:space="preserve">[17:22] </w:t>
      </w:r>
      <w:r>
        <w:t>political mind is based on the letter period of history and not on the islamic scriptures so i am trying to give a new ideology although is not new quranic ideology</w:t>
      </w:r>
    </w:p>
    <w:p>
      <w:pPr>
        <w:jc w:val="right"/>
      </w:pPr>
      <w:r>
        <w:t>پولیٹیکل مائنڈ از بیسڈ ان دی لیٹر پیریڈ اف ہسٹری اینڈ ناٹ ان دا اسلامک سکرپچرز سو ائی ایم ٹرائنگ ٹو گیو ا نیو ائیڈیالوجی الڈو از ناٹ نیو قرانک ائیڈیالوجی</w:t>
      </w:r>
    </w:p>
    <w:p>
      <w:r>
        <w:rPr>
          <w:b/>
        </w:rPr>
        <w:t xml:space="preserve">[17:40] </w:t>
      </w:r>
      <w:r>
        <w:t>so i want to reshape muslim mind i can see that i am very very successful not only in india but everywhere in the world we have changed the muslim youth some of them you can see here also</w:t>
      </w:r>
    </w:p>
    <w:p>
      <w:pPr>
        <w:jc w:val="right"/>
      </w:pPr>
      <w:r>
        <w:t>سو ائی وانٹ ٹو ری شیپ مسلم مائنڈ ائی کین سی دیٹ ائی ایم ویری ویری سکسیس فل ناٹ اونلی ان انڈیا بٹ ایوری ویر ان دا ورلڈ وی ہیو چینج تھا مسلم یوتھ سم اف دیم یو کین سی ہیر السو</w:t>
      </w:r>
    </w:p>
    <w:p>
      <w:r>
        <w:rPr>
          <w:b/>
        </w:rPr>
        <w:t xml:space="preserve">[17:59] </w:t>
      </w:r>
      <w:r>
        <w:t>so this is the a short description of the present situation of islam now a few word i i i want to give a few word what is the ideology of islam</w:t>
      </w:r>
    </w:p>
    <w:p>
      <w:pPr>
        <w:jc w:val="right"/>
      </w:pPr>
      <w:r>
        <w:t>سو دس از دا ایک شارٹ ڈسکرپشن اف دا پریزنٹ سچوئیشن اف اسلام ناو ا فیو ورڈ ائی ائی ائی وانٹ ٹو گیو ا فیو ورڈ واٹ از دا ائیڈیالوجی اف اسلام</w:t>
      </w:r>
    </w:p>
    <w:p>
      <w:r>
        <w:rPr>
          <w:b/>
        </w:rPr>
        <w:t xml:space="preserve">[18:17] </w:t>
      </w:r>
      <w:r>
        <w:t>ideology of islam is based on peace completely in based i can see in western world people say that freedom is some boon i would like to say no freedom is not some boon</w:t>
      </w:r>
    </w:p>
    <w:p>
      <w:pPr>
        <w:jc w:val="right"/>
      </w:pPr>
      <w:r>
        <w:t>ائیڈیالوجی اف اسلام از بیسڈ ان پیس کمپلیٹلی ان بیسڈ ائی کین سی ان ویسٹرن ورلڈ پیپل سی دیٹ فریڈم از سم بونم ائی وڈ لائک ٹو سے نو فریڈم از ناٹ سم بونم</w:t>
      </w:r>
    </w:p>
    <w:p>
      <w:r>
        <w:rPr>
          <w:b/>
        </w:rPr>
        <w:t xml:space="preserve">[18:35] </w:t>
      </w:r>
      <w:r>
        <w:t>peace is the some boon peace is the some this this culture was given by by the quran asal ho khair peace is the some boon so through peace you can achieve everything through violence you can not anything you can not achieve anything</w:t>
      </w:r>
    </w:p>
    <w:p>
      <w:pPr>
        <w:jc w:val="right"/>
      </w:pPr>
      <w:r>
        <w:t>پیس از دا سم بونم پیس از دا سم دس دس کالچر واز گیون بائے بائے دا قران اصل ہو خیر پیس از دا سم بونم سو تھرو پیس یو کین اچیو ایوری تھنگ تھرو وائلنس یو کین ناٹ اینی تھنگ یو کین ناٹ اچیو اینی تھنگ</w:t>
      </w:r>
    </w:p>
    <w:p>
      <w:r>
        <w:rPr>
          <w:b/>
        </w:rPr>
        <w:t xml:space="preserve">[18:56] </w:t>
      </w:r>
      <w:r>
        <w:t>there is a well known saying of the prophet of islam</w:t>
      </w:r>
    </w:p>
    <w:p>
      <w:pPr>
        <w:jc w:val="right"/>
      </w:pPr>
      <w:r>
        <w:t>دیر از ا ویل نون سینگ اف دا پرافٹ اف اسلام</w:t>
      </w:r>
    </w:p>
    <w:p>
      <w:r>
        <w:rPr>
          <w:b/>
        </w:rPr>
        <w:t xml:space="preserve">[19:01] </w:t>
      </w:r>
      <w:r>
        <w:t>rifq mala ya ghair grants to non violence which he does the to violence so peace is far more effective peaceful activism is far more effective than the violent activism</w:t>
      </w:r>
    </w:p>
    <w:p>
      <w:pPr>
        <w:jc w:val="right"/>
      </w:pPr>
      <w:r>
        <w:t>. رفق مالا یا غارڈ گرانٹس ٹو نان وائلنس وچ ہی ڈز دا ٹو وائلنس سو پیس از فار مور ایفیکٹیو پیس فل ایکٹیوزم از فار مور ایفیکٹیو دین دا وائلنٹ ایکٹیوزم</w:t>
      </w:r>
    </w:p>
    <w:p>
      <w:r>
        <w:rPr>
          <w:b/>
        </w:rPr>
        <w:t xml:space="preserve">[19:22] </w:t>
      </w:r>
      <w:r>
        <w:t>i published several books on the prophet on the life of the prophet you can see in these books these books are published in english also that prophet of islam was a prophet of peace</w:t>
      </w:r>
    </w:p>
    <w:p>
      <w:pPr>
        <w:jc w:val="right"/>
      </w:pPr>
      <w:r>
        <w:t>ائی پبلش سیورل بکس ان دا پرافٹ ان دا لائف اف دا پرافٹ یو کین سی ان دیز بکس دیز بکس ار پبلش ان انگلش السو دیٹ پرافٹ اف اسلام واز ا پرافٹ اف پیس</w:t>
      </w:r>
    </w:p>
    <w:p>
      <w:r>
        <w:rPr>
          <w:b/>
        </w:rPr>
        <w:t xml:space="preserve">[19:40] </w:t>
      </w:r>
      <w:r>
        <w:t>he always tried to establish peace why because where there is peace opportunities profit give this formula that in life every time there are problems political and non political both</w:t>
      </w:r>
    </w:p>
    <w:p>
      <w:pPr>
        <w:jc w:val="right"/>
      </w:pPr>
      <w:r>
        <w:t>ہی الویز ٹرائی ٹو اسٹیبلش پیس وائی بیکاز ویر دیر از پیس اپرچونیٹیز پرافٹ گیو دس فارمولا دیٹ ان لائف ایوری ٹائم دیر ار پرابلم پولیٹیکل اینڈ نان پولیٹیکل بوتھ</w:t>
      </w:r>
    </w:p>
    <w:p>
      <w:r>
        <w:rPr>
          <w:b/>
        </w:rPr>
        <w:t xml:space="preserve">[19:58] </w:t>
      </w:r>
      <w:r>
        <w:t>so problem is a part of life for example when muslims lost their empire that is a problem this this kind of problems are but national you have to face this problem but</w:t>
      </w:r>
    </w:p>
    <w:p>
      <w:pPr>
        <w:jc w:val="right"/>
      </w:pPr>
      <w:r>
        <w:t>سو پرابلم از ا پارٹ اف لائف فار ایگزیمپل وین مسلمز لاسٹ دیر ایمپائر دیٹ از ا پرابلم دس دس کائنڈ اف پرابلمز ار بٹ نیشنل یو ہیو ٹو فیس دس پرابلم بٹ</w:t>
      </w:r>
    </w:p>
    <w:p>
      <w:r>
        <w:rPr>
          <w:b/>
        </w:rPr>
        <w:t xml:space="preserve">[20:15] </w:t>
      </w:r>
      <w:r>
        <w:t>dont try to eliminate the problem but try to know those opportunities so according to the islamic thought according to islamic thinking according to islamic ideology in every situation there are</w:t>
      </w:r>
    </w:p>
    <w:p>
      <w:pPr>
        <w:jc w:val="right"/>
      </w:pPr>
      <w:r>
        <w:t>ڈونٹ ٹرائی ٹو ایلیمینیٹ دا پرابلم بٹ ٹرائی ٹو نو دوز اپرچونیٹیز سو اکارڈنگ ٹو دا اسلامک تھاٹ اکارڈنگ ٹو اسلامک تھنکنگ اکارڈنگ ٹو اسلامک ائیڈیالوجی ان ایوری سچویشن دیر ار</w:t>
      </w:r>
    </w:p>
    <w:p>
      <w:r>
        <w:rPr>
          <w:b/>
        </w:rPr>
        <w:t xml:space="preserve">[20:32] </w:t>
      </w:r>
      <w:r>
        <w:t>problems at the same time in every situation there are opportunities so you have to you have to ignore the problems and you have to avail the opportunities this is the formula of of islam and this was practiced by the prophet of islam during his lifetime then what is the formula of islam in a in a multi religious society multi religious society i can</w:t>
      </w:r>
    </w:p>
    <w:p>
      <w:pPr>
        <w:jc w:val="right"/>
      </w:pPr>
      <w:r>
        <w:t>پرابلمز ایٹ دا سیم ٹائم ان ایوری سچویشن دیر ار اپرچونیٹیز سو یو ہیو ٹو یو ہیو ٹو اگنور دا پرابلمز اینڈ یو ہیو ٹو اویل دا اپرچونیٹیز دس از دا فارمولا اف اف اسلام اینڈ دس واز پریکٹس بائے دا پرافٹ اف اسلام ڈیورنگ ہز لائف ٹائم دین واٹ از دا فارمولا اف اسلام ان ا ان ا ملٹی ریلیجس سوسائٹی ملٹی ریلیجس سوسائٹی ائی کین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