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Spirituality in Stress Management 29 Dec 2007 - Maulana Wahiduddin Khan</w:t>
      </w:r>
    </w:p>
    <w:p>
      <w:r>
        <w:t>https://www.youtube.com/watch?v=RA0sg_c57mI</w:t>
      </w:r>
    </w:p>
    <w:p>
      <w:r>
        <w:rPr>
          <w:b/>
        </w:rPr>
        <w:t xml:space="preserve">[00:13] </w:t>
      </w:r>
      <w:r>
        <w:t>now i'll briefly give mulana's description and start the program popularly known as islam's spiritual ambassador to the world mulana vaiduddin khan was born in azamgar up in 1925 and educated at a madrasa</w:t>
      </w:r>
    </w:p>
    <w:p>
      <w:pPr>
        <w:jc w:val="right"/>
      </w:pPr>
      <w:r>
        <w:t>Now I'll briefly give Mulana's description and start the program. Popularly known as Islam's spiritual ambassador to the world, Mulana Vaiduddin Khan was born in Azamgar, UP in 1925 and educated at a madrasa.</w:t>
      </w:r>
    </w:p>
    <w:p>
      <w:r>
        <w:rPr>
          <w:b/>
        </w:rPr>
        <w:t xml:space="preserve">[00:32] </w:t>
      </w:r>
      <w:r>
        <w:t>from his very childhood he showed a voracious appetite for knowledge spending entire days in the library reading books on modern thought and science</w:t>
      </w:r>
    </w:p>
    <w:p>
      <w:pPr>
        <w:jc w:val="right"/>
      </w:pPr>
      <w:r>
        <w:t>From his very childhood, he showed a voracious appetite for knowledge, spending entire days in the library reading books on modern thought and science.</w:t>
      </w:r>
    </w:p>
    <w:p>
      <w:r>
        <w:rPr>
          <w:b/>
        </w:rPr>
        <w:t xml:space="preserve">[00:45] </w:t>
      </w:r>
      <w:r>
        <w:t>he therefore became well-versed</w:t>
      </w:r>
    </w:p>
    <w:p>
      <w:pPr>
        <w:jc w:val="right"/>
      </w:pPr>
      <w:r>
        <w:t>He therefore became well-versed</w:t>
      </w:r>
    </w:p>
    <w:p>
      <w:r>
        <w:rPr>
          <w:b/>
        </w:rPr>
        <w:t xml:space="preserve">[00:51] </w:t>
      </w:r>
      <w:r>
        <w:t>in both classical islamic learning and modern science</w:t>
      </w:r>
    </w:p>
    <w:p>
      <w:pPr>
        <w:jc w:val="right"/>
      </w:pPr>
      <w:r>
        <w:t>in both classical Islamic learning and modern science.</w:t>
      </w:r>
    </w:p>
    <w:p>
      <w:r>
        <w:rPr>
          <w:b/>
        </w:rPr>
        <w:t xml:space="preserve">[00:56] </w:t>
      </w:r>
      <w:r>
        <w:t>his research led him to conclude that the need of the art was to present islamic teachings in the style and language of the post-scientific era</w:t>
      </w:r>
    </w:p>
    <w:p>
      <w:pPr>
        <w:jc w:val="right"/>
      </w:pPr>
      <w:r>
        <w:t>His research led him to conclude that the need of the art was to present Islamic teachings in the style and language of the post-scientific era.</w:t>
      </w:r>
    </w:p>
    <w:p>
      <w:r>
        <w:rPr>
          <w:b/>
        </w:rPr>
        <w:t xml:space="preserve">[01:08] </w:t>
      </w:r>
      <w:r>
        <w:t>devoted to the development of a complete ideology of peace to present to the world the real face of islam based on peace tolerance and coexistence mulana since 1967 has been actively involved in serving the cause of national and international unity based on communal harmony and peace.</w:t>
      </w:r>
    </w:p>
    <w:p>
      <w:pPr>
        <w:jc w:val="right"/>
      </w:pPr>
      <w:r>
        <w:t>Devoted to the development of a complete ideology of peace, to present to the world the real face of Islam based on peace, tolerance, and coexistence, Mulana since 1967 has been actively involved in serving the cause of national and international unity based on communal harmony and peace.</w:t>
      </w:r>
    </w:p>
    <w:p>
      <w:r>
        <w:rPr>
          <w:b/>
        </w:rPr>
        <w:t xml:space="preserve">[01:33] </w:t>
      </w:r>
      <w:r>
        <w:t>He established the Islamic Centre in Delhi in 1970 and launched its Al-Risalah in Urdu in 1976.</w:t>
      </w:r>
    </w:p>
    <w:p>
      <w:pPr>
        <w:jc w:val="right"/>
      </w:pPr>
      <w:r>
        <w:t>He established the Islamic Centre in Delhi in 1970 and launched its Al-Risalah in Urdu in 1976.</w:t>
      </w:r>
    </w:p>
    <w:p>
      <w:r>
        <w:rPr>
          <w:b/>
        </w:rPr>
        <w:t xml:space="preserve">[01:43] </w:t>
      </w:r>
      <w:r>
        <w:t>This monthly magazine has done much to awaken in Muslims a new awareness of their social responsibilities.</w:t>
      </w:r>
    </w:p>
    <w:p>
      <w:pPr>
        <w:jc w:val="right"/>
      </w:pPr>
      <w:r>
        <w:t>This monthly magazine has done much to awaken in Muslims a new awareness of their social responsibilities.</w:t>
      </w:r>
    </w:p>
    <w:p>
      <w:r>
        <w:rPr>
          <w:b/>
        </w:rPr>
        <w:t xml:space="preserve">[01:51] </w:t>
      </w:r>
      <w:r>
        <w:t>Thanks to the overwhelming response from modern youths, Al-Risalah was launched in English and Hindi, respectively, in February 1984 and December 1990.</w:t>
      </w:r>
    </w:p>
    <w:p>
      <w:pPr>
        <w:jc w:val="right"/>
      </w:pPr>
      <w:r>
        <w:t>Thanks to the overwhelming response from modern youths, Al-Risalah was launched in English and Hindi, respectively, in February 1984 and December 1990.</w:t>
      </w:r>
    </w:p>
    <w:p>
      <w:r>
        <w:rPr>
          <w:b/>
        </w:rPr>
        <w:t xml:space="preserve">[02:05] </w:t>
      </w:r>
      <w:r>
        <w:t>Driven by his zeal for peace, Mulana Vaiduddin Khan, through CPS International, is preparing a team of ambassadors of peace by re-engineering people's minds using the simple formula, "Change yourself through spirituality by living a God-oriented life, and you will be able to change the world."</w:t>
      </w:r>
    </w:p>
    <w:p>
      <w:pPr>
        <w:jc w:val="right"/>
      </w:pPr>
      <w:r>
        <w:t>Driven by his zeal for peace, Mulana Vaiduddin Khan, through CPS International, is preparing a team of ambassadors of peace by re-engineering people's minds using the simple formula, "Change yourself through spirituality by living a God-oriented life, and you will be able to change the world."</w:t>
      </w:r>
    </w:p>
    <w:p>
      <w:r>
        <w:rPr>
          <w:b/>
        </w:rPr>
        <w:t xml:space="preserve">[02:29] </w:t>
      </w:r>
      <w:r>
        <w:t>The sphere of action of the CPS is global, and every peaceful method is being used to address today's modern minds.</w:t>
      </w:r>
    </w:p>
    <w:p>
      <w:pPr>
        <w:jc w:val="right"/>
      </w:pPr>
      <w:r>
        <w:t>The sphere of action of the CPS is global, and every peaceful method is being used to address today's modern minds.</w:t>
      </w:r>
    </w:p>
    <w:p>
      <w:r>
        <w:rPr>
          <w:b/>
        </w:rPr>
        <w:t xml:space="preserve">[02:38] </w:t>
      </w:r>
      <w:r>
        <w:t>These methods include one-on-one interactions, weekly and monthly talks, seminars, conferences,</w:t>
      </w:r>
    </w:p>
    <w:p>
      <w:pPr>
        <w:jc w:val="right"/>
      </w:pPr>
      <w:r>
        <w:t>These methods include one-on-one interactions, weekly and monthly talks, seminars, conferences,</w:t>
      </w:r>
    </w:p>
    <w:p>
      <w:r>
        <w:rPr>
          <w:b/>
        </w:rPr>
        <w:t xml:space="preserve">[02:47] </w:t>
      </w:r>
      <w:r>
        <w:t>publication of books, articles, magazines, and the dissemination of online material, broadcast on television and radio, and the distribution of audiovisual material worldwide.</w:t>
      </w:r>
    </w:p>
    <w:p>
      <w:pPr>
        <w:jc w:val="right"/>
      </w:pPr>
      <w:r>
        <w:t>publication of books, articles, magazines, and the dissemination of online material, broadcast on television and radio, and the distribution of audiovisual material worldwide.</w:t>
      </w:r>
    </w:p>
    <w:p>
      <w:r>
        <w:rPr>
          <w:b/>
        </w:rPr>
        <w:t xml:space="preserve">[03:01] </w:t>
      </w:r>
      <w:r>
        <w:t>Under Mulana's guidance, the Centre is aiming to unite peace-loving and spiritual people of the world through its various efforts and imparting spiritual training.</w:t>
      </w:r>
    </w:p>
    <w:p>
      <w:pPr>
        <w:jc w:val="right"/>
      </w:pPr>
      <w:r>
        <w:t>Under Mulana's guidance, the Centre is aiming to unite peace-loving and spiritual people of the world through its various efforts and imparting spiritual training.</w:t>
      </w:r>
    </w:p>
    <w:p>
      <w:r>
        <w:rPr>
          <w:b/>
        </w:rPr>
        <w:t xml:space="preserve">[03:12] </w:t>
      </w:r>
      <w:r>
        <w:t>The vision of the CPS is that the message of peace and spirituality enter each and every home of the world in order to usher in an era of global peace and unity.</w:t>
      </w:r>
    </w:p>
    <w:p>
      <w:pPr>
        <w:jc w:val="right"/>
      </w:pPr>
      <w:r>
        <w:t>The vision of the CPS is that the message of peace and spirituality enter each and every home of the world in order to usher in an era of global peace and unity.</w:t>
      </w:r>
    </w:p>
    <w:p>
      <w:r>
        <w:rPr>
          <w:b/>
        </w:rPr>
        <w:t xml:space="preserve">[03:25] </w:t>
      </w:r>
      <w:r>
        <w:t>I would now request Mulana Vaiduddin Khan to present his lecture.</w:t>
      </w:r>
    </w:p>
    <w:p>
      <w:pPr>
        <w:jc w:val="right"/>
      </w:pPr>
      <w:r>
        <w:t>I would now request Mulana Vaiduddin Khan to present his lecture.</w:t>
      </w:r>
    </w:p>
    <w:p>
      <w:r>
        <w:rPr>
          <w:b/>
        </w:rPr>
        <w:t xml:space="preserve">[03:34] </w:t>
      </w:r>
      <w:r>
        <w:t>bismillah al-rahman al-rahim</w:t>
      </w:r>
    </w:p>
    <w:p>
      <w:pPr>
        <w:jc w:val="right"/>
      </w:pPr>
      <w:r>
        <w:t>بسم اللہ الرحمن الرحیم</w:t>
      </w:r>
    </w:p>
    <w:p>
      <w:r>
        <w:rPr>
          <w:b/>
        </w:rPr>
        <w:t xml:space="preserve">[03:39] </w:t>
      </w:r>
      <w:r>
        <w:t>wa salli allah ala al-nabi al-karim rab ishrah li sadri wa yassir li amri wa hlu al-uqdatan min lisani yafqahu qawli j</w:t>
      </w:r>
    </w:p>
    <w:p>
      <w:pPr>
        <w:jc w:val="right"/>
      </w:pPr>
      <w:r>
        <w:t>و صلی اللہ علی النبی الکریم رب اشرح لی صدری ویسر لی امری واحل العقدۃ من لسانی یفقہ قولی ج</w:t>
      </w:r>
    </w:p>
    <w:p>
      <w:r>
        <w:rPr>
          <w:b/>
        </w:rPr>
        <w:t xml:space="preserve">[03:56] </w:t>
      </w:r>
      <w:r>
        <w:t>aisa ke aap jante hain aaj</w:t>
      </w:r>
    </w:p>
    <w:p>
      <w:pPr>
        <w:jc w:val="right"/>
      </w:pPr>
      <w:r>
        <w:t>یسا کہ آپ جانتے ہیں آج کا ٹاپک ہے رول آف سپرچویلٹی ان اسٹریس مینجمنٹ</w:t>
      </w:r>
    </w:p>
    <w:p>
      <w:r>
        <w:rPr>
          <w:b/>
        </w:rPr>
        <w:t xml:space="preserve">[04:09] </w:t>
      </w:r>
      <w:r>
        <w:t>Stress ek common phenomenon hai main samajhta hoon ke har zamane mein yeh baat rahi hai aaj kal kuch barh gayi hai yeh baat sahi ho sakti hai lekin yeh baat har zamane mein rahi hai</w:t>
      </w:r>
    </w:p>
    <w:p>
      <w:pPr>
        <w:jc w:val="right"/>
      </w:pPr>
      <w:r>
        <w:t>اسٹریس ایک کامن فیناومینا ہے میں سمجھتا ہوں کہ ہر زمانے میں یہ بات رہی ہے آج کل کچھ بڑھ گئی ہے یہ بات صحیح ہو سکتی ہے لیکن یہ بات ہر زمانے میں رہی ہے</w:t>
      </w:r>
    </w:p>
    <w:p>
      <w:r>
        <w:rPr>
          <w:b/>
        </w:rPr>
        <w:t xml:space="preserve">[04:27] </w:t>
      </w:r>
      <w:r>
        <w:t>to yeh sochne ki baat hai ke hum apni stress ki de-stressing kaise karein</w:t>
      </w:r>
    </w:p>
    <w:p>
      <w:pPr>
        <w:jc w:val="right"/>
      </w:pPr>
      <w:r>
        <w:t>تو یہ سوچنے کی بات ہے کہ ہم اپنی اسٹریس کی ڈی اسٹریسنگ کیسے کریں</w:t>
      </w:r>
    </w:p>
    <w:p>
      <w:r>
        <w:rPr>
          <w:b/>
        </w:rPr>
        <w:t xml:space="preserve">[04:38] </w:t>
      </w:r>
      <w:r>
        <w:t>Yahan main aap ko yaad dilana chahunga ke spirituality ke do different version hain. Ek hai heart based spirituality aur doosra hai</w:t>
      </w:r>
    </w:p>
    <w:p>
      <w:pPr>
        <w:jc w:val="right"/>
      </w:pPr>
      <w:r>
        <w:t>یہاں میں آپ کو یاد دلانا چاہوں گا کہ سپرچویلٹی کے دو ڈفرنٹ ورژن ہیں ایک ہے ہارٹ بیسڈ سپرچویلٹی اور دوسرا ہے</w:t>
      </w:r>
    </w:p>
    <w:p>
      <w:r>
        <w:rPr>
          <w:b/>
        </w:rPr>
        <w:t xml:space="preserve">[04:55] </w:t>
      </w:r>
      <w:r>
        <w:t>mind based spirituality main apne bare mein yeh keh sakta hoon ke main ne dono hi ka tajruba kiya hai mere apne study aur mere apne experience ke mutabiq</w:t>
      </w:r>
    </w:p>
    <w:p>
      <w:pPr>
        <w:jc w:val="right"/>
      </w:pPr>
      <w:r>
        <w:t>مائنڈ بیسڈ سپرچویلٹی میں اپنے بارے میں یہ کہہ سکتا ہوں کہ میں نے دونوں ہی کا تجربہ کیا ہے میرے اپنے اسٹڈی اور میرے اپنے ایکسپیرینس کے مطابق</w:t>
      </w:r>
    </w:p>
    <w:p>
      <w:r>
        <w:rPr>
          <w:b/>
        </w:rPr>
        <w:t xml:space="preserve">[05:15] </w:t>
      </w:r>
      <w:r>
        <w:t>heart based spirituality jo hai is ka aakhri is se jo cheez aakhri taur par milti hai aap ko woh sirf ecstasy hai jis ko hum urdu mein kehte hain wajd ecstasy to is ko main keh sakta hoon ke</w:t>
      </w:r>
    </w:p>
    <w:p>
      <w:pPr>
        <w:jc w:val="right"/>
      </w:pPr>
      <w:r>
        <w:t>ہارٹ بیسڈ سپرچویلٹی جو ہے اس کا آخری اس سے جو چیز آخری طور پر ملتی ہے آپ کو وہ صرف ایکسٹسی ہے جس کو ہم اردو میں کہتے ہیں وجد ایکسٹسی تو اس کو میں کہہ سکتا ہوں کہ</w:t>
      </w:r>
    </w:p>
    <w:p>
      <w:r>
        <w:rPr>
          <w:b/>
        </w:rPr>
        <w:t xml:space="preserve">[05:34] </w:t>
      </w:r>
      <w:r>
        <w:t>heart based spirituality jo hai woh ecstatic spirituality hai yani jis se aap ko ecstasy mile aur mind based spirituality jo hai woh hai intellectual spirituality yani woh</w:t>
      </w:r>
    </w:p>
    <w:p>
      <w:pPr>
        <w:jc w:val="right"/>
      </w:pPr>
      <w:r>
        <w:t>ہارٹ بیسڈ سپرچویلٹی جو ہے وہ ایکسٹیٹک سپرچویلٹی ہے یعنی جس سے آپ کو ایکسٹسی ملے اور مائنڈ بیسڈ سپرچویلٹی جو ہے وہ ہے انٹلیکچول سپرچویلٹی یعنی وہ</w:t>
      </w:r>
    </w:p>
    <w:p>
      <w:r>
        <w:rPr>
          <w:b/>
        </w:rPr>
        <w:t xml:space="preserve">[05:50] </w:t>
      </w:r>
      <w:r>
        <w:t>jis se aap ko intellectual awakening mile to main samajhta hoon ke yeh jo heart based spirituality hai woh kya deti hai woh aap ko ek temporary relief deti hai at the time of stress aur tension</w:t>
      </w:r>
    </w:p>
    <w:p>
      <w:pPr>
        <w:jc w:val="right"/>
      </w:pPr>
      <w:r>
        <w:t>جس سے آپ کو انٹلیکچول اویکننگ ملے تو میں سمجھتا ہوں کہ یہ جو ہارٹ بیسڈ سپرچویلٹی ہے وہ کیا دیتی ہے وہ آپ کو ایک ٹیمپریری ریلیف دیتی ہے ایٹ دا ٹائم آف اسٹریس اور ٹینشن</w:t>
      </w:r>
    </w:p>
    <w:p>
      <w:r>
        <w:rPr>
          <w:b/>
        </w:rPr>
        <w:t xml:space="preserve">[06:12] </w:t>
      </w:r>
      <w:r>
        <w:t>to woh to just like pain killer hai aap pain killer lete hain to itne time mein jab tak is ka asar hai aap thoda relief mehsoos karte hain lekin jaise is ka asar khatam hua phir wahi kabhi</w:t>
      </w:r>
    </w:p>
    <w:p>
      <w:pPr>
        <w:jc w:val="right"/>
      </w:pPr>
      <w:r>
        <w:t>تو وہ تو جسٹ لائک پین کلر ہے آپ پین کلر لیتے ہیں تو اتنے ٹائم میں جب تک اس کا اثر ہے آپ تھوڑا ریلیف محسوس کرتے ہیں لیکن جیسے اس کا اثر ختم ہوا پھر وہی کبھی</w:t>
      </w:r>
    </w:p>
    <w:p>
      <w:r>
        <w:rPr>
          <w:b/>
        </w:rPr>
        <w:t xml:space="preserve">[06:32] </w:t>
      </w:r>
      <w:r>
        <w:t>main ne kai logon se baat ki jo is ka is line mein hain to unhone bhi yahi baat kahi ke bhai yeh to temporary relief hai phir hum jaate hain jahan apne business mein apne job mein to phir wahi kabhi ho jata hai is liye to mujhe is mein zyada interest nahi aaya ke main temporary relief par bas karoon</w:t>
      </w:r>
    </w:p>
    <w:p>
      <w:pPr>
        <w:jc w:val="right"/>
      </w:pPr>
      <w:r>
        <w:t>میں نے کئی لوگوں سے بات کی جو اس کا اس لائن میں ہیں تو انہوں نے بھی یہی بات کہی کہ بھئی یہ تو ٹیمپریری ریلیف ہے پھر ہم جاتے ہیں جہاں اپنے بزنس میں اپنے جاب میں تو پھر وہی کبھی ہو جاتا ہے اس لیے تو مجھے اس میں زیادہ انٹرسٹ نہیں آیا کہ میں ٹیمپریری ریلیف پر بس کروں</w:t>
      </w:r>
    </w:p>
    <w:p>
      <w:r>
        <w:rPr>
          <w:b/>
        </w:rPr>
        <w:t xml:space="preserve">[06:56] </w:t>
      </w:r>
      <w:r>
        <w:t>is liye main ne apni koshish is mein jaari ki yani mind based spirituality mein is ke baad ne kafi adhyayan kiya main samajhta hoon ke yeh best solution hai stress management ka</w:t>
      </w:r>
    </w:p>
    <w:p>
      <w:pPr>
        <w:jc w:val="right"/>
      </w:pPr>
      <w:r>
        <w:t>اس لیے میں نے اپنی کوشش اس میں جاری کی یعنی مائنڈ بیسڈ سپرچویلٹی میں اس کے بعد نے کافی अध्ययन کیا میں سمجھتا ہوں کہ یہ بیسٹ سولیوشن ہے اسٹریس مینجمنٹ کا</w:t>
      </w:r>
    </w:p>
    <w:p>
      <w:r>
        <w:rPr>
          <w:b/>
        </w:rPr>
        <w:t xml:space="preserve">[07:15] </w:t>
      </w:r>
      <w:r>
        <w:t>best solution hai agar aap chahte hain ke stress free ho kar duniya mein jeen ya tension free ho kar jeen duniya mein jeen to aap ko mind based spirituality ko apnana chahiye</w:t>
      </w:r>
    </w:p>
    <w:p>
      <w:pPr>
        <w:jc w:val="right"/>
      </w:pPr>
      <w:r>
        <w:t>بیسٹ سولیوشن ہے اگر آپ چاہتے ہیں کہ اسٹریس فری ہو کر دنیا میں جیئیں یا ٹینشن فری ہو کر جیئیں دنیا میں جیئیں تو آپ کو مائنڈ بیسڈ سپرچویلٹی کو اپنانا چاہیے</w:t>
      </w:r>
    </w:p>
    <w:p>
      <w:r>
        <w:rPr>
          <w:b/>
        </w:rPr>
        <w:t xml:space="preserve">[07:32] </w:t>
      </w:r>
      <w:r>
        <w:t>mind based spirituality ka formula bohat hi simple hai bohat hi simple woh kya hai simple living high thinking</w:t>
      </w:r>
    </w:p>
    <w:p>
      <w:pPr>
        <w:jc w:val="right"/>
      </w:pPr>
      <w:r>
        <w:t>مائنڈ بیسڈ سپرچویلٹی کا فارمولا بہت ہی سمپل ہے بہت ہی سمپل وہ کیا ہے سمپل لیونگ ہائی تھنکنگ</w:t>
      </w:r>
    </w:p>
    <w:p>
      <w:r>
        <w:rPr>
          <w:b/>
        </w:rPr>
        <w:t xml:space="preserve">[07:45] </w:t>
      </w:r>
      <w:r>
        <w:t>mein samajhta hoon ke yeh koi mysterious cheez nahi hai log aam taur par samajhte hain ke spirituality koi mysterious cheez hai par mein manta hoon ke yeh koi mysterious cheez nahi hai yeh simple cheez hai bilkul aur wahi hai jis ko hum kehte hain</w:t>
      </w:r>
    </w:p>
    <w:p>
      <w:pPr>
        <w:jc w:val="right"/>
      </w:pPr>
      <w:r>
        <w:t>میں سمجھتا ہوں کہ یہ کوئی مسٹیریس چیز نہیں ہے لوگ عام طور پر سمجھتے ہیں کہ سپرچویلٹی کوئی مسٹیریس چیز ہے پر میں مانتا ہوں کہ یہ کوئی مسٹیریس چیز نہیں ہے یہ سمپل چیز ہے بالکل اور وہی ہے جس کو ہم کہتے ہیں</w:t>
      </w:r>
    </w:p>
    <w:p>
      <w:r>
        <w:rPr>
          <w:b/>
        </w:rPr>
        <w:t xml:space="preserve">[08:02] </w:t>
      </w:r>
      <w:r>
        <w:t>Simple living, high thinking. Simple living se aap ko kya milta hai? Simple living se yeh hota hai ke aap unnecessary stress se bach jaate hain, unnecessary tension se bach jaate hain. Woh kaise?</w:t>
      </w:r>
    </w:p>
    <w:p>
      <w:pPr>
        <w:jc w:val="right"/>
      </w:pPr>
      <w:r>
        <w:t>سمپل لیونگ ہائی تھنکنگ سمپل لیونگ سے آپ کو کیا ملتا ہے سمپل لیونگ سے یہ ہوتا ہے کہ آپ ان نیسیسری اسٹریس سے بچ جاتے ہیں ان نیسیسری ٹینشن سے بچ جاتے ہیں وہ کیسے</w:t>
      </w:r>
    </w:p>
    <w:p>
      <w:r>
        <w:rPr>
          <w:b/>
        </w:rPr>
        <w:t xml:space="preserve">[08:22] </w:t>
      </w:r>
      <w:r>
        <w:t>mein aik misaal doonga aik baar mein bahar gaya to mere saath aik saahib thay jo mere saathi hua karte thay to phir maine socha ke mein un ko kabhi nahi le aaunga aik baar ke baad</w:t>
      </w:r>
    </w:p>
    <w:p>
      <w:pPr>
        <w:jc w:val="right"/>
      </w:pPr>
      <w:r>
        <w:t>میں ایک مثال دوں گا ایک بار میں باہر گیا تو میرے ساتھ ایک صاحب تھے جو میرے ساتھی ہوا کرتے تھے تو پھر میں نے سوچا کہ میں ان کو کبھی نہیں لے آؤں گا ایک بار کے بعد</w:t>
      </w:r>
    </w:p>
    <w:p>
      <w:r>
        <w:rPr>
          <w:b/>
        </w:rPr>
        <w:t xml:space="preserve">[08:39] </w:t>
      </w:r>
      <w:r>
        <w:t>woh kya tha hum gaye thay kisi conference mein jo kai din chalne wali thi ab har din us ki un ki wajah se mein late ho jaata tha haalankay mein bohat punctual hoon time ke baray mein bohat ziyada woh din hota kya tha</w:t>
      </w:r>
    </w:p>
    <w:p>
      <w:pPr>
        <w:jc w:val="right"/>
      </w:pPr>
      <w:r>
        <w:t>وہ کیا تھا ہم گئے تھے کسی کانفرنس میں جو کئی دن چلنے والی تھی اب ہر دن اس کی ان کی وجہ سے میں لیٹ ہو جاتا تھا حالانکہ میں بہت پنکچول ہوں ٹائم کے بارے میں بہت زیادہ وہ دن ہوتا کیا تھا</w:t>
      </w:r>
    </w:p>
    <w:p>
      <w:r>
        <w:rPr>
          <w:b/>
        </w:rPr>
        <w:t xml:space="preserve">[08:57] </w:t>
      </w:r>
      <w:r>
        <w:t>un ko zaroori hota tha ke har din naya kapra ho stay aur press achi press ke saath nikaltay thay woh bohat achay press kiya hua isi mein der hoti thi un ko kahin laundry mein dete thay woh ab time par nahi aaya abhi wait kar rahay hain</w:t>
      </w:r>
    </w:p>
    <w:p>
      <w:pPr>
        <w:jc w:val="right"/>
      </w:pPr>
      <w:r>
        <w:t>ان کو ضروری ہوتا تھا کہ ہر دن نیا کپڑا ہو اسٹے اور پریس اچھی پریس کے ساتھ نکلتے تھے وہ بہت اچھے پریس کیا ہوا اسی میں دیر ہوتی تھی ان کو کہیں لانڈری میں دیتے تھے وہ اب ٹائم پر نہیں آیا ابھی ویٹ کر رہے ہیں</w:t>
      </w:r>
    </w:p>
    <w:p>
      <w:r>
        <w:rPr>
          <w:b/>
        </w:rPr>
        <w:t xml:space="preserve">[09:14] </w:t>
      </w:r>
      <w:r>
        <w:t>to maine kaha ke yeh to museebat hai mere liye mein to yeh hai ke jo kapra meri body par hai wohi pehan ke chala gaya hoon maine mujhe kapra badalna hai na press karwana hai to mujhe theek time par pounchanay mein koi problem nahi hota tha un ko ho jata tha woh</w:t>
      </w:r>
    </w:p>
    <w:p>
      <w:pPr>
        <w:jc w:val="right"/>
      </w:pPr>
      <w:r>
        <w:t>تو میں نے کہا کہ یہ تو مصیبت ہے میرے لیے میں تو یہ ہے کہ جو کپڑا میری باڈی پر ہے وہی پہن کے چلا گیا ہوں میں نے مجھے کپڑا بدلنا ہے نہ پریس کروانا ہے تو مجھے ٹھیک ٹائم پر پہنچنے میں کوئی پرابلم نہیں ہوتا تھا ان کو ہو جاتا تھا وہ</w:t>
      </w:r>
    </w:p>
    <w:p>
      <w:r>
        <w:rPr>
          <w:b/>
        </w:rPr>
        <w:t xml:space="preserve">[09:31] </w:t>
      </w:r>
      <w:r>
        <w:t>to maine kaha bhai aisa saathi mujhe nahi chahiye yeh hai unnecessary need ko apnay saath mila lena aur phir unnecessary tor par aap stress aur tension aap ko ho jahan aap jaen wahan aap aap ko sharam lagay ke bhai mein der mein pouncha</w:t>
      </w:r>
    </w:p>
    <w:p>
      <w:pPr>
        <w:jc w:val="right"/>
      </w:pPr>
      <w:r>
        <w:t>تو میں نے کہا بھئی ایسا ساتھی مجھے نہیں چاہیے یہ ہے ان نیسیسری نیڈ کو اپنے ساتھ ملا لینا اور پھر ان نیسیسری طور پر آپ اسٹریس اور ٹینشن آپ کو ہو جہاں آپ جائیں وہاں آپ آپ کو شرم لگے کہ بھئی میں دیر میں پہنچا</w:t>
      </w:r>
    </w:p>
    <w:p>
      <w:r>
        <w:rPr>
          <w:b/>
        </w:rPr>
        <w:t xml:space="preserve">[09:49] </w:t>
      </w:r>
      <w:r>
        <w:t>to hum is museebat ko kyun paalein miliye mein mera kapra press nahi hota jo kapra body pe hai wohi pehan ke chala jaata hoon kitna aasan hai yeh to mein samajhta hoon ke aik simple formula yeh hai ke aap simple living ko apni zindagi mein ikhtiyar karein</w:t>
      </w:r>
    </w:p>
    <w:p>
      <w:pPr>
        <w:jc w:val="right"/>
      </w:pPr>
      <w:r>
        <w:t>تو ہم اس مصیبت کو کیوں پالیں ملیے میں میرا کپڑا پریس نہیں ہوتا جو کپڑا باڈی پہ ہے وہی پہن کے چلا جاتا ہوں کتنا آسان ہے یہ تو میں سمجھتا ہوں کہ ایک سمپل فارمولا یہ ہے کہ آپ سمپل لیونگ کو اپنی زندگی میں اختیار کریں</w:t>
      </w:r>
    </w:p>
    <w:p>
      <w:r>
        <w:rPr>
          <w:b/>
        </w:rPr>
        <w:t xml:space="preserve">[10:08] </w:t>
      </w:r>
      <w:r>
        <w:t>high thinking kya hai is ko bhi mein example doonga America ke aik safar mein aik saahib ke ghar mein thehra tha to kya hua aik saahib un ke paas atay thay woh kehte thay ke falan aadmi jo hai woh tumhari burai karta rehta hai</w:t>
      </w:r>
    </w:p>
    <w:p>
      <w:pPr>
        <w:jc w:val="right"/>
      </w:pPr>
      <w:r>
        <w:t>ہائی تھنکنگ کیا ہے اس کو بھی میں ایگزامپل دوں گا امریکہ کے ایک سفر میں ایک صاحب کے گھر میں ٹھہرا تھا تو کیا ہوا ایک صاحب ان کے پاس آتے تھے وہ کہتے تھے کہ فلاں آدمی جو ہے وہ تمہاری برائی کرتا رہتا ہے</w:t>
      </w:r>
    </w:p>
    <w:p>
      <w:r>
        <w:rPr>
          <w:b/>
        </w:rPr>
        <w:t xml:space="preserve">[10:28] </w:t>
      </w:r>
      <w:r>
        <w:t>sab se tum ko woh badnaam karta rehta hai tumharay khilaaf propaganda karta rehta hai to woh kuch suntay nahi thay aisay hi bas avoid karte thay to aik din us ne kaha ke mein itna batata hoon aap ko ke woh aadmi aisa hai waisa hai aap kuch kuch is ka notice nahi letay</w:t>
      </w:r>
    </w:p>
    <w:p>
      <w:pPr>
        <w:jc w:val="right"/>
      </w:pPr>
      <w:r>
        <w:t>سب سے تم کو وہ بدنام کرتا رہتا ہے تمہارے خلاف پروونڈا کرتا رہتا ہے تو وہ کچھ سنتے نہیں تھے ایسے ہی بس اوائڈ کرتے تھے تو ایک دن اس نے کہا کہ میں اتنا بتاتا ہوں آپ کو کہ وہ آدمی ایسا ہے ویسا ہے آپ کچھ کچھ اس کا نوٹس نہیں لیتے</w:t>
      </w:r>
    </w:p>
    <w:p>
      <w:r>
        <w:rPr>
          <w:b/>
        </w:rPr>
        <w:t xml:space="preserve">[10:48] </w:t>
      </w:r>
      <w:r>
        <w:t>hain to unhon ne bohat hi simple baat kahi unhon ne kaha ke woh un ka problem hai mera problem to nahi woh un ka problem hai mera problem to nahi mein kisi wajah se mujh se un ko negative thought aa gaya un ke dil mein</w:t>
      </w:r>
    </w:p>
    <w:p>
      <w:pPr>
        <w:jc w:val="right"/>
      </w:pPr>
      <w:r>
        <w:t>ہیں تو انہوں نے بہت ہی سمپل بات کہی انہوں نے کہا کہ وہ ان کا پرابلم ہے میرا پرابلم تو نہیں وہ ان کا پرابلم ہے میرا پرابلم تو نہیں میں کسی وجہ سے مجھ سے ان کو نیگیٹیو تھاٹ آ گیا ان کے دل میں</w:t>
      </w:r>
    </w:p>
    <w:p>
      <w:r>
        <w:rPr>
          <w:b/>
        </w:rPr>
        <w:t xml:space="preserve">[11:05] </w:t>
      </w:r>
      <w:r>
        <w:t>aur woh mere khilaaf boltay rehtay hain to bolen woh bhai mein is ka bojh apnay mind par kyun loon to kitna simple formula hai ya un ka problem hai mera problem to nahi to yeh hai simple formula de-stressing ka</w:t>
      </w:r>
    </w:p>
    <w:p>
      <w:pPr>
        <w:jc w:val="right"/>
      </w:pPr>
      <w:r>
        <w:t>اور وہ میرے خلاف بولتے رہتے ہیں تو بولیں وہ بھئی میں اس کا بوجھ اپنے مائنڈ پہ کیوں لوں تو کتنا سمپل فارمولا ہے یا ان کا پرابلم ہے میرا پرابلم تو نہیں تو یہ ہے سمپل فارمولا ڈی اسٹریسنگ کا</w:t>
      </w:r>
    </w:p>
    <w:p>
      <w:r>
        <w:rPr>
          <w:b/>
        </w:rPr>
        <w:t xml:space="preserve">[11:23] </w:t>
      </w:r>
      <w:r>
        <w:t>de-stressing koi mystery nahi hai koi aisi purasrar cheez nahi hai thora sa apnay mind ko aap istemal karein to bohat aasani se aap is ko kar sakte hain jaise abhi mujhe aik aik qissa yaad aaya</w:t>
      </w:r>
    </w:p>
    <w:p>
      <w:pPr>
        <w:jc w:val="right"/>
      </w:pPr>
      <w:r>
        <w:t>ڈی اسٹریسنگ کوئی مسٹری نہیں ہے کوئی ایسی پراسرار چیز نہیں ہے تھوڑا سا اپنے مائنڈ کو آپ استعمال کریں تو بہت آسانی سے آپ اس کو کر سکتے ہیں جیسے ابھی مجھے ایک ایک قصہ یاد آیا</w:t>
      </w:r>
    </w:p>
    <w:p>
      <w:r>
        <w:rPr>
          <w:b/>
        </w:rPr>
        <w:t xml:space="preserve">[11:42] </w:t>
      </w:r>
      <w:r>
        <w:t>abhi jo Britain ke jo Queen Elizabeth hain to un ke bedroom mein aik aadmi ghus gaya yeh maine parha tha qissa kisi paper mein to bedroom mein woh akeli theen akeli</w:t>
      </w:r>
    </w:p>
    <w:p>
      <w:pPr>
        <w:jc w:val="right"/>
      </w:pPr>
      <w:r>
        <w:t>ابھی جو برٹن کے جو کوئین الزبتھ ہیں تو ان کے بیڈ روم میں ایک آدمی گھس گیا یہ میں نے پڑھا تھا قصہ کسی پیپر میں تو بیڈ روم میں وہ اکیلی تھیں اکیلی</w:t>
      </w:r>
    </w:p>
    <w:p>
      <w:r>
        <w:rPr>
          <w:b/>
        </w:rPr>
        <w:t xml:space="preserve">[11:59] </w:t>
      </w:r>
      <w:r>
        <w:t>woh ghus gaya kisi wajah se kisi ne manage kiya is ne wahan magar pounch gaya ab dekhiye agar woh Queen Elizabeth jo theen agar ghussa hoti daantati daantati is ko to woh bhi kuch aggressive ho jata aggressive ho kar ke kuch bhi kar sakta tha woh unhon ne kya kiya bohat hi apnay ko sambhala</w:t>
      </w:r>
    </w:p>
    <w:p>
      <w:pPr>
        <w:jc w:val="right"/>
      </w:pPr>
      <w:r>
        <w:t>وہ گھس گیا کسی وجہ سے کسی نے مینج کیا اس نے وہاں مگر پہنچ گیا اب دیکھیے اگر وہ کوئین الزبتھ جو تھیں اگر غصہ ہوتی ڈانٹتی ڈانٹتی اس کو تو وہ بھی کچھ ایگریسو ہو جاتا ایگریسو ہو کر کے کچھ بھی کر سکتا تھا وہ انہوں نے کیا کیا بہت ہی اپنے کو سنبھالا</w:t>
      </w:r>
    </w:p>
    <w:p>
      <w:r>
        <w:rPr>
          <w:b/>
        </w:rPr>
        <w:t xml:space="preserve">[12:20] </w:t>
      </w:r>
      <w:r>
        <w:t>sambhal kar ke unhon ne within second yeh faisla kiya ke mujhe is ko chocolate pesh karna chahiye aur is ko unhon ne chocolate pesh kiya aur dheeray se apnay security ka switch daba diya yani manage kiya is tarah se unhon ne na unhon ne react kiya na ghussa huien na daant lagai lekin get out get out nahi kiya kuch bhi nahi kiya</w:t>
      </w:r>
    </w:p>
    <w:p>
      <w:pPr>
        <w:jc w:val="right"/>
      </w:pPr>
      <w:r>
        <w:t>سنبھال کر کے انہوں نے ود ان سیکنڈ یہ فیصلہ کیا کہ مجھے اس کو چاکلیٹ پیش کرنا چاہیے اور اس کو انہوں نے چاکلیٹ پیش کیا اور دھیرے سے اپنے سیکیورٹی کا سوئچ دبا دیا یعنی مینج کیا اس طرح سے انہوں نے نہ انہوں نے ری ایکٹ کیا نہ غصہ ہوئیں نہ ڈانٹ لگائی لیکن گیٹ آؤٹ گیٹ آؤٹ نہیں کیا کچھ بھی نہیں کیا</w:t>
      </w:r>
    </w:p>
    <w:p>
      <w:r>
        <w:rPr>
          <w:b/>
        </w:rPr>
        <w:t xml:space="preserve">[12:42] </w:t>
      </w:r>
      <w:r>
        <w:t>kyun ke woh aggressive woh woh woh react karta woh aggressive ho jata to unhon ne kya kiya is ko chocolate pesh kiya aur doosri taraf switch daba diya security ka within minute security aa gayi aur is ko pakar le gayi woh yeh hai management</w:t>
      </w:r>
    </w:p>
    <w:p>
      <w:pPr>
        <w:jc w:val="right"/>
      </w:pPr>
      <w:r>
        <w:t>کیونکہ وہ ایگریسو وہ وہ وہ ری ایکٹ کرتا وہ ایگریسو ہو جاتا تو انہوں نے کیا کیا اس کو چاکلیٹ پیش کیا اور دوسری طرف سوئچ دبا دیا سیکیورٹی کا ود ان منٹ سیکیورٹی آ گئی اور اس کو پکڑ لے گئی وہ یہ ہے مینجمنٹ</w:t>
      </w:r>
    </w:p>
    <w:p>
      <w:r>
        <w:rPr>
          <w:b/>
        </w:rPr>
        <w:t xml:space="preserve">[13:03] </w:t>
      </w:r>
      <w:r>
        <w:t>log asal mein manage karna nahi jantay kyun ke intellectually woh awaken nahi hotay aap pachas saal tak heart based spirituality mein apnay ko lagayein tab bhi aap ko kya hoga aap ka intellectual mind jo hai</w:t>
      </w:r>
    </w:p>
    <w:p>
      <w:pPr>
        <w:jc w:val="right"/>
      </w:pPr>
      <w:r>
        <w:t>لوگ اصل میں مینج کرنا نہیں جانتے کیونکہ انٹلیکچولی وہ اویکن نہیں ہوتے آپ پچاس سال تک ہارٹ بیسڈ سپرچویلٹی میں اپنے کو لگائیں تب بھی آپ کو کیا ہوگا آپ کا انٹلیکچول مائنڈ جو ہے</w:t>
      </w:r>
    </w:p>
    <w:p>
      <w:r>
        <w:rPr>
          <w:b/>
        </w:rPr>
        <w:t xml:space="preserve">[13:19] </w:t>
      </w:r>
      <w:r>
        <w:t>yani intellectual level par aap ko aap ko awakening nahi aayegi to aap manage kaise karengay is wajah se mein is ki favour mein nahi hoon jo heart based spirituality hai is se kuch aap gear nahi hota aap kuch paatay nahi hain aap kyun ke</w:t>
      </w:r>
    </w:p>
    <w:p>
      <w:pPr>
        <w:jc w:val="right"/>
      </w:pPr>
      <w:r>
        <w:t>یعنی انٹلیکچول لیول پر آپ کو آپ کو اویکننگ نہیں آئے گی تو آپ مینج کیسے کریں گے اس وجہ سے میں اس کی فیور میں نہیں ہوں جو ہارٹ بیسڈ سپرچویلٹی ہے اس سے کچھ آپ گیئر نہیں ہوتا آپ کچھ پاتے نہیں ہیں آپ کیونکہ</w:t>
      </w:r>
    </w:p>
    <w:p>
      <w:r>
        <w:rPr>
          <w:b/>
        </w:rPr>
        <w:t xml:space="preserve">[13:36] </w:t>
      </w:r>
      <w:r>
        <w:t>mind agar aap mind mein itni capacity hai itni itni ziyada capacity hai ke agar aap apnay mind ko awaken kar lein aap ka mind jo hai active ho jaye to kisi bhi situation ko aap manage kar sakte hain kisi bhi situation ko</w:t>
      </w:r>
    </w:p>
    <w:p>
      <w:pPr>
        <w:jc w:val="right"/>
      </w:pPr>
      <w:r>
        <w:t>مائنڈ اگر آپ مائنڈ میں اتنی کیپیسٹی ہے اتنی اتنی زیادہ کیپیسٹی ہے کہ اگر آپ اپنے مائنڈ کو اویکن کر لیں آپ کا مائنڈ جو ہے ایکٹیو ہو جائے تو کسی بھی سچویشن کو آپ مینج کر سکتے ہیں کسی بھی سچویشن کو</w:t>
      </w:r>
    </w:p>
    <w:p>
      <w:r>
        <w:rPr>
          <w:b/>
        </w:rPr>
        <w:t xml:space="preserve">[13:54] </w:t>
      </w:r>
      <w:r>
        <w:t>aik baar to ab mein haan Delhi mein aik aik jalsay mein tha wahan woh jo journalist hain Delhi Patgaonkar woh bhi wahan par thay to kisi ne wahan par koi saahib aa gaye thay</w:t>
      </w:r>
    </w:p>
    <w:p>
      <w:pPr>
        <w:jc w:val="right"/>
      </w:pPr>
      <w:r>
        <w:t>ایک بار تو اب میں ہاں دہلی میں ایک ایک جلسے میں تھا وہاں وہ جو جرنلسٹ ہیں دلی پیت گاؤں کر وہ بھی وہاں پر تھے تو کسی نے وہاں پر کوئی صاحب آگئے تھے</w:t>
      </w:r>
    </w:p>
    <w:p>
      <w:r>
        <w:rPr>
          <w:b/>
        </w:rPr>
        <w:t xml:space="preserve">[14:10] </w:t>
      </w:r>
      <w:r>
        <w:t>thora extremist qism ke to unhon ne kaha ke Musalmanon ke baray mein bola unhon ne kaha ke Musalman jo hai desh ke wafadar nahi ho saktay kyun ke un ko to Mecca Madina yaad rehta hai hamesha mere maula bula le Madine mein</w:t>
      </w:r>
    </w:p>
    <w:p>
      <w:pPr>
        <w:jc w:val="right"/>
      </w:pPr>
      <w:r>
        <w:t>تھوڑا ایکسٹریمسٹ قسم کے تو انہوں نے کہا کہ مسلمانوں کے بارے میں بولا انہوں نے کہا کہ مسلمان جو ہے دیش کے وفادار نہیں ہو سکتے کیونکہ ان کو تو مکہ مدینہ یاد رہتا ہے ہمیشہ میرے مولا بلا لے مدینے میں</w:t>
      </w:r>
    </w:p>
    <w:p>
      <w:r>
        <w:rPr>
          <w:b/>
        </w:rPr>
        <w:t xml:space="preserve">[14:28] </w:t>
      </w:r>
      <w:r>
        <w:t>to Mecca Madina ke loyal hotay hain woh India ke loyal kaise ho saktay hain woh to Delhi Patgaonkar jo hai woh aaye stage par bari achi baat kahi unhon ne unhon ne kaha ke aap insaan ke mind ko bohat underestimate kar rahay hain</w:t>
      </w:r>
    </w:p>
    <w:p>
      <w:pPr>
        <w:jc w:val="right"/>
      </w:pPr>
      <w:r>
        <w:t>تو مکہ مدینہ کے لائل ہوتے ہیں وہ انڈیا کے لائل کیسے ہو سکتے ہیں وہ تو دلی پیدا پیت گاؤں کر جو ہے وہ آئے اسٹیج پر بڑی اچھی بات کہی انہوں نے انہوں نے کہا کہ آپ انسان کے مائنڈ کو بہت انڈر ایسٹیمیٹ کر رہے ہیں</w:t>
      </w:r>
    </w:p>
    <w:p>
      <w:r>
        <w:rPr>
          <w:b/>
        </w:rPr>
        <w:t xml:space="preserve">[14:46] </w:t>
      </w:r>
      <w:r>
        <w:t>ke Mecca Madina yaad ho to India bhool jaye is ko aap insaan ke mind ko underestimate kar rahay hain to unhon ne aik bohat bara thinker koi is ka naam mujhe yaad nahi hai koi yani Europe ka koi thinker is ka is ka unhon ne saying batayi unhon ne bohat hi beautiful saying thi woh</w:t>
      </w:r>
    </w:p>
    <w:p>
      <w:pPr>
        <w:jc w:val="right"/>
      </w:pPr>
      <w:r>
        <w:t>کہ مکہ مدینہ یاد ہو تو انڈیا بھول جائے اس کو آپ انسان کے مائنڈ کو انڈر ایسٹیمیٹ کر رہے ہیں تو انہوں نے ایک بہت بڑا تھنکر کوئی اس کا نام مجھے یاد نہیں ہے کوئی یعنی یورپ کا کوئی تھنکر اس کا اس کا انہوں نے سینگ بتائی انہوں نے بہت ہی بیوٹی فل سینگ تھی وہ</w:t>
      </w:r>
    </w:p>
    <w:p>
      <w:r>
        <w:rPr>
          <w:b/>
        </w:rPr>
        <w:t xml:space="preserve">[15:05] </w:t>
      </w:r>
      <w:r>
        <w:t>us ne kaha ke I am large enough to contain all these contradictions is ke samnay bhi aisa question aaya tha to us ne kaha ke I am large enough to contain all these contradictions to Mecca ki loyalty bhi aa aik saath hogi aur Bharat ki bhi hogi dono mein koi koi contradiction nahi hai</w:t>
      </w:r>
    </w:p>
    <w:p>
      <w:pPr>
        <w:jc w:val="right"/>
      </w:pPr>
      <w:r>
        <w:t>اس نے کہا کہ آئی ایم لارج انف ٹو کنٹین ال دیز کنٹراڈکشنز اس کے سامنے بھی ایسا کوئسچن آیا تھا تو اس نے کہا کہ آئی ایم لارج انف ٹو کنٹین ال دیز کنٹراڈکشنز تو مکہ کی لائلٹی بھی آئی ایک ساتھ ہوگی اور بھارت کی بھی ہوگی دونوں میں کوئی کوئی کنٹراڈکشن نہیں ہے</w:t>
      </w:r>
    </w:p>
    <w:p>
      <w:r>
        <w:rPr>
          <w:b/>
        </w:rPr>
        <w:t xml:space="preserve">[15:26] </w:t>
      </w:r>
      <w:r>
        <w:t>to unhon ne kaha ke aap insaan ko mind ko underestimate kar rahe hain to</w:t>
      </w:r>
    </w:p>
    <w:p>
      <w:pPr>
        <w:jc w:val="right"/>
      </w:pPr>
      <w:r>
        <w:t>تو انہوں نے کہا کہ آپ انسان کو مائنڈ کو انڈر ایسٹیمیٹ کر رہے ہیں تو</w:t>
      </w:r>
    </w:p>
    <w:p>
      <w:r>
        <w:rPr>
          <w:b/>
        </w:rPr>
        <w:t xml:space="preserve">[15:35] </w:t>
      </w:r>
      <w:r>
        <w:t>bahut ek aur bahut hi simple formula jo main ne paya hai woh sir james jeans ki zindagi se</w:t>
      </w:r>
    </w:p>
    <w:p>
      <w:pPr>
        <w:jc w:val="right"/>
      </w:pPr>
      <w:r>
        <w:t>بہت ایک اور بہت ہی سمپل فارمولا جو میں نے پایا ہے وہ سر جیمز جینز کی زندگی سے</w:t>
      </w:r>
    </w:p>
    <w:p>
      <w:r>
        <w:rPr>
          <w:b/>
        </w:rPr>
        <w:t xml:space="preserve">[15:43] </w:t>
      </w:r>
      <w:r>
        <w:t>sir james jeans burton ke bahut hi well known astronomer the astronomer bahut hi top ke astronomer the woh international fame ke to un ke disciple the</w:t>
      </w:r>
    </w:p>
    <w:p>
      <w:pPr>
        <w:jc w:val="right"/>
      </w:pPr>
      <w:r>
        <w:t>سر جیمز جینز برٹن کے بہت ہی ویل نون ایسٹرانمر تھے ایسٹرانمر بہت ہی ٹاپ کے ایسٹرانمر تھے وہ انٹرنیشنل فیم کے تو ان کے ڈسائپل تھے</w:t>
      </w:r>
    </w:p>
    <w:p>
      <w:r>
        <w:rPr>
          <w:b/>
        </w:rPr>
        <w:t xml:space="preserve">[16:01] </w:t>
      </w:r>
      <w:r>
        <w:t>un ke student rahe the un ke haan cambridge mein un ka naam tha inayatullah mashriqi woh india ke the woh shayad punjab ke inayatullah mashriqi bahut hi woh bhi bahut hi intelligent aadmi the</w:t>
      </w:r>
    </w:p>
    <w:p>
      <w:pPr>
        <w:jc w:val="right"/>
      </w:pPr>
      <w:r>
        <w:t>ان کے سٹوڈنٹ رہے تھے ان کے ہاں کیمبرج میں ان کا نام تھا عنایت اللہ مشرقی وہ انڈیا کے تھے وہ شاید پنجاب کے عنایت اللہ مشرقی بہت ہی وہ بھی بہت ہی انٹیلیجنٹ آدمی تھے</w:t>
      </w:r>
    </w:p>
    <w:p>
      <w:r>
        <w:rPr>
          <w:b/>
        </w:rPr>
        <w:t xml:space="preserve">[16:17] </w:t>
      </w:r>
      <w:r>
        <w:t>woh mathematics ke aadmi the woh msc kiya tha unhon ne to ek baar woh london gaye to</w:t>
      </w:r>
    </w:p>
    <w:p>
      <w:pPr>
        <w:jc w:val="right"/>
      </w:pPr>
      <w:r>
        <w:t>وہ میتھمیٹکس کے آدمی تھے وہ ایم ایس سی کیا تھا انہوں نے تو ایک بار وہ لندن گئے تو</w:t>
      </w:r>
    </w:p>
    <w:p>
      <w:r>
        <w:rPr>
          <w:b/>
        </w:rPr>
        <w:t xml:space="preserve">[16:27] </w:t>
      </w:r>
      <w:r>
        <w:t>is kisi road par un se mulaqat ho gayi to aisa tha ke us waqt thoda barish ho rahi thi wahan par kyunke aap jante hain ke london ka jo weather hai bahut hi kehta hai kaha jata hai ke treacherous weather kabhi bhi barish ho hone lagti hai</w:t>
      </w:r>
    </w:p>
    <w:p>
      <w:pPr>
        <w:jc w:val="right"/>
      </w:pPr>
      <w:r>
        <w:t>اس کسی روڈ پر ان سے ملاقات ہوگئی تو ایسا تھا کہ اس وقت تھوڑا بارش ہو رہی تھی وہاں پر کیونکہ آپ جانتے ہیں کہ لندن کا جو ویدر ہے بہت ہی کہتا ہے کہا جاتا ہے کہ ٹریچرس ویدر کبھی بھی بارش ہو ہونے لگتی ہے</w:t>
      </w:r>
    </w:p>
    <w:p>
      <w:r>
        <w:rPr>
          <w:b/>
        </w:rPr>
        <w:t xml:space="preserve">[16:44] </w:t>
      </w:r>
      <w:r>
        <w:t>to kya tha ke sir james jeans apni chhatri apne apne bagal mein dabaye hue the halki barish ho rahi thi lekin chhatri un ki bagal mein thi to inayatullah khan ne kaha ke sir ek ek question mujhe karna hai ke ab barish ho rahi hai aur aap chhatri bagal mein dabe hue hain</w:t>
      </w:r>
    </w:p>
    <w:p>
      <w:pPr>
        <w:jc w:val="right"/>
      </w:pPr>
      <w:r>
        <w:t>تو کیا تھا کہ سر جیمز جینز اپنی چھتری اپنے اپنے بغل میں دبائے ہوئے تھے ہلکی بارش ہو رہی تھی لیکن چھتری ان کی بغل میں تھی تو عنایت اللہ خان نے کہا کہ سر ایک ایک کوئسچن مجھے کرنا ہے کہ اب بارش ہو رہی ہے اور آپ چھتری بغل میں دابے ہوئے ہیں</w:t>
      </w:r>
    </w:p>
    <w:p>
      <w:r>
        <w:rPr>
          <w:b/>
        </w:rPr>
        <w:t xml:space="preserve">[17:08] </w:t>
      </w:r>
      <w:r>
        <w:t>to sir james jeans ne koi bhi jawab nahi diya bas khali nikala aur sar par unhon ne taan liya aur baat shuru kar di unhon ne yani ek second bhi waste kiye baghair unhon ne baat shuru kar di kyunke woh pehchan liya unhon ne ke yeh mera student hai yeh is se main ne ek formula nikala</w:t>
      </w:r>
    </w:p>
    <w:p>
      <w:pPr>
        <w:jc w:val="right"/>
      </w:pPr>
      <w:r>
        <w:t>تو سر جیمز جینز نے کوئی بھی جواب نہیں دیا بس خالی نکالا اور سر پر انہوں نے تان لیا اور بات شروع کر دی انہوں نے یعنی ایک سیکنڈ بھی ویسٹ کیے بغیر انہوں نے بات شروع کر دی کیونکہ وہ پہچان لیا انہوں نے کہ یہ میرا سٹوڈنٹ ہے یہ اس سے میں نے ایک فارمولا نکالا</w:t>
      </w:r>
    </w:p>
    <w:p>
      <w:r>
        <w:rPr>
          <w:b/>
        </w:rPr>
        <w:t xml:space="preserve">[17:27] </w:t>
      </w:r>
      <w:r>
        <w:t>formula kya tha woh formula yeh tha ke problem par zyada aap apna mind na lagayen tab bhi problem solve ho kar rehta hai yani unhon ne zyada socha nahi ke barish ho rahi hai to mujhe bheeg jaunga to mujhe</w:t>
      </w:r>
    </w:p>
    <w:p>
      <w:pPr>
        <w:jc w:val="right"/>
      </w:pPr>
      <w:r>
        <w:t>فارمولا کیا تھا وہ فارمولا یہ تھا کہ پرابلم پر زیادہ آپ اپنا مائنڈ نہ لگائیں تب بھی پرابلم سالو ہو کر رہتا ہے یعنی انہوں نے زیادہ سوچا نہیں کہ بارش ہو رہی ہے تو مجھے بھیگ جاؤں گا تو مجھے</w:t>
      </w:r>
    </w:p>
    <w:p>
      <w:r>
        <w:rPr>
          <w:b/>
        </w:rPr>
        <w:t xml:space="preserve">[17:44] </w:t>
      </w:r>
      <w:r>
        <w:t>mujhe chhatri lagana chahiye apne aap hi sab problem solve ho raha tha to is se main ne ek formula banaya ke not to solve the problem is also a way of solving the problem</w:t>
      </w:r>
    </w:p>
    <w:p>
      <w:pPr>
        <w:jc w:val="right"/>
      </w:pPr>
      <w:r>
        <w:t>مجھے چھتری لگانا چاہیے اپنے آپ ہی سب پرابلم سالو ہو رہا تھا تو اس سے میں نے ایک فارمولا بنایا کہ ناٹ ٹو سالو دا پرابلم از السو ا وے اف سالونگ دا پرابلم</w:t>
      </w:r>
    </w:p>
    <w:p>
      <w:r>
        <w:rPr>
          <w:b/>
        </w:rPr>
        <w:t xml:space="preserve">[18:02] </w:t>
      </w:r>
      <w:r>
        <w:t>not to solve the problem is also a way of solving the problem is ko main ne apply kiya ek jagah mein ek martaba gaya manchester to manchester mein</w:t>
      </w:r>
    </w:p>
    <w:p>
      <w:pPr>
        <w:jc w:val="right"/>
      </w:pPr>
      <w:r>
        <w:t>ناٹ ٹو سالو دا پرابلم از السو ا وے اف سالونگ دا پرابلم اس کو میں نے اپلائی کیا ایک جگہ میں ایک مرتبہ گیا مانچسٹر تو مانچسٹر میں</w:t>
      </w:r>
    </w:p>
    <w:p>
      <w:r>
        <w:rPr>
          <w:b/>
        </w:rPr>
        <w:t xml:space="preserve">[18:19] </w:t>
      </w:r>
      <w:r>
        <w:t>ek sahib the ek arab al arif un ka naam tha muhammad al arif ek arab naujawan to doosri baar main gaya tha pehli baar jab gaya tha to unhon ne bataya ke main yahan doctorate kar raha tha doctorate kar raha hoon manchester university mein main ne apna research karwaya hai registration</w:t>
      </w:r>
    </w:p>
    <w:p>
      <w:pPr>
        <w:jc w:val="right"/>
      </w:pPr>
      <w:r>
        <w:t>ایک صاحب تھے ایک عرب العارف ان کا نام تھا محمد العارف ایک عرب نوجوان تو دوسری بار میں گیا تھا پہلی بار جب گیا تھا تو انہوں نے بتایا کہ میں یہاں ڈاکٹریٹ کر رہا تھا ڈاکٹریٹ کر رہا ہوں مانچسٹر یونیورسٹی میں میں نے اپنا ریسرچ کروایا ہے رجسٹریشن</w:t>
      </w:r>
    </w:p>
    <w:p>
      <w:r>
        <w:rPr>
          <w:b/>
        </w:rPr>
        <w:t xml:space="preserve">[18:39] </w:t>
      </w:r>
      <w:r>
        <w:t>to badi khushi mujhe hui kyunke education jo hai mere dil ki baat hoti hai main chahta hoon ke har aadmi oonchi se oonchi education le to wahan doctorate ke liye unhon ne manchester university mein apna enrollment karwaya tha to main ne bahut mubarakbad di un ko</w:t>
      </w:r>
    </w:p>
    <w:p>
      <w:pPr>
        <w:jc w:val="right"/>
      </w:pPr>
      <w:r>
        <w:t>تو بڑی خوشی مجھے ہوئی کیونکہ ایجوکیشن جو ہے میرے دل کی بات ہوتی ہے میں چاہتا ہوں کہ ہر آدمی اونچی سے اونچی ایجوکیشن لے تو وہاں ڈاکٹریٹ کے لیے انہوں نے مانچسٹر یونیورسٹی میں اپنا انرولمنٹ کروایا تھا تو میں نے بہت مبارکباد دی ان کو</w:t>
      </w:r>
    </w:p>
    <w:p>
      <w:r>
        <w:rPr>
          <w:b/>
        </w:rPr>
        <w:t xml:space="preserve">[19:01] </w:t>
      </w:r>
      <w:r>
        <w:t>doosri baar jab main gaya wahan par to unhon ne bataya ke woh to main rok diya hai aaj kal main research nahi kar raha hoon kuch kaam nahi ho raha hai to main ne kaha kyun to unhon ne kaha ke meri shadi ho gayi hai aur woh</w:t>
      </w:r>
    </w:p>
    <w:p>
      <w:pPr>
        <w:jc w:val="right"/>
      </w:pPr>
      <w:r>
        <w:t>دوسری بار جب میں گیا وہاں پر تو انہوں نے بتایا کہ وہ تو میں روک دیا ہے اج کل میں ریسرچ نہیں کر رہا ہوں کچھ کام نہیں ہو رہا ہے تو میں نے کہا کیوں تو انہوں نے کہا کہ میری شادی ہو گئی ہے اور وہ</w:t>
      </w:r>
    </w:p>
    <w:p>
      <w:r>
        <w:rPr>
          <w:b/>
        </w:rPr>
        <w:t xml:space="preserve">[19:17] </w:t>
      </w:r>
      <w:r>
        <w:t>arab se woh khatoon woh jo lady hain woh ek arab lady hain to woh english nahi janti hain woh sirf arabic janti hain to koi kaam woh kar nahi sakti market ka koi kaam maslan sabzi kharidna hai ya koi aur kaam karna hai to mujhe hi jana padta hai</w:t>
      </w:r>
    </w:p>
    <w:p>
      <w:pPr>
        <w:jc w:val="right"/>
      </w:pPr>
      <w:r>
        <w:t>عرب سے وہ خاتون وہ جو لیڈی ہیں وہ ایک عرب لیڈی ہیں تو وہ انگلش نہیں جانتی ہیں وہ صرف عربک جانتی ہیں تو کوئی کام وہ کر نہیں سکتی مارکیٹ کا کوئی کام مثلا سبزی خریدنا ہے یا کوئی اور کام کرنا ہے تو مجھے ہی جانا پڑتا ہے</w:t>
      </w:r>
    </w:p>
    <w:p>
      <w:r>
        <w:rPr>
          <w:b/>
        </w:rPr>
        <w:t xml:space="preserve">[19:36] </w:t>
      </w:r>
      <w:r>
        <w:t>woh ghar mein rehti hain woh is wajah se meri education jo hai woh ruk gayi hai main bahut hi hammering ki un ki main ne yeh koi excuse nahi hai education ke liye excuse kai hua karta hai education to aap ko le nahi lena hai kisi bhi haal mein</w:t>
      </w:r>
    </w:p>
    <w:p>
      <w:pPr>
        <w:jc w:val="right"/>
      </w:pPr>
      <w:r>
        <w:t>وہ گھر میں رہتی ہیں وہ اس وجہ سے میری ایجوکیشن جو ہے وہ رک گئی ہے میں بہت ہی ہیمرنگ کی ان کی میں نے یہ کوئی ایکسکیوز نہیں ہے ایجوکیشن کے لیے ایکسکیوز کئی ہوا کرتا ہے ایجوکیشن تو اپ کو لے نہیں لینا ہے کسی بھی حال میں</w:t>
      </w:r>
    </w:p>
    <w:p>
      <w:r>
        <w:rPr>
          <w:b/>
        </w:rPr>
        <w:t xml:space="preserve">[19:56] </w:t>
      </w:r>
      <w:r>
        <w:t>to un ko main ne yahi formula bataya ke not to solve the problem is also a way in solving the problem to main ne kaha ke aap aap chhod diye un ke haal par chhod dijiyega aur aap phir se padhna shuru kar dijiyega</w:t>
      </w:r>
    </w:p>
    <w:p>
      <w:pPr>
        <w:jc w:val="right"/>
      </w:pPr>
      <w:r>
        <w:t>تو ان کو میں نے یہی فارمولا بتایا کہ ناٹ ٹو سالو دا پرابلم از السو ا وے ان سالونگ دا پرابلم تو میں نے کہا کہ اپ اپ چھوڑ دیے ان کے حال پر چھوڑ دیجئے اور اپ پھر سے پڑھنا شروع کر دیجئے</w:t>
      </w:r>
    </w:p>
    <w:p>
      <w:r>
        <w:rPr>
          <w:b/>
        </w:rPr>
        <w:t xml:space="preserve">[20:16] </w:t>
      </w:r>
      <w:r>
        <w:t>to chunke main bada tha woh chote the umar mein mujh se to woh maan gaye woh aur unhon ne kaha ke chahe woh ghar mein khana paka hai na paka hai sabzi oway na oway kuch bhi ho mujhe ab padhna hai ab is ke baad kya hua</w:t>
      </w:r>
    </w:p>
    <w:p>
      <w:pPr>
        <w:jc w:val="right"/>
      </w:pPr>
      <w:r>
        <w:t>تو چونکہ میں بڑا تھا وہ چھوٹے تھے عمر میں مجھ سے تو وہ مان گئے وہ اور انہوں نے کہا کہ چاہے وہ گھر میں کھانا پکا ہے نہ پکا ہے سبزی اوے نہ اوے کچھ بھی ہو مجھے اب پڑھنا ہے اب اس کے بعد کیا ہوا</w:t>
      </w:r>
    </w:p>
    <w:p>
      <w:r>
        <w:rPr>
          <w:b/>
        </w:rPr>
        <w:t xml:space="preserve">[20:33] </w:t>
      </w:r>
      <w:r>
        <w:t>to aap jante hain ke necessary necessity is the mother of invention to jab zaroorat padi to majboor ho kar gayi woh under compulsion aur kuch isharay se kabhi doodh lena hai milk lena hai to isharay se liya unhon ne sabzi lena hai to isharay se liya dheere dheere dheere dheere english seekh gayi woh</w:t>
      </w:r>
    </w:p>
    <w:p>
      <w:pPr>
        <w:jc w:val="right"/>
      </w:pPr>
      <w:r>
        <w:t>تو اپ جانتے ہیں کہ نیسیسری نیسیسٹی از دا مدر اف انوینشن تو جب ضرورت پڑی تو مجبور ہو کر گئیں وہ انڈر کمپلشن اور کچھ اشارے سے کبھی دودھ لینا ہے ملک لینا ہے تو اشارے سے لیا انہوں نے سبزی لینا ہے تو اشارے سے لیا دھیرے دھیرے دھیرے دھیرے انگلش سیکھ گئیں وہ</w:t>
      </w:r>
    </w:p>
    <w:p>
      <w:r>
        <w:rPr>
          <w:b/>
        </w:rPr>
        <w:t xml:space="preserve">[20:55] </w:t>
      </w:r>
      <w:r>
        <w:t>yani compulsion ne unhein majboor kiya ke woh english seekhein to phir teesri baar jab main gaya wahan par to dekha ke woh lady jo english bol rahi thi to us se main ne formula nikala ke koi problem hai to aap zyada bother na kijiye</w:t>
      </w:r>
    </w:p>
    <w:p>
      <w:pPr>
        <w:jc w:val="right"/>
      </w:pPr>
      <w:r>
        <w:t>یعنی کمپلشن نے انہیں مجبور کیا کہ وہ انگلش سیکھیں تو پھر تیسری بار جب میں گیا وہاں پر تو دیکھا کہ وہ لیڈی جو انگلش بول رہی تھی تو اس سے میں نے فارمولا نکالا کہ کوئی پرابلم ہے تو اپ زیادہ بادرش نہ کیجئے</w:t>
      </w:r>
    </w:p>
    <w:p>
      <w:r>
        <w:rPr>
          <w:b/>
        </w:rPr>
        <w:t xml:space="preserve">[21:14] </w:t>
      </w:r>
      <w:r>
        <w:t>is ko chhod denge tab bhi woh problem hal ho jayega tab bhi hal ho jayega woh lekin log kya karte hain ke in necessary stress le lete hain in necessary sab se bada masla hai in necessary tor par stress le lena</w:t>
      </w:r>
    </w:p>
    <w:p>
      <w:pPr>
        <w:jc w:val="right"/>
      </w:pPr>
      <w:r>
        <w:t>اس کو چھوڑ دیں گے تب بھی وہ پرابلم حل ہو جائے گا تب بھی حل ہو جائے گا وہ لیکن لوگ کیا کرتے ہیں کہ ان نیسیسری اسٹریس لے لیتے ہیں ان نیسیسری سب سے بڑا مسئلہ ہے ان نیسیسری طور پر اسٹریس لے لینا</w:t>
      </w:r>
    </w:p>
    <w:p>
      <w:r>
        <w:rPr>
          <w:b/>
        </w:rPr>
        <w:t xml:space="preserve">[21:33] </w:t>
      </w:r>
      <w:r>
        <w:t>aur kyun hota hai kyunke aap ke andar intellectually aap awaken nahi hote is formula ko aap ki value nahi samajhte ke simple living aur high thinking ab dekhiyega ek baar mein aisa hua ke aap ko pata ho shayad ajmer ke paas ek jagah hai jis ko kehte hain meerat</w:t>
      </w:r>
    </w:p>
    <w:p>
      <w:pPr>
        <w:jc w:val="right"/>
      </w:pPr>
      <w:r>
        <w:t>اور کیوں ہوتا ہے کیونکہ اپ کے اندر انٹلیکچولی اپ اویکن نہیں ہوتے اس فارمولے کو اپ کی ویلیو نہیں سمجھتے کہ سمپل لیونگ اور ہائی تھنکنگ اب دیکھیے گا ایک بار میں ایسا ہوا کہ اپ کو پتہ ہو شاید اجمیر کے پاس ایک جگہ ہے جس کو کہتے ہیں میرات</w:t>
      </w:r>
    </w:p>
    <w:p>
      <w:r>
        <w:rPr>
          <w:b/>
        </w:rPr>
        <w:t xml:space="preserve">[21:52] </w:t>
      </w:r>
      <w:r>
        <w:t>mirat woh ek jungle hai aur bahut hi wahan jo log rehte hain woh main yani wahan na education hai na aur koi development hai is tarah ke log hain to ek sahib ne kaha ke chaliye main aap ko meerat dikhaunga mera ek dost wahan rehta hai</w:t>
      </w:r>
    </w:p>
    <w:p>
      <w:pPr>
        <w:jc w:val="right"/>
      </w:pPr>
      <w:r>
        <w:t>ایم ائی ار اے ٹی میرات وہ ایک جنگل ہے اور بہت ہی وہاں جو لوگ رہتے ہیں وہ میں یعنی وہاں نہ ایجوکیشن ہے نہ اور کوئی ڈیولپمنٹ ہے اس طرح کے لوگ ہیں تو ایک صاحب نے کہا کہ چلیے میں اپ کو میرات دکھاؤں گا میرا ایک دوست وہاں رہتا ہے</w:t>
      </w:r>
    </w:p>
    <w:p>
      <w:r>
        <w:rPr>
          <w:b/>
        </w:rPr>
        <w:t xml:space="preserve">[22:12] </w:t>
      </w:r>
      <w:r>
        <w:t>to hum log char aadmi gaye wahan par to sahib yeh bahut dilchasp kahani hai jab wahan pahunche wahan hum to dhoondhte dhoondhte us aadmi ke ghar pahunche jo un ka friend tha to</w:t>
      </w:r>
    </w:p>
    <w:p>
      <w:pPr>
        <w:jc w:val="right"/>
      </w:pPr>
      <w:r>
        <w:t>تو ہم لوگ چار ادمی گئے وہاں پر تو صاحب یہ بہت دلچسپ کہانی ہے جب وہاں پہنچے وہاں ہم تو ڈھونڈتے ڈھونڈتے اس ادمی کے گھر پہنچے جو ان کا فرینڈ تھا تو</w:t>
      </w:r>
    </w:p>
    <w:p>
      <w:r>
        <w:rPr>
          <w:b/>
        </w:rPr>
        <w:t xml:space="preserve">[22:30] </w:t>
      </w:r>
      <w:r>
        <w:t>mil gaya woh to apne ghar mein us ne mujhe hum logon ko bithha diya hum log pahunche to woh sunset se kuch pehle tha yani maghrib se kuch pehle to hum wahan par thehre aur wazu kiya namaz padhi hum char logon ne</w:t>
      </w:r>
    </w:p>
    <w:p>
      <w:pPr>
        <w:jc w:val="right"/>
      </w:pPr>
      <w:r>
        <w:t>مل گیا وہ تو اپنے گھر میں اس نے مجھے ہم لوگوں کو بٹھا دیا ہم لوگ پہنچے تو وہ سن سیٹ سے کچھ پہلے تھا یعنی مغرب سے کچھ پہلے تو ہم وہاں پر ٹھہرے اور وضو کیا نماز پڑھی ہم چار لوگوں نے</w:t>
      </w:r>
    </w:p>
    <w:p>
      <w:r>
        <w:rPr>
          <w:b/>
        </w:rPr>
        <w:t xml:space="preserve">[22:48] </w:t>
      </w:r>
      <w:r>
        <w:t>achha mere saath jo tees teen aur log the woh sab madrase ke log the woh hum sab log madrase wale log the woh to woh teeno sahibaan is yaani yeh wait kar rahe the ke ab woh chaye le kar aaye ga chaye ka intezar karne lage</w:t>
      </w:r>
    </w:p>
    <w:p>
      <w:pPr>
        <w:jc w:val="right"/>
      </w:pPr>
      <w:r>
        <w:t>اچھا میرے ساتھ جو تیس تین اور لوگ تھے وہ سب مدرسے کے لوگ تھے وہ ہم سب لوگ مدرسے والے لوگ تھے وہ تو وہ تینوں صاحبان اس یعنی یہ ویٹ کر رہے تھے کہ اب وہ چائے لے کر ائے گا چائے کا انتظار کرنے لگے</w:t>
      </w:r>
    </w:p>
    <w:p>
      <w:r>
        <w:rPr>
          <w:b/>
        </w:rPr>
        <w:t xml:space="preserve">[23:05] </w:t>
      </w:r>
      <w:r>
        <w:t>ab mein toh apni dunya mein rehta hoon mujhe na chaye ka intezar karna parta hai na kisi cheez ka ab woh log pareshan hain ke chaye chaye chaye chaye</w:t>
      </w:r>
    </w:p>
    <w:p>
      <w:pPr>
        <w:jc w:val="right"/>
      </w:pPr>
      <w:r>
        <w:t>اب میں تو اپنی دنیا میں رہتا ہوں مجھے نہ چائے کا انتظار کرنا پڑتا ہے نہ کسی چیز کا اب وہ لوگ پریشان ہیں کہ چائے چائے چائے چائے</w:t>
      </w:r>
    </w:p>
    <w:p>
      <w:r>
        <w:rPr>
          <w:b/>
        </w:rPr>
        <w:t xml:space="preserve">[23:13] </w:t>
      </w:r>
      <w:r>
        <w:t>ab woh aadmi aa nahi raha hai hum logon ko apne ghar mein bitha ke woh chala gaya hum ne maghrib ki namaz padhi ab phir chaye nahi aayi ab woh phir time hoga isha ki namaz ka isha ki namaz aap jante hain ke taqreeban derh ghante ke baad hoti hai maghrib ke</w:t>
      </w:r>
    </w:p>
    <w:p>
      <w:pPr>
        <w:jc w:val="right"/>
      </w:pPr>
      <w:r>
        <w:t>اب وہ ادمی ا نہیں رہا ہے ہم لوگوں کو اپنے گھر میں بٹھا کے وہ چلا گیا ہم نے مغرب کی نماز پڑھی اب پھر چائے نہیں ائی اب وہ پھر ٹائم ہوگا عشاء کی نماز کا عشاء کی نماز اپ جانتے ہیں کہ تقریبا ڈیڑھ گھنٹے کے بعد ہوتی ہے مغرب کے</w:t>
      </w:r>
    </w:p>
    <w:p>
      <w:r>
        <w:rPr>
          <w:b/>
        </w:rPr>
        <w:t xml:space="preserve">[23:33] </w:t>
      </w:r>
      <w:r>
        <w:t>toh hum logon ne isha ki namaz padhi hum logon ne phir bhi woh aadmi nahi aaya yaani kafi der ho gayi ab yeh log ghussa ho rahe hain ke aadmi ghayab ho gaya chaye bhi nahi laye kuch bhi nahi laye khana bhi nahi laya khair bohat der ke baad woh aaya khana le kar ke</w:t>
      </w:r>
    </w:p>
    <w:p>
      <w:pPr>
        <w:jc w:val="right"/>
      </w:pPr>
      <w:r>
        <w:t>تو ہم لوگوں نے عشاء کی نماز پڑھی ہم لوگوں نے پھر بھی وہ ادمی نہیں ایا یعنی کافی دیر ہو گئی اب یہ لوگ غصہ ہو رہے ہیں کہ ادمی غائب ہو گیا چائے بھی نہیں لائے کچھ بھی نہیں لائے کھانا بھی نہیں لایا خیر بہت دیر کے بعد وہ ایا کھانا لے کر کے</w:t>
      </w:r>
    </w:p>
    <w:p>
      <w:r>
        <w:rPr>
          <w:b/>
        </w:rPr>
        <w:t xml:space="preserve">[23:50] </w:t>
      </w:r>
      <w:r>
        <w:t>aur aap jante hain khana kya tha woh aap agar aap yeh term jante hon arhar ki daal aur gul gulla dono koi combination nahi yeh up ki language hai mujhe nahi maloom ke aap is ko samajh rahe hain nahi samajh rahe hain gul gulla kehte hain</w:t>
      </w:r>
    </w:p>
    <w:p>
      <w:pPr>
        <w:jc w:val="right"/>
      </w:pPr>
      <w:r>
        <w:t>اور اپ جانتے ہیں کھانا کیا تھا وہ اپ اگر اپ یہ ٹرم جانتے ہوں ارہر کی دال اور گلگلہ دونوں کوئی کمبینیشن نہیں یہ یو پی کی لینگویج ہے مجھے نہیں معلوم کہ اپ اس کو سمجھ رہے ہیں نہیں سمجھ رہے ہیں گلگلہ کہتے ہیں</w:t>
      </w:r>
    </w:p>
    <w:p>
      <w:r>
        <w:rPr>
          <w:b/>
        </w:rPr>
        <w:t xml:space="preserve">[24:09] </w:t>
      </w:r>
      <w:r>
        <w:t>gur mein shakar daal kar ke yaani woh gur kar ate mein gur daal kar ke pakate hain yaani is mein koi aur cheez nahi hoti ata aur gur bohat hi mamooli qism ka khana hai woh aur arhar ki daal jis mein koi masale nahi ghee nahi kuch bhi nahi toh saada qism ki arhar ki daal aur gul gulla le kar aaya hai woh ab aur aur ghussa ho gaya yeh log</w:t>
      </w:r>
    </w:p>
    <w:p>
      <w:pPr>
        <w:jc w:val="right"/>
      </w:pPr>
      <w:r>
        <w:t>گڑ میں شکر ڈال کر کے یعنی وہ گڑ کر اٹے میں گڑ ڈال کر کے پکاتے ہیں یعنی اس میں کوئی اور چیز نہیں ہوتی اٹا اور گڑ بہت ہی معمولی قسم کا کھانا ہے وہ اور ارہر کی دال جس میں کوئی مصالحہ نہیں گھی نہیں کچھ بھی نہیں تو سادہ قسم کی ارہر کی دال اور گلگلہ لے کر ایا ہے وہ اب اور اور غصہ ہو گیا یہ لوگ</w:t>
      </w:r>
    </w:p>
    <w:p>
      <w:r>
        <w:rPr>
          <w:b/>
        </w:rPr>
        <w:t xml:space="preserve">[24:34] </w:t>
      </w:r>
      <w:r>
        <w:t>ke aadmi itni der ke baad aaya aur laya kya ke arhar ki daal aur gul gulla toh</w:t>
      </w:r>
    </w:p>
    <w:p>
      <w:pPr>
        <w:jc w:val="right"/>
      </w:pPr>
      <w:r>
        <w:t>کہ ادمی اتنی دیر کے بعد ایا اور لایا کیا کہ ارہر کی دال اور گلگلہ تو</w:t>
      </w:r>
    </w:p>
    <w:p>
      <w:r>
        <w:rPr>
          <w:b/>
        </w:rPr>
        <w:t xml:space="preserve">[24:42] </w:t>
      </w:r>
      <w:r>
        <w:t>woh log kha nahi rahe the aap yaqeen kijiye ke kafi der tak woh ghusse baithe rahe aur phir bhi woh rakh ke chala gaya hai woh woh aadmi rakh kar ke chala gaya khud ab hum bhi log reh gaye khane ke liye toh mein toh itminaan se le kar khana shuru kar diya jaise ke mein</w:t>
      </w:r>
    </w:p>
    <w:p>
      <w:pPr>
        <w:jc w:val="right"/>
      </w:pPr>
      <w:r>
        <w:t>وہ لوگ کھا نہیں رہے تھے اپ یقین کیجئے کہ کافی دیر تک وہ غصے بیٹھے رہے اور پھر بھی وہ رکھ کے چلا گیا ہے وہ وہ ادمی رکھ کر کے چلا گیا خود اب ہم بھی لوگ رہ گئے کھانے کے لیے تو میں تو اطمینان سے لے کر کھانا شروع کر دیا جیسے کہ میں</w:t>
      </w:r>
    </w:p>
    <w:p>
      <w:r>
        <w:rPr>
          <w:b/>
        </w:rPr>
        <w:t xml:space="preserve">[25:01] </w:t>
      </w:r>
      <w:r>
        <w:t>rozana hi khata hoon bohat hi shauk se khane laga bari bara achha khana hai bohat achha combination hai woh itna ghussa the woh log ke in logon ne mere bohat khane sone se thoda sa khaya yaani adha khaya adha bhooke rahe woh aur subah ko bhage wahan se ja kar ke hotel mein khana khane ke liye</w:t>
      </w:r>
    </w:p>
    <w:p>
      <w:pPr>
        <w:jc w:val="right"/>
      </w:pPr>
      <w:r>
        <w:t>روزانہ ہی کھاتا ہوں بہت ہی شوق سے کھانے لگا بڑی بڑا اچھا کھانا ہے بہت اچھا کمبینیشن ہے وہ اتنا غصہ تھے وہ لوگ کہ ان لوگوں نے میرے بہت کھانے سونے سے تھوڑا سا کھایا یعنی ادھا کھایا ادھا بھوکے رہے وہ اور صبح کو بھاگے وہاں سے جا کر کے ہوٹل میں کھانا کھانے کے لیے</w:t>
      </w:r>
    </w:p>
    <w:p>
      <w:r>
        <w:rPr>
          <w:b/>
        </w:rPr>
        <w:t xml:space="preserve">[25:20] </w:t>
      </w:r>
      <w:r>
        <w:t>hotel mein khane ke liye bhage wahan se subah ko ab dekhiye is mein aap ke ek cheez jis se ke mujhe koi stress nahi hua in logon ko ho gaya ke ghussa hui hai khana nahi khaya subah ko bhage aur ja kar kisi hotel mein paisa de kar khana khaya</w:t>
      </w:r>
    </w:p>
    <w:p>
      <w:pPr>
        <w:jc w:val="right"/>
      </w:pPr>
      <w:r>
        <w:t>ہوٹل میں کھانے کے لیے بھاگے وہاں سے صبح کو اب دیکھیے اس میں اپ کہ ایک چیز جس سے کہ مجھے کوئی اسٹریس نہیں ہوا ان لوگوں کو ہو گیا کہ غصہ ہوئی ہے کھانا نہیں کھایا صبح کو بھاگے اور جا کر کسی ہوٹل میں پیسہ دے کر کھانا کھایا</w:t>
      </w:r>
    </w:p>
    <w:p>
      <w:r>
        <w:rPr>
          <w:b/>
        </w:rPr>
        <w:t xml:space="preserve">[25:37] </w:t>
      </w:r>
      <w:r>
        <w:t>yeh kya hai simple living</w:t>
      </w:r>
    </w:p>
    <w:p>
      <w:pPr>
        <w:jc w:val="right"/>
      </w:pPr>
      <w:r>
        <w:t>یہ کیا ہے سمپل لیونگ</w:t>
      </w:r>
    </w:p>
    <w:p>
      <w:r>
        <w:rPr>
          <w:b/>
        </w:rPr>
        <w:t xml:space="preserve">[25:40] </w:t>
      </w:r>
      <w:r>
        <w:t>mujhe kuch nahi mujhe aap jo bhi khila dijiye woh sab theek hai toh aap unnecessary burden kyun lein apne mind par bataiye unnecessary tor par kisi cheez ko apna apni zaroorat kyun banayein use hi pet bharta hai use hi pet bharta hai toh kitna simple hai de-stressing ka formula bilkul hi simple hai is mein koi pareshani nahi hai lekin aap apne aap ke</w:t>
      </w:r>
    </w:p>
    <w:p>
      <w:pPr>
        <w:jc w:val="right"/>
      </w:pPr>
      <w:r>
        <w:t>مجھے کچھ نہیں مجھے اپ جو بھی کھلا دیجئے وہ سب ٹھیک ہے تو اپ ان نیسیسری برڈن کیوں لیں اپنے مائنڈ پر بتائیے ان نیسیسری طور پر کسی چیز کو اپنا اپنی ضرورت کیوں بنائیں اسے ہی پیٹ بھرتا ہے اسے ہی پیٹ بھرتا ہے تو کتنا سمپل ہے ڈی اسٹریسنگ کا فارمولا بالکل ہی سمپل ہے اس میں کوئی پریشانی نہیں ہے لیکن اپ اپنے اپ 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