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Materialism and Intellectual Dwarfism April 29, 2012 Maulana Wahiduddin Khan</w:t>
      </w:r>
    </w:p>
    <w:p>
      <w:r>
        <w:t>https://www.youtube.com/watch?v=tEtieTuJvUE</w:t>
      </w:r>
    </w:p>
    <w:p>
      <w:r>
        <w:rPr>
          <w:b/>
        </w:rPr>
        <w:t xml:space="preserve">[00:14] </w:t>
      </w:r>
      <w:r>
        <w:t>bismillah rahman rahim, wasalli allah ala nabiyil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[00:36] </w:t>
      </w:r>
      <w:r>
        <w:t>aaj ka topic hai:</w:t>
      </w:r>
    </w:p>
    <w:p>
      <w:pPr>
        <w:jc w:val="right"/>
      </w:pPr>
      <w:r>
        <w:t>آج کا ٹاپک ہے:</w:t>
      </w:r>
    </w:p>
    <w:p>
      <w:r>
        <w:rPr>
          <w:b/>
        </w:rPr>
        <w:t xml:space="preserve">[00:41] </w:t>
      </w:r>
      <w:r>
        <w:t>materialism</w:t>
      </w:r>
    </w:p>
    <w:p>
      <w:pPr>
        <w:jc w:val="right"/>
      </w:pPr>
      <w:r>
        <w:t>مٹیریلزم</w:t>
      </w:r>
    </w:p>
    <w:p>
      <w:r>
        <w:rPr>
          <w:b/>
        </w:rPr>
        <w:t xml:space="preserve">[00:45] </w:t>
      </w:r>
      <w:r>
        <w:t>aur intellectual dwarfism. yaani madat ya zehni bona pan.</w:t>
      </w:r>
    </w:p>
    <w:p>
      <w:pPr>
        <w:jc w:val="right"/>
      </w:pPr>
      <w:r>
        <w:t>اور انٹلیکچول ڈوارفزم۔ یعنی مادیت یا ذہنی بونا پن۔</w:t>
      </w:r>
    </w:p>
    <w:p>
      <w:r>
        <w:rPr>
          <w:b/>
        </w:rPr>
        <w:t xml:space="preserve">[00:59] </w:t>
      </w:r>
      <w:r>
        <w:t>dekhiye, jo log material culture ko ikhtiyar karte hain, bazahir toh woh</w:t>
      </w:r>
    </w:p>
    <w:p>
      <w:pPr>
        <w:jc w:val="right"/>
      </w:pPr>
      <w:r>
        <w:t>دیکھیے، جو لوگ مٹیریل کلچر کو اختیار کرتے ہیں، بظاہر تو وہ</w:t>
      </w:r>
    </w:p>
    <w:p>
      <w:r>
        <w:rPr>
          <w:b/>
        </w:rPr>
        <w:t xml:space="preserve">[01:11] </w:t>
      </w:r>
      <w:r>
        <w:t>material culture ko ikhtiyar karte hain, lekin nateeje ke aitbar se woh hota hai option for intellectual dwarfism.</w:t>
      </w:r>
    </w:p>
    <w:p>
      <w:pPr>
        <w:jc w:val="right"/>
      </w:pPr>
      <w:r>
        <w:t>مٹیریل کلچر کو اختیار کرتے ہیں، لیکن نتیجے کے اعتبار سے وہ ہوتا ہے آپشن فار انٹلیکچول ڈوارفزم۔</w:t>
      </w:r>
    </w:p>
    <w:p>
      <w:r>
        <w:rPr>
          <w:b/>
        </w:rPr>
        <w:t xml:space="preserve">[01:24] </w:t>
      </w:r>
      <w:r>
        <w:t>aap bhi is ka tajruba aap ko bhi hua hoga, mujhe toh zindagi mein bara yeh tajruba hua hai ke jo log jeete hain material culture mein,</w:t>
      </w:r>
    </w:p>
    <w:p>
      <w:pPr>
        <w:jc w:val="right"/>
      </w:pPr>
      <w:r>
        <w:t>آپ بھی اس کا تجربہ آپ کو بھی ہوا ہوگا، مجھے تو زندگی میں بڑا یہ تجربہ ہوا ہے کہ جو لوگ جیتے ہیں مٹیریل کلچر میں،</w:t>
      </w:r>
    </w:p>
    <w:p>
      <w:r>
        <w:rPr>
          <w:b/>
        </w:rPr>
        <w:t xml:space="preserve">[01:38] </w:t>
      </w:r>
      <w:r>
        <w:t>amalana woh intellectual dwarfism ka shikar rehte hain.</w:t>
      </w:r>
    </w:p>
    <w:p>
      <w:pPr>
        <w:jc w:val="right"/>
      </w:pPr>
      <w:r>
        <w:t>عملاً وہ انٹلیکچول ڈوارفزم کا شکار رہتے ہیں۔</w:t>
      </w:r>
    </w:p>
    <w:p>
      <w:r>
        <w:rPr>
          <w:b/>
        </w:rPr>
        <w:t xml:space="preserve">[01:45] </w:t>
      </w:r>
      <w:r>
        <w:t>material culture se meri murad hai madi cheezon mein, madi cheezon ke shauk mein jeena, family mein jeena, madi taraqqiyon ke bare mein sochte rehna,</w:t>
      </w:r>
    </w:p>
    <w:p>
      <w:pPr>
        <w:jc w:val="right"/>
      </w:pPr>
      <w:r>
        <w:t>مٹیریل کلچر سے میری مراد ہے مادی چیزوں میں، مادی چیزوں کے شوق میں جینا، فیملی میں جینا، مادی ترقیوں کے بارے میں سوچتے رہنا،</w:t>
      </w:r>
    </w:p>
    <w:p>
      <w:r>
        <w:rPr>
          <w:b/>
        </w:rPr>
        <w:t xml:space="preserve">[02:06] </w:t>
      </w:r>
      <w:r>
        <w:t>apni family ko apna soul concern bana lena,</w:t>
      </w:r>
    </w:p>
    <w:p>
      <w:pPr>
        <w:jc w:val="right"/>
      </w:pPr>
      <w:r>
        <w:t>اپنی فیملی کو اپنا سول کنسرن بنا لینا،</w:t>
      </w:r>
    </w:p>
    <w:p>
      <w:r>
        <w:rPr>
          <w:b/>
        </w:rPr>
        <w:t xml:space="preserve">[02:13] </w:t>
      </w:r>
      <w:r>
        <w:t>ghar, car, job, business, status—yeh sari cheezein material culture mein aati hain.</w:t>
      </w:r>
    </w:p>
    <w:p>
      <w:pPr>
        <w:jc w:val="right"/>
      </w:pPr>
      <w:r>
        <w:t>گھر، کار، جاب، بزنس، اسٹیٹس—یہ ساری چیزیں مٹیریل کلچر میں آتی ہیں۔</w:t>
      </w:r>
    </w:p>
    <w:p>
      <w:r>
        <w:rPr>
          <w:b/>
        </w:rPr>
        <w:t xml:space="preserve">[02:27] </w:t>
      </w:r>
      <w:r>
        <w:t>toh jo log</w:t>
      </w:r>
    </w:p>
    <w:p>
      <w:pPr>
        <w:jc w:val="right"/>
      </w:pPr>
      <w:r>
        <w:t>تو جو لوگ</w:t>
      </w:r>
    </w:p>
    <w:p>
      <w:r>
        <w:rPr>
          <w:b/>
        </w:rPr>
        <w:t xml:space="preserve">[02:29] </w:t>
      </w:r>
      <w:r>
        <w:t>material culture ko ya madi taraqqi ko apna concern banate hain, toh lazmi taur par is ki ek price dete hain.</w:t>
      </w:r>
    </w:p>
    <w:p>
      <w:pPr>
        <w:jc w:val="right"/>
      </w:pPr>
      <w:r>
        <w:t>مٹیریل کلچر کو یا مادی ترقی کو اپنا کنسرن بناتے ہیں، تو لازمی طور پر اس کی ایک پرائس دیتے ہیں۔</w:t>
      </w:r>
    </w:p>
    <w:p>
      <w:r>
        <w:rPr>
          <w:b/>
        </w:rPr>
        <w:t xml:space="preserve">[02:42] </w:t>
      </w:r>
      <w:r>
        <w:t>woh yeh ke woh</w:t>
      </w:r>
    </w:p>
    <w:p>
      <w:pPr>
        <w:jc w:val="right"/>
      </w:pPr>
      <w:r>
        <w:t>وہ یہ کہ وہ</w:t>
      </w:r>
    </w:p>
    <w:p>
      <w:r>
        <w:rPr>
          <w:b/>
        </w:rPr>
        <w:t xml:space="preserve">[02:45] </w:t>
      </w:r>
      <w:r>
        <w:t>intellectual dwarfism ka shikar hotay hain. dekhiye, insan</w:t>
      </w:r>
    </w:p>
    <w:p>
      <w:pPr>
        <w:jc w:val="right"/>
      </w:pPr>
      <w:r>
        <w:t>انٹلیکچول ڈوارفزم کا شکار ہوتے ہیں۔ دیکھیے، انسان</w:t>
      </w:r>
    </w:p>
    <w:p>
      <w:r>
        <w:rPr>
          <w:b/>
        </w:rPr>
        <w:t xml:space="preserve">[02:55] </w:t>
      </w:r>
      <w:r>
        <w:t>do ek dol bang hai, insan. hamara ek body hai, hamara ek soul hai. to dono ke taqazay alag alag hain.</w:t>
      </w:r>
    </w:p>
    <w:p>
      <w:pPr>
        <w:jc w:val="right"/>
      </w:pPr>
      <w:r>
        <w:t>دو ایک ڈول بینگ ہے، انسان۔ ہمارا ایک باڈی ہے، ہمارا ایک سول ہے۔ تو دونوں کے تقاضے الگ الگ ہیں۔</w:t>
      </w:r>
    </w:p>
    <w:p>
      <w:r>
        <w:rPr>
          <w:b/>
        </w:rPr>
        <w:t xml:space="preserve">[03:09] </w:t>
      </w:r>
      <w:r>
        <w:t>body ki tarraqi yeh hai ke is ko</w:t>
      </w:r>
    </w:p>
    <w:p>
      <w:pPr>
        <w:jc w:val="right"/>
      </w:pPr>
      <w:r>
        <w:t>باڈی کی ترقی یہ ہے کہ اس کو</w:t>
      </w:r>
    </w:p>
    <w:p>
      <w:r>
        <w:rPr>
          <w:b/>
        </w:rPr>
        <w:t xml:space="preserve">[03:15] </w:t>
      </w:r>
      <w:r>
        <w:t>maadi cheezain milti rahain, khana peena milta rah. lekin jo soul hai, is ki tarraqi yeh hai is par ke aap ke andar intellectual development hota rah.</w:t>
      </w:r>
    </w:p>
    <w:p>
      <w:pPr>
        <w:jc w:val="right"/>
      </w:pPr>
      <w:r>
        <w:t>مادی چیزیں ملتی رہیں، کھانا پینا ملتا رہے۔ لیکن جو سول ہے، اس کی ترقی یہ ہے اس پر کہ آپ کے اندر انٹلیکچول ڈویلپمنٹ ہوتا رہے۔</w:t>
      </w:r>
    </w:p>
    <w:p>
      <w:r>
        <w:rPr>
          <w:b/>
        </w:rPr>
        <w:t xml:space="preserve">[03:31] </w:t>
      </w:r>
      <w:r>
        <w:t>woh ek bilkul different</w:t>
      </w:r>
    </w:p>
    <w:p>
      <w:pPr>
        <w:jc w:val="right"/>
      </w:pPr>
      <w:r>
        <w:t>وہ ایک بالکل ڈفرنٹ</w:t>
      </w:r>
    </w:p>
    <w:p>
      <w:r>
        <w:rPr>
          <w:b/>
        </w:rPr>
        <w:t xml:space="preserve">[03:33] </w:t>
      </w:r>
      <w:r>
        <w:t>department hai. yeh namumkin hai, dekhiye, ke aap maadi tarraqi mein jeen aur sath sath aap ka intellectual development bhi hota rah.</w:t>
      </w:r>
    </w:p>
    <w:p>
      <w:pPr>
        <w:jc w:val="right"/>
      </w:pPr>
      <w:r>
        <w:t>ڈیپارٹمنٹ ہے۔ یہ ناممکن ہے، دیکھیے، کہ آپ مادی ترقیوں میں جئیں اور ساتھ ساتھ آپ کا انٹلیکچول ڈویلپمنٹ بھی ہوتا رہے۔</w:t>
      </w:r>
    </w:p>
    <w:p>
      <w:r>
        <w:rPr>
          <w:b/>
        </w:rPr>
        <w:t xml:space="preserve">[03:45] </w:t>
      </w:r>
      <w:r>
        <w:t>yeh nahi ho sakta. to ek ko lainay ke liye doosray ko khona paray ga.</w:t>
      </w:r>
    </w:p>
    <w:p>
      <w:pPr>
        <w:jc w:val="right"/>
      </w:pPr>
      <w:r>
        <w:t>یہ نہیں ہو سکتا۔ تو ایک کو لینے کے لیے دوسرے کو کھونا پڑے گا۔</w:t>
      </w:r>
    </w:p>
    <w:p>
      <w:r>
        <w:rPr>
          <w:b/>
        </w:rPr>
        <w:t xml:space="preserve">[03:52] </w:t>
      </w:r>
      <w:r>
        <w:t>hadees mein aata hai ke: "من أحب الدنيا أضر بآخرته"</w:t>
      </w:r>
    </w:p>
    <w:p>
      <w:pPr>
        <w:jc w:val="right"/>
      </w:pPr>
      <w:r>
        <w:t>حدیث میں آتا ہے کہ: "من أحب الدنيا أضر بآخرته"</w:t>
      </w:r>
    </w:p>
    <w:p>
      <w:r>
        <w:rPr>
          <w:b/>
        </w:rPr>
        <w:t xml:space="preserve">[04:03] </w:t>
      </w:r>
      <w:r>
        <w:t>"ون أحب آخرته أضر بدنیا" "فأصروا ما يبقى على ما يفنى" ۔</w:t>
      </w:r>
    </w:p>
    <w:p>
      <w:pPr>
        <w:jc w:val="right"/>
      </w:pPr>
      <w:r>
        <w:t>"ون أحب آخرته أضر بدنیا" "فأصروا ما يبقى على ما يفنى" ۔</w:t>
      </w:r>
    </w:p>
    <w:p>
      <w:r>
        <w:rPr>
          <w:b/>
        </w:rPr>
        <w:t xml:space="preserve">[04:13] </w:t>
      </w:r>
      <w:r>
        <w:t>yani dono ko back waqt aap taqseem, develop nahi kar saktay. yani physical part aap ka jo hai woh</w:t>
      </w:r>
    </w:p>
    <w:p>
      <w:pPr>
        <w:jc w:val="right"/>
      </w:pPr>
      <w:r>
        <w:t>یعنی دونوں کو بیک وقت آپ تقسیم، ڈویلپ نہیں کر سکتے۔ یعنی فزیکل پارٹ آپ کا جو ہے وہ</w:t>
      </w:r>
    </w:p>
    <w:p>
      <w:r>
        <w:rPr>
          <w:b/>
        </w:rPr>
        <w:t xml:space="preserve">[04:22] </w:t>
      </w:r>
      <w:r>
        <w:t>aur aap ka intellectual part jo hai woh.</w:t>
      </w:r>
    </w:p>
    <w:p>
      <w:pPr>
        <w:jc w:val="right"/>
      </w:pPr>
      <w:r>
        <w:t>اور آپ کا انٹلیکچول پارٹ جو ہے وہ۔</w:t>
      </w:r>
    </w:p>
    <w:p>
      <w:r>
        <w:rPr>
          <w:b/>
        </w:rPr>
        <w:t xml:space="preserve">[04:27] </w:t>
      </w:r>
      <w:r>
        <w:t>to ab aap ko, aap ka choice kya hai, woh aap par nevar karta hai. lekin yeh bohat ziyada serious masla hai.</w:t>
      </w:r>
    </w:p>
    <w:p>
      <w:pPr>
        <w:jc w:val="right"/>
      </w:pPr>
      <w:r>
        <w:t>تو اب آپ کو، آپ کا چوائس کیا ہے، وہ آپ پر نیور کرتا ہے۔ لیکن یہ بہت زیادہ سیریس مسئلہ ہے۔</w:t>
      </w:r>
    </w:p>
    <w:p>
      <w:r>
        <w:rPr>
          <w:b/>
        </w:rPr>
        <w:t xml:space="preserve">[04:38] </w:t>
      </w:r>
      <w:r>
        <w:t>hota kya hai ke jab aadmi paida hota hai, bachpan aur naujawani</w:t>
      </w:r>
    </w:p>
    <w:p>
      <w:pPr>
        <w:jc w:val="right"/>
      </w:pPr>
      <w:r>
        <w:t>ہوتا کیا ہے کہ جب آدمی پیدا ہوتا ہے، بچپن اور نوجوانی</w:t>
      </w:r>
    </w:p>
    <w:p>
      <w:r>
        <w:rPr>
          <w:b/>
        </w:rPr>
        <w:t xml:space="preserve">[04:44] </w:t>
      </w:r>
      <w:r>
        <w:t>ya ibtidai umar jo hoti hai is ki, to is mein bari energy hoti hai. bohat energy hoti hai. to khel kood mein, tafreeh mein woh jeenay lagta hai.</w:t>
      </w:r>
    </w:p>
    <w:p>
      <w:pPr>
        <w:jc w:val="right"/>
      </w:pPr>
      <w:r>
        <w:t>یا ابتدائی عمر جو ہوتی ہے اس کی، تو اس میں بڑی انرجی ہوتی ہے۔ بہت انرجی ہوتی ہے۔ تو کھیل کود میں، تفریح میں وہ جینے لگتا ہے۔</w:t>
      </w:r>
    </w:p>
    <w:p>
      <w:r>
        <w:rPr>
          <w:b/>
        </w:rPr>
        <w:t xml:space="preserve">[05:00] </w:t>
      </w:r>
      <w:r>
        <w:t>jaisay misaal ke tor par dekhiye,</w:t>
      </w:r>
    </w:p>
    <w:p>
      <w:pPr>
        <w:jc w:val="right"/>
      </w:pPr>
      <w:r>
        <w:t>جیسے مثال کے طور پر دیکھیے،</w:t>
      </w:r>
    </w:p>
    <w:p>
      <w:r>
        <w:rPr>
          <w:b/>
        </w:rPr>
        <w:t xml:space="preserve">[05:04] </w:t>
      </w:r>
      <w:r>
        <w:t>do naujawan khel kood kar rahay hain.</w:t>
      </w:r>
    </w:p>
    <w:p>
      <w:pPr>
        <w:jc w:val="right"/>
      </w:pPr>
      <w:r>
        <w:t>دو نوجوان کھیل کود کر رہے ہیں۔</w:t>
      </w:r>
    </w:p>
    <w:p>
      <w:r>
        <w:rPr>
          <w:b/>
        </w:rPr>
        <w:t xml:space="preserve">[05:11] </w:t>
      </w:r>
      <w:r>
        <w:t>to jis waqt aadmi khel kood karta hai, woh samajhta hai ke bas yahi zindagi hai.</w:t>
      </w:r>
    </w:p>
    <w:p>
      <w:pPr>
        <w:jc w:val="right"/>
      </w:pPr>
      <w:r>
        <w:t>تو جس وقت آدمی کھیل کود کرتا ہے، وہ سمجھتا ہے کہ بس یہی زندگی ہے۔</w:t>
      </w:r>
    </w:p>
    <w:p>
      <w:r>
        <w:rPr>
          <w:b/>
        </w:rPr>
        <w:t xml:space="preserve">[05:22] </w:t>
      </w:r>
      <w:r>
        <w:t>lekin aap law of nature ko over rule nahi kar saktay. aap ki zindagi hamesha, yani jawani wali energy aap ke andar nahi rehti.</w:t>
      </w:r>
    </w:p>
    <w:p>
      <w:pPr>
        <w:jc w:val="right"/>
      </w:pPr>
      <w:r>
        <w:t>لیکن آپ لاء آف نیچر کو اوور رول نہیں کر سکتے۔ آپ کی زندگی ہمیشہ، یعنی جوانی والی انرجی آپ کے اندر نہیں رہتی۔</w:t>
      </w:r>
    </w:p>
    <w:p>
      <w:r>
        <w:rPr>
          <w:b/>
        </w:rPr>
        <w:t xml:space="preserve">[05:40] </w:t>
      </w:r>
      <w:r>
        <w:t>aap par bemari lagti hai, accident hota hai, tarah tarah ke arts paish atay hain. aur agar yeh sab kuch bhi na ho, farz keejiyay, tab bhi aap barhapay se bacha nahi saktay apnay aap ko.</w:t>
      </w:r>
    </w:p>
    <w:p>
      <w:pPr>
        <w:jc w:val="right"/>
      </w:pPr>
      <w:r>
        <w:t>آپ پر بیماری لگتی ہے، ایکسیڈنٹ ہوتا ہے، طرح طرح کے آرٹس پیش آتے ہیں۔ اور اگر یہ سب کچھ بھی نہ ہو، فرض کیجیے، تب بھی آپ بڑھاپے سے بچا نہیں سکتے اپنے آپ کو۔</w:t>
      </w:r>
    </w:p>
    <w:p>
      <w:r>
        <w:rPr>
          <w:b/>
        </w:rPr>
        <w:t xml:space="preserve">[05:55] </w:t>
      </w:r>
      <w:r>
        <w:t>yeh to impossibly ke aap barhapay se bacha lain.</w:t>
      </w:r>
    </w:p>
    <w:p>
      <w:pPr>
        <w:jc w:val="right"/>
      </w:pPr>
      <w:r>
        <w:t>یہ تو امپاسیبلی کہ آپ بڑھاپے سے بچا لیں۔</w:t>
      </w:r>
    </w:p>
    <w:p>
      <w:r>
        <w:rPr>
          <w:b/>
        </w:rPr>
        <w:t xml:space="preserve">[05:58] </w:t>
      </w:r>
      <w:r>
        <w:t>aakhir mein dekhiye, yeh hota hai.</w:t>
      </w:r>
    </w:p>
    <w:p>
      <w:pPr>
        <w:jc w:val="right"/>
      </w:pPr>
      <w:r>
        <w:t>آخر میں دیکھیے، یہ ہوتا ہے۔</w:t>
      </w:r>
    </w:p>
    <w:p>
      <w:r>
        <w:rPr>
          <w:b/>
        </w:rPr>
        <w:t xml:space="preserve">[06:03] </w:t>
      </w:r>
      <w:r>
        <w:t>akela insan, sad, andar se sad, aur bilkul goya ke woh waiting for death, maut ka intezar karta hota hai.</w:t>
      </w:r>
    </w:p>
    <w:p>
      <w:pPr>
        <w:jc w:val="right"/>
      </w:pPr>
      <w:r>
        <w:t>اکیلا انسان، سیڈ، اندر سے سیڈ، اور بالکل گویا کہ وہ ویٹنگ فار ڈیتھ، موت کا انتظار کرتا ہوتا ہے۔</w:t>
      </w:r>
    </w:p>
    <w:p>
      <w:r>
        <w:rPr>
          <w:b/>
        </w:rPr>
        <w:t xml:space="preserve">[06:17] </w:t>
      </w:r>
      <w:r>
        <w:t>aur maut ke baad kya hai?</w:t>
      </w:r>
    </w:p>
    <w:p>
      <w:pPr>
        <w:jc w:val="right"/>
      </w:pPr>
      <w:r>
        <w:t>اور موت کے بعد کیا ہے؟</w:t>
      </w:r>
    </w:p>
    <w:p>
      <w:r>
        <w:rPr>
          <w:b/>
        </w:rPr>
        <w:t xml:space="preserve">[06:20] </w:t>
      </w:r>
      <w:r>
        <w:t>jo kuch aap ne yahan maadi tarraqi ki thi, woh sab aap ko sath chhod deti hai.</w:t>
      </w:r>
    </w:p>
    <w:p>
      <w:pPr>
        <w:jc w:val="right"/>
      </w:pPr>
      <w:r>
        <w:t>جو کچھ آپ نے یہاں مادی ترقی کی تھی، وہ سب آپ کو ساتھ چھوڑ دیتی ہے۔</w:t>
      </w:r>
    </w:p>
    <w:p>
      <w:r>
        <w:rPr>
          <w:b/>
        </w:rPr>
        <w:t xml:space="preserve">[06:28] </w:t>
      </w:r>
      <w:r>
        <w:t>to yeh bohat ziyada serious masla hai, is ko sochna chahiye har aadmi ko. kyunke dekhiye, sab se bari cheez jo aap ko mili hai, woh body hai.</w:t>
      </w:r>
    </w:p>
    <w:p>
      <w:pPr>
        <w:jc w:val="right"/>
      </w:pPr>
      <w:r>
        <w:t>تو یہ بہت زیادہ سیریس مسئلہ ہے، اس کو سوچنا چاہیے ہر آدمی کو۔ کیونکہ دیکھیے، سب سے بڑی چیز جو آپ کو ملی ہے، وہ باڈی ہے۔</w:t>
      </w:r>
    </w:p>
    <w:p>
      <w:r>
        <w:rPr>
          <w:b/>
        </w:rPr>
        <w:t xml:space="preserve">[06:40] </w:t>
      </w:r>
      <w:r>
        <w:t>body to vehicle hai, vehicle.</w:t>
      </w:r>
    </w:p>
    <w:p>
      <w:pPr>
        <w:jc w:val="right"/>
      </w:pPr>
      <w:r>
        <w:t>باڈی تو وہیکل ہے، وہیکل۔</w:t>
      </w:r>
    </w:p>
    <w:p>
      <w:r>
        <w:rPr>
          <w:b/>
        </w:rPr>
        <w:t xml:space="preserve">[06:45] </w:t>
      </w:r>
      <w:r>
        <w:t>samjho, bachche, aap ko mind mila hua hai. yeh body aap ka vehicle hai.</w:t>
      </w:r>
    </w:p>
    <w:p>
      <w:pPr>
        <w:jc w:val="right"/>
      </w:pPr>
      <w:r>
        <w:t>سمجھو، بچے، آپ کو مائنڈ ملا ہوا ہے۔ یہ باڈی آپ کا وہیکل ہے۔</w:t>
      </w:r>
    </w:p>
    <w:p>
      <w:r>
        <w:rPr>
          <w:b/>
        </w:rPr>
        <w:t xml:space="preserve">[06:52] </w:t>
      </w:r>
      <w:r>
        <w:t>to vehicle, vehicle ki khoob polish karen aap, aur mind ko starvation mein rakhen to yeh aqalmandi nahi hogi.</w:t>
      </w:r>
    </w:p>
    <w:p>
      <w:pPr>
        <w:jc w:val="right"/>
      </w:pPr>
      <w:r>
        <w:t>تو وہیکل، وہیکل کی خوب پالش کریں آپ، اور مائنڈ کو اسٹارویشن میں رکھیں تو یہ عقلمندی نہیں ہوگی۔</w:t>
      </w:r>
    </w:p>
    <w:p>
      <w:r>
        <w:rPr>
          <w:b/>
        </w:rPr>
        <w:t xml:space="preserve">[07:02] </w:t>
      </w:r>
      <w:r>
        <w:t>lekin badqismati se aaj kal sab ka yahi haal hai. "Eat, drink, and be merry" . mein jeete hain log. chahe yeh lafz na bhi jante hon.</w:t>
      </w:r>
    </w:p>
    <w:p>
      <w:pPr>
        <w:jc w:val="right"/>
      </w:pPr>
      <w:r>
        <w:t>لیکن بدقسمتی سے آج کل سب کا یہی حال ہے۔ "Eat, drink, and be merry" ۔ میں جیتے ہیں لوگ۔ چاہے یہ لفظ نہ بھی جانتے ہوں۔</w:t>
      </w:r>
    </w:p>
    <w:p>
      <w:r>
        <w:rPr>
          <w:b/>
        </w:rPr>
        <w:t xml:space="preserve">[07:12] </w:t>
      </w:r>
      <w:r>
        <w:t>"Right here,right now" . yeh na bhi jante hon tab bhi isi mein jeete hain woh. aaj kal jo log job karte hain, un ka kya hai?</w:t>
      </w:r>
    </w:p>
    <w:p>
      <w:pPr>
        <w:jc w:val="right"/>
      </w:pPr>
      <w:r>
        <w:t>"Right here,right now" ۔ یہ نہ بھی جانتے ہوں تب بھی اسی میں جیتے ہیں وہ۔ آج کل جو لوگ جاب کرتے ہیں، ان کا کیا ہے؟</w:t>
      </w:r>
    </w:p>
    <w:p>
      <w:r>
        <w:rPr>
          <w:b/>
        </w:rPr>
        <w:t xml:space="preserve">[07:22] </w:t>
      </w:r>
      <w:r>
        <w:t>"Work hard, party hard" . matlab khoob mehnat se kaam karo, paisa kamao, aur partiyon mein ja kar ke paise lutao, tafreeh karo.</w:t>
      </w:r>
    </w:p>
    <w:p>
      <w:pPr>
        <w:jc w:val="right"/>
      </w:pPr>
      <w:r>
        <w:t>"Work hard, party hard" ۔ مطلب خوب محنت سے کام کرو، پیسہ کماؤ، اور پارٹیوں میں جا کر کے پیسے لٹاؤ، تفریح کرو۔</w:t>
      </w:r>
    </w:p>
    <w:p>
      <w:r>
        <w:rPr>
          <w:b/>
        </w:rPr>
        <w:t xml:space="preserve">[07:34] </w:t>
      </w:r>
      <w:r>
        <w:t>magar aise bohat se logon se, yahan se le kar America tak, mein mila hoon.</w:t>
      </w:r>
    </w:p>
    <w:p>
      <w:pPr>
        <w:jc w:val="right"/>
      </w:pPr>
      <w:r>
        <w:t>مگر ایسے بہت سے لوگوں سے، یہاں سے لے کر امریکہ تک، میں ملا ہوں۔</w:t>
      </w:r>
    </w:p>
    <w:p>
      <w:r>
        <w:rPr>
          <w:b/>
        </w:rPr>
        <w:t xml:space="preserve">[07:41] </w:t>
      </w:r>
      <w:r>
        <w:t>waqti, ek temporary entertainment hota hai party mein ya holiday mein jate hain aap. is ke baad phir ek naya stress.</w:t>
      </w:r>
    </w:p>
    <w:p>
      <w:pPr>
        <w:jc w:val="right"/>
      </w:pPr>
      <w:r>
        <w:t>وقتی، ایک ٹیمپریری انٹرٹینمنٹ ہوتا ہے پارٹی میں یا ہالی ڈے میں جاتے ہیں آپ۔ اس کے بعد پھر ایک نیا اسٹریس۔</w:t>
      </w:r>
    </w:p>
    <w:p>
      <w:r>
        <w:rPr>
          <w:b/>
        </w:rPr>
        <w:t xml:space="preserve">[07:53] </w:t>
      </w:r>
      <w:r>
        <w:t>is ke baad ek naya stress, jis ko aap keh sakte hain party stress ya holiday stress.</w:t>
      </w:r>
    </w:p>
    <w:p>
      <w:pPr>
        <w:jc w:val="right"/>
      </w:pPr>
      <w:r>
        <w:t>اس کے بعد ایک نیا اسٹریس، جس کو آپ کہہ سکتے ہیں پارٹی اسٹریس یا ہالی ڈے اسٹریس۔</w:t>
      </w:r>
    </w:p>
    <w:p>
      <w:r>
        <w:rPr>
          <w:b/>
        </w:rPr>
        <w:t xml:space="preserve">[08:02] </w:t>
      </w:r>
      <w:r>
        <w:t>America mein ek aadmi mujhe mile, unhon ne kaha ke yahan ek culture hai ke khoob mehnat karo, aur is ke baad weekend mein ja kar ke khoob tafreeh karo,</w:t>
      </w:r>
    </w:p>
    <w:p>
      <w:pPr>
        <w:jc w:val="right"/>
      </w:pPr>
      <w:r>
        <w:t>امریکہ میں ایک آدمی مجھے ملے، انہوں نے کہا کہ یہاں ایک کلچر ہے کہ خوب محنت کرو، اور اس کے بعد ویک اینڈ میں جا کر کے خوب تفریح کرو،</w:t>
      </w:r>
    </w:p>
    <w:p>
      <w:r>
        <w:rPr>
          <w:b/>
        </w:rPr>
        <w:t xml:space="preserve">[08:12] </w:t>
      </w:r>
      <w:r>
        <w:t>holiday manao. lekin is ne bataya ke tajurba yeh batata hai ke ek naya stress le kar aata hai aadmi. to yahan pe ek lafz naya bana hai, holiday stress.</w:t>
      </w:r>
    </w:p>
    <w:p>
      <w:pPr>
        <w:jc w:val="right"/>
      </w:pPr>
      <w:r>
        <w:t>ہالی ڈے مناؤ۔ لیکن اس نے بتایا کہ تجربہ یہ بتاتا ہے کہ ایک نیا اسٹریس لے کے آتا ہے آدمی۔ تو یہاں پہ ایک لفظ نیا بنا ہے، ہالی ڈے اسٹریس۔</w:t>
      </w:r>
    </w:p>
    <w:p>
      <w:r>
        <w:rPr>
          <w:b/>
        </w:rPr>
        <w:t xml:space="preserve">[08:28] </w:t>
      </w:r>
      <w:r>
        <w:t>to kya ek ek koi zindagi hai? bataiye. yeh to just like animal jeena hai.</w:t>
      </w:r>
    </w:p>
    <w:p>
      <w:pPr>
        <w:jc w:val="right"/>
      </w:pPr>
      <w:r>
        <w:t>تو کیا ایک ایک کوئی زندگی ہے؟ بتائیے۔ یہ تو جسٹ لائک اینیمل جینا ہے۔</w:t>
      </w:r>
    </w:p>
    <w:p>
      <w:r>
        <w:rPr>
          <w:b/>
        </w:rPr>
        <w:t xml:space="preserve">[08:38] </w:t>
      </w:r>
      <w:r>
        <w:t>just like animal jeena hai. mein developed countries jin ko kaha jata hai,</w:t>
      </w:r>
    </w:p>
    <w:p>
      <w:pPr>
        <w:jc w:val="right"/>
      </w:pPr>
      <w:r>
        <w:t>جسٹ لائک اینیمل جینا ہے۔ میں ڈیولپ کنٹریز جن کو کہا جاتا ہے،</w:t>
      </w:r>
    </w:p>
    <w:p>
      <w:r>
        <w:rPr>
          <w:b/>
        </w:rPr>
        <w:t xml:space="preserve">[08:48] </w:t>
      </w:r>
      <w:r>
        <w:t>Europe, America, wahan bar bar mein ne safar kiya hai. jab bhi mein kahin se milta hoon, chahe woh Hindu ho ya Isai ho ya Musalman ho, hamesha mein ek sawal karta hoon.</w:t>
      </w:r>
    </w:p>
    <w:p>
      <w:pPr>
        <w:jc w:val="right"/>
      </w:pPr>
      <w:r>
        <w:t>یورپ، امریکہ، وہاں بار بار میں نے سفر کیا ہے۔ جب بھی میں کہیں سے ملتا ہوں، چاہے وہ ہندو ہو یا عیسائی ہو یا مسلمان ہو، ہمیشہ میں ایک سوال کرتا ہوں۔</w:t>
      </w:r>
    </w:p>
    <w:p>
      <w:r>
        <w:rPr>
          <w:b/>
        </w:rPr>
        <w:t xml:space="preserve">[09:02] </w:t>
      </w:r>
      <w:r>
        <w:t>ek sawal karta hoon ke aap apna koi experience bataiye, koi wisdom ki baat bataiye, apni koi finding bataiye, apni koi discovery bataiye.</w:t>
      </w:r>
    </w:p>
    <w:p>
      <w:pPr>
        <w:jc w:val="right"/>
      </w:pPr>
      <w:r>
        <w:t>ایک سوال کرتا ہوں کہ آپ اپنا کوئی ایکسپیرینس بتائیے، کوئی وزڈم کی بات بتائیے، اپنی کوئی فائنڈنگ بتائیے، اپنی کوئی ڈسکوری بتائیے۔</w:t>
      </w:r>
    </w:p>
    <w:p>
      <w:r>
        <w:rPr>
          <w:b/>
        </w:rPr>
        <w:t xml:space="preserve">[09:16] </w:t>
      </w:r>
      <w:r>
        <w:t>yaqeen kijiye, ek ek bhi aadmi abhi tak mujhe nahi mila</w:t>
      </w:r>
    </w:p>
    <w:p>
      <w:pPr>
        <w:jc w:val="right"/>
      </w:pPr>
      <w:r>
        <w:t>یقین کیجیے، ایک ایک بھی آدمی ابھی تک مجھے نہیں ملا</w:t>
      </w:r>
    </w:p>
    <w:p>
      <w:r>
        <w:rPr>
          <w:b/>
        </w:rPr>
        <w:t xml:space="preserve">[09:20] </w:t>
      </w:r>
      <w:r>
        <w:t>jis ne koi khaas baat batai ho. ek sahab jo bohat kamyab zindagi guzar rahe the, ab un ki death ho chuki hai.</w:t>
      </w:r>
    </w:p>
    <w:p>
      <w:pPr>
        <w:jc w:val="right"/>
      </w:pPr>
      <w:r>
        <w:t>جس نے کوئی خاص بات بتائی ہو۔ ایک صاحب جو بہت کامیاب زندگی گزار رہے تھے، اب ان کی ڈیتھ ہو چکی ہے۔</w:t>
      </w:r>
    </w:p>
    <w:p>
      <w:r>
        <w:rPr>
          <w:b/>
        </w:rPr>
        <w:t xml:space="preserve">[09:33] </w:t>
      </w:r>
      <w:r>
        <w:t>woh ek kamyab insaan, material sense mein keh sakte hain.</w:t>
      </w:r>
    </w:p>
    <w:p>
      <w:pPr>
        <w:jc w:val="right"/>
      </w:pPr>
      <w:r>
        <w:t>وہ ایک کامیاب انسان، مٹیریل سینس میں کہہ سکتے ہیں۔</w:t>
      </w:r>
    </w:p>
    <w:p>
      <w:r>
        <w:rPr>
          <w:b/>
        </w:rPr>
        <w:t xml:space="preserve">[09:37] </w:t>
      </w:r>
      <w:r>
        <w:t>un se mein ne poocha ke apni koi finding bataiye, khud aap ne koi cheez jo discover ki ho.</w:t>
      </w:r>
    </w:p>
    <w:p>
      <w:pPr>
        <w:jc w:val="right"/>
      </w:pPr>
      <w:r>
        <w:t>ان سے میں نے پوچھا کہ اپنی کوئی فائنڈنگ بتائیے، خود آپ نے کوئی چیز جو ڈسکور کی ہو۔</w:t>
      </w:r>
    </w:p>
    <w:p>
      <w:r>
        <w:rPr>
          <w:b/>
        </w:rPr>
        <w:t xml:space="preserve">[09:49] </w:t>
      </w:r>
      <w:r>
        <w:t>to unhon ne "hair splitting" keh diya. unhon ne kaha ke "It is hair splitting"</w:t>
      </w:r>
    </w:p>
    <w:p>
      <w:pPr>
        <w:jc w:val="right"/>
      </w:pPr>
      <w:r>
        <w:t>تو انہوں نے "جون جاب" کہہ دیا۔ انہوں نے کہا کہ "It is hair splitting"</w:t>
      </w:r>
    </w:p>
    <w:p>
      <w:r>
        <w:rPr>
          <w:b/>
        </w:rPr>
        <w:t xml:space="preserve">[09:56] </w:t>
      </w:r>
      <w:r>
        <w:t>. a, yeh sab to baal ki khaal nikalna hai. yani koi baat nahi bata sake woh. lakhon logon ki nazar mein woh bohat kamyab the.</w:t>
      </w:r>
    </w:p>
    <w:p>
      <w:pPr>
        <w:jc w:val="right"/>
      </w:pPr>
      <w:r>
        <w:t>۔ اے، یہ سب تو بال کی کھال نکالنا ہے۔ یعنی کوئی بات نہیں بتا سکے وہ۔ لاکھوں لوگوں کی نظر میں وہ بہت کامیاب تھے۔</w:t>
      </w:r>
    </w:p>
    <w:p>
      <w:r>
        <w:rPr>
          <w:b/>
        </w:rPr>
        <w:t xml:space="preserve">[10:08] </w:t>
      </w:r>
      <w:r>
        <w:t>woh TV pe ate the, stage pe ate the.</w:t>
      </w:r>
    </w:p>
    <w:p>
      <w:pPr>
        <w:jc w:val="right"/>
      </w:pPr>
      <w:r>
        <w:t>وہ ٹی وی پہ آتے تھے، اسٹیج پہ آتے تھے۔</w:t>
      </w:r>
    </w:p>
    <w:p>
      <w:r>
        <w:rPr>
          <w:b/>
        </w:rPr>
        <w:t xml:space="preserve">[10:15] </w:t>
      </w:r>
      <w:r>
        <w:t>lekin jab mein ne un se poocha, aur jab un ki umar jab ziyada ho chuki thi, senior the us waqt, woh tab mein ne poocha tha un se</w:t>
      </w:r>
    </w:p>
    <w:p>
      <w:pPr>
        <w:jc w:val="right"/>
      </w:pPr>
      <w:r>
        <w:t>لیکن جب میں نے ان سے پوچھا، اور جب ان کی عمر جب زیادہ ہو چکی تھی، سینئر تھے اس وقت، وہ تب میں نے پوچھا تھا ان سے</w:t>
      </w:r>
    </w:p>
    <w:p>
      <w:r>
        <w:rPr>
          <w:b/>
        </w:rPr>
        <w:t xml:space="preserve">[10:27] </w:t>
      </w:r>
      <w:r>
        <w:t>ke apni koi finding bataiye. to unhon ne kaha ke "arey, yeh sab to hair splitting hai".</w:t>
      </w:r>
    </w:p>
    <w:p>
      <w:pPr>
        <w:jc w:val="right"/>
      </w:pPr>
      <w:r>
        <w:t>کہ اپنی کوئی فائنڈنگ بتائیے۔ تو انہوں نے کہا کہ "ارے، یہ سب تو ہیئر سپلٹنگ ہے"۔</w:t>
      </w:r>
    </w:p>
    <w:p>
      <w:r>
        <w:rPr>
          <w:b/>
        </w:rPr>
        <w:t xml:space="preserve">[10:36] </w:t>
      </w:r>
      <w:r>
        <w:t>yeh mere tajrube ke mutabiq, without any exception, sab ka haal hai.</w:t>
      </w:r>
    </w:p>
    <w:p>
      <w:pPr>
        <w:jc w:val="right"/>
      </w:pPr>
      <w:r>
        <w:t>یہ میرے تجربے کے مطابق، وِدا آؤٹ اینی ایکسیپشن، سب کا حال ہے۔</w:t>
      </w:r>
    </w:p>
    <w:p>
      <w:r>
        <w:rPr>
          <w:b/>
        </w:rPr>
        <w:t xml:space="preserve">[10:45] </w:t>
      </w:r>
      <w:r>
        <w:t>kya isi liye dunya mein hum aaye hain? ke animal ki tarah khayein piyein, well dressed life ho hamari, caron mein chalein, gharon mein rahein, aur phir mar kar khatm ho jayein?</w:t>
      </w:r>
    </w:p>
    <w:p>
      <w:pPr>
        <w:jc w:val="right"/>
      </w:pPr>
      <w:r>
        <w:t>کیا اسی لیے دنیا میں ہم آئے ہیں؟ کہ اینیمل کی طرح کھائیں پیئیں، ویل ڈریس لائف ہو ہماری، کاروں میں چلیں، گھروں میں رہیں، اور پھر مر کر ختم ہو جائیں؟</w:t>
      </w:r>
    </w:p>
    <w:p>
      <w:r>
        <w:rPr>
          <w:b/>
        </w:rPr>
        <w:t xml:space="preserve">[10:59] </w:t>
      </w:r>
      <w:r>
        <w:t>hamara mind jo hai, starvation mein rahe.</w:t>
      </w:r>
    </w:p>
    <w:p>
      <w:pPr>
        <w:jc w:val="right"/>
      </w:pPr>
      <w:r>
        <w:t>ہمارا مائنڈ جو ہے، اسٹارویشن میں رہے۔</w:t>
      </w:r>
    </w:p>
    <w:p>
      <w:r>
        <w:rPr>
          <w:b/>
        </w:rPr>
        <w:t xml:space="preserve">[11:02] </w:t>
      </w:r>
      <w:r>
        <w:t>intellectual, intellectual sense mein hum dwarfism ka shikar rahe hain. yeh koi zindagi hai?</w:t>
      </w:r>
    </w:p>
    <w:p>
      <w:pPr>
        <w:jc w:val="right"/>
      </w:pPr>
      <w:r>
        <w:t>انٹلیکچول، انٹلیکچول سینس میں ہم ڈوارفزم کا شکار رہے ہیں۔ یہ کوئی زندگی ہے؟</w:t>
      </w:r>
    </w:p>
    <w:p>
      <w:r>
        <w:rPr>
          <w:b/>
        </w:rPr>
        <w:t xml:space="preserve">[11:12] </w:t>
      </w:r>
      <w:r>
        <w:t>kal mein radio sun raha tha. rozana mujhe aise tajrube hote hain, daily. hatta ke aaj bhi tajruba aisa hua.</w:t>
      </w:r>
    </w:p>
    <w:p>
      <w:pPr>
        <w:jc w:val="right"/>
      </w:pPr>
      <w:r>
        <w:t>کل میں ریڈیو سن رہا تھا۔ روزانہ مجھے ایسے تجربے ہوتے ہیں، ڈیلی۔ حتیٰ کہ آج بھی تجربہ ایسا ہوا۔</w:t>
      </w:r>
    </w:p>
    <w:p>
      <w:r>
        <w:rPr>
          <w:b/>
        </w:rPr>
        <w:t xml:space="preserve">[11:22] </w:t>
      </w:r>
      <w:r>
        <w:t>to kal radio sun raha tha mein, all India radio. to is par aa raha tha ek</w:t>
      </w:r>
    </w:p>
    <w:p>
      <w:pPr>
        <w:jc w:val="right"/>
      </w:pPr>
      <w:r>
        <w:t>تو کل ریڈیو سن رہا تھا میں، آل انڈیا ریڈیو۔ تو اس پر آ رہا تھا ایک</w:t>
      </w:r>
    </w:p>
    <w:p>
      <w:r>
        <w:rPr>
          <w:b/>
        </w:rPr>
        <w:t xml:space="preserve">[11:30] </w:t>
      </w:r>
      <w:r>
        <w:t>feature. woh tha single parenting par.</w:t>
      </w:r>
    </w:p>
    <w:p>
      <w:pPr>
        <w:jc w:val="right"/>
      </w:pPr>
      <w:r>
        <w:t>فیچر۔ وہ تھا سنگل پیرنٹنگ پر۔</w:t>
      </w:r>
    </w:p>
    <w:p>
      <w:r>
        <w:rPr>
          <w:b/>
        </w:rPr>
        <w:t xml:space="preserve">[11:38] </w:t>
      </w:r>
      <w:r>
        <w:t>single parenting ek naya lafz aaj kal nikla hai. ke do logon, do aadmiyon ne shadi ki.</w:t>
      </w:r>
    </w:p>
    <w:p>
      <w:pPr>
        <w:jc w:val="right"/>
      </w:pPr>
      <w:r>
        <w:t>سنگل پیرنٹنگ ایک نیا لفظ آج کل نکلا ہے۔ کہ دو لوگوں، دو آدمیوں نے شادی کی۔</w:t>
      </w:r>
    </w:p>
    <w:p>
      <w:r>
        <w:rPr>
          <w:b/>
        </w:rPr>
        <w:t xml:space="preserve">[11:47] </w:t>
      </w:r>
      <w:r>
        <w:t>ek ek ek ladka aur ek ladki. kuch din rahein saath, phir is ke baad har waqt lift hua.</w:t>
      </w:r>
    </w:p>
    <w:p>
      <w:pPr>
        <w:jc w:val="right"/>
      </w:pPr>
      <w:r>
        <w:t>ایک ایک ایک لڑکا اور ایک لڑکی۔ کچھ دن رہے ساتھ، پھر اس کے بعد ہر وقت لفٹ ہوا۔</w:t>
      </w:r>
    </w:p>
    <w:p>
      <w:r>
        <w:rPr>
          <w:b/>
        </w:rPr>
        <w:t xml:space="preserve">[11:54] </w:t>
      </w:r>
      <w:r>
        <w:t>aapas mein kuch jhanjhat hua, aur is ke baad alag ho gaye. woh alag reh rahe hain, woh alag reh rahe hain. to aise logon ke bare mein woh tha.</w:t>
      </w:r>
    </w:p>
    <w:p>
      <w:pPr>
        <w:jc w:val="right"/>
      </w:pPr>
      <w:r>
        <w:t>آپس میں کچھ جھنجھٹ ہوا، اور اس کے بعد الگ ہو گئے۔ وہ الگ رہ رہے ہیں، وہ الگ رہ رہے ہیں۔ تو ایسے لوگوں کے بارے میں وہ تھا۔</w:t>
      </w:r>
    </w:p>
    <w:p>
      <w:r>
        <w:rPr>
          <w:b/>
        </w:rPr>
        <w:t xml:space="preserve">[12:04] </w:t>
      </w:r>
      <w:r>
        <w:t>to log apni apni, bar bar woh batate they, aise log jo</w:t>
      </w:r>
    </w:p>
    <w:p>
      <w:pPr>
        <w:jc w:val="right"/>
      </w:pPr>
      <w:r>
        <w:t>تو لوگ اپنی اپنی، بار بار وہ بتاتے تھے، ایسے لوگ جو</w:t>
      </w:r>
    </w:p>
    <w:p>
      <w:r>
        <w:rPr>
          <w:b/>
        </w:rPr>
        <w:t xml:space="preserve">[12:12] </w:t>
      </w:r>
      <w:r>
        <w:t>akele guzar rahe hain, apne bare mein. to ek sahib ne bataya</w:t>
      </w:r>
    </w:p>
    <w:p>
      <w:pPr>
        <w:jc w:val="right"/>
      </w:pPr>
      <w:r>
        <w:t>اکیلے گزار رہے ہیں، اپنے بارے میں۔ تو ایک صاحب نے بتایا</w:t>
      </w:r>
    </w:p>
    <w:p>
      <w:r>
        <w:rPr>
          <w:b/>
        </w:rPr>
        <w:t xml:space="preserve">[12:22] </w:t>
      </w:r>
      <w:r>
        <w:t>ke shadi ki unhone, kai saal saath rahe. aur do bachhe bhi hue. phir jhagda hua.</w:t>
      </w:r>
    </w:p>
    <w:p>
      <w:pPr>
        <w:jc w:val="right"/>
      </w:pPr>
      <w:r>
        <w:t>کہ شادی کی انہوں نے، کئی سال ساتھ رہے۔ اور دو بچے بھی ہوئے۔ پھر جھگڑا ہوا۔</w:t>
      </w:r>
    </w:p>
    <w:p>
      <w:r>
        <w:rPr>
          <w:b/>
        </w:rPr>
        <w:t xml:space="preserve">[12:32] </w:t>
      </w:r>
      <w:r>
        <w:t>aakhir mein yeh tay hua ke chalo bhai, ek bachha tum le lo, ek bachha mein leta hoon. alag alag rahenge hum. to ab woh alag alag reh rahe hain. dono ne kya kiya ke house loan liya aur car loan liya.</w:t>
      </w:r>
    </w:p>
    <w:p>
      <w:pPr>
        <w:jc w:val="right"/>
      </w:pPr>
      <w:r>
        <w:t>آخر میں یہ طے ہوا کہ چلو بھئی، ایک بچہ تم لے لو، ایک بچہ میں لیتا ہوں۔ الگ الگ رہیں گے ہم۔ تو اب وہ الگ الگ رہ رہے ہیں۔ دونوں نے کیا کیا کہ ہاؤس لون لیا اور کار لون لیا۔</w:t>
      </w:r>
    </w:p>
    <w:p>
      <w:r>
        <w:rPr>
          <w:b/>
        </w:rPr>
        <w:t xml:space="preserve">[12:43] </w:t>
      </w:r>
      <w:r>
        <w:t>alag rehne lage.</w:t>
      </w:r>
    </w:p>
    <w:p>
      <w:pPr>
        <w:jc w:val="right"/>
      </w:pPr>
      <w:r>
        <w:t>الگ رہنے لگے۔</w:t>
      </w:r>
    </w:p>
    <w:p>
      <w:r>
        <w:rPr>
          <w:b/>
        </w:rPr>
        <w:t xml:space="preserve">[12:46] </w:t>
      </w:r>
      <w:r>
        <w:t>to poori kahani jo thi, is mein maine yeh nikala nateeja ke aapas mein ek dono, aapas mein dono jo they, woh adjust kar ke rehne par tayyar nahi hue.</w:t>
      </w:r>
    </w:p>
    <w:p>
      <w:pPr>
        <w:jc w:val="right"/>
      </w:pPr>
      <w:r>
        <w:t>تو پوری کہانی جو تھی، اس میں میں نے یہ نکالا نتیجہ کہ آپس میں ایک دونوں، آپس میں دونوں جو تھے، وہ ایڈجسٹ کر کے رہنے پر تیار نہیں ہوئے۔</w:t>
      </w:r>
    </w:p>
    <w:p>
      <w:r>
        <w:rPr>
          <w:b/>
        </w:rPr>
        <w:t xml:space="preserve">[12:58] </w:t>
      </w:r>
      <w:r>
        <w:t>aapas mein. lekin wahi dono bahar ja kar company mein adjust kar rahe hain, apne boss ke saath.</w:t>
      </w:r>
    </w:p>
    <w:p>
      <w:pPr>
        <w:jc w:val="right"/>
      </w:pPr>
      <w:r>
        <w:t>آپس میں۔ لیکن وہی دونوں باہر جا کر کمپنی میں ایڈجسٹ کر رہے ہیں، اپنے باس کے ساتھ۔</w:t>
      </w:r>
    </w:p>
    <w:p>
      <w:r>
        <w:rPr>
          <w:b/>
        </w:rPr>
        <w:t xml:space="preserve">[13:05] </w:t>
      </w:r>
      <w:r>
        <w:t>zara ghor kijiye. yaani ghar mein adjust na karne ki wajah se separation ho gaya. wahi dono ja kar ke wahan par boss ke saath adjust kar rahe hain.</w:t>
      </w:r>
    </w:p>
    <w:p>
      <w:pPr>
        <w:jc w:val="right"/>
      </w:pPr>
      <w:r>
        <w:t>ذرا غور کیجیے۔ یعنی گھر میں ایڈجسٹ نہ کرنے کی وجہ سے سیپریشن ہو گیا۔ وہی دونوں جا کر کے وہاں پر باس کے ساتھ ایڈجسٹ کر رہے ہیں۔</w:t>
      </w:r>
    </w:p>
    <w:p>
      <w:r>
        <w:rPr>
          <w:b/>
        </w:rPr>
        <w:t xml:space="preserve">[13:18] </w:t>
      </w:r>
      <w:r>
        <w:t>iska saada baat nahi hai.</w:t>
      </w:r>
    </w:p>
    <w:p>
      <w:pPr>
        <w:jc w:val="right"/>
      </w:pPr>
      <w:r>
        <w:t>اس کا سادہ بات نہیں ہے۔</w:t>
      </w:r>
    </w:p>
    <w:p>
      <w:r>
        <w:rPr>
          <w:b/>
        </w:rPr>
        <w:t xml:space="preserve">[13:22] </w:t>
      </w:r>
      <w:r>
        <w:t>iska baat yeh hai ke as a principle unhone adjustment ke formula ko nahi pakda, lekin as a hypocrisy pakad liya.</w:t>
      </w:r>
    </w:p>
    <w:p>
      <w:pPr>
        <w:jc w:val="right"/>
      </w:pPr>
      <w:r>
        <w:t>اس کا بات یہ ہے کہ ایز اے پرنسپل انہوں نے ایڈجسٹمنٹ کے فارمولا کو نہیں پکڑا، لیکن ایز اے ہیپوکریسی پکڑ لیا۔</w:t>
      </w:r>
    </w:p>
    <w:p>
      <w:r>
        <w:rPr>
          <w:b/>
        </w:rPr>
        <w:t xml:space="preserve">[13:32] </w:t>
      </w:r>
      <w:r>
        <w:t>isko, isko, isko aap samjhiye. yaani agar woh adjustment ko, adjustment ko zindagi ka usool mante, aur ghar mein bhi adjust karte, miyan biwi, office mein bhi karte adjust apne boss se, apne colleague se.</w:t>
      </w:r>
    </w:p>
    <w:p>
      <w:pPr>
        <w:jc w:val="right"/>
      </w:pPr>
      <w:r>
        <w:t>اس کو، اس کو، اس کو آپ سمجھئے۔ یعنی اگر وہ ایڈجسٹمنٹ کو، ایڈجسٹمنٹ کو زندگی کا اصول مانتے، اور گھر میں بھی ایڈجسٹ کرتے، میاں بیوی، آفس میں بھی کرتے ایڈجسٹ اپنے باس سے، اپنے کولیگ سے۔</w:t>
      </w:r>
    </w:p>
    <w:p>
      <w:r>
        <w:rPr>
          <w:b/>
        </w:rPr>
        <w:t xml:space="preserve">[13:51] </w:t>
      </w:r>
      <w:r>
        <w:t>to mein kehta ke unhone</w:t>
      </w:r>
    </w:p>
    <w:p>
      <w:pPr>
        <w:jc w:val="right"/>
      </w:pPr>
      <w:r>
        <w:t>تو میں کہتا کہ انہوں نے</w:t>
      </w:r>
    </w:p>
    <w:p>
      <w:r>
        <w:rPr>
          <w:b/>
        </w:rPr>
        <w:t xml:space="preserve">[13:54] </w:t>
      </w:r>
      <w:r>
        <w:t>adjustment ko as a principle liya. lekin ghar mein adjust nahi kiya unhone. aur company mein kar rahe hain.</w:t>
      </w:r>
    </w:p>
    <w:p>
      <w:pPr>
        <w:jc w:val="right"/>
      </w:pPr>
      <w:r>
        <w:t>ایڈجسٹمنٹ کو ایز اے پرنسپل لیا۔ لیکن گھر میں ایڈجسٹ نہیں کیا انہوں نے۔ اور کمپنی میں کر رہے ہیں۔</w:t>
      </w:r>
    </w:p>
    <w:p>
      <w:r>
        <w:rPr>
          <w:b/>
        </w:rPr>
        <w:t xml:space="preserve">[14:03] </w:t>
      </w:r>
      <w:r>
        <w:t>to yeh bohat hi khatarnak baat hai.</w:t>
      </w:r>
    </w:p>
    <w:p>
      <w:pPr>
        <w:jc w:val="right"/>
      </w:pPr>
      <w:r>
        <w:t>تو یہ بہت ہی خطرناک بات ہے۔</w:t>
      </w:r>
    </w:p>
    <w:p>
      <w:r>
        <w:rPr>
          <w:b/>
        </w:rPr>
        <w:t xml:space="preserve">[14:07] </w:t>
      </w:r>
      <w:r>
        <w:t>bohat hi khatarnak. yaani aap ek weak personality aap bana rahe hain apne andar.</w:t>
      </w:r>
    </w:p>
    <w:p>
      <w:pPr>
        <w:jc w:val="right"/>
      </w:pPr>
      <w:r>
        <w:t>بہت ہی خطرناک۔ یعنی آپ ایک ویک پرسنیلٹی آپ بنا رہے ہیں اپنے اندر۔</w:t>
      </w:r>
    </w:p>
    <w:p>
      <w:r>
        <w:rPr>
          <w:b/>
        </w:rPr>
        <w:t xml:space="preserve">[14:13] </w:t>
      </w:r>
      <w:r>
        <w:t>yani principal based personality nahi hai. balkay munafiqat par mabni personality hai. apni koi zindagi hai.</w:t>
      </w:r>
    </w:p>
    <w:p>
      <w:pPr>
        <w:jc w:val="right"/>
      </w:pPr>
      <w:r>
        <w:t>یعنی پرنسپل بیسڈ پرسنیلٹی نہیں ہے۔ بلکہ منافقت پر مبنی پرسنیلٹی ہے۔ اپنی کوئی زندگی ہے۔</w:t>
      </w:r>
    </w:p>
    <w:p>
      <w:r>
        <w:rPr>
          <w:b/>
        </w:rPr>
        <w:t xml:space="preserve">[14:24] </w:t>
      </w:r>
      <w:r>
        <w:t>isko yeh log bilkul samajh nahi paatay. yeh single parenting walay.</w:t>
      </w:r>
    </w:p>
    <w:p>
      <w:pPr>
        <w:jc w:val="right"/>
      </w:pPr>
      <w:r>
        <w:t>اس کو یہ لوگ بالکل سمجھ نہیں پاتے۔ یہ سنگل پیرنٹنگ والے۔</w:t>
      </w:r>
    </w:p>
    <w:p>
      <w:r>
        <w:rPr>
          <w:b/>
        </w:rPr>
        <w:t xml:space="preserve">[14:31] </w:t>
      </w:r>
      <w:r>
        <w:t>aisay logon se meri baat hui hai. ke woh soch nahi paatay ke agar woh ghar mein bhi adjust karte, tab adjustment ka formula un ke liye aik principal hota.</w:t>
      </w:r>
    </w:p>
    <w:p>
      <w:pPr>
        <w:jc w:val="right"/>
      </w:pPr>
      <w:r>
        <w:t>ایسے لوگوں سے میری بات ہوئی ہے۔ کہ وہ سوچ نہیں پاتے کہ اگر وہ گھر میں بھی ایڈجسٹ کرتے، تب ایڈجسٹمنٹ کا فارمولا ان کے لیے ایک پرنسپل ہوتا۔</w:t>
      </w:r>
    </w:p>
    <w:p>
      <w:r>
        <w:rPr>
          <w:b/>
        </w:rPr>
        <w:t xml:space="preserve">[14:45] </w:t>
      </w:r>
      <w:r>
        <w:t>aik bara principal. ab jo kar rahay hain woh.</w:t>
      </w:r>
    </w:p>
    <w:p>
      <w:pPr>
        <w:jc w:val="right"/>
      </w:pPr>
      <w:r>
        <w:t>ایک بڑا پرنسپل۔ اب جو کر رہے ہیں وہ۔</w:t>
      </w:r>
    </w:p>
    <w:p>
      <w:r>
        <w:rPr>
          <w:b/>
        </w:rPr>
        <w:t xml:space="preserve">[14:50] </w:t>
      </w:r>
      <w:r>
        <w:t>ke ghar mein to adjust nahi kiya, aur company mein kar rahay hain. to as a hypocrisy kar rahay hain. bator munafiqat.</w:t>
      </w:r>
    </w:p>
    <w:p>
      <w:pPr>
        <w:jc w:val="right"/>
      </w:pPr>
      <w:r>
        <w:t>کہ گھر میں تو ایڈجسٹ نہیں کیا، اور کمپنی میں کر رہے ہیں۔ تو ایز اے ہیپوکریسی کر رہے ہیں۔ بطور منافقت۔</w:t>
      </w:r>
    </w:p>
    <w:p>
      <w:r>
        <w:rPr>
          <w:b/>
        </w:rPr>
        <w:t xml:space="preserve">[15:01] </w:t>
      </w:r>
      <w:r>
        <w:t>lekan intellectual development na hone ki wajah se is tarah samajh nahi paatay.</w:t>
      </w:r>
    </w:p>
    <w:p>
      <w:pPr>
        <w:jc w:val="right"/>
      </w:pPr>
      <w:r>
        <w:t>لیکن انٹلیکچول ڈیولپمنٹ نہ ہونے کی وجہ سے اس طرح سمجھ نہیں پاتے۔</w:t>
      </w:r>
    </w:p>
    <w:p>
      <w:r>
        <w:rPr>
          <w:b/>
        </w:rPr>
        <w:t xml:space="preserve">[15:08] </w:t>
      </w:r>
      <w:r>
        <w:t>kitnay logon se mein ne poocha, lekin is baat ko samajh nahi paatay ke isi cheez ko woh bator munafiqat ikhtiyar kiye hue hain, jis ko bator usool unhon ne ikhtiyar nahi kiya tha.</w:t>
      </w:r>
    </w:p>
    <w:p>
      <w:pPr>
        <w:jc w:val="right"/>
      </w:pPr>
      <w:r>
        <w:t>کتنے لوگوں سے میں نے پوچھا، لیکن اس بات کو سمجھ نہیں پاتے کہ اسی چیز کو وہ بطور منافقت اختیار کیے ہوئے ہیں، جس کو بطور اصول انہوں نے اختیار نہیں کیا تھا۔</w:t>
      </w:r>
    </w:p>
    <w:p>
      <w:r>
        <w:rPr>
          <w:b/>
        </w:rPr>
        <w:t xml:space="preserve">[15:20] </w:t>
      </w:r>
      <w:r>
        <w:t>kitna bara nuqsan hai yeh intellectual, jis ko mein ne kaha intellectual starvation ka.</w:t>
      </w:r>
    </w:p>
    <w:p>
      <w:pPr>
        <w:jc w:val="right"/>
      </w:pPr>
      <w:r>
        <w:t>کتنا بڑا نقصان ہے یہ انٹلیکچول، جس کو میں نے کہا انٹلیکچول اسٹارویشن کا۔</w:t>
      </w:r>
    </w:p>
    <w:p>
      <w:r>
        <w:rPr>
          <w:b/>
        </w:rPr>
        <w:t xml:space="preserve">[15:27] </w:t>
      </w:r>
      <w:r>
        <w:t>kitna bara nuqsan hai. aap ghor kijiye. yeh saada baat nahi hai. yeh saada baat harghiz nahi hai.</w:t>
      </w:r>
    </w:p>
    <w:p>
      <w:pPr>
        <w:jc w:val="right"/>
      </w:pPr>
      <w:r>
        <w:t>کتنا بڑا نقصان ہے۔ آپ غور کیجیے۔ یہ سادہ بات نہیں ہے۔ یہ سادہ بات ہرگز نہیں ہے۔</w:t>
      </w:r>
    </w:p>
    <w:p>
      <w:r>
        <w:rPr>
          <w:b/>
        </w:rPr>
        <w:t xml:space="preserve">[15:38] </w:t>
      </w:r>
      <w:r>
        <w:t>bohat ziyada sochne wali baat hai.</w:t>
      </w:r>
    </w:p>
    <w:p>
      <w:pPr>
        <w:jc w:val="right"/>
      </w:pPr>
      <w:r>
        <w:t>بہت زیادہ سوچنے والی بات ہے۔</w:t>
      </w:r>
    </w:p>
    <w:p>
      <w:r>
        <w:rPr>
          <w:b/>
        </w:rPr>
        <w:t xml:space="preserve">[15:45] </w:t>
      </w:r>
      <w:r>
        <w:t>bohat ziyada sochne wali baat hai.</w:t>
      </w:r>
    </w:p>
    <w:p>
      <w:pPr>
        <w:jc w:val="right"/>
      </w:pPr>
      <w:r>
        <w:t>بہت زیادہ سوچنے والی بات ہے۔</w:t>
      </w:r>
    </w:p>
    <w:p>
      <w:r>
        <w:rPr>
          <w:b/>
        </w:rPr>
        <w:t xml:space="preserve">[15:49] </w:t>
      </w:r>
      <w:r>
        <w:t>mein Allah ke fazal se yeh keh sakta hoon ke mein materialism se hundred percent apnay ko door rakha mein ne.</w:t>
      </w:r>
    </w:p>
    <w:p>
      <w:pPr>
        <w:jc w:val="right"/>
      </w:pPr>
      <w:r>
        <w:t>میں اللہ کے فضل سے یہ کہہ سکتا ہوں کہ میں مٹیریلزم سے ہنڈرڈ پرسنٹ اپنے کو دور رکھا میں نے۔</w:t>
      </w:r>
    </w:p>
    <w:p>
      <w:r>
        <w:rPr>
          <w:b/>
        </w:rPr>
        <w:t xml:space="preserve">[16:00] </w:t>
      </w:r>
      <w:r>
        <w:t>material culture mein nahi jeeta mein.</w:t>
      </w:r>
    </w:p>
    <w:p>
      <w:pPr>
        <w:jc w:val="right"/>
      </w:pPr>
      <w:r>
        <w:t>مٹیریل کلچر میں نہیں جیتا میں۔</w:t>
      </w:r>
    </w:p>
    <w:p>
      <w:r>
        <w:rPr>
          <w:b/>
        </w:rPr>
        <w:t xml:space="preserve">[16:05] </w:t>
      </w:r>
      <w:r>
        <w:t>meri zindagi poori ki poori guzarti hai, subah shaam har waqt mera jo concern hai, woh hai intellectual development. bas. material culture ke aitbar se mujhe acha milay,</w:t>
      </w:r>
    </w:p>
    <w:p>
      <w:pPr>
        <w:jc w:val="right"/>
      </w:pPr>
      <w:r>
        <w:t>میری زندگی پوری کی پوری گزرتی ہے، صبح شام ہر وقت میرا جو کنسرن ہے، وہ ہے انٹلیکچول ڈیولپمنٹ۔ بس۔ مٹیریل کلچر کے اعتبار سے مجھے اچھا ملے،</w:t>
      </w:r>
    </w:p>
    <w:p>
      <w:r>
        <w:rPr>
          <w:b/>
        </w:rPr>
        <w:t xml:space="preserve">[16:21] </w:t>
      </w:r>
      <w:r>
        <w:t>na milay, kuch</w:t>
      </w:r>
    </w:p>
    <w:p>
      <w:pPr>
        <w:jc w:val="right"/>
      </w:pPr>
      <w:r>
        <w:t>نہ ملے، کچھ</w:t>
      </w:r>
    </w:p>
    <w:p>
      <w:r>
        <w:rPr>
          <w:b/>
        </w:rPr>
        <w:t xml:space="preserve">[16:22] </w:t>
      </w:r>
      <w:r>
        <w:t>yeh ho, woh ho, kuch bhi ho, mein is ko ignore karta hoon. aur subah shaam mein intellectual culture, intellectual development ke liye</w:t>
      </w:r>
    </w:p>
    <w:p>
      <w:pPr>
        <w:jc w:val="right"/>
      </w:pPr>
      <w:r>
        <w:t>یہ ہو، وہ ہو، کچھ بھی ہو، میں اس کو اگنور کرتا ہوں۔ اور صبح شام میں انٹلیکچول کلچر، انٹلیکچول ڈیولپمنٹ کے لیے</w:t>
      </w:r>
    </w:p>
    <w:p>
      <w:r>
        <w:rPr>
          <w:b/>
        </w:rPr>
        <w:t xml:space="preserve">[16:40] </w:t>
      </w:r>
      <w:r>
        <w:t>karta rehta hoon kaam. is ki wajah se Allah ke fazal se mujhe aisi baatein maloom hoti hain jo poori poori history mein logon ne jani.</w:t>
      </w:r>
    </w:p>
    <w:p>
      <w:pPr>
        <w:jc w:val="right"/>
      </w:pPr>
      <w:r>
        <w:t>کرتا رہتا ہوں کام۔ اس کی وجہ سے اللہ کے فضل سے مجھے ایسی باتیں معلوم ہوتی ہیں جو پوری پوری ہسٹری میں لوگوں نے جانی۔</w:t>
      </w:r>
    </w:p>
    <w:p>
      <w:r>
        <w:rPr>
          <w:b/>
        </w:rPr>
        <w:t xml:space="preserve">[16:49] </w:t>
      </w:r>
      <w:r>
        <w:t>poori poori history mein. kaisi ajeeb baat hai. halankay aisa nahi ke mein koi bohat intelligent hoon, mein brilliant hoon, kuch bhi aisa nahi hai.</w:t>
      </w:r>
    </w:p>
    <w:p>
      <w:pPr>
        <w:jc w:val="right"/>
      </w:pPr>
      <w:r>
        <w:t>پوری پوری ہسٹری میں۔ کیسی عجیب بات ہے۔ حالانکہ ایسا نہیں کہ میں کوئی بہت انٹیلیجنٹ ہوں، میں بریلینٹ ہوں، کچھ بھی ایسا نہیں ہے۔</w:t>
      </w:r>
    </w:p>
    <w:p>
      <w:r>
        <w:rPr>
          <w:b/>
        </w:rPr>
        <w:t xml:space="preserve">[16:59] </w:t>
      </w:r>
      <w:r>
        <w:t>mein aik average aadmi hoon.</w:t>
      </w:r>
    </w:p>
    <w:p>
      <w:pPr>
        <w:jc w:val="right"/>
      </w:pPr>
      <w:r>
        <w:t>میں ایک ایوریج آدمی ہوں۔</w:t>
      </w:r>
    </w:p>
    <w:p>
      <w:r>
        <w:rPr>
          <w:b/>
        </w:rPr>
        <w:t xml:space="preserve">[17:02] </w:t>
      </w:r>
      <w:r>
        <w:t>is mein koi shaq nahi ke mein aik average aadmi hoon. aik aik aik baar mujh se aik baar milnay aaye aik sahib, jo mera magazine risala parhtay thay, kitabein parhtay thay.</w:t>
      </w:r>
    </w:p>
    <w:p>
      <w:pPr>
        <w:jc w:val="right"/>
      </w:pPr>
      <w:r>
        <w:t>اس میں کوئی شک نہیں کہ میں ایک ایوریج آدمی ہوں۔ ایک ایک ایک بار مجھ سے ایک بار ملنے آئے ایک صاحب، جو میرا میگزین رسالہ پڑھتے تھے، کتابیں پڑھتے تھے۔</w:t>
      </w:r>
    </w:p>
    <w:p>
      <w:r>
        <w:rPr>
          <w:b/>
        </w:rPr>
        <w:t xml:space="preserve">[17:13] </w:t>
      </w:r>
      <w:r>
        <w:t>bihar ke thay woh.</w:t>
      </w:r>
    </w:p>
    <w:p>
      <w:pPr>
        <w:jc w:val="right"/>
      </w:pPr>
      <w:r>
        <w:t>بہار کے تھے وہ۔</w:t>
      </w:r>
    </w:p>
    <w:p>
      <w:r>
        <w:rPr>
          <w:b/>
        </w:rPr>
        <w:t xml:space="preserve">[17:18] </w:t>
      </w:r>
      <w:r>
        <w:t>to kai saal tak parhtay rahay meri cheezein. phir woh milnay aaye woh. yahan mein kamray mein baitha tha kursi par.</w:t>
      </w:r>
    </w:p>
    <w:p>
      <w:pPr>
        <w:jc w:val="right"/>
      </w:pPr>
      <w:r>
        <w:t>تو کئی سال تک پڑھتے رہے میری چیزیں۔ پھر وہ ملنے آئے وہ۔ یہاں میں کمرے میں بیٹھا تھا کرسی پر۔</w:t>
      </w:r>
    </w:p>
    <w:p>
      <w:r>
        <w:rPr>
          <w:b/>
        </w:rPr>
        <w:t xml:space="preserve">[17:27] </w:t>
      </w:r>
      <w:r>
        <w:t>to chup chap bas mujh ko dekhtay rahay, kuch baatein suntay rahay. aik aadh ghantay shayad rahay hon ge, us ke baad chalay gaye woh.</w:t>
      </w:r>
    </w:p>
    <w:p>
      <w:pPr>
        <w:jc w:val="right"/>
      </w:pPr>
      <w:r>
        <w:t>تو چپ چاپ بس مجھ کو دیکھتے رہے، کچھ باتیں سنتے رہے۔ ایک آدھ گھنٹے شاید رہے ہوں گے، اس کے بعد چلے گئے وہ۔</w:t>
      </w:r>
    </w:p>
    <w:p>
      <w:r>
        <w:rPr>
          <w:b/>
        </w:rPr>
        <w:t xml:space="preserve">[17:35] </w:t>
      </w:r>
      <w:r>
        <w:t>to to aik aadmi ne mujhe bataya ke jab woh niklay bahar to unhon ne kaha, "aray, hum to samajhtay thay ke wahan koi sher baitha hua hoga." yeh to bilkul peechay peechay aadmi thay.</w:t>
      </w:r>
    </w:p>
    <w:p>
      <w:pPr>
        <w:jc w:val="right"/>
      </w:pPr>
      <w:r>
        <w:t>تو تو ایک آدمی نے مجھے بتایا کہ جب وہ نکلے باہر تو انہوں نے کہا، "ارے، ہم تو سمجھتے تھے کہ وہاں کوئی شیر بیٹھا ہوا ہوگا۔" یہ تو بالکل پیچھے پیچھے آدمی تھے۔</w:t>
      </w:r>
    </w:p>
    <w:p>
      <w:r>
        <w:rPr>
          <w:b/>
        </w:rPr>
        <w:t xml:space="preserve">[17:48] </w:t>
      </w:r>
      <w:r>
        <w:t>yani meri ta'eeron ko parh kar woh samajhtay thay ke mein koi bohat hi</w:t>
      </w:r>
    </w:p>
    <w:p>
      <w:pPr>
        <w:jc w:val="right"/>
      </w:pPr>
      <w:r>
        <w:t>یعنی میری تعیروں کو پڑھ کر وہ سمجھتے تھے کہ میں کوئی بہت ہی</w:t>
      </w:r>
    </w:p>
    <w:p>
      <w:r>
        <w:rPr>
          <w:b/>
        </w:rPr>
        <w:t xml:space="preserve">[17:52] </w:t>
      </w:r>
      <w:r>
        <w:t>yani sheer dil hi hoga. sheer India hoga. to unhon ne kaha ke mujhe samjhta tha koi sheer aadmi hoga woh.</w:t>
      </w:r>
    </w:p>
    <w:p>
      <w:pPr>
        <w:jc w:val="right"/>
      </w:pPr>
      <w:r>
        <w:t>یعنی شیر دل ہی ہوں گا۔ شیر انڈیا ہوں گا۔ تو انہوں نے کہا کہ مجھے سمجھتا تھا کوئی شیر آدمی ہوگا وہ۔</w:t>
      </w:r>
    </w:p>
    <w:p>
      <w:r>
        <w:rPr>
          <w:b/>
        </w:rPr>
        <w:t xml:space="preserve">[18:01] </w:t>
      </w:r>
      <w:r>
        <w:t>lekin woh to aik dam aise hi the, mamooli aadmi. to yeh aik waqia hai ke mein aik</w:t>
      </w:r>
    </w:p>
    <w:p>
      <w:pPr>
        <w:jc w:val="right"/>
      </w:pPr>
      <w:r>
        <w:t>لیکن وہ تو ایک دم ایسے ہی تھے، معمولی آدمی۔ تو یہ ایک واقعہ ہے کہ میں ایک</w:t>
      </w:r>
    </w:p>
    <w:p>
      <w:r>
        <w:rPr>
          <w:b/>
        </w:rPr>
        <w:t xml:space="preserve">[18:09] </w:t>
      </w:r>
      <w:r>
        <w:t>mein aik ausat darjay ka aadmi hoon. lekin maine apne aap ko jhonk diya hai intellectual development mein. aur material culture se koi matlab nahi rakha.</w:t>
      </w:r>
    </w:p>
    <w:p>
      <w:pPr>
        <w:jc w:val="right"/>
      </w:pPr>
      <w:r>
        <w:t>میں ایک اوسط درجے کا آدمی ہوں۔ لیکن میں نے اپنے آپ کو جھونک دیا ہے انٹلیکچول ڈیولپمنٹ میں۔ اور مٹیریل کلچر سے کوئی مطلب نہیں رکھا۔</w:t>
      </w:r>
    </w:p>
    <w:p>
      <w:r>
        <w:rPr>
          <w:b/>
        </w:rPr>
        <w:t xml:space="preserve">[18:22] </w:t>
      </w:r>
      <w:r>
        <w:t>kuch bhi mujhe dil se dil se bhi nahi hai material cheezon se.</w:t>
      </w:r>
    </w:p>
    <w:p>
      <w:pPr>
        <w:jc w:val="right"/>
      </w:pPr>
      <w:r>
        <w:t>کچھ بھی مجھے دل سے دل سے بھی نہیں ہے مٹیریل چیزوں سے۔</w:t>
      </w:r>
    </w:p>
    <w:p>
      <w:r>
        <w:rPr>
          <w:b/>
        </w:rPr>
        <w:t xml:space="preserve">[18:26] </w:t>
      </w:r>
      <w:r>
        <w:t>to aisi baat hai Allah taala ne kholi mere upar jo poori poori history mein nahi jani logon ne. na secular field mein, na religious field mein.</w:t>
      </w:r>
    </w:p>
    <w:p>
      <w:pPr>
        <w:jc w:val="right"/>
      </w:pPr>
      <w:r>
        <w:t>تو ایسی بات ہے اللہ تعالیٰ نے کھولی میرے اوپر جو پوری پوری ہسٹری میں نہیں جانی لوگوں نے۔ نہ سیکولر فیلڈ میں، نہ ریلیجس فیلڈ میں۔</w:t>
      </w:r>
    </w:p>
    <w:p>
      <w:r>
        <w:rPr>
          <w:b/>
        </w:rPr>
        <w:t xml:space="preserve">[18:36] </w:t>
      </w:r>
      <w:r>
        <w:t>ab dekhiye, mein aik chand aik misalein deta hoon aap ko. maslan dekhiye.</w:t>
      </w:r>
    </w:p>
    <w:p>
      <w:pPr>
        <w:jc w:val="right"/>
      </w:pPr>
      <w:r>
        <w:t>اب دیکھیے، میں ایک چند ایک مثالیں دیتا ہوں آپ کو۔ مثلاً دیکھیے۔</w:t>
      </w:r>
    </w:p>
    <w:p>
      <w:r>
        <w:rPr>
          <w:b/>
        </w:rPr>
        <w:t xml:space="preserve">[18:44] </w:t>
      </w:r>
      <w:r>
        <w:t>top ke philosopher the Aristotle aur Plato. un ka obsession kya tha? un ka obsession tha ideal government.</w:t>
      </w:r>
    </w:p>
    <w:p>
      <w:pPr>
        <w:jc w:val="right"/>
      </w:pPr>
      <w:r>
        <w:t>ٹاپ کے فلاسفر تھے ارسٹوٹل اور پلیٹو۔ ان کا آبسیشن کیا تھا؟ ان کا آبسیشن تھا آئیڈیل گورنمنٹ۔</w:t>
      </w:r>
    </w:p>
    <w:p>
      <w:r>
        <w:rPr>
          <w:b/>
        </w:rPr>
        <w:t xml:space="preserve">[18:55] </w:t>
      </w:r>
      <w:r>
        <w:t>ideal government.</w:t>
      </w:r>
    </w:p>
    <w:p>
      <w:pPr>
        <w:jc w:val="right"/>
      </w:pPr>
      <w:r>
        <w:t>آئیڈیل گورنمنٹ۔</w:t>
      </w:r>
    </w:p>
    <w:p>
      <w:r>
        <w:rPr>
          <w:b/>
        </w:rPr>
        <w:t xml:space="preserve">[19:00] </w:t>
      </w:r>
      <w:r>
        <w:t>Britain ka top ka philosopher tha Bertrand Russell. is ka obsession tha kya? world government.</w:t>
      </w:r>
    </w:p>
    <w:p>
      <w:pPr>
        <w:jc w:val="right"/>
      </w:pPr>
      <w:r>
        <w:t>برٹن کا ٹاپ کا فلاسفر تھا برٹن رسل۔ اس کا آبسیشن تھا کیا؟ ورلڈ گورنمنٹ۔</w:t>
      </w:r>
    </w:p>
    <w:p>
      <w:r>
        <w:rPr>
          <w:b/>
        </w:rPr>
        <w:t xml:space="preserve">[19:10] </w:t>
      </w:r>
      <w:r>
        <w:t>hamare India mein Mahatma Gandhi ka obsession kya tha? village government. yani ideal government, world government, village government.</w:t>
      </w:r>
    </w:p>
    <w:p>
      <w:pPr>
        <w:jc w:val="right"/>
      </w:pPr>
      <w:r>
        <w:t>ہمارے انڈیا میں مہاتما گاندھی کا آبسیشن کیا تھا؟ ولیج گورنمنٹ۔ یعنی آئیڈیل گورنمنٹ، ورلڈ گورنمنٹ، ولیج گورنمنٹ۔</w:t>
      </w:r>
    </w:p>
    <w:p>
      <w:r>
        <w:rPr>
          <w:b/>
        </w:rPr>
        <w:t xml:space="preserve">[19:20] </w:t>
      </w:r>
      <w:r>
        <w:t>teenon mein se koi cheez bani nahi. na kabhi dunya mein ideal government bani. na dunya mein koi world government bani.</w:t>
      </w:r>
    </w:p>
    <w:p>
      <w:pPr>
        <w:jc w:val="right"/>
      </w:pPr>
      <w:r>
        <w:t>تینوں میں سے کوئی چیز بنی نہیں۔ نہ کبھی دنیا میں آئیڈیل گورنمنٹ بنی۔ نہ دنیا میں کوئی ورلڈ گورنمنٹ بنی۔</w:t>
      </w:r>
    </w:p>
    <w:p>
      <w:r>
        <w:rPr>
          <w:b/>
        </w:rPr>
        <w:t xml:space="preserve">[19:30] </w:t>
      </w:r>
      <w:r>
        <w:t>aur na dunya mein kabhi village government bani. yeh sab romantic ideas hain. to yeh log, yeh fard, yeh log samajh nahi sake</w:t>
      </w:r>
    </w:p>
    <w:p>
      <w:pPr>
        <w:jc w:val="right"/>
      </w:pPr>
      <w:r>
        <w:t>اور نہ دنیا میں کبھی ولیج گورنمنٹ بنی۔ یہ سب رومینٹک آئیڈیاز ہیں۔ تو یہ لوگ، یہ فرد، یہ لوگ سمجھ نہیں سکے</w:t>
      </w:r>
    </w:p>
    <w:p>
      <w:r>
        <w:rPr>
          <w:b/>
        </w:rPr>
        <w:t xml:space="preserve">[19:39] </w:t>
      </w:r>
      <w:r>
        <w:t>ke romanticism se dunya mein koi waqia nahi hua karta. romantic thinking alag cheez hai aur practical think alag cheez hai.</w:t>
      </w:r>
    </w:p>
    <w:p>
      <w:pPr>
        <w:jc w:val="right"/>
      </w:pPr>
      <w:r>
        <w:t>کہ رومینٹسزم سے دنیا میں کوئی واقعہ نہیں ہوا کرتا۔ رومینٹک تھنکنگ الگ چیز ہے اور پریکٹیکل تھنک الگ چیز ہے۔</w:t>
      </w:r>
    </w:p>
    <w:p>
      <w:r>
        <w:rPr>
          <w:b/>
        </w:rPr>
        <w:t xml:space="preserve">[19:48] </w:t>
      </w:r>
      <w:r>
        <w:t>is farq ko nahi samjha unhon ne. ke mere mind mein jo idea hai, woh practice mein</w:t>
      </w:r>
    </w:p>
    <w:p>
      <w:pPr>
        <w:jc w:val="right"/>
      </w:pPr>
      <w:r>
        <w:t>اس فرق کو نہیں سمجھا انہوں نے۔ کہ میرے مائنڈ میں جو آئیڈیا ہے، وہ پریکٹس میں</w:t>
      </w:r>
    </w:p>
    <w:p>
      <w:r>
        <w:rPr>
          <w:b/>
        </w:rPr>
        <w:t xml:space="preserve">[19:55] </w:t>
      </w:r>
      <w:r>
        <w:t>translate ho jaye, aisa nahi hoga. I have to see the practical situation. I have to know the creation plan of God.</w:t>
      </w:r>
    </w:p>
    <w:p>
      <w:pPr>
        <w:jc w:val="right"/>
      </w:pPr>
      <w:r>
        <w:t>ٹرانسلیٹ ہو جائے، ایسا نہیں ہوگا۔ I have to see the practical situation. I have to know the creation plan of God.</w:t>
      </w:r>
    </w:p>
    <w:p>
      <w:r>
        <w:rPr>
          <w:b/>
        </w:rPr>
        <w:t xml:space="preserve">[20:07] </w:t>
      </w:r>
      <w:r>
        <w:t>yani aik taraf mein hoon, aik taraf yeh dunya hai jo Khuda ne banai hai. mein apne mind mein kuch bhi soch sakta hoon, lekin jab mein us ko translate karna chahun practical life mein to mujhe sochna padega ke society kya hai, Khuda ka creation plan kya hai,</w:t>
      </w:r>
    </w:p>
    <w:p>
      <w:pPr>
        <w:jc w:val="right"/>
      </w:pPr>
      <w:r>
        <w:t>یعنی ایک طرف میں ہوں، ایک طرف یہ دنیا ہے جو خدا نے بنائی ہے۔ میں اپنے مائنڈ میں کچھ بھی سوچ سکتا ہوں، لیکن جب میں اس کو ٹرانسلیٹ کرنا چاہوں پریکٹیکل لائف میں تو مجھے سوچنا پڑے گا کہ سوسائٹی کیا ہے، خدا کا کریشن پلان کیا ہے،</w:t>
      </w:r>
    </w:p>
    <w:p>
      <w:r>
        <w:rPr>
          <w:b/>
        </w:rPr>
        <w:t xml:space="preserve">[20:24] </w:t>
      </w:r>
      <w:r>
        <w:t>halat kya hain. to in top ke logon ne aise ideas banaye jo un ke mind mein to the, bare achhe. mind ke bahar kuch bhi nahi.</w:t>
      </w:r>
    </w:p>
    <w:p>
      <w:pPr>
        <w:jc w:val="right"/>
      </w:pPr>
      <w:r>
        <w:t>حالات کیا ہیں۔ تو ان ٹاپ کے لوگوں نے ایسے آئیڈیاز بنائے جو ان کے مائنڈ میں تو تھے، بڑے اچھے۔ مائنڈ کے باہر کچھ بھی نہیں۔</w:t>
      </w:r>
    </w:p>
    <w:p>
      <w:r>
        <w:rPr>
          <w:b/>
        </w:rPr>
        <w:t xml:space="preserve">[20:35] </w:t>
      </w:r>
      <w:r>
        <w:t>aap ghor kijiye, ideal government, world government, village government kehne mein bara achha hai yeh sab hai,</w:t>
      </w:r>
    </w:p>
    <w:p>
      <w:pPr>
        <w:jc w:val="right"/>
      </w:pPr>
      <w:r>
        <w:t>آپ غور کیجیے، آئیڈیل گورنمنٹ، ورلڈ گورنمنٹ، ولیج گورنمنٹ کہنے میں بڑا اچھا ہے یہ سب ہے،</w:t>
      </w:r>
    </w:p>
    <w:p>
      <w:r>
        <w:rPr>
          <w:b/>
        </w:rPr>
        <w:t xml:space="preserve">[20:42] </w:t>
      </w:r>
      <w:r>
        <w:t>lekin aik din bhi is dunya mein yeh cheezein waqe nahi banin.</w:t>
      </w:r>
    </w:p>
    <w:p>
      <w:pPr>
        <w:jc w:val="right"/>
      </w:pPr>
      <w:r>
        <w:t>لیکن ایک دن بھی اس دنیا میں یہ چیزیں واقع نہیں بنیں۔</w:t>
      </w:r>
    </w:p>
    <w:p>
      <w:r>
        <w:rPr>
          <w:b/>
        </w:rPr>
        <w:t xml:space="preserve">[20:50] </w:t>
      </w:r>
      <w:r>
        <w:t>kaisi ajeeb baat hai.</w:t>
      </w:r>
    </w:p>
    <w:p>
      <w:pPr>
        <w:jc w:val="right"/>
      </w:pPr>
      <w:r>
        <w:t>کیسی عجیب بات ہے۔</w:t>
      </w:r>
    </w:p>
    <w:p>
      <w:r>
        <w:rPr>
          <w:b/>
        </w:rPr>
        <w:t xml:space="preserve">[20:54] </w:t>
      </w:r>
      <w:r>
        <w:t>aise hi dekhiye, tamam jo secular log hain, tamam ke tamam, woh insaan ko baante hue hain do tabqe mein.</w:t>
      </w:r>
    </w:p>
    <w:p>
      <w:pPr>
        <w:jc w:val="right"/>
      </w:pPr>
      <w:r>
        <w:t>ایسے ہی دیکھیے، تمام جو سیکولر لوگ ہیں، تمام کے تمام، وہ انسان کو بانٹے ہوئے ہیں دو طبقے میں۔</w:t>
      </w:r>
    </w:p>
    <w:p>
      <w:r>
        <w:rPr>
          <w:b/>
        </w:rPr>
        <w:t xml:space="preserve">[21:06] </w:t>
      </w:r>
      <w:r>
        <w:t>do tabqe mein. have have nots.</w:t>
      </w:r>
    </w:p>
    <w:p>
      <w:pPr>
        <w:jc w:val="right"/>
      </w:pPr>
      <w:r>
        <w:t>دو طبقے میں۔ ہیو ہیو ناٹس۔</w:t>
      </w:r>
    </w:p>
    <w:p>
      <w:r>
        <w:rPr>
          <w:b/>
        </w:rPr>
        <w:t xml:space="preserve">[21:10] </w:t>
      </w:r>
      <w:r>
        <w:t>saare ke saare, without any exception. sirf Marx nahi, sab ke sab.</w:t>
      </w:r>
    </w:p>
    <w:p>
      <w:pPr>
        <w:jc w:val="right"/>
      </w:pPr>
      <w:r>
        <w:t>سارے کے سارے، وِدا آؤٹ اینی ایکسیپشن۔ صرف مارکس نہیں، سب کے سب۔</w:t>
      </w:r>
    </w:p>
    <w:p>
      <w:r>
        <w:rPr>
          <w:b/>
        </w:rPr>
        <w:t xml:space="preserve">[21:21] </w:t>
      </w:r>
      <w:r>
        <w:t>have aur have nots. mujh ko Allah ki tofeeq se pehli baar yeh discovery hui ke yeh aik categorization hi galat hai.</w:t>
      </w:r>
    </w:p>
    <w:p>
      <w:pPr>
        <w:jc w:val="right"/>
      </w:pPr>
      <w:r>
        <w:t>ہیو اور ہیو ناٹس۔ مجھ کو اللہ کی توفیق سے پہلی بار یہ ڈسکوری ہوئی کہ یہ ایک کیٹیگریشن ہی غلط ہے۔</w:t>
      </w:r>
    </w:p>
    <w:p>
      <w:r>
        <w:rPr>
          <w:b/>
        </w:rPr>
        <w:t xml:space="preserve">[21:31] </w:t>
      </w:r>
      <w:r>
        <w:t>yeh categorization hi galat hai. sahi categorization yeh hai ke dunya ki taqseem hai. kuch log potential haves ke daire mein hain, kuch log actual haves ke daire mein.</w:t>
      </w:r>
    </w:p>
    <w:p>
      <w:pPr>
        <w:jc w:val="right"/>
      </w:pPr>
      <w:r>
        <w:t>یہ کیٹیگریشن ہی غلط ہے۔ صحیح کیٹیگریشن یہ ہے کہ دنیا کی تقسیم ہے۔ کچھ لوگ پوٹینشل ہیوز کے دائرے میں ہیں، کچھ لوگ ایکچول ہیوز کے دائرے میں۔</w:t>
      </w:r>
    </w:p>
    <w:p>
      <w:r>
        <w:rPr>
          <w:b/>
        </w:rPr>
        <w:t xml:space="preserve">[21:46] </w:t>
      </w:r>
      <w:r>
        <w:t>jaise doctor abdul kalam, jo president of india bane jab paida hue,</w:t>
      </w:r>
    </w:p>
    <w:p>
      <w:pPr>
        <w:jc w:val="right"/>
      </w:pPr>
      <w:r>
        <w:t>جیسے ڈاکٹر عبدالکلام، جو پریزیڈنٹ آف انڈیا بنے جب پیدا ہوئے،</w:t>
      </w:r>
    </w:p>
    <w:p>
      <w:r>
        <w:rPr>
          <w:b/>
        </w:rPr>
        <w:t xml:space="preserve">[21:51] </w:t>
      </w:r>
      <w:r>
        <w:t>to woh potential hues the, baad ko actual hues bane. Allah taala ne kisi ko saath, kisi ko bhi, yaani aisa nahi kiya kisi ke saath ke woh hew not ke khane mein hai.</w:t>
      </w:r>
    </w:p>
    <w:p>
      <w:pPr>
        <w:jc w:val="right"/>
      </w:pPr>
      <w:r>
        <w:t>تو وہ پوٹینشل ہیوز تھے، بعد کو ایکچول ہیوز بنے۔ اللہ تعالیٰ نے کسی کو ساتھ، کسی کو بھی، یعنی ایسا نہیں کیا کسی کے ساتھ کہ وہ ہیو ناٹ کے خانے میں ہے۔</w:t>
      </w:r>
    </w:p>
    <w:p>
      <w:r>
        <w:rPr>
          <w:b/>
        </w:rPr>
        <w:t xml:space="preserve">[22:04] </w:t>
      </w:r>
      <w:r>
        <w:t>woh hamesha ke liye, jaise koi bhed bakri hota to woh hew not ke khane mein. Aisa koi bhi nahi hai.</w:t>
      </w:r>
    </w:p>
    <w:p>
      <w:pPr>
        <w:jc w:val="right"/>
      </w:pPr>
      <w:r>
        <w:t>وہ ہمیشہ کے لیے، جیسے کوئی بھیڑ بکری ہوتا تو وہ ہیو ناٹ کے خانے میں۔ ایسا کوئی بھی نہیں ہے۔</w:t>
      </w:r>
    </w:p>
    <w:p>
      <w:r>
        <w:rPr>
          <w:b/>
        </w:rPr>
        <w:t xml:space="preserve">[22:11] </w:t>
      </w:r>
      <w:r>
        <w:t>har aadmi potential le ke paida hota hai. Be-panah potential. Jaise mujh ko mere bade bhai the, jab main gaon mein rehta tha to mujh ko kehte the Mirza phuaya.</w:t>
      </w:r>
    </w:p>
    <w:p>
      <w:pPr>
        <w:jc w:val="right"/>
      </w:pPr>
      <w:r>
        <w:t>ہر آدمی پوٹینشل لے کے پیدا ہوتا ہے۔ بے پناہ پوٹینشل۔ جیسے مجھ کو میرے بڑے بھائی تھے، جب میں گاؤں میں رہتا تھا تو مجھ کو کہتے تھے مرزا پھویا۔</w:t>
      </w:r>
    </w:p>
    <w:p>
      <w:r>
        <w:rPr>
          <w:b/>
        </w:rPr>
        <w:t xml:space="preserve">[22:25] </w:t>
      </w:r>
      <w:r>
        <w:t>mujh ko Mirza phuaya kehte the. Mirza phuaya matlab bewakoof aadmi.</w:t>
      </w:r>
    </w:p>
    <w:p>
      <w:pPr>
        <w:jc w:val="right"/>
      </w:pPr>
      <w:r>
        <w:t>مجھ کو مرزا پھویا کہتے تھے۔ مرزا پھویا مطلب بیوقوف آدمی۔</w:t>
      </w:r>
    </w:p>
    <w:p>
      <w:r>
        <w:rPr>
          <w:b/>
        </w:rPr>
        <w:t xml:space="preserve">[22:33] </w:t>
      </w:r>
      <w:r>
        <w:t>is waqt logon ki nazar mein main bewakoof aadmi tha. Lekin jab maine koshish ki ke mera potential unfold ho to main woh baatein jaan saka jo poori history mein nahi jaani thi logon ne.</w:t>
      </w:r>
    </w:p>
    <w:p>
      <w:pPr>
        <w:jc w:val="right"/>
      </w:pPr>
      <w:r>
        <w:t>اس وقت لوگوں کی نظر میں میں بیوقوف آدمی تھا۔ لیکن جب میں نے کوشش کی کہ میرا پوٹینشل انفولڈ ہو تو میں وہ باتیں جان سکا جو پوری ہسٹری میں نہیں جانیں تھیں لوگوں نے۔</w:t>
      </w:r>
    </w:p>
    <w:p>
      <w:r>
        <w:rPr>
          <w:b/>
        </w:rPr>
        <w:t xml:space="preserve">[22:48] </w:t>
      </w:r>
      <w:r>
        <w:t>yeh pehli baar history mein yeh baat maine kahi hai</w:t>
      </w:r>
    </w:p>
    <w:p>
      <w:pPr>
        <w:jc w:val="right"/>
      </w:pPr>
      <w:r>
        <w:t>یہ پہلی بار ہسٹری میں یہ بات میں نے کہی ہے</w:t>
      </w:r>
    </w:p>
    <w:p>
      <w:r>
        <w:rPr>
          <w:b/>
        </w:rPr>
        <w:t xml:space="preserve">[22:52] </w:t>
      </w:r>
      <w:r>
        <w:t>ke jo jo sahi categorization hai, woh yeh hai ke kuch log potential hues hain, kuch log intellectual hues hain.</w:t>
      </w:r>
    </w:p>
    <w:p>
      <w:pPr>
        <w:jc w:val="right"/>
      </w:pPr>
      <w:r>
        <w:t>کہ جو جو صحیح کیٹیگریشن ہے، وہ یہ ہے کہ کچھ لوگ پوٹینشل ہیوز ہیں، کچھ لوگ انٹلیکچول ہیوز ہیں۔</w:t>
      </w:r>
    </w:p>
    <w:p>
      <w:r>
        <w:rPr>
          <w:b/>
        </w:rPr>
        <w:t xml:space="preserve">[23:03] </w:t>
      </w:r>
      <w:r>
        <w:t>to aisi secular field mein aisi bahut sari baatein hain. Ab religious field mein aaiye.</w:t>
      </w:r>
    </w:p>
    <w:p>
      <w:pPr>
        <w:jc w:val="right"/>
      </w:pPr>
      <w:r>
        <w:t>تو ایسی سیکولر فیلڈ میں ایسی بہت ساری باتیں ہیں۔ اب ریلیجس فیلڈ میں آئیے۔</w:t>
      </w:r>
    </w:p>
    <w:p>
      <w:r>
        <w:rPr>
          <w:b/>
        </w:rPr>
        <w:t xml:space="preserve">[23:13] </w:t>
      </w:r>
      <w:r>
        <w:t>quran ki tafsir mein, hadith ki tafsir mein, Allah taala ne mujh pe aisi baatein kholi jo poori poori hazar saal ki history mein kisi pe nahi khuli thi.</w:t>
      </w:r>
    </w:p>
    <w:p>
      <w:pPr>
        <w:jc w:val="right"/>
      </w:pPr>
      <w:r>
        <w:t>قرآن کی تفسیر میں، حدیث کی تفسیر میں، اللہ تعالیٰ نے مجھ پہ ایسی باتیں کھولیں جو پوری پوری ہزار سال کی تاریخ میں کسی پہ نہیں کھلی تھیں۔</w:t>
      </w:r>
    </w:p>
    <w:p>
      <w:r>
        <w:rPr>
          <w:b/>
        </w:rPr>
        <w:t xml:space="preserve">[23:26] </w:t>
      </w:r>
      <w:r>
        <w:t>yeh main koi ba-taur-e-faqra nahi keh raha hoon. Ek principle ko</w:t>
      </w:r>
    </w:p>
    <w:p>
      <w:pPr>
        <w:jc w:val="right"/>
      </w:pPr>
      <w:r>
        <w:t>یہ میں کوئی بطور فقرہ نہیں کہہ رہا ہوں۔ ایک پرنسپل کو</w:t>
      </w:r>
    </w:p>
    <w:p>
      <w:r>
        <w:rPr>
          <w:b/>
        </w:rPr>
        <w:t xml:space="preserve">[23:32] </w:t>
      </w:r>
      <w:r>
        <w:t>wazeh karne ke liye yeh baat main keh raha hoon. Yaad rakhiye, main apni zaat ko alag kar ke bol raha hoon. Jab bhi main aisi baat karta hoon to apni zaat ko alag kar ke bolta hoon.</w:t>
      </w:r>
    </w:p>
    <w:p>
      <w:pPr>
        <w:jc w:val="right"/>
      </w:pPr>
      <w:r>
        <w:t>واضح کرنے کے لیے یہ بات میں کہہ رہا ہوں۔ یاد رکھیے، میں اپنی ذات کو الگ کر کے بول رہا ہوں۔ جب بھی میں ایسی بات کرتا ہوں تو اپنی ذات کو الگ کر کے بولتا ہوں۔</w:t>
      </w:r>
    </w:p>
    <w:p>
      <w:r>
        <w:rPr>
          <w:b/>
        </w:rPr>
        <w:t xml:space="preserve">[23:43] </w:t>
      </w:r>
      <w:r>
        <w:t>ke ek principle ko wazeh kar raha hoon. Ke agar aap material culture mein jiyenge</w:t>
      </w:r>
    </w:p>
    <w:p>
      <w:pPr>
        <w:jc w:val="right"/>
      </w:pPr>
      <w:r>
        <w:t>کہ ایک پرنسپل کو واضح کر رہا ہوں۔ کہ اگر آپ مٹیریل کلچر میں جیئیں گے</w:t>
      </w:r>
    </w:p>
    <w:p>
      <w:r>
        <w:rPr>
          <w:b/>
        </w:rPr>
        <w:t xml:space="preserve">[23:49] </w:t>
      </w:r>
      <w:r>
        <w:t>to kya hoga? Aap ka intellectual side jo hai, woh starvation mein chali jayegi. Aur aap material sense mein khoob tandurust dikhai denge.</w:t>
      </w:r>
    </w:p>
    <w:p>
      <w:pPr>
        <w:jc w:val="right"/>
      </w:pPr>
      <w:r>
        <w:t>تو کیا ہوگا؟ آپ کا انٹلیکچول سائیڈ جو ہے، وہ اسٹارویشن میں چلی جائے گی۔ اور آپ مٹیریل سینس میں خوب تندرست دکھائی دیں گے۔</w:t>
      </w:r>
    </w:p>
    <w:p>
      <w:r>
        <w:rPr>
          <w:b/>
        </w:rPr>
        <w:t xml:space="preserve">[24:01] </w:t>
      </w:r>
      <w:r>
        <w:t>shandar. Lekin doosre aitbaar se aap intellectual</w:t>
      </w:r>
    </w:p>
    <w:p>
      <w:pPr>
        <w:jc w:val="right"/>
      </w:pPr>
      <w:r>
        <w:t>شاندار۔ لیکن دوسرے اعتبار سے آپ انٹلیکچول</w:t>
      </w:r>
    </w:p>
    <w:p>
      <w:r>
        <w:rPr>
          <w:b/>
        </w:rPr>
        <w:t xml:space="preserve">[24:07] </w:t>
      </w:r>
      <w:r>
        <w:t>dwarf honge. Is principle ko wazeh bata raha hoon main. Is is principle ko establish karne ke liye yeh misalein de raha hoon main aap ko.</w:t>
      </w:r>
    </w:p>
    <w:p>
      <w:pPr>
        <w:jc w:val="right"/>
      </w:pPr>
      <w:r>
        <w:t>ڈوارف ہوں گے۔ اس پرنسپل کو واضح بتا رہا ہوں میں۔ اس اس پرنسپل کو اسٹیبلش کرنے کے لیے یہ مثالیں دے رہا ہوں میں آپ کو۔</w:t>
      </w:r>
    </w:p>
    <w:p>
      <w:r>
        <w:rPr>
          <w:b/>
        </w:rPr>
        <w:t xml:space="preserve">[24:19] </w:t>
      </w:r>
      <w:r>
        <w:t>ab dekhiye, main aaj ki ek baat karta hoon.</w:t>
      </w:r>
    </w:p>
    <w:p>
      <w:pPr>
        <w:jc w:val="right"/>
      </w:pPr>
      <w:r>
        <w:t>اب دیکھیے، میں آج کی ایک بات کرتا ہوں۔</w:t>
      </w:r>
    </w:p>
    <w:p>
      <w:r>
        <w:rPr>
          <w:b/>
        </w:rPr>
        <w:t xml:space="preserve">[24:24] </w:t>
      </w:r>
      <w:r>
        <w:t>aaj hi ki baat karta hoon main. Quran mein Surah 55 jo hai, 55, uska naam hai Rehman.</w:t>
      </w:r>
    </w:p>
    <w:p>
      <w:pPr>
        <w:jc w:val="right"/>
      </w:pPr>
      <w:r>
        <w:t>آج ہی کی بات کرتا ہوں میں۔ قرآن میں سورہ 55 جو ہے، 55، اس کا نام ہے الرحمن۔</w:t>
      </w:r>
    </w:p>
    <w:p>
      <w:r>
        <w:rPr>
          <w:b/>
        </w:rPr>
        <w:t xml:space="preserve">[24:37] </w:t>
      </w:r>
      <w:r>
        <w:t>Surah Rehman ki ek ayat hai yus aluhu man fis samawati wal ard kullu yaumin huwa fi sha'n</w:t>
      </w:r>
    </w:p>
    <w:p>
      <w:pPr>
        <w:jc w:val="right"/>
      </w:pPr>
      <w:r>
        <w:t>سورہ الرحمن کی ایک آیت ہے یسأله من فی السماوات والارض کل یومھو فی شان</w:t>
      </w:r>
    </w:p>
    <w:p>
      <w:r>
        <w:rPr>
          <w:b/>
        </w:rPr>
        <w:t xml:space="preserve">[24:50] </w:t>
      </w:r>
      <w:r>
        <w:t>yaani usi se sawal karte hain jo kuch zameen o aasman mein hai. Zameen o aasman mein jo kuch hai, sab usi aage aage sawal sawal bana hua hai.</w:t>
      </w:r>
    </w:p>
    <w:p>
      <w:pPr>
        <w:jc w:val="right"/>
      </w:pPr>
      <w:r>
        <w:t>یعنی اسی سے سوال کرتے ہیں جو کچھ زمین و آسمان میں ہے۔ زمین و آسمان میں جو کچھ ہے، سب اسی آگے آگے سوال سوال بنا ہوا ہے۔</w:t>
      </w:r>
    </w:p>
    <w:p>
      <w:r>
        <w:rPr>
          <w:b/>
        </w:rPr>
        <w:t xml:space="preserve">[25:05] </w:t>
      </w:r>
      <w:r>
        <w:t>woh har din ek shan mein hota hai. Allah taala har din ek shan mein hota hai.</w:t>
      </w:r>
    </w:p>
    <w:p>
      <w:pPr>
        <w:jc w:val="right"/>
      </w:pPr>
      <w:r>
        <w:t>وہ ہر دن ایک شان میں ہوتا ہے۔ اللہ تعالیٰ ہر دن ایک شان میں ہوتا ہے۔</w:t>
      </w:r>
    </w:p>
    <w:p>
      <w:r>
        <w:rPr>
          <w:b/>
        </w:rPr>
        <w:t xml:space="preserve">[25:10] </w:t>
      </w:r>
      <w:r>
        <w:t>to is ayat ko pehle bhi maine tafsiron mein dekha, aaj bhi mukhtalif tafsiron mein dekha, kai tafsiron mein. Isi tafsir mein koi aap ko bada rizq is mein nahi milta.</w:t>
      </w:r>
    </w:p>
    <w:p>
      <w:pPr>
        <w:jc w:val="right"/>
      </w:pPr>
      <w:r>
        <w:t>تو اس آیت کو پہلے بھی میں نے تفسیروں میں دیکھا، آج بھی مختلف تفسیروں میں دیکھا، کئی تفسیروں میں۔ اسی تفسیر میں کوئی آپ کو بڑا رزق اس میں نہیں ملتا۔</w:t>
      </w:r>
    </w:p>
    <w:p>
      <w:r>
        <w:rPr>
          <w:b/>
        </w:rPr>
        <w:t xml:space="preserve">[25:25] </w:t>
      </w:r>
      <w:r>
        <w:t>na koi wazeh, koi wazeh tafsir nahi milti.</w:t>
      </w:r>
    </w:p>
    <w:p>
      <w:pPr>
        <w:jc w:val="right"/>
      </w:pPr>
      <w:r>
        <w:t>نہ کوئی واضح، کوئی واضح تفسیر نہیں ملتی۔</w:t>
      </w:r>
    </w:p>
    <w:p>
      <w:r>
        <w:rPr>
          <w:b/>
        </w:rPr>
        <w:t xml:space="preserve">[25:28] </w:t>
      </w:r>
      <w:r>
        <w:t>neez yeh ke is mein koi aisa jo aap ke liye ek aap ko ek bada rizq de, samandari rizq de, aap ke andar ek bahut bada shukr paida kare,</w:t>
      </w:r>
    </w:p>
    <w:p>
      <w:pPr>
        <w:jc w:val="right"/>
      </w:pPr>
      <w:r>
        <w:t>نیز یہ کہ اس میں کوئی ایسا جو آپ کے لیے ایک آپ کو ایک بڑا رزق دے، سمندری رزق دے، آپ کے اندر ایک بہت بڑا شکر پیدا کرے،</w:t>
      </w:r>
    </w:p>
    <w:p>
      <w:r>
        <w:rPr>
          <w:b/>
        </w:rPr>
        <w:t xml:space="preserve">[25:42] </w:t>
      </w:r>
      <w:r>
        <w:t>woh matloob hai. To maine is par gaur kiya aur dua ki. To ek bahut hi ajeeb ghareeb cheez daryaft hui.</w:t>
      </w:r>
    </w:p>
    <w:p>
      <w:pPr>
        <w:jc w:val="right"/>
      </w:pPr>
      <w:r>
        <w:t>وہ مطلوب ہے۔ تو میں نے اس پر غور کیا اور دعا کیا۔ تو ایک بہت ہی عجیب غریب چیز دریافت ہوئی۔</w:t>
      </w:r>
    </w:p>
    <w:p>
      <w:r>
        <w:rPr>
          <w:b/>
        </w:rPr>
        <w:t xml:space="preserve">[25:56] </w:t>
      </w:r>
      <w:r>
        <w:t>woh yeh thi ke poori aayat is tarah se hai ke yasaaluhu man fis samaawaati wal arz kullu yawmihin huwa fi shaan is ka maani hai ke zameen o aasman, itni bari jo kainat hai,</w:t>
      </w:r>
    </w:p>
    <w:p>
      <w:pPr>
        <w:jc w:val="right"/>
      </w:pPr>
      <w:r>
        <w:t>وہ یہ تھی کہ پوری آیت اس طرح سے ہے کہ یسأله من فی السماوات والارض کل یومھو فی شان اس کا معنی ہے کہ زمین و آسمان، اتنی بڑی جو کائنات ہے،</w:t>
      </w:r>
    </w:p>
    <w:p>
      <w:r>
        <w:rPr>
          <w:b/>
        </w:rPr>
        <w:t xml:space="preserve">[26:11] </w:t>
      </w:r>
      <w:r>
        <w:t>itni galaxies hain, itna solar system hai,</w:t>
      </w:r>
    </w:p>
    <w:p>
      <w:pPr>
        <w:jc w:val="right"/>
      </w:pPr>
      <w:r>
        <w:t>اتنی گلیکسیز ہیں، اتنا سولر سسٹم ہے،</w:t>
      </w:r>
    </w:p>
    <w:p>
      <w:r>
        <w:rPr>
          <w:b/>
        </w:rPr>
        <w:t xml:space="preserve">[26:15] </w:t>
      </w:r>
      <w:r>
        <w:t>itni sari jo dunya hai, jo ke aap naap nahi sakte, woh sab ka sab mohtaaj hai Allah ke aagay. Jo kuch bhi, yaani suraj ko light mili hui hai to Allah de raha hai.</w:t>
      </w:r>
    </w:p>
    <w:p>
      <w:pPr>
        <w:jc w:val="right"/>
      </w:pPr>
      <w:r>
        <w:t>اتنی ساری جو دنیا ہے، جو کہ آپ ناپ نہیں سکتے، وہ سب کا سب محتاج ہے اللہ کے آگے۔ جو کچھ بھی، یعنی سورج کو لائٹ ملی ہوئی ہے تو اللہ دے رہا ہے۔</w:t>
      </w:r>
    </w:p>
    <w:p>
      <w:r>
        <w:rPr>
          <w:b/>
        </w:rPr>
        <w:t xml:space="preserve">[26:28] </w:t>
      </w:r>
      <w:r>
        <w:t>sitare move kar rahe hain to Allah ki taaqat se move kar rahe hain.</w:t>
      </w:r>
    </w:p>
    <w:p>
      <w:pPr>
        <w:jc w:val="right"/>
      </w:pPr>
      <w:r>
        <w:t>ستارے موو کر رہے ہیں تو اللہ کی طاقت سے موو کر رہے ہیں۔</w:t>
      </w:r>
    </w:p>
    <w:p>
      <w:r>
        <w:rPr>
          <w:b/>
        </w:rPr>
        <w:t xml:space="preserve">[26:32] </w:t>
      </w:r>
      <w:r>
        <w:t>darakht ug rahe hain to Allah ki taaqat se ug rahe hain. Samundaron mein pani hai to Allah ki di hui ki wajah se woh pani hai. Ek to yeh pehlu is ka aaye.</w:t>
      </w:r>
    </w:p>
    <w:p>
      <w:pPr>
        <w:jc w:val="right"/>
      </w:pPr>
      <w:r>
        <w:t>درخت اگ رہے ہیں تو اللہ کی طاقت سے اگ رہے ہیں۔ سمندروں میں پانی ہے تو اللہ کی دی ہوئی کی وجہ سے وہ پانی ہے۔ ایک تو یہ پہلو اس کا آئیے۔</w:t>
      </w:r>
    </w:p>
    <w:p>
      <w:r>
        <w:rPr>
          <w:b/>
        </w:rPr>
        <w:t xml:space="preserve">[26:47] </w:t>
      </w:r>
      <w:r>
        <w:t>phir maine kya kiya ke maine is ko personalize kiya. Yaani kainaati rehmat jo baras baras se Allah taala ki, us ko personalize kiya, apni zaat par le aaya main us ko.</w:t>
      </w:r>
    </w:p>
    <w:p>
      <w:pPr>
        <w:jc w:val="right"/>
      </w:pPr>
      <w:r>
        <w:t>پھر میں نے کیا کیا کہ میں نے اس کو پرسنلائز کیا۔ یعنی کائناتی رحمت جو برس برس سے اللہ تعالیٰ کی، اس کو پرسنلائز کیا، اپنی ذات پر لے آیا میں اس کو۔</w:t>
      </w:r>
    </w:p>
    <w:p>
      <w:r>
        <w:rPr>
          <w:b/>
        </w:rPr>
        <w:t xml:space="preserve">[27:01] </w:t>
      </w:r>
      <w:r>
        <w:t>to ek ajeeb o ghareeb ehsaas hua.</w:t>
      </w:r>
    </w:p>
    <w:p>
      <w:pPr>
        <w:jc w:val="right"/>
      </w:pPr>
      <w:r>
        <w:t>تو ایک عجیب و غریب احساس ہوا۔</w:t>
      </w:r>
    </w:p>
    <w:p>
      <w:r>
        <w:rPr>
          <w:b/>
        </w:rPr>
        <w:t xml:space="preserve">[27:06] </w:t>
      </w:r>
      <w:r>
        <w:t>ek ajeeb o ghareeb ehsaas hua. Woh yeh ke main dekh raha hoon, bol raha hoon, sun raha hoon. To yahan par ek baat main arz kar doon ke aaj kal jo modern science hai, us mein ek nazariya hai jis ko Rutherford ne develop kiya tha, jo kehte hain principle of determinacy.</w:t>
      </w:r>
    </w:p>
    <w:p>
      <w:pPr>
        <w:jc w:val="right"/>
      </w:pPr>
      <w:r>
        <w:t>ایک عجیب و غریب احساس ہوا۔ وہ یہ کہ میں دیکھ رہا ہوں، بول رہا ہوں، سن رہا ہوں۔ تو یہاں پر ایک بات میں عرض کر دوں کہ آج کل جو ماڈرن سائنس ہے، اس میں ایک نظریہ ہے جس کو ردر فورڈ نے ڈیولپ کیا تھا، جو کہتے ہیں پرنسپل آف ڈیٹرمینیسی۔</w:t>
      </w:r>
    </w:p>
    <w:p>
      <w:r>
        <w:rPr>
          <w:b/>
        </w:rPr>
        <w:t xml:space="preserve">[27:29] </w:t>
      </w:r>
      <w:r>
        <w:t>is ka matlab hai ke kainat mein kainat ka jo system hai, woh continuity in discontinuity hai.</w:t>
      </w:r>
    </w:p>
    <w:p>
      <w:pPr>
        <w:jc w:val="right"/>
      </w:pPr>
      <w:r>
        <w:t>اس کا مطلب ہے کہ کائنات میں کائنات کا جو سسٹم ہے، وہ کنٹینیوٹی ان ڈسکنٹیوٹی ہے۔</w:t>
      </w:r>
    </w:p>
    <w:p>
      <w:r>
        <w:rPr>
          <w:b/>
        </w:rPr>
        <w:t xml:space="preserve">[27:39] </w:t>
      </w:r>
      <w:r>
        <w:t>continuity in discontinuity. Ek discontinuity chal rahi hai aur us mein ek continuity hai. Is ki misaal woh hai jaise ke aap dekhte hain movie, dekhte hain aap movie.</w:t>
      </w:r>
    </w:p>
    <w:p>
      <w:pPr>
        <w:jc w:val="right"/>
      </w:pPr>
      <w:r>
        <w:t>کنٹینیوٹی ان ڈسکنٹینیوٹی۔ ایک ڈسکنٹینیوٹی چل رہی ہے اور اس میں ایک کنٹینیوٹی ہے۔ اس کی مثال وہ ہے جیسے کہ آپ دیکھتے ہیں مووی، دیکھتے ہیں آپ مووی۔</w:t>
      </w:r>
    </w:p>
    <w:p>
      <w:r>
        <w:rPr>
          <w:b/>
        </w:rPr>
        <w:t xml:space="preserve">[27:51] </w:t>
      </w:r>
      <w:r>
        <w:t>to bظahir aap ko waqiat</w:t>
      </w:r>
    </w:p>
    <w:p>
      <w:pPr>
        <w:jc w:val="right"/>
      </w:pPr>
      <w:r>
        <w:t>تو بظاہر آپ کو واقعات</w:t>
      </w:r>
    </w:p>
    <w:p>
      <w:r>
        <w:rPr>
          <w:b/>
        </w:rPr>
        <w:t xml:space="preserve">[27:54] </w:t>
      </w:r>
      <w:r>
        <w:t>tasalsul ke sath nazar aa rahe hain. Haalankay aisa hota nahi hai wahan par. Wahan par laakhon tasveerein alag alag hoti hain. Har lamha discontinuity hota hai.</w:t>
      </w:r>
    </w:p>
    <w:p>
      <w:pPr>
        <w:jc w:val="right"/>
      </w:pPr>
      <w:r>
        <w:t>تسلسل کے ساتھ نظر آ رہے ہیں۔ حالانکہ ایسا ہوتا نہیں ہے وہاں پر۔ وہاں پر لاکھوں تصویریں الگ الگ ہوتی ہیں۔ ہر لمحہ ڈسکنٹینیو ہوتا ہے۔</w:t>
      </w:r>
    </w:p>
    <w:p>
      <w:r>
        <w:rPr>
          <w:b/>
        </w:rPr>
        <w:t xml:space="preserve">[28:04] </w:t>
      </w:r>
      <w:r>
        <w:t>har lamha. Wahan par koi aisa nahi ke koi tasalsul se waqiat ho rahe hon.</w:t>
      </w:r>
    </w:p>
    <w:p>
      <w:pPr>
        <w:jc w:val="right"/>
      </w:pPr>
      <w:r>
        <w:t>ہر لمحہ۔ وہاں پر کوئی ایسا نہیں کہ کوئی تسلسل سے واقعات ہو رہے ہوں۔</w:t>
      </w:r>
    </w:p>
    <w:p>
      <w:r>
        <w:rPr>
          <w:b/>
        </w:rPr>
        <w:t xml:space="preserve">[28:11] </w:t>
      </w:r>
      <w:r>
        <w:t>laakhon tasveerein guzarti hain alag alag. To that is continuity in discontinuity. Yahi poori kainat mein hai.</w:t>
      </w:r>
    </w:p>
    <w:p>
      <w:pPr>
        <w:jc w:val="right"/>
      </w:pPr>
      <w:r>
        <w:t>لاکھوں تصویریں گزرتی ہیں الگ الگ۔ تو دیٹ از کنٹینیوٹی ان ڈسکنٹینیوٹی۔ یہی پوری کائنات میں ہے۔</w:t>
      </w:r>
    </w:p>
    <w:p>
      <w:r>
        <w:rPr>
          <w:b/>
        </w:rPr>
        <w:t xml:space="preserve">[28:23] </w:t>
      </w:r>
      <w:r>
        <w:t>to aap ghor kijiye ke hum aap har lamha Allah ki rehmat se</w:t>
      </w:r>
    </w:p>
    <w:p>
      <w:pPr>
        <w:jc w:val="right"/>
      </w:pPr>
      <w:r>
        <w:t>تو آپ غور کیجیے کہ ہم آپ ہر لمحہ اللہ کی رحمت سے</w:t>
      </w:r>
    </w:p>
    <w:p>
      <w:r>
        <w:rPr>
          <w:b/>
        </w:rPr>
        <w:t xml:space="preserve">[28:30] </w:t>
      </w:r>
      <w:r>
        <w:t>hain jo kuch hain. Ek second se bhi fraction mein Allah ki rehmat na ho to hum khatam ho jayen. To main ne socha ke main bol raha hoon to har lamha Khuda ki blessing aa rahi hai to main bol raha hoon.</w:t>
      </w:r>
    </w:p>
    <w:p>
      <w:pPr>
        <w:jc w:val="right"/>
      </w:pPr>
      <w:r>
        <w:t>ہیں جو کچھ ہیں۔ ایک سیکنڈ سے بھی فریکشن میں اللہ کی رحمت نہ ہو تو ہم ختم ہو جائیں۔ تو میں نے سوچا کہ میں بول رہا ہوں تو ہر لمحہ خدا کی بلیسنگ آ رہی ہے تو میں بول رہا ہوں۔</w:t>
      </w:r>
    </w:p>
    <w:p>
      <w:r>
        <w:rPr>
          <w:b/>
        </w:rPr>
        <w:t xml:space="preserve">[28:46] </w:t>
      </w:r>
      <w:r>
        <w:t>main dekh raha hoon to har lamha Khuda ki blessing aa rahi hai to ab main dekh raha hoon.</w:t>
      </w:r>
    </w:p>
    <w:p>
      <w:pPr>
        <w:jc w:val="right"/>
      </w:pPr>
      <w:r>
        <w:t>میں دیکھ رہا ہوں تو ہر لمحہ خدا کی بلیسنگ آ رہی ہے تو اب میں دیکھ رہا ہوں۔</w:t>
      </w:r>
    </w:p>
    <w:p>
      <w:r>
        <w:rPr>
          <w:b/>
        </w:rPr>
        <w:t xml:space="preserve">[28:51] </w:t>
      </w:r>
      <w:r>
        <w:t>main soch raha hoon to har lamha Khuda ki blessing aa rahi hai to ab main soch raha hoon. Main chal raha hoon to Allah har lamha Khuda ki blessing aa rahi hai to main chal raha hoon.</w:t>
      </w:r>
    </w:p>
    <w:p>
      <w:pPr>
        <w:jc w:val="right"/>
      </w:pPr>
      <w:r>
        <w:t>میں سوچ رہا ہوں تو ہر لمحہ خدا کی بلیسنگ آ رہی ہے تو اب میں سوچ رہا ہوں۔ میں چل رہا ہوں تو اللہ ہر لمحہ خدا کی بلیسنگ آ رہی ہے تو میں چل رہا ہوں۔</w:t>
      </w:r>
    </w:p>
    <w:p>
      <w:r>
        <w:rPr>
          <w:b/>
        </w:rPr>
        <w:t xml:space="preserve">[29:04] </w:t>
      </w:r>
      <w:r>
        <w:t>is tarah se main saans le raha hoon to har lamha Khuda ki blessing aa rahi hai to main saans le raha hoon.</w:t>
      </w:r>
    </w:p>
    <w:p>
      <w:pPr>
        <w:jc w:val="right"/>
      </w:pPr>
      <w:r>
        <w:t>اس طریقے سے میں سانس لے رہا ہوں تو ہر لمحہ خدا کی بلیسنگ آ رہی ہے تو میں سانس لے رہا ہوں۔</w:t>
      </w:r>
    </w:p>
    <w:p>
      <w:r>
        <w:rPr>
          <w:b/>
        </w:rPr>
        <w:t xml:space="preserve">[29:11] </w:t>
      </w:r>
      <w:r>
        <w:t>main sun raha hoon to har lamha Khuda ki blessing aa rahi hai to main sun raha hoon. Aap ghor kijiye ke yeh soch jo hai aap ko yaani Khuda ki shukr mein sharabor kar deti hai.</w:t>
      </w:r>
    </w:p>
    <w:p>
      <w:pPr>
        <w:jc w:val="right"/>
      </w:pPr>
      <w:r>
        <w:t>میں سن رہا ہوں تو ہر لمحہ خدا کی بلیسنگ آ رہی ہے تو میں سن رہا ہوں۔ آپ غور کیجیے کہ یہ سوچ جو ہے آپ کو یعنی خدا کی شکر میں شرابور کر دیتی ہے۔</w:t>
      </w:r>
    </w:p>
    <w:p>
      <w:r>
        <w:rPr>
          <w:b/>
        </w:rPr>
        <w:t xml:space="preserve">[29:24] </w:t>
      </w:r>
      <w:r>
        <w:t>ek samundar mein aap ghota lagate hain.</w:t>
      </w:r>
    </w:p>
    <w:p>
      <w:pPr>
        <w:jc w:val="right"/>
      </w:pPr>
      <w:r>
        <w:t>ایک سمندر میں آپ غوطہ لگاتے ہیں۔</w:t>
      </w:r>
    </w:p>
    <w:p>
      <w:r>
        <w:rPr>
          <w:b/>
        </w:rPr>
        <w:t xml:space="preserve">[29:30] </w:t>
      </w:r>
      <w:r>
        <w:t>yaani aayat mein sari kainat ko jo pahunch raha hai Allah ki blessing, woh sab personalize aap karen to aap akele jaise is ka shair mil raha hai aap ko.</w:t>
      </w:r>
    </w:p>
    <w:p>
      <w:pPr>
        <w:jc w:val="right"/>
      </w:pPr>
      <w:r>
        <w:t>یعنی آیت میں ساری کائنات کو جو پہنچ رہا ہے اللہ کی بلیسنگ، وہ سب پرسنلائز آپ کریں تو آپ اکیلے جیسے اس کا شعر مل رہا ہے آپ کو۔</w:t>
      </w:r>
    </w:p>
    <w:p>
      <w:r>
        <w:rPr>
          <w:b/>
        </w:rPr>
        <w:t xml:space="preserve">[29:44] </w:t>
      </w:r>
      <w:r>
        <w:t>to kitna bara yeh</w:t>
      </w:r>
    </w:p>
    <w:p>
      <w:pPr>
        <w:jc w:val="right"/>
      </w:pPr>
      <w:r>
        <w:t>تو کتنا بڑا یہ</w:t>
      </w:r>
    </w:p>
    <w:p>
      <w:r>
        <w:rPr>
          <w:b/>
        </w:rPr>
        <w:t xml:space="preserve">[29:46] </w:t>
      </w:r>
      <w:r>
        <w:t>tasawwur hai.</w:t>
      </w:r>
    </w:p>
    <w:p>
      <w:pPr>
        <w:jc w:val="right"/>
      </w:pPr>
      <w:r>
        <w:t>تصور ہے۔</w:t>
      </w:r>
    </w:p>
    <w:p>
      <w:r>
        <w:rPr>
          <w:b/>
        </w:rPr>
        <w:t xml:space="preserve">[29:49] </w:t>
      </w:r>
      <w:r>
        <w:t>is liye main ek aayat ke barabar hi mein idhar koi negativity nahi aati. Har lamha mein positivity mein jeeta hoon. Kyun ke jo kyun ke is ka ehsaas yeh ho ke universal blessing mujhe mil rahi hai.</w:t>
      </w:r>
    </w:p>
    <w:p>
      <w:pPr>
        <w:jc w:val="right"/>
      </w:pPr>
      <w:r>
        <w:t>اس لیے میں ایک آیت کے برابر ہی میں ادھر کوئی نیگیٹیوٹی نہیں آتی۔ ہر لمحہ میں پازیٹیوٹی میں جیتا ہوں۔ کیونکہ جو کیونکہ اس کا احساس یہ ہو کہ یونیورسل بلیسنگ مجھے مل رہی ہے۔</w:t>
      </w:r>
    </w:p>
    <w:p>
      <w:r>
        <w:rPr>
          <w:b/>
        </w:rPr>
        <w:t xml:space="preserve">[30:06] </w:t>
      </w:r>
      <w:r>
        <w:t>universal blessing. to kia woh negativity mein mubtala ho sakta hai? kese ho sakta hai?</w:t>
      </w:r>
    </w:p>
    <w:p>
      <w:pPr>
        <w:jc w:val="right"/>
      </w:pPr>
      <w:r>
        <w:t>یونیورسل بلیسنگ۔ تو کیا وہ نیگیٹیوٹی میں مبتلا ہو سکتا ہے؟ کیسے ہو سکتا ہے؟</w:t>
      </w:r>
    </w:p>
    <w:p>
      <w:r>
        <w:rPr>
          <w:b/>
        </w:rPr>
        <w:t xml:space="preserve">[30:17] </w:t>
      </w:r>
      <w:r>
        <w:t>aise sara quran, sari hadith ke baray mein Allah taala ne mujh par nai nai baatein kholi hain. yeh main apni naoozubillah, main apne apne lehaz se nahi bol raha hoon.</w:t>
      </w:r>
    </w:p>
    <w:p>
      <w:pPr>
        <w:jc w:val="right"/>
      </w:pPr>
      <w:r>
        <w:t>ایسے سارا قرآن، ساری حدیث کے بارے میں اللہ تعالیٰ نے مجھ پر نئی نئی باتیں کھولی ہیں۔ یہ میں اپنی نعوذ باللہ، میں اپنے اپنے لحاظ سے نہیں بول رہا ہوں۔</w:t>
      </w:r>
    </w:p>
    <w:p>
      <w:r>
        <w:rPr>
          <w:b/>
        </w:rPr>
        <w:t xml:space="preserve">[30:30] </w:t>
      </w:r>
      <w:r>
        <w:t>ek principal ko establish karne ke liye bol raha hoon ke agar aap</w:t>
      </w:r>
    </w:p>
    <w:p>
      <w:pPr>
        <w:jc w:val="right"/>
      </w:pPr>
      <w:r>
        <w:t>ایک پرنسپل کو اسٹیبلش کرنے کے لیے بول رہا ہوں کہ اگر آپ</w:t>
      </w:r>
    </w:p>
    <w:p>
      <w:r>
        <w:rPr>
          <w:b/>
        </w:rPr>
        <w:t xml:space="preserve">[30:35] </w:t>
      </w:r>
      <w:r>
        <w:t>material culture mein jiyenge to just like animal aap jiyenge. aap ki aql jo hai animal jaisi hogi. aur agar aap material material cheezon ko ek bas ek zaroorat ka darjay mein laein.</w:t>
      </w:r>
    </w:p>
    <w:p>
      <w:pPr>
        <w:jc w:val="right"/>
      </w:pPr>
      <w:r>
        <w:t>مٹیریل کلچر میں جیئیں گے تو جسٹ لائک اینیمل آپ جیئیں گے۔ آپ کی عقل جو ہے اینیمل جیسی ہوگی۔ اور اگر آپ مٹیریل مٹیریل چیزوں کو ایک بس ایک ضرورت کا درجے میں لیں۔</w:t>
      </w:r>
    </w:p>
    <w:p>
      <w:r>
        <w:rPr>
          <w:b/>
        </w:rPr>
        <w:t xml:space="preserve">[30:54] </w:t>
      </w:r>
      <w:r>
        <w:t>aur aap ki fikr is pe ho ke aap intellectual unfolding ki fikr aap ko ho. to aap be-panah ho jayenge.</w:t>
      </w:r>
    </w:p>
    <w:p>
      <w:pPr>
        <w:jc w:val="right"/>
      </w:pPr>
      <w:r>
        <w:t>اور آپ کی فکر اس پہ ہو کہ آپ انٹلیکچول انفولڈنگ کی فکر آپ کو ہو۔ تو آپ بے پناہ ہو جائیں گے۔</w:t>
      </w:r>
    </w:p>
    <w:p>
      <w:r>
        <w:rPr>
          <w:b/>
        </w:rPr>
        <w:t xml:space="preserve">[31:04] </w:t>
      </w:r>
      <w:r>
        <w:t>be-panah ho jayenge.</w:t>
      </w:r>
    </w:p>
    <w:p>
      <w:pPr>
        <w:jc w:val="right"/>
      </w:pPr>
      <w:r>
        <w:t>بے پناہ ہو جائیں گے۔</w:t>
      </w:r>
    </w:p>
    <w:p>
      <w:r>
        <w:rPr>
          <w:b/>
        </w:rPr>
        <w:t xml:space="preserve">[31:08] </w:t>
      </w:r>
      <w:r>
        <w:t>mere jaisa aadmi jo ek paida hua to ek ek average bachcha tha</w:t>
      </w:r>
    </w:p>
    <w:p>
      <w:pPr>
        <w:jc w:val="right"/>
      </w:pPr>
      <w:r>
        <w:t>میرے جیسا آدمی جو ایک پیدا ہوا تو ایک ایک ایوریج بچہ تھا</w:t>
      </w:r>
    </w:p>
    <w:p>
      <w:r>
        <w:rPr>
          <w:b/>
        </w:rPr>
        <w:t xml:space="preserve">[31:14] </w:t>
      </w:r>
      <w:r>
        <w:t>jisko khud mere khandan wale Mirza Fawik kaha unhone. maine angrezi parhna shuru kiya zyada umar hone ke baad to ek sahib ne kaha ke budha tota kya parhega?</w:t>
      </w:r>
    </w:p>
    <w:p>
      <w:pPr>
        <w:jc w:val="right"/>
      </w:pPr>
      <w:r>
        <w:t>جس کو خود میرے خاندان والے مرزا فویک کہا انہوں نے۔ میں نے انگریزی پڑھنا شروع کیا زیادہ عمر ہونے کے بعد تو ایک صاحب نے کہا کہ بڈھا طوطا کیا پڑھے گا؟</w:t>
      </w:r>
    </w:p>
    <w:p>
      <w:r>
        <w:rPr>
          <w:b/>
        </w:rPr>
        <w:t xml:space="preserve">[31:30] </w:t>
      </w:r>
      <w:r>
        <w:t>ek sahib ne kaha unki to urdu bhi galat hoti hai.</w:t>
      </w:r>
    </w:p>
    <w:p>
      <w:pPr>
        <w:jc w:val="right"/>
      </w:pPr>
      <w:r>
        <w:t>ایک صاحب نے کہا ان کی تو اردو بھی غلط ہوتی ہے۔</w:t>
      </w:r>
    </w:p>
    <w:p>
      <w:r>
        <w:rPr>
          <w:b/>
        </w:rPr>
        <w:t xml:space="preserve">[31:35] </w:t>
      </w:r>
      <w:r>
        <w:t>is tarah ke mahol mein kyunke meri image jo thi ke woh yahi thi ke ek to ek average aadmi hai. koi bhi yaad rakhiye average nahi hota.</w:t>
      </w:r>
    </w:p>
    <w:p>
      <w:pPr>
        <w:jc w:val="right"/>
      </w:pPr>
      <w:r>
        <w:t>اس طرح کے ماحول میں کیونکہ میری امیج جو تھی کہ وہ یہی تھی کہ ایک تو ایک ایوریج آدمی ہے۔ کوئی بھی یاد رکھیے ایوریج نہیں ہوتا۔</w:t>
      </w:r>
    </w:p>
    <w:p>
      <w:r>
        <w:rPr>
          <w:b/>
        </w:rPr>
        <w:t xml:space="preserve">[31:46] </w:t>
      </w:r>
      <w:r>
        <w:t>har har aadmi Khuda ki ne jo paida kiya woh ek masterpiece hota hai.</w:t>
      </w:r>
    </w:p>
    <w:p>
      <w:pPr>
        <w:jc w:val="right"/>
      </w:pPr>
      <w:r>
        <w:t>ہر ہر آدمی خدا کی نے جو پیدا کیا وہ ایک ماسٹر پیس ہوتا ہے۔</w:t>
      </w:r>
    </w:p>
    <w:p>
      <w:r>
        <w:rPr>
          <w:b/>
        </w:rPr>
        <w:t xml:space="preserve">[31:52] </w:t>
      </w:r>
      <w:r>
        <w:t>har aadmi masterpiece hai.</w:t>
      </w:r>
    </w:p>
    <w:p>
      <w:pPr>
        <w:jc w:val="right"/>
      </w:pPr>
      <w:r>
        <w:t>ہر آدمی ماسٹر پیس ہے۔</w:t>
      </w:r>
    </w:p>
    <w:p>
      <w:r>
        <w:rPr>
          <w:b/>
        </w:rPr>
        <w:t xml:space="preserve">[31:57] </w:t>
      </w:r>
      <w:r>
        <w:t>lekin aap ko yeh yeh prize agar aap dein ke material culture mein, family culture mein, apni desire culture mein jeene wale na banein balke intellectual culture mein jeene wale banein.</w:t>
      </w:r>
    </w:p>
    <w:p>
      <w:pPr>
        <w:jc w:val="right"/>
      </w:pPr>
      <w:r>
        <w:t>لیکن آپ کو یہ یہ پرائز اگر آپ دیں کہ مٹیریل کلچر میں، فیملی کلچر میں، اپنی ڈیزائر کلچر میں جینے والے نہ بنیں بلکہ انٹلیکچول کلچر میں جینے والے بنیں۔</w:t>
      </w:r>
    </w:p>
    <w:p>
      <w:r>
        <w:rPr>
          <w:b/>
        </w:rPr>
        <w:t xml:space="preserve">[32:14] </w:t>
      </w:r>
      <w:r>
        <w:t>apne is is potential ko unfold karne ka ke dhan aap ko lag jaye to aap har mind superman ban jayega.</w:t>
      </w:r>
    </w:p>
    <w:p>
      <w:pPr>
        <w:jc w:val="right"/>
      </w:pPr>
      <w:r>
        <w:t>اپنے اس اس پوٹینشل کو انفولڈ کرنے کا کہ دھن آپ کو لگ جائے تو آپ ہر مائنڈ سپر مین بن جائے گا۔</w:t>
      </w:r>
    </w:p>
    <w:p>
      <w:r>
        <w:rPr>
          <w:b/>
        </w:rPr>
        <w:t xml:space="preserve">[32:24] </w:t>
      </w:r>
      <w:r>
        <w:t>yani potentially har mind superman hai. har man chahe koi bhi ho. har aurat aur har mard.</w:t>
      </w:r>
    </w:p>
    <w:p>
      <w:pPr>
        <w:jc w:val="right"/>
      </w:pPr>
      <w:r>
        <w:t>یعنی پوٹینشلی ہر مائنڈ سپر مین ہے۔ ہر مین چاہے کوئی بھی ہو۔ ہر عورت اور ہر مرد۔</w:t>
      </w:r>
    </w:p>
    <w:p>
      <w:r>
        <w:rPr>
          <w:b/>
        </w:rPr>
        <w:t xml:space="preserve">[32:36] </w:t>
      </w:r>
      <w:r>
        <w:t>to yeh jo material culture hai woh bohat hi color culture hai. color culture. yaad rakhiye ke color culture hai.</w:t>
      </w:r>
    </w:p>
    <w:p>
      <w:pPr>
        <w:jc w:val="right"/>
      </w:pPr>
      <w:r>
        <w:t>تو یہ جو مٹیریل کلچر ہے وہ بہت ہی کلر کلچر ہے۔ کلر کلچر۔ یاد رکھیے کہ کلر کلچر ہے۔</w:t>
      </w:r>
    </w:p>
    <w:p>
      <w:r>
        <w:rPr>
          <w:b/>
        </w:rPr>
        <w:t xml:space="preserve">[32:50] </w:t>
      </w:r>
      <w:r>
        <w:t>main America gaya to jo</w:t>
      </w:r>
    </w:p>
    <w:p>
      <w:pPr>
        <w:jc w:val="right"/>
      </w:pPr>
      <w:r>
        <w:t>میں امریکہ گیا تو جو</w:t>
      </w:r>
    </w:p>
    <w:p>
      <w:r>
        <w:rPr>
          <w:b/>
        </w:rPr>
        <w:t xml:space="preserve">[32:53] </w:t>
      </w:r>
      <w:r>
        <w:t>wahan ke jo log the bohat se logon se maine poocha is bar mein do teen haftay wahan reh gaya. to wahan jo the India ke ya un mulkon ke jo musalman ya hindu woh sab yeh yeh soch mein jee rahe the ke America ki taraqqi to hum ne hum ne ki hai.</w:t>
      </w:r>
    </w:p>
    <w:p>
      <w:pPr>
        <w:jc w:val="right"/>
      </w:pPr>
      <w:r>
        <w:t>وہاں کے جو لوگ تھے بہت سے لوگوں سے میں نے پوچھا اس بار میں دو تین ہفتے وہاں رہ گیا۔ تو وہاں جو تھے انڈیا کے یا ان ملکوں کے جو مسلمان یا ہندو وہ سب یہ یہ سوچ میں جی رہے تھے کہ امریکہ کی ترقی تو ہم نے ہم نے کی ہے۔</w:t>
      </w:r>
    </w:p>
    <w:p>
      <w:r>
        <w:rPr>
          <w:b/>
        </w:rPr>
        <w:t xml:space="preserve">[33:18] </w:t>
      </w:r>
      <w:r>
        <w:t>in India ke jo musalman ya hindu wahan hain woh yeh kehte the ke America kya hai hum ne America ko taraqqi di hai. ab yeh bilkul ahmaqana baat hai yeh.</w:t>
      </w:r>
    </w:p>
    <w:p>
      <w:pPr>
        <w:jc w:val="right"/>
      </w:pPr>
      <w:r>
        <w:t>ان انڈیا کے جو مسلمان یا ہندو وہاں ہیں وہ یہ کہتے تھے کہ امریکہ کیا ہے ہم نے امریکہ کو ترقی دی ہے۔ اب یہ بالکل احمقانہ بات ہے یہ۔</w:t>
      </w:r>
    </w:p>
    <w:p>
      <w:r>
        <w:rPr>
          <w:b/>
        </w:rPr>
        <w:t xml:space="preserve">[33:30] </w:t>
      </w:r>
      <w:r>
        <w:t>America yani aap ghor kijiye ke kisi company mein kaam karte hain wahan ek product banta hai to bas samjhiye ke bas hum us ko kaam karte hain product ban raha hai woh itni itni daryaft kar sake woh.</w:t>
      </w:r>
    </w:p>
    <w:p>
      <w:pPr>
        <w:jc w:val="right"/>
      </w:pPr>
      <w:r>
        <w:t>امریکہ یعنی آپ غور کیجیے کہ کسی کمپنی میں کام کرتے ہیں وہاں ایک پروڈکٹ بنتا ہے تو بس سمجھئے کہ بس ہم اس کو کام کرتے ہیں پروڈکٹ بن رہا ہے وہ اتنی اتنی دریافت کر سکے وہ۔</w:t>
      </w:r>
    </w:p>
    <w:p>
      <w:r>
        <w:rPr>
          <w:b/>
        </w:rPr>
        <w:t xml:space="preserve">[33:43] </w:t>
      </w:r>
      <w:r>
        <w:t>ek aur bari cheez se be-khabar reh gaye woh</w:t>
      </w:r>
    </w:p>
    <w:p>
      <w:pPr>
        <w:jc w:val="right"/>
      </w:pPr>
      <w:r>
        <w:t>ایک اور بڑی چیز سے بے خبر رہ گئے وہ</w:t>
      </w:r>
    </w:p>
    <w:p>
      <w:r>
        <w:rPr>
          <w:b/>
        </w:rPr>
        <w:t xml:space="preserve">[33:47] </w:t>
      </w:r>
      <w:r>
        <w:t>kyunke sab ke sab intellectual dwarf hain. unhone sochna chahiye tha maine unse kaha ke aap yeh kyun nahi sochte ke jab aap apne mulk mein the to wahan koi taraqqi nahi kar paya aap yahin kyun taraqqi diya la kar aap ne apne mulk ko kyun nahi taraqqi de sake aap?</w:t>
      </w:r>
    </w:p>
    <w:p>
      <w:pPr>
        <w:jc w:val="right"/>
      </w:pPr>
      <w:r>
        <w:t>کیونکہ سب کے سب انٹلیکچول ڈوارف ہیں۔ انہوں نے سوچنا چاہیے تھا میں نے ان سے کہا کہ آپ یہ کیوں نہیں سوچتے کہ جب آپ اپنے ملک میں تھے تو وہاں کوئی ترقی نہیں کر پایا آپ یہیں کیوں ترقی دیا لا کر آپ نے اپنے ملک کو کیوں نہیں ترقی دے سکے آپ؟</w:t>
      </w:r>
    </w:p>
    <w:p>
      <w:r>
        <w:rPr>
          <w:b/>
        </w:rPr>
        <w:t xml:space="preserve">[34:09] </w:t>
      </w:r>
      <w:r>
        <w:t>yani aap jab apne mulk mein the to wahan kyun nahi mulk ko taraqqi de de sake aap? is ko kyun nahi develop kar sake? yahin kyun develop kiya aap ne aa kar?</w:t>
      </w:r>
    </w:p>
    <w:p>
      <w:pPr>
        <w:jc w:val="right"/>
      </w:pPr>
      <w:r>
        <w:t>یعنی آپ جب اپنے ملک میں تھے تو وہاں کیوں نہیں ملک کو ترقی دے دے سکے آپ؟ اس کو کیوں نہیں ڈویلپ کر سکے؟ یہیں کیوں ڈویلپ کیا آپ نے آ کر؟</w:t>
      </w:r>
    </w:p>
    <w:p>
      <w:r>
        <w:rPr>
          <w:b/>
        </w:rPr>
        <w:t xml:space="preserve">[34:19] </w:t>
      </w:r>
      <w:r>
        <w:t>to asal cheez jo hai woh qabil daryaft kiya thi? America walon ne ek bohat bara</w:t>
      </w:r>
    </w:p>
    <w:p>
      <w:pPr>
        <w:jc w:val="right"/>
      </w:pPr>
      <w:r>
        <w:t>تو اصل چیز جو ہے وہ قابل دریافت کیا تھی؟ امریکہ والوں نے ایک بہت بڑا</w:t>
      </w:r>
    </w:p>
    <w:p>
      <w:r>
        <w:rPr>
          <w:b/>
        </w:rPr>
        <w:t xml:space="preserve">[34:28] </w:t>
      </w:r>
      <w:r>
        <w:t>yani ek ek bohat bara principal apnaya. bohat bara principal. woh principal hai ke kisi ko bhi koi cheez milegi merit pe base milegi.</w:t>
      </w:r>
    </w:p>
    <w:p>
      <w:pPr>
        <w:jc w:val="right"/>
      </w:pPr>
      <w:r>
        <w:t>یعنی ایک ایک بہت بڑا پرنسپل اپنایا۔ بہت بڑا پرنسپل۔ وہ پرنسپل ہے کہ کسی کو بھی کوئی چیز ملے گی میرٹ پہ بیس ملے گی۔</w:t>
      </w:r>
    </w:p>
    <w:p>
      <w:r>
        <w:rPr>
          <w:b/>
        </w:rPr>
        <w:t xml:space="preserve">[34:40] </w:t>
      </w:r>
      <w:r>
        <w:t>merit. idhar udhar merit kisi ko kuch nahi milne wala.</w:t>
      </w:r>
    </w:p>
    <w:p>
      <w:pPr>
        <w:jc w:val="right"/>
      </w:pPr>
      <w:r>
        <w:t>میرٹ۔ ادھر ادھر میرٹ کسی کو کچھ نہیں ملنے والا۔</w:t>
      </w:r>
    </w:p>
    <w:p>
      <w:r>
        <w:rPr>
          <w:b/>
        </w:rPr>
        <w:t xml:space="preserve">[34:45] </w:t>
      </w:r>
      <w:r>
        <w:t>unho ne competition chala diya. competition. compete at paris. wahan par koi woh discrimination nahi hota.</w:t>
      </w:r>
    </w:p>
    <w:p>
      <w:pPr>
        <w:jc w:val="right"/>
      </w:pPr>
      <w:r>
        <w:t>انہوں نے کمپیٹیشن چلا دیا۔ کمپیٹیشن۔ کمپیٹ ایٹ پیرس۔ وہاں پر کوئی وہ ڈسکریمنشن نہیں ہوتا۔</w:t>
      </w:r>
    </w:p>
    <w:p>
      <w:r>
        <w:rPr>
          <w:b/>
        </w:rPr>
        <w:t xml:space="preserve">[34:57] </w:t>
      </w:r>
      <w:r>
        <w:t>misalan ek family mein mila mein woh wahan ja ke settle hue the</w:t>
      </w:r>
    </w:p>
    <w:p>
      <w:pPr>
        <w:jc w:val="right"/>
      </w:pPr>
      <w:r>
        <w:t>مثلاً ایک فیملی میں ملا میں وہ وہاں جا کے سیٹل ہوئے تھے</w:t>
      </w:r>
    </w:p>
    <w:p>
      <w:r>
        <w:rPr>
          <w:b/>
        </w:rPr>
        <w:t xml:space="preserve">[35:02] </w:t>
      </w:r>
      <w:r>
        <w:t>to abhi un ko green card nahi mila tha. abhi woh aise hi the green card se pehle jo wahan rehne ka mamla hota hai.</w:t>
      </w:r>
    </w:p>
    <w:p>
      <w:pPr>
        <w:jc w:val="right"/>
      </w:pPr>
      <w:r>
        <w:t>تو ابھی ان کو گرین کارڈ نہیں ملا تھا۔ ابھی وہ ایسے ہی تھے گرین کارڈ سے پہلے جو وہاں رہنے کا معاملہ ہوتا ہے۔</w:t>
      </w:r>
    </w:p>
    <w:p>
      <w:r>
        <w:rPr>
          <w:b/>
        </w:rPr>
        <w:t xml:space="preserve">[35:14] </w:t>
      </w:r>
      <w:r>
        <w:t>un ka beta wahan parhta tha school mein aur school mein woh top kar gaya.</w:t>
      </w:r>
    </w:p>
    <w:p>
      <w:pPr>
        <w:jc w:val="right"/>
      </w:pPr>
      <w:r>
        <w:t>ان کا بیٹا وہاں پڑھتا تھا اسکول میں اور اسکول میں وہ ٹاپ کر گیا۔</w:t>
      </w:r>
    </w:p>
    <w:p>
      <w:r>
        <w:rPr>
          <w:b/>
        </w:rPr>
        <w:t xml:space="preserve">[35:19] </w:t>
      </w:r>
      <w:r>
        <w:t>to agarche un ko green card nahi mila tha lekin foran hi is ko bohat bohat bara offer mil gaya. halanke abhi woh green card nahi mila is ko.</w:t>
      </w:r>
    </w:p>
    <w:p>
      <w:pPr>
        <w:jc w:val="right"/>
      </w:pPr>
      <w:r>
        <w:t>تو اگرچہ ان کو گرین کارڈ نہیں ملا تھا لیکن فوراً ہی اس کو بہت بہت بڑا آفر مل گیا۔ حالانکہ ابھی وہ گرین کارڈ نہیں ملا اس کو۔</w:t>
      </w:r>
    </w:p>
    <w:p>
      <w:r>
        <w:rPr>
          <w:b/>
        </w:rPr>
        <w:t xml:space="preserve">[35:29] </w:t>
      </w:r>
      <w:r>
        <w:t>top karne ko isay ab india mein aisa ho nahi sakta. india mein woh to favorites favorites chalta hai.</w:t>
      </w:r>
    </w:p>
    <w:p>
      <w:pPr>
        <w:jc w:val="right"/>
      </w:pPr>
      <w:r>
        <w:t>ٹاپ کرنے کو اسے اب انڈیا میں ایسا ہو نہیں سکتا۔ انڈیا میں وہ تو فیورٹیز فیورٹیز چلتا ہے۔</w:t>
      </w:r>
    </w:p>
    <w:p>
      <w:r>
        <w:rPr>
          <w:b/>
        </w:rPr>
        <w:t xml:space="preserve">[35:38] </w:t>
      </w:r>
      <w:r>
        <w:t>wahan par sirf merit merit base society wahan ki hai. kuch nahi dekhte woh is ke baad merit pe to yahan jo log gaye yahan se unho ne merit se phir hota kya hai ke merit base society mein yeh hota hai ke har aadmi samajhta hai ke mein agar mehnat karunga to mujhe mehnat pay kare gi.</w:t>
      </w:r>
    </w:p>
    <w:p>
      <w:pPr>
        <w:jc w:val="right"/>
      </w:pPr>
      <w:r>
        <w:t>وہاں پر صرف میرٹ میرٹ بیس سوسائٹی وہاں کی ہے۔ کچھ نہیں دیکھتے وہ اس کے بعد میرٹ پہ تو یہاں جو لوگ گئے یہاں سے انہوں نے میرٹ سے پھر ہوتا کیا ہے کہ میرٹ بیس سوسائٹی میں یہ ہوتا ہے کہ ہر آدمی سمجھتا ہے کہ میں اگر محنت کروں گا تو مجھے محنت پے کرے گی۔</w:t>
      </w:r>
    </w:p>
    <w:p>
      <w:r>
        <w:rPr>
          <w:b/>
        </w:rPr>
        <w:t xml:space="preserve">[35:59] </w:t>
      </w:r>
      <w:r>
        <w:t>yeh namumkin hai ke mein mehnat karu woh mehnat mujhe pay na kare. to andha dhund mehnat karta hai woh aur phir is ko jab is ka return milta hai to bohat khush hota hai woh.</w:t>
      </w:r>
    </w:p>
    <w:p>
      <w:pPr>
        <w:jc w:val="right"/>
      </w:pPr>
      <w:r>
        <w:t>یہ ناممکن ہے کہ میں محنت کروں وہ محنت مجھے پے نہ کرے۔ تو اندھا دھند محنت کرتا ہے وہ اور پھر اس کو جب اس کا ریٹرن ملتا ہے تو بہت خوش ہوتا ہے وہ۔</w:t>
      </w:r>
    </w:p>
    <w:p>
      <w:r>
        <w:rPr>
          <w:b/>
        </w:rPr>
        <w:t xml:space="preserve">[36:12] </w:t>
      </w:r>
      <w:r>
        <w:t>india mein aap ko ya aur jo countries mein hain india hai pakistan hai bangladesh waghera waghera yahan aadmiyon ko yaqeen nahi hai ke woh andha dhund mehnat kare to is ko</w:t>
      </w:r>
    </w:p>
    <w:p>
      <w:pPr>
        <w:jc w:val="right"/>
      </w:pPr>
      <w:r>
        <w:t>انڈیا میں آپ کو یا اور جو کنٹریز میں ہیں انڈیا ہے پاکستان ہے بنگلہ دیش وغیرہ وغیرہ یہاں آدمیوں کو یقین نہیں ہے کہ وہ اندھا دھند محنت کرے تو اس کو</w:t>
      </w:r>
    </w:p>
    <w:p>
      <w:r>
        <w:rPr>
          <w:b/>
        </w:rPr>
        <w:t xml:space="preserve">[36:24] </w:t>
      </w:r>
      <w:r>
        <w:t>is ka return mile ga. yeh yaqeen nahi hai is ko to woh sochta hai ke mein kyun mehnat karu? america mein yeh hai ke woh yaqeen hai aadmi ko ke agar mehnat karunga to mujhe return milna hi milna hai.</w:t>
      </w:r>
    </w:p>
    <w:p>
      <w:pPr>
        <w:jc w:val="right"/>
      </w:pPr>
      <w:r>
        <w:t>اس کا ریٹرن ملے گا۔ یہ یقین نہیں ہے اس کو تو وہ سوچتا ہے کہ میں کیوں محنت کروں؟ امریکہ میں یہ ہے کہ وہ یقین ہے آدمی کو کہ اگر محنت کروں گا تو مجھے ریٹرن ملنا ہی ملنا ہے۔</w:t>
      </w:r>
    </w:p>
    <w:p>
      <w:r>
        <w:rPr>
          <w:b/>
        </w:rPr>
        <w:t xml:space="preserve">[36:40] </w:t>
      </w:r>
      <w:r>
        <w:t>is cheez ne logon ko hero bana diya hua hai.</w:t>
      </w:r>
    </w:p>
    <w:p>
      <w:pPr>
        <w:jc w:val="right"/>
      </w:pPr>
      <w:r>
        <w:t>اس چیز نے لوگوں کو ہیرو بنا دیا ہوا ہے۔</w:t>
      </w:r>
    </w:p>
    <w:p>
      <w:r>
        <w:rPr>
          <w:b/>
        </w:rPr>
        <w:t xml:space="preserve">[36:43] </w:t>
      </w:r>
      <w:r>
        <w:t>to america ki taraqqi ek ek principle ki bana par hui. na yeh ke india jaise mulkon ke log ja kar wahan kaam karne lage to taraqqi ho gayi.</w:t>
      </w:r>
    </w:p>
    <w:p>
      <w:pPr>
        <w:jc w:val="right"/>
      </w:pPr>
      <w:r>
        <w:t>تو امریکہ کی ترقی ایک ایک پرنسپل کی بنا پر ہوئی۔ نہ یہ کہ انڈیا جیسے ملکوں کے لوگ جا کر وہاں کام کرنے لگے تو ترقی ہو گئی۔</w:t>
      </w:r>
    </w:p>
    <w:p>
      <w:r>
        <w:rPr>
          <w:b/>
        </w:rPr>
        <w:t xml:space="preserve">[36:54] </w:t>
      </w:r>
      <w:r>
        <w:t>kitni bari fallacy hai jis mein jeete hain log. kitni bari fallacy hai.</w:t>
      </w:r>
    </w:p>
    <w:p>
      <w:pPr>
        <w:jc w:val="right"/>
      </w:pPr>
      <w:r>
        <w:t>کتنی بڑی فلیسی ہے جس میں جیتے ہیں لوگ۔ کتنی بڑی فلیسی ہے۔</w:t>
      </w:r>
    </w:p>
    <w:p>
      <w:r>
        <w:rPr>
          <w:b/>
        </w:rPr>
        <w:t xml:space="preserve">[37:03] </w:t>
      </w:r>
      <w:r>
        <w:t>to yeh jo material culture hai mein ne dekha ke color culture hai. color culture. yani animalization of mind is ko keh sakte hain ke ek aadmi paida hua bator insan</w:t>
      </w:r>
    </w:p>
    <w:p>
      <w:pPr>
        <w:jc w:val="right"/>
      </w:pPr>
      <w:r>
        <w:t>تو یہ جو مٹیریل کلچر ہے میں نے دیکھا کہ کلر کلچر ہے۔ کلر کلچر۔ یعنی اینیملائزیشن آف مائنڈ اس کو کہہ سکتے ہیں کہ ایک آدمی پیدا ہوا بطور انسان</w:t>
      </w:r>
    </w:p>
    <w:p>
      <w:r>
        <w:rPr>
          <w:b/>
        </w:rPr>
        <w:t xml:space="preserve">[37:19] </w:t>
      </w:r>
      <w:r>
        <w:t>lekin material culture kya karta hai is ko haiwanat ki taraf lota deta hai. woh haiwanat ki taraf lota deta hai.</w:t>
      </w:r>
    </w:p>
    <w:p>
      <w:pPr>
        <w:jc w:val="right"/>
      </w:pPr>
      <w:r>
        <w:t>لیکن مٹیریل کلچر کیا کرتا ہے اس کو حیوانت کی طرف لوٹا دیتا ہے۔ وہ حیوانت کی طرف لوٹا دیتا ہے۔</w:t>
      </w:r>
    </w:p>
    <w:p>
      <w:r>
        <w:rPr>
          <w:b/>
        </w:rPr>
        <w:t xml:space="preserve">[37:29] </w:t>
      </w:r>
      <w:r>
        <w:t>ab ek yani secular logon ki ek ek ek bohat bari hamakat mein batata hoon aap ko jis mein sare ke sare insan mubtala hain.</w:t>
      </w:r>
    </w:p>
    <w:p>
      <w:pPr>
        <w:jc w:val="right"/>
      </w:pPr>
      <w:r>
        <w:t>اب ایک یعنی سیکولر لوگوں کی ایک ایک ایک بہت بڑی حماقت میں بتاتا ہوں آپ کو جس میں سارے کے سارے انسان مبتلا ہیں۔</w:t>
      </w:r>
    </w:p>
    <w:p>
      <w:r>
        <w:rPr>
          <w:b/>
        </w:rPr>
        <w:t xml:space="preserve">[37:38] </w:t>
      </w:r>
      <w:r>
        <w:t>ajeeb baat hai woh evolution theory. evolution theory mein kya hai?</w:t>
      </w:r>
    </w:p>
    <w:p>
      <w:pPr>
        <w:jc w:val="right"/>
      </w:pPr>
      <w:r>
        <w:t>عجیب بات ہے وہ ایولوشن تھیوری۔ ایولوشن تھیوری میں کیا ہے؟</w:t>
      </w:r>
    </w:p>
    <w:p>
      <w:r>
        <w:rPr>
          <w:b/>
        </w:rPr>
        <w:t xml:space="preserve">[37:46] </w:t>
      </w:r>
      <w:r>
        <w:t>ke darwin ne jo study ki aur doosre logon ne to unho ne paya hai ke yeh species beshumar hain. species ki koi ginti nahi hai.</w:t>
      </w:r>
    </w:p>
    <w:p>
      <w:pPr>
        <w:jc w:val="right"/>
      </w:pPr>
      <w:r>
        <w:t>کہ ڈارون نے جو اسٹڈی کی اور دوسرے لوگوں نے تو انہوں نے پایا ہے کہ یہ سپیشیز بے شمار ہیں۔ اسپیشیز کی کوئی گنتی نہیں ہے۔</w:t>
      </w:r>
    </w:p>
    <w:p>
      <w:r>
        <w:rPr>
          <w:b/>
        </w:rPr>
        <w:t xml:space="preserve">[37:59] </w:t>
      </w:r>
      <w:r>
        <w:t>bhed hai, bakri hai, ghodi hai, gaaye hai, bell hai, oont hai, hathi hai aur ghoda hai, sher hai. beshumar species hain.</w:t>
      </w:r>
    </w:p>
    <w:p>
      <w:pPr>
        <w:jc w:val="right"/>
      </w:pPr>
      <w:r>
        <w:t>بھیڑ ہے، بکری ہے، گھوڑی ہے، گائے ہے، بیل ہے، اونٹ ہے، ہاتھی ہے اور گھوڑا ہے، شیر ہے۔ بے شمار اسپیشیز ہیں۔</w:t>
      </w:r>
    </w:p>
    <w:p>
      <w:r>
        <w:rPr>
          <w:b/>
        </w:rPr>
        <w:t xml:space="preserve">[38:09] </w:t>
      </w:r>
      <w:r>
        <w:t>lekin un ka jo dhancha hota hai hamara jo dekhein yeh khaal hai. khaal ke neeche andar ek dhancha hai. dhancha jo haddiyon se bana hua hota hai.</w:t>
      </w:r>
    </w:p>
    <w:p>
      <w:pPr>
        <w:jc w:val="right"/>
      </w:pPr>
      <w:r>
        <w:t>لیکن ان کا جو ڈھانچہ ہوتا ہے ہمارا جو دیکھیں یہ کھال ہے۔ کھال کے نیچے اندر ایک ڈھانچہ ہے۔ ڈھانچہ جو ہڈیوں سے بنا ہوا ہوتا ہے۔</w:t>
      </w:r>
    </w:p>
    <w:p>
      <w:r>
        <w:rPr>
          <w:b/>
        </w:rPr>
        <w:t xml:space="preserve">[38:18] </w:t>
      </w:r>
      <w:r>
        <w:t>to dhanchay mein similarity hai.</w:t>
      </w:r>
    </w:p>
    <w:p>
      <w:pPr>
        <w:jc w:val="right"/>
      </w:pPr>
      <w:r>
        <w:t>تو ڈھانچے میں سیمیلریٹی ہے۔</w:t>
      </w:r>
    </w:p>
    <w:p>
      <w:r>
        <w:rPr>
          <w:b/>
        </w:rPr>
        <w:t xml:space="preserve">[38:24] </w:t>
      </w:r>
      <w:r>
        <w:t>dhanchay mein similarity hai. misalan jo dhancha billi ka hai usay similar dhancha bheriye ka hai. usay similar dhancha sher ka hai.</w:t>
      </w:r>
    </w:p>
    <w:p>
      <w:pPr>
        <w:jc w:val="right"/>
      </w:pPr>
      <w:r>
        <w:t>ڈھانچے میں سیمیلریٹی ہے۔ مثلاً جو ڈھانچہ بلی کا ہے اسے سیمیلر ڈھانچہ بھیڑیے کا ہے۔ اسے سیمیلر ڈھانچہ شیر کا ہے۔</w:t>
      </w:r>
    </w:p>
    <w:p>
      <w:r>
        <w:rPr>
          <w:b/>
        </w:rPr>
        <w:t xml:space="preserve">[38:35] </w:t>
      </w:r>
      <w:r>
        <w:t>to dhanchay mein similarity hai. is se kya nikal liya? ke ek se doosra</w:t>
      </w:r>
    </w:p>
    <w:p>
      <w:pPr>
        <w:jc w:val="right"/>
      </w:pPr>
      <w:r>
        <w:t>تو ڈھانچے میں سیمیلریٹی ہے۔ اس سے کیا نکال لیا؟ کہ ایک سے دوسرا</w:t>
      </w:r>
    </w:p>
    <w:p>
      <w:r>
        <w:rPr>
          <w:b/>
        </w:rPr>
        <w:t xml:space="preserve">[38:42] </w:t>
      </w:r>
      <w:r>
        <w:t>yani ek se doosra paida hua doosra doosra paida hua. ek saada si baat hai ke dhanchay mein similarity ke mani hain ke species mein diversity hai.</w:t>
      </w:r>
    </w:p>
    <w:p>
      <w:pPr>
        <w:jc w:val="right"/>
      </w:pPr>
      <w:r>
        <w:t>یعنی ایک سے دوسرا پیدا ہوا دوسرا دوسرا پیدا ہوا۔ ایک سادہ سی بات ہے کہ ڈھانچے میں سیمیلریٹی کے معنی ہیں کہ اسپیشیز میں ڈائیورسٹی ہے۔</w:t>
      </w:r>
    </w:p>
    <w:p>
      <w:r>
        <w:rPr>
          <w:b/>
        </w:rPr>
        <w:t xml:space="preserve">[38:55] </w:t>
      </w:r>
      <w:r>
        <w:t>yani khuda ne billi paida ki phir khuda ne bhediya paida kiya phir khuda ne</w:t>
      </w:r>
    </w:p>
    <w:p>
      <w:pPr>
        <w:jc w:val="right"/>
      </w:pPr>
      <w:r>
        <w:t>یعنی خدا نے بلی پیدا کی پھر خدا نے بھیڑیا پیدا کیا پھر خدا نے</w:t>
      </w:r>
    </w:p>
    <w:p>
      <w:r>
        <w:rPr>
          <w:b/>
        </w:rPr>
        <w:t xml:space="preserve">[39:02] </w:t>
      </w:r>
      <w:r>
        <w:t>sher paida kiya. khuda ne bakri paida ki phir khuda ne gaaye paida ki. khuda phir azraf paida kiya. alag alag alag alag.</w:t>
      </w:r>
    </w:p>
    <w:p>
      <w:pPr>
        <w:jc w:val="right"/>
      </w:pPr>
      <w:r>
        <w:t>شیر پیدا کیا۔ خدا نے بکری پیدا کی پھر خدا نے گائے پیدا کی۔ خدا پھر ازراف پیدا کیا۔ الگ الگ الگ الگ۔</w:t>
      </w:r>
    </w:p>
    <w:p>
      <w:r>
        <w:rPr>
          <w:b/>
        </w:rPr>
        <w:t xml:space="preserve">[39:12] </w:t>
      </w:r>
      <w:r>
        <w:t>yani creation mein diversity sabit hoti hai. creation mein evolution nahi sabit hota is se.</w:t>
      </w:r>
    </w:p>
    <w:p>
      <w:pPr>
        <w:jc w:val="right"/>
      </w:pPr>
      <w:r>
        <w:t>یعنی کریشن میں ڈائیورسٹی ثابت ہوتی ہے۔ کریشن میں ایولوشن نہیں ثابت ہوتا اس سے۔</w:t>
      </w:r>
    </w:p>
    <w:p>
      <w:r>
        <w:rPr>
          <w:b/>
        </w:rPr>
        <w:t xml:space="preserve">[39:21] </w:t>
      </w:r>
      <w:r>
        <w:t>jo similarity hai us se sirf yeh sabit hota hai ke creation mein diversity hai. magar kya nikaal liya? ke creation mein evolution hai.</w:t>
      </w:r>
    </w:p>
    <w:p>
      <w:pPr>
        <w:jc w:val="right"/>
      </w:pPr>
      <w:r>
        <w:t>جو سیمیلریٹی ہے اس سے صرف یہ ثابت ہوتا ہے کہ کریشن میں ڈائیورسٹی ہے۔ مگر کیا نکال لیا؟ کہ کریشن میں ایولوشن ہے۔</w:t>
      </w:r>
    </w:p>
    <w:p>
      <w:r>
        <w:rPr>
          <w:b/>
        </w:rPr>
        <w:t xml:space="preserve">[39:33] </w:t>
      </w:r>
      <w:r>
        <w:t>is se woh nikla is se woh nikla is se woh nikla. yeh hai intellectual dwarfism.</w:t>
      </w:r>
    </w:p>
    <w:p>
      <w:pPr>
        <w:jc w:val="right"/>
      </w:pPr>
      <w:r>
        <w:t>اس سے وہ نکلا اس سے وہ نکلا اس سے وہ نکلا۔ یہ ہے انٹلیکچول ڈوارفزم۔</w:t>
      </w:r>
    </w:p>
    <w:p>
      <w:r>
        <w:rPr>
          <w:b/>
        </w:rPr>
        <w:t xml:space="preserve">[39:40] </w:t>
      </w:r>
      <w:r>
        <w:t>log well dressed dikhaye jaate hain. shandaar gharon mein rehte hain. bade bade caron mein chalte hain lekin intellectually they are dwarf. chahe musalman hon chahe non muslim hon.</w:t>
      </w:r>
    </w:p>
    <w:p>
      <w:pPr>
        <w:jc w:val="right"/>
      </w:pPr>
      <w:r>
        <w:t>لوگ ویل ڈریس دکھائے جاتے ہیں۔ شاندار گھروں میں رہتے ہیں۔ بڑے بڑے کاروں میں چلتے ہیں لیکن انٹلیکچولی دے آر ڈوارف۔ چاہے مسلمان ہوں چاہے نان مسلم ہوں۔</w:t>
      </w:r>
    </w:p>
    <w:p>
      <w:r>
        <w:rPr>
          <w:b/>
        </w:rPr>
        <w:t xml:space="preserve">[39:52] </w:t>
      </w:r>
      <w:r>
        <w:t>secular hon ya religious hon sab ka yahi haal hai.</w:t>
      </w:r>
    </w:p>
    <w:p>
      <w:pPr>
        <w:jc w:val="right"/>
      </w:pPr>
      <w:r>
        <w:t>سیکولر ہوں یا ریلیجیس ہوں سب کا یہی حال ہے۔</w:t>
      </w:r>
    </w:p>
    <w:p>
      <w:r>
        <w:rPr>
          <w:b/>
        </w:rPr>
        <w:t xml:space="preserve">[39:59] </w:t>
      </w:r>
      <w:r>
        <w:t>to main yeh kahunga ke hamara jo mission hai is ka ek khaas pehlu yeh hai ke hum aap khud aap material culture se poori tarah se apne aap ko bahar laayein.</w:t>
      </w:r>
    </w:p>
    <w:p>
      <w:pPr>
        <w:jc w:val="right"/>
      </w:pPr>
      <w:r>
        <w:t>تو میں یہ کہوں گا کہ ہمارا جو مشن ہے اس کا ایک خاص پہلو یہ ہے کہ ہم آپ خود آپ مٹیریل کلچر سے پوری طرح سے اپنے آپ کو باہر لائیں۔</w:t>
      </w:r>
    </w:p>
    <w:p>
      <w:r>
        <w:rPr>
          <w:b/>
        </w:rPr>
        <w:t xml:space="preserve">[40:12] </w:t>
      </w:r>
      <w:r>
        <w:t>mujhe abhi shakk hai ke hamare CPS ke log jo hain material culture se poori tarah bahar nahi aaye hain.</w:t>
      </w:r>
    </w:p>
    <w:p>
      <w:pPr>
        <w:jc w:val="right"/>
      </w:pPr>
      <w:r>
        <w:t>مجھے ابھی شک ہے کہ ہمارے سی پی ایس کے لوگ جو ہیں مٹیریل کلچر سے پوری طرح باہر نہیں آئے ہیں۔</w:t>
      </w:r>
    </w:p>
    <w:p>
      <w:r>
        <w:rPr>
          <w:b/>
        </w:rPr>
        <w:t xml:space="preserve">[40:18] </w:t>
      </w:r>
      <w:r>
        <w:t>abhi phanse hue hain society ke asar se ya family ke asar se. to agar aap chahte hain ke aap ko maut aaye to is haal mein aaye ke aap poora poora momentum mein aap intellectual development aap ka hua ho.</w:t>
      </w:r>
    </w:p>
    <w:p>
      <w:pPr>
        <w:jc w:val="right"/>
      </w:pPr>
      <w:r>
        <w:t>ابھی پھنسے ہوئے ہیں سوسائٹی کے اثر سے یا فیملی کے اثر سے۔ تو اگر آپ چاہتے ہیں کہ آپ کو موت آئے تو اس حال میں آئے کہ آپ پورا پورا ماؤنٹم میں آپ انٹلیکچول ڈیولپمنٹ آپ کا ہوا ہو۔</w:t>
      </w:r>
    </w:p>
    <w:p>
      <w:r>
        <w:rPr>
          <w:b/>
        </w:rPr>
        <w:t xml:space="preserve">[40:33] </w:t>
      </w:r>
      <w:r>
        <w:t>poore poore momentum mein.</w:t>
      </w:r>
    </w:p>
    <w:p>
      <w:pPr>
        <w:jc w:val="right"/>
      </w:pPr>
      <w:r>
        <w:t>پورے پورے ماؤنٹم میں۔</w:t>
      </w:r>
    </w:p>
    <w:p>
      <w:r>
        <w:rPr>
          <w:b/>
        </w:rPr>
        <w:t xml:space="preserve">[40:35] </w:t>
      </w:r>
      <w:r>
        <w:t>kyunki dekhiye maut hamesha aati hai point of no return par. main roz sochta sochta rehta hoon ungliyon pe ginta rehta hoon ke falan aadmi mar gaya ab lauta hai ke nahi.</w:t>
      </w:r>
    </w:p>
    <w:p>
      <w:pPr>
        <w:jc w:val="right"/>
      </w:pPr>
      <w:r>
        <w:t>کیونکہ دیکھیے موت ہمیشہ آتی ہے پوائنٹ آف نو ریٹرن پر۔ میں روز سوچتا سوچتا رہتا ہوں انگلیوں پہ گنتا رہتا ہوں کہ فلاں آدمی مر گیا اب لوٹا ہے کہ نہیں۔</w:t>
      </w:r>
    </w:p>
    <w:p>
      <w:r>
        <w:rPr>
          <w:b/>
        </w:rPr>
        <w:t xml:space="preserve">[40:48] </w:t>
      </w:r>
      <w:r>
        <w:t>falan aadmi mar gaya ab lauta hai ke nahi. falan aadmi mar gaya ab lauta hai ke nahi. mere jo hum zamana the jin ko main ne dekha tha jin ke saath main raha tha un sab ko sochta rehta hoon</w:t>
      </w:r>
    </w:p>
    <w:p>
      <w:pPr>
        <w:jc w:val="right"/>
      </w:pPr>
      <w:r>
        <w:t>فلاں آدمی مر گیا اب لوٹا ہے کہ نہیں۔ فلاں آدمی مر گیا اب لوٹا ہے کہ نہیں۔ میرے جو ہم زمانہ تھے جن کو میں نے دیکھا تھا جن کے ساتھ میں رہا تھا ان سب کو سوچتا رہتا ہوں</w:t>
      </w:r>
    </w:p>
    <w:p>
      <w:r>
        <w:rPr>
          <w:b/>
        </w:rPr>
        <w:t xml:space="preserve">[41:00] </w:t>
      </w:r>
      <w:r>
        <w:t>ke chala gaya aadmi ab lauta hai ke nahi. ab kya woh sochta hoga ke kaisi ajeeb opportunity thi duniya jis ko main ne miss kiya.</w:t>
      </w:r>
    </w:p>
    <w:p>
      <w:pPr>
        <w:jc w:val="right"/>
      </w:pPr>
      <w:r>
        <w:t>کہ چلا گیا آدمی اب لوٹا ہے کہ نہیں۔ اب کیا وہ سوچتا ہوگا کہ کیسی عجیب اپرچونیٹی تھی دنیا جس کو میں نے مس کیا۔</w:t>
      </w:r>
    </w:p>
    <w:p>
      <w:r>
        <w:rPr>
          <w:b/>
        </w:rPr>
        <w:t xml:space="preserve">[41:11] </w:t>
      </w:r>
      <w:r>
        <w:t>mind was a case of missed opportunity. to is aap apne ko</w:t>
      </w:r>
    </w:p>
    <w:p>
      <w:pPr>
        <w:jc w:val="right"/>
      </w:pPr>
      <w:r>
        <w:t>مائنڈ واز ا کیس آف مسڈ اپرچونیٹی۔ تو اس آپ اپنے کو</w:t>
      </w:r>
    </w:p>
    <w:p>
      <w:r>
        <w:rPr>
          <w:b/>
        </w:rPr>
        <w:t xml:space="preserve">[41:17] </w:t>
      </w:r>
      <w:r>
        <w:t>alag na karein. aap ko is har shakhs ko yeh sochna chahiye ke agar woh material culture mein jeeta hai to us ko yeh ek prize deni hi padegi ke woh intellectual sense mein dwarf ban jayega.</w:t>
      </w:r>
    </w:p>
    <w:p>
      <w:pPr>
        <w:jc w:val="right"/>
      </w:pPr>
      <w:r>
        <w:t>الگ نہ کریں۔ آپ کو اس ہر شخص کو یہ سوچنا چاہیے کہ اگر وہ مٹیریل کلچر میں جیتا ہے تو اس کو یہ ایک پرائز دینی ہی پڑے گی کہ وہ انٹلیکچول سینس میں ڈوارف بن جائے گا۔</w:t>
      </w:r>
    </w:p>
    <w:p>
      <w:r>
        <w:rPr>
          <w:b/>
        </w:rPr>
        <w:t xml:space="preserve">[41:33] </w:t>
      </w:r>
      <w:r>
        <w:t>dwarf ban jayega.</w:t>
      </w:r>
    </w:p>
    <w:p>
      <w:pPr>
        <w:jc w:val="right"/>
      </w:pPr>
      <w:r>
        <w:t>ڈوارف بن جائے گا۔</w:t>
      </w:r>
    </w:p>
    <w:p>
      <w:r>
        <w:rPr>
          <w:b/>
        </w:rPr>
        <w:t xml:space="preserve">[41:35] </w:t>
      </w:r>
      <w:r>
        <w:t>yani physical sense mein woh haathi ho sakta hai. lekin intellectual sense mein woh dwarf ban jayega woh. to kya aap is is prize ko dene ke liye tayyar hain?</w:t>
      </w:r>
    </w:p>
    <w:p>
      <w:pPr>
        <w:jc w:val="right"/>
      </w:pPr>
      <w:r>
        <w:t>یعنی فزیکل سینس میں وہ ہاتھی ہو سکتا ہے۔ لیکن انٹلیکچول سینس میں وہ ڈوارف بن جائے گا وہ۔ تو کیا آپ اس اس پرائز کو دینے کے لیے تیار ہیں؟</w:t>
      </w:r>
    </w:p>
    <w:p>
      <w:r>
        <w:rPr>
          <w:b/>
        </w:rPr>
        <w:t xml:space="preserve">[41:48] </w:t>
      </w:r>
      <w:r>
        <w:t>yeh to badi heavy prize hai. shayad yahi baat kahi gayi is surat mein</w:t>
      </w:r>
    </w:p>
    <w:p>
      <w:pPr>
        <w:jc w:val="right"/>
      </w:pPr>
      <w:r>
        <w:t>یہ تو بڑی ہیوی پرائز ہے۔ شاید یہی بات کہی گئی اس سورت میں</w:t>
      </w:r>
    </w:p>
    <w:p>
      <w:r>
        <w:rPr>
          <w:b/>
        </w:rPr>
        <w:t xml:space="preserve">[41:55] </w:t>
      </w:r>
      <w:r>
        <w:t>ke laqad khalaqnal insana fi ahsani taqwim thumma radadnahu asfalas safilin. yeh ayat bhi tasweeron mein wazeh nahi hai.</w:t>
      </w:r>
    </w:p>
    <w:p>
      <w:pPr>
        <w:jc w:val="right"/>
      </w:pPr>
      <w:r>
        <w:t>کہ لقد خلقنا الانسان فی احسن تقویم ثم رضنا اسفل السافرین۔ یہ آیت بھی تصویروں میں واضح نہیں ہے۔</w:t>
      </w:r>
    </w:p>
    <w:p>
      <w:r>
        <w:rPr>
          <w:b/>
        </w:rPr>
        <w:t xml:space="preserve">[42:08] </w:t>
      </w:r>
      <w:r>
        <w:t>laqad khalaqnal insana fi ahsani taqwim thumma radadnahu asfalas safilin. allah taala ne farmaya ke hum ne paida kiya insaan ko behtareen takhleeq ke saath.</w:t>
      </w:r>
    </w:p>
    <w:p>
      <w:pPr>
        <w:jc w:val="right"/>
      </w:pPr>
      <w:r>
        <w:t>لقد خلقنا الانسان فی احسن تقویم ثم رضنا اسفل السافرین۔ اللہ تعالی نے فرمایا کہ ہم نے پیدا کیا انسان کو بہترین تخلیق کے ساتھ۔</w:t>
      </w:r>
    </w:p>
    <w:p>
      <w:r>
        <w:rPr>
          <w:b/>
        </w:rPr>
        <w:t xml:space="preserve">[42:21] </w:t>
      </w:r>
      <w:r>
        <w:t>lekin is ke baad hum ne phenk diya is ko</w:t>
      </w:r>
    </w:p>
    <w:p>
      <w:pPr>
        <w:jc w:val="right"/>
      </w:pPr>
      <w:r>
        <w:t>لیکن اس کے بعد ہم نے پھینک دیا اس کو</w:t>
      </w:r>
    </w:p>
    <w:p>
      <w:r>
        <w:rPr>
          <w:b/>
        </w:rPr>
        <w:t xml:space="preserve">[42:28] </w:t>
      </w:r>
      <w:r>
        <w:t>bilkul neeche ki satah par. to is mein chuki hum ne phenk diya ka lafz hai log samajhte hain khuda ne phenk diya.</w:t>
      </w:r>
    </w:p>
    <w:p>
      <w:pPr>
        <w:jc w:val="right"/>
      </w:pPr>
      <w:r>
        <w:t>بالکل نیچے کی سطح پر۔ تو اس میں چونکہ ہم نے پھینک دیا کا لفظ ہے لوگ سمجھتے ہیں خدا نے پھینک دیا۔</w:t>
      </w:r>
    </w:p>
    <w:p>
      <w:r>
        <w:rPr>
          <w:b/>
        </w:rPr>
        <w:t xml:space="preserve">[42:37] </w:t>
      </w:r>
      <w:r>
        <w:t>yeh matlab nahi hai ek usloob hai khuda ka. is ka matlab yeh hai ke allah ne paida kiya tha insaan ko behtareen potential ke saath</w:t>
      </w:r>
    </w:p>
    <w:p>
      <w:pPr>
        <w:jc w:val="right"/>
      </w:pPr>
      <w:r>
        <w:t>یہ مطلب نہیں ہے ایک اسلوب ہے خدا کا۔ اس کا مطلب یہ ہے کہ اللہ نے پیدا کیا تھا انسان کو بہترین پوٹینشل کے ساتھ</w:t>
      </w:r>
    </w:p>
    <w:p>
      <w:r>
        <w:rPr>
          <w:b/>
        </w:rPr>
        <w:t xml:space="preserve">[42:46] </w:t>
      </w:r>
      <w:r>
        <w:t>lekin woh us ko inforce na kar saka aur animal ban kar raha animal ban ke mar gaya. yani wa laqad karramna bani adam ek mukarram makhlooq ke taur par paida kiya hum ne.</w:t>
      </w:r>
    </w:p>
    <w:p>
      <w:pPr>
        <w:jc w:val="right"/>
      </w:pPr>
      <w:r>
        <w:t>لیکن وہ اس کو انفورڈ نہ کر سکا اور اینیمل بن کر رہا اینیمل بن کے مر گیا۔ یعنی ولقد کرمنا بنی ادم ایک مکرم مخلوق کے طور پر پیدا کیا ہم نے۔</w:t>
      </w:r>
    </w:p>
    <w:p>
      <w:r>
        <w:rPr>
          <w:b/>
        </w:rPr>
        <w:t xml:space="preserve">[43:01] </w:t>
      </w:r>
      <w:r>
        <w:t>lekin yaad rakhiye</w:t>
      </w:r>
    </w:p>
    <w:p>
      <w:pPr>
        <w:jc w:val="right"/>
      </w:pPr>
      <w:r>
        <w:t>لیکن یاد رکھیے</w:t>
      </w:r>
    </w:p>
    <w:p>
      <w:r>
        <w:rPr>
          <w:b/>
        </w:rPr>
        <w:t xml:space="preserve">[43:03] </w:t>
      </w:r>
      <w:r>
        <w:t>insan ke andar jo jo azmat hai jo us ke andar jo yeh ahsan taqweem wali baat hai yeh potential sense mein hai yeh potential sense mein hai.</w:t>
      </w:r>
    </w:p>
    <w:p>
      <w:pPr>
        <w:jc w:val="right"/>
      </w:pPr>
      <w:r>
        <w:t>انسان کے اندر جو جو عظمت ہے جو اس کے اندر جو یہ احسن تقویم والی بات ہے یہ پوٹینشل سینس میں ہے یہ پوٹینشل سینس میں ہے۔</w:t>
      </w:r>
    </w:p>
    <w:p>
      <w:r>
        <w:rPr>
          <w:b/>
        </w:rPr>
        <w:t xml:space="preserve">[43:19] </w:t>
      </w:r>
      <w:r>
        <w:t>to ayat ka matlab yeh hai ke ke Allah taala ne insan ko</w:t>
      </w:r>
    </w:p>
    <w:p>
      <w:pPr>
        <w:jc w:val="right"/>
      </w:pPr>
      <w:r>
        <w:t>تو آیت کا مطلب یہ ہے کہ کہ اللہ تعالی نے انسان کو</w:t>
      </w:r>
    </w:p>
    <w:p>
      <w:r>
        <w:rPr>
          <w:b/>
        </w:rPr>
        <w:t xml:space="preserve">[43:24] </w:t>
      </w:r>
      <w:r>
        <w:t>potential sense mein aala tareen makhlooq ke taur par paida kiya. Lekin apne potential ko woh unfold na kar saka is liye woh haiwan ki satah par gaya haiwan ki satah par badha.</w:t>
      </w:r>
    </w:p>
    <w:p>
      <w:pPr>
        <w:jc w:val="right"/>
      </w:pPr>
      <w:r>
        <w:t>پوٹینشل سینس میں اعلی ترین مخلوق کے طور پر پیدا کیا۔ لیکن اپنے پوٹینشل کو وہ انفورڈ نہ کر سکا اس لیے وہ حیوان کی سطح پر گیا حیوان کی سطح پر بڑھا۔</w:t>
      </w:r>
    </w:p>
    <w:p>
      <w:r>
        <w:rPr>
          <w:b/>
        </w:rPr>
        <w:t xml:space="preserve">[43:39] </w:t>
      </w:r>
      <w:r>
        <w:t>yeh matlab hai is ka. Yeh baat jo hai</w:t>
      </w:r>
    </w:p>
    <w:p>
      <w:pPr>
        <w:jc w:val="right"/>
      </w:pPr>
      <w:r>
        <w:t>یہ مطلب ہے اس کا۔ یہ بات جو ہے</w:t>
      </w:r>
    </w:p>
    <w:p>
      <w:r>
        <w:rPr>
          <w:b/>
        </w:rPr>
        <w:t xml:space="preserve">[43:44] </w:t>
      </w:r>
      <w:r>
        <w:t>bohat ziyada sochne ki hai. Meri umar itni lambi ho gayi hai lekin maine taqreeban poori nasal insani ko isi isi satah par dekha hai ke log material culture mein jeete hain.</w:t>
      </w:r>
    </w:p>
    <w:p>
      <w:pPr>
        <w:jc w:val="right"/>
      </w:pPr>
      <w:r>
        <w:t>بہت زیادہ سوچنے کی ہے۔ میری عمر اتنی لمبی ہو گئی ہے لیکن میں نے تقریباً پوری نسل انسانی کو اسی اسی سطح پر دیکھا ہے کہ لوگ مٹیریل کلچر میں جیتے ہیں۔</w:t>
      </w:r>
    </w:p>
    <w:p>
      <w:r>
        <w:rPr>
          <w:b/>
        </w:rPr>
        <w:t xml:space="preserve">[44:00] </w:t>
      </w:r>
      <w:r>
        <w:t>material sense mein apni koi taraqqi dhoondte rehte hain.</w:t>
      </w:r>
    </w:p>
    <w:p>
      <w:pPr>
        <w:jc w:val="right"/>
      </w:pPr>
      <w:r>
        <w:t>مٹیریل سینس میں اپنی کوئی ترقی ڈھونڈتے رہتے ہیں۔</w:t>
      </w:r>
    </w:p>
    <w:p>
      <w:r>
        <w:rPr>
          <w:b/>
        </w:rPr>
        <w:t xml:space="preserve">[44:06] </w:t>
      </w:r>
      <w:r>
        <w:t>ek bohat farbani animal ke taur par jeete hain. Un ke paas ek ek martaba mein ek sahib ke haan gaya to itni moti si kitaab rakhi hui thi un ke mez par.</w:t>
      </w:r>
    </w:p>
    <w:p>
      <w:pPr>
        <w:jc w:val="right"/>
      </w:pPr>
      <w:r>
        <w:t>ایک بہت فرب انیمل کے طور پر جیتے ہیں۔ ان کے پاس ایک ایک مرتبہ میں ایک صاحب کے ہاں گیا تو اتنی موٹی سی کتاب رکھی ہوئی تھی ان کے میز پر۔</w:t>
      </w:r>
    </w:p>
    <w:p>
      <w:r>
        <w:rPr>
          <w:b/>
        </w:rPr>
        <w:t xml:space="preserve">[44:20] </w:t>
      </w:r>
      <w:r>
        <w:t>angrezan the woh. Yani itni moti bila itni moti kitaab.</w:t>
      </w:r>
    </w:p>
    <w:p>
      <w:pPr>
        <w:jc w:val="right"/>
      </w:pPr>
      <w:r>
        <w:t>انگریزاں تھے وہ۔ یعنی اتنی موٹی بلا اتنی موٹی کتاب۔</w:t>
      </w:r>
    </w:p>
    <w:p>
      <w:r>
        <w:rPr>
          <w:b/>
        </w:rPr>
        <w:t xml:space="preserve">[44:28] </w:t>
      </w:r>
      <w:r>
        <w:t>aur is kitaab ka mozu kya tha? Body development. Body development kis tarah aap ne body ko develop karein?</w:t>
      </w:r>
    </w:p>
    <w:p>
      <w:pPr>
        <w:jc w:val="right"/>
      </w:pPr>
      <w:r>
        <w:t>اور اس کتاب کا موضوع کیا تھا؟ باڈی ڈیولپمنٹ۔ باڈی ڈیولپمنٹ کس طرح آپ نے باڈی کو ڈیولپ کریں؟</w:t>
      </w:r>
    </w:p>
    <w:p>
      <w:r>
        <w:rPr>
          <w:b/>
        </w:rPr>
        <w:t xml:space="preserve">[44:39] </w:t>
      </w:r>
      <w:r>
        <w:t>woh kitaab ka yahi yahi tha. Woh woh woh sahib us ko parh kar ke</w:t>
      </w:r>
    </w:p>
    <w:p>
      <w:pPr>
        <w:jc w:val="right"/>
      </w:pPr>
      <w:r>
        <w:t>وہ کتاب کا یہی یہی تھا۔ وہ وہ وہ صاحب اس کو پڑھ کر کے</w:t>
      </w:r>
    </w:p>
    <w:p>
      <w:r>
        <w:rPr>
          <w:b/>
        </w:rPr>
        <w:t xml:space="preserve">[44:44] </w:t>
      </w:r>
      <w:r>
        <w:t>aur woh waqai woh aadmi jo the bohat yani un ki body bari zabardast thi. Bazahir bohat shandar dikhai de dete the woh.</w:t>
      </w:r>
    </w:p>
    <w:p>
      <w:pPr>
        <w:jc w:val="right"/>
      </w:pPr>
      <w:r>
        <w:t>اور وہ واقعی وہ آدمی جو تھے بہت یعنی ان کی باڈی بڑی زبردست تھی۔ بظاہر بہت شاندار دکھائی دے دیتے تھے وہ۔</w:t>
      </w:r>
    </w:p>
    <w:p>
      <w:r>
        <w:rPr>
          <w:b/>
        </w:rPr>
        <w:t xml:space="preserve">[44:54] </w:t>
      </w:r>
      <w:r>
        <w:t>coat parhon pehente the aur lagta tha ke woh kya hain.</w:t>
      </w:r>
    </w:p>
    <w:p>
      <w:pPr>
        <w:jc w:val="right"/>
      </w:pPr>
      <w:r>
        <w:t>کوٹ پڑھوں پہنتے تھے اور لگتا تھا کہ وہ کیا ہیں۔</w:t>
      </w:r>
    </w:p>
    <w:p>
      <w:r>
        <w:rPr>
          <w:b/>
        </w:rPr>
        <w:t xml:space="preserve">[45:01] </w:t>
      </w:r>
      <w:r>
        <w:t>shandar ghar mein rehte the. Shandar carm chalte the. Lekin jab maine un se baat ki to body development to khoob tha un ka par intellectual intellectual development kuch bhi nahi tha.</w:t>
      </w:r>
    </w:p>
    <w:p>
      <w:pPr>
        <w:jc w:val="right"/>
      </w:pPr>
      <w:r>
        <w:t>شاندار گھر میں رہتے تھے۔ شاندار کارم چلتے تھے۔ لیکن جب میں نے ان سے بات کی تو باڈی ڈیولپمنٹ تو خوب تھا ان کا پر انٹلیکچول انٹلیکچول ڈیولپمنٹ کچھ بھی نہیں تھا۔</w:t>
      </w:r>
    </w:p>
    <w:p>
      <w:r>
        <w:rPr>
          <w:b/>
        </w:rPr>
        <w:t xml:space="preserve">[45:17] </w:t>
      </w:r>
      <w:r>
        <w:t>yeh tajurba mera sari zindagi ki tajurba yeh hai. To yeh meri discovery goya hai ke aadmi ko chahiye ke woh madi culture se oopar uthaye apne aap ko.</w:t>
      </w:r>
    </w:p>
    <w:p>
      <w:pPr>
        <w:jc w:val="right"/>
      </w:pPr>
      <w:r>
        <w:t>یہ تجربہ میرا ساری زندگی کی تجربہ یہ ہے۔ تو یہ میری ڈسکوری گویا ہے کہ آدمی کو چاہیے کہ وہ مادی کلچر سے اوپر اٹھائے اپنے آپ کو۔</w:t>
      </w:r>
    </w:p>
    <w:p>
      <w:r>
        <w:rPr>
          <w:b/>
        </w:rPr>
        <w:t xml:space="preserve">[45:29] </w:t>
      </w:r>
      <w:r>
        <w:t>madi cheezon ko woh sirf zaroorat ke khane mein rakhe. Zaroorat.</w:t>
      </w:r>
    </w:p>
    <w:p>
      <w:pPr>
        <w:jc w:val="right"/>
      </w:pPr>
      <w:r>
        <w:t>مادی چیزوں کو وہ صرف ضرورت کے خانے میں رکھے۔ ضرورت۔</w:t>
      </w:r>
    </w:p>
    <w:p>
      <w:r>
        <w:rPr>
          <w:b/>
        </w:rPr>
        <w:t xml:space="preserve">[45:34] </w:t>
      </w:r>
      <w:r>
        <w:t>aur sari tawajjah apni lagaye intellectual development mein. Yahan main ek baat arz karunga ke ke yeh intellectual development jo juda hua hai jannat jannat tak se juda hua hai.</w:t>
      </w:r>
    </w:p>
    <w:p>
      <w:pPr>
        <w:jc w:val="right"/>
      </w:pPr>
      <w:r>
        <w:t>اور ساری توجہ اپنی لگائے انٹلیکچول ڈیولپمنٹ میں۔ یہاں میں ایک بات عرض کروں گا کہ کہ یہ انٹلیکچول ڈیولپمنٹ جو جڑا ہوا ہے جنت جنت تک سے جڑا ہوا ہے۔</w:t>
      </w:r>
    </w:p>
    <w:p>
      <w:r>
        <w:rPr>
          <w:b/>
        </w:rPr>
        <w:t xml:space="preserve">[45:46] </w:t>
      </w:r>
      <w:r>
        <w:t>yeh sirf dunya ki cheez nahi hai.</w:t>
      </w:r>
    </w:p>
    <w:p>
      <w:pPr>
        <w:jc w:val="right"/>
      </w:pPr>
      <w:r>
        <w:t>یہ صرف دنیا کی چیز نہیں ہے۔</w:t>
      </w:r>
    </w:p>
    <w:p>
      <w:r>
        <w:rPr>
          <w:b/>
        </w:rPr>
        <w:t xml:space="preserve">[45:51] </w:t>
      </w:r>
      <w:r>
        <w:t>jannat sirf dunya ki cheez nahi hai. Dekhein jannat kis ke liye hai? Yeh bhi ek bohat bari fallacy hai ke log samajhte hain ke saath to tasbeeh parh lo to jannat mil jayegi.</w:t>
      </w:r>
    </w:p>
    <w:p>
      <w:pPr>
        <w:jc w:val="right"/>
      </w:pPr>
      <w:r>
        <w:t>جن صرف دنیا کی چیز نہیں ہے۔ دیکھیں جنت کس کے لیے ہے؟ یہ بھی ایک بہت بڑی فلیسی ہے کہ لوگ سمجھتے ہیں کہ ساتھ تو تسبیح پڑھ لو تو جنت مل جائے گی۔</w:t>
      </w:r>
    </w:p>
    <w:p>
      <w:r>
        <w:rPr>
          <w:b/>
        </w:rPr>
        <w:t xml:space="preserve">[46:04] </w:t>
      </w:r>
      <w:r>
        <w:t>ashaaq chashat jo hai woh naagha na ho jannat mil jayegi.</w:t>
      </w:r>
    </w:p>
    <w:p>
      <w:pPr>
        <w:jc w:val="right"/>
      </w:pPr>
      <w:r>
        <w:t>عشاق چاشت جو ہے وہ ناغہ نہ ہو جنت مل جائے گی۔</w:t>
      </w:r>
    </w:p>
    <w:p>
      <w:r>
        <w:rPr>
          <w:b/>
        </w:rPr>
        <w:t xml:space="preserve">[46:08] </w:t>
      </w:r>
      <w:r>
        <w:t>chale pe charh jao jannat mil jayegi. Kuch stage karo dhoom machao. Stage par Islam ke haq mein taqreerein karo to jannat mil jayegi.</w:t>
      </w:r>
    </w:p>
    <w:p>
      <w:pPr>
        <w:jc w:val="right"/>
      </w:pPr>
      <w:r>
        <w:t>چلے پہ چڑھ جاؤ جنت مل جائے گی۔ کچھ اسٹیج کرو دھوم مچاؤ۔ اسٹیج پر اسلام کے حق میں تقریریں کرو تو جنت مل جائے گی۔</w:t>
      </w:r>
    </w:p>
    <w:p>
      <w:r>
        <w:rPr>
          <w:b/>
        </w:rPr>
        <w:t xml:space="preserve">[46:24] </w:t>
      </w:r>
      <w:r>
        <w:t>yeh sab cheezein kabhi bhi hargiz nahi jannat mein pohnchanay wali kisi ko hain. Yaad rakhiye. Jannat naam hai aap ki apni shakhsiyat ke development ka.</w:t>
      </w:r>
    </w:p>
    <w:p>
      <w:pPr>
        <w:jc w:val="right"/>
      </w:pPr>
      <w:r>
        <w:t>یہ سب چیزیں کبھی بھی ہرگز نہیں جنت میں پہنچانے والی کسی کو ہیں۔ یاد رکھیے۔ جنت نام ہے آپ کی اپنی شخصیت کے ڈیولپمنٹ کا۔</w:t>
      </w:r>
    </w:p>
    <w:p>
      <w:r>
        <w:rPr>
          <w:b/>
        </w:rPr>
        <w:t xml:space="preserve">[46:36] </w:t>
      </w:r>
      <w:r>
        <w:t>ek developed developed shakhsiyat hi jannat mein jayegi. Zalik jaza muntazaka.</w:t>
      </w:r>
    </w:p>
    <w:p>
      <w:pPr>
        <w:jc w:val="right"/>
      </w:pPr>
      <w:r>
        <w:t>ایک ڈیویلپ ڈیولپڈ شخصیت ہی جنت میں جائے گی۔ ذالک جزا منتزکا۔</w:t>
      </w:r>
    </w:p>
    <w:p>
      <w:r>
        <w:rPr>
          <w:b/>
        </w:rPr>
        <w:t xml:space="preserve">[46:46] </w:t>
      </w:r>
      <w:r>
        <w:t>Zalik jaza muntazaka. Yani spiritual development intellectual development yeh jo cheez hai is ke zariye jo shakhsiyat banti hai to ek ek jannati shakhsiyat jannat mein jayegi.</w:t>
      </w:r>
    </w:p>
    <w:p>
      <w:pPr>
        <w:jc w:val="right"/>
      </w:pPr>
      <w:r>
        <w:t>ذالک جزا منتزکا۔ یعنی اسپیریچول ڈیولپمنٹ انٹلیکچول ڈیولپمنٹ یہ جو چیز ہے اس کے ذریعے جو شخصیت بنتی ہے تو ایک ایک جنتی شخصیت جنت میں جائے گی۔</w:t>
      </w:r>
    </w:p>
    <w:p>
      <w:r>
        <w:rPr>
          <w:b/>
        </w:rPr>
        <w:t xml:space="preserve">[47:02] </w:t>
      </w:r>
      <w:r>
        <w:t>koi kharji amal nahi jannat le aaye ga aap ko.</w:t>
      </w:r>
    </w:p>
    <w:p>
      <w:pPr>
        <w:jc w:val="right"/>
      </w:pPr>
      <w:r>
        <w:t>کوئی خارجی عمل نہیں جنت لے آئے گا آپ کو۔</w:t>
      </w:r>
    </w:p>
    <w:p>
      <w:r>
        <w:rPr>
          <w:b/>
        </w:rPr>
        <w:t xml:space="preserve">[47:07] </w:t>
      </w:r>
      <w:r>
        <w:t>to aap ko apne andar jannati personality banana hai.</w:t>
      </w:r>
    </w:p>
    <w:p>
      <w:pPr>
        <w:jc w:val="right"/>
      </w:pPr>
      <w:r>
        <w:t>تو آپ کو اپنے اندر جنتی پرسنیلٹی بنانا ہے۔</w:t>
      </w:r>
    </w:p>
    <w:p>
      <w:r>
        <w:rPr>
          <w:b/>
        </w:rPr>
        <w:t xml:space="preserve">[47:13] </w:t>
      </w:r>
      <w:r>
        <w:t>aur jannati personality banti hai wahi tadabbur se tafakkur se ta'aqul se.</w:t>
      </w:r>
    </w:p>
    <w:p>
      <w:pPr>
        <w:jc w:val="right"/>
      </w:pPr>
      <w:r>
        <w:t>اور جنتی پرسنیلٹی بنتی ہے وہی تدبر سے تفکر سے تعقل سے۔</w:t>
      </w:r>
    </w:p>
    <w:p>
      <w:r>
        <w:rPr>
          <w:b/>
        </w:rPr>
        <w:t xml:space="preserve">[47:24] </w:t>
      </w:r>
      <w:r>
        <w:t>achha khana khane achha kapda pehanne se nahi banti woh shakhsiyat. ya kisi kharji amal se bhi nahi banti shakhsiyat.</w:t>
      </w:r>
    </w:p>
    <w:p>
      <w:pPr>
        <w:jc w:val="right"/>
      </w:pPr>
      <w:r>
        <w:t>اچھا کھانا کھانے اچھا کپڑا پہننے سے نہیں بنتی وہ شخصیت۔ یا کسی خارجی عمل سے بھی نہیں بنتی شخصیت۔</w:t>
      </w:r>
    </w:p>
    <w:p>
      <w:r>
        <w:rPr>
          <w:b/>
        </w:rPr>
        <w:t xml:space="preserve">[47:34] </w:t>
      </w:r>
      <w:r>
        <w:t>ke aap chale pe chale gaye to shakhsiyat ban gayi. aap ne saath to tasbeeh padh li to woh ban gayi. aisa aisa kuch bhi nahi hai.</w:t>
      </w:r>
    </w:p>
    <w:p>
      <w:pPr>
        <w:jc w:val="right"/>
      </w:pPr>
      <w:r>
        <w:t>کہ آپ چلے پہ چلے گئے تو شخصیت بن گئی۔ آپ نے ساتھ تو تسبیح پڑھ لی تو وہ بن گئی۔ ایسا ایسا کچھ بھی نہیں ہے۔</w:t>
      </w:r>
    </w:p>
    <w:p>
      <w:r>
        <w:rPr>
          <w:b/>
        </w:rPr>
        <w:t xml:space="preserve">[47:44] </w:t>
      </w:r>
      <w:r>
        <w:t>aap ke andar aap ko Allah taala ne jo ek personality di hai us personality ko aap develop karna padega. develop karne ke ma'ane kya hain?</w:t>
      </w:r>
    </w:p>
    <w:p>
      <w:pPr>
        <w:jc w:val="right"/>
      </w:pPr>
      <w:r>
        <w:t>آپ کے اندر آپ کو اللہ تعالی نے جو ایک پرسنیلٹی دی ہے اس پرسنیلٹی کو آپ ڈیولپ کرنا پڑے گا۔ ڈیولپ کرنے کے معنی کیا ہیں؟</w:t>
      </w:r>
    </w:p>
    <w:p>
      <w:r>
        <w:rPr>
          <w:b/>
        </w:rPr>
        <w:t xml:space="preserve">[47:56] </w:t>
      </w:r>
      <w:r>
        <w:t>pure ma'ano mein negativity se pak hona.</w:t>
      </w:r>
    </w:p>
    <w:p>
      <w:pPr>
        <w:jc w:val="right"/>
      </w:pPr>
      <w:r>
        <w:t>پورے معنوں میں نیگیٹیوٹی سے پاک ہونا۔</w:t>
      </w:r>
    </w:p>
    <w:p>
      <w:r>
        <w:rPr>
          <w:b/>
        </w:rPr>
        <w:t xml:space="preserve">[48:03] </w:t>
      </w:r>
      <w:r>
        <w:t>pure ma'ano mein negativity se pak hona. ek aayat ke barabar bhi aap ke andar negativity na ho.</w:t>
      </w:r>
    </w:p>
    <w:p>
      <w:pPr>
        <w:jc w:val="right"/>
      </w:pPr>
      <w:r>
        <w:t>پورے معنوں میں نیگیٹیوٹی سے پاک ہونا۔ ایک آیتہ کے برابر بھی آپ کے اندر نیگیٹیوٹی نہ ہو۔</w:t>
      </w:r>
    </w:p>
    <w:p>
      <w:r>
        <w:rPr>
          <w:b/>
        </w:rPr>
        <w:t xml:space="preserve">[48:13] </w:t>
      </w:r>
      <w:r>
        <w:t>phir kya hoga? iske baad aap ka ta'alluq Allah se jud jayega. Allah se aap ko sabse zyada mohabbat hogi.</w:t>
      </w:r>
    </w:p>
    <w:p>
      <w:pPr>
        <w:jc w:val="right"/>
      </w:pPr>
      <w:r>
        <w:t>پھر کیا ہوگا؟ اس کے بعد آپ کا تعلق اللہ سے جڑ جائے گا۔ اللہ سے آپ کو سب سے زیادہ محبت ہوگی۔</w:t>
      </w:r>
    </w:p>
    <w:p>
      <w:r>
        <w:rPr>
          <w:b/>
        </w:rPr>
        <w:t xml:space="preserve">[48:24] </w:t>
      </w:r>
      <w:r>
        <w:t>Allah se sabse zyada aap ko khauf hoga. Allah aap ka sole consent ban jayega.</w:t>
      </w:r>
    </w:p>
    <w:p>
      <w:pPr>
        <w:jc w:val="right"/>
      </w:pPr>
      <w:r>
        <w:t>اللہ سے سب سے زیادہ آپ کو خوف ہوگا۔ اللہ آپ کا سول کنسنٹ بن جائے گا۔</w:t>
      </w:r>
    </w:p>
    <w:p>
      <w:r>
        <w:rPr>
          <w:b/>
        </w:rPr>
        <w:t xml:space="preserve">[48:32] </w:t>
      </w:r>
      <w:r>
        <w:t>yeh sab jab in cheezon mein jiyenge aap to ek personality banegi aap ke andar. ek muttaqi personality.</w:t>
      </w:r>
    </w:p>
    <w:p>
      <w:pPr>
        <w:jc w:val="right"/>
      </w:pPr>
      <w:r>
        <w:t>یہ سب جب ان چیزوں میں جئیں گے آپ تو ایک پرسنیلٹی بنے گی آپ کے اندر۔ ایک متقی پرسنیلٹی۔</w:t>
      </w:r>
    </w:p>
    <w:p>
      <w:r>
        <w:rPr>
          <w:b/>
        </w:rPr>
        <w:t xml:space="preserve">[48:40] </w:t>
      </w:r>
      <w:r>
        <w:t>ek muttaqi personality. ek jannati personality. wahi woh log hain jo jannat mein basaye jayenge.</w:t>
      </w:r>
    </w:p>
    <w:p>
      <w:pPr>
        <w:jc w:val="right"/>
      </w:pPr>
      <w:r>
        <w:t>ایک مدقہ پرسنیلٹی۔ ایک جنتی پرسنیلٹی۔ وہی وہ لوگ ہیں جو جنت میں بسائے جائیں گے۔</w:t>
      </w:r>
    </w:p>
    <w:p>
      <w:r>
        <w:rPr>
          <w:b/>
        </w:rPr>
        <w:t xml:space="preserve">[48:51] </w:t>
      </w:r>
      <w:r>
        <w:t>dekhiye jannat jo hai kya hai? jannat bahut hi refined colony hai. aur bahut hi refined qism ke log wahan rahenge.</w:t>
      </w:r>
    </w:p>
    <w:p>
      <w:pPr>
        <w:jc w:val="right"/>
      </w:pPr>
      <w:r>
        <w:t>دیکھیں جنت جو ہے کیا ہے؟ جنت جنت بہت ہی ریفائنڈ کالونی ہے۔ اور بہت ہی ریفائنڈ قسم کے لوگ وہاں رہیں گے۔</w:t>
      </w:r>
    </w:p>
    <w:p>
      <w:r>
        <w:rPr>
          <w:b/>
        </w:rPr>
        <w:t xml:space="preserve">[49:01] </w:t>
      </w:r>
      <w:r>
        <w:t>bahut hi bahut aala darje ka test rakhne wale. aala darje ki thinking wale.</w:t>
      </w:r>
    </w:p>
    <w:p>
      <w:pPr>
        <w:jc w:val="right"/>
      </w:pPr>
      <w:r>
        <w:t>بہت ہی بہت اعلی درجے کا ٹیسٹ رکھنے والے۔ اعلی درجے کی تھنکنگ والے۔</w:t>
      </w:r>
    </w:p>
    <w:p>
      <w:r>
        <w:rPr>
          <w:b/>
        </w:rPr>
        <w:t xml:space="preserve">[49:07] </w:t>
      </w:r>
      <w:r>
        <w:t>ya'ani high thinking high test high culture high etiquette ya'ani har lihaz se bahut hi high class ke log wahan par basaye jayenge.</w:t>
      </w:r>
    </w:p>
    <w:p>
      <w:pPr>
        <w:jc w:val="right"/>
      </w:pPr>
      <w:r>
        <w:t>یعنی ہائی تھنکنگ ہائی ٹیسٹ ہائی کلچر ہائی ایٹیکیٹ یعنی ہر لحاظ سے بہت ہی ہائی کلاس کے لوگ وہاں پر بسائے جائیں گے۔</w:t>
      </w:r>
    </w:p>
    <w:p>
      <w:r>
        <w:rPr>
          <w:b/>
        </w:rPr>
        <w:t xml:space="preserve">[49:20] </w:t>
      </w:r>
      <w:r>
        <w:t>woh to waisi personality darkaar hai.</w:t>
      </w:r>
    </w:p>
    <w:p>
      <w:pPr>
        <w:jc w:val="right"/>
      </w:pPr>
      <w:r>
        <w:t>وہ تو ویسی پرسنیلٹی درکار ہے۔</w:t>
      </w:r>
    </w:p>
    <w:p>
      <w:r>
        <w:rPr>
          <w:b/>
        </w:rPr>
        <w:t xml:space="preserve">[49:30] </w:t>
      </w:r>
      <w:r>
        <w:t>to yeh jo cheez hai ke maadi culture se jab aap alag hote hain to kya hota hai? zehni ertaqa shuru hota hai.</w:t>
      </w:r>
    </w:p>
    <w:p>
      <w:pPr>
        <w:jc w:val="right"/>
      </w:pPr>
      <w:r>
        <w:t>تو یہ جو چیز ہے کہ مادی کلچر سے جب آپ الگ ہوتے ہیں تو کیا ہوتا ہے؟ ذہنی ارتقاء شروع ہوتا ہے۔</w:t>
      </w:r>
    </w:p>
    <w:p>
      <w:r>
        <w:rPr>
          <w:b/>
        </w:rPr>
        <w:t xml:space="preserve">[49:40] </w:t>
      </w:r>
      <w:r>
        <w:t>zehni ertaqa jab hota hai to roohani ertaqa hota hai. roohani ertaqa jab hota hai to aap ke andar ek shakhsiyat banti hai.</w:t>
      </w:r>
    </w:p>
    <w:p>
      <w:pPr>
        <w:jc w:val="right"/>
      </w:pPr>
      <w:r>
        <w:t>ذہنی ارتقاء جب ہوتا ہے تو روحانی ارتقاء ہوتا ہے۔ روحانی ارتقاء جب ہوتا ہے تو آپ کے اندر ایک شخصیت بنتی ہے۔</w:t>
      </w:r>
    </w:p>
    <w:p>
      <w:r>
        <w:rPr>
          <w:b/>
        </w:rPr>
        <w:t xml:space="preserve">[49:49] </w:t>
      </w:r>
      <w:r>
        <w:t>jab ek shakhsiyat banti hai to wahi shakhsiyat ja kar ke Allah taala ke intikhab mein select hoti hai jannat ke liye.</w:t>
      </w:r>
    </w:p>
    <w:p>
      <w:pPr>
        <w:jc w:val="right"/>
      </w:pPr>
      <w:r>
        <w:t>جب ایک شخصیت بنتی ہے تو وہی شخصیت جا کر کے اللہ تعالی کے انتخاب میں سلیکٹ ہوتی ہے جنت کے لیے۔</w:t>
      </w:r>
    </w:p>
    <w:p>
      <w:r>
        <w:rPr>
          <w:b/>
        </w:rPr>
        <w:t xml:space="preserve">[50:05] </w:t>
      </w:r>
      <w:r>
        <w:t>kal mein ne ek ek article likha hai Quran ki ek aayat ko le kar ke. woh aayat hai ke is yeh talqayyan an al yameen wa an al shimal qeed ma al fud min qaul illa lad raqeeb aleed.</w:t>
      </w:r>
    </w:p>
    <w:p>
      <w:pPr>
        <w:jc w:val="right"/>
      </w:pPr>
      <w:r>
        <w:t>کل میں نے ایک ایک آرٹیکل لکھا ہے قرآن کی ایک آیت کو لے کر کے۔ وہ آیت ہے کہ اس یہ تلقیان عن الیمین وعن الشمال قید ما الفض من قول الا لد رقب عقید۔</w:t>
      </w:r>
    </w:p>
    <w:p>
      <w:r>
        <w:rPr>
          <w:b/>
        </w:rPr>
        <w:t xml:space="preserve">[50:26] </w:t>
      </w:r>
      <w:r>
        <w:t>is aayat mein bataya gaya hai ke har aadmi ke saath do farishte lage hue hain. do farishte jo har lamha us ke saath hote hain.</w:t>
      </w:r>
    </w:p>
    <w:p>
      <w:pPr>
        <w:jc w:val="right"/>
      </w:pPr>
      <w:r>
        <w:t>اس آیت میں بتایا گیا ہے کہ ہر آدمی کے ساتھ دو فرشتے لگے ہوئے ہیں۔ دو فرشتے جو ہر لمحہ اس کے ساتھ ہوتے ہیں۔</w:t>
      </w:r>
    </w:p>
    <w:p>
      <w:r>
        <w:rPr>
          <w:b/>
        </w:rPr>
        <w:t xml:space="preserve">[50:38] </w:t>
      </w:r>
      <w:r>
        <w:t>aur un ka kaam kya hai? jo bhi lafz nikalta hai us ki zabaan se</w:t>
      </w:r>
    </w:p>
    <w:p>
      <w:pPr>
        <w:jc w:val="right"/>
      </w:pPr>
      <w:r>
        <w:t>اور ان کا کام کیا ہے؟ جو بھی لفظ نکلتا ہے اس کی زبان سے</w:t>
      </w:r>
    </w:p>
    <w:p>
      <w:r>
        <w:rPr>
          <w:b/>
        </w:rPr>
        <w:t xml:space="preserve">[50:44] </w:t>
      </w:r>
      <w:r>
        <w:t>to us ko likhte hain woh. woh farishte.</w:t>
      </w:r>
    </w:p>
    <w:p>
      <w:pPr>
        <w:jc w:val="right"/>
      </w:pPr>
      <w:r>
        <w:t>تو اس کو لکھتے ہیں وہ۔ وہ فرشتے۔</w:t>
      </w:r>
    </w:p>
    <w:p>
      <w:r>
        <w:rPr>
          <w:b/>
        </w:rPr>
        <w:t xml:space="preserve">[50:52] </w:t>
      </w:r>
      <w:r>
        <w:t>to aam taur par ek hum tafsir mein is ki bhi bahut hi kam wazahat milti hai. ya'ani chuki lafz aaj Quran majeed mein lafz ka aaya gaya hai ma al fud min qaul to samajhte hain ke lafz likhte hain woh.</w:t>
      </w:r>
    </w:p>
    <w:p>
      <w:pPr>
        <w:jc w:val="right"/>
      </w:pPr>
      <w:r>
        <w:t>تو عام طور پر ایک ہم تفسیر میں اس کی بھی بہت ہی کم وضاحت ملتی ہے۔ یعنی چونکہ لفظ آج قرآن مجید میں لفظ کا آیا گیا ہے ما الفض من قول تو سمجھتے ہیں کہ لفظ لکھتے ہیں وہ۔</w:t>
      </w:r>
    </w:p>
    <w:p>
      <w:r>
        <w:rPr>
          <w:b/>
        </w:rPr>
        <w:t xml:space="preserve">[51:07] </w:t>
      </w:r>
      <w:r>
        <w:t>to is par bahas karte hain ke sahib achha alfaaz likhte hain ke bure alfaaz</w:t>
      </w:r>
    </w:p>
    <w:p>
      <w:pPr>
        <w:jc w:val="right"/>
      </w:pPr>
      <w:r>
        <w:t>تو اس پر بحث کرتے ہیں کہ صاحب اچھا الفاظ لکھتے ہیں کہ برے الفاظ</w:t>
      </w:r>
    </w:p>
    <w:p>
      <w:r>
        <w:rPr>
          <w:b/>
        </w:rPr>
        <w:t xml:space="preserve">[51:12] </w:t>
      </w:r>
      <w:r>
        <w:t>likhte hain ya dono likhte hain. is qism is qism ki bekar ki baat hai. hazrat woh dekhiye wahan se lafz jo hai ek alamaati alamaati taur par aaya hai.</w:t>
      </w:r>
    </w:p>
    <w:p>
      <w:pPr>
        <w:jc w:val="right"/>
      </w:pPr>
      <w:r>
        <w:t>لکھتے ہیں یا دونوں لکھتے ہیں۔ اس قسم اس قسم کی بیکار کی بات ہے۔ حضرت وہ دیکھیے وہاں سے لفظ جو ہے ایک علامتی علامتی طور پر آیا ہے۔</w:t>
      </w:r>
    </w:p>
    <w:p>
      <w:r>
        <w:rPr>
          <w:b/>
        </w:rPr>
        <w:t xml:space="preserve">[51:21] </w:t>
      </w:r>
      <w:r>
        <w:t>matlab aap jo kuch bhi hain subah se shaam tak woh likhte hain aap record kar rahe hain woh.</w:t>
      </w:r>
    </w:p>
    <w:p>
      <w:pPr>
        <w:jc w:val="right"/>
      </w:pPr>
      <w:r>
        <w:t>مطلب آپ جو کچھ بھی ہیں صبح سے شام تک وہ لکھتے ہیں آپ ریکارڈ کر رہے ہیں وہ۔</w:t>
      </w:r>
    </w:p>
    <w:p>
      <w:r>
        <w:rPr>
          <w:b/>
        </w:rPr>
        <w:t xml:space="preserve">[51:30] </w:t>
      </w:r>
      <w:r>
        <w:t>keh mukhtalif situation mein aap ne kya response diya? ek soorat-e-haal paida hui wahan aap ke mind ko kuch sochna tha to aap ne kya socha?</w:t>
      </w:r>
    </w:p>
    <w:p>
      <w:pPr>
        <w:jc w:val="right"/>
      </w:pPr>
      <w:r>
        <w:t>کہ مختلف سچویشن میں آپ نے کیا رسپانس دیا؟ ایک صورتحال پیدا ہوئی وہاں آپ کے مائنڈ کو کچھ سوچنا تھا تو آپ نے کیا سوچا؟</w:t>
      </w:r>
    </w:p>
    <w:p>
      <w:r>
        <w:rPr>
          <w:b/>
        </w:rPr>
        <w:t xml:space="preserve">[51:44] </w:t>
      </w:r>
      <w:r>
        <w:t>ek mauqa tha jahan aap ko kuch bolna tha wahan aap kaisa bolay? ek manzar aap ke samne aaya us ko dekha aap ne dekh dekh kar kya ehsaas paida hua aap ke andar?</w:t>
      </w:r>
    </w:p>
    <w:p>
      <w:pPr>
        <w:jc w:val="right"/>
      </w:pPr>
      <w:r>
        <w:t>ایک موقع تھا جہاں آپ کو کچھ بولنا تھا وہاں آپ کیسا بولے؟ ایک منظر آپ کے سامنے آیا اس کو دیکھا آپ نے دیکھ دیکھ کر کیا احساس پیدا ہوا آپ کے اندر؟</w:t>
      </w:r>
    </w:p>
    <w:p>
      <w:r>
        <w:rPr>
          <w:b/>
        </w:rPr>
        <w:t xml:space="preserve">[51:58] </w:t>
      </w:r>
      <w:r>
        <w:t>to yeh jo aap ki saari faculties hain</w:t>
      </w:r>
    </w:p>
    <w:p>
      <w:pPr>
        <w:jc w:val="right"/>
      </w:pPr>
      <w:r>
        <w:t>تو یہ جو آپ کی ساری فیکلٹیز ہیں</w:t>
      </w:r>
    </w:p>
    <w:p>
      <w:r>
        <w:rPr>
          <w:b/>
        </w:rPr>
        <w:t xml:space="preserve">[52:02] </w:t>
      </w:r>
      <w:r>
        <w:t>in ko subah shaam aap istemaal karte hain. to koi positive istemaal karta hai koi negative istemaal karta hai. koi Khuda ki marzi ke mutabiq istemaal karta hai koi apni khwahish ke mutabiq istemaal karta hai.</w:t>
      </w:r>
    </w:p>
    <w:p>
      <w:pPr>
        <w:jc w:val="right"/>
      </w:pPr>
      <w:r>
        <w:t>ان کو صبح شام آپ استعمال کرتے ہیں۔ تو کوئی پازیٹیو استعمال کرتا ہے کوئی نیگیٹیو استعمال کرتا ہے۔ کوئی خدا کی مرضی کے مطابق استعمال کرتا ہے کوئی اپنی خواہش کے مطابق استعمال کرتا ہے۔</w:t>
      </w:r>
    </w:p>
    <w:p>
      <w:r>
        <w:rPr>
          <w:b/>
        </w:rPr>
        <w:t xml:space="preserve">[52:19] </w:t>
      </w:r>
      <w:r>
        <w:t>to yeh faculties jo hai yeh aap ki shakhsiyat jo hai yeh aap ki jo salahiyaten hain subah shaam tak aap kaisa istemaal karte hain? woh wash kiya ja raha hai wash kiya ja raha hai.</w:t>
      </w:r>
    </w:p>
    <w:p>
      <w:pPr>
        <w:jc w:val="right"/>
      </w:pPr>
      <w:r>
        <w:t>تو یہ فیکلٹیز جو ہے یہ آپ کی شخصیت جو ہے یہ آپ کی جو صلاحیتیں ہیں صبح شام تک آپ کیسا استعمال کرتے ہیں؟ وہ واش کیا جا رہا ہے واش کیا جا رہا ہے۔</w:t>
      </w:r>
    </w:p>
    <w:p>
      <w:r>
        <w:rPr>
          <w:b/>
        </w:rPr>
        <w:t xml:space="preserve">[52:32] </w:t>
      </w:r>
      <w:r>
        <w:t>woh likha ja raha hai.</w:t>
      </w:r>
    </w:p>
    <w:p>
      <w:pPr>
        <w:jc w:val="right"/>
      </w:pPr>
      <w:r>
        <w:t>وہ لکھا جا رہا ہے۔</w:t>
      </w:r>
    </w:p>
    <w:p>
      <w:r>
        <w:rPr>
          <w:b/>
        </w:rPr>
        <w:t xml:space="preserve">[52:37] </w:t>
      </w:r>
      <w:r>
        <w:t>dekhen is mein ek baat mein yeh bhi arz kar doon keh is ka matlab yeh nahi keh insaan koi perfect ho sakta hai. insaan se ghaltiyan hongi.</w:t>
      </w:r>
    </w:p>
    <w:p>
      <w:pPr>
        <w:jc w:val="right"/>
      </w:pPr>
      <w:r>
        <w:t>دیکھیں اس میں ایک بات میں یہ بھی عرض کر دوں کہ اس کا مطلب یہ نہیں کہ انسان کوئی پرفیکٹ ہو سکتا ہے۔ انسان سے غلطیاں ہوں گی۔</w:t>
      </w:r>
    </w:p>
    <w:p>
      <w:r>
        <w:rPr>
          <w:b/>
        </w:rPr>
        <w:t xml:space="preserve">[52:48] </w:t>
      </w:r>
      <w:r>
        <w:t>insaan se ghaltiyan hongi. aur ghaltiyan khud bhi matloob hain.</w:t>
      </w:r>
    </w:p>
    <w:p>
      <w:pPr>
        <w:jc w:val="right"/>
      </w:pPr>
      <w:r>
        <w:t>انسان سے غلطیاں ہوں گی۔ اور غلطیاں خود بھی مطلوب ہیں۔</w:t>
      </w:r>
    </w:p>
    <w:p>
      <w:r>
        <w:rPr>
          <w:b/>
        </w:rPr>
        <w:t xml:space="preserve">[52:55] </w:t>
      </w:r>
      <w:r>
        <w:t>hadees mein aata hai keh agar insaan ghalti na kare to Allah taala ek aur makhlooq paida karega jo ghalti kare aur toba kare ghalti kare aur Allah se maafi mangay.</w:t>
      </w:r>
    </w:p>
    <w:p>
      <w:pPr>
        <w:jc w:val="right"/>
      </w:pPr>
      <w:r>
        <w:t>حدیث میں آتا ہے کہ اگر انسان غلطی نہ کرے تو اللہ تعالی ایک اور مخلوق پیدا کرے گا جو غلطی کرے اور توبہ کرے غلطی کرے اور اللہ سے معافی مانگے۔</w:t>
      </w:r>
    </w:p>
    <w:p>
      <w:r>
        <w:rPr>
          <w:b/>
        </w:rPr>
        <w:t xml:space="preserve">[53:08] </w:t>
      </w:r>
      <w:r>
        <w:t>yeh bhi dekhen saada baat nahi hai. yaani ghalti kar ke toba karne ka matlab kya hai?</w:t>
      </w:r>
    </w:p>
    <w:p>
      <w:pPr>
        <w:jc w:val="right"/>
      </w:pPr>
      <w:r>
        <w:t>یہ بھی دیکھیں سادہ بات نہیں ہے۔ یعنی غلطی کر کے توبہ کرنے کا مطلب کیا ہے؟</w:t>
      </w:r>
    </w:p>
    <w:p>
      <w:r>
        <w:rPr>
          <w:b/>
        </w:rPr>
        <w:t xml:space="preserve">[53:16] </w:t>
      </w:r>
      <w:r>
        <w:t>yeh bhi saada baat nahi hai. yeh ek nai shakhsiyat emerge karti hai. ek nai shakhsiyat emerge karti hai.</w:t>
      </w:r>
    </w:p>
    <w:p>
      <w:pPr>
        <w:jc w:val="right"/>
      </w:pPr>
      <w:r>
        <w:t>یہ بھی سادہ بات نہیں ہے۔ یہ ایک نئی شخصیت ایمرج کرتی ہے۔ ایک نئی شخصیت ایمرج کرتی ہے۔</w:t>
      </w:r>
    </w:p>
    <w:p>
      <w:r>
        <w:rPr>
          <w:b/>
        </w:rPr>
        <w:t xml:space="preserve">[53:27] </w:t>
      </w:r>
      <w:r>
        <w:t>jab aap se ghalti ho gayi aur phir repentance aaya aur bohat ziyada muhasba kiya aap ne bohat introspection kiya aap ne to saari andar ki faculties aap ki jaag padti hain.</w:t>
      </w:r>
    </w:p>
    <w:p>
      <w:pPr>
        <w:jc w:val="right"/>
      </w:pPr>
      <w:r>
        <w:t>جب آپ سے غلطی ہو گئی اور پھر ریپنٹنس آیا اور بہت زیادہ محاسبہ کیا آپ نے بہت انٹرسپشن کیا آپ نے تو ساری اندر کی فیکلٹیز آپ کی جاگ پڑتی ہیں۔</w:t>
      </w:r>
    </w:p>
    <w:p>
      <w:r>
        <w:rPr>
          <w:b/>
        </w:rPr>
        <w:t xml:space="preserve">[53:38] </w:t>
      </w:r>
      <w:r>
        <w:t>aur ek nai shakhsiyat emerge karti hai aap ke andar. is ki misaal mein doon ga aap ko. Hazrat Adam علیہ السلام jannat mein rakhe gaye.</w:t>
      </w:r>
    </w:p>
    <w:p>
      <w:pPr>
        <w:jc w:val="right"/>
      </w:pPr>
      <w:r>
        <w:t>اور ایک نئی شخصیت ایمرج کرتی ہے آپ کے اندر۔ اس کی مثال میں دوں گا آپ کو۔ حضرت آدم علیہ السلام جنت میں رکھے گئے۔</w:t>
      </w:r>
    </w:p>
    <w:p>
      <w:r>
        <w:rPr>
          <w:b/>
        </w:rPr>
        <w:t xml:space="preserve">[53:50] </w:t>
      </w:r>
      <w:r>
        <w:t>Allah taala ne barah-e-raast un ko hukum diya keh jannat mein tum</w:t>
      </w:r>
    </w:p>
    <w:p>
      <w:pPr>
        <w:jc w:val="right"/>
      </w:pPr>
      <w:r>
        <w:t>اللہ تعالی نے براہ راست ان کو حکم دیا کہ جنت میں تم</w:t>
      </w:r>
    </w:p>
    <w:p>
      <w:r>
        <w:rPr>
          <w:b/>
        </w:rPr>
        <w:t xml:space="preserve">[53:55] </w:t>
      </w:r>
      <w:r>
        <w:t>aazad ho. jo chahe khao piyo lekin is darakht ke paas mat jana. is darakht ka phal mat khana. ek darakht.</w:t>
      </w:r>
    </w:p>
    <w:p>
      <w:pPr>
        <w:jc w:val="right"/>
      </w:pPr>
      <w:r>
        <w:t>آزاد ہو۔ جو چاہے کھا پیو لیکن اس درخت کے پاس مت جانا۔ اس درخت کا پھل مت کھانا۔ ایک درخت۔</w:t>
      </w:r>
    </w:p>
    <w:p>
      <w:r>
        <w:rPr>
          <w:b/>
        </w:rPr>
        <w:t xml:space="preserve">[54:06] </w:t>
      </w:r>
      <w:r>
        <w:t>to ek barah-e-raast un ko hukum diya gaya tha. lekin unhon ne ghalti ki</w:t>
      </w:r>
    </w:p>
    <w:p>
      <w:pPr>
        <w:jc w:val="right"/>
      </w:pPr>
      <w:r>
        <w:t>تو ایک براہ راست ان کو حکم دیا گیا تھا۔ لیکن انہوں نے غلطی کی</w:t>
      </w:r>
    </w:p>
    <w:p>
      <w:r>
        <w:rPr>
          <w:b/>
        </w:rPr>
        <w:t xml:space="preserve">[54:13] </w:t>
      </w:r>
      <w:r>
        <w:t>aur is darakht ka phal kha liya ja kar ke. to zahir hai keh ek bohat bari ghalti thi. ek gunah ka fe'l tha. lekin phir aata hai hadeeson mein Quran mein bhi keh un ko repentance hua.</w:t>
      </w:r>
    </w:p>
    <w:p>
      <w:pPr>
        <w:jc w:val="right"/>
      </w:pPr>
      <w:r>
        <w:t>اور اس درخت کا پھل کھا لیا جا کر کے۔ تو ظاہر ہے کہ ایک بہت بڑی غلطی تھی۔ ایک گناہ کا فعل تھا۔ لیکن پھر آتا ہے حدیثوں میں قرآن میں بھی کہ ان کو ریپنٹنس ہوا۔</w:t>
      </w:r>
    </w:p>
    <w:p>
      <w:r>
        <w:rPr>
          <w:b/>
        </w:rPr>
        <w:t xml:space="preserve">[54:30] </w:t>
      </w:r>
      <w:r>
        <w:t>aur rote rahe bohat dinon tak woh. bohat ziyada introspection kiya unhon ne. to Allah taala ne maaf kar diya.</w:t>
      </w:r>
    </w:p>
    <w:p>
      <w:pPr>
        <w:jc w:val="right"/>
      </w:pPr>
      <w:r>
        <w:t>اور روتے رہے بہت دنوں تک وہ۔ بہت زیادہ انٹرسپیکشن کیا انہوں نے۔ تو اللہ تعالی نے معاف کر دیا۔</w:t>
      </w:r>
    </w:p>
    <w:p>
      <w:r>
        <w:rPr>
          <w:b/>
        </w:rPr>
        <w:t xml:space="preserve">[54:40] </w:t>
      </w:r>
      <w:r>
        <w:t>sirf maafi nahi kiya balkeh Allah taala ne un ko pehla paighambar banaya.</w:t>
      </w:r>
    </w:p>
    <w:p>
      <w:pPr>
        <w:jc w:val="right"/>
      </w:pPr>
      <w:r>
        <w:t>صرف معافی نہیں کیا بلکہ اللہ تعالی نے ان کو پہلا پیغمبر بنایا۔</w:t>
      </w:r>
    </w:p>
    <w:p>
      <w:r>
        <w:rPr>
          <w:b/>
        </w:rPr>
        <w:t xml:space="preserve">[54:47] </w:t>
      </w:r>
      <w:r>
        <w:t>is par maine socha to ek ek bohat ajeeb baat daryaft hui. keh repentance ya toba jo hai woh ek nai shakhsiyat emerge karne ka zariya hai.</w:t>
      </w:r>
    </w:p>
    <w:p>
      <w:pPr>
        <w:jc w:val="right"/>
      </w:pPr>
      <w:r>
        <w:t>اس پر میں نے سوچا تو ایک ایک بہت عجیب بات دریافت ہوئی۔ کہ ریپنٹنس یا توبہ جو ہے وہ ایک نئی شخصیت ایمرج کرنے کا ذریعہ ہے۔</w:t>
      </w:r>
    </w:p>
    <w:p>
      <w:r>
        <w:rPr>
          <w:b/>
        </w:rPr>
        <w:t xml:space="preserve">[54:59] </w:t>
      </w:r>
      <w:r>
        <w:t>ek faasla hoga Hazrat Adam ke is is</w:t>
      </w:r>
    </w:p>
    <w:p>
      <w:pPr>
        <w:jc w:val="right"/>
      </w:pPr>
      <w:r>
        <w:t>ایک فاصلہ ہوگا حضرت آدم کے اس اس</w:t>
      </w:r>
    </w:p>
    <w:p>
      <w:r>
        <w:rPr>
          <w:b/>
        </w:rPr>
        <w:t xml:space="preserve">[55:03] </w:t>
      </w:r>
      <w:r>
        <w:t>is phal ko khane mein aur phir Hazrat Adam ko prophet banane mein. ek faasla hoga.</w:t>
      </w:r>
    </w:p>
    <w:p>
      <w:pPr>
        <w:jc w:val="right"/>
      </w:pPr>
      <w:r>
        <w:t>اس پھل کو کھانے میں اور پھر حضرت آدم کو پرافٹ بنانے میں۔ ایک فاصلہ ہوگا۔</w:t>
      </w:r>
    </w:p>
    <w:p>
      <w:r>
        <w:rPr>
          <w:b/>
        </w:rPr>
        <w:t xml:space="preserve">[55:14] </w:t>
      </w:r>
      <w:r>
        <w:t>jis waqt Hazrat Adam ne phal khaya tha us waqt wale Adam nahi rahe honge us waqt jab keh unhein paighambar banaya gaya.</w:t>
      </w:r>
    </w:p>
    <w:p>
      <w:pPr>
        <w:jc w:val="right"/>
      </w:pPr>
      <w:r>
        <w:t>جس وقت حضرت آدم نے پھل کھایا تھا اس وقت والے آدم نہیں رہے ہوں گے اس وقت جب کہ انہیں پیغمبر بنایا گیا۔</w:t>
      </w:r>
    </w:p>
    <w:p>
      <w:r>
        <w:rPr>
          <w:b/>
        </w:rPr>
        <w:t xml:space="preserve">[55:25] </w:t>
      </w:r>
      <w:r>
        <w:t>un ki un ke andar ek naya ek ek nai shakhsiyat emerge ki hogi. nai soch aayi hogi. naye jazbaat aaye honge.</w:t>
      </w:r>
    </w:p>
    <w:p>
      <w:pPr>
        <w:jc w:val="right"/>
      </w:pPr>
      <w:r>
        <w:t>ان کی ان کے اندر ایک نیا ایک ایک نئی شخصیت ایمرج کی ہوگی۔ نئی سوچ آئی ہوگی۔ نئے جذبات آئے ہوں گے۔</w:t>
      </w:r>
    </w:p>
    <w:p>
      <w:r>
        <w:rPr>
          <w:b/>
        </w:rPr>
        <w:t xml:space="preserve">[55:34] </w:t>
      </w:r>
      <w:r>
        <w:t>nai personailty bani hogi. ek ek naya insan ubhra hoga un ke andar. to wo Allah ki nazar mein is qabil thehra hoga ke in ko</w:t>
      </w:r>
    </w:p>
    <w:p>
      <w:pPr>
        <w:jc w:val="right"/>
      </w:pPr>
      <w:r>
        <w:t>نئی پرسنیلٹی بنی ہوگی۔ ایک ایک نیا انسان ابھرا ہوگا ان کے اندر۔ تو وہ اللہ کی نظر میں اس قابل ٹھہرا ہوگا کہ ان کو</w:t>
      </w:r>
    </w:p>
    <w:p>
      <w:r>
        <w:rPr>
          <w:b/>
        </w:rPr>
        <w:t xml:space="preserve">[55:44] </w:t>
      </w:r>
      <w:r>
        <w:t>paighambar banwa diya jaye. to jab aap se koi khata hoti hai aur aap ke andar repentance aata hai aap tauba karte hain to saada baat nahi hai yeh.</w:t>
      </w:r>
    </w:p>
    <w:p>
      <w:pPr>
        <w:jc w:val="right"/>
      </w:pPr>
      <w:r>
        <w:t>پیغمبر بنوا دیا جائے۔ تو جب آپ سے کوئی خطا ہوتی ہے اور آپ کے اندر ریپنٹنس آتا ہے آپ توبہ کرتے ہیں تو سادہ بات نہیں ہے یہ۔</w:t>
      </w:r>
    </w:p>
    <w:p>
      <w:r>
        <w:rPr>
          <w:b/>
        </w:rPr>
        <w:t xml:space="preserve">[55:55] </w:t>
      </w:r>
      <w:r>
        <w:t>is ka matlab yeh hai ke ek shakhsiyat nai aap ke andar ubharti hai. jo itna ho sakta hai itna barh sakti hai ke aap ko</w:t>
      </w:r>
    </w:p>
    <w:p>
      <w:pPr>
        <w:jc w:val="right"/>
      </w:pPr>
      <w:r>
        <w:t>اس کا مطلب یہ ہے کہ ایک شخصیت نئی آپ کے اندر ابھرتی ہے۔ جو اتنا ہو سکتا ہے اتنا بڑھ سکتی ہے کہ آپ کو</w:t>
      </w:r>
    </w:p>
    <w:p>
      <w:r>
        <w:rPr>
          <w:b/>
        </w:rPr>
        <w:t xml:space="preserve">[56:04] </w:t>
      </w:r>
      <w:r>
        <w:t>Khuda ab to paighambari khatm ho gayi hai. lekin aap ko koi bara darja Allah taala de de. yani Hazrat Adam ki misaal jo hai bohat ajeeb misaal hai.</w:t>
      </w:r>
    </w:p>
    <w:p>
      <w:pPr>
        <w:jc w:val="right"/>
      </w:pPr>
      <w:r>
        <w:t>خدا اب تو پیغمبری ختم ہو گئی ہے۔ لیکن آپ کو کوئی بڑا درجہ اللہ تعالی دے دے۔ یعنی حضرت آدم کی مثال جو ہے بہت عجیب مثال ہے۔</w:t>
      </w:r>
    </w:p>
    <w:p>
      <w:r>
        <w:rPr>
          <w:b/>
        </w:rPr>
        <w:t xml:space="preserve">[56:17] </w:t>
      </w:r>
      <w:r>
        <w:t>ghalti ghalti kar ke agar aadmi tauba karta hai</w:t>
      </w:r>
    </w:p>
    <w:p>
      <w:pPr>
        <w:jc w:val="right"/>
      </w:pPr>
      <w:r>
        <w:t>غلطی غلطی کر کے اگر آدمی توبہ کرتا ہے</w:t>
      </w:r>
    </w:p>
    <w:p>
      <w:r>
        <w:rPr>
          <w:b/>
        </w:rPr>
        <w:t xml:space="preserve">[56:21] </w:t>
      </w:r>
      <w:r>
        <w:t>to is ke andar is shakhsiyat mein ek naya process shuru hota hai. ek naya process.</w:t>
      </w:r>
    </w:p>
    <w:p>
      <w:pPr>
        <w:jc w:val="right"/>
      </w:pPr>
      <w:r>
        <w:t>تو اس کے اندر اس شخصیت میں ایک نیا پراسیس شروع ہوتا ہے۔ ایک نیا پراسیس۔</w:t>
      </w:r>
    </w:p>
    <w:p>
      <w:r>
        <w:rPr>
          <w:b/>
        </w:rPr>
        <w:t xml:space="preserve">[56:30] </w:t>
      </w:r>
      <w:r>
        <w:t>tauba agar karta hai aadmi to is ki soch is ke jazbat is ke sara sari faculties mein ek naya direction aa jata hai.</w:t>
      </w:r>
    </w:p>
    <w:p>
      <w:pPr>
        <w:jc w:val="right"/>
      </w:pPr>
      <w:r>
        <w:t>توبہ اگر کرتا ہے آدمی تو اس کی سوچ اس کے جذبات اس کے سارا ساری فیکلٹیز میں ایک نیا ڈائریکشن آ جاتا ہے۔</w:t>
      </w:r>
    </w:p>
    <w:p>
      <w:r>
        <w:rPr>
          <w:b/>
        </w:rPr>
        <w:t xml:space="preserve">[56:45] </w:t>
      </w:r>
      <w:r>
        <w:t>aur hote hote yeh process apni takmeel mein pohanch kar ke Hazrat Adam ke liye bana ke wo paighambar bana diye gaye.</w:t>
      </w:r>
    </w:p>
    <w:p>
      <w:pPr>
        <w:jc w:val="right"/>
      </w:pPr>
      <w:r>
        <w:t>اور ہوتے ہوتے یہ پراسیس اپنی تکمیل میں پہنچ کر کے حضرت آدم کے لیے بنا کے وہ پیغمبر بنا دیے گئے۔</w:t>
      </w:r>
    </w:p>
    <w:p>
      <w:r>
        <w:rPr>
          <w:b/>
        </w:rPr>
        <w:t xml:space="preserve">[56:52] </w:t>
      </w:r>
      <w:r>
        <w:t>aam insan ke liye hoga ke is ko bhi koi bohat bara Allah taala ki taraf se maqam mil jaye ga. to kaisi ajeeb baat hai yeh tauba mein chupi hui hai.</w:t>
      </w:r>
    </w:p>
    <w:p>
      <w:pPr>
        <w:jc w:val="right"/>
      </w:pPr>
      <w:r>
        <w:t>عام انسان کے لیے ہوگا کہ اس کو بھی کوئی بہت بڑا اللہ تعالی کی طرف سے مقام مل جائے گا۔ تو کیسی عجیب بات ہے یہ توبہ میں چھپی ہوئی ہے۔</w:t>
      </w:r>
    </w:p>
    <w:p>
      <w:r>
        <w:rPr>
          <w:b/>
        </w:rPr>
        <w:t xml:space="preserve">[57:08] </w:t>
      </w:r>
      <w:r>
        <w:t>to hum mein se har shakhs ko yeh karna hai ke apna apna apna khud apna nigrah ban jaye.</w:t>
      </w:r>
    </w:p>
    <w:p>
      <w:pPr>
        <w:jc w:val="right"/>
      </w:pPr>
      <w:r>
        <w:t>تو ہم میں سے ہر شخص کو یہ کرنا ہے کہ اپنا اپنا اپنا خود اپنا نگراہ بن جائے۔</w:t>
      </w:r>
    </w:p>
    <w:p>
      <w:r>
        <w:rPr>
          <w:b/>
        </w:rPr>
        <w:t xml:space="preserve">[57:17] </w:t>
      </w:r>
      <w:r>
        <w:t>apna nigrah ban jaye. apne aap ko jahannami shakhsiyat banne ka koi dhan sawar ho jaye is ke liye. dhan.</w:t>
      </w:r>
    </w:p>
    <w:p>
      <w:pPr>
        <w:jc w:val="right"/>
      </w:pPr>
      <w:r>
        <w:t>اپنا نگراہ بن جائے۔ اپنے آپ کو جنتی شخصیت بننے کا کوئی دھن سوار ہو جائے اس کے لیے۔ دھن۔</w:t>
      </w:r>
    </w:p>
    <w:p>
      <w:r>
        <w:rPr>
          <w:b/>
        </w:rPr>
        <w:t xml:space="preserve">[57:25] </w:t>
      </w:r>
      <w:r>
        <w:t>aur jab ghalti ho to foran tauba kare wo. ghalti ho to foran wo apna muhasba kare wo. asal cheez yaad rakhiye Allah ki shariyat mein asal cheez yeh nahi ke aap ghalti na karen.</w:t>
      </w:r>
    </w:p>
    <w:p>
      <w:pPr>
        <w:jc w:val="right"/>
      </w:pPr>
      <w:r>
        <w:t>اور جب غلطی ہو تو فوراً توبہ کرے وہ۔ غلطی ہو تو فوراً وہ اپنا محاسبہ کرے وہ۔ اصل چیز یاد رکھیے اللہ کی شریعت میں اصل چیز یہ نہیں کہ آپ غلطی نہ کریں۔</w:t>
      </w:r>
    </w:p>
    <w:p>
      <w:r>
        <w:rPr>
          <w:b/>
        </w:rPr>
        <w:t xml:space="preserve">[57:38] </w:t>
      </w:r>
      <w:r>
        <w:t>hargiz nahi hai. asal cheez hai ghalti pe israr. yani ghalti kar ke isi par israr karna. sharmindagi na ho repentance na ho.</w:t>
      </w:r>
    </w:p>
    <w:p>
      <w:pPr>
        <w:jc w:val="right"/>
      </w:pPr>
      <w:r>
        <w:t>ہرگز نہیں ہے۔ اصل چیز ہے غلطی پہ اصرار۔ یعنی غلطی کر کے اسی پر اصرار کرنا۔ شرمندگی نہ ہو ریپنٹنس نہ ہو۔</w:t>
      </w:r>
    </w:p>
    <w:p>
      <w:r>
        <w:rPr>
          <w:b/>
        </w:rPr>
        <w:t xml:space="preserve">[57:49] </w:t>
      </w:r>
      <w:r>
        <w:t>dhanthai aap ke andar rahe sarkash bane rahen aap. yeh asal ghalti hai.</w:t>
      </w:r>
    </w:p>
    <w:p>
      <w:pPr>
        <w:jc w:val="right"/>
      </w:pPr>
      <w:r>
        <w:t>ڈھٹائی آپ کے اندر رہے سرکش بنے رہیں آپ۔ یہ اصل غلطی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