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Why was Muhammad The Last Prophet March 25, 2007</w:t>
      </w:r>
    </w:p>
    <w:p>
      <w:r>
        <w:t>https://youtu.be/iPBd0i_xtnA</w:t>
      </w:r>
    </w:p>
    <w:p>
      <w:r>
        <w:rPr>
          <w:b/>
        </w:rPr>
        <w:t xml:space="preserve">[00:13] </w:t>
      </w:r>
      <w:r>
        <w:t>bismillah hir rahman nir rahim, wa salallahu ala nabiyyil kareem.</w:t>
      </w:r>
    </w:p>
    <w:p>
      <w:pPr>
        <w:jc w:val="right"/>
      </w:pPr>
      <w:r>
        <w:t>بسم اللہ الرحمن الرحیم، وصلی اللہ علی النبی الکریم.</w:t>
      </w:r>
    </w:p>
    <w:p>
      <w:r>
        <w:rPr>
          <w:b/>
        </w:rPr>
        <w:t xml:space="preserve">[00:21] </w:t>
      </w:r>
      <w:r>
        <w:t>rabbi ishrah li sadri, wa yassir li amri, wahul uqdatan min lisani yafqahu qawli.</w:t>
      </w:r>
    </w:p>
    <w:p>
      <w:pPr>
        <w:jc w:val="right"/>
      </w:pPr>
      <w:r>
        <w:t>رب اشرح لی صدری، ویسر لی امری، واحل العقدۃ من لسانی یفقہ قولی.</w:t>
      </w:r>
    </w:p>
    <w:p>
      <w:r>
        <w:rPr>
          <w:b/>
        </w:rPr>
        <w:t xml:space="preserve">[00:36] </w:t>
      </w:r>
      <w:r>
        <w:t>aaj ka topic hai:</w:t>
      </w:r>
    </w:p>
    <w:p>
      <w:pPr>
        <w:jc w:val="right"/>
      </w:pPr>
      <w:r>
        <w:t>آج کا ٹاپک ہے:</w:t>
      </w:r>
    </w:p>
    <w:p>
      <w:r>
        <w:rPr>
          <w:b/>
        </w:rPr>
        <w:t xml:space="preserve">[00:43] </w:t>
      </w:r>
      <w:r>
        <w:t>Why was Muhammad the final prophet?</w:t>
      </w:r>
    </w:p>
    <w:p>
      <w:pPr>
        <w:jc w:val="right"/>
      </w:pPr>
      <w:r>
        <w:t>Why was Muhammad the final prophet?</w:t>
      </w:r>
    </w:p>
    <w:p>
      <w:r>
        <w:rPr>
          <w:b/>
        </w:rPr>
        <w:t xml:space="preserve">[00:49] </w:t>
      </w:r>
      <w:r>
        <w:t>Muhammad aakhri peghambar kyun thay?</w:t>
      </w:r>
    </w:p>
    <w:p>
      <w:pPr>
        <w:jc w:val="right"/>
      </w:pPr>
      <w:r>
        <w:t>محمد آخری پیغمبر کیوں تھے؟</w:t>
      </w:r>
    </w:p>
    <w:p>
      <w:r>
        <w:rPr>
          <w:b/>
        </w:rPr>
        <w:t xml:space="preserve">[00:57] </w:t>
      </w:r>
      <w:r>
        <w:t>dekhiye, is baat ko samajhne ke liye yeh koi simple question nahi hai.</w:t>
      </w:r>
    </w:p>
    <w:p>
      <w:pPr>
        <w:jc w:val="right"/>
      </w:pPr>
      <w:r>
        <w:t>دیکھیے، اس بات کو سمجھنے کے لیے یہ کوئی سمپل کوئسچن نہیں ہے۔</w:t>
      </w:r>
    </w:p>
    <w:p>
      <w:r>
        <w:rPr>
          <w:b/>
        </w:rPr>
        <w:t xml:space="preserve">[01:04] </w:t>
      </w:r>
      <w:r>
        <w:t>yeh aisa nahi hai ke koi list ho: aik, do, teen, chaar, paanch, chhay, saat, aath, aur phir woh aakhri number aa jaye. aisa nahi hai.</w:t>
      </w:r>
    </w:p>
    <w:p>
      <w:pPr>
        <w:jc w:val="right"/>
      </w:pPr>
      <w:r>
        <w:t>یہ ایسا نہیں ہے کہ کوئی لسٹ ہو: ایک، دو، تین، چار، پانچ، چھ، سات، آٹھ، اور پھر وہ آخری نمبر آ جائے۔ ایسا نہیں ہے۔</w:t>
      </w:r>
    </w:p>
    <w:p>
      <w:r>
        <w:rPr>
          <w:b/>
        </w:rPr>
        <w:t xml:space="preserve">[01:14] </w:t>
      </w:r>
      <w:r>
        <w:t>yeh list ka completion nahi hai, yeh aik history ka completion hai.</w:t>
      </w:r>
    </w:p>
    <w:p>
      <w:pPr>
        <w:jc w:val="right"/>
      </w:pPr>
      <w:r>
        <w:t>یہ لسٹ کا کمپلیشن نہیں ہے، یہ ایک ہسٹری کا کمپلیشن ہے۔</w:t>
      </w:r>
    </w:p>
    <w:p>
      <w:r>
        <w:rPr>
          <w:b/>
        </w:rPr>
        <w:t xml:space="preserve">[01:23] </w:t>
      </w:r>
      <w:r>
        <w:t>yeh koi list ki baat nahi hai. is baat ko achi tarah samajhna chahiye.</w:t>
      </w:r>
    </w:p>
    <w:p>
      <w:pPr>
        <w:jc w:val="right"/>
      </w:pPr>
      <w:r>
        <w:t>یہ کوئی لسٹ کی بات نہیں ہے۔ اس بات کو اچھی طرح سمجھنا چاہیے۔</w:t>
      </w:r>
    </w:p>
    <w:p>
      <w:r>
        <w:rPr>
          <w:b/>
        </w:rPr>
        <w:t xml:space="preserve">[01:33] </w:t>
      </w:r>
      <w:r>
        <w:t>log is ko... musalmanon mein bohat se log milen ge aap ko, jo yeh samajhte hain ke Muhammad superior prophet thay.</w:t>
      </w:r>
    </w:p>
    <w:p>
      <w:pPr>
        <w:jc w:val="right"/>
      </w:pPr>
      <w:r>
        <w:t>لوگ اس کو... مسلمانوں میں بہت سے لوگ ملیں گے آپ کو، جو یہ سمجھتے ہیں کہ محمد سپیریئر پرافٹ تھے۔</w:t>
      </w:r>
    </w:p>
    <w:p>
      <w:r>
        <w:rPr>
          <w:b/>
        </w:rPr>
        <w:t xml:space="preserve">[01:45] </w:t>
      </w:r>
      <w:r>
        <w:t>jab superior prophet aa gaya to aap ko kya zaroorat hai prophet ki? yeh bilkul base less baat hai. quran o hadees ke bilkul khilaf hai yeh.</w:t>
      </w:r>
    </w:p>
    <w:p>
      <w:pPr>
        <w:jc w:val="right"/>
      </w:pPr>
      <w:r>
        <w:t>جب سپیریئر پرافٹ آ گیا تو آپ کو کیا ضرورت ہے پرافٹ کی؟ یہ بالکل بیس لیس بات ہے۔ قرآن و حدیث کے بالکل خلاف ہے یہ۔</w:t>
      </w:r>
    </w:p>
    <w:p>
      <w:r>
        <w:rPr>
          <w:b/>
        </w:rPr>
        <w:t xml:space="preserve">[01:58] </w:t>
      </w:r>
      <w:r>
        <w:t>quran o hadees mein saaf saaf likha hua hai ke koi superior prophet nahi.</w:t>
      </w:r>
    </w:p>
    <w:p>
      <w:pPr>
        <w:jc w:val="right"/>
      </w:pPr>
      <w:r>
        <w:t>قرآن و حدیث میں صاف صاف لکھا ہوا ہے کہ کوئی سپیریئر پرافٹ نہیں۔</w:t>
      </w:r>
    </w:p>
    <w:p>
      <w:r>
        <w:rPr>
          <w:b/>
        </w:rPr>
        <w:t xml:space="preserve">[02:06] </w:t>
      </w:r>
      <w:r>
        <w:t>bohat hi clear taur par likha hua hai ke koi superior prophet nahi. la tufarriqu baina ahadin min rusulih, la tufaddilu baina al-anbiya quran mein aur hadees mein dono mein</w:t>
      </w:r>
    </w:p>
    <w:p>
      <w:pPr>
        <w:jc w:val="right"/>
      </w:pPr>
      <w:r>
        <w:t>بہت ہی کلیئر طور پر لکھا ہوا ہے کہ کوئی سپیریئر پرافٹ نہیں۔ لا تفرق بين أحد من رسله، لا تفضلوا بين الأنبياء قرآن میں اور حدیث میں دونوں میں</w:t>
      </w:r>
    </w:p>
    <w:p>
      <w:r>
        <w:rPr>
          <w:b/>
        </w:rPr>
        <w:t xml:space="preserve">[02:20] </w:t>
      </w:r>
      <w:r>
        <w:t>yeh baat clear taur par aap dekh sakte hain ke aik prophet aur doosre prophet ke darmiyan kuch bhi farq nahi.</w:t>
      </w:r>
    </w:p>
    <w:p>
      <w:pPr>
        <w:jc w:val="right"/>
      </w:pPr>
      <w:r>
        <w:t>یہ بات کلیئر طور پر آپ دیکھ سکتے ہیں کہ ایک پرافٹ اور دوسرے پرافٹ کے درمیان کچھ بھی فرق نہیں۔</w:t>
      </w:r>
    </w:p>
    <w:p>
      <w:r>
        <w:rPr>
          <w:b/>
        </w:rPr>
        <w:t xml:space="preserve">[02:32] </w:t>
      </w:r>
      <w:r>
        <w:t>sab aik equal thay.</w:t>
      </w:r>
    </w:p>
    <w:p>
      <w:pPr>
        <w:jc w:val="right"/>
      </w:pPr>
      <w:r>
        <w:t>سب ایکول تھے۔</w:t>
      </w:r>
    </w:p>
    <w:p>
      <w:r>
        <w:rPr>
          <w:b/>
        </w:rPr>
        <w:t xml:space="preserve">[02:36] </w:t>
      </w:r>
      <w:r>
        <w:t>sab ekol thay. to yeh ek base less belief hai jo logon mein phaila hua hai. yani apna banaya hua hai, quran o hadees se drive kiya hua nahi hai.</w:t>
      </w:r>
    </w:p>
    <w:p>
      <w:pPr>
        <w:jc w:val="right"/>
      </w:pPr>
      <w:r>
        <w:t>سب ایکول تھے۔ تو یہ ایک بیس لیس بیلیف ہے جو لوگوں میں پھیلا ہوا ہے۔ یعنی اپنا بنایا ہوا ہے، قرآن و حدیث سے ڈرائیو کیا ہوا نہیں ہے۔</w:t>
      </w:r>
    </w:p>
    <w:p>
      <w:r>
        <w:rPr>
          <w:b/>
        </w:rPr>
        <w:t xml:space="preserve">[02:51] </w:t>
      </w:r>
      <w:r>
        <w:t>kuch aisi hadeesein zaroor hain, lekin woh banawati hadeesein hain. is ko hum mauzu kehte hain, fabricated. to fabricated hadeesein to bohat sari hain, lakh sab ke upar hain.</w:t>
      </w:r>
    </w:p>
    <w:p>
      <w:pPr>
        <w:jc w:val="right"/>
      </w:pPr>
      <w:r>
        <w:t>کچھ ایسی حدیثیں ضرور ہیں، لیکن وہ بناوٹی حدیثیں ہیں۔ اس کو ہم موضوع کہتے ہیں، فیبریکیٹڈ۔ تو فیبریکیٹڈ حدیثیں تو بہت ساری ہیں، لاکھ سب کے اوپر ہیں۔</w:t>
      </w:r>
    </w:p>
    <w:p>
      <w:r>
        <w:rPr>
          <w:b/>
        </w:rPr>
        <w:t xml:space="preserve">[03:03] </w:t>
      </w:r>
      <w:r>
        <w:t>to woh... in ka koi... is ke upar koi base nahi rakh sakte aap.</w:t>
      </w:r>
    </w:p>
    <w:p>
      <w:pPr>
        <w:jc w:val="right"/>
      </w:pPr>
      <w:r>
        <w:t>تو وہ... ان کا کوئی... اس کے اوپر کوئی بیس نہیں رکھ سکتے آپ۔</w:t>
      </w:r>
    </w:p>
    <w:p>
      <w:r>
        <w:rPr>
          <w:b/>
        </w:rPr>
        <w:t xml:space="preserve">[03:13] </w:t>
      </w:r>
      <w:r>
        <w:t>woh jo rejecter hain, jo authentic hadeesein hain, ya jo quran ka text hai, us mein aisi koi cheez nahi hai ke Muhammad superior prophet thay.</w:t>
      </w:r>
    </w:p>
    <w:p>
      <w:pPr>
        <w:jc w:val="right"/>
      </w:pPr>
      <w:r>
        <w:t>وہ جو ریجیکٹر ہیں، جو آتھنٹک حدیثیں ہیں، یا جو قرآن کا ٹیکسٹ ہے، اس میں ایسی کوئی چیز نہیں ہے کہ محمد سپیریئر پرافٹ تھے۔</w:t>
      </w:r>
    </w:p>
    <w:p>
      <w:r>
        <w:rPr>
          <w:b/>
        </w:rPr>
        <w:t xml:space="preserve">[03:28] </w:t>
      </w:r>
      <w:r>
        <w:t>hadees mein hai ke la tufadlu baina al anbiya prophets ke darmiyan ek ko doosre par superior na batao.</w:t>
      </w:r>
    </w:p>
    <w:p>
      <w:pPr>
        <w:jc w:val="right"/>
      </w:pPr>
      <w:r>
        <w:t>حدیث میں ہے کہ لا تفضلوا بين الأنبياء پرافٹس کے درمیان ایک کو دوسرے پر سپیریئر نہ بتاؤ۔</w:t>
      </w:r>
    </w:p>
    <w:p>
      <w:r>
        <w:rPr>
          <w:b/>
        </w:rPr>
        <w:t xml:space="preserve">[03:41] </w:t>
      </w:r>
      <w:r>
        <w:t>kuch log yeh samajhte hain ke yeh yeh jo deen hai, to woh deen mukammal ho gaya, complete ho gaya.</w:t>
      </w:r>
    </w:p>
    <w:p>
      <w:pPr>
        <w:jc w:val="right"/>
      </w:pPr>
      <w:r>
        <w:t>کچھ لوگ یہ سمجھتے ہیں کہ یہ یہ جو دین ہے، تو وہ دین مکمل ہو گیا، کمپلیٹ ہو گیا۔</w:t>
      </w:r>
    </w:p>
    <w:p>
      <w:r>
        <w:rPr>
          <w:b/>
        </w:rPr>
        <w:t xml:space="preserve">[03:50] </w:t>
      </w:r>
      <w:r>
        <w:t>alyawm akmalt lakum deenakum to saare jo directions thay, jo teachings thi, woh di ja chuki hain. to ab woh complete ho gaya.</w:t>
      </w:r>
    </w:p>
    <w:p>
      <w:pPr>
        <w:jc w:val="right"/>
      </w:pPr>
      <w:r>
        <w:t>اليوم أكملت لكم دينكم تو سارے جو ڈائریکشنز تھے، جو ٹیچنگز تھیں، وہ دی جا چکی ہیں۔ تو اب وہ کمپلیٹ ہو گیا۔</w:t>
      </w:r>
    </w:p>
    <w:p>
      <w:r>
        <w:rPr>
          <w:b/>
        </w:rPr>
        <w:t xml:space="preserve">[04:00] </w:t>
      </w:r>
      <w:r>
        <w:t>yeh bhi galat hai bilkul. dekhiye, yeh illogical baat hai.</w:t>
      </w:r>
    </w:p>
    <w:p>
      <w:pPr>
        <w:jc w:val="right"/>
      </w:pPr>
      <w:r>
        <w:t>یہ بھی غلط ہے بالکل۔ دیکھیے، یہ اللاجیکل بات ہے۔</w:t>
      </w:r>
    </w:p>
    <w:p>
      <w:r>
        <w:rPr>
          <w:b/>
        </w:rPr>
        <w:t xml:space="preserve">[04:08] </w:t>
      </w:r>
      <w:r>
        <w:t>zindagi ek continue... zindagi ek aisa process hai jo chalta rehta hai. is mein hamesha changes aate hain.</w:t>
      </w:r>
    </w:p>
    <w:p>
      <w:pPr>
        <w:jc w:val="right"/>
      </w:pPr>
      <w:r>
        <w:t>زندگی ایک کنٹینیو... زندگی ایک ایسا پروسیس ہے جو چلتا رہتا ہے۔ اس میں ہمیشہ چینجز آتے ہیں۔</w:t>
      </w:r>
    </w:p>
    <w:p>
      <w:r>
        <w:rPr>
          <w:b/>
        </w:rPr>
        <w:t xml:space="preserve">[04:18] </w:t>
      </w:r>
      <w:r>
        <w:t>is liye koi bhi deen aisa ho nahi sakta hai jis mein yeh kahein aap ke yeh saari baatein is mein aa gayeen.</w:t>
      </w:r>
    </w:p>
    <w:p>
      <w:pPr>
        <w:jc w:val="right"/>
      </w:pPr>
      <w:r>
        <w:t>اس لیے کوئی بھی دین ایسا ہو نہیں سکتا ہے جس میں یہ کہیں آپ کہ یہ ساری باتیں اس میں آ گئیں۔</w:t>
      </w:r>
    </w:p>
    <w:p>
      <w:r>
        <w:rPr>
          <w:b/>
        </w:rPr>
        <w:t xml:space="preserve">[04:28] </w:t>
      </w:r>
      <w:r>
        <w:t>is liye dekhiye,</w:t>
      </w:r>
    </w:p>
    <w:p>
      <w:pPr>
        <w:jc w:val="right"/>
      </w:pPr>
      <w:r>
        <w:t>اس لیے دیکھیے،</w:t>
      </w:r>
    </w:p>
    <w:p>
      <w:r>
        <w:rPr>
          <w:b/>
        </w:rPr>
        <w:t xml:space="preserve">[04:32] </w:t>
      </w:r>
      <w:r>
        <w:t>saare ulama ne mana hai ke quran plus ijtihad.</w:t>
      </w:r>
    </w:p>
    <w:p>
      <w:pPr>
        <w:jc w:val="right"/>
      </w:pPr>
      <w:r>
        <w:t>سارے علماء نے مانا ہے کہ قرآن پلس اجتہاد۔</w:t>
      </w:r>
    </w:p>
    <w:p>
      <w:r>
        <w:rPr>
          <w:b/>
        </w:rPr>
        <w:t xml:space="preserve">[04:37] </w:t>
      </w:r>
      <w:r>
        <w:t>yani guidance jo hum ko milegi, woh quran plus ijtihad. yani quran ke saath saath humein ijtihad bhi karna padega. yani apni soch ko apply karna padega.</w:t>
      </w:r>
    </w:p>
    <w:p>
      <w:pPr>
        <w:jc w:val="right"/>
      </w:pPr>
      <w:r>
        <w:t>یعنی گائیڈنس جو ہم کو ملے گی، وہ قرآن پلس اجتہاد۔ یعنی قرآن کے ساتھ ساتھ ہمیں اجتہاد بھی کرنا پڑے گا۔ یعنی اپنی سوچ کو اپلائی کرنا پڑے گا۔</w:t>
      </w:r>
    </w:p>
    <w:p>
      <w:r>
        <w:rPr>
          <w:b/>
        </w:rPr>
        <w:t xml:space="preserve">[04:52] </w:t>
      </w:r>
      <w:r>
        <w:t>jaise ek moti si misaal hai ke quran mein hai ke ladai ke liye ghore tayyar karo. ladai se matlab defensive war. aaj kaun ghore tayyar karega bataiye?</w:t>
      </w:r>
    </w:p>
    <w:p>
      <w:pPr>
        <w:jc w:val="right"/>
      </w:pPr>
      <w:r>
        <w:t>جیسے ایک موٹی سی مثال ہے کہ قرآن میں ہے کہ لڑائی کے لیے گھوڑے تیار کرو۔ لڑائی سے مطلب ڈیفنسو وار۔ آج کون گھوڑے تیار کرے گا بتائیے؟</w:t>
      </w:r>
    </w:p>
    <w:p>
      <w:r>
        <w:rPr>
          <w:b/>
        </w:rPr>
        <w:t xml:space="preserve">[05:03] </w:t>
      </w:r>
      <w:r>
        <w:t>cavalries kehte hain angrezi mein</w:t>
      </w:r>
    </w:p>
    <w:p>
      <w:pPr>
        <w:jc w:val="right"/>
      </w:pPr>
      <w:r>
        <w:t>کیولریز کہتے ہیں انگریزی میں</w:t>
      </w:r>
    </w:p>
    <w:p>
      <w:r>
        <w:rPr>
          <w:b/>
        </w:rPr>
        <w:t xml:space="preserve">[05:05] </w:t>
      </w:r>
      <w:r>
        <w:t>. aaj cavalry kaun tayyar karega? kyunke halaat badal gaye. rasool Allah ne kaha ke quwwat se matlab hai woh teer.</w:t>
      </w:r>
    </w:p>
    <w:p>
      <w:pPr>
        <w:jc w:val="right"/>
      </w:pPr>
      <w:r>
        <w:t>۔ آج کیولری کون تیار کرے گا؟ کیونکہ حالات بدل گئے۔ رسول اللہ نے کہا کہ قوت سے مطلب ہے وہ تیر۔</w:t>
      </w:r>
    </w:p>
    <w:p>
      <w:r>
        <w:rPr>
          <w:b/>
        </w:rPr>
        <w:t xml:space="preserve">[05:18] </w:t>
      </w:r>
      <w:r>
        <w:t>to kaho aaj kaun teer kaman ikattha karega defensive war ke liye? to dekhiye, koi bhi deen aisa ho nahi sakta hai ke woh text hi aap ke liye kafi ho jaye.</w:t>
      </w:r>
    </w:p>
    <w:p>
      <w:pPr>
        <w:jc w:val="right"/>
      </w:pPr>
      <w:r>
        <w:t>تو کہو آج کون تیر کمان اکٹھا کرے گا ڈیفنسو وار کے لیے؟ تو دیکھیے، کوئی بھی دین ایسا ہو نہیں سکتا ہے کہ وہ ٹیکسٹ ہی آپ کے لیے کافی ہو جائے۔</w:t>
      </w:r>
    </w:p>
    <w:p>
      <w:r>
        <w:rPr>
          <w:b/>
        </w:rPr>
        <w:t xml:space="preserve">[05:35] </w:t>
      </w:r>
      <w:r>
        <w:t>complete text ka matlab kuch bhi nahi hai. hamesha aap ko according to the situation reapply karna padega.</w:t>
      </w:r>
    </w:p>
    <w:p>
      <w:pPr>
        <w:jc w:val="right"/>
      </w:pPr>
      <w:r>
        <w:t>کمپلیٹ ٹیکسٹ کا مطلب کچھ بھی نہیں ہے۔ ہمیشہ آپ کو اکارڈنگ ٹو دا سچویشن ری اپلائی کرنا پڑے گا۔</w:t>
      </w:r>
    </w:p>
    <w:p>
      <w:r>
        <w:rPr>
          <w:b/>
        </w:rPr>
        <w:t xml:space="preserve">[05:49] </w:t>
      </w:r>
      <w:r>
        <w:t>to is tarah se yeh jo mana kuch log mante hain, yeh yeh bilkul base less baat hai. jo baat hai, woh doosri baat hai.</w:t>
      </w:r>
    </w:p>
    <w:p>
      <w:pPr>
        <w:jc w:val="right"/>
      </w:pPr>
      <w:r>
        <w:t>تو اس طرح سے یہ جو مانا کچھ لوگ مانتے ہیں، یہ یہ بالکل بیس لیس بات ہے۔ جو بات ہے، وہ دوسری بات ہے۔</w:t>
      </w:r>
    </w:p>
    <w:p>
      <w:r>
        <w:rPr>
          <w:b/>
        </w:rPr>
        <w:t xml:space="preserve">[06:01] </w:t>
      </w:r>
      <w:r>
        <w:t>aur woh historical b</w:t>
      </w:r>
    </w:p>
    <w:p>
      <w:pPr>
        <w:jc w:val="right"/>
      </w:pPr>
      <w:r>
        <w:t>اور وہ ہسٹاریکل ب</w:t>
      </w:r>
    </w:p>
    <w:p>
      <w:r>
        <w:rPr>
          <w:b/>
        </w:rPr>
        <w:t xml:space="preserve">[06:03] </w:t>
      </w:r>
      <w:r>
        <w:t>aat hai. prophet Muhammad ke baad koi aur prophet nahi aayega. yeh quran se aur hadees se sabit hai. quran mein hai ke wa lakin ar rasoolu allahi wa khatamun nabiyyeen yani Muhammad jo hain,</w:t>
      </w:r>
    </w:p>
    <w:p>
      <w:pPr>
        <w:jc w:val="right"/>
      </w:pPr>
      <w:r>
        <w:t>ات ہے۔ پرافٹ محمد کے بعد کوئی اور پرافٹ نہیں آئے گا۔ یہ قرآن سے اور حدیث سے ثابت ہے۔ قرآن میں ہے کہ وَلَاكِ الرَّسُولُ اللَّهِ وَخَاتَمُ النَّبِيِّينَ یعنی محمد جو ہیں،</w:t>
      </w:r>
    </w:p>
    <w:p>
      <w:r>
        <w:rPr>
          <w:b/>
        </w:rPr>
        <w:t xml:space="preserve">[06:20] </w:t>
      </w:r>
      <w:r>
        <w:t>woh sirf rasool nahi hain balkeh woh khatam un nabiyyeen bhi hain. yani aap ka... aap par nabiyon ka aana band ho gaya, khatam ho gaya.</w:t>
      </w:r>
    </w:p>
    <w:p>
      <w:pPr>
        <w:jc w:val="right"/>
      </w:pPr>
      <w:r>
        <w:t>وہ صرف رسول نہیں ہیں بلکہ وہ خاتم النبیین بھی ہیں۔ یعنی آپ کا... آپ پر نبیوں کا آنا بند ہو گیا، ختم ہو گیا۔</w:t>
      </w:r>
    </w:p>
    <w:p>
      <w:r>
        <w:rPr>
          <w:b/>
        </w:rPr>
        <w:t xml:space="preserve">[06:32] </w:t>
      </w:r>
      <w:r>
        <w:t>hadees mein bhi yeh baat hai ke khutima biya an nabuwatu mere upar nabuwwat khatam ho gayi. la nabiyya ba'di mere baad koi nabi nahi.</w:t>
      </w:r>
    </w:p>
    <w:p>
      <w:pPr>
        <w:jc w:val="right"/>
      </w:pPr>
      <w:r>
        <w:t>حدیث میں بھی یہ بات ہے کہ خُتَمَ بِيَ النَّبُوَّةِ میرے اوپر نبوت ختم ہو گئی۔ لَا نَبِيَّ بَعْدِي میرے بعد کوئی نبی نہیں۔</w:t>
      </w:r>
    </w:p>
    <w:p>
      <w:r>
        <w:rPr>
          <w:b/>
        </w:rPr>
        <w:t xml:space="preserve">[06:44] </w:t>
      </w:r>
      <w:r>
        <w:t>to yeh baat apni jagah par sahi hai ke Islam ka jo belief system hai, us ke mutabiq prophet Muhammad ke baad koi prophet Khuda ki taraf se nahi aayega.</w:t>
      </w:r>
    </w:p>
    <w:p>
      <w:pPr>
        <w:jc w:val="right"/>
      </w:pPr>
      <w:r>
        <w:t>تو یہ بات اپنی جگہ پر صحیح ہے کہ اسلام کا جو بیلیف سسٹم ہے، اس کے مطابق پرافٹ محمد کے بعد کوئی پرافٹ خدا کی طرف سے نہیں آئے گا۔</w:t>
      </w:r>
    </w:p>
    <w:p>
      <w:r>
        <w:rPr>
          <w:b/>
        </w:rPr>
        <w:t xml:space="preserve">[06:59] </w:t>
      </w:r>
      <w:r>
        <w:t>lekin yeh baat bilkul base less hai jo musalman mante hain ke prophet Muhammad jo hain, koi superior prophet thay.</w:t>
      </w:r>
    </w:p>
    <w:p>
      <w:pPr>
        <w:jc w:val="right"/>
      </w:pPr>
      <w:r>
        <w:t>لیکن یہ بات بالکل بیس لیس ہے جو مسلمان مانتے ہیں کہ پرافٹ محمد جو ہیں، کوئی سپیریئر پرافٹ تھے۔</w:t>
      </w:r>
    </w:p>
    <w:p>
      <w:r>
        <w:rPr>
          <w:b/>
        </w:rPr>
        <w:t xml:space="preserve">[07:10] </w:t>
      </w:r>
      <w:r>
        <w:t>dekhiye, ek bohat hi bari bhool yeh hai ke Prophet Muhammad ko khuda ne banaya. example laqad kaana lakum fi rasoolillah uswatun hasanah</w:t>
      </w:r>
    </w:p>
    <w:p>
      <w:pPr>
        <w:jc w:val="right"/>
      </w:pPr>
      <w:r>
        <w:t>دیکھیے، ایک بہت ہی بڑی بھول یہ ہے کہ پرافٹ محمد کو خدا نے بنایا۔ ایگزامپل لَقَدْ كَانَ لَكُمْ فِي رَسُولِ اللَّهِ أُسْوَةٌ حَسَنَةٌ</w:t>
      </w:r>
    </w:p>
    <w:p>
      <w:r>
        <w:rPr>
          <w:b/>
        </w:rPr>
        <w:t xml:space="preserve">[07:23] </w:t>
      </w:r>
      <w:r>
        <w:t>example yani model, hamare liye model. lekin yeh sab jo belief banaye gaye hain, false base par, is ne aap ke model hone hi ko khatam kar diya hai.</w:t>
      </w:r>
    </w:p>
    <w:p>
      <w:pPr>
        <w:jc w:val="right"/>
      </w:pPr>
      <w:r>
        <w:t>ایگزامپل یعنی ماڈل، ہمارے لیے ماڈل۔ لیکن یہ سب جو بیلیف بنائے گئے ہیں، فالس بیس پر، اس نے آپ کے ماڈل ہونے ہی کو ختم کر دیا ہے۔</w:t>
      </w:r>
    </w:p>
    <w:p>
      <w:r>
        <w:rPr>
          <w:b/>
        </w:rPr>
        <w:t xml:space="preserve">[07:40] </w:t>
      </w:r>
      <w:r>
        <w:t>is liye musalmanon ke liye aaj muhammad model nahi hain. un ki apni wims model hain. kyun? unhon ne muhammad ko aisa asthan par baitha diya hai ke wahan par model reh nahi gaye.</w:t>
      </w:r>
    </w:p>
    <w:p>
      <w:pPr>
        <w:jc w:val="right"/>
      </w:pPr>
      <w:r>
        <w:t>اس لیے مسلمانوں کے لیے آج محمد ماڈل نہیں ہیں۔ ان کی اپنی وِمز ماڈل ہیں۔ کیوں؟ انہوں نے محمد کو ایسا استھان پر بٹھا دیا ہے کہ وہاں پر ماڈل رہ نہیں گئے۔</w:t>
      </w:r>
    </w:p>
    <w:p>
      <w:r>
        <w:rPr>
          <w:b/>
        </w:rPr>
        <w:t xml:space="preserve">[07:53] </w:t>
      </w:r>
      <w:r>
        <w:t>main ek choti si example deta hoon aap ko, chota sa. jo hamare paas authentic record hai Islamic history ka, to is mein hai ke jab Prophet Muhammad ko Khuda ne prophet banaya 610 mein.</w:t>
      </w:r>
    </w:p>
    <w:p>
      <w:pPr>
        <w:jc w:val="right"/>
      </w:pPr>
      <w:r>
        <w:t>میں ایک چھوٹی سی ایگزامپل دیتا ہوں آپ کو، چھوٹا سا۔ جو ہمارے پاس آتھنٹک ریکارڈ ہے اسلامک ہسٹری کا، تو اس میں ہے کہ جب پرافٹ محمد کو خدا نے پرافٹ بنایا 610 میں۔</w:t>
      </w:r>
    </w:p>
    <w:p>
      <w:r>
        <w:rPr>
          <w:b/>
        </w:rPr>
        <w:t xml:space="preserve">[08:12] </w:t>
      </w:r>
      <w:r>
        <w:t>610 eesvi mein aap ko prophet banaya gaya. jab aap makkah mein thay.</w:t>
      </w:r>
    </w:p>
    <w:p>
      <w:pPr>
        <w:jc w:val="right"/>
      </w:pPr>
      <w:r>
        <w:t>610 عیسوی میں آپ کو پرافٹ بنایا گیا۔ جب آپ مکہ میں تھے۔</w:t>
      </w:r>
    </w:p>
    <w:p>
      <w:r>
        <w:rPr>
          <w:b/>
        </w:rPr>
        <w:t xml:space="preserve">[08:19] </w:t>
      </w:r>
      <w:r>
        <w:t>to aap ne aap ka jo... aap ki jo family thi, family jo thi aap ki, yani poori jo clan tha aap ka, us ko aap ne ikatha kiya.</w:t>
      </w:r>
    </w:p>
    <w:p>
      <w:pPr>
        <w:jc w:val="right"/>
      </w:pPr>
      <w:r>
        <w:t>تو آپ نے آپ کا جو... آپ کی جو فیملی تھی، فیملی جو تھی آپ کی، یعنی پوری جو کلان تھا آپ کا، اس کو آپ نے اکٹھا کیا۔</w:t>
      </w:r>
    </w:p>
    <w:p>
      <w:r>
        <w:rPr>
          <w:b/>
        </w:rPr>
        <w:t xml:space="preserve">[08:32] </w:t>
      </w:r>
      <w:r>
        <w:t>aur un ke samne aap ne apna mission rakha. dekhiye, is waqt log jo idol worshippers thay, sab makkah mein.</w:t>
      </w:r>
    </w:p>
    <w:p>
      <w:pPr>
        <w:jc w:val="right"/>
      </w:pPr>
      <w:r>
        <w:t>اور ان کے سامنے آپ نے اپنا مشن رکھا۔ دیکھیے، اس وقت لوگ جو آئیڈل ورشپرز تھے، سب مکہ میں۔</w:t>
      </w:r>
    </w:p>
    <w:p>
      <w:r>
        <w:rPr>
          <w:b/>
        </w:rPr>
        <w:t xml:space="preserve">[08:43] </w:t>
      </w:r>
      <w:r>
        <w:t>sab ke sab</w:t>
      </w:r>
    </w:p>
    <w:p>
      <w:pPr>
        <w:jc w:val="right"/>
      </w:pPr>
      <w:r>
        <w:t>سب کے سب</w:t>
      </w:r>
    </w:p>
    <w:p>
      <w:r>
        <w:rPr>
          <w:b/>
        </w:rPr>
        <w:t xml:space="preserve">[08:45] </w:t>
      </w:r>
      <w:r>
        <w:t>. aap ko diya gaya tha ke wonders of god ka concept. ke ek hi khuda ki worship. khuda ek hai, wohi is qabil hai ke us ki worship ki jaye.</w:t>
      </w:r>
    </w:p>
    <w:p>
      <w:pPr>
        <w:jc w:val="right"/>
      </w:pPr>
      <w:r>
        <w:t>۔ آپ کو دیا گیا تھا کہ ونڈرس آف گاڈ کا کانسیپٹ۔ کہ ایک ہی خدا کی ورشپ۔ خدا ایک ہے، وہی اس قابل ہے کہ اس کی ورشپ کی جائے۔</w:t>
      </w:r>
    </w:p>
    <w:p>
      <w:r>
        <w:rPr>
          <w:b/>
        </w:rPr>
        <w:t xml:space="preserve">[08:59] </w:t>
      </w:r>
      <w:r>
        <w:t>to wahan par jo society thi, woh sab ke sab idol worshippers thay is mein. aur aap ko diya gaya tauheed, jis ko hum kehte hain, wonders of god.</w:t>
      </w:r>
    </w:p>
    <w:p>
      <w:pPr>
        <w:jc w:val="right"/>
      </w:pPr>
      <w:r>
        <w:t>تو وہاں پر جو سوسائٹی تھی، وہ سب کے سب آئیڈل ورشپرز تھے اس میں۔ اور آپ کو دیا گیا توحید، جس کو ہم کہتے ہیں، ونڈرس آف گاڈ۔</w:t>
      </w:r>
    </w:p>
    <w:p>
      <w:r>
        <w:rPr>
          <w:b/>
        </w:rPr>
        <w:t xml:space="preserve">[09:12] </w:t>
      </w:r>
      <w:r>
        <w:t>to logon ko aap ne ikatha kiya. aur aap ne bataya un ko ke yeh mujhe khuda ne message bheja hai taake main tum ko convey karoon is ko.</w:t>
      </w:r>
    </w:p>
    <w:p>
      <w:pPr>
        <w:jc w:val="right"/>
      </w:pPr>
      <w:r>
        <w:t>تو لوگوں کو آپ نے اکٹھا کیا۔ اور آپ نے بتایا ان کو کہ یہ مجھے خدا نے میسج بھیجا ہے تاکہ میں تم کو کنوے کروں اس کو۔</w:t>
      </w:r>
    </w:p>
    <w:p>
      <w:r>
        <w:rPr>
          <w:b/>
        </w:rPr>
        <w:t xml:space="preserve">[09:24] </w:t>
      </w:r>
      <w:r>
        <w:t>to kitab mein likha hua hai ke ek bhi aadmi jo hai, aap ki baat ne is ne nahi mani.</w:t>
      </w:r>
    </w:p>
    <w:p>
      <w:pPr>
        <w:jc w:val="right"/>
      </w:pPr>
      <w:r>
        <w:t>تو کتاب میں لکھا ہوا ہے کہ ایک بھی آدمی جو ہے، آپ کی بات نے اس نے نہیں مانی۔</w:t>
      </w:r>
    </w:p>
    <w:p>
      <w:r>
        <w:rPr>
          <w:b/>
        </w:rPr>
        <w:t xml:space="preserve">[09:34] </w:t>
      </w:r>
      <w:r>
        <w:t>sun to liya, larai jhagda to nahi kiya. sun liya, lekin mana nahi.</w:t>
      </w:r>
    </w:p>
    <w:p>
      <w:pPr>
        <w:jc w:val="right"/>
      </w:pPr>
      <w:r>
        <w:t>سن تو لیا، لڑائی جھگڑا تو نہیں کیا۔ سن لیا، لیکن مانا نہیں۔</w:t>
      </w:r>
    </w:p>
    <w:p>
      <w:r>
        <w:rPr>
          <w:b/>
        </w:rPr>
        <w:t xml:space="preserve">[09:41] </w:t>
      </w:r>
      <w:r>
        <w:t>bas chup chap se uth uth ke chale gaye. sirf ek thay jo nojawan thay is waqt. woh un ka naam tha ali.</w:t>
      </w:r>
    </w:p>
    <w:p>
      <w:pPr>
        <w:jc w:val="right"/>
      </w:pPr>
      <w:r>
        <w:t>بس چپ چاپ سے اٹھ اٹھ کے چلے گئے۔ صرف ایک تھے جو نوجوان تھے اس وقت۔ وہ ان کا نام تھا علی۔</w:t>
      </w:r>
    </w:p>
    <w:p>
      <w:r>
        <w:rPr>
          <w:b/>
        </w:rPr>
        <w:t xml:space="preserve">[09:50] </w:t>
      </w:r>
      <w:r>
        <w:t>aap ke chacha ke larkay. ali ibn abi talib. woh aap ke chacha ke larkay thay. is waqt un ki umar jo thi, woh shayad gyarah saal hogi.</w:t>
      </w:r>
    </w:p>
    <w:p>
      <w:pPr>
        <w:jc w:val="right"/>
      </w:pPr>
      <w:r>
        <w:t>آپ کے چچا کے لڑکے۔ علی ابن ابی طالب۔ وہ آپ کے چچا کے لڑکے تھے۔ اس وقت ان کی عمر جو تھی، وہ شاید گیارہ سال ہوگی۔</w:t>
      </w:r>
    </w:p>
    <w:p>
      <w:r>
        <w:rPr>
          <w:b/>
        </w:rPr>
        <w:t xml:space="preserve">[10:03] </w:t>
      </w:r>
      <w:r>
        <w:t>to sab log uth uth jane lagay. to ali ne kaha ke main aap ka saath d</w:t>
      </w:r>
    </w:p>
    <w:p>
      <w:pPr>
        <w:jc w:val="right"/>
      </w:pPr>
      <w:r>
        <w:t>تو سب لوگ اٹھ اٹھ جانے لگے۔ تو علی نے کہا کہ میں آپ کا ساتھ د</w:t>
      </w:r>
    </w:p>
    <w:p>
      <w:r>
        <w:rPr>
          <w:b/>
        </w:rPr>
        <w:t xml:space="preserve">[10:09] </w:t>
      </w:r>
      <w:r>
        <w:t>eta hoon. yeh log nahi saath de rahe to na dein, main aap ka saath deta hoon. to aap ne kaha ke... ab woh sab senior log thay wahan par.</w:t>
      </w:r>
    </w:p>
    <w:p>
      <w:pPr>
        <w:jc w:val="right"/>
      </w:pPr>
      <w:r>
        <w:t>یتا ہوں۔ یہ لوگ نہیں ساتھ دے رہے تو نہ دیں، میں آپ کا ساتھ دیتا ہوں۔ تو آپ نے کہا کہ... اب وہ سب سینئر لوگ تھے وہاں پر۔</w:t>
      </w:r>
    </w:p>
    <w:p>
      <w:r>
        <w:rPr>
          <w:b/>
        </w:rPr>
        <w:t xml:space="preserve">[10:18] </w:t>
      </w:r>
      <w:r>
        <w:t>yeh to abhi ek nojawan bachay ki tarah se thay goya. gyarah saal ka bachha.</w:t>
      </w:r>
    </w:p>
    <w:p>
      <w:pPr>
        <w:jc w:val="right"/>
      </w:pPr>
      <w:r>
        <w:t>یہ تو ابھی ایک نوجوان بچے کی طرح سے تھے گویا۔ گیارہ سال کا بچہ۔</w:t>
      </w:r>
    </w:p>
    <w:p>
      <w:r>
        <w:rPr>
          <w:b/>
        </w:rPr>
        <w:t xml:space="preserve">[10:25] </w:t>
      </w:r>
      <w:r>
        <w:t>to...</w:t>
      </w:r>
    </w:p>
    <w:p>
      <w:pPr>
        <w:jc w:val="right"/>
      </w:pPr>
      <w:r>
        <w:t>تو...</w:t>
      </w:r>
    </w:p>
    <w:p>
      <w:r>
        <w:rPr>
          <w:b/>
        </w:rPr>
        <w:t xml:space="preserve">[10:28] </w:t>
      </w:r>
      <w:r>
        <w:t>to aap ne kaha ant ya ali ant ya ali ant ya ali ka matlab hai tum aey ali. tum aey ali. bachay se ho aur...</w:t>
      </w:r>
    </w:p>
    <w:p>
      <w:pPr>
        <w:jc w:val="right"/>
      </w:pPr>
      <w:r>
        <w:t>تو آپ نے کہا انت يا علی انت يا علی انت يا علی کا مطلب ہے تم اے علی۔ تم اے علی۔ بچے سے ہو اور...</w:t>
      </w:r>
    </w:p>
    <w:p>
      <w:r>
        <w:rPr>
          <w:b/>
        </w:rPr>
        <w:t xml:space="preserve">[10:38] </w:t>
      </w:r>
      <w:r>
        <w:t>aur kaha jata hai ke un ki shayad self health bhi is waqt theek nahi thi. to aap ne kaha ant ya ali ant ya ali to aap ki family mein se ek nojawan jo hai, utha aap ka saath dene ke liye.</w:t>
      </w:r>
    </w:p>
    <w:p>
      <w:pPr>
        <w:jc w:val="right"/>
      </w:pPr>
      <w:r>
        <w:t>اور کہا جاتا ہے کہ ان کی شاید سیلف ہیلتھ بھی اس وقت ٹھیک نہیں تھی۔ تو آپ نے کہا انت يا علی انت يا علی تو آپ کی فیملی میں سے ایک نوجوان جو ہے، اٹھا آپ کا ساتھ دینے کے لیے۔</w:t>
      </w:r>
    </w:p>
    <w:p>
      <w:r>
        <w:rPr>
          <w:b/>
        </w:rPr>
        <w:t xml:space="preserve">[10:53] </w:t>
      </w:r>
      <w:r>
        <w:t>lekin ek... ek... ek... ek banawati tor par kya bana liya ke chalis aadmi ikhathe hi aap ke sath ho gaye. ek banawati hadith banayi hai jis ko kehte hain mauzu, yani fabricated.</w:t>
      </w:r>
    </w:p>
    <w:p>
      <w:pPr>
        <w:jc w:val="right"/>
      </w:pPr>
      <w:r>
        <w:t>لیکن ایک... ایک... ایک... ایک بناوٹی طور پر کیا بنا لیا کہ چالیس آدمی اکٹھے ہی آپ کے ساتھ ہو گئے۔ ایک بناوٹی حدیث بنائی ہے جس کو کہتے ہیں موضوع، یعنی فیبریکیٹڈ۔</w:t>
      </w:r>
    </w:p>
    <w:p>
      <w:r>
        <w:rPr>
          <w:b/>
        </w:rPr>
        <w:t xml:space="preserve">[11:04] </w:t>
      </w:r>
      <w:r>
        <w:t>kyun? un ko yeh laga ke hamara jo superior prophet tha, us ko sunte hi sara arab jhoom parna chahiye us ko. jaise aaj kal jo qawali aur naat khwani hoti hai, to log jhoomte hain.</w:t>
      </w:r>
    </w:p>
    <w:p>
      <w:pPr>
        <w:jc w:val="right"/>
      </w:pPr>
      <w:r>
        <w:t>کیوں؟ ان کو یہ لگا کہ ہمارا جو سپیریئر پرافٹ تھا، اس کو سنتے ہی سارا عرب جھوم پڑنا چاہیے اس کو۔ جیسے آج کل جو قوالی اور نعت خوانی ہوتی ہے، تو لوگ جھومتے ہیں۔</w:t>
      </w:r>
    </w:p>
    <w:p>
      <w:r>
        <w:rPr>
          <w:b/>
        </w:rPr>
        <w:t xml:space="preserve">[11:19] </w:t>
      </w:r>
      <w:r>
        <w:t>to superior prophet jo tha, woh to us se bhi zyada jhoomna chahiye logon ko.</w:t>
      </w:r>
    </w:p>
    <w:p>
      <w:pPr>
        <w:jc w:val="right"/>
      </w:pPr>
      <w:r>
        <w:t>تو سپیریئر پرافٹ جو تھا، وہ تو اس سے بھی زیادہ جھومنا چاہیے لوگوں کو۔</w:t>
      </w:r>
    </w:p>
    <w:p>
      <w:r>
        <w:rPr>
          <w:b/>
        </w:rPr>
        <w:t xml:space="preserve">[11:24] </w:t>
      </w:r>
      <w:r>
        <w:t>to bana liya kya ke chalis aadmi ikhathe hi aap par... aap ke mission ko maan liya. ikhathe hi chalis aadmi.</w:t>
      </w:r>
    </w:p>
    <w:p>
      <w:pPr>
        <w:jc w:val="right"/>
      </w:pPr>
      <w:r>
        <w:t>تو بنا لیا کیا کہ چالیس آدمی اکٹھے ہی آپ پر... آپ کے مشن کو مان لیا۔ اکٹھے ہی چالیس آدمی۔</w:t>
      </w:r>
    </w:p>
    <w:p>
      <w:r>
        <w:rPr>
          <w:b/>
        </w:rPr>
        <w:t xml:space="preserve">[11:35] </w:t>
      </w:r>
      <w:r>
        <w:t>ab yeh bilkul base less baat hai. ab is se kya hua dekhiye. is se hum ne model ko kho diya. model ko kho diya.</w:t>
      </w:r>
    </w:p>
    <w:p>
      <w:pPr>
        <w:jc w:val="right"/>
      </w:pPr>
      <w:r>
        <w:t>اب یہ بالکل بیس لیس بات ہے۔ اب اس سے کیا ہوا دیکھیے۔ اس سے ہم نے ماڈل کو کھو دیا۔ ماڈل کو کھو دیا۔</w:t>
      </w:r>
    </w:p>
    <w:p>
      <w:r>
        <w:rPr>
          <w:b/>
        </w:rPr>
        <w:t xml:space="preserve">[11:47] </w:t>
      </w:r>
      <w:r>
        <w:t>model to yeh hai ke jab bhi aap koi naya mission shuru karenge. naya mission. to aap ko bohat hi zyada mushkil uthani paregi.</w:t>
      </w:r>
    </w:p>
    <w:p>
      <w:pPr>
        <w:jc w:val="right"/>
      </w:pPr>
      <w:r>
        <w:t>ماڈل تو یہ ہے کہ جب بھی آپ کوئی نیا مشن شروع کریں گے۔ نیا مشن۔ تو آپ کو بہت ہی زیادہ مشکل اٹھانی پڑے گی۔</w:t>
      </w:r>
    </w:p>
    <w:p>
      <w:r>
        <w:rPr>
          <w:b/>
        </w:rPr>
        <w:t xml:space="preserve">[12:02] </w:t>
      </w:r>
      <w:r>
        <w:t>bohat hi kam log sath denge. phir dheere dheere dheere dheere log badhenge.</w:t>
      </w:r>
    </w:p>
    <w:p>
      <w:pPr>
        <w:jc w:val="right"/>
      </w:pPr>
      <w:r>
        <w:t>بہت ہی کم لوگ ساتھ دیں گے۔ پھر دھیرے دھیرے دھیرے دھیرے لوگ پڑیں گے۔</w:t>
      </w:r>
    </w:p>
    <w:p>
      <w:r>
        <w:rPr>
          <w:b/>
        </w:rPr>
        <w:t xml:space="preserve">[12:11] </w:t>
      </w:r>
      <w:r>
        <w:t>ab yeh kal ki baat hai, main yahan par India Habitat Centre jo kaha jata hai, Lodhi Road par, wahan par ek seminar tha.</w:t>
      </w:r>
    </w:p>
    <w:p>
      <w:pPr>
        <w:jc w:val="right"/>
      </w:pPr>
      <w:r>
        <w:t>اب یہ کل کی بات ہے، میں یہاں پر انڈیا ہیبریٹیٹ سینٹر جو کہا جاتا ہے، لودھی روڈ پر، وہاں پر ایک سیمینار تھا۔</w:t>
      </w:r>
    </w:p>
    <w:p>
      <w:r>
        <w:rPr>
          <w:b/>
        </w:rPr>
        <w:t xml:space="preserve">[12:21] </w:t>
      </w:r>
      <w:r>
        <w:t>to is seminar mein mujhe bhi bulaya gaya tha. to seminar ka topic to tha Islam and Hinduism. Islam and Hinduism.</w:t>
      </w:r>
    </w:p>
    <w:p>
      <w:pPr>
        <w:jc w:val="right"/>
      </w:pPr>
      <w:r>
        <w:t>تو اس سیمینار میں مجھے بھی بلایا گیا تھا۔ تو سیمینار کا ٹاپک تو تھا اسلام اینڈ ہندوازم۔ اسلام اینڈ ہندوازم۔</w:t>
      </w:r>
    </w:p>
    <w:p>
      <w:r>
        <w:rPr>
          <w:b/>
        </w:rPr>
        <w:t xml:space="preserve">[12:33] </w:t>
      </w:r>
      <w:r>
        <w:t>ab wahan ek sahab aa gaye, koi leader type ke the woh. aur bohat hi woh... PhD aati hai un ko.</w:t>
      </w:r>
    </w:p>
    <w:p>
      <w:pPr>
        <w:jc w:val="right"/>
      </w:pPr>
      <w:r>
        <w:t>اب وہاں ایک صاحب آ گئے، کوئی لیڈر ٹائپ کے تھے وہ۔ اور بہت ہی وہ... آر ایچ ڈی آتی ہے ان کو۔</w:t>
      </w:r>
    </w:p>
    <w:p>
      <w:r>
        <w:rPr>
          <w:b/>
        </w:rPr>
        <w:t xml:space="preserve">[12:41] </w:t>
      </w:r>
      <w:r>
        <w:t>ab woh khade hue. aur Islam aur... aur... ab Hinduism mein to kam bole woh. pata nahi kaise unhon ne nikaal liya America ki hegemony.</w:t>
      </w:r>
    </w:p>
    <w:p>
      <w:pPr>
        <w:jc w:val="right"/>
      </w:pPr>
      <w:r>
        <w:t>اب وہ کھڑے ہوئے۔ اور اسلام اور... اور... اب ہندوازم میں تو کم بولے وہ۔ پتہ نہیں کیسے انہوں نے نکال لیا امریکہ کی ہیجی منی۔</w:t>
      </w:r>
    </w:p>
    <w:p>
      <w:r>
        <w:rPr>
          <w:b/>
        </w:rPr>
        <w:t xml:space="preserve">[12:53] </w:t>
      </w:r>
      <w:r>
        <w:t>ke America chahta hai ke mere paas atom bomb ho, kisi ke paas na ho. sab ke paas rahega atom bomb. kaise nahi rahega? pehle tum khatam karo to hum bhi khatam karenge. ab khoob taliyan baj rahi hain.</w:t>
      </w:r>
    </w:p>
    <w:p>
      <w:pPr>
        <w:jc w:val="right"/>
      </w:pPr>
      <w:r>
        <w:t>کہ امریکہ چاہتا ہے کہ میرے پاس ایٹم بم ہو، کسی کے پاس نہ ہو۔ سب کے پاس رہے گا ایٹم بم۔ کیسے نہیں رہے گا؟ پہلے تم ختم کرو تو ہم بھی ختم کریں گے۔ اب خوب تالیاں بج رہی ہیں۔</w:t>
      </w:r>
    </w:p>
    <w:p>
      <w:r>
        <w:rPr>
          <w:b/>
        </w:rPr>
        <w:t xml:space="preserve">[13:02] </w:t>
      </w:r>
      <w:r>
        <w:t>khoob taliyan baj rahi hain. ab dekhiye, na to speaker ne yeh socha ke yeh ghair mutalliq baat hai yahan par.</w:t>
      </w:r>
    </w:p>
    <w:p>
      <w:pPr>
        <w:jc w:val="right"/>
      </w:pPr>
      <w:r>
        <w:t>خوب تالیاں بج رہی ہیں۔ اب دیکھیے، نہ تو اسپیکر نے یہ سوچا کہ یہ غیر متعلقہ بات ہے یہاں پر۔</w:t>
      </w:r>
    </w:p>
    <w:p>
      <w:r>
        <w:rPr>
          <w:b/>
        </w:rPr>
        <w:t xml:space="preserve">[13:10] </w:t>
      </w:r>
      <w:r>
        <w:t>jab is ka topic jo hai Islam and Hinduism hai, to is ko is se kya matlab? aur jo wahan sam'een, jo baithe hue the, audience, unhon ne bhi nahi socha ke yeh ghair mutalliq baat kar rahe hain.</w:t>
      </w:r>
    </w:p>
    <w:p>
      <w:pPr>
        <w:jc w:val="right"/>
      </w:pPr>
      <w:r>
        <w:t>جب اس کا ٹاپک جو ہے اسلام اینڈ ہندوازم ہے، تو اس کو اس سے کیا مطلب؟ اور جو وہاں سامعین، جو بیٹھے ہوئے تھے، آڈینس، انہوں نے بھی نہیں سوچا کہ یہ غیر متعلقہ بات کر رہے ہیں۔</w:t>
      </w:r>
    </w:p>
    <w:p>
      <w:r>
        <w:rPr>
          <w:b/>
        </w:rPr>
        <w:t xml:space="preserve">[13:26] </w:t>
      </w:r>
      <w:r>
        <w:t>halanke woh sab top ke log the. yaani saara program English mein ho raha tha. sab taleem yafta log the.</w:t>
      </w:r>
    </w:p>
    <w:p>
      <w:pPr>
        <w:jc w:val="right"/>
      </w:pPr>
      <w:r>
        <w:t>حالانکہ وہ سب ٹاپ کے لوگ تھے۔ یعنی سارا پروگرام انگلش میں ہو رہا تھا۔ سب تعلیم یافتہ لوگ تھے۔</w:t>
      </w:r>
    </w:p>
    <w:p>
      <w:r>
        <w:rPr>
          <w:b/>
        </w:rPr>
        <w:t xml:space="preserve">[13:36] </w:t>
      </w:r>
      <w:r>
        <w:t>to hamare Professor Sekhon sahib ne ek ek article likha tha is mein, Times of India mein. to is ka caption tha Intellectual Poverty.</w:t>
      </w:r>
    </w:p>
    <w:p>
      <w:pPr>
        <w:jc w:val="right"/>
      </w:pPr>
      <w:r>
        <w:t>تو ہمارے پروفیسر سیکن صاحب نے ایک ایک آرٹیکل لکھا تھا اس میں، ٹائمز آف انڈیا میں۔ تو اس کا کیپشن تھا انٹلیکچول پاورٹی۔</w:t>
      </w:r>
    </w:p>
    <w:p>
      <w:r>
        <w:rPr>
          <w:b/>
        </w:rPr>
        <w:t xml:space="preserve">[13:47] </w:t>
      </w:r>
      <w:r>
        <w:t>woh main ne is ka scene dekha kal. Intellectual Poverty. yaani kisi aadmi ko yeh mehsoos nahi hua ke is ka kya mutalliq hai is is is subject se.</w:t>
      </w:r>
    </w:p>
    <w:p>
      <w:pPr>
        <w:jc w:val="right"/>
      </w:pPr>
      <w:r>
        <w:t>وہ میں نے اس کا سین دیکھا کل۔ انٹلیکچول پاورٹی۔ یعنی کسی آدمی کو یہ محسوس نہیں ہوا کہ اس کا کیا متعلقہ ہے اس اس اس سبجیکٹ سے۔</w:t>
      </w:r>
    </w:p>
    <w:p>
      <w:r>
        <w:rPr>
          <w:b/>
        </w:rPr>
        <w:t xml:space="preserve">[14:03] </w:t>
      </w:r>
      <w:r>
        <w:t>yaani wahan par America ki hegemony subject mein nahi thi. atom bomb kaun banaye, na banaye, nahi thi. ab taliyan baj rahi hain.</w:t>
      </w:r>
    </w:p>
    <w:p>
      <w:pPr>
        <w:jc w:val="right"/>
      </w:pPr>
      <w:r>
        <w:t>یعنی وہاں پر امریکہ کی ہیجی منی سبجیکٹ میں نہیں تھی۔ ایٹم بم کون بنائے، نہ بنائے، نہیں تھی۔ اب تالیاں بج رہی ہیں۔</w:t>
      </w:r>
    </w:p>
    <w:p>
      <w:r>
        <w:rPr>
          <w:b/>
        </w:rPr>
        <w:t xml:space="preserve">[14:13] </w:t>
      </w:r>
      <w:r>
        <w:t>wahan Iran ke log bhi kuch the, unhon ne khoob tali bajai, unhon ne bhi. kyunke unhein mil raha tha ke hum bhi bana sakte hain atom bomb.</w:t>
      </w:r>
    </w:p>
    <w:p>
      <w:pPr>
        <w:jc w:val="right"/>
      </w:pPr>
      <w:r>
        <w:t>وہاں ایران کے لوگ بھی کچھ تھے، انہوں نے خوب تالی بجائی، انہوں نے بھی۔ کیونکہ انہیں مل رہا تھا کہ ہم بھی بنا سکتے ہیں ایٹم بم۔</w:t>
      </w:r>
    </w:p>
    <w:p>
      <w:r>
        <w:rPr>
          <w:b/>
        </w:rPr>
        <w:t xml:space="preserve">[14:24] </w:t>
      </w:r>
      <w:r>
        <w:t>to atom bomb par woh... yaani door door door tak is ka matlab nahi tha is seminar ke atom bomb se. aur yahi wahan jo doosri baat thi, woh logon ko kam pakad mein aayi.</w:t>
      </w:r>
    </w:p>
    <w:p>
      <w:pPr>
        <w:jc w:val="right"/>
      </w:pPr>
      <w:r>
        <w:t>تو ایٹم بم پر وہ... یعنی دور دور دور تک اس کا مطلب نہیں تھا اس سیمینار کے ایٹم بم سے۔ اور یہی وہاں جو دوسری بات تھی، وہ لوگوں کو کم پکڑ میں آئی۔</w:t>
      </w:r>
    </w:p>
    <w:p>
      <w:r>
        <w:rPr>
          <w:b/>
        </w:rPr>
        <w:t xml:space="preserve">[14:40] </w:t>
      </w:r>
      <w:r>
        <w:t>aur yeh khoob pakad mein aaya. main hairaan tha ke yeh in Delhi ke top ke log the woh. yaani taleem yafta log the, saara English bol rahe the sab ke sab.</w:t>
      </w:r>
    </w:p>
    <w:p>
      <w:pPr>
        <w:jc w:val="right"/>
      </w:pPr>
      <w:r>
        <w:t>اور یہ خوب پکڑ میں آیا۔ میں حیران تھا کہ یہ ان دلی کے ٹاپ کے لوگ تھے وہ۔ یعنی تعلیم یافتہ لوگ تھے، سارا انگلش بول رہے تھے سب کے سب۔</w:t>
      </w:r>
    </w:p>
    <w:p>
      <w:r>
        <w:rPr>
          <w:b/>
        </w:rPr>
        <w:t xml:space="preserve">[14:51] </w:t>
      </w:r>
      <w:r>
        <w:t>sunne wale bhi taleem yafta. kyunke aap jante hain ke hamare haan jab koi taleem yafta logon ka hota hai to English mein hota hai woh.</w:t>
      </w:r>
    </w:p>
    <w:p>
      <w:pPr>
        <w:jc w:val="right"/>
      </w:pPr>
      <w:r>
        <w:t>سننے والے بھی تعلیم یافتہ۔ کیونکہ آپ جانتے ہیں کہ ہمارے ہاں جب کوئی تعلیم یافتہ لوگوں کا ہوتا ہے تو انگلش میں ہوتا ہے وہ۔</w:t>
      </w:r>
    </w:p>
    <w:p>
      <w:r>
        <w:rPr>
          <w:b/>
        </w:rPr>
        <w:t xml:space="preserve">[14:59] </w:t>
      </w:r>
      <w:r>
        <w:t>woh Hindi mein nahi tha wahan. koi ek bhi guftagu Hindi mein nahi hui. sab kuch English mein hai. to taleem yafta logon ka haal yeh hai ke ek sahab khade ho kar ke woh atom bomb par bol rahe hain.</w:t>
      </w:r>
    </w:p>
    <w:p>
      <w:pPr>
        <w:jc w:val="right"/>
      </w:pPr>
      <w:r>
        <w:t>وہ ہندی میں نہیں تھا وہاں۔ کوئی ایک بھی گفتگو ہندی میں نہیں ہوئی۔ سب کچھ انگلش میں ہے۔ تو تعلیم یافتہ لوگوں کا حال یہ ہے کہ ایک صاحب کھڑے ہو کر کے وہ ایٹم بم پر بول رہے ہیں۔</w:t>
      </w:r>
    </w:p>
    <w:p>
      <w:r>
        <w:rPr>
          <w:b/>
        </w:rPr>
        <w:t xml:space="preserve">[15:11] </w:t>
      </w:r>
      <w:r>
        <w:t>halanke wahan subject hai Islam aur Hinduism. aur khoob log taliyan baja rahe hain.</w:t>
      </w:r>
    </w:p>
    <w:p>
      <w:pPr>
        <w:jc w:val="right"/>
      </w:pPr>
      <w:r>
        <w:t>حالانکہ وہاں سبجیکٹ ہے اسلام اور ہندوازم۔ اور خوب لوگ تالیاں بجا رہے ہیں۔</w:t>
      </w:r>
    </w:p>
    <w:p>
      <w:r>
        <w:rPr>
          <w:b/>
        </w:rPr>
        <w:t xml:space="preserve">[15:19] </w:t>
      </w:r>
      <w:r>
        <w:t>yeh hai Intellectual Poverty jis ko hum saamna kar rahe hain. to yahi Musalmanon ka haal hai. ke agar woh yeh lein ke Rasool Allah ne jab shuru kiya to ek aadmi ne sath diya un ka.</w:t>
      </w:r>
    </w:p>
    <w:p>
      <w:pPr>
        <w:jc w:val="right"/>
      </w:pPr>
      <w:r>
        <w:t>یہ ہے انٹلیکچول پاورٹی جس کو ہم سامنا کر رہے ہیں۔ تو یہی مسلمانوں کا حال ہے۔ کہ اگر وہ یہ لیں کہ رسول اللہ نے جب شروع کیا تو ایک آدمی نے ساتھ دیا ان کا۔</w:t>
      </w:r>
    </w:p>
    <w:p>
      <w:r>
        <w:rPr>
          <w:b/>
        </w:rPr>
        <w:t xml:space="preserve">[15:33] </w:t>
      </w:r>
      <w:r>
        <w:t>phir dheere dheere dheere dheere badha. to un ko ek is mein ek example milega, ek model milega. ek hausla milega.</w:t>
      </w:r>
    </w:p>
    <w:p>
      <w:pPr>
        <w:jc w:val="right"/>
      </w:pPr>
      <w:r>
        <w:t>پھر دھیرے دھیرے دھیرے دھیرے بڑھا۔ تو ان کو ایک اس میں ایک ایگزامپل ملے گا، ایک ماڈل ملے گا۔ ایک حوصلہ ملے گا۔</w:t>
      </w:r>
    </w:p>
    <w:p>
      <w:r>
        <w:rPr>
          <w:b/>
        </w:rPr>
        <w:t xml:space="preserve">[15:42] </w:t>
      </w:r>
      <w:r>
        <w:t>jab woh koi mission shuru karenge aur log kam radd-e-amal denge to woh mayoos nahi honge woh. kyunke samjhenge ke yeh prophet ke sath hua, yeh hamare sath bhi hoga.</w:t>
      </w:r>
    </w:p>
    <w:p>
      <w:pPr>
        <w:jc w:val="right"/>
      </w:pPr>
      <w:r>
        <w:t>جب وہ کوئی مشن شروع کریں گے اور لوگ کم ردعمل دیں گے تو وہ مایوس نہیں ہوں گے وہ۔ کیونکہ سمجھیں گے کہ یہ پرافٹ کے ساتھ ہوا، یہ ہمارے ساتھ بھی ہوگا۔</w:t>
      </w:r>
    </w:p>
    <w:p>
      <w:r>
        <w:rPr>
          <w:b/>
        </w:rPr>
        <w:t xml:space="preserve">[15:57] </w:t>
      </w:r>
      <w:r>
        <w:t>to woh yeh nahi karenge ke aise issue par lage bolne jo jo maqbool mizaj ke hain aur khoob taliyan bajayein. to idhar nahi jayenge woh.</w:t>
      </w:r>
    </w:p>
    <w:p>
      <w:pPr>
        <w:jc w:val="right"/>
      </w:pPr>
      <w:r>
        <w:t>تو وہ یہ نہیں کریں گے کہ ایسے ایشو پر لگے بولنے جو جو مقبول مزاج کے ہیں اور خوب تالیاں بجائیں۔ تو ادھر نہیں جائیں گے وہ۔</w:t>
      </w:r>
    </w:p>
    <w:p>
      <w:r>
        <w:rPr>
          <w:b/>
        </w:rPr>
        <w:t xml:space="preserve">[16:08] </w:t>
      </w:r>
      <w:r>
        <w:t>samjhenge ke model jo hai prophet ka woh yeh hai ke taliyan bajwana koi kaam nahi hai. dheere dheere study progress hoti hai mission mein.</w:t>
      </w:r>
    </w:p>
    <w:p>
      <w:pPr>
        <w:jc w:val="right"/>
      </w:pPr>
      <w:r>
        <w:t>سمجھیں کہ ماڈل جو ہے پرافٹ کا وہ یہ ہے کہ تالیاں بجوانا کوئی کام نہیں ہے۔ دھیرے دھیرے اسٹڈی پروگریس ہوتی ہے مشن میں۔</w:t>
      </w:r>
    </w:p>
    <w:p>
      <w:r>
        <w:rPr>
          <w:b/>
        </w:rPr>
        <w:t xml:space="preserve">[16:17] </w:t>
      </w:r>
      <w:r>
        <w:t>dheere dheere hoti hai. lekin jab unhon ne bataya ke sab chaalees aadmi ikatthe, ab woh kya... ek woh ho gaya woh. jo kehte hain woh chamatkar.</w:t>
      </w:r>
    </w:p>
    <w:p>
      <w:pPr>
        <w:jc w:val="right"/>
      </w:pPr>
      <w:r>
        <w:t>دھیرے دھیرے ہوتی ہے۔ لیکن جب انہوں نے بتایا کہ سب چالیس آدمی اکٹھے، اب وہ کیا... ایک وہ ہو گیا وہ۔ جو کہتے ہیں وہ چمتکار۔</w:t>
      </w:r>
    </w:p>
    <w:p>
      <w:r>
        <w:rPr>
          <w:b/>
        </w:rPr>
        <w:t xml:space="preserve">[16:27] </w:t>
      </w:r>
      <w:r>
        <w:t>to chamatkari paighambar un ko achha laga. to jab unhon ne bolay to chamatkar hua aur chaalees aadmi ikatthe kaha ke hum aap ke saath hain, hum aap ke saath hain, hum aap ke saath hain.</w:t>
      </w:r>
    </w:p>
    <w:p>
      <w:pPr>
        <w:jc w:val="right"/>
      </w:pPr>
      <w:r>
        <w:t>تو چمتکاری پیغمبر ان کو اچھا لگا۔ تو جب انہوں نے بولے تو چمتکار ہوا اور چالیس آدمی اکٹھے کہا کہ ہم آپ کے ساتھ ہیں، ہم آپ کے ساتھ ہیں، ہم آپ کے ساتھ ہیں۔</w:t>
      </w:r>
    </w:p>
    <w:p>
      <w:r>
        <w:rPr>
          <w:b/>
        </w:rPr>
        <w:t xml:space="preserve">[16:40] </w:t>
      </w:r>
      <w:r>
        <w:t>to prophet ka model hum ne kho diya. ab kya reh gaya? is ka nateeja kya hai is zamanay mein?</w:t>
      </w:r>
    </w:p>
    <w:p>
      <w:pPr>
        <w:jc w:val="right"/>
      </w:pPr>
      <w:r>
        <w:t>تو پرافٹ کا ماڈل ہم نے کھو دیا۔ اب کیا رہ گیا؟ اس کا نتیجہ کیا ہے اس زمانے میں؟</w:t>
      </w:r>
    </w:p>
    <w:p>
      <w:r>
        <w:rPr>
          <w:b/>
        </w:rPr>
        <w:t xml:space="preserve">[16:49] </w:t>
      </w:r>
      <w:r>
        <w:t>dekhiye, prophet hamare liye, musalmanon ke liye ban gaya hai pride. prophet as a pride. prophet as a model raha nahi hai.</w:t>
      </w:r>
    </w:p>
    <w:p>
      <w:pPr>
        <w:jc w:val="right"/>
      </w:pPr>
      <w:r>
        <w:t>دیکھیے، پرافٹ ہمارے لیے، مسلمانوں کے لیے بن گیا ہے پرائیڈ۔ پرافٹ ایز اے پرائیڈ۔ پرافٹ ایز اے ماڈل رہا نہیں ہے۔</w:t>
      </w:r>
    </w:p>
    <w:p>
      <w:r>
        <w:rPr>
          <w:b/>
        </w:rPr>
        <w:t xml:space="preserve">[17:00] </w:t>
      </w:r>
      <w:r>
        <w:t>saare muslim world mein yahi muamla hai. prophet as a model nahi jaante woh.</w:t>
      </w:r>
    </w:p>
    <w:p>
      <w:pPr>
        <w:jc w:val="right"/>
      </w:pPr>
      <w:r>
        <w:t>سارے مسلم ورلڈ میں یہی معاملہ ہے۔ پرافٹ ایز اے ماڈل نہیں جانتے وہ۔</w:t>
      </w:r>
    </w:p>
    <w:p>
      <w:r>
        <w:rPr>
          <w:b/>
        </w:rPr>
        <w:t xml:space="preserve">[17:06] </w:t>
      </w:r>
      <w:r>
        <w:t>prophet as a... prophet as a woh... pride. prophet as a model nahi jaante, prophet as a pride jaante hain.</w:t>
      </w:r>
    </w:p>
    <w:p>
      <w:pPr>
        <w:jc w:val="right"/>
      </w:pPr>
      <w:r>
        <w:t>پرافٹ ایز اے... پرافٹ ایز اے وہ... پرائیڈ۔ پرافٹ ایز اے ماڈل نہیں جانتے، پرافٹ ایز اے پرائیڈ جانتے ہیں۔</w:t>
      </w:r>
    </w:p>
    <w:p>
      <w:r>
        <w:rPr>
          <w:b/>
        </w:rPr>
        <w:t xml:space="preserve">[17:16] </w:t>
      </w:r>
      <w:r>
        <w:t>kyun? aisa aisa bana raha hai picture un ki. un ki picture aisi bana di hai, aisi bana diya hai ke woh hamare liye to naqal nahi kar nahi sakte hum.</w:t>
      </w:r>
    </w:p>
    <w:p>
      <w:pPr>
        <w:jc w:val="right"/>
      </w:pPr>
      <w:r>
        <w:t>کیوں؟ ایسا ایسا بنا رہا ہے پکچر ان کی۔ ان کی پکچر ایسی بنا دی ہے، ایسی بنا دیا ہے کہ وہ ہمارے لیے تو نقل نہیں کر نہیں سکتے ہم۔</w:t>
      </w:r>
    </w:p>
    <w:p>
      <w:r>
        <w:rPr>
          <w:b/>
        </w:rPr>
        <w:t xml:space="preserve">[17:28] </w:t>
      </w:r>
      <w:r>
        <w:t>fakhr makhluqat aur sarwar kainaat aur abdul anbiya aur ek ek poora... ab hum to waise hain hi</w:t>
      </w:r>
    </w:p>
    <w:p>
      <w:pPr>
        <w:jc w:val="right"/>
      </w:pPr>
      <w:r>
        <w:t>فخر موجودات اور سرور کائنات اور عبدالانبیاء اور ایک ایک پورا... اب ہم تو ویسے ہیں ہی</w:t>
      </w:r>
    </w:p>
    <w:p>
      <w:r>
        <w:rPr>
          <w:b/>
        </w:rPr>
        <w:t xml:space="preserve">[17:34] </w:t>
      </w:r>
      <w:r>
        <w:t>nahi. ek sahib ne speech diya, abhi ek aadh haftay ki baat hai. TV par. kya kya kaha unhon ne? unhon ne kaha ke Khuda ne, yaani dunya ko takhleeq kar ke saara is ka jo kaam hai, woh Rasool Allah ko de diya hai.</w:t>
      </w:r>
    </w:p>
    <w:p>
      <w:pPr>
        <w:jc w:val="right"/>
      </w:pPr>
      <w:r>
        <w:t>نہیں۔ ایک صاحب نے اسپیچ دیا، ابھی ایک آدھ ہفتے کی بات ہے۔ ٹی وی پر۔ کیا کیا کہا انہوں نے؟ انہوں نے کہا کہ خدا نے، یعنی دنیا کو تخلیق کر کے سارا اس کا جو کام ہے، وہ رسول اللہ کو دے دیا ہے۔</w:t>
      </w:r>
    </w:p>
    <w:p>
      <w:r>
        <w:rPr>
          <w:b/>
        </w:rPr>
        <w:t xml:space="preserve">[17:53] </w:t>
      </w:r>
      <w:r>
        <w:t>khud Khuda kya karta hai? woh sirf prophet ki naat parhta rehta hai. prophet ki woh tareef karta rehta hai.</w:t>
      </w:r>
    </w:p>
    <w:p>
      <w:pPr>
        <w:jc w:val="right"/>
      </w:pPr>
      <w:r>
        <w:t>خود خدا کیا کرتا ہے؟ وہ صرف پرافٹ کی نعت پڑھتا رہتا ہے۔ پرافٹ کی وہ تعریف کرتا رہتا ہے۔</w:t>
      </w:r>
    </w:p>
    <w:p>
      <w:r>
        <w:rPr>
          <w:b/>
        </w:rPr>
        <w:t xml:space="preserve">[18:02] </w:t>
      </w:r>
      <w:r>
        <w:t>achha, yeh kya hai? yeh to deewangi hai ke Khuda ne takhleeq kar ke de diya Rasool Allah ko ke aap dunya ka nizaam chalaiye. aur apne zimmay kya le liya kaam?</w:t>
      </w:r>
    </w:p>
    <w:p>
      <w:pPr>
        <w:jc w:val="right"/>
      </w:pPr>
      <w:r>
        <w:t>اچھا، یہ کیا ہے؟ یہ تو دیوانگی ہے کہ خدا نے تخلیق کر کے دے دیا رسول اللہ کو کہ آپ دنیا کا نظام چلائیے۔ اور اپنے ذمے کیا لے لیا کام؟</w:t>
      </w:r>
    </w:p>
    <w:p>
      <w:r>
        <w:rPr>
          <w:b/>
        </w:rPr>
        <w:t xml:space="preserve">[18:12] </w:t>
      </w:r>
      <w:r>
        <w:t>ke Khuda ki woh prophet ki tareef karte rahein. aaj kal ki zabaan mein naat khwani karte rahein. is ki wajah se kitna bara nuqsan hua hai musalmanon ko ke prophet as a model ko kho diya unhon ne</w:t>
      </w:r>
    </w:p>
    <w:p>
      <w:pPr>
        <w:jc w:val="right"/>
      </w:pPr>
      <w:r>
        <w:t>کہ خدا کی وہ پرافٹ کی تعریف کرتے رہیں۔ آج کل کی زبان میں نعت خوانی کرتے رہیں۔ اس کی وجہ سے کتنا بڑا نقصان ہوا ہے مسلمانوں کو کہ پرافٹ ایز اے ماڈل کو کھو دیا انہوں نے</w:t>
      </w:r>
    </w:p>
    <w:p>
      <w:r>
        <w:rPr>
          <w:b/>
        </w:rPr>
        <w:t xml:space="preserve">[18:26] </w:t>
      </w:r>
      <w:r>
        <w:t>. woh sirf prophet as a pride ko jaante hain. aur bhatak rahe hain, bhatak rahe hain. blind aali mein pade hue hain. aaj kal ki saari muslim dunya jo hai, blind aali mein pari hui hai.</w:t>
      </w:r>
    </w:p>
    <w:p>
      <w:pPr>
        <w:jc w:val="right"/>
      </w:pPr>
      <w:r>
        <w:t>۔ وہ صرف پرافٹ ایز اے پرائیڈ کو جانتے ہیں۔ اور بھٹک رہے ہیں، بھٹک رہے ہیں۔ بلائنڈ عالی میں پڑے ہوئے ہیں۔ آج کل کی ساری مسلم دنیا جو ہے، بلائنڈ عالی میں پڑی ہوئی ہے۔</w:t>
      </w:r>
    </w:p>
    <w:p>
      <w:r>
        <w:rPr>
          <w:b/>
        </w:rPr>
        <w:t xml:space="preserve">[18:38] </w:t>
      </w:r>
      <w:r>
        <w:t>kyun? namoona kho diya unhon ne. model kho diya unhon ne.</w:t>
      </w:r>
    </w:p>
    <w:p>
      <w:pPr>
        <w:jc w:val="right"/>
      </w:pPr>
      <w:r>
        <w:t>کیوں؟ نمونہ کھو دیا انہوں نے۔ ماڈل کھو دیا انہوں نے۔</w:t>
      </w:r>
    </w:p>
    <w:p>
      <w:r>
        <w:rPr>
          <w:b/>
        </w:rPr>
        <w:t xml:space="preserve">[18:44] </w:t>
      </w:r>
      <w:r>
        <w:t>to dekhiye, yeh jo hai</w:t>
      </w:r>
    </w:p>
    <w:p>
      <w:pPr>
        <w:jc w:val="right"/>
      </w:pPr>
      <w:r>
        <w:t>تو دیکھیے، یہ جو ہے</w:t>
      </w:r>
    </w:p>
    <w:p>
      <w:r>
        <w:rPr>
          <w:b/>
        </w:rPr>
        <w:t xml:space="preserve">[18:49] </w:t>
      </w:r>
      <w:r>
        <w:t>fael prophet ka matlab kya hai, woh main aap ko kuch is ka... yeh history se juda hua subject hai.</w:t>
      </w:r>
    </w:p>
    <w:p>
      <w:pPr>
        <w:jc w:val="right"/>
      </w:pPr>
      <w:r>
        <w:t>فاعل پرافٹ کا مطلب کیا ہے، وہ میں آپ کو کچھ اس کا... یہ ہسٹری سے جڑا ہوا سبجیکٹ ہے۔</w:t>
      </w:r>
    </w:p>
    <w:p>
      <w:r>
        <w:rPr>
          <w:b/>
        </w:rPr>
        <w:t xml:space="preserve">[18:57] </w:t>
      </w:r>
      <w:r>
        <w:t>to main kuch is mein thoda sa idhar le jaunga aap ko. dekhiye, Khuda ne jab dunya banai to saath saath prophet bhi.</w:t>
      </w:r>
    </w:p>
    <w:p>
      <w:pPr>
        <w:jc w:val="right"/>
      </w:pPr>
      <w:r>
        <w:t>تو میں کچھ اس میں تھوڑا سا ادھر لے جاؤں گا آپ کو۔ دیکھیے، خدا نے جب دنیا بنائی تو ساتھ ساتھ پرافٹ بھی۔</w:t>
      </w:r>
    </w:p>
    <w:p>
      <w:r>
        <w:rPr>
          <w:b/>
        </w:rPr>
        <w:t xml:space="preserve">[19:14] </w:t>
      </w:r>
      <w:r>
        <w:t>prophet bhejne ka matlab yeh nahi hota ke aasman se prophet aaya hai. prophet ka matlab hota hai select karna.</w:t>
      </w:r>
    </w:p>
    <w:p>
      <w:pPr>
        <w:jc w:val="right"/>
      </w:pPr>
      <w:r>
        <w:t>پرافٹ بھیجے کا مطلب یہ نہیں ہوتا کہ آسمان سے پرافٹ آیا ہے۔ پرافٹ کا مطلب ہوتا ہے سلیکٹ کرنا۔</w:t>
      </w:r>
    </w:p>
    <w:p>
      <w:r>
        <w:rPr>
          <w:b/>
        </w:rPr>
        <w:t xml:space="preserve">[19:21] </w:t>
      </w:r>
      <w:r>
        <w:t>to pehle insaan ko, yaani Adam ko, Khuda ne prophet bhi bana diya. prophet ka matlab yeh hai ke un ko inkeshaf hua.</w:t>
      </w:r>
    </w:p>
    <w:p>
      <w:pPr>
        <w:jc w:val="right"/>
      </w:pPr>
      <w:r>
        <w:t>تو پہلے انسان کو، یعنی آدم کو، خدا نے پرافٹ بھی بنا دیا۔ پرافٹ کا مطلب یہ ہے کہ ان کو انکشاف ہوا۔</w:t>
      </w:r>
    </w:p>
    <w:p>
      <w:r>
        <w:rPr>
          <w:b/>
        </w:rPr>
        <w:t xml:space="preserve">[19:31] </w:t>
      </w:r>
      <w:r>
        <w:t>un ko rehnumai pahunchi Khuda ki taraf se. to wahin se shuru ho gayi prophethood. phir chalti rahi, chalti rahi, chalti rahi, chalti rahi.</w:t>
      </w:r>
    </w:p>
    <w:p>
      <w:pPr>
        <w:jc w:val="right"/>
      </w:pPr>
      <w:r>
        <w:t>ان کو رہنمائی پہنچی خدا کی طرف سے۔ تو وہیں سے شروع ہو گئی پرافٹ ہڈ۔ پھر چلتی رہی، چلتی رہی، چلتی رہی، چلتی رہی۔</w:t>
      </w:r>
    </w:p>
    <w:p>
      <w:r>
        <w:rPr>
          <w:b/>
        </w:rPr>
        <w:t xml:space="preserve">[19:41] </w:t>
      </w:r>
      <w:r>
        <w:t>to ek dekhiye, ek daur hai Adam se le kar Christ tak. yaani Islami jo nuqta nazar hai, is ke mutabiq bata raha hoon main aap ko</w:t>
      </w:r>
    </w:p>
    <w:p>
      <w:pPr>
        <w:jc w:val="right"/>
      </w:pPr>
      <w:r>
        <w:t>تو ایک دیکھیے، ایک دور ہے آدم سے لے کر کرائسٹ تک۔ یعنی اسلامی جو نقطہ نظر ہے، اس کے مطابق بتا رہا ہوں میں آپ کو</w:t>
      </w:r>
    </w:p>
    <w:p>
      <w:r>
        <w:rPr>
          <w:b/>
        </w:rPr>
        <w:t xml:space="preserve">[19:52] </w:t>
      </w:r>
      <w:r>
        <w:t>. ke prophetic daur jo hai, is mein se ek woh hai jo Adam se le kar Christ tak chalta hai.</w:t>
      </w:r>
    </w:p>
    <w:p>
      <w:pPr>
        <w:jc w:val="right"/>
      </w:pPr>
      <w:r>
        <w:t>۔ کہ پرافٹک دور جو ہے، اس میں سے ایک وہ ہے جو آدم سے لے کر کرائسٹ تک چلتا ہے۔</w:t>
      </w:r>
    </w:p>
    <w:p>
      <w:r>
        <w:rPr>
          <w:b/>
        </w:rPr>
        <w:t xml:space="preserve">[20:01] </w:t>
      </w:r>
      <w:r>
        <w:t>to Islami nuqta nazar se kya baat hai? woh yeh hai ke is poore daur mein yeh hua ke prophet to aaye, koi ek lakh chobees hazar prophet.</w:t>
      </w:r>
    </w:p>
    <w:p>
      <w:pPr>
        <w:jc w:val="right"/>
      </w:pPr>
      <w:r>
        <w:t>تو اسلامی نقطہ نظر سے کیا بات ہے؟ وہ یہ ہے کہ اس پورے دور میں یہ ہوا کہ پرافٹ تو آئے، کوئی ایک لاکھ چوبیس ہزار پرافٹ۔</w:t>
      </w:r>
    </w:p>
    <w:p>
      <w:r>
        <w:rPr>
          <w:b/>
        </w:rPr>
        <w:t xml:space="preserve">[20:13] </w:t>
      </w:r>
      <w:r>
        <w:t>lekin un ka record nahi qaim hua.</w:t>
      </w:r>
    </w:p>
    <w:p>
      <w:pPr>
        <w:jc w:val="right"/>
      </w:pPr>
      <w:r>
        <w:t>لیکن ان کا ریکارڈ نہیں قائم ہوا۔</w:t>
      </w:r>
    </w:p>
    <w:p>
      <w:r>
        <w:rPr>
          <w:b/>
        </w:rPr>
        <w:t xml:space="preserve">[20:18] </w:t>
      </w:r>
      <w:r>
        <w:t>un ka jo Khuda ki taraf se jo aaya tha kalam, jo kitaab, jo paigham, woh mehfooz nahi reh saka.</w:t>
      </w:r>
    </w:p>
    <w:p>
      <w:pPr>
        <w:jc w:val="right"/>
      </w:pPr>
      <w:r>
        <w:t>ان کا جو خدا کی طرف سے جو آیا تھا کلام، جو کتاب، جو پیغام، وہ محفوظ نہیں رہ سکا۔</w:t>
      </w:r>
    </w:p>
    <w:p>
      <w:r>
        <w:rPr>
          <w:b/>
        </w:rPr>
        <w:t xml:space="preserve">[20:30] </w:t>
      </w:r>
      <w:r>
        <w:t>to na to khuda ka jo lafz tha, khuda ki jo kitab thi, woh mehfooz rahi aur na khud peghambar ki jo zindagi mehfooz rahi.</w:t>
      </w:r>
    </w:p>
    <w:p>
      <w:pPr>
        <w:jc w:val="right"/>
      </w:pPr>
      <w:r>
        <w:t>تو نہ تو خدا کا جو لفظ تھا، خدا کی جو کتاب تھی، وہ محفوظ رہی اور نہ خود پیغمبر کی جو زندگی محفوظ رہی۔</w:t>
      </w:r>
    </w:p>
    <w:p>
      <w:r>
        <w:rPr>
          <w:b/>
        </w:rPr>
        <w:t xml:space="preserve">[20:39] </w:t>
      </w:r>
      <w:r>
        <w:t>aaj aap dekhiye, adam se le kar kraist tak kisi bhi peghambar ki koi mustanad zindagi maujood nahin.</w:t>
      </w:r>
    </w:p>
    <w:p>
      <w:pPr>
        <w:jc w:val="right"/>
      </w:pPr>
      <w:r>
        <w:t>آج آپ دیکھیے، آدم سے لے کر کرائسٹ تک کسی بھی پیغمبر کی کوئی مستند زندگی موجود نہیں۔</w:t>
      </w:r>
    </w:p>
    <w:p>
      <w:r>
        <w:rPr>
          <w:b/>
        </w:rPr>
        <w:t xml:space="preserve">[20:47] </w:t>
      </w:r>
      <w:r>
        <w:t>kisi ek bhi peghambar ki nahin. yahan tak ke hazrat masih, jo bohat baad ke zamane ke hain, yaani rasool Allah sirf paanch chhay sau saal pehle ke, un ke bare mein bhi ek ek european scholar ne kaha hai ke tareekhi taur par it is quite doubtful whether Christ ever existed at all</w:t>
      </w:r>
    </w:p>
    <w:p>
      <w:pPr>
        <w:jc w:val="right"/>
      </w:pPr>
      <w:r>
        <w:t>کسی ایک بھی پیغمبر کی نہیں۔ یہاں تک کہ حضرت مسیح، جو بہت بعد کے زمانے کے ہیں، یعنی رسول اللہ صرف پانچ چھ سو سال پہلے کے، ان کے بارے میں بھی ایک ایک یورپین اسکالر نے کہا ہے کہ تاریخی طور پر it is quite doubtful whether Christ ever existed at all</w:t>
      </w:r>
    </w:p>
    <w:p>
      <w:r>
        <w:rPr>
          <w:b/>
        </w:rPr>
        <w:t xml:space="preserve">[21:11] </w:t>
      </w:r>
      <w:r>
        <w:t>to ek to yeh hai ke khuda ki taraf se jo rehnumai aayi, woh mehfooz form mein maujood ho.</w:t>
      </w:r>
    </w:p>
    <w:p>
      <w:pPr>
        <w:jc w:val="right"/>
      </w:pPr>
      <w:r>
        <w:t>تو ایک تو یہ ہے کہ خدا کی طرف سے جو رہنمائی آئی، وہ محفوظ فارم میں موجود ہو۔</w:t>
      </w:r>
    </w:p>
    <w:p>
      <w:r>
        <w:rPr>
          <w:b/>
        </w:rPr>
        <w:t xml:space="preserve">[21:21] </w:t>
      </w:r>
      <w:r>
        <w:t>ke kisi bhi prophet ke sath aisa nahin hua. doosri yeh hai ke khud prophet ne jo zindagi guzari, us ka record ho.</w:t>
      </w:r>
    </w:p>
    <w:p>
      <w:pPr>
        <w:jc w:val="right"/>
      </w:pPr>
      <w:r>
        <w:t>کہ کسی بھی پرافٹ کے ساتھ ایسا نہیں ہوا۔ دوسری یہ ہے کہ خود پرافٹ نے جو زندگی گزاری، اس کا ریکارڈ ہو۔</w:t>
      </w:r>
    </w:p>
    <w:p>
      <w:r>
        <w:rPr>
          <w:b/>
        </w:rPr>
        <w:t xml:space="preserve">[21:30] </w:t>
      </w:r>
      <w:r>
        <w:t>ke kisi bhi prophet ki mustanad tareekh maujood nahin hai.</w:t>
      </w:r>
    </w:p>
    <w:p>
      <w:pPr>
        <w:jc w:val="right"/>
      </w:pPr>
      <w:r>
        <w:t>کہ کسی بھی پرافٹ کی مستند تاریخ موجود نہیں ہے۔</w:t>
      </w:r>
    </w:p>
    <w:p>
      <w:r>
        <w:rPr>
          <w:b/>
        </w:rPr>
        <w:t xml:space="preserve">[21:38] </w:t>
      </w:r>
      <w:r>
        <w:t>to lekin prophet Muhammad ke sath kya hua?</w:t>
      </w:r>
    </w:p>
    <w:p>
      <w:pPr>
        <w:jc w:val="right"/>
      </w:pPr>
      <w:r>
        <w:t>تو لیکن پرافٹ محمد کے ساتھ کیا ہوا؟</w:t>
      </w:r>
    </w:p>
    <w:p>
      <w:r>
        <w:rPr>
          <w:b/>
        </w:rPr>
        <w:t xml:space="preserve">[21:42] </w:t>
      </w:r>
      <w:r>
        <w:t>aap ke sath yeh hua ke aap ko ek team mili. yaani ek so se zaid log aap ke saathi ban gaye.</w:t>
      </w:r>
    </w:p>
    <w:p>
      <w:pPr>
        <w:jc w:val="right"/>
      </w:pPr>
      <w:r>
        <w:t>آپ کے ساتھ یہ ہوا کہ آپ کو ایک ٹیم ملی۔ یعنی ایک سو سے زائد لوگ آپ کے ساتھی بن گئے۔</w:t>
      </w:r>
    </w:p>
    <w:p>
      <w:r>
        <w:rPr>
          <w:b/>
        </w:rPr>
        <w:t xml:space="preserve">[21:52] </w:t>
      </w:r>
      <w:r>
        <w:t>aur sab ke sab ek se ek barh kar waqf log thay. waqf log. to ek team, aisi team is se pehle kabhi nahin bani thi.</w:t>
      </w:r>
    </w:p>
    <w:p>
      <w:pPr>
        <w:jc w:val="right"/>
      </w:pPr>
      <w:r>
        <w:t>اور سب کے سب ایک سے ایک بڑھ کر وقف لوگ تھے۔ وقف لوگ۔ تو ایک ٹیم، ایسی ٹیم اس سے پہلے کبھی نہیں بنی تھی۔</w:t>
      </w:r>
    </w:p>
    <w:p>
      <w:r>
        <w:rPr>
          <w:b/>
        </w:rPr>
        <w:t xml:space="preserve">[22:02] </w:t>
      </w:r>
      <w:r>
        <w:t>ek chhota sa misaal mein doon ke prophet Muhammad ko jo inkeshaf aata tha, jis ko hum wahi kehte hain, to usi waqt likha jata tha is ko.</w:t>
      </w:r>
    </w:p>
    <w:p>
      <w:pPr>
        <w:jc w:val="right"/>
      </w:pPr>
      <w:r>
        <w:t>ایک چھوٹا سا مثال میں دوں کہ پرافٹ محمد کو جو انکشاف آتا تھا، جس کو ہم وحی کہتے ہیں، تو اسی وقت لکھا جاتا تھا اس کو۔</w:t>
      </w:r>
    </w:p>
    <w:p>
      <w:r>
        <w:rPr>
          <w:b/>
        </w:rPr>
        <w:t xml:space="preserve">[22:13] </w:t>
      </w:r>
      <w:r>
        <w:t>jis ko kehte hain kaatib e wahi. ke aaj kal ki zaban mein aap kahein ke secretary. to jab aaya to likh liya.</w:t>
      </w:r>
    </w:p>
    <w:p>
      <w:pPr>
        <w:jc w:val="right"/>
      </w:pPr>
      <w:r>
        <w:t>جس کو کہتے ہیں کاتب وحی۔ کہ آج کل کی زبان میں آپ کہیں کہ سیکریٹری۔ تو جب آیا تو لکھ لیا۔</w:t>
      </w:r>
    </w:p>
    <w:p>
      <w:r>
        <w:rPr>
          <w:b/>
        </w:rPr>
        <w:t xml:space="preserve">[22:24] </w:t>
      </w:r>
      <w:r>
        <w:t>to itna zyada is ka aap ne woh kiya tha, ehtimam kiya tha ke jab aap ne hijrat kiya makka se madina to us waqt safar mein bhi aap ke sath ek aadmi tha likhne ke liye.</w:t>
      </w:r>
    </w:p>
    <w:p>
      <w:pPr>
        <w:jc w:val="right"/>
      </w:pPr>
      <w:r>
        <w:t>تو اتنا زیادہ اس کا آپ نے وہ کیا تھا، اہتمام کیا تھا کہ جب آپ نے ہجرت کیا مکہ سے مدینہ تو اس وقت سفر میں بھی آپ کے ساتھ ایک آدمی تھا لکھنے کے لیے۔</w:t>
      </w:r>
    </w:p>
    <w:p>
      <w:r>
        <w:rPr>
          <w:b/>
        </w:rPr>
        <w:t xml:space="preserve">[22:39] </w:t>
      </w:r>
      <w:r>
        <w:t>ke koi jibril ki taraf se koi paigham mile to woh aur likh liya jaye. to har cheez aap ki likhi gayi.</w:t>
      </w:r>
    </w:p>
    <w:p>
      <w:pPr>
        <w:jc w:val="right"/>
      </w:pPr>
      <w:r>
        <w:t>کہ کوئی جبرائیل کی طرف سے کوئی پیغام ملے تو وہ اور لکھ لیا جائے۔ تو ہر چیز آپ کی لکھی گئی۔</w:t>
      </w:r>
    </w:p>
    <w:p>
      <w:r>
        <w:rPr>
          <w:b/>
        </w:rPr>
        <w:t xml:space="preserve">[22:49] </w:t>
      </w:r>
      <w:r>
        <w:t>do, yaani do darjan se zaid aadmi aise thay jo aap ke kaatib ke taur par kitabon mein un ka naam aata hai.</w:t>
      </w:r>
    </w:p>
    <w:p>
      <w:pPr>
        <w:jc w:val="right"/>
      </w:pPr>
      <w:r>
        <w:t>دو، یعنی دو درجن سے زیادہ آدمی ایسے تھے جو آپ کے کاتب کے طور پر کتابوں میں ان کا نام آتا ہے۔</w:t>
      </w:r>
    </w:p>
    <w:p>
      <w:r>
        <w:rPr>
          <w:b/>
        </w:rPr>
        <w:t xml:space="preserve">[22:58] </w:t>
      </w:r>
      <w:r>
        <w:t>kaatib mani likhne wala. to aap ke sahaba mein se, aap ke sathiyon mein se do darjan se zaid aise log thay jo aap ke secretary thay.</w:t>
      </w:r>
    </w:p>
    <w:p>
      <w:pPr>
        <w:jc w:val="right"/>
      </w:pPr>
      <w:r>
        <w:t>کاتب معنی لکھنے والا۔ تو آپ کے صحابہ میں سے، آپ کے ساتھیوں میں سے دو درجن سے زیادہ ایسے لوگ تھے جو آپ کے سیکریٹری تھے۔</w:t>
      </w:r>
    </w:p>
    <w:p>
      <w:r>
        <w:rPr>
          <w:b/>
        </w:rPr>
        <w:t xml:space="preserve">[23:12] </w:t>
      </w:r>
      <w:r>
        <w:t>arabi mein kaatib kehte hain is ko. ke aap ki likhein jo aayen, us ko likhte rahen.</w:t>
      </w:r>
    </w:p>
    <w:p>
      <w:pPr>
        <w:jc w:val="right"/>
      </w:pPr>
      <w:r>
        <w:t>عربی میں کاتب کہتے ہیں اس کو۔ کہ آپ کی لکھیں جو آئیں، اس کو لکھتے رہیں۔</w:t>
      </w:r>
    </w:p>
    <w:p>
      <w:r>
        <w:rPr>
          <w:b/>
        </w:rPr>
        <w:t xml:space="preserve">[23:18] </w:t>
      </w:r>
      <w:r>
        <w:t>jabke kisi doosre peghambar ko aap dekhein to saare logon ki ginti bhi do darjan tak nahin pohnchti.</w:t>
      </w:r>
    </w:p>
    <w:p>
      <w:pPr>
        <w:jc w:val="right"/>
      </w:pPr>
      <w:r>
        <w:t>جبکہ کسی دوسرے پیغمبر کو آپ دیکھیں تو سارے لوگوں کی گنتی بھی دو درجن تک نہیں پہنچتی۔</w:t>
      </w:r>
    </w:p>
    <w:p>
      <w:r>
        <w:rPr>
          <w:b/>
        </w:rPr>
        <w:t xml:space="preserve">[23:29] </w:t>
      </w:r>
      <w:r>
        <w:t>to yeh farq hai pichhle prophet mein aur Muhammad mein. prophet Muhammad ke haan yeh hua ke aap ko bohat bohat hi mazboot team mil gayi, bohat hi waqf team mil gayi.</w:t>
      </w:r>
    </w:p>
    <w:p>
      <w:pPr>
        <w:jc w:val="right"/>
      </w:pPr>
      <w:r>
        <w:t>تو یہ فرق ہے پچھلے پرافٹ میں اور محمد میں۔ پرافٹ محمد کے ہاں یہ ہوا کہ آپ کو بہت بہت ہی مضبوط ٹیم مل گئی، بہت ہی وقف ٹیم مل گئی۔</w:t>
      </w:r>
    </w:p>
    <w:p>
      <w:r>
        <w:rPr>
          <w:b/>
        </w:rPr>
        <w:t xml:space="preserve">[23:43] </w:t>
      </w:r>
      <w:r>
        <w:t>jo</w:t>
      </w:r>
    </w:p>
    <w:p>
      <w:pPr>
        <w:jc w:val="right"/>
      </w:pPr>
      <w:r>
        <w:t>جو</w:t>
      </w:r>
    </w:p>
    <w:p>
      <w:r>
        <w:rPr>
          <w:b/>
        </w:rPr>
        <w:t xml:space="preserve">[23:44] </w:t>
      </w:r>
      <w:r>
        <w:t>aap ke aaye hue inkeshaf ko record kare, aap ki zindagi ko record kare. to is se kya farq pada?</w:t>
      </w:r>
    </w:p>
    <w:p>
      <w:pPr>
        <w:jc w:val="right"/>
      </w:pPr>
      <w:r>
        <w:t>آپ کے آئے ہوئے انکشاف کو ریکارڈ کرے، آپ کی زندگی کو ریکارڈ کرے۔ تو اس سے کیا فرق پڑا؟</w:t>
      </w:r>
    </w:p>
    <w:p>
      <w:r>
        <w:rPr>
          <w:b/>
        </w:rPr>
        <w:t xml:space="preserve">[23:55] </w:t>
      </w:r>
      <w:r>
        <w:t>aap se pehle aur aap ke baad ek bohat bara farq aap dekhenge.</w:t>
      </w:r>
    </w:p>
    <w:p>
      <w:pPr>
        <w:jc w:val="right"/>
      </w:pPr>
      <w:r>
        <w:t>آپ سے پہلے اور آپ کے بعد ایک بہت بڑا فرق آپ دیکھیں گے۔</w:t>
      </w:r>
    </w:p>
    <w:p>
      <w:r>
        <w:rPr>
          <w:b/>
        </w:rPr>
        <w:t xml:space="preserve">[24:02] </w:t>
      </w:r>
      <w:r>
        <w:t>pehle tha zinda prophet ka zamana. ab ho gaya recorded prophet ka zamana.</w:t>
      </w:r>
    </w:p>
    <w:p>
      <w:pPr>
        <w:jc w:val="right"/>
      </w:pPr>
      <w:r>
        <w:t>پہلے تھا زندہ پرافٹ کا زمانہ۔ اب ہو گیا ریکارڈڈ پرافٹ کا زمانہ۔</w:t>
      </w:r>
    </w:p>
    <w:p>
      <w:r>
        <w:rPr>
          <w:b/>
        </w:rPr>
        <w:t xml:space="preserve">[24:11] </w:t>
      </w:r>
      <w:r>
        <w:t>Muhammad sallallahu alaihi wasallam se pehle zinda prophet ka zamana tha. jab tak zinda hain, tab tak un se mil raha hai aap ko. jab woh nahin hain to un ka koi record nahin hai.</w:t>
      </w:r>
    </w:p>
    <w:p>
      <w:pPr>
        <w:jc w:val="right"/>
      </w:pPr>
      <w:r>
        <w:t>محمد صلی اللہ علیہ وسلم سے پہلے زندہ پرافٹ کا زمانہ تھا۔ جب تک زندہ ہیں، تب تک ان سے مل رہا ہے آپ کو۔ جب وہ نہیں ہیں تو ان کا کوئی ریکارڈ نہیں ہے۔</w:t>
      </w:r>
    </w:p>
    <w:p>
      <w:r>
        <w:rPr>
          <w:b/>
        </w:rPr>
        <w:t xml:space="preserve">[24:22] </w:t>
      </w:r>
      <w:r>
        <w:t>aap ke zariye kya hua? ke zinda prophet se aage barh kar ke recorded prophet ka zamana aa gaya. ab sab kuch record mein ho gaya. jaise mein misaal doon ke doctor ambedkar ne hamara aain jo hai, hamara us ko draft kiya unhon ne.</w:t>
      </w:r>
    </w:p>
    <w:p>
      <w:pPr>
        <w:jc w:val="right"/>
      </w:pPr>
      <w:r>
        <w:t>آپ کے ذریعے کیا ہوا؟ کہ زندہ پرافٹ سے آگے بڑھ کر کے ریکارڈڈ پرافٹ کا زمانہ آگیا۔ اب سب کچھ ریکارڈ میں ہو گیا۔ جیسے میں مثال دوں کہ ڈاکٹر امبیدکر نے ہمارا آئین جو ہے، ہمارا اس کو ڈرافٹ کیا انہوں نے۔</w:t>
      </w:r>
    </w:p>
    <w:p>
      <w:r>
        <w:rPr>
          <w:b/>
        </w:rPr>
        <w:t xml:space="preserve">[24:39] </w:t>
      </w:r>
      <w:r>
        <w:t>india ka jo aain hai, us ko doctor ambedkar ne likha, jaisa ke aap jante hain. aaj doctor ambedkar nahin hain.</w:t>
      </w:r>
    </w:p>
    <w:p>
      <w:pPr>
        <w:jc w:val="right"/>
      </w:pPr>
      <w:r>
        <w:t>انڈیا کا جو آئین ہے، اس کو ڈاکٹر امبیدکر نے لکھا، جیسا کہ آپ جانتے ہیں۔ آج ڈاکٹر امبیدکر نہیں ہیں۔</w:t>
      </w:r>
    </w:p>
    <w:p>
      <w:r>
        <w:rPr>
          <w:b/>
        </w:rPr>
        <w:t xml:space="preserve">[24:49] </w:t>
      </w:r>
      <w:r>
        <w:t>1964 mein woh mar gaye. Aur lekin painted form mein woh dastavez hamare paas hai. Ab koi bhi aadmi janna chahe ke woh aain kya tha jis ko likha tha unhon ne, to aap ko apni shelf par likha hua mil jaye ga aap ko.</w:t>
      </w:r>
    </w:p>
    <w:p>
      <w:pPr>
        <w:jc w:val="right"/>
      </w:pPr>
      <w:r>
        <w:t>1964 میں وہ مر گئے۔ اور لیکن پینٹڈ فارم میں وہ دستاویز ہمارے پاس ہے۔ اب کوئی بھی آدمی جاننا چاہے کہ وہ آئین کیا تھا جس کو لکھا تھا انہوں نے، تو آپ کو اپنی شیلف پر لکھا ہوا مل جائے گا آپ کو۔</w:t>
      </w:r>
    </w:p>
    <w:p>
      <w:r>
        <w:rPr>
          <w:b/>
        </w:rPr>
        <w:t xml:space="preserve">[25:05] </w:t>
      </w:r>
      <w:r>
        <w:t>Library mein likha hua mil jaye ga aap ko.</w:t>
      </w:r>
    </w:p>
    <w:p>
      <w:pPr>
        <w:jc w:val="right"/>
      </w:pPr>
      <w:r>
        <w:t>لائبریری میں لکھا ہوا مل جائے گا آپ کو۔</w:t>
      </w:r>
    </w:p>
    <w:p>
      <w:r>
        <w:rPr>
          <w:b/>
        </w:rPr>
        <w:t xml:space="preserve">[25:09] </w:t>
      </w:r>
      <w:r>
        <w:t>To ab mein yeh kahoon ga isi ko le kar ke ke zinda Ambedkar to nahi hain hamare paas, lekin recorded Ambedkar hain hamare paas.</w:t>
      </w:r>
    </w:p>
    <w:p>
      <w:pPr>
        <w:jc w:val="right"/>
      </w:pPr>
      <w:r>
        <w:t>تو اب میں یہ کہوں گا اسی کو لے کر کے کہ زندہ امبیدکر تو نہیں ہیں ہمارے پاس، لیکن ریکارڈڈ امبیدکر ہیں ہمارے پاس۔</w:t>
      </w:r>
    </w:p>
    <w:p>
      <w:r>
        <w:rPr>
          <w:b/>
        </w:rPr>
        <w:t xml:space="preserve">[25:19] </w:t>
      </w:r>
      <w:r>
        <w:t>Maujood. Is tarah se ab jo hai zinda prophet ki zaroorat hi nahi hai.</w:t>
      </w:r>
    </w:p>
    <w:p>
      <w:pPr>
        <w:jc w:val="right"/>
      </w:pPr>
      <w:r>
        <w:t>موجود۔ اس طریقے سے اب جو ہے زندہ پرافٹ کی ضرورت ہی نہیں ہے۔</w:t>
      </w:r>
    </w:p>
    <w:p>
      <w:r>
        <w:rPr>
          <w:b/>
        </w:rPr>
        <w:t xml:space="preserve">[25:28] </w:t>
      </w:r>
      <w:r>
        <w:t>Jab recorded prophet mumkin ho gaya. Maujood ho gaya.</w:t>
      </w:r>
    </w:p>
    <w:p>
      <w:pPr>
        <w:jc w:val="right"/>
      </w:pPr>
      <w:r>
        <w:t>جب ریکارڈڈ پرافٹ ممکن ہو گیا۔ موجود ہو گیا۔</w:t>
      </w:r>
    </w:p>
    <w:p>
      <w:r>
        <w:rPr>
          <w:b/>
        </w:rPr>
        <w:t xml:space="preserve">[25:34] </w:t>
      </w:r>
      <w:r>
        <w:t>Ek scholar jo bohat bare hadith scholar hain, unhon ne bohat achi baat kahi ke man kan fi baitihi majboot bil ahadith fakama fihi nabiyun yatakallam</w:t>
      </w:r>
    </w:p>
    <w:p>
      <w:pPr>
        <w:jc w:val="right"/>
      </w:pPr>
      <w:r>
        <w:t>ایک اسکالر جو بہت بڑے حدیث اسکالر ہیں، انہوں نے بہت اچھی بات کہی کہ من کان فی بیتہ مجبوط بالاحادیث فکانما فیہ نبی یتکلم</w:t>
      </w:r>
    </w:p>
    <w:p>
      <w:r>
        <w:rPr>
          <w:b/>
        </w:rPr>
        <w:t xml:space="preserve">[25:53] </w:t>
      </w:r>
      <w:r>
        <w:t>Jis ghar mein hadith ka ek majmooa maujood ho, ek kitab jis mein hadith likhi hui hoti hai, to jis ghar mein hadith ka ek ek hadith ki ek kitab maujood ho, to goya ke is ghar mein bolta hua nabi maujood hai.</w:t>
      </w:r>
    </w:p>
    <w:p>
      <w:pPr>
        <w:jc w:val="right"/>
      </w:pPr>
      <w:r>
        <w:t>جس گھر میں حدیث کا ایک مجموعہ موجود ہو، ایک کتاب جس میں حدیث لکھی ہوئی ہوتی ہے، تو جس گھر میں حدیث کا ایک ایک حدیث کی ایک کتاب موجود ہو، تو گویا کہ اس گھر میں بولتا ہوا نبی موجود ہے۔</w:t>
      </w:r>
    </w:p>
    <w:p>
      <w:r>
        <w:rPr>
          <w:b/>
        </w:rPr>
        <w:t xml:space="preserve">[26:16] </w:t>
      </w:r>
      <w:r>
        <w:t>Yaani aisi jaise Makkah Mukarramah ke jis ghar mein aain of India maujood hai, to goya ke us mein Dr. Ambedkar</w:t>
      </w:r>
    </w:p>
    <w:p>
      <w:pPr>
        <w:jc w:val="right"/>
      </w:pPr>
      <w:r>
        <w:t>یعنی ایسی جیسے مکہ مکرمہ کے جس گھر میں آئین آف انڈیا موجود ہے، تو گویا کہ اس میں ڈاکٹر امبید</w:t>
      </w:r>
    </w:p>
    <w:p>
      <w:r>
        <w:rPr>
          <w:b/>
        </w:rPr>
        <w:t xml:space="preserve">[26:22] </w:t>
      </w:r>
      <w:r>
        <w:t>kar maujood hain, bata rahe hain ke dekho yeh hum ne likha, yeh hum ne likha. Woh is ko mil lijiye. To us ne kaha ke jab tumhare paas ek mustanad majmooa hadith ka tumhare ghar mein hai, to samjho ke peghambar maujood hai recorded form mein.</w:t>
      </w:r>
    </w:p>
    <w:p>
      <w:pPr>
        <w:jc w:val="right"/>
      </w:pPr>
      <w:r>
        <w:t>کر موجود ہیں، بتا رہے ہیں کہ دیکھو یہ ہم نے لکھا، یہ ہم نے لکھا۔ وہ اس کو مل لیجیے۔ تو اس نے کہا کہ جب تمہارے پاس ایک مستند مجموعہ حدیث کا تمہارے گھر میں ہے، تو سمجھو کہ پیغمبر موجود ہے ریکارڈڈ فارم میں۔</w:t>
      </w:r>
    </w:p>
    <w:p>
      <w:r>
        <w:rPr>
          <w:b/>
        </w:rPr>
        <w:t xml:space="preserve">[26:41] </w:t>
      </w:r>
      <w:r>
        <w:t>Yaani peghambar zinda form mein to maujood nahi hai, lekin recorded form mein maujood hai. Jaise hamare paas</w:t>
      </w:r>
    </w:p>
    <w:p>
      <w:pPr>
        <w:jc w:val="right"/>
      </w:pPr>
      <w:r>
        <w:t>یعنی پیغمبر زندہ فارم میں تو موجود نہیں ہے، لیکن ریکارڈڈ فارم میں موجود ہے۔ جیسے ہمارے پاس</w:t>
      </w:r>
    </w:p>
    <w:p>
      <w:r>
        <w:rPr>
          <w:b/>
        </w:rPr>
        <w:t xml:space="preserve">[26:48] </w:t>
      </w:r>
      <w:r>
        <w:t>Dr. Ambedkar zinda form mein maujood nahi hain, lekin recorded form mein to maujood hain woh.</w:t>
      </w:r>
    </w:p>
    <w:p>
      <w:pPr>
        <w:jc w:val="right"/>
      </w:pPr>
      <w:r>
        <w:t>ڈاکٹر امبیدکر زندہ فارم میں موجود نہیں ہیں، لیکن ریکارڈڈ فارم میں تو موجود ہیں وہ۔</w:t>
      </w:r>
    </w:p>
    <w:p>
      <w:r>
        <w:rPr>
          <w:b/>
        </w:rPr>
        <w:t xml:space="preserve">[26:57] </w:t>
      </w:r>
      <w:r>
        <w:t>Isi ko mein ne barha kar ke kaha, ek aur is mein nikalti hai baat. Ke agar kisi ke paas hadith ka jo majmooa hua hai,</w:t>
      </w:r>
    </w:p>
    <w:p>
      <w:pPr>
        <w:jc w:val="right"/>
      </w:pPr>
      <w:r>
        <w:t>اسی کو میں نے بڑھا کر کے کہا، ایک اور اس میں نکلتی ہے بات۔ کہ اگر کسی کے پاس حدیث کا جو مجموعہ ہوا ہے،</w:t>
      </w:r>
    </w:p>
    <w:p>
      <w:r>
        <w:rPr>
          <w:b/>
        </w:rPr>
        <w:t xml:space="preserve">[27:14] </w:t>
      </w:r>
      <w:r>
        <w:t>Mustanad majmooa, woh kisi ke paas maujood hai,</w:t>
      </w:r>
    </w:p>
    <w:p>
      <w:pPr>
        <w:jc w:val="right"/>
      </w:pPr>
      <w:r>
        <w:t>مستند مجموعہ، وہ کسی کے پاس موجود ہے،</w:t>
      </w:r>
    </w:p>
    <w:p>
      <w:r>
        <w:rPr>
          <w:b/>
        </w:rPr>
        <w:t xml:space="preserve">[27:19] </w:t>
      </w:r>
      <w:r>
        <w:t>Fakama fi sohbat an nabiy</w:t>
      </w:r>
    </w:p>
    <w:p>
      <w:pPr>
        <w:jc w:val="right"/>
      </w:pPr>
      <w:r>
        <w:t>فکانما فی صحبت النبی</w:t>
      </w:r>
    </w:p>
    <w:p>
      <w:r>
        <w:rPr>
          <w:b/>
        </w:rPr>
        <w:t xml:space="preserve">[27:26] </w:t>
      </w:r>
      <w:r>
        <w:t>Goya ke woh nabi ki sohbat mein hai. Sohbat mein. Woh kaise?</w:t>
      </w:r>
    </w:p>
    <w:p>
      <w:pPr>
        <w:jc w:val="right"/>
      </w:pPr>
      <w:r>
        <w:t>گویا کہ وہ نبی کی صحبت میں ہے۔ صحبت میں۔ وہ کیسے؟</w:t>
      </w:r>
    </w:p>
    <w:p>
      <w:r>
        <w:rPr>
          <w:b/>
        </w:rPr>
        <w:t xml:space="preserve">[27:37] </w:t>
      </w:r>
      <w:r>
        <w:t>Jaise mein ne ek hadith parhi ke Rasool Allah ne jannat ka zikr kiya aur kaha ke afdhaluhum kaafiatun dhil tair</w:t>
      </w:r>
    </w:p>
    <w:p>
      <w:pPr>
        <w:jc w:val="right"/>
      </w:pPr>
      <w:r>
        <w:t>جیسے میں نے ایک حدیث پڑھی کہ رسول اللہ نے جنت کا ذکر کیا اور کہا کہ أفضتهم كافئات ذي الطير</w:t>
      </w:r>
    </w:p>
    <w:p>
      <w:r>
        <w:rPr>
          <w:b/>
        </w:rPr>
        <w:t xml:space="preserve">[27:47] </w:t>
      </w:r>
      <w:r>
        <w:t>Ke jannat walon ke dil chidiya ke dil ki manind honge. Yeh parha mein ne. To dekhiye, yeh hadith jo hai, hadith matlab kehna.</w:t>
      </w:r>
    </w:p>
    <w:p>
      <w:pPr>
        <w:jc w:val="right"/>
      </w:pPr>
      <w:r>
        <w:t>کہ جنت والوں کے دل چڑیا کے دل کی مانند ہوں گے۔ یہ پڑھا میں نے۔ تو دیکھیے، یہ حدیث جو ہے، حدیث مطلب کہنا۔</w:t>
      </w:r>
    </w:p>
    <w:p>
      <w:r>
        <w:rPr>
          <w:b/>
        </w:rPr>
        <w:t xml:space="preserve">[28:02] </w:t>
      </w:r>
      <w:r>
        <w:t>Yeh jo kehna hai, yeh jo kehna hai prophet ki, yeh vicariously nahi banti. Aisa nahi ke kahin aap khare hain masjid mein aur achaanak kaha ke dekho</w:t>
      </w:r>
    </w:p>
    <w:p>
      <w:pPr>
        <w:jc w:val="right"/>
      </w:pPr>
      <w:r>
        <w:t>یہ جو کہنا ہے، یہ جو کہنا ہے پرافٹ کی، یہ ویکو میں نہیں بنتی۔ ایسا نہیں کہ کہیں آپ کھڑے ہیں مسجد میں اور اچانک کہا کہ دیکھو</w:t>
      </w:r>
    </w:p>
    <w:p>
      <w:r>
        <w:rPr>
          <w:b/>
        </w:rPr>
        <w:t xml:space="preserve">[28:14] </w:t>
      </w:r>
      <w:r>
        <w:t>Bhai. Nahi. Aisa, yaani mein ne apna common sense mein ne is mein shamil kiya. Apne common sense mein shamil kiya ke aap honge, kai log honge.</w:t>
      </w:r>
    </w:p>
    <w:p>
      <w:pPr>
        <w:jc w:val="right"/>
      </w:pPr>
      <w:r>
        <w:t>بھئی۔ نہیں۔ ایسا، یعنی میں نے اپنا کامن سینس میں نے اس میں شامل کیا۔ اپنے کامن سینس میں شامل کیا کہ آپ ہوں گے، کئی لوگ ہوں گے۔</w:t>
      </w:r>
    </w:p>
    <w:p>
      <w:r>
        <w:rPr>
          <w:b/>
        </w:rPr>
        <w:t xml:space="preserve">[28:26] </w:t>
      </w:r>
      <w:r>
        <w:t>Ek ek farz ki jiye, kabootar baitha hua hai. Do char, das. Wahan par baitha hua hai. Ab ek bachche ne ek kankri phenk di.</w:t>
      </w:r>
    </w:p>
    <w:p>
      <w:pPr>
        <w:jc w:val="right"/>
      </w:pPr>
      <w:r>
        <w:t>ایک ایک فرض کیجیے، کبوتر بیٹھا ہوا ہے۔ دو چار، دس۔ وہاں پر بیٹھا ہوا ہے۔ اب ایک بچے نے ایک کنکری پھینک دی۔</w:t>
      </w:r>
    </w:p>
    <w:p>
      <w:r>
        <w:rPr>
          <w:b/>
        </w:rPr>
        <w:t xml:space="preserve">[28:38] </w:t>
      </w:r>
      <w:r>
        <w:t>To kabootar kya hua? Ur kar ke chali gayi. Pehal par ja kar ke bol rahi hai. Ga rahi hai.</w:t>
      </w:r>
    </w:p>
    <w:p>
      <w:pPr>
        <w:jc w:val="right"/>
      </w:pPr>
      <w:r>
        <w:t>تو کبوتر کیا ہوا؟ اڑ کر کے چلی گئی۔ پہل پر جا کر کے بول رہی ہے۔ گا رہی ہے۔</w:t>
      </w:r>
    </w:p>
    <w:p>
      <w:r>
        <w:rPr>
          <w:b/>
        </w:rPr>
        <w:t xml:space="preserve">[28:44] </w:t>
      </w:r>
      <w:r>
        <w:t>Kabootar ya koi bhi chidiya. Yeh poora manzar mein ne socha, apne common sense mein shamil kar ke. To goya ke mein nabi ki sohbat mein pahunch gaya.</w:t>
      </w:r>
    </w:p>
    <w:p>
      <w:pPr>
        <w:jc w:val="right"/>
      </w:pPr>
      <w:r>
        <w:t>کبوتر یا کوئی بھی چڑیا۔ یہ پورا منظر میں نے سوچا، اپنے کامن سینس میں شامل کر کے۔ تو گویا کہ میں نبی کی صحبت میں پہنچ گیا۔</w:t>
      </w:r>
    </w:p>
    <w:p>
      <w:r>
        <w:rPr>
          <w:b/>
        </w:rPr>
        <w:t xml:space="preserve">[28:56] </w:t>
      </w:r>
      <w:r>
        <w:t>Mein isi ka ek hissa ban gaya. Sohbat mein pahunch gaya aur nabi ka jo woh tha, woh woh jo uska hissa</w:t>
      </w:r>
    </w:p>
    <w:p>
      <w:pPr>
        <w:jc w:val="right"/>
      </w:pPr>
      <w:r>
        <w:t>میں اسی کا ایک حصہ بن گیا۔ صحبت میں پہنچ گیا اور نبی کا جو وہ تھا، وہ وہ جو اس کا حصہ</w:t>
      </w:r>
    </w:p>
    <w:p>
      <w:r>
        <w:rPr>
          <w:b/>
        </w:rPr>
        <w:t xml:space="preserve">[29:06] </w:t>
      </w:r>
      <w:r>
        <w:t>Ban gaya woh. Ke ab mein dekh raha hoon, mujhe dikhai dene laga ke prophet ja rahe hain, un ke sath kuch log hain. Aur pahunchte hain ek jagah jahan kuch chidiya kuch kha rahi hain, kuch chawal ke daane ya kuch bhi.</w:t>
      </w:r>
    </w:p>
    <w:p>
      <w:pPr>
        <w:jc w:val="right"/>
      </w:pPr>
      <w:r>
        <w:t>بن گیا وہ۔ کہ اب میں دیکھ رہا ہوں، مجھے دکھائی دینے لگا کہ پرافٹ جا رہے ہیں، ان کے ساتھ کچھ لوگ ہیں۔ اور پہنچتے ہیں ایک جگہ جہاں کچھ چڑیا کچھ کھا رہی ہیں، کچھ چاول کے دانے یا کچھ بھی۔</w:t>
      </w:r>
    </w:p>
    <w:p>
      <w:r>
        <w:rPr>
          <w:b/>
        </w:rPr>
        <w:t xml:space="preserve">[29:18] </w:t>
      </w:r>
      <w:r>
        <w:t>Bohat hi shauq se kha rahi hain. Aur wahan par ek bachche ne kankri phenk di. To kuch radde amal nahi kiya chidiya ne. Koi ihtijaj nahi kiya.</w:t>
      </w:r>
    </w:p>
    <w:p>
      <w:pPr>
        <w:jc w:val="right"/>
      </w:pPr>
      <w:r>
        <w:t>بہت ہی شوق سے کھا رہی ہیں۔ اور وہاں پر ایک بچے نے کنکری پھینک دی۔ تو کچھ ردعمل نہیں کیا چڑیا نے۔ کوئی احتجاج نہیں کیا۔</w:t>
      </w:r>
    </w:p>
    <w:p>
      <w:r>
        <w:rPr>
          <w:b/>
        </w:rPr>
        <w:t xml:space="preserve">[29:28] </w:t>
      </w:r>
      <w:r>
        <w:t>koi shikayat nahin. urr gayi, urr kar ke ja kar ke. pehal par chacha aa rahi hai.</w:t>
      </w:r>
    </w:p>
    <w:p>
      <w:pPr>
        <w:jc w:val="right"/>
      </w:pPr>
      <w:r>
        <w:t>کوئی شکایت نہیں۔ اڑ گئی، اڑ کر کے جا کر کے۔ پہل پر چاچا آ رہی ہے۔</w:t>
      </w:r>
    </w:p>
    <w:p>
      <w:r>
        <w:rPr>
          <w:b/>
        </w:rPr>
        <w:t xml:space="preserve">[29:34] </w:t>
      </w:r>
      <w:r>
        <w:t>yeh poora ek manzar mere samne aaya. to profit ne kaha ke dekho. jannat walon ke dil jo hain, woh chiriyon ke dil jaise honge.</w:t>
      </w:r>
    </w:p>
    <w:p>
      <w:pPr>
        <w:jc w:val="right"/>
      </w:pPr>
      <w:r>
        <w:t>یہ پورا ایک منظر میرے سامنے آیا۔ تو پرافٹ نے کہا کہ دیکھو۔ جنت والوں کے دل جو ہیں، وہ چڑیوں کے دل جیسے ہوں گے۔</w:t>
      </w:r>
    </w:p>
    <w:p>
      <w:r>
        <w:rPr>
          <w:b/>
        </w:rPr>
        <w:t xml:space="preserve">[29:44] </w:t>
      </w:r>
      <w:r>
        <w:t>afdatuhum kafiatun dhayr tair yani chidiya jo hai, koi manfi khayal iske andar nahin. tumne iska khana chheen liya.</w:t>
      </w:r>
    </w:p>
    <w:p>
      <w:pPr>
        <w:jc w:val="right"/>
      </w:pPr>
      <w:r>
        <w:t>أفضتهم كافئات ذي الطير یعنی چڑیا جو ہے، کوئی منفی خیال اس کے اندر نہیں۔ تم نے اس کا کھانا چھین لیا۔</w:t>
      </w:r>
    </w:p>
    <w:p>
      <w:r>
        <w:rPr>
          <w:b/>
        </w:rPr>
        <w:t xml:space="preserve">[29:56] </w:t>
      </w:r>
      <w:r>
        <w:t>lekin woh phir bhi chacha aa rahi hai.</w:t>
      </w:r>
    </w:p>
    <w:p>
      <w:pPr>
        <w:jc w:val="right"/>
      </w:pPr>
      <w:r>
        <w:t>لیکن وہ پھر بھی چاچا آ رہی ہے۔</w:t>
      </w:r>
    </w:p>
    <w:p>
      <w:r>
        <w:rPr>
          <w:b/>
        </w:rPr>
        <w:t xml:space="preserve">[30:00] </w:t>
      </w:r>
      <w:r>
        <w:t>ghussa nahin, ghussa nahin, melts nahin, badla nahin, احتجاج nahin, shikayat nahin, kuch bhi nahin.</w:t>
      </w:r>
    </w:p>
    <w:p>
      <w:pPr>
        <w:jc w:val="right"/>
      </w:pPr>
      <w:r>
        <w:t>غصہ نہیں، غصہ نہیں، میلٹس نہیں، بدلہ نہیں، احتجاج نہیں، شکایت نہیں، کچھ بھی نہیں۔</w:t>
      </w:r>
    </w:p>
    <w:p>
      <w:r>
        <w:rPr>
          <w:b/>
        </w:rPr>
        <w:t xml:space="preserve">[30:09] </w:t>
      </w:r>
      <w:r>
        <w:t>to yeh ek poora manzar maine apne common sense mein shamil kiya ismein. to goya ke main profit ki sohbat mein bhi pahunch gaya.</w:t>
      </w:r>
    </w:p>
    <w:p>
      <w:pPr>
        <w:jc w:val="right"/>
      </w:pPr>
      <w:r>
        <w:t>تو یہ ایک پورا منظر میں نے اپنے کامن سینس میں شامل کیا اس میں۔ تو گویا کہ میں پرافٹ کی صحبت میں بھی پہنچ گیا۔</w:t>
      </w:r>
    </w:p>
    <w:p>
      <w:r>
        <w:rPr>
          <w:b/>
        </w:rPr>
        <w:t xml:space="preserve">[30:22] </w:t>
      </w:r>
      <w:r>
        <w:t>aisa to mujhe bar bar hota hai. sohbat mujhe bar bar milti rehti hai.</w:t>
      </w:r>
    </w:p>
    <w:p>
      <w:pPr>
        <w:jc w:val="right"/>
      </w:pPr>
      <w:r>
        <w:t>ایسا تو مجھے بار بار ہوتا ہے۔ صحبت مجھے بار بار ملتی رہتی ہے۔</w:t>
      </w:r>
    </w:p>
    <w:p>
      <w:r>
        <w:rPr>
          <w:b/>
        </w:rPr>
        <w:t xml:space="preserve">[30:28] </w:t>
      </w:r>
      <w:r>
        <w:t>to kaha, recorded paighambar jo hai, aaj hamare sath poori tarah maujood hai. to woh zinda profit ka woh mutabadil hai, uska mutabadil hai.</w:t>
      </w:r>
    </w:p>
    <w:p>
      <w:pPr>
        <w:jc w:val="right"/>
      </w:pPr>
      <w:r>
        <w:t>تو کہا، ریکارڈڈ پیغمبر جو ہے، آج ہمارے ساتھ پوری طرح موجود ہے۔ تو وہ زندہ پرافٹ کا وہ متبادل ہے، اس کا متبادل ہے۔</w:t>
      </w:r>
    </w:p>
    <w:p>
      <w:r>
        <w:rPr>
          <w:b/>
        </w:rPr>
        <w:t xml:space="preserve">[30:40] </w:t>
      </w:r>
      <w:r>
        <w:t>poori tarike se. main jab wahan gaya yerushalam aur masjid aqsa mein namaz padhi. do bar gaya hoon wahan par.</w:t>
      </w:r>
    </w:p>
    <w:p>
      <w:pPr>
        <w:jc w:val="right"/>
      </w:pPr>
      <w:r>
        <w:t>پوری طریقے سے۔ میں جب وہاں گیا یروشلم اور مسجد اقصیٰ میں نماز پڑھی۔ دو بار گیا ہوں وہاں پر۔</w:t>
      </w:r>
    </w:p>
    <w:p>
      <w:r>
        <w:rPr>
          <w:b/>
        </w:rPr>
        <w:t xml:space="preserve">[30:51] </w:t>
      </w:r>
      <w:r>
        <w:t>ab jab maine namaz padhi aur sajde mein maine sar rakha.</w:t>
      </w:r>
    </w:p>
    <w:p>
      <w:pPr>
        <w:jc w:val="right"/>
      </w:pPr>
      <w:r>
        <w:t>اب جب میں نے نماز پڑھی اور سجدے میں میں نے سر رکھا۔</w:t>
      </w:r>
    </w:p>
    <w:p>
      <w:r>
        <w:rPr>
          <w:b/>
        </w:rPr>
        <w:t xml:space="preserve">[30:55] </w:t>
      </w:r>
      <w:r>
        <w:t>to achaanak mere common sense mein poora woh manzar mere samne agaya. kyunke islam mein yeh aqeeda hai, yeh mana gaya hai ke profit gaye wahan par, profit muhammad masjid aqsa mein aapne namaz padhi.</w:t>
      </w:r>
    </w:p>
    <w:p>
      <w:pPr>
        <w:jc w:val="right"/>
      </w:pPr>
      <w:r>
        <w:t>تو اچانک میرے کامن سینس میں پورا وہ منظر میرے سامنے آگیا۔ کیونکہ اسلام میں یہ عقیدہ ہے، یہ مانا گیا ہے کہ پرافٹ گئے وہاں پر، پرافٹ محمد مسجد اقصیٰ میں آپ نے نماز پڑھی۔</w:t>
      </w:r>
    </w:p>
    <w:p>
      <w:r>
        <w:rPr>
          <w:b/>
        </w:rPr>
        <w:t xml:space="preserve">[31:11] </w:t>
      </w:r>
      <w:r>
        <w:t>aur sare profit jo hain, khuda ne wahan ekatha kar diye. aap se pehle ke. sare profit. ekatha hue.</w:t>
      </w:r>
    </w:p>
    <w:p>
      <w:pPr>
        <w:jc w:val="right"/>
      </w:pPr>
      <w:r>
        <w:t>اور سارے پرافٹ جو ہیں، خدا نے وہاں اکٹھا کر دیئے۔ آپ سے پہلے کے۔ سارے پرافٹ۔ اکٹھا ہوئے۔</w:t>
      </w:r>
    </w:p>
    <w:p>
      <w:r>
        <w:rPr>
          <w:b/>
        </w:rPr>
        <w:t xml:space="preserve">[31:22] </w:t>
      </w:r>
      <w:r>
        <w:t>to rasool allah ne lead kiya aap ki namaz ko</w:t>
      </w:r>
    </w:p>
    <w:p>
      <w:pPr>
        <w:jc w:val="right"/>
      </w:pPr>
      <w:r>
        <w:t>تو رسول اللہ نے لیڈ کیا آپ کی نماز کو</w:t>
      </w:r>
    </w:p>
    <w:p>
      <w:r>
        <w:rPr>
          <w:b/>
        </w:rPr>
        <w:t xml:space="preserve">[31:25] </w:t>
      </w:r>
      <w:r>
        <w:t>aapne lead kiya aur sab logon ne namaz padhi. yeh islam mein mana gaya hai. ab yeh itna to mujhe kitab se mila. itna.</w:t>
      </w:r>
    </w:p>
    <w:p>
      <w:pPr>
        <w:jc w:val="right"/>
      </w:pPr>
      <w:r>
        <w:t>۔ آپ نے لیڈ کیا اور سب لوگوں نے نماز پڑھی۔ یہ اسلام میں مانا گیا ہے۔ اب یہ اتنا تو مجھے کتاب سے ملا۔ اتنا۔</w:t>
      </w:r>
    </w:p>
    <w:p>
      <w:r>
        <w:rPr>
          <w:b/>
        </w:rPr>
        <w:t xml:space="preserve">[31:36] </w:t>
      </w:r>
      <w:r>
        <w:t>to jab maine apna sar sajde mein rakha, achaanak woh poora manzar mere samne agaya. ke yahan profit aaye hain.</w:t>
      </w:r>
    </w:p>
    <w:p>
      <w:pPr>
        <w:jc w:val="right"/>
      </w:pPr>
      <w:r>
        <w:t>تو جب میں نے اپنا سر سجدے میں رکھا، اچانک وہ پورا منظر میرے سامنے آگیا۔ کہ یہاں پرافٹ آئے ہیں۔</w:t>
      </w:r>
    </w:p>
    <w:p>
      <w:r>
        <w:rPr>
          <w:b/>
        </w:rPr>
        <w:t xml:space="preserve">[31:46] </w:t>
      </w:r>
      <w:r>
        <w:t>sare doosre profit yahan par laye gaye hain. aur phir namaz khadi hui hai.</w:t>
      </w:r>
    </w:p>
    <w:p>
      <w:pPr>
        <w:jc w:val="right"/>
      </w:pPr>
      <w:r>
        <w:t>سارے دوسرے پرافٹ یہاں پر لائے گئے ہیں۔ اور پھر نماز کھڑی ہوئی ہے۔</w:t>
      </w:r>
    </w:p>
    <w:p>
      <w:r>
        <w:rPr>
          <w:b/>
        </w:rPr>
        <w:t xml:space="preserve">[31:51] </w:t>
      </w:r>
      <w:r>
        <w:t>sab log namaz padh rahe hain. to aisa laga ke jaise distance khatm ho gaya hai.</w:t>
      </w:r>
    </w:p>
    <w:p>
      <w:pPr>
        <w:jc w:val="right"/>
      </w:pPr>
      <w:r>
        <w:t>سب لوگ نماز پڑھ رہے ہیں۔ تو ایسا لگا کہ جیسے ڈسٹنس ختم ہوگیا ہے۔</w:t>
      </w:r>
    </w:p>
    <w:p>
      <w:r>
        <w:rPr>
          <w:b/>
        </w:rPr>
        <w:t xml:space="preserve">[31:59] </w:t>
      </w:r>
      <w:r>
        <w:t>distance khatm ho gaya hai.</w:t>
      </w:r>
    </w:p>
    <w:p>
      <w:pPr>
        <w:jc w:val="right"/>
      </w:pPr>
      <w:r>
        <w:t>ڈسٹنس ختم ہوگیا ہے۔</w:t>
      </w:r>
    </w:p>
    <w:p>
      <w:r>
        <w:rPr>
          <w:b/>
        </w:rPr>
        <w:t xml:space="preserve">[32:05] </w:t>
      </w:r>
      <w:r>
        <w:t>islami aqeede ke mutabiq yeh waqea hua chhe sau lagbhag bees isvi mein. aas pas iske.</w:t>
      </w:r>
    </w:p>
    <w:p>
      <w:pPr>
        <w:jc w:val="right"/>
      </w:pPr>
      <w:r>
        <w:t>اسلامی عقیدے کے مطابق یہ واقعہ ہوا چھ سو لگ بھگ بیس عیسوی میں۔ آس پاس اس کے۔</w:t>
      </w:r>
    </w:p>
    <w:p>
      <w:r>
        <w:rPr>
          <w:b/>
        </w:rPr>
        <w:t xml:space="preserve">[32:13] </w:t>
      </w:r>
      <w:r>
        <w:t>to ab jab maine sajde mein sar rakha to aisa laga ke distance khatm ho gaya.</w:t>
      </w:r>
    </w:p>
    <w:p>
      <w:pPr>
        <w:jc w:val="right"/>
      </w:pPr>
      <w:r>
        <w:t>تو اب جب میں نے سجدے میں سر رکھا تو ایسا لگا کہ ڈسٹنس ختم ہوگیا۔</w:t>
      </w:r>
    </w:p>
    <w:p>
      <w:r>
        <w:rPr>
          <w:b/>
        </w:rPr>
        <w:t xml:space="preserve">[32:21] </w:t>
      </w:r>
      <w:r>
        <w:t>time, space jo hai, woh wahan par baqi nahin hai. to maine, meri zuban se nikla ke khudaya. mujhe bhi us waqt ke us us waqt mein pahuncha de jabke yahan par tere profit namaz padh rahe hain, sajda kar rahe hain.</w:t>
      </w:r>
    </w:p>
    <w:p>
      <w:pPr>
        <w:jc w:val="right"/>
      </w:pPr>
      <w:r>
        <w:t>ٹائم، اسپیس جو ہے، وہ وہاں پر باقی نہیں ہے۔ تو میں نے، میری زبان سے نکلا کہ خدایا۔ مجھے بھی اس وقت کے اس اس وقت میں پہنچا دے جبکہ یہاں پر تیرے پرافٹ نماز پڑھ رہے ہیں، سجدہ کر رہے ہیں۔</w:t>
      </w:r>
    </w:p>
    <w:p>
      <w:r>
        <w:rPr>
          <w:b/>
        </w:rPr>
        <w:t xml:space="preserve">[32:42] </w:t>
      </w:r>
      <w:r>
        <w:t>aur main bhi isi mein unke sath sar jhuka kar ke namaz padh raha hoon, sajda kar raha hoon. to mujhe un logon mein shamil kar de.</w:t>
      </w:r>
    </w:p>
    <w:p>
      <w:pPr>
        <w:jc w:val="right"/>
      </w:pPr>
      <w:r>
        <w:t>اور میں بھی اسی میں ان کے ساتھ سر جھکا کر کے نماز پڑھ رہا ہوں، سجدہ کر رہا ہوں۔ تو مجھے ان لوگوں میں شامل کر دے۔</w:t>
      </w:r>
    </w:p>
    <w:p>
      <w:r>
        <w:rPr>
          <w:b/>
        </w:rPr>
        <w:t xml:space="preserve">[32:49] </w:t>
      </w:r>
      <w:r>
        <w:t>ab dekhen ke is tajrube mein kya hua. ke record jo hai, woh zinda profit ka ka woh mutabadil ban gaya.</w:t>
      </w:r>
    </w:p>
    <w:p>
      <w:pPr>
        <w:jc w:val="right"/>
      </w:pPr>
      <w:r>
        <w:t>اب دیکھیں کہ اس تجربے میں کیا ہوا۔ کہ ریکارڈ جو ہے، وہ زندہ پرافٹ کا کا وہ متبادل بن گیا۔</w:t>
      </w:r>
    </w:p>
    <w:p>
      <w:r>
        <w:rPr>
          <w:b/>
        </w:rPr>
        <w:t xml:space="preserve">[33:02] </w:t>
      </w:r>
      <w:r>
        <w:t>agar aap ka common sense zinda hai. agar aap ka zehn jo hai, woh bharpoor taur par فعال hai.</w:t>
      </w:r>
    </w:p>
    <w:p>
      <w:pPr>
        <w:jc w:val="right"/>
      </w:pPr>
      <w:r>
        <w:t>اگر آپ کا کامن سینس زندہ ہے۔ اگر آپ کا ذہن جو ہے، وہ بھرپور طور پر فعال ہے۔</w:t>
      </w:r>
    </w:p>
    <w:p>
      <w:r>
        <w:rPr>
          <w:b/>
        </w:rPr>
        <w:t xml:space="preserve">[33:12] </w:t>
      </w:r>
      <w:r>
        <w:t>aur aap ko rohani tajruba hota hai, aap ko rohani taraqqi aap ke andar hua hai. to recorded profit aap ke liye zinda profit ke barabar ho jayega.</w:t>
      </w:r>
    </w:p>
    <w:p>
      <w:pPr>
        <w:jc w:val="right"/>
      </w:pPr>
      <w:r>
        <w:t>اور آپ کو روحانی تجربہ ہوتا ہے، آپ کو روحانی ترقی آپ کے اندر ہوا ہے۔ تو ریکارڈڈ پرافٹ آپ کے لیے زندہ پرافٹ کے برابر ہو جائے گا۔</w:t>
      </w:r>
    </w:p>
    <w:p>
      <w:r>
        <w:rPr>
          <w:b/>
        </w:rPr>
        <w:t xml:space="preserve">[33:24] </w:t>
      </w:r>
      <w:r>
        <w:t>agar woh record mustanad hai to. to dekhen yeh hua. ke is se pehle jitne bhi profit the, woh zinda profit the, un ka koi record nahi tha.</w:t>
      </w:r>
    </w:p>
    <w:p>
      <w:pPr>
        <w:jc w:val="right"/>
      </w:pPr>
      <w:r>
        <w:t>اگر وہ ریکارڈ مستند ہے تو۔ تو دیکھیں یہ ہوا۔ کہ اس سے پہلے جتنے بھی پرافٹ تھے، وہ زندہ پرافٹ تھے، ان کا کوئی ریکارڈ نہیں تھا۔</w:t>
      </w:r>
    </w:p>
    <w:p>
      <w:r>
        <w:rPr>
          <w:b/>
        </w:rPr>
        <w:t xml:space="preserve">[33:36] </w:t>
      </w:r>
      <w:r>
        <w:t>to doosra profit to aana zaroori tha. agar doosra profit na aaye to phir to khatam. phir to kahani khatam ho jayegi.</w:t>
      </w:r>
    </w:p>
    <w:p>
      <w:pPr>
        <w:jc w:val="right"/>
      </w:pPr>
      <w:r>
        <w:t>تو دوسرا پرافٹ تو آنا ضروری تھا۔ اگر دوسرا پرافٹ نہ آئے تو پھر تو ختم۔ پھر تو کہانی ختم ہو جائے گی۔</w:t>
      </w:r>
    </w:p>
    <w:p>
      <w:r>
        <w:rPr>
          <w:b/>
        </w:rPr>
        <w:t xml:space="preserve">[33:49] </w:t>
      </w:r>
      <w:r>
        <w:t>lekin profit Muhammad ke baad jab aap. aap ki quran jo hai, aap ka laya hua quran jo hai, woh mehfooz ho gaya.</w:t>
      </w:r>
    </w:p>
    <w:p>
      <w:pPr>
        <w:jc w:val="right"/>
      </w:pPr>
      <w:r>
        <w:t>لیکن پرافٹ محمد کے بعد جب آپ۔ آپ کی قرآن جو ہے، آپ کا لایا ہوا قرآن جو ہے، وہ محفوظ ہوگیا۔</w:t>
      </w:r>
    </w:p>
    <w:p>
      <w:r>
        <w:rPr>
          <w:b/>
        </w:rPr>
        <w:t xml:space="preserve">[34:01] </w:t>
      </w:r>
      <w:r>
        <w:t>aap ki zindagi record ho gayi. aap ki sari kahaniyan jo hain, woh mustanad tareeqe se record ho gayin, sab kuch ho gaya. to ab hum aa gaye, ab ab jo tareekh jo hai, zinda profit se nikal kar ke recorded profit ke is mein aa gayi.</w:t>
      </w:r>
    </w:p>
    <w:p>
      <w:pPr>
        <w:jc w:val="right"/>
      </w:pPr>
      <w:r>
        <w:t>آپ کی زندگی ریکارڈ ہوگئی۔ آپ کی ساری کہانیاں جو ہیں، وہ مستند طریقے سے ریکارڈ ہوگئیں، سب کچھ ہوگیا۔ تو اب ہم آگئے، اب اب جو تاریخ جو ہے، زندہ پرافٹ سے نکل کر کے ریکارڈڈ پرافٹ کے اس میں آگئی۔</w:t>
      </w:r>
    </w:p>
    <w:p>
      <w:r>
        <w:rPr>
          <w:b/>
        </w:rPr>
        <w:t xml:space="preserve">[34:17] </w:t>
      </w:r>
      <w:r>
        <w:t>yani tareekh ek naye marhale mein aa gayi.</w:t>
      </w:r>
    </w:p>
    <w:p>
      <w:pPr>
        <w:jc w:val="right"/>
      </w:pPr>
      <w:r>
        <w:t>یعنی تاریخ ایک نئے مرحلے میں آگئی۔</w:t>
      </w:r>
    </w:p>
    <w:p>
      <w:r>
        <w:rPr>
          <w:b/>
        </w:rPr>
        <w:t xml:space="preserve">[34:21] </w:t>
      </w:r>
      <w:r>
        <w:t>tareekh ka ek naya marhala shuru ho gaya.</w:t>
      </w:r>
    </w:p>
    <w:p>
      <w:pPr>
        <w:jc w:val="right"/>
      </w:pPr>
      <w:r>
        <w:t>تاریخ کا ایک نیا مرحلہ شروع ہوگیا۔</w:t>
      </w:r>
    </w:p>
    <w:p>
      <w:r>
        <w:rPr>
          <w:b/>
        </w:rPr>
        <w:t xml:space="preserve">[34:27] </w:t>
      </w:r>
      <w:r>
        <w:t>to goya ke aakhri marhala ya aakhri marhala jo hai, woh kya hai? woh hai tareekh ke ek naye marhale ka shuru ho jana. It is the beginning of a new phase of history of human.</w:t>
      </w:r>
    </w:p>
    <w:p>
      <w:pPr>
        <w:jc w:val="right"/>
      </w:pPr>
      <w:r>
        <w:t>تو گویا کہ آخری مرحلہ یا آخری مرحلہ جو ہے، وہ کیا ہے؟ وہ ہے تاریخ کے ایک نئے مرحلے کا شروع ہو جانا۔ It is the beginning of a new phase of history of human.</w:t>
      </w:r>
    </w:p>
    <w:p>
      <w:r>
        <w:rPr>
          <w:b/>
        </w:rPr>
        <w:t xml:space="preserve">[34:40] </w:t>
      </w:r>
      <w:r>
        <w:t>insan is se pehle zinda profit se rehnumai liya karta tha.</w:t>
      </w:r>
    </w:p>
    <w:p>
      <w:pPr>
        <w:jc w:val="right"/>
      </w:pPr>
      <w:r>
        <w:t>انسان اس سے پہلے زندہ پرافٹ سے رہنمائی لیا کرتا تھا۔</w:t>
      </w:r>
    </w:p>
    <w:p>
      <w:r>
        <w:rPr>
          <w:b/>
        </w:rPr>
        <w:t xml:space="preserve">[34:47] </w:t>
      </w:r>
      <w:r>
        <w:t>ab insan is maqam par ho gaya ke woh recorded profit se apni rehnumai lene lage. to phir aap ko kya zaroorat hai aur profit aane ki?</w:t>
      </w:r>
    </w:p>
    <w:p>
      <w:pPr>
        <w:jc w:val="right"/>
      </w:pPr>
      <w:r>
        <w:t>اب انسان اس مقام پر ہوگیا کہ وہ ریکارڈڈ پرافٹ سے اپنی رہنمائی لینے لگے۔ تو پھر آپ کو کیا ضرورت ہے اور پرافٹ آنے کی؟</w:t>
      </w:r>
    </w:p>
    <w:p>
      <w:r>
        <w:rPr>
          <w:b/>
        </w:rPr>
        <w:t xml:space="preserve">[34:57] </w:t>
      </w:r>
      <w:r>
        <w:t>aur profit aane ki koi zaroorat nahi hai. achha, yeh baat itni aasan nahi hai. is ke sath aur bohat si baatein juri hui hain.</w:t>
      </w:r>
    </w:p>
    <w:p>
      <w:pPr>
        <w:jc w:val="right"/>
      </w:pPr>
      <w:r>
        <w:t>اور پرافٹ آنے کی کوئی ضرورت نہیں ہے۔ اچھا، یہ بات اتنی آسان نہیں ہے۔ اس کے ساتھ اور بہت سی باتیں جڑی ہوئی ہیں۔</w:t>
      </w:r>
    </w:p>
    <w:p>
      <w:r>
        <w:rPr>
          <w:b/>
        </w:rPr>
        <w:t xml:space="preserve">[35:12] </w:t>
      </w:r>
      <w:r>
        <w:t>That was a revolutionary decision</w:t>
      </w:r>
    </w:p>
    <w:p>
      <w:pPr>
        <w:jc w:val="right"/>
      </w:pPr>
      <w:r>
        <w:t>That was a revolutionary decision</w:t>
      </w:r>
    </w:p>
    <w:p>
      <w:r>
        <w:rPr>
          <w:b/>
        </w:rPr>
        <w:t xml:space="preserve">[35:15] </w:t>
      </w:r>
      <w:r>
        <w:t>yani Khuda ne jab yeh faisla kiya, ab profit nahi aayega, to yeh ek inqilabi faisla tha. woh kaise? tareekh mein pehli baar insan ko ek bohat hi bara mission diya gaya, jo is se pehle kabhi nahi diya gaya tha.</w:t>
      </w:r>
    </w:p>
    <w:p>
      <w:pPr>
        <w:jc w:val="right"/>
      </w:pPr>
      <w:r>
        <w:t>یعنی خدا نے جب یہ فیصلہ کیا، اب پرافٹ نہیں آئے گا، تو یہ ایک انقلابی فیصلہ تھا۔ وہ کیسے؟ تاریخ میں پہلی بار انسان کو ایک بہت ہی بڑا مشن دیا گیا، جو اس سے پہلے کبھی نہیں دیا گیا تھا۔</w:t>
      </w:r>
    </w:p>
    <w:p>
      <w:r>
        <w:rPr>
          <w:b/>
        </w:rPr>
        <w:t xml:space="preserve">[35:30] </w:t>
      </w:r>
      <w:r>
        <w:t>yani ilahi maqsad ke liye fa'al ho jana. ilahi maqsad ke liye. is se pehle kya tha, dekhiye.</w:t>
      </w:r>
    </w:p>
    <w:p>
      <w:pPr>
        <w:jc w:val="right"/>
      </w:pPr>
      <w:r>
        <w:t>یعنی الٰہی مقصد کے لیے فعال ہو جانا۔ الٰہی مقصد کے لیے۔ اس سے پہلے کیا تھا، دیکھیے۔</w:t>
      </w:r>
    </w:p>
    <w:p>
      <w:r>
        <w:rPr>
          <w:b/>
        </w:rPr>
        <w:t xml:space="preserve">[35:39] </w:t>
      </w:r>
      <w:r>
        <w:t>aap pichhli tareekh dekhiye aap. sari sargharmiyan kya hua karti thin?</w:t>
      </w:r>
    </w:p>
    <w:p>
      <w:pPr>
        <w:jc w:val="right"/>
      </w:pPr>
      <w:r>
        <w:t>آپ پچھلی تاریخ دیکھیے آپ۔ ساری سرگرمیاں کیا ہوا کرتی تھیں؟</w:t>
      </w:r>
    </w:p>
    <w:p>
      <w:r>
        <w:rPr>
          <w:b/>
        </w:rPr>
        <w:t xml:space="preserve">[35:45] </w:t>
      </w:r>
      <w:r>
        <w:t>kisi khandanī qanoon ko qaim karne ke liye. bas. koi badshah hai, uska khandanī qanoon hai, usi ke liye sari sargharmiyan hoti thin.</w:t>
      </w:r>
    </w:p>
    <w:p>
      <w:pPr>
        <w:jc w:val="right"/>
      </w:pPr>
      <w:r>
        <w:t>کسی خاندانی قانون کو قائم کرنے کے لیے۔ بس۔ کوئی بادشاہ ہے، اس کا خاندانی قانون ہے، اسی کے لیے ساری سرگرمیاں ہوتی تھیں۔</w:t>
      </w:r>
    </w:p>
    <w:p>
      <w:r>
        <w:rPr>
          <w:b/>
        </w:rPr>
        <w:t xml:space="preserve">[35:55] </w:t>
      </w:r>
      <w:r>
        <w:t>kal mein radio mein sun raha tha, all India radio se, to us mein bata raha tha library ke bare mein. ke library jo thi, pehle kahan hoti thi?</w:t>
      </w:r>
    </w:p>
    <w:p>
      <w:pPr>
        <w:jc w:val="right"/>
      </w:pPr>
      <w:r>
        <w:t>کل میں ریڈیو میں سن رہا تھا، آل انڈیا ریڈیو سے، تو اس میں بتا رہا تھا لائبریری کے بارے میں۔ کہ لائبریری جو تھی، پہلے کہاں ہوتی تھی؟</w:t>
      </w:r>
    </w:p>
    <w:p>
      <w:r>
        <w:rPr>
          <w:b/>
        </w:rPr>
        <w:t xml:space="preserve">[36:05] </w:t>
      </w:r>
      <w:r>
        <w:t>ya to hoti thi us mein, yani woh shahi mahalat mein hoti thi library.</w:t>
      </w:r>
    </w:p>
    <w:p>
      <w:pPr>
        <w:jc w:val="right"/>
      </w:pPr>
      <w:r>
        <w:t>یا تو ہوتی تھی اس میں، یعنی وہ شاہی محلات میں ہوتی تھی لائبریری۔</w:t>
      </w:r>
    </w:p>
    <w:p>
      <w:r>
        <w:rPr>
          <w:b/>
        </w:rPr>
        <w:t xml:space="preserve">[36:14] </w:t>
      </w:r>
      <w:r>
        <w:t>ya phir un logon ke paas hoti thi jo, yani jagahon par ibadat mein.</w:t>
      </w:r>
    </w:p>
    <w:p>
      <w:pPr>
        <w:jc w:val="right"/>
      </w:pPr>
      <w:r>
        <w:t>یا پھر ان لوگوں کے پاس ہوتی تھی جو، یعنی جگہوں پر عبادت میں۔</w:t>
      </w:r>
    </w:p>
    <w:p>
      <w:r>
        <w:rPr>
          <w:b/>
        </w:rPr>
        <w:t xml:space="preserve">[36:20] </w:t>
      </w:r>
      <w:r>
        <w:t>wohan par kya hoti thi? woh jo mazhabi kitab jo kuch hai, woh wahan rakha hota tha. jis ko padhte the roohani log. ya phir shahi khandan jo hua karta tha, us ke liye, woh bhi kya the?</w:t>
      </w:r>
    </w:p>
    <w:p>
      <w:pPr>
        <w:jc w:val="right"/>
      </w:pPr>
      <w:r>
        <w:t>وہاں پر کیا ہوتی تھی؟ وہ جو مذہبی کتاب جو کچھ ہے، وہ وہاں رکھا ہوتا تھا۔ جس کو پڑھتے تھے روحیت لوگ۔ یا پھر شاہی خاندان جو ہوا کرتا تھا، اس کے لیے، وہ بھی کیا تھے؟</w:t>
      </w:r>
    </w:p>
    <w:p>
      <w:r>
        <w:rPr>
          <w:b/>
        </w:rPr>
        <w:t xml:space="preserve">[36:33] </w:t>
      </w:r>
      <w:r>
        <w:t>yani badshahon ki kahaniyan. is ke siwa library ka riwaj hi nahi tha.</w:t>
      </w:r>
    </w:p>
    <w:p>
      <w:pPr>
        <w:jc w:val="right"/>
      </w:pPr>
      <w:r>
        <w:t>یعنی بادشاہوں کی کہانیاں۔ اس کے سوا لائبریری کا رواج ہی نہیں تھا۔</w:t>
      </w:r>
    </w:p>
    <w:p>
      <w:r>
        <w:rPr>
          <w:b/>
        </w:rPr>
        <w:t xml:space="preserve">[36:42] </w:t>
      </w:r>
      <w:r>
        <w:t>to jab Khuda ne quran ko mehfooz kar diya, profit ki zindagi ko poora record ban gaya.</w:t>
      </w:r>
    </w:p>
    <w:p>
      <w:pPr>
        <w:jc w:val="right"/>
      </w:pPr>
      <w:r>
        <w:t>تو جب خدا نے قرآن کو محفوظ کر دیا، پرافٹ کی زندگی کو پورا ریکارڈ بن گیا۔</w:t>
      </w:r>
    </w:p>
    <w:p>
      <w:r>
        <w:rPr>
          <w:b/>
        </w:rPr>
        <w:t xml:space="preserve">[36:52] </w:t>
      </w:r>
      <w:r>
        <w:t>har aitbar se aap ek poora model samne aa gaya. to ab is ko mehfooz karna ek bohat bara mission tha.</w:t>
      </w:r>
    </w:p>
    <w:p>
      <w:pPr>
        <w:jc w:val="right"/>
      </w:pPr>
      <w:r>
        <w:t>ہر اعتبار سے آپ ایک پورا ماڈل سامنے آگیا۔ تو اب اس کو محفوظ کرنا ایک بہت بڑا مشن تھا۔</w:t>
      </w:r>
    </w:p>
    <w:p>
      <w:r>
        <w:rPr>
          <w:b/>
        </w:rPr>
        <w:t xml:space="preserve">[37:04] </w:t>
      </w:r>
      <w:r>
        <w:t>poori poori team isi mein lag gayi.</w:t>
      </w:r>
    </w:p>
    <w:p>
      <w:pPr>
        <w:jc w:val="right"/>
      </w:pPr>
      <w:r>
        <w:t>پوری پوری ٹیم اسی میں لگ گئی۔</w:t>
      </w:r>
    </w:p>
    <w:p>
      <w:r>
        <w:rPr>
          <w:b/>
        </w:rPr>
        <w:t xml:space="preserve">[37:09] </w:t>
      </w:r>
      <w:r>
        <w:t>poori poori team. aap dekhiye ke poori tareekh mein sab se bara jo mutharrik hua hai, woh Rasool Allah ke baad hua hai.</w:t>
      </w:r>
    </w:p>
    <w:p>
      <w:pPr>
        <w:jc w:val="right"/>
      </w:pPr>
      <w:r>
        <w:t>پوری پوری ٹیم۔ آپ دیکھیے کہ پوری تاریخ میں سب سے بڑا جو متحرک ہوا ہے، وہ رسول اللہ کے بعد ہوا ہے۔</w:t>
      </w:r>
    </w:p>
    <w:p>
      <w:r>
        <w:rPr>
          <w:b/>
        </w:rPr>
        <w:t xml:space="preserve">[37:19] </w:t>
      </w:r>
      <w:r>
        <w:t>mutharrik. woh kaise hua? ke aap ki jo wafat hui to sare log nikal gaye aap ka mission le kar bahar ki duniya mein.</w:t>
      </w:r>
    </w:p>
    <w:p>
      <w:pPr>
        <w:jc w:val="right"/>
      </w:pPr>
      <w:r>
        <w:t>متحرک۔ وہ کیسے ہوا؟ کہ آپ کی جو وفات ہوئی تو سارے لوگ نکل گئے آپ کا مشن لے کر باہر کی دنیا میں۔</w:t>
      </w:r>
    </w:p>
    <w:p>
      <w:r>
        <w:rPr>
          <w:b/>
        </w:rPr>
        <w:t xml:space="preserve">[37:30] </w:t>
      </w:r>
      <w:r>
        <w:t>ek lakh se zyada log.</w:t>
      </w:r>
    </w:p>
    <w:p>
      <w:pPr>
        <w:jc w:val="right"/>
      </w:pPr>
      <w:r>
        <w:t>ایک لاکھ سے زیادہ لوگ۔</w:t>
      </w:r>
    </w:p>
    <w:p>
      <w:r>
        <w:rPr>
          <w:b/>
        </w:rPr>
        <w:t xml:space="preserve">[37:34] </w:t>
      </w:r>
      <w:r>
        <w:t>yeh mutaharrik jo hai, yeh mutaharrik jo hai, kabhi tareekh mein nahi hua. Yeh tab bara bain al aqwami tehreek. Sari duniya mein chale jana.</w:t>
      </w:r>
    </w:p>
    <w:p>
      <w:pPr>
        <w:jc w:val="right"/>
      </w:pPr>
      <w:r>
        <w:t>یہ متحرک جو ہے، یہ متحرک جو ہے، کبھی تاریخ میں نہیں ہوئی۔ یہ تب بڑا بین الاقوامی تحریک۔ ساری دنیا میں چلے جانا۔</w:t>
      </w:r>
    </w:p>
    <w:p>
      <w:r>
        <w:rPr>
          <w:b/>
        </w:rPr>
        <w:t xml:space="preserve">[37:44] </w:t>
      </w:r>
      <w:r>
        <w:t>To yeh ek jo mission tha, is mission ne jo ek sitara paida kiya tha. Ek deewangi paida ki thi ke hamein Khuda ne apne rehnumai ko mehfooz kar diya</w:t>
      </w:r>
    </w:p>
    <w:p>
      <w:pPr>
        <w:jc w:val="right"/>
      </w:pPr>
      <w:r>
        <w:t>تو یہ ایک جو مشن تھا، اس مشن نے جو ایک ستارہ پیدا کیا تھا۔ ایک دیوانگی پیدا کی تھی کہ ہمیں خدا نے اپنے رہنمائی کو محفوظ کر دیا</w:t>
      </w:r>
    </w:p>
    <w:p>
      <w:r>
        <w:rPr>
          <w:b/>
        </w:rPr>
        <w:t xml:space="preserve">[37:59] </w:t>
      </w:r>
      <w:r>
        <w:t>hai. Is rehnumai ko hamein aage le jana hai. Prophet ki niyabat mein. Yani yeh log jo the, woh apne aap ko unhon ne samjha ke hum to prophet ki jagah par hain.</w:t>
      </w:r>
    </w:p>
    <w:p>
      <w:pPr>
        <w:jc w:val="right"/>
      </w:pPr>
      <w:r>
        <w:t>ہے۔ اس رہنمائی کو ہمیں آگے لے جانا ہے۔ پرافٹ کی نیابت میں۔ یعنی یہ لوگ جو تھے، وہ اپنے آپ کو انہوں نے سمجھا کہ ہم تو پرافٹ کی جگہ پر ہیں۔</w:t>
      </w:r>
    </w:p>
    <w:p>
      <w:r>
        <w:rPr>
          <w:b/>
        </w:rPr>
        <w:t xml:space="preserve">[38:10] </w:t>
      </w:r>
      <w:r>
        <w:t>Jo prophet wala kaam hum ne karna hai. Jaise kaha jata hai humanism ke bare mein ke transfer of seed from God to man yahan kya hua?</w:t>
      </w:r>
    </w:p>
    <w:p>
      <w:pPr>
        <w:jc w:val="right"/>
      </w:pPr>
      <w:r>
        <w:t>جو پرافٹ والا کام ہم نے کرنا ہے۔ جیسے کہا جاتا ہے ہیومنزم کے بارے میں کہ transfer of seed from God to man یہاں کیا ہوا؟</w:t>
      </w:r>
    </w:p>
    <w:p>
      <w:r>
        <w:rPr>
          <w:b/>
        </w:rPr>
        <w:t xml:space="preserve">[38:22] </w:t>
      </w:r>
      <w:r>
        <w:t>transfer of seed from prophet to man ho gaya. transfer of seed from prophet to non-prophet</w:t>
      </w:r>
    </w:p>
    <w:p>
      <w:pPr>
        <w:jc w:val="right"/>
      </w:pPr>
      <w:r>
        <w:t>transfer of seed from prophet to man ہو گیا۔ transfer of seed from prophet to non-prophet</w:t>
      </w:r>
    </w:p>
    <w:p>
      <w:r>
        <w:rPr>
          <w:b/>
        </w:rPr>
        <w:t xml:space="preserve">[38:30] </w:t>
      </w:r>
      <w:r>
        <w:t>To jo kaam karna tha prophet ko, ab jab prophet koi nahi aane wale hain, to aap ne jo team banai thi, us team ki zimmedari ban gai.</w:t>
      </w:r>
    </w:p>
    <w:p>
      <w:pPr>
        <w:jc w:val="right"/>
      </w:pPr>
      <w:r>
        <w:t>تو جو کام کرنا تھا پرافٹ کو، اب جب پرافٹ کوئی نہیں آنے والے ہیں، تو آپ نے جو ٹیم بنائی تھی، اس ٹیم کی ذمہ داری بن گئی۔</w:t>
      </w:r>
    </w:p>
    <w:p>
      <w:r>
        <w:rPr>
          <w:b/>
        </w:rPr>
        <w:t xml:space="preserve">[38:42] </w:t>
      </w:r>
      <w:r>
        <w:t>Ek zabardast halchal. Sari duniya mein ek naya daur paida hua isi liye.</w:t>
      </w:r>
    </w:p>
    <w:p>
      <w:pPr>
        <w:jc w:val="right"/>
      </w:pPr>
      <w:r>
        <w:t>ایک زبردست ہلچل۔ ساری دنیا میں ایک نیا دور پیدا ہوا اسی لیے۔</w:t>
      </w:r>
    </w:p>
    <w:p>
      <w:r>
        <w:rPr>
          <w:b/>
        </w:rPr>
        <w:t xml:space="preserve">[38:50] </w:t>
      </w:r>
      <w:r>
        <w:t>Jis ke liye maine apni kitabon mein kafi tafseel se likha hai, aap parh sakte hain is ko. Ke prophet ke inteqal ke baad ek ek pura ek inqalab aa gaya logon ke andar.</w:t>
      </w:r>
    </w:p>
    <w:p>
      <w:pPr>
        <w:jc w:val="right"/>
      </w:pPr>
      <w:r>
        <w:t>جس کے لیے میں نے اپنی کتابوں میں کافی تفصیل سے لکھا ہے، آپ پڑھ سکتے ہیں اس کو۔ کہ پرافٹ کے انتقال کے بعد ایک ایک پورا ایک انقلاب آگیا لوگوں کے اندر۔</w:t>
      </w:r>
    </w:p>
    <w:p>
      <w:r>
        <w:rPr>
          <w:b/>
        </w:rPr>
        <w:t xml:space="preserve">[39:02] </w:t>
      </w:r>
      <w:r>
        <w:t>Yeh paigham ko pahunchana hai, paigham ko pahunchana hai, paigham ko pahunchana hai.</w:t>
      </w:r>
    </w:p>
    <w:p>
      <w:pPr>
        <w:jc w:val="right"/>
      </w:pPr>
      <w:r>
        <w:t>یہ پیغام کو پہنچانا ہے، پیغام کو پہنچانا ہے، پیغام کو پہنچانا ہے۔</w:t>
      </w:r>
    </w:p>
    <w:p>
      <w:r>
        <w:rPr>
          <w:b/>
        </w:rPr>
        <w:t xml:space="preserve">[39:10] </w:t>
      </w:r>
      <w:r>
        <w:t>To yeh agar, yani yeh jo prophet, yani aakhri prophet ka aana jo hai, ek inqalab ka aana tha.</w:t>
      </w:r>
    </w:p>
    <w:p>
      <w:pPr>
        <w:jc w:val="right"/>
      </w:pPr>
      <w:r>
        <w:t>تو یہ اگر، یعنی یہ جو پرافٹ، یعنی آخری پرافٹ کا آنا جو ہے، ایک انقلاب کا آنا تھا۔</w:t>
      </w:r>
    </w:p>
    <w:p>
      <w:r>
        <w:rPr>
          <w:b/>
        </w:rPr>
        <w:t xml:space="preserve">[39:21] </w:t>
      </w:r>
      <w:r>
        <w:t>Ek nayi tareekh ka shuru hona tha. Ek naye daur ka samne aana tha.</w:t>
      </w:r>
    </w:p>
    <w:p>
      <w:pPr>
        <w:jc w:val="right"/>
      </w:pPr>
      <w:r>
        <w:t>ایک نئی تاریخ کا شروع ہونا تھا۔ ایک نئے دور کا سامنے آنا تھا۔</w:t>
      </w:r>
    </w:p>
    <w:p>
      <w:r>
        <w:rPr>
          <w:b/>
        </w:rPr>
        <w:t xml:space="preserve">[39:31] </w:t>
      </w:r>
      <w:r>
        <w:t>To aakhri marhala ya prophethood ka matlab yeh hai ke tareekh mein ek naye marhale ka aghaz.</w:t>
      </w:r>
    </w:p>
    <w:p>
      <w:pPr>
        <w:jc w:val="right"/>
      </w:pPr>
      <w:r>
        <w:t>تو آخری مرحلہ یا پرافٹ ہڈ کا مطلب یہ ہے کہ تاریخ میں ایک نئے مرحلے کا آغاز۔</w:t>
      </w:r>
    </w:p>
    <w:p>
      <w:r>
        <w:rPr>
          <w:b/>
        </w:rPr>
        <w:t xml:space="preserve">[39:42] </w:t>
      </w:r>
      <w:r>
        <w:t>Is yani transfer of seed from prophet to man transfer of seed from prophet to non-prophet yeh kitna bara inqalab hai aur kitna bara waqia hai jo tareekh mein hua.</w:t>
      </w:r>
    </w:p>
    <w:p>
      <w:pPr>
        <w:jc w:val="right"/>
      </w:pPr>
      <w:r>
        <w:t>اس یعنی transfer of seed from prophet to man transfer of seed from پرافٹ to non-prophet یہ کتنا بڑا انقلاب ہے اور کتنا بڑا واقعہ ہے جو تاریخ میں ہوا۔</w:t>
      </w:r>
    </w:p>
    <w:p>
      <w:r>
        <w:rPr>
          <w:b/>
        </w:rPr>
        <w:t xml:space="preserve">[40:10] </w:t>
      </w:r>
      <w:r>
        <w:t>hamara ek sawal hamare dimagh mein aata hai ke</w:t>
      </w:r>
    </w:p>
    <w:p>
      <w:pPr>
        <w:jc w:val="right"/>
      </w:pPr>
      <w:r>
        <w:t>हमारा एक सवाल हमारे दिमाग में आता है कि</w:t>
      </w:r>
    </w:p>
    <w:p>
      <w:r>
        <w:rPr>
          <w:b/>
        </w:rPr>
        <w:t xml:space="preserve">[40:15] </w:t>
      </w:r>
      <w:r>
        <w:t>prophet Muhammad jo prophet Muhammad ke pehle ka jo daur hai jahan pe tamam nabi the aapne bahut</w:t>
      </w:r>
    </w:p>
    <w:p>
      <w:pPr>
        <w:jc w:val="right"/>
      </w:pPr>
      <w:r>
        <w:t>پرافٹ محمد جو پرافٹ محمد کے پہلے کا جو دور ہے جہاں پہ تمام نبی تھے आपने बहुत</w:t>
      </w:r>
    </w:p>
    <w:p>
      <w:r>
        <w:rPr>
          <w:b/>
        </w:rPr>
        <w:t xml:space="preserve">[40:21] </w:t>
      </w:r>
      <w:r>
        <w:t>saare lectures mein bataya hai ke unki team nahi ban paayi aur poori society ko khuda ne jo</w:t>
      </w:r>
    </w:p>
    <w:p>
      <w:pPr>
        <w:jc w:val="right"/>
      </w:pPr>
      <w:r>
        <w:t>सारे लेक्चर्स में बताया है कि उनकी टीम नहीं बन पाई और पूरी सोसाइटी को खुदा ने जो</w:t>
      </w:r>
    </w:p>
    <w:p>
      <w:r>
        <w:rPr>
          <w:b/>
        </w:rPr>
        <w:t xml:space="preserve">[40:27] </w:t>
      </w:r>
      <w:r>
        <w:t>degenerate jab ho gayi thi poori society ko khuda ne kisi ko aag mein daal diya paani mein</w:t>
      </w:r>
    </w:p>
    <w:p>
      <w:pPr>
        <w:jc w:val="right"/>
      </w:pPr>
      <w:r>
        <w:t>डिजनरेट जब हो गई थी पूरी सोसाइटी को खुदा ने किसी को आग में डाल दिया पानी में</w:t>
      </w:r>
    </w:p>
    <w:p>
      <w:r>
        <w:rPr>
          <w:b/>
        </w:rPr>
        <w:t xml:space="preserve">[40:30] </w:t>
      </w:r>
      <w:r>
        <w:t>daal diya bahut saari to koi bacha hi nahi matlab poori poori generation nahi even jesus christ aage</w:t>
      </w:r>
    </w:p>
    <w:p>
      <w:pPr>
        <w:jc w:val="right"/>
      </w:pPr>
      <w:r>
        <w:t>डाल दिया बहुत सारी तो कोई बचा ही नहीं मतलब पूरी पूरी जनरेशन नहीं ایون جیسس کرائسٹ اگے</w:t>
      </w:r>
    </w:p>
    <w:p>
      <w:r>
        <w:rPr>
          <w:b/>
        </w:rPr>
        <w:t xml:space="preserve">[40:35] </w:t>
      </w:r>
      <w:r>
        <w:t>hi had 12 people hon actually followed hum to hamara kya ye keh sakte hain ke mostly jo jannat</w:t>
      </w:r>
    </w:p>
    <w:p>
      <w:pPr>
        <w:jc w:val="right"/>
      </w:pPr>
      <w:r>
        <w:t>ہیڈ 12 پیپل ہوں ایکچولی فالوڈ ہم तो हमारा क्या ये कह सकते हैं कि मोस्टली जो जन्नत</w:t>
      </w:r>
    </w:p>
    <w:p>
      <w:r>
        <w:rPr>
          <w:b/>
        </w:rPr>
        <w:t xml:space="preserve">[40:41] </w:t>
      </w:r>
      <w:r>
        <w:t>ke jo jaane mein jo jaane wale jo log honge woh prophet Muhammad ke baad ke honge</w:t>
      </w:r>
    </w:p>
    <w:p>
      <w:pPr>
        <w:jc w:val="right"/>
      </w:pPr>
      <w:r>
        <w:t>के जो जाने में जो जाने वाले जो लोग होंगे वो پرافٹ محمد کے بعد کے ہوں گے</w:t>
      </w:r>
    </w:p>
    <w:p>
      <w:r>
        <w:rPr>
          <w:b/>
        </w:rPr>
        <w:t xml:space="preserve">[40:47] </w:t>
      </w:r>
      <w:r>
        <w:t>zyada</w:t>
      </w:r>
    </w:p>
    <w:p>
      <w:pPr>
        <w:jc w:val="right"/>
      </w:pPr>
      <w:r>
        <w:t>زیادہ</w:t>
      </w:r>
    </w:p>
    <w:p>
      <w:r>
        <w:rPr>
          <w:b/>
        </w:rPr>
        <w:t xml:space="preserve">[40:49] </w:t>
      </w:r>
      <w:r>
        <w:t>Ji. Aap ka bahut hi interesting sawal hai yeh aur is ka jawab khud Quran mein maujood hai chapter number 56 mein hai yeh is mein bataya gaya hai ke jannat walon ki do category hogi</w:t>
      </w:r>
    </w:p>
    <w:p>
      <w:pPr>
        <w:jc w:val="right"/>
      </w:pPr>
      <w:r>
        <w:t>جی. आपका बहुत ही इंटरेस्टिंग सवाल है यह اور اس کا جواب خود قرآن میں موجود ہے چیپٹر نمبر 56 میں ہے یہ اس میں بتایا گیا ہے کہ جنت والوں کی دو کیٹیگری ہوگی</w:t>
      </w:r>
    </w:p>
    <w:p>
      <w:r>
        <w:rPr>
          <w:b/>
        </w:rPr>
        <w:t xml:space="preserve">[41:10] </w:t>
      </w:r>
      <w:r>
        <w:t>Yani broad division mein do category</w:t>
      </w:r>
    </w:p>
    <w:p>
      <w:pPr>
        <w:jc w:val="right"/>
      </w:pPr>
      <w:r>
        <w:t>یعنی براڈ ڈیویژن میں دو کیٹیگری</w:t>
      </w:r>
    </w:p>
    <w:p>
      <w:r>
        <w:rPr>
          <w:b/>
        </w:rPr>
        <w:t xml:space="preserve">[41:14] </w:t>
      </w:r>
      <w:r>
        <w:t>To ek honge un ko kaha gaya Ashab al Yameen phir kaha gaya hai As-Sabiqun al Awwalun to</w:t>
      </w:r>
    </w:p>
    <w:p>
      <w:pPr>
        <w:jc w:val="right"/>
      </w:pPr>
      <w:r>
        <w:t>تو ایک ہوں گے ان کو کہا گیا اصحاب الیمین پھر کہا گیا ہے السابقون الاولون تو</w:t>
      </w:r>
    </w:p>
    <w:p>
      <w:r>
        <w:rPr>
          <w:b/>
        </w:rPr>
        <w:t xml:space="preserve">[41:32] </w:t>
      </w:r>
      <w:r>
        <w:t>Ashab al Yameen ka literal translation hai ke dayen wale aur As-Sabiqun ka translation hai aage wale</w:t>
      </w:r>
    </w:p>
    <w:p>
      <w:pPr>
        <w:jc w:val="right"/>
      </w:pPr>
      <w:r>
        <w:t>اصحاب الیمین کا لٹرل ٹرانسلیشن ہے کہ دائیں والے اور السابقون کا ٹرانسلیشن ہے آگے والے</w:t>
      </w:r>
    </w:p>
    <w:p>
      <w:r>
        <w:rPr>
          <w:b/>
        </w:rPr>
        <w:t xml:space="preserve">[41:44] </w:t>
      </w:r>
      <w:r>
        <w:t>To ab wahan par dayen aur bayen ka dayen ka aur aage ka matlab hoga Ashab al Shimal bhi is mein hai Ashab al Shimal wale yani left side wale Ashab al Yameen right side wale As-Sabiqun aage wale</w:t>
      </w:r>
    </w:p>
    <w:p>
      <w:pPr>
        <w:jc w:val="right"/>
      </w:pPr>
      <w:r>
        <w:t>تو اب وہاں پر دائیں اور بائیں کا دائیں کا اور آگے کا مطلب ہوگا اصحاب الشمال بھی اس میں ہے اصحاب الشمال والے یعنی لیفٹ سائیڈ والے اصحاب الیمین رائٹ سائیڈ والے السابقون آگے والے</w:t>
      </w:r>
    </w:p>
    <w:p>
      <w:r>
        <w:rPr>
          <w:b/>
        </w:rPr>
        <w:t xml:space="preserve">[42:03] </w:t>
      </w:r>
      <w:r>
        <w:t>To yeh ek samjhane ke liye hai ke left side wale ko kaha gaya hai ke woh jahannum mein jaane wale log honge aur right side walon ko kaha gaya hai ke woh woh log honge jin ko jannat milegi to jannat walon ki do category batayi gayi hai</w:t>
      </w:r>
    </w:p>
    <w:p>
      <w:pPr>
        <w:jc w:val="right"/>
      </w:pPr>
      <w:r>
        <w:t>تو یہ ایک سمجھانے کے لیے ہے کہ لیفٹ سائیڈ والے کو کہا گیا ہے کہ وہ جہنم میں جانے والے لوگ ہوں گے اور رائٹ سائیڈ والوں کو کہا گیا ہے کہ وہ وہ لوگ ہوں گے جن کو جنت ملے گی تو جنت والوں کی دو کیٹیگری بتائی گئی ہے</w:t>
      </w:r>
    </w:p>
    <w:p>
      <w:r>
        <w:rPr>
          <w:b/>
        </w:rPr>
        <w:t xml:space="preserve">[42:21] </w:t>
      </w:r>
      <w:r>
        <w:t>to saabiqoon wale mein jo aage wale yani jinhone badh badh kar khuda ke deen mein hissa</w:t>
      </w:r>
    </w:p>
    <w:p>
      <w:pPr>
        <w:jc w:val="right"/>
      </w:pPr>
      <w:r>
        <w:t>تو السابقون والے میں جو آگے والے یعنی جنہوں نے بڑھ بڑھ کر خدا کے دین میں حصہ</w:t>
      </w:r>
    </w:p>
    <w:p>
      <w:r>
        <w:rPr>
          <w:b/>
        </w:rPr>
        <w:t xml:space="preserve">[42:28] </w:t>
      </w:r>
      <w:r>
        <w:t>liya jinhone zyada dedicated the jo</w:t>
      </w:r>
    </w:p>
    <w:p>
      <w:pPr>
        <w:jc w:val="right"/>
      </w:pPr>
      <w:r>
        <w:t>لیا جنہوں نے زیادہ ڈیڈیکیٹڈ تھے جو</w:t>
      </w:r>
    </w:p>
    <w:p>
      <w:r>
        <w:rPr>
          <w:b/>
        </w:rPr>
        <w:t xml:space="preserve">[42:34] </w:t>
      </w:r>
      <w:r>
        <w:t>zyada unhone bade bade kaam kiye qurbaniyan kin</w:t>
      </w:r>
    </w:p>
    <w:p>
      <w:pPr>
        <w:jc w:val="right"/>
      </w:pPr>
      <w:r>
        <w:t>زیادہ انہوں نے بڑے بڑے کام کیے قربانیاں کیں</w:t>
      </w:r>
    </w:p>
    <w:p>
      <w:r>
        <w:rPr>
          <w:b/>
        </w:rPr>
        <w:t xml:space="preserve">[42:42] </w:t>
      </w:r>
      <w:r>
        <w:t>to zyada yani</w:t>
      </w:r>
    </w:p>
    <w:p>
      <w:pPr>
        <w:jc w:val="right"/>
      </w:pPr>
      <w:r>
        <w:t>تو زیادہ یعنی</w:t>
      </w:r>
    </w:p>
    <w:p>
      <w:r>
        <w:rPr>
          <w:b/>
        </w:rPr>
        <w:t xml:space="preserve">[42:46] </w:t>
      </w:r>
      <w:r>
        <w:t>har lehaz se jo noor jo aage tak pahunche</w:t>
      </w:r>
    </w:p>
    <w:p>
      <w:pPr>
        <w:jc w:val="right"/>
      </w:pPr>
      <w:r>
        <w:t>ہر لحاظ سے جو نور جو آگے تک پہنچے</w:t>
      </w:r>
    </w:p>
    <w:p>
      <w:r>
        <w:rPr>
          <w:b/>
        </w:rPr>
        <w:t xml:space="preserve">[42:51] </w:t>
      </w:r>
      <w:r>
        <w:t>aur woh log honge jo jo jo dayein wale hain</w:t>
      </w:r>
    </w:p>
    <w:p>
      <w:pPr>
        <w:jc w:val="right"/>
      </w:pPr>
      <w:r>
        <w:t>اور وہ لوگ ہوں گے جو جو جو دائیں والے ہیں</w:t>
      </w:r>
    </w:p>
    <w:p>
      <w:r>
        <w:rPr>
          <w:b/>
        </w:rPr>
        <w:t xml:space="preserve">[42:57] </w:t>
      </w:r>
      <w:r>
        <w:t>woh kya kaho jinhone kaam to kiya lekin itna bada kaam nahi kiya unhone itni zyada</w:t>
      </w:r>
    </w:p>
    <w:p>
      <w:pPr>
        <w:jc w:val="right"/>
      </w:pPr>
      <w:r>
        <w:t>وہ کیا کہو جنہوں نے کام تو کیا لیکن اتنا بڑا کام نہیں کیا انہوں نے اتنی زیادہ</w:t>
      </w:r>
    </w:p>
    <w:p>
      <w:r>
        <w:rPr>
          <w:b/>
        </w:rPr>
        <w:t xml:space="preserve">[43:03] </w:t>
      </w:r>
      <w:r>
        <w:t>qurbaniyan nahi kin unhone to yeh hai</w:t>
      </w:r>
    </w:p>
    <w:p>
      <w:pPr>
        <w:jc w:val="right"/>
      </w:pPr>
      <w:r>
        <w:t>قربانیاں نہیں کیں انہوں نے تو یہ ہے</w:t>
      </w:r>
    </w:p>
    <w:p>
      <w:r>
        <w:rPr>
          <w:b/>
        </w:rPr>
        <w:t xml:space="preserve">[43:07] </w:t>
      </w:r>
      <w:r>
        <w:t>To Quran mein yeh hai ke pichhle logon mein 'sullatum minal awakhireen' ek substantial number hoga pehlu walon mein substantial number hoga baad walon mein yani Ashab al Yameen ka dayen walon ka 'sullatum minal awakhireen' matlab substantial number hoga to is matlab mein ke dono period mein barabar bataye gaye hain</w:t>
      </w:r>
    </w:p>
    <w:p>
      <w:pPr>
        <w:jc w:val="right"/>
      </w:pPr>
      <w:r>
        <w:t>تو قرآن میں یہ ہے کہ پچھلے لوگوں میں سُلَّتُمْ مِنَ الْأَوْخِرِينَ ایک سبسٹینشل نمبر ہوگا پہلوں والوں میں سبسٹینشل نمبر ہوگا بعد والوں میں یعنی اصحاب الیمین کا دائیں والوں کا سُلَّتُمْ مِنَ الْأَوْخِرِينَ معنی سبسٹینشل نمبر ہوگا تو اس معنی میں کہ دونوں پیریڈ میں برابر بتائے گئے ہیں</w:t>
      </w:r>
    </w:p>
    <w:p>
      <w:r>
        <w:rPr>
          <w:b/>
        </w:rPr>
        <w:t xml:space="preserve">[43:37] </w:t>
      </w:r>
      <w:r>
        <w:t>Ashab al Yameen jo hai Muhammad se pehle jo log hain guzre un mein bhi ek substantial number niklenge aise log jo Ashab al Yameen qarar payen aur substantial number un logon ka bhi hoga jo baad ko aayen lekin jo As-Sabiqun al Awwalun jo hain woh aage wale zyada ooncha darja paney wale</w:t>
      </w:r>
    </w:p>
    <w:p>
      <w:pPr>
        <w:jc w:val="right"/>
      </w:pPr>
      <w:r>
        <w:t>اصحاب الیمین جو ہے محمد سے پہلے جو لوگ ہیں گزرے ان میں بھی ایک سبسٹینشل نمبر نکلیں گے ایسے لوگ جو اصحاب الیمین قرار پائیں اور سبسٹینشل نمبر ان لوگوں کا بھی ہوگا جو بعد کو آئیں لیکن جو السابقون الاولون جو ہیں وہ آگے والے زیادہ اونچا درجہ پانے والے</w:t>
      </w:r>
    </w:p>
    <w:p>
      <w:r>
        <w:rPr>
          <w:b/>
        </w:rPr>
        <w:t xml:space="preserve">[44:03] </w:t>
      </w:r>
      <w:r>
        <w:t>Ab dekhte hain har cheez mein har har jagah aap dekhte hain koi bhi party ho koi bhi campaign chalai jati hai to is mein kuch log aage hote hain yeh aage kaun log hote hain jo zyada dedicated hon jo zyada bare zyada qurbaniyan jinhon ne ki hon jinhon ne zyada apne aap ko is mein laga diya ho to is mein kaha gaya hai ke 'sullatum minal awakhireen' pichhle walon mein zyada honge lekin baad walon mein kam honge</w:t>
      </w:r>
    </w:p>
    <w:p>
      <w:pPr>
        <w:jc w:val="right"/>
      </w:pPr>
      <w:r>
        <w:t>اب دیکھتے ہیں ہر چیز میں ہر ہر جگہ آپ دیکھتے ہیں کوئی بھی پارٹی ہو کوئی بھی کیمپین چلائی جاتی ہے تو اس میں کچھ لوگ آگے ہوتے ہیں یہ آگے کون لوگ ہوتے ہیں جو زیادہ ڈیڈیکیٹڈ ہوں جو زیادہ بڑے زیادہ قربانیاں جنہوں نے کی ہوں جنہوں نے زیادہ اپنے آپ کو اس میں لگا دیا ہو تو اس میں کہا گیا ہے کہ سُلَّتُمْ مِنَ الْأَوْخِرِينَ پچھلے والوں میں زیادہ ہوں گے لیکن بعد والوں میں کم ہوں گے</w:t>
      </w:r>
    </w:p>
    <w:p>
      <w:r>
        <w:rPr>
          <w:b/>
        </w:rPr>
        <w:t xml:space="preserve">[44:30] </w:t>
      </w:r>
      <w:r>
        <w:t>is se main ne samjha hai ke jin ko hum pichhle log kehte hain woh koi mamooli log nahi the un ki tareekh hamare paas nahi hai lekin beharhal is mein aise log the jinhone badi badi qurbaniyan keen ab jaise aap sochiye zara ke ek khatoon thi ab yeh qurbaniyan to hamare bas ke nahi hain hum to nahi kar sakte itni badi qurbaniyan is ka naam tha aasiya</w:t>
      </w:r>
    </w:p>
    <w:p>
      <w:pPr>
        <w:jc w:val="right"/>
      </w:pPr>
      <w:r>
        <w:t>اس سے میں نے سمجھا ہے کہ جن کو ہم پچھلے لوگ کہتے ہیں وہ کوئی معمولی لوگ نہیں تھے ان کی تاریخ ہمارے پاس نہیں ہے لیکن بہرحال اس میں ایسے لوگ تھے جنہوں نے بڑی بڑی قربانیاں کیں اب جیسے آپ سوچیے ذرا کہ ایک خاتون تھی اب یہ قربانیاں تو ہمارے بس کے نہیں ہیں ہم تو نہیں کر سکتے اتنی بڑی قربانیاں اس کا نام تھا آسیہ</w:t>
      </w:r>
    </w:p>
    <w:p>
      <w:r>
        <w:rPr>
          <w:b/>
        </w:rPr>
        <w:t xml:space="preserve">[44:57] </w:t>
      </w:r>
      <w:r>
        <w:t>aap sochiye zara ke kaisi badi qurbaniyan is ki hain is ke liye to ek aur jannat khuda banaye ga shayad</w:t>
      </w:r>
    </w:p>
    <w:p>
      <w:pPr>
        <w:jc w:val="right"/>
      </w:pPr>
      <w:r>
        <w:t>آپ سوچیے ذرا کہ کیسی بڑی قربانیاں اس کی ہیں اس کے لیے تو ایک اور جنت خدا بنائے گا شاید</w:t>
      </w:r>
    </w:p>
    <w:p>
      <w:r>
        <w:rPr>
          <w:b/>
        </w:rPr>
        <w:t xml:space="preserve">[45:10] </w:t>
      </w:r>
      <w:r>
        <w:t>to woh firaun ki biwi thi woh aur firaun is zamane mein siyasi badshah tha samjhiye siyasi badshah</w:t>
      </w:r>
    </w:p>
    <w:p>
      <w:pPr>
        <w:jc w:val="right"/>
      </w:pPr>
      <w:r>
        <w:t>تو وہ فیرعون کی بیوی تھی وہ اور فیرعون اس زمانے میں سیاسی بادشاہ تھا سمجھیے سیاسی بادشاہ</w:t>
      </w:r>
    </w:p>
    <w:p>
      <w:r>
        <w:rPr>
          <w:b/>
        </w:rPr>
        <w:t xml:space="preserve">[45:19] </w:t>
      </w:r>
      <w:r>
        <w:t>to musa ki baaten suni is ne to musa ki baaten sun kar is ne kaha ke main marti hoon musa ko iman laye in ke upar main ne in ke mazhab ko apna liya to firaun bohat ghusa ho gaya</w:t>
      </w:r>
    </w:p>
    <w:p>
      <w:pPr>
        <w:jc w:val="right"/>
      </w:pPr>
      <w:r>
        <w:t>تو موسیٰ کی باتیں سنی اس نے تو موسیٰ کی باتیں سن کر اس نے کہا کہ میں مانتی ہوں موسیٰ کو ایمان لائے ان کے اوپر میں نے ان کے مذہب کو اپنا لیا تو فیرعون بہت غصہ ہو گیا</w:t>
      </w:r>
    </w:p>
    <w:p>
      <w:r>
        <w:rPr>
          <w:b/>
        </w:rPr>
        <w:t xml:space="preserve">[45:37] </w:t>
      </w:r>
      <w:r>
        <w:t>aur is ne kaha ke tum ko chhodna pare ga</w:t>
      </w:r>
    </w:p>
    <w:p>
      <w:pPr>
        <w:jc w:val="right"/>
      </w:pPr>
      <w:r>
        <w:t>اور اس نے کہا کہ تم کو چھوڑنا پڑے گا</w:t>
      </w:r>
    </w:p>
    <w:p>
      <w:r>
        <w:rPr>
          <w:b/>
        </w:rPr>
        <w:t xml:space="preserve">[45:42] </w:t>
      </w:r>
      <w:r>
        <w:t>musa ke sath nahi de sakti tum musa ke deen ko nahi le sakti tum mere deen par aana pare ga tum ko to is ne kaha ke</w:t>
      </w:r>
    </w:p>
    <w:p>
      <w:pPr>
        <w:jc w:val="right"/>
      </w:pPr>
      <w:r>
        <w:t>موسیٰ کے ساتھ نہیں دے سکتی تم موسیٰ کے دین کو نہیں لے سکتی تم میرے دین پر آنا پڑے گا تم کو تو اس نے کہا کہ</w:t>
      </w:r>
    </w:p>
    <w:p>
      <w:r>
        <w:rPr>
          <w:b/>
        </w:rPr>
        <w:t xml:space="preserve">[45:56] </w:t>
      </w:r>
      <w:r>
        <w:t>is ne dhamki di firaun ne ke main tum ko aisa karunga wahan par bohat zaleel kun qism ki ek ek saza hoti thi saza zaleel kun qism ki ek taraf ka hath ek taraf ka paon kaatte the</w:t>
      </w:r>
    </w:p>
    <w:p>
      <w:pPr>
        <w:jc w:val="right"/>
      </w:pPr>
      <w:r>
        <w:t>اس نے دھمکی دی فرعون نے کہ میں تم کو ایسا کروں گا وہاں پر بہت ذلیل کن قسم کی ایک ایک سزا ہوتی تھی سزا ذلیل کن قسم کی ایک طرف کا ہاتھ ایک طرف کا پاؤں کاٹتے تھے</w:t>
      </w:r>
    </w:p>
    <w:p>
      <w:r>
        <w:rPr>
          <w:b/>
        </w:rPr>
        <w:t xml:space="preserve">[46:11] </w:t>
      </w:r>
      <w:r>
        <w:t>phir is ko soli pe chadate the gaalon par yani bohat zaleel kun qism ki saza hoti thi yeh ke tadpa tadpa kar ke abhi aap kisi ko gale par dalte hain gaalon par dalte hain to woh do teen ghante mar jata hai woh yeh karte the ke ek hath kaat diya ab tadap raha hai aadmi ek paon kaat diya idhar ka tadap raha hai aadmi phir is ko chadaya is par masloob kiya is ko is tarah karunga main to kya is ne aise hi</w:t>
      </w:r>
    </w:p>
    <w:p>
      <w:pPr>
        <w:jc w:val="right"/>
      </w:pPr>
      <w:r>
        <w:t>پھر اس کو سولی پہ چڑھاتے تھے گالوں پر یعنی بہت ذلیل کن قسم کی سزا ہوتی تھی یہ کہ تڑپا تڑپا کر کے ابھی آپ کسی کو گلے پر ڈالتے ہیں گالوں پر ڈالتے ہیں تو وہ دو تین گھنٹے مر جاتا ہے وہ یہ کرتے تھے کہ ایک ہاتھ کاٹ دیا اب تڑپ رہا ہے آدمی ایک پاؤں کاٹ دیا ادھر کا تڑپ رہا ہے آدمی پھر اس کو چڑھایا اس پر مصلوب کیا اس کو اس طرح کروں گا میں تو کیا اس نے ایسے ہی</w:t>
      </w:r>
    </w:p>
    <w:p>
      <w:r>
        <w:rPr>
          <w:b/>
        </w:rPr>
        <w:t xml:space="preserve">[46:40] </w:t>
      </w:r>
      <w:r>
        <w:t>aur is khatoon ne aakhir waqt tak yani yahi boli ke main musa ke deen par khud musa ke khuda par iman lati hoon aap sochiye ke jo qurbaniyan is ki thin woh is liye to khuda shayad ek aur jannat banaye hum to nahi kar sakte itni badi qurbaniyan</w:t>
      </w:r>
    </w:p>
    <w:p>
      <w:pPr>
        <w:jc w:val="right"/>
      </w:pPr>
      <w:r>
        <w:t>اور اس خاتون نے آخر وقت تک یعنی یہی بولی کہ میں موسیٰ کے دین پر خود موسیٰ کے خدا پر ایمان لاتی ہوں آپ سوچیے کہ جو قربانیاں اس کی تھیں وہ اس لیے تو خدا شاید ایک اور جنت بنائے ہم تو نہیں کر سکتے اتنی بڑی قربانیاں</w:t>
      </w:r>
    </w:p>
    <w:p>
      <w:r>
        <w:rPr>
          <w:b/>
        </w:rPr>
        <w:t xml:space="preserve">[47:01] </w:t>
      </w:r>
      <w:r>
        <w:t>aise hi dekhiye firaun ne jo kiya tha musa aur firaun ka jo muqabla hua tha is mein jo lathi ya asa bani stock to wahan par musa ne jab dala to is ne jadoogar bulaye the misr mein jadoo bohat tha is zamane mein to woh log aaye unhone apna kuch dala kuch rasi isi kuch dala woh bhi saanp ban gaye aise hi se</w:t>
      </w:r>
    </w:p>
    <w:p>
      <w:pPr>
        <w:jc w:val="right"/>
      </w:pPr>
      <w:r>
        <w:t>ایسے ہی دیکھیے فیرعون نے جو کیا تھا موسیٰ اور فیرعون کا جو مقابلہ ہوا تھا اس میں جو لاٹھی یا عصا بنی اسٹاک تو وہاں پر موسیٰ نے جب ڈالا تو اس نے جادوگر بلائے تھے مصر میں جادو بہت تھا اس زمانے میں تو وہ لوگ آئے انہوں نے اپنا کچھ ڈالا کچھ رسی اسی کچھ ڈالا وہ بھی سانپ بن گئے ایسے ہی سے</w:t>
      </w:r>
    </w:p>
    <w:p>
      <w:r>
        <w:rPr>
          <w:b/>
        </w:rPr>
        <w:t xml:space="preserve">[47:27] </w:t>
      </w:r>
      <w:r>
        <w:t>lekin jab musa ne dala apna to faiz'aj talqafu ma yafikun to musa ka jo tha woh to khudai cheez thi woh stock jo tha woh khudai cheez thi to bohat bada saanp bana woh yani python jis ko kehte hain to jidhar woh jata tha to rasiyan rasiyan ban gayeen lakdiyan lakdiyan ban gayeen</w:t>
      </w:r>
    </w:p>
    <w:p>
      <w:pPr>
        <w:jc w:val="right"/>
      </w:pPr>
      <w:r>
        <w:t>لیکن جب موسیٰ نے ڈالا اپنا تو فَاذْعَجَ تَلْقَفُ مَا يَافِكُونَ تو موسیٰ کا جو تھا وہ تو خدائی چیز تھی وہ اسٹاک جو تھا وہ خدائی چیز تھی تو بہت بڑا سانپ بنا وہ یعنی پائیتھون جس کو کہتے ہیں تو جدھر وہ جاتا تھا تو رسیاں رسیاں بن گئیں لکڑیاں لکڑیاں بن گئیں</w:t>
      </w:r>
    </w:p>
    <w:p>
      <w:r>
        <w:rPr>
          <w:b/>
        </w:rPr>
        <w:t xml:space="preserve">[47:51] </w:t>
      </w:r>
      <w:r>
        <w:t>to jab yeh dekha woh jadoogar the unhone jab dekha to us waqt sare firaun ka sara darbar tha sare bade bade wahan par log the unhone keh diya ke hum iman laye musa ke rab par hum par khul gaya ke musa khuda ke nabi hain to wahi dhamki di is ne firaun ne ke main tum ko ek hath idhar ka ek paon idhar ka kaat kar ke tum ko soli pe chadaunga</w:t>
      </w:r>
    </w:p>
    <w:p>
      <w:pPr>
        <w:jc w:val="right"/>
      </w:pPr>
      <w:r>
        <w:t>تو جب یہ دیکھا وہ جادوگر تھے انہوں نے جب دیکھا تو اس وقت سارے فرعون کا سارا دربار تھا سارے بڑے بڑے وہاں پر لوگ تھے انہوں نے کہہ دیا کہ ہم ایمان لائے موسیٰ کے رب پر ہم پر کھل گیا کہ موسیٰ خدا کے نبی ہیں تو وہی دھمکی دی اس نے فرعون نے کہ میں تم کو ایک ہاتھ ادھر کا ایک پاؤں ادھر کا کاٹ کر کے تم کو سولی پہ چڑھاؤں گا</w:t>
      </w:r>
    </w:p>
    <w:p>
      <w:r>
        <w:rPr>
          <w:b/>
        </w:rPr>
        <w:t xml:space="preserve">[48:20] </w:t>
      </w:r>
      <w:r>
        <w:t>to unhone dekhiye kaha tha jab</w:t>
      </w:r>
    </w:p>
    <w:p>
      <w:pPr>
        <w:jc w:val="right"/>
      </w:pPr>
      <w:r>
        <w:t>تو انہوں نے دیکھیے کہا تھا جب</w:t>
      </w:r>
    </w:p>
    <w:p>
      <w:r>
        <w:rPr>
          <w:b/>
        </w:rPr>
        <w:t xml:space="preserve">[48:25] </w:t>
      </w:r>
      <w:r>
        <w:t>faqad is ko zara sochiye in alfaz ko faqad ma antaqad fa innaka taqdi hazir hayat ad dunya woh firaun jo siyasi guard bana hua tha is ke samne kaha unhone jo chahe karo isi dunya ke to kar sakte ho tum jo hai baad mein wahan to kuch nahi kar sakte tum faqad ma antaqad fa innaka taqdi hazir hayat ad dunya</w:t>
      </w:r>
    </w:p>
    <w:p>
      <w:pPr>
        <w:jc w:val="right"/>
      </w:pPr>
      <w:r>
        <w:t>فقط اس کو ذرا سوچیے ان الفاظ کو فَقْدِ مَا أَنْتَقَاضَ فَإِنَّكَ تَقْضِي حَاذِرْ حَيَاةِ الدُّنْيَا وہ فرعون جو سیاسی گارڈ بنا ہوا تھا اس کے سامنے کہا انہوں نے جو چاہے کرو اسی دنیا کے تو کر سکتے ہو تم جو ہے بعد میں وہاں تو کچھ نہیں کر سکتے تم فَقْدِ مَا أَنْتَقَاضَ فَإِنَّكَ تَقْضِي حَاذِرْ حَيَاةِ الدُّنْيَا</w:t>
      </w:r>
    </w:p>
    <w:p>
      <w:r>
        <w:rPr>
          <w:b/>
        </w:rPr>
        <w:t xml:space="preserve">[48:48] </w:t>
      </w:r>
      <w:r>
        <w:t>jo karna chahe kar lo</w:t>
      </w:r>
    </w:p>
    <w:p>
      <w:pPr>
        <w:jc w:val="right"/>
      </w:pPr>
      <w:r>
        <w:t>جو کرنا چاہے کر لو</w:t>
      </w:r>
    </w:p>
    <w:p>
      <w:r>
        <w:rPr>
          <w:b/>
        </w:rPr>
        <w:t xml:space="preserve">[48:50] </w:t>
      </w:r>
      <w:r>
        <w:t>isi duniya ke liye tum kar paoge iske baad jo maut ke baad jo duniya hai</w:t>
      </w:r>
    </w:p>
    <w:p>
      <w:pPr>
        <w:jc w:val="right"/>
      </w:pPr>
      <w:r>
        <w:t>اسی دنیا کے لیے تم کر پاؤ گے اس کے بعد جو موت کے بعد جو دنیا ہے</w:t>
      </w:r>
    </w:p>
    <w:p>
      <w:r>
        <w:rPr>
          <w:b/>
        </w:rPr>
        <w:t xml:space="preserve">[48:54] </w:t>
      </w:r>
      <w:r>
        <w:t>eternal duniya wahan tumhara kuch bas nahi chalega yeh sab logon ne kaha aur sach much is</w:t>
      </w:r>
    </w:p>
    <w:p>
      <w:pPr>
        <w:jc w:val="right"/>
      </w:pPr>
      <w:r>
        <w:t>ایٹرنل دنیا وہاں تمہارا کچھ بس نہیں چلے گا یہ سب لوگوں نے کہا اور سچ مچ اس</w:t>
      </w:r>
    </w:p>
    <w:p>
      <w:r>
        <w:rPr>
          <w:b/>
        </w:rPr>
        <w:t xml:space="preserve">[49:00] </w:t>
      </w:r>
      <w:r>
        <w:t>ne sab ko isi tareeqe se phansi de di</w:t>
      </w:r>
    </w:p>
    <w:p>
      <w:pPr>
        <w:jc w:val="right"/>
      </w:pPr>
      <w:r>
        <w:t>نے سب کو اسی طریقے سے پھانسی دے دی</w:t>
      </w:r>
    </w:p>
    <w:p>
      <w:r>
        <w:rPr>
          <w:b/>
        </w:rPr>
        <w:t xml:space="preserve">[49:04] </w:t>
      </w:r>
      <w:r>
        <w:t>haath paon kuttwaya phansi de di lekin aakhir waqt tak in mein se koi badla nahi aap sochiye</w:t>
      </w:r>
    </w:p>
    <w:p>
      <w:pPr>
        <w:jc w:val="right"/>
      </w:pPr>
      <w:r>
        <w:t>ہاتھ پاؤں کٹوایا پھانسی دے دی لیکن آخر وقت تک ان میں سے کوئی بدلا نہیں آپ سوچیے</w:t>
      </w:r>
    </w:p>
    <w:p>
      <w:r>
        <w:rPr>
          <w:b/>
        </w:rPr>
        <w:t xml:space="preserve">[49:10] </w:t>
      </w:r>
      <w:r>
        <w:t>ke in ki jo qurbaniyan hain hum log to kuch bhi nahi hain</w:t>
      </w:r>
    </w:p>
    <w:p>
      <w:pPr>
        <w:jc w:val="right"/>
      </w:pPr>
      <w:r>
        <w:t>کہ ان کی جو قربانیاں ہیں ہم لوگ تو کچھ بھی نہیں ہیں</w:t>
      </w:r>
    </w:p>
    <w:p>
      <w:r>
        <w:rPr>
          <w:b/>
        </w:rPr>
        <w:t xml:space="preserve">[49:16] </w:t>
      </w:r>
      <w:r>
        <w:t>in ke baghol hain hum kuch bhi nahi hain</w:t>
      </w:r>
    </w:p>
    <w:p>
      <w:pPr>
        <w:jc w:val="right"/>
      </w:pPr>
      <w:r>
        <w:t>ان کے بقول ہیں ہم کچھ بھی نہیں ہیں</w:t>
      </w:r>
    </w:p>
    <w:p>
      <w:r>
        <w:rPr>
          <w:b/>
        </w:rPr>
        <w:t xml:space="preserve">[49:20] </w:t>
      </w:r>
      <w:r>
        <w:t>to dekhiye hadith mein aata hai ke ek is zamane mein jab ke badshahat ka zamana tha badshahat</w:t>
      </w:r>
    </w:p>
    <w:p>
      <w:pPr>
        <w:jc w:val="right"/>
      </w:pPr>
      <w:r>
        <w:t>تو دیکھیے حدیث میں آتا ہے کہ ایک اس زمانے میں جب کہ بادشاہت کا زمانہ تھا بادشاہت</w:t>
      </w:r>
    </w:p>
    <w:p>
      <w:r>
        <w:rPr>
          <w:b/>
        </w:rPr>
        <w:t xml:space="preserve">[49:27] </w:t>
      </w:r>
      <w:r>
        <w:t>ka zamana jo tha bohat hi yani dilchasp prosecution bohat zyada wahan hota tha</w:t>
      </w:r>
    </w:p>
    <w:p>
      <w:pPr>
        <w:jc w:val="right"/>
      </w:pPr>
      <w:r>
        <w:t>کا زمانہ جو تھا بہت ہی یعنی دلچسپ پراسیکیوشن بہت زیادہ وہاں ہوتا تھا</w:t>
      </w:r>
    </w:p>
    <w:p>
      <w:r>
        <w:rPr>
          <w:b/>
        </w:rPr>
        <w:t xml:space="preserve">[49:35] </w:t>
      </w:r>
      <w:r>
        <w:t>ek aadmi laya gaya us ne kaha ke khuda ek hai is aaj zamane mein aap chahte hain</w:t>
      </w:r>
    </w:p>
    <w:p>
      <w:pPr>
        <w:jc w:val="right"/>
      </w:pPr>
      <w:r>
        <w:t>ایک آدمی لایا گیا اس نے کہا کہ خدا ایک ہے اس آج زمانے میں آپ چاہتے ہیں</w:t>
      </w:r>
    </w:p>
    <w:p>
      <w:r>
        <w:rPr>
          <w:b/>
        </w:rPr>
        <w:t xml:space="preserve">[49:41] </w:t>
      </w:r>
      <w:r>
        <w:t>khuda ek hai to koi pakadta nahi aap ko</w:t>
      </w:r>
    </w:p>
    <w:p>
      <w:pPr>
        <w:jc w:val="right"/>
      </w:pPr>
      <w:r>
        <w:t>خدا ایک ہے تو کوئی پکڑتا نہیں آپ کو</w:t>
      </w:r>
    </w:p>
    <w:p>
      <w:r>
        <w:rPr>
          <w:b/>
        </w:rPr>
        <w:t xml:space="preserve">[49:44] </w:t>
      </w:r>
      <w:r>
        <w:t>wahan par yeh kehne ke mani sab se bara jurm tha yeh</w:t>
      </w:r>
    </w:p>
    <w:p>
      <w:pPr>
        <w:jc w:val="right"/>
      </w:pPr>
      <w:r>
        <w:t>وہاں پر یہ کہنے کے معنی سب سے بڑا جرم تھا یہ</w:t>
      </w:r>
    </w:p>
    <w:p>
      <w:r>
        <w:rPr>
          <w:b/>
        </w:rPr>
        <w:t xml:space="preserve">[49:48] </w:t>
      </w:r>
      <w:r>
        <w:t>us ne kaha ke khuda ek hai</w:t>
      </w:r>
    </w:p>
    <w:p>
      <w:pPr>
        <w:jc w:val="right"/>
      </w:pPr>
      <w:r>
        <w:t>اس نے کہا کہ خدا ایک ہے</w:t>
      </w:r>
    </w:p>
    <w:p>
      <w:r>
        <w:rPr>
          <w:b/>
        </w:rPr>
        <w:t xml:space="preserve">[49:50] </w:t>
      </w:r>
      <w:r>
        <w:t>to woh jo badshah jo tha woh khud apne guard batata tha to wahan par sa yahan rakha gaya aur yahan se chalate chalate yahan tak aur is ki body jo hai idhar aadhi idhar aadhi gir gayi is aadmi ki phir bhi woh kehta raha ke khuda ek hai aap sochiye ke logon ki qurbaniyan hum logon ko to kuch bhi nahi hai hum logon ko to kuch bhi nahi hai</w:t>
      </w:r>
    </w:p>
    <w:p>
      <w:pPr>
        <w:jc w:val="right"/>
      </w:pPr>
      <w:r>
        <w:t>تو وہ جو بادشاہ جو تھا وہ خود اپنے گارڈ بتاتا تھا تو وہاں پر سا یہاں رکھا گیا اور یہاں سے چلاتے چلاتے یہاں تک اور اس کی باڈی جو ہے ادھر آدھی ادھر آدھی گر گئی اس آدمی کی پھر بھی وہ کہتا رہا کہ خدا ایک ہے آپ سوچیے کہ لوگوں کی قربانیاں ہم لوگوں کو تو کچھ بھی نہیں ہے ہم لوگوں کو تو کچھ بھی نہیں ہے</w:t>
      </w:r>
    </w:p>
    <w:p>
      <w:r>
        <w:rPr>
          <w:b/>
        </w:rPr>
        <w:t xml:space="preserve">[50:19] </w:t>
      </w:r>
      <w:r>
        <w:t>isi liye quran mein hai ke sulton min</w:t>
      </w:r>
    </w:p>
    <w:p>
      <w:pPr>
        <w:jc w:val="right"/>
      </w:pPr>
      <w:r>
        <w:t>اسی لیے قرآن میں ہے کہ سُلَّتُمْ مِنَ</w:t>
      </w:r>
    </w:p>
    <w:p>
      <w:r>
        <w:rPr>
          <w:b/>
        </w:rPr>
        <w:t xml:space="preserve">[50:22] </w:t>
      </w:r>
      <w:r>
        <w:t>al-awkhireen wa qaleelun min al-awkhireen yeh jo log honge badi badi qurbaniyan dene wale bade bade yani</w:t>
      </w:r>
    </w:p>
    <w:p>
      <w:pPr>
        <w:jc w:val="right"/>
      </w:pPr>
      <w:r>
        <w:t>الْأَوْخِرِينَ وَقَلِيلٌ مِنَ الْأَوْخِرِينَ یہ جو لوگ ہوں گے بڑی بڑی قربانیاں دینے والے بڑے بڑے یعنی</w:t>
      </w:r>
    </w:p>
    <w:p>
      <w:r>
        <w:rPr>
          <w:b/>
        </w:rPr>
        <w:t xml:space="preserve">[50:31] </w:t>
      </w:r>
      <w:r>
        <w:t>test se guzar kar phir phir bhi apni jagah par jame rehne wale log jo hain pehle zyada</w:t>
      </w:r>
    </w:p>
    <w:p>
      <w:pPr>
        <w:jc w:val="right"/>
      </w:pPr>
      <w:r>
        <w:t>ٹیسٹ سے گزر کر پھر پھر بھی اپنی جگہ پر جمے رہنے والے لوگ جو ہیں پہلے زیادہ</w:t>
      </w:r>
    </w:p>
    <w:p>
      <w:r>
        <w:rPr>
          <w:b/>
        </w:rPr>
        <w:t xml:space="preserve">[50:35] </w:t>
      </w:r>
      <w:r>
        <w:t>honge baad woh kam honge</w:t>
      </w:r>
    </w:p>
    <w:p>
      <w:pPr>
        <w:jc w:val="right"/>
      </w:pPr>
      <w:r>
        <w:t>ہوں گے بعد وہ کم ہوں گے</w:t>
      </w:r>
    </w:p>
    <w:p>
      <w:r>
        <w:rPr>
          <w:b/>
        </w:rPr>
        <w:t xml:space="preserve">[50:39] </w:t>
      </w:r>
      <w:r>
        <w:t>to hum log kam wale mein hain</w:t>
      </w:r>
    </w:p>
    <w:p>
      <w:pPr>
        <w:jc w:val="right"/>
      </w:pPr>
      <w:r>
        <w:t>تو ہم لوگ کم والے میں ہیں</w:t>
      </w:r>
    </w:p>
    <w:p>
      <w:r>
        <w:rPr>
          <w:b/>
        </w:rPr>
        <w:t xml:space="preserve">[50:42] </w:t>
      </w:r>
      <w:r>
        <w:t>aur jo woh hain ashab al-yameen woh pehle bhi substantial tadad un ki thi ab bhi substantial number</w:t>
      </w:r>
    </w:p>
    <w:p>
      <w:pPr>
        <w:jc w:val="right"/>
      </w:pPr>
      <w:r>
        <w:t>اور جو وہ ہیں اصحاب الیمین وہ پہلے بھی سبسٹینشل تعداد ان کی تھی اب بھی سبسٹینشل نمبر</w:t>
      </w:r>
    </w:p>
    <w:p>
      <w:r>
        <w:rPr>
          <w:b/>
        </w:rPr>
        <w:t xml:space="preserve">[50:48] </w:t>
      </w:r>
      <w:r>
        <w:t>honge un ke</w:t>
      </w:r>
    </w:p>
    <w:p>
      <w:pPr>
        <w:jc w:val="right"/>
      </w:pPr>
      <w:r>
        <w:t>ہوں گے ان کے</w:t>
      </w:r>
    </w:p>
    <w:p>
      <w:r>
        <w:rPr>
          <w:b/>
        </w:rPr>
        <w:t xml:space="preserve">[50:49] </w:t>
      </w:r>
      <w:r>
        <w:t>yeh aaj quran mein bataya gaya hai. hamara but ye keh sakte hain ke pehle agar physical torment zyada tha to ab mental torment hai because you also in your own lifetime have gone through a lot of mental trauma and sacrifice and torment haan, yeh aaj hi subah main is par soch raha tha to quran ki ek ayat mujhe aayi wa asbir ala ma asabaka</w:t>
      </w:r>
    </w:p>
    <w:p>
      <w:pPr>
        <w:jc w:val="right"/>
      </w:pPr>
      <w:r>
        <w:t>یہ آج قرآن میں بتایا گیا ہے. हमारा बट ये कह सकते हैं कि पहले अगर फिजिकल टॉर्मेंट ज्यादा था तो अब मेंटल टॉर्मेंट है because you also in your own lifetime have gone through a lot of mental trauma and sacrifice and torment हाँ, ये आज ही सुबह मैं इस पर सोच रहा था तो قرآन की एक आयत मुझे आई وَاسْبِرْ عَلَى مَا أَصَابَكَ</w:t>
      </w:r>
    </w:p>
    <w:p>
      <w:r>
        <w:rPr>
          <w:b/>
        </w:rPr>
        <w:t xml:space="preserve">[51:18] </w:t>
      </w:r>
      <w:r>
        <w:t>hota yeh hai ke mental torment bohat hi kadi cheez hai bohat zyada kadi cheez hai lekin hota kya hai mental torment se aadmi escape dhoond leta hai physical jo hota hai us mein aap escape to talwar aayi aur maar diya aap ko khatam ho gaya</w:t>
      </w:r>
    </w:p>
    <w:p>
      <w:pPr>
        <w:jc w:val="right"/>
      </w:pPr>
      <w:r>
        <w:t>ہوتا یہ ہے کہ مینٹل ٹارمنٹ بہت ہی کڑی چیز ہے بہت زیادہ کڑی چیز ہے لیکن ہوتا کیا ہے مینٹل ٹارمنٹ سے آدمی ایسکیپ ڈھونڈ لیتا ہے فزیکل جو ہوتا ہے اس میں آپ ایسکیپ تو آیا تلوار آئی اور مار دیا آپ کو ختم ہو گیا</w:t>
      </w:r>
    </w:p>
    <w:p>
      <w:r>
        <w:rPr>
          <w:b/>
        </w:rPr>
        <w:t xml:space="preserve">[51:35] </w:t>
      </w:r>
      <w:r>
        <w:t>to aaj hi main maulana raza khan se baat kar raha tha ke dekhiye yeh quran mein jo hai ek wa asbir ala ma asabaka jo beeta hai tumhare upar to is par patience yani patient patience ke sath jame raho is par jo beeta hai to dekhiye aap sahi keh rahi hain lekin physical torture torture mein yeh hota tha ke aap ke liye koi choice nahi hota tha</w:t>
      </w:r>
    </w:p>
    <w:p>
      <w:pPr>
        <w:jc w:val="right"/>
      </w:pPr>
      <w:r>
        <w:t>تو آج ہی میں مولانا رضا خان سے بات کر رہا تھا کہ دیکھیے یہ قرآن میں جو ہے ایک وَاسْبِرْ عَلَى مَا أَصَابَكَ جو بیتا ہے تمہارے اوپر تو اس پر پیشن یعنی پیشنٹ پیشنس کے ساتھ جمے رہو اس پر جو بیتا ہے تو دیکھیے آپ صحیح کہہ رہی ہیں لیکن فزیکل ٹارچر ٹارچر میں یہ ہوتا تھا کہ آپ کے لیے کوئی چوائس نہیں ہوتا تھا</w:t>
      </w:r>
    </w:p>
    <w:p>
      <w:r>
        <w:rPr>
          <w:b/>
        </w:rPr>
        <w:t xml:space="preserve">[52:02] </w:t>
      </w:r>
      <w:r>
        <w:t>koi choice nahi hota pakad woh pakda hua model hai lekin intellectual torture jo hai is mein aap ke liye choice hota hai jaldi se kya karte hain koi jhoot bolta hai koi ladai ladne lagta hai kai na kai tarike se manage karta hai ke is se nikal bhage wahan aap nikal nahi bhag sakte the ab bataiye yeh jo jadoogar the un ke liye kya choice tha bhagne ka unhe to choice kuch nahi tha unhe to marna tha</w:t>
      </w:r>
    </w:p>
    <w:p>
      <w:pPr>
        <w:jc w:val="right"/>
      </w:pPr>
      <w:r>
        <w:t>کوئی چوائس نہیں ہوتا پکڑ وہ پکڑا ہوا ماڈل ہے لیکن انٹلیکچول ٹارچر جو ہے اس میں آپ کے لیے چوائس ہوتا ہے جلدی سے کیا کرتے ہیں کوئی جھوٹ بولتا ہے کوئی لڑائی لڑنے لگتا ہے کئی نہ کئی طریقے سے مینج کرتا ہے کہ اس سے نکل بھاگے وہاں آپ نکل نہیں بھاگ سکتے تھے اب بتائیے یہ جو جادوگر تھے ان کے لیے کیا چوائس تھا بھاگنے کا انہیں تو چوائس کچھ نہیں تھا انہیں تو مرنا تھا</w:t>
      </w:r>
    </w:p>
    <w:p>
      <w:r>
        <w:rPr>
          <w:b/>
        </w:rPr>
        <w:t xml:space="preserve">[52:31] </w:t>
      </w:r>
      <w:r>
        <w:t>to physical torture mein samajhta hoon ke bohat hi zyada kadi cheez hai lekin physical torture se log apne aap ko guzarne nahi dete physical torture se apne ko physical torture to wahan majboori se hamein is ko bhugatna padta tha</w:t>
      </w:r>
    </w:p>
    <w:p>
      <w:pPr>
        <w:jc w:val="right"/>
      </w:pPr>
      <w:r>
        <w:t>تو فزیکل ٹارچر میں سمجھتا ہوں کہ بہت ہی زیادہ کڑی چیز ہے لیکن فزیکل ٹارچر سے لوگ اپنے آپ کو گزرنے نہیں دیتے فزیکل ٹارچر سے اپنے کو فزیکل ٹارچر تو وہاں مجبوری سے ہمیں اس کو بھگتنا پڑتا تھا</w:t>
      </w:r>
    </w:p>
    <w:p>
      <w:r>
        <w:rPr>
          <w:b/>
        </w:rPr>
        <w:t xml:space="preserve">[52:50] </w:t>
      </w:r>
      <w:r>
        <w:t>aur mental torture mein yeh hai ke hum jaldi se escape dhoond lete hain aap kuch na kuch ulti seedhi baaten nikal kar ke</w:t>
      </w:r>
    </w:p>
    <w:p>
      <w:pPr>
        <w:jc w:val="right"/>
      </w:pPr>
      <w:r>
        <w:t>اور مینٹل ٹارچر میں یہ ہے کہ ہم جلدی سے ایسکیپ ڈھونڈ لیتے ہیں آپ کچھ نہ کچھ الٹی سیدھی باتیں نکال کر کے</w:t>
      </w:r>
    </w:p>
    <w:p>
      <w:r>
        <w:rPr>
          <w:b/>
        </w:rPr>
        <w:t xml:space="preserve">[52:58] </w:t>
      </w:r>
      <w:r>
        <w:t>is wajah se bohat kam log intellectual torture ke test mein aa pate hain bhag khade hote hain woh quran mein ek ayat hai fa ansalaqa binaynihi bhag khada hua is se yani khuda ne dala is ko intellectual torture mein woh bhag khada hua lekin physical torture mein choice kahan hota hai bhagne ka</w:t>
      </w:r>
    </w:p>
    <w:p>
      <w:pPr>
        <w:jc w:val="right"/>
      </w:pPr>
      <w:r>
        <w:t>اس وجہ سے بہت کم لوگ انٹلیکچول ٹارچر کے ٹیسٹ میں آ پاتے ہیں بھاگ کھڑے ہوتے ہیں وہ قرآن میں ایک آیت ہے فَانْصَلَقَ بِنَيْنِهِ بھاگ کھڑا ہوا اس سے یعنی خدا نے ڈالا اس کو انٹلیکچول ٹارچر میں وہ بھاگ کھڑا ہوا لیکن فزیکل ٹارچر میں چوائس کہاں ہوتا ہے بھاگنے کا</w:t>
      </w:r>
    </w:p>
    <w:p>
      <w:r>
        <w:rPr>
          <w:b/>
        </w:rPr>
        <w:t xml:space="preserve">[53:18] </w:t>
      </w:r>
      <w:r>
        <w:t>to intellectual torture mein apni keh sakta hoon ke intellectual torture bohat ziyada sakht hai is se kyunke is mein to aap ko do chaar minute mein aap gardan kat gayi khatam ho gaye aap yahan to barson barson aap bhagte rahiye is ko lekin insaan chunke jaldi se escape dhoond leta hai kuch na kuch doosron ko blame blame bhai yeh bohat galat log hain yeh doosron par daal deta hai</w:t>
      </w:r>
    </w:p>
    <w:p>
      <w:pPr>
        <w:jc w:val="right"/>
      </w:pPr>
      <w:r>
        <w:t>تو انٹلیکچول ٹارچر میں اپنی کہہ سکتا ہوں کہ انٹلیکچول ٹارچر بہت زیادہ سخت ہے اس سے کیونکہ اس میں تو آپ کو دو چار منٹ میں آپ گردن کٹ گئی ختم ہو گئے آپ یہاں تو برسوں برسوں آپ بھگتتے رہیے اس کو لیکن انسان چونکہ جلدی سے ایسکیپ ڈھونڈ لیتا ہے کچھ نہ کچھ دوسروں کو بلی بلی بھئی یہ بہت غلط لوگ ہیں یہ دوسروں پر ڈال دیتا ہے</w:t>
      </w:r>
    </w:p>
    <w:p>
      <w:r>
        <w:rPr>
          <w:b/>
        </w:rPr>
        <w:t xml:space="preserve">[53:45] </w:t>
      </w:r>
      <w:r>
        <w:t>to bohat aasani se yahan is ko escape dhoondne ka mauqa mil jata hai koi na koi jhooti wazahat kar ke apne ko is se bacha leta hai jhoot bol kar ke aur dhoka de kar ke manage kar leta hai ke mein is mein is ki is ki zad mein na aaon is wajah se intellectual torture ke mere khayal se tareekh mein bohat kam milenge aap ko</w:t>
      </w:r>
    </w:p>
    <w:p>
      <w:pPr>
        <w:jc w:val="right"/>
      </w:pPr>
      <w:r>
        <w:t>تو بہت آسانی سے یہاں اس کو ایسکیپ ڈھونڈنے کا موقع مل جاتا ہے کوئی نہ کوئی جھوٹی وضاحت کر کے اپنے کو اس سے بچا لیتا ہے جھوٹ بول کر کے اور دھوکہ دے کر کے مینج کر لیتا ہے کہ میں اس میں اس کی اس کی زد میں نہ آؤں اس وجہ سے انٹلیکچول ٹارچر کے میرے خیال سے تاریخ میں بہت کم ملیں گے آپ کو</w:t>
      </w:r>
    </w:p>
    <w:p>
      <w:r>
        <w:rPr>
          <w:b/>
        </w:rPr>
        <w:t xml:space="preserve">[54:11] </w:t>
      </w:r>
      <w:r>
        <w:t>physical torture ki misalein bohat milengi kyunke wahan par logon ke liye choice nahi hua karta tha ikhathe ho kar un ka saare majlisoon mein barbaad daalo un ko ab kya karein bechare ko mujhe marna hi marna hai un ko lekin yeh jo intellectual torture hai yeh to raat din sahna padta hai lekin sahna yeh aap ke liye hota hai ikhtiyari khud lazmi nahi hota hai khud hi khud apne ko is mein daalna padta hai to kaun khud hi khud daalega apne aap ko</w:t>
      </w:r>
    </w:p>
    <w:p>
      <w:pPr>
        <w:jc w:val="right"/>
      </w:pPr>
      <w:r>
        <w:t>فزیکل ٹارچر کی مثالیں بہت ملیں گی کیونکہ وہاں پر لوگوں کے لیے چوائس نہیں ہوا کرتا تھا اکٹھے ہو کر ان کا سارے مجلسوں میں برباد ڈالو ان کو اب کیا کریں بیچارے کو مجھے مرنا ہی مرنا ہے ان کو لیکن یہ جو انٹلیکچول ٹارچر ہے یہ تو رات دن سہانا پڑتا ہے لیکن سہانا یہ آپ کے لیے ہوتا ہے اختیاری خود لازمی نہیں ہوتا ہے خود ہی خود اپنے کو اس میں ڈالنا پڑتا ہے تو کون خود ہی خود ڈالے گا اپنے آپ کو</w:t>
      </w:r>
    </w:p>
    <w:p>
      <w:r>
        <w:rPr>
          <w:b/>
        </w:rPr>
        <w:t xml:space="preserve">[54:41] </w:t>
      </w:r>
      <w:r>
        <w:t>kaun gaalon daalega apni gardan mein isi liye mera apna tajurba yeh hai ke tareekh mein khuda ne yaani har insaan ke liye khuda ne rakh diya yeh intellectual torture ka course laqad khalaqnal insaana fi kabadin har insaan ko kahin na kahin hai woh lekin har insaan bhaag khada hota hai is mein se apne ko idhar udhar se bacha leta hai woh ab bohat bachana bohat aasan hai bohat aasan hai bachana</w:t>
      </w:r>
    </w:p>
    <w:p>
      <w:pPr>
        <w:jc w:val="right"/>
      </w:pPr>
      <w:r>
        <w:t>کون گالوں ڈالے گا اپنی گردن میں اسی لیے میرا اپنا تجربہ یہ ہے کہ تاریخ میں خدا نے یعنی ہر انسان کے لیے خدا نے رکھ دیا یہ انٹلیکچول ٹارچر کا کورس لَقَدْ خَلَقْتَ لِلْإِنْسَانَ فِي كَبَدٍ ہر انسان کو کہیں نہ کہیں ہے وہ لیکن ہر انسان بھاگ کھڑا ہوتا ہے اس میں سے اپنے کو ادھر ادھر سے بچا لیتا ہے وہ اب بہت بچانا بہت آسان ہے بہت آسان ہے بچانا</w:t>
      </w:r>
    </w:p>
    <w:p>
      <w:r>
        <w:rPr>
          <w:b/>
        </w:rPr>
        <w:t xml:space="preserve">[55:10] </w:t>
      </w:r>
      <w:r>
        <w:t>kabhi jhoot bol kar ke aur kabhi kisi doosre ko ilzaam de kar ke hamare saathi bohat se bhaag gaye isi tareeqe se bohat se saathi the hamare aaj hamare saath woh nahi hain kyun koi na koi escape dhoond liya unhon ne to intellectual torture akela hum bhi pad gaya woh log is se bache reh gaye to behal mera yeh ehsaas hai aisa kuch</w:t>
      </w:r>
    </w:p>
    <w:p>
      <w:pPr>
        <w:jc w:val="right"/>
      </w:pPr>
      <w:r>
        <w:t>کبھی جھوٹ بول کر کے اور کبھی کسی دوسرے کو الزام دے کر کے ہمارے ساتھی بہت سے بھاگ گئے اسی طریقے سے بہت سے ساتھی تھے ہمارے آج ہمارے ساتھ وہ نہیں ہیں کیوں کوئی نہ کوئی ایسکیپ ڈھونڈ لیا انہوں نے تو انٹلیکچول ٹارچر اکیلا ہم بھی پڑ گیا وہ لوگ اس سے بچے رہ گئے تو بہرحال میرا یہ احساس ہے ایسا کچھ</w:t>
      </w:r>
    </w:p>
    <w:p>
      <w:r>
        <w:rPr>
          <w:b/>
        </w:rPr>
        <w:t xml:space="preserve">[55:39] </w:t>
      </w:r>
      <w:r>
        <w:t>This question is from Professor Joginder Sukhan If the principal mission of the Prophet of Islam was to bring people to the path of tawhid,</w:t>
      </w:r>
    </w:p>
    <w:p>
      <w:pPr>
        <w:jc w:val="right"/>
      </w:pPr>
      <w:r>
        <w:t>This question is from پروفیسر جوگندر سکھن If the principal mission of the Prophet of Islam was to bring people to the path of tawhid,</w:t>
      </w:r>
    </w:p>
    <w:p>
      <w:r>
        <w:rPr>
          <w:b/>
        </w:rPr>
        <w:t xml:space="preserve">[55:53] </w:t>
      </w:r>
      <w:r>
        <w:t>then why is it necessary to believe in him in addition to believing in God?</w:t>
      </w:r>
    </w:p>
    <w:p>
      <w:pPr>
        <w:jc w:val="right"/>
      </w:pPr>
      <w:r>
        <w:t>then why is it necessary to believe in him in addition to believing in God?</w:t>
      </w:r>
    </w:p>
    <w:p>
      <w:r>
        <w:rPr>
          <w:b/>
        </w:rPr>
        <w:t xml:space="preserve">[56:00] </w:t>
      </w:r>
      <w:r>
        <w:t>In other words, can one be considered a Muslim by believing only in one God without belief in the Prophet?</w:t>
      </w:r>
    </w:p>
    <w:p>
      <w:pPr>
        <w:jc w:val="right"/>
      </w:pPr>
      <w:r>
        <w:t>In other words, can one be considered a Muslim by believing only in one God without belief in the Prophet?</w:t>
      </w:r>
    </w:p>
    <w:p>
      <w:r>
        <w:rPr>
          <w:b/>
        </w:rPr>
        <w:t xml:space="preserve">[56:11] </w:t>
      </w:r>
      <w:r>
        <w:t>haan dekhiye yeh baat jo hai bohat ziyada sochne ki hai</w:t>
      </w:r>
    </w:p>
    <w:p>
      <w:pPr>
        <w:jc w:val="right"/>
      </w:pPr>
      <w:r>
        <w:t>ہاں دیکھیے یہ بات جو ہے بہت زیادہ سوچنے کی ہے</w:t>
      </w:r>
    </w:p>
    <w:p>
      <w:r>
        <w:rPr>
          <w:b/>
        </w:rPr>
        <w:t xml:space="preserve">[56:21] </w:t>
      </w:r>
      <w:r>
        <w:t>God ka jo sacha concept hai woh kaise milega aap ko aap barah e raast taur par paa nahi sakte</w:t>
      </w:r>
    </w:p>
    <w:p>
      <w:pPr>
        <w:jc w:val="right"/>
      </w:pPr>
      <w:r>
        <w:t>God کا جو سچا concept ہے وہ کیسے ملے گا آپ کو آپ براہِ راست طور پر پا نہیں سکتے</w:t>
      </w:r>
    </w:p>
    <w:p>
      <w:r>
        <w:rPr>
          <w:b/>
        </w:rPr>
        <w:t xml:space="preserve">[56:30] </w:t>
      </w:r>
      <w:r>
        <w:t>siwaye mohabbat ke mein aap ko misaal deta hoon ke falsafi mein jo God ka concept tha jitne bhi falsafi the bohat hi kam aise honge jo atheist hon sab God ko mante the lekin un ke haan God ka jo concept tha woh buniyad rakhta tha murikh par yaani ek khuda ke mani un ke haan the ek haqeeqat</w:t>
      </w:r>
    </w:p>
    <w:p>
      <w:pPr>
        <w:jc w:val="right"/>
      </w:pPr>
      <w:r>
        <w:t>سوائے محبت کے میں آپ کو مثال دیتا ہوں کہ فلسفی میں جو God کا concept تھا جتنے بھی فلسفی تھے بہت ہی کم ایسے ہوں گے جو atheist ہوں سب God کو مانتے تھے لیکن ان کے ہاں God کا جو concept تھا وہ بنیاد رکھتا تھا مورخ پر یعنی ایک خدا کے معنی ان کے ہاں تھے ایک حقیقت</w:t>
      </w:r>
    </w:p>
    <w:p>
      <w:r>
        <w:rPr>
          <w:b/>
        </w:rPr>
        <w:t xml:space="preserve">[56:57] </w:t>
      </w:r>
      <w:r>
        <w:t>to poori un ki jo falsafiyana framework tha us mein woh log samajhte the ke sab se</w:t>
      </w:r>
    </w:p>
    <w:p>
      <w:pPr>
        <w:jc w:val="right"/>
      </w:pPr>
      <w:r>
        <w:t>تو پوری ان کی جو فلسفیانہ فریم ورک تھا اس میں وہ لوگ سمجھتے تھے کہ سب سے</w:t>
      </w:r>
    </w:p>
    <w:p>
      <w:r>
        <w:rPr>
          <w:b/>
        </w:rPr>
        <w:t xml:space="preserve">[57:04] </w:t>
      </w:r>
      <w:r>
        <w:t>sahi model yeh hai</w:t>
      </w:r>
    </w:p>
    <w:p>
      <w:pPr>
        <w:jc w:val="right"/>
      </w:pPr>
      <w:r>
        <w:t>صحیح ماڈل یہ ہے</w:t>
      </w:r>
    </w:p>
    <w:p>
      <w:r>
        <w:rPr>
          <w:b/>
        </w:rPr>
        <w:t xml:space="preserve">[57:07] </w:t>
      </w:r>
      <w:r>
        <w:t>yani falsafiyana model jo hai woh sab se zyada yeh hai ke poori kainaat ko ek mein dhal</w:t>
      </w:r>
    </w:p>
    <w:p>
      <w:pPr>
        <w:jc w:val="right"/>
      </w:pPr>
      <w:r>
        <w:t>یعنی فلسفیانہ ماڈل جو ہے وہ سب سے زیادہ یہ ہے کہ پوری کائنات کو ایک میں ڈھال</w:t>
      </w:r>
    </w:p>
    <w:p>
      <w:r>
        <w:rPr>
          <w:b/>
        </w:rPr>
        <w:t xml:space="preserve">[57:10] </w:t>
      </w:r>
      <w:r>
        <w:t>diya jaye sab kuch ek hai ek ka mazhar hai jo kehte hain murekh ab yeh itna chhaya</w:t>
      </w:r>
    </w:p>
    <w:p>
      <w:pPr>
        <w:jc w:val="right"/>
      </w:pPr>
      <w:r>
        <w:t>دیا جائے سب کچھ ایک ہے ایک کا مظہر ہے جو کہتے ہیں مورخ اب یہ اتنا چھایا</w:t>
      </w:r>
    </w:p>
    <w:p>
      <w:r>
        <w:rPr>
          <w:b/>
        </w:rPr>
        <w:t xml:space="preserve">[57:18] </w:t>
      </w:r>
      <w:r>
        <w:t>hai ke mazhabon mein bhi aa gaya aap dekhiye ke hinduwazam mein jainwazam mein sab jagah yahi hai</w:t>
      </w:r>
    </w:p>
    <w:p>
      <w:pPr>
        <w:jc w:val="right"/>
      </w:pPr>
      <w:r>
        <w:t>ہے کہ مذہبوں میں بھی آگیا آپ دیکھیے کہ ہندوازم میں جینوازم میں سب جگہ یہی ہے</w:t>
      </w:r>
    </w:p>
    <w:p>
      <w:r>
        <w:rPr>
          <w:b/>
        </w:rPr>
        <w:t xml:space="preserve">[57:27] </w:t>
      </w:r>
      <w:r>
        <w:t>hata ke hamare soofiyon mein bhi aa gayi yeh baat ke falsafiyana model jo hai woh saare mazhabon mein maan liya gaya ab aap kaise janenge ke yeh model sahi nahi hai ke galat hai ke sahi hai kaise janenge aap agar aap Prophet Muhammad ko chhod dein to aap samajh nahi sakte ke God ka jo haqeeqi concept hai woh kya hai</w:t>
      </w:r>
    </w:p>
    <w:p>
      <w:pPr>
        <w:jc w:val="right"/>
      </w:pPr>
      <w:r>
        <w:t>حتیٰ کہ ہمارے صوفیوں میں بھی آگئی یہ بات کہ فلسفیانہ ماڈل جو ہے وہ سارے مذہبوں میں مان لیا گیا اب آپ کیسے جانیں گے کہ یہ ماڈل صحیح نہیں ہے کہ غلط ہے کہ صحیح ہے کیسے جانیں گے آپ اگر آپ Prophet محمد کو چھوڑ دیں تو آپ سمجھ نہیں سکتے کہ God کا جو حقیقی concept ہے وہ کیا ہے</w:t>
      </w:r>
    </w:p>
    <w:p>
      <w:r>
        <w:rPr>
          <w:b/>
        </w:rPr>
        <w:t xml:space="preserve">[57:50] </w:t>
      </w:r>
      <w:r>
        <w:t>aise hi dekhiye ek concept God ka yeh hai ke God ne hamein paida kar diya paida kar ke yeh duniya de di jahan zindagi ka nizaam hai aur sab kuch hai bas aap khao piyo aur mar jao ab yeh yeh yeh kahan se aap janenge ke aisa nahi hone wala hai aap ko khuda ke saamne pesh hona hai jawab de hain aap</w:t>
      </w:r>
    </w:p>
    <w:p>
      <w:pPr>
        <w:jc w:val="right"/>
      </w:pPr>
      <w:r>
        <w:t>ایسے ہی دیکھیے ایک concept God کا یہ ہے کہ God نے ہمیں پیدا کر دیا پیدا کر کے یہ دنیا دے دی جہاں زندگی کا نظام ہے اور سب کچھ ہے بس آپ کھاؤ پیو اور مر جاؤ اب یہ یہ یہ کہاں سے آپ جانیں گے کہ ایسا نہیں ہونے والا ہے آپ کو خدا کے سامنے پیش ہونا ہے جواب دہ ہیں آپ</w:t>
      </w:r>
    </w:p>
    <w:p>
      <w:r>
        <w:rPr>
          <w:b/>
        </w:rPr>
        <w:t xml:space="preserve">[58:17] </w:t>
      </w:r>
      <w:r>
        <w:t>aaj mein wahan gaya tha jab ek baar to aap wahan manchester mein ek arab the bohat bohat hi zaheen aadmi the woh un ka naam tha Al-Arif Muhammad Al-Arif manchester university mein woh doctorate kar rahe the us waqt to unhon ne ek bohat hi aisi baat kahi jo bohat hi alamgir hai woh us zamane mein unhon ne kaha ke aaj ka insaan kya hai</w:t>
      </w:r>
    </w:p>
    <w:p>
      <w:pPr>
        <w:jc w:val="right"/>
      </w:pPr>
      <w:r>
        <w:t>آج میں وہاں گیا تھا جب ایک بار تو آپ وہاں مانچسٹر میں ایک عرب تھے بہت بہت ہی ذہین آدمی تھے وہ ان کا نام تھا العارف محمد العارف مانچسٹر یونیورسٹی میں وہ ڈاکٹریٹ کر رہے تھے اس وقت تو انہوں نے ایک بہت ہی ایسی بات کہی جو بہت ہی عالمگیر ہے وہ اس زمانے میں انہوں نے کہا کہ آج کا انسان کیا ہے</w:t>
      </w:r>
    </w:p>
    <w:p>
      <w:r>
        <w:rPr>
          <w:b/>
        </w:rPr>
        <w:t xml:space="preserve">[58:43] </w:t>
      </w:r>
      <w:r>
        <w:t>ke un ke apne apne alfaaz mein ke aaj ka insaan inaam se to khoob khoob lutf andoz kar raha hai munim ko tasleem nahi karta inaam means blessing aur munim means yaani dene wala jo hai woh blessing ko dene wala to dene wale ko tasleem na karte hue khoob khoob</w:t>
      </w:r>
    </w:p>
    <w:p>
      <w:pPr>
        <w:jc w:val="right"/>
      </w:pPr>
      <w:r>
        <w:t>کہ ان کے اپنے اپنے الفاظ میں کہ آج کا انسان انعام سے تو خوب خوب لطف اندوز کر رہا ہے مُنِم کو تسلیم نہیں کرتا انعام means blessing اور مُنِم means یعنی دینے والا جو ہے وہ blessing کو دینے والا تو دینے والے کو تسلیم نہ کرتے ہوئے خوب خوب</w:t>
      </w:r>
    </w:p>
    <w:p>
      <w:r>
        <w:rPr>
          <w:b/>
        </w:rPr>
        <w:t xml:space="preserve">[59:07] </w:t>
      </w:r>
      <w:r>
        <w:t>woh faida utha raha hai khuda ne jo banaya hai cheezein to inaam ko to khoob khoob le raha hai jo duniya mein jo nematein hain jo zindagi ka nizaam hai jo saari cheezein hain khoob khoob is se lutf andoz kar raha hai lekin kis ne yeh banaya hai kis ne yeh diya hai kaun dene wala hai is ko tasleem nahi karta to yeh kyun hai</w:t>
      </w:r>
    </w:p>
    <w:p>
      <w:pPr>
        <w:jc w:val="right"/>
      </w:pPr>
      <w:r>
        <w:t>وہ فائدہ اٹھا رہا ہے خدا نے جو بنایا ہے چیزیں تو انعام کو تو خوب خوب لے رہا ہے جو دنیا میں جو نعمتیں ہیں جو زندگی کا نظام ہے جو ساری چیزیں ہیں خوب خوب اس سے لطف اندوز کر رہا ہے لیکن کس نے یہ بنایا ہے کس نے یہ دیا ہے کون دینے والا ہے اس کو تسلیم نہیں کرتا تو یہ کیوں ہے</w:t>
      </w:r>
    </w:p>
    <w:p>
      <w:r>
        <w:rPr>
          <w:b/>
        </w:rPr>
        <w:t xml:space="preserve">[59:34] </w:t>
      </w:r>
      <w:r>
        <w:t>is liye ke logon ko yeh pata nahi hai ke is tarah se yaani mar kar khatam nahi ho jayegi baat ke aap inaam ko to khoob khoob lein aur munim ko bhule rahein to mar kar khatam nahi ho jayenge marne ke baad aap khuda ke saamne khade hogaye hain poocha jayega ke tum ko kya haq tha ke inaam ko lena aur munim ko chhod dena blessing ko lena aur dene wale ko chhod dena</w:t>
      </w:r>
    </w:p>
    <w:p>
      <w:pPr>
        <w:jc w:val="right"/>
      </w:pPr>
      <w:r>
        <w:t>اس لیے کہ لوگوں کو یہ پتہ نہیں ہے کہ اس طرح سے یعنی مر کر ختم نہیں ہو جائے گی بات کہ آپ انعام کو تو خوب خوب لیں اور مُنِم کو بھولے رہیں تو مر کر ختم نہیں ہو جائیں گے مرنے کے بعد آپ خدا کے سامنے کھڑے ہوگئے ہیں پوچھا جائے گا کہ تم کو کیا حق تھا کہ انعام کو لینا اور مُنِم کو چھوڑ دینا blessing کو لینا اور دینے والے کو چھوڑ دینا</w:t>
      </w:r>
    </w:p>
    <w:p>
      <w:r>
        <w:rPr>
          <w:b/>
        </w:rPr>
        <w:t xml:space="preserve">[1:00:01] </w:t>
      </w:r>
      <w:r>
        <w:t>tum ne tasleem nahi kiya mujh ko ab jaldi se aap jahannum mein jao yeh kaun batayega aap ko agar mohabbat ko aap alag kar dein to</w:t>
      </w:r>
    </w:p>
    <w:p>
      <w:pPr>
        <w:jc w:val="right"/>
      </w:pPr>
      <w:r>
        <w:t>تم نے تسلیم نہیں کیا مجھ کو اب جلدی سے آپ جہنم میں جاؤ یہ کون بتائے گا آپ کو اگر محبت کو آپ الگ کر دیں تو</w:t>
      </w:r>
    </w:p>
    <w:p>
      <w:r>
        <w:rPr>
          <w:b/>
        </w:rPr>
        <w:t xml:space="preserve">[1:00:10] </w:t>
      </w:r>
      <w:r>
        <w:t>jitne bhi dekhiye jitne bhi aap zarea aap ke paas hain falsafi jo hai rohaniyat jo hai aur jo doosre mazahib hain sab mein aisa hai ke itna confusion hai itna confusion itna confusion hai ke bayan se bahar itna confusion hai</w:t>
      </w:r>
    </w:p>
    <w:p>
      <w:pPr>
        <w:jc w:val="right"/>
      </w:pPr>
      <w:r>
        <w:t>جتنے بھی دیکھیے جتنے بھی آپ ذرائع آپ کے پاس ہیں فلسفی جو ہے روحانیت جو ہے اور جو دوسرے مذاہب ہیں سب میں ایسا ہے کہ اتنا کنفیوژن ہے اتنا کنفیوژن اتنا کنفیوژن ہے کہ بیان سے باہر اتنا کنفیوژن ہے</w:t>
      </w:r>
    </w:p>
    <w:p>
      <w:r>
        <w:rPr>
          <w:b/>
        </w:rPr>
        <w:t xml:space="preserve">[1:00:26] </w:t>
      </w:r>
      <w:r>
        <w:t>is par alag se mein is par baat kar sakta hoon ke itna confusion har mazhab mein hai</w:t>
      </w:r>
    </w:p>
    <w:p>
      <w:pPr>
        <w:jc w:val="right"/>
      </w:pPr>
      <w:r>
        <w:t>اس پر الگ سے میں اس پر بات کر سکتا ہوں کہ اتنا کنفیوژن ہر مذہب میں ہے</w:t>
      </w:r>
    </w:p>
    <w:p>
      <w:r>
        <w:rPr>
          <w:b/>
        </w:rPr>
        <w:t xml:space="preserve">[1:00:32] </w:t>
      </w:r>
      <w:r>
        <w:t>wazeh concept mazhab ka God ka aur zindagi ka maut ka sirf Muhammad sallallahu alaihi wasallam ke</w:t>
      </w:r>
    </w:p>
    <w:p>
      <w:pPr>
        <w:jc w:val="right"/>
      </w:pPr>
      <w:r>
        <w:t>واضح کنسیپٹ مذہب کا God کا اور زندگی کا موت کا صرف محمد صلی اللہ علیہ وسلم کے</w:t>
      </w:r>
    </w:p>
    <w:p>
      <w:r>
        <w:rPr>
          <w:b/>
        </w:rPr>
        <w:t xml:space="preserve">[1:00:40] </w:t>
      </w:r>
      <w:r>
        <w:t>is mein hai aur kahin hai nahi</w:t>
      </w:r>
    </w:p>
    <w:p>
      <w:pPr>
        <w:jc w:val="right"/>
      </w:pPr>
      <w:r>
        <w:t>اس میں ہے اور کہیں ہے نہیں</w:t>
      </w:r>
    </w:p>
    <w:p>
      <w:r>
        <w:rPr>
          <w:b/>
        </w:rPr>
        <w:t xml:space="preserve">[1:00:43] </w:t>
      </w:r>
      <w:r>
        <w:t>to mohabbat ko chhodna khuda ko chhodna ban jata hai</w:t>
      </w:r>
    </w:p>
    <w:p>
      <w:pPr>
        <w:jc w:val="right"/>
      </w:pPr>
      <w:r>
        <w:t>تو محبت کو چھوڑنا خدا کو چھوڑنا بن جاتا ہے</w:t>
      </w:r>
    </w:p>
    <w:p>
      <w:r>
        <w:rPr>
          <w:b/>
        </w:rPr>
        <w:t xml:space="preserve">[1:00:48] </w:t>
      </w:r>
      <w:r>
        <w:t>yani realization in terms of realization</w:t>
      </w:r>
    </w:p>
    <w:p>
      <w:pPr>
        <w:jc w:val="right"/>
      </w:pPr>
      <w:r>
        <w:t>یعنی realization in terms of realization</w:t>
      </w:r>
    </w:p>
    <w:p>
      <w:r>
        <w:rPr>
          <w:b/>
        </w:rPr>
        <w:t xml:space="preserve">[1:00:52] </w:t>
      </w:r>
      <w:r>
        <w:t>to hamare liye koi doosra option nahi hai</w:t>
      </w:r>
    </w:p>
    <w:p>
      <w:pPr>
        <w:jc w:val="right"/>
      </w:pPr>
      <w:r>
        <w:t>تو ہمارے لیے کوئی دوسرا آپشن نہیں ہے</w:t>
      </w:r>
    </w:p>
    <w:p>
      <w:r>
        <w:rPr>
          <w:b/>
        </w:rPr>
        <w:t xml:space="preserve">[1:00:58] </w:t>
      </w:r>
      <w:r>
        <w:t>This question is from Aisha She says that Prophet Muhammad led the prayer of other prophets in Jerusalem.</w:t>
      </w:r>
    </w:p>
    <w:p>
      <w:pPr>
        <w:jc w:val="right"/>
      </w:pPr>
      <w:r>
        <w:t>This question is from عائشہ She says that Prophet Muhammad led the prayer of other prophets in Jerusalem.</w:t>
      </w:r>
    </w:p>
    <w:p>
      <w:r>
        <w:rPr>
          <w:b/>
        </w:rPr>
        <w:t xml:space="preserve">[1:01:07] </w:t>
      </w:r>
      <w:r>
        <w:t>Due to this leading of the prayer, it is believed that he is an afzal prophet. She wants your comments on this.</w:t>
      </w:r>
    </w:p>
    <w:p>
      <w:pPr>
        <w:jc w:val="right"/>
      </w:pPr>
      <w:r>
        <w:t>Due to this leading of the prayer, it is believed that he is an afzal prophet. She wants your comments on this.</w:t>
      </w:r>
    </w:p>
    <w:p>
      <w:r>
        <w:rPr>
          <w:b/>
        </w:rPr>
        <w:t xml:space="preserve">[1:01:19] </w:t>
      </w:r>
      <w:r>
        <w:t>nahi hargiz nahi bhai koi bhi lead karega har masjid mein koi lead karta hai to kya woh afzal hai</w:t>
      </w:r>
    </w:p>
    <w:p>
      <w:pPr>
        <w:jc w:val="right"/>
      </w:pPr>
      <w:r>
        <w:t>نہیں ہرگز نہیں بھئی کوئی بھی lead کرے گا ہر مسجد میں کوئی lead کرتا ہے تو کیا وہ افضل ہے</w:t>
      </w:r>
    </w:p>
    <w:p>
      <w:r>
        <w:rPr>
          <w:b/>
        </w:rPr>
        <w:t xml:space="preserve">[1:01:27] </w:t>
      </w:r>
      <w:r>
        <w:t>afzal namazi hai woh jis masjid mein jaiye wahan congregational prayer jo hoti hai to ek aadmi aage khada kiya jata hai baqi peeche khade ho jate hain woh lead karta hai to kya woh afzal namazi ho gaya woh yeh to koi logic nahi hai kisi na kisi ko to lead karna tha</w:t>
      </w:r>
    </w:p>
    <w:p>
      <w:pPr>
        <w:jc w:val="right"/>
      </w:pPr>
      <w:r>
        <w:t>افضل نمازی ہے وہ جس مسجد میں جائیے وہاں congregational prayer جو ہوتی ہے تو ایک آدمی آگے کھڑا کیا جاتا ہے باقی پیچھے کھڑے ہو جاتے ہیں وہ lead کرتا ہے تو کیا وہ افضل نمازی ہو گیا وہ یہ تو کوئی منطق نہیں ہے کسی نہ کسی کو تو lead کرنا تھا</w:t>
      </w:r>
    </w:p>
    <w:p>
      <w:r>
        <w:rPr>
          <w:b/>
        </w:rPr>
        <w:t xml:space="preserve">[1:01:45] </w:t>
      </w:r>
      <w:r>
        <w:t>dekhiye ek baat samajh lijiye ke afzal afzaliyat ka jo concept hai afzal al anbiya aur fakhr e maujudat aur sarwar e kainat yeh jo concept hai yeh concept ek buniyadi concept hai buniyadi creed hai ab buniyadi creed jo cheez buniyadi creed ho us ko text se barah-e-rast to ab nikalna chahiye</w:t>
      </w:r>
    </w:p>
    <w:p>
      <w:pPr>
        <w:jc w:val="right"/>
      </w:pPr>
      <w:r>
        <w:t>دیکھیے ایک بات سمجھ لیجیے کہ افضل افضلیت کا جو concept ہے افضل الانبیاء اور فخر موجودات اور سرور کائنات یہ جو concept ہے یہ concept ایک بنیادی concept ہے بنیادی creed ہے اب بنیادی creed جو چیز بنیادی creed ہو اس کو text سے براہِ راست تو اب نکلنا چاہیے</w:t>
      </w:r>
    </w:p>
    <w:p>
      <w:r>
        <w:rPr>
          <w:b/>
        </w:rPr>
        <w:t xml:space="preserve">[1:02:15] </w:t>
      </w:r>
      <w:r>
        <w:t>It must be derived from the text directly. Inferential tareeqe se agar aap nikalen to woh valid nahin hoga. That kind of argument is invalid which is derived from inference. To yeh kahan hai? Yeh aap agar yeh keh rahi hain to yeh ek inferential argument aap ka hai. Yeh yeh woh nahin hai ke text mein likha hua hai.</w:t>
      </w:r>
    </w:p>
    <w:p>
      <w:pPr>
        <w:jc w:val="right"/>
      </w:pPr>
      <w:r>
        <w:t>It must be derived from the text directly inferential طریقے سے اگر آپ نکالیں تو وہ valid نہیں ہوگا That kind of argument is invalid which is derived from inference تو یہ کہاں ہے یہ آپ اگر یہ کہہ رہی ہیں تو یہ ایک inferential argument آپ کا ہے یہ یہ وہ نہیں ہے کہ text میں لکھا ہوا ہے</w:t>
      </w:r>
    </w:p>
    <w:p>
      <w:r>
        <w:rPr>
          <w:b/>
        </w:rPr>
        <w:t xml:space="preserve">[1:02:39] </w:t>
      </w:r>
      <w:r>
        <w:t>to text mein yeh likhna hona chahiye ke naam le kar ke falan prophet jo tha afzal al anbiya tha jab tak yeh na ho tab tak woh woh koi bhi argument jo hai invalid mana jayega</w:t>
      </w:r>
    </w:p>
    <w:p>
      <w:pPr>
        <w:jc w:val="right"/>
      </w:pPr>
      <w:r>
        <w:t>تو text میں یہ لکھنا ہونا چاہیے کہ نام لے کر کے فلاں prophet جو تھا افضل الانبیاء تھا جب تک یہ نہ ہو تب تک وہ وہ کوئی بھی argument جو ہے invalid مانا جائے گا</w:t>
      </w:r>
    </w:p>
    <w:p>
      <w:r>
        <w:rPr>
          <w:b/>
        </w:rPr>
        <w:t xml:space="preserve">[1:02:55] </w:t>
      </w:r>
      <w:r>
        <w:t>to beharhal yeh hai simple si baat hai ke masjidon mein log imamat karte hain to is ki wajah se woh yaani afzal namazi nahin ban jate</w:t>
      </w:r>
    </w:p>
    <w:p>
      <w:pPr>
        <w:jc w:val="right"/>
      </w:pPr>
      <w:r>
        <w:t>تو بہرحال یہ ہے simple سی بات ہے کہ مسجدوں میں لوگ امامت کرتے ہیں تو اس کی وجہ سے وہ یعنی افضل نمازی نہیں بن جاتے</w:t>
      </w:r>
    </w:p>
    <w:p>
      <w:r>
        <w:rPr>
          <w:b/>
        </w:rPr>
        <w:t xml:space="preserve">[1:03:07] </w:t>
      </w:r>
      <w:r>
        <w:t>is wajah se yahan bhi yeh hum is ki wajah se yeh aap yeh nahin keh sakte ke woh yaani afzaliyat ka woh saboot hai The Prophet of Islam was the living prophet at that time.</w:t>
      </w:r>
    </w:p>
    <w:p>
      <w:pPr>
        <w:jc w:val="right"/>
      </w:pPr>
      <w:r>
        <w:t>اس وجہ سے یہاں بھی یہ ہم اس کی وجہ سے یہ آپ یہ نہیں کہہ سکتے کہ وہ یعنی افضلیت کا وہ ثبوت ہے The Prophet of Islam was the living prophet at that time.</w:t>
      </w:r>
    </w:p>
    <w:p>
      <w:r>
        <w:rPr>
          <w:b/>
        </w:rPr>
        <w:t xml:space="preserve">[1:03:20] </w:t>
      </w:r>
      <w:r>
        <w:t>So is that the reason that he led the prayer? haan ho sakta hai aur yeh theek hai ek yeh bhi ek point hai aisa ho sakta hai yeh baat sahi ho sakti hai</w:t>
      </w:r>
    </w:p>
    <w:p>
      <w:pPr>
        <w:jc w:val="right"/>
      </w:pPr>
      <w:r>
        <w:t>So is that the reason that he led the prayer? ہاں ہو سکتا ہے اور یہ ٹھیک ہے ایک یہ بھی ایک point ہے ایسا ہو سکتا ہے یہ بات صحیح ہو سکتی ہے</w:t>
      </w:r>
    </w:p>
    <w:p>
      <w:r>
        <w:rPr>
          <w:b/>
        </w:rPr>
        <w:t xml:space="preserve">[1:03:34] </w:t>
      </w:r>
      <w:r>
        <w:t>ke living prophet us waqt wohi the us waqt baqi log to yaani un ka un ki maut ho chuki thi Khuda ne seriously un ko laya wahan par</w:t>
      </w:r>
    </w:p>
    <w:p>
      <w:pPr>
        <w:jc w:val="right"/>
      </w:pPr>
      <w:r>
        <w:t>کہ living prophet اس وقت وہی تھے اس وقت باقی لوگ تو یعنی ان کا ان کی موت ہو چکی تھی خدا نے seriously ان کو لایا وہاں پر</w:t>
      </w:r>
    </w:p>
    <w:p>
      <w:r>
        <w:rPr>
          <w:b/>
        </w:rPr>
        <w:t xml:space="preserve">[1:03:46] </w:t>
      </w:r>
      <w:r>
        <w:t>un ki roohon ko ya un ki rooh ko jo bhi lekin Prophet Muhammad jo the woh to zinda the us waqt kyunke yeh baat hai yaani 600 yaani is ki koi tareekh nahin hai lekin kaha jata hai ke migration se yaani hijrat se kuch pehle hua tha aisa to hijrat hui hai 622 mein to yeh baat ho sakti hai 21 ki mislan shayad</w:t>
      </w:r>
    </w:p>
    <w:p>
      <w:pPr>
        <w:jc w:val="right"/>
      </w:pPr>
      <w:r>
        <w:t>ان کی روحوں کو یا ان کی روح کو جو بھی لیکن Prophet محمد جو تھے وہ تو زندہ تھے اس وقت کیونکہ یہ بات ہے یعنی 600 یعنی اس کی کوئی تاریخ نہیں ہے لیکن کہا جاتا ہے کہ migration سے یعنی ہجرت سے کچھ پہلے ہوا تھا ایسا تو ہجرت ہوئی ہے 622 میں تو یہ بات ہو سکتی ہے 21 کی مثلاً شاید</w:t>
      </w:r>
    </w:p>
    <w:p>
      <w:r>
        <w:rPr>
          <w:b/>
        </w:rPr>
        <w:t xml:space="preserve">[1:04:14] </w:t>
      </w:r>
      <w:r>
        <w:t>us waqt wahan Roman rule karte the Yerushalayim mein tab ki baat hai yeh Next question is from Naseem Rehman Deen abhi mukammal nahin hua is ke silsile mein zara wazahat farmayen Alyawm akmaltu deenakum ke tanazur mein</w:t>
      </w:r>
    </w:p>
    <w:p>
      <w:pPr>
        <w:jc w:val="right"/>
      </w:pPr>
      <w:r>
        <w:t>اس وقت وہاں رومن rule کرتے تھے یروشلم میں تب کی بات ہے یہ Next question is from نسیم الرحمن دین ابھی مکمل نہیں ہوا اس کے سلسلے میں ذرا وضاحت فرمائیں اليوم أكملت دينكم کے تناظر میں</w:t>
      </w:r>
    </w:p>
    <w:p>
      <w:r>
        <w:rPr>
          <w:b/>
        </w:rPr>
        <w:t xml:space="preserve">[1:04:38] </w:t>
      </w:r>
      <w:r>
        <w:t>haan dekhiye surah maidah mein yeh ayat hai alyawma akmaltu lakum deenakum dekhiye iska literal translation yeh</w:t>
      </w:r>
    </w:p>
    <w:p>
      <w:pPr>
        <w:jc w:val="right"/>
      </w:pPr>
      <w:r>
        <w:t>ہاں دیکھیں سورہ مائدہ میں یہ آیت ہے اليوم أكملت لكم دينكم دیکھیے اس کا literal translation یہ</w:t>
      </w:r>
    </w:p>
    <w:p>
      <w:r>
        <w:rPr>
          <w:b/>
        </w:rPr>
        <w:t xml:space="preserve">[1:04:46] </w:t>
      </w:r>
      <w:r>
        <w:t>hai ke aaj maine</w:t>
      </w:r>
    </w:p>
    <w:p>
      <w:pPr>
        <w:jc w:val="right"/>
      </w:pPr>
      <w:r>
        <w:t>ہے کہ آج میں نے</w:t>
      </w:r>
    </w:p>
    <w:p>
      <w:r>
        <w:rPr>
          <w:b/>
        </w:rPr>
        <w:t xml:space="preserve">[1:04:50] </w:t>
      </w:r>
      <w:r>
        <w:t>tumhare deen ko tumhare liye poora kar diya</w:t>
      </w:r>
    </w:p>
    <w:p>
      <w:pPr>
        <w:jc w:val="right"/>
      </w:pPr>
      <w:r>
        <w:t>تمہارے دین کو تمہارے لیے پورا کر دیا</w:t>
      </w:r>
    </w:p>
    <w:p>
      <w:r>
        <w:rPr>
          <w:b/>
        </w:rPr>
        <w:t xml:space="preserve">[1:04:56] </w:t>
      </w:r>
      <w:r>
        <w:t>aaj maine tumhare deen ko tumhare liye poora kar diya jab yeh ayat hoti to Hazrat Abu Bakr</w:t>
      </w:r>
    </w:p>
    <w:p>
      <w:pPr>
        <w:jc w:val="right"/>
      </w:pPr>
      <w:r>
        <w:t>آج میں نے تمہارے دین کو تمہارے لیے پورا کر دیا جب یہ آیت ہوتی تو حضرت ابوبکر</w:t>
      </w:r>
    </w:p>
    <w:p>
      <w:r>
        <w:rPr>
          <w:b/>
        </w:rPr>
        <w:t xml:space="preserve">[1:05:02] </w:t>
      </w:r>
      <w:r>
        <w:t>ro pade kyun woh samjhe ke ab Rasool Allah ki wafaat ho jayegi</w:t>
      </w:r>
    </w:p>
    <w:p>
      <w:pPr>
        <w:jc w:val="right"/>
      </w:pPr>
      <w:r>
        <w:t>رو پڑے کیوں وہ سمجھے کہ اب رسول اللہ کی وفات ہو جائے گی</w:t>
      </w:r>
    </w:p>
    <w:p>
      <w:r>
        <w:rPr>
          <w:b/>
        </w:rPr>
        <w:t xml:space="preserve">[1:05:08] </w:t>
      </w:r>
      <w:r>
        <w:t>kyun yeh ayat aakhir mein aakhri ayat thi Quran ki yani Quran mein koi taqreeban saade chhe hazaar</w:t>
      </w:r>
    </w:p>
    <w:p>
      <w:pPr>
        <w:jc w:val="right"/>
      </w:pPr>
      <w:r>
        <w:t>کیوں یہ آیت آخر میں آخری آیت تھی قرآن کی یعنی قرآن میں کوئی تقریباً ساڑھے چھ ہزار</w:t>
      </w:r>
    </w:p>
    <w:p>
      <w:r>
        <w:rPr>
          <w:b/>
        </w:rPr>
        <w:t xml:space="preserve">[1:05:15] </w:t>
      </w:r>
      <w:r>
        <w:t>ayatein hain aur 114 is mein chapters hain to yeh jab ayat yani yeh verse utri to un</w:t>
      </w:r>
    </w:p>
    <w:p>
      <w:pPr>
        <w:jc w:val="right"/>
      </w:pPr>
      <w:r>
        <w:t>آیتیں ہیں اور 114 اس میں chapters ہیں تو یہ جب آیت یعنی یہ verse اتری تو ان</w:t>
      </w:r>
    </w:p>
    <w:p>
      <w:r>
        <w:rPr>
          <w:b/>
        </w:rPr>
        <w:t xml:space="preserve">[1:05:23] </w:t>
      </w:r>
      <w:r>
        <w:t>ko woh ro pade woh samjhe ke jab Quran poora ho jayega to phir Rasool Allah ki</w:t>
      </w:r>
    </w:p>
    <w:p>
      <w:pPr>
        <w:jc w:val="right"/>
      </w:pPr>
      <w:r>
        <w:t>کو وہ رو پڑے وہ سمجھے کہ جب قرآن پورا ہو جائے گا تو پھر رسول اللہ کی</w:t>
      </w:r>
    </w:p>
    <w:p>
      <w:r>
        <w:rPr>
          <w:b/>
        </w:rPr>
        <w:t xml:space="preserve">[1:05:29] </w:t>
      </w:r>
      <w:r>
        <w:t>maut bhi ho jayegi to iska translation jab literal translation kar ke dekhein to bilkul samajh</w:t>
      </w:r>
    </w:p>
    <w:p>
      <w:pPr>
        <w:jc w:val="right"/>
      </w:pPr>
      <w:r>
        <w:t>موت بھی ہو جائے گی تو اس کا translation جب literal translation کر کے دیکھیں تو بالکل سمجھ</w:t>
      </w:r>
    </w:p>
    <w:p>
      <w:r>
        <w:rPr>
          <w:b/>
        </w:rPr>
        <w:t xml:space="preserve">[1:05:34] </w:t>
      </w:r>
      <w:r>
        <w:t>aati hai baat ke aaj maine tumhare liye tumhare deen ko deenakum tumhare deen ko dekhiye yahan</w:t>
      </w:r>
    </w:p>
    <w:p>
      <w:pPr>
        <w:jc w:val="right"/>
      </w:pPr>
      <w:r>
        <w:t>آتی ہے بات کہ آج میں نے تمہارے لیے تمہارے دین کو دينكم تمہارے دین کو دیکھیے یہاں</w:t>
      </w:r>
    </w:p>
    <w:p>
      <w:r>
        <w:rPr>
          <w:b/>
        </w:rPr>
        <w:t xml:space="preserve">[1:05:42] </w:t>
      </w:r>
      <w:r>
        <w:t>par jo baat matlab nikalte hain log ke hona chahiye lakum deen alyawma akmaltu lakum deen</w:t>
      </w:r>
    </w:p>
    <w:p>
      <w:pPr>
        <w:jc w:val="right"/>
      </w:pPr>
      <w:r>
        <w:t>پر جو بات مطلب نکالتے ہیں لوگ کہ ہونا چاہیے لكم الدين اليوم أكملت لكم الدين</w:t>
      </w:r>
    </w:p>
    <w:p>
      <w:r>
        <w:rPr>
          <w:b/>
        </w:rPr>
        <w:t xml:space="preserve">[1:05:50] </w:t>
      </w:r>
      <w:r>
        <w:t>yani absolute sense mein deen</w:t>
      </w:r>
    </w:p>
    <w:p>
      <w:pPr>
        <w:jc w:val="right"/>
      </w:pPr>
      <w:r>
        <w:t>یعنی absolute sense میں دین</w:t>
      </w:r>
    </w:p>
    <w:p>
      <w:r>
        <w:rPr>
          <w:b/>
        </w:rPr>
        <w:t xml:space="preserve">[1:05:52] </w:t>
      </w:r>
      <w:r>
        <w:t>deen as</w:t>
      </w:r>
    </w:p>
    <w:p>
      <w:pPr>
        <w:jc w:val="right"/>
      </w:pPr>
      <w:r>
        <w:t>دین as</w:t>
      </w:r>
    </w:p>
    <w:p>
      <w:r>
        <w:rPr>
          <w:b/>
        </w:rPr>
        <w:t xml:space="preserve">[1:05:53] </w:t>
      </w:r>
      <w:r>
        <w:t>such ko agar poora kiya gaya ho to yahan par hona chahiye tha Alyawm akmaltu lakum ad-deen aaj main ne tumhare liye ad-deen ko muk</w:t>
      </w:r>
    </w:p>
    <w:p>
      <w:pPr>
        <w:jc w:val="right"/>
      </w:pPr>
      <w:r>
        <w:t>such کو اگر پورا کیا گیا ہو تو یہاں پر ہونا چاہیے تھا اليوم أكملت لكم الدين آج میں نے تمہارے لیے الدین کو مک</w:t>
      </w:r>
    </w:p>
    <w:p>
      <w:r>
        <w:rPr>
          <w:b/>
        </w:rPr>
        <w:t xml:space="preserve">[1:06:02] </w:t>
      </w:r>
      <w:r>
        <w:t>mil kar diya to yeh nahi hai balke deenakum ko mukammal kiya deenakum ko tumhare deen ko to</w:t>
      </w:r>
    </w:p>
    <w:p>
      <w:pPr>
        <w:jc w:val="right"/>
      </w:pPr>
      <w:r>
        <w:t>مل کر دیا تو یہ نہیں ہے بلکہ دینکم کو مکمل کیا دینکم کو تمہارے دین کو تو</w:t>
      </w:r>
    </w:p>
    <w:p>
      <w:r>
        <w:rPr>
          <w:b/>
        </w:rPr>
        <w:t xml:space="preserve">[1:06:07] </w:t>
      </w:r>
      <w:r>
        <w:t>jo yani Quran ke jitne verses utarne the utarte utarte utarte ab last verse utar rahi hai ab</w:t>
      </w:r>
    </w:p>
    <w:p>
      <w:pPr>
        <w:jc w:val="right"/>
      </w:pPr>
      <w:r>
        <w:t>جو یعنی قرآن کے جتنے verses اترنے تھے اترتے اترتے اترتے اب last verse اتر رہی ہے اب</w:t>
      </w:r>
    </w:p>
    <w:p>
      <w:r>
        <w:rPr>
          <w:b/>
        </w:rPr>
        <w:t xml:space="preserve">[1:06:16] </w:t>
      </w:r>
      <w:r>
        <w:t>Quran poora ho gaya is liye is Quran ko book form mein banao aur is ko phailao bas</w:t>
      </w:r>
    </w:p>
    <w:p>
      <w:pPr>
        <w:jc w:val="right"/>
      </w:pPr>
      <w:r>
        <w:t>قرآن پورا ہو گیا اس لیے اس قرآن کو book form میں بناؤ اور اس کو پھیلاؤ بس</w:t>
      </w:r>
    </w:p>
    <w:p>
      <w:r>
        <w:rPr>
          <w:b/>
        </w:rPr>
        <w:t xml:space="preserve">[1:06:23] </w:t>
      </w:r>
      <w:r>
        <w:t>itna hi matlab iska hai</w:t>
      </w:r>
    </w:p>
    <w:p>
      <w:pPr>
        <w:jc w:val="right"/>
      </w:pPr>
      <w:r>
        <w:t>اتنا ہی مطلب اس کا ہے</w:t>
      </w:r>
    </w:p>
    <w:p>
      <w:r>
        <w:rPr>
          <w:b/>
        </w:rPr>
        <w:t xml:space="preserve">[1:06:25] </w:t>
      </w:r>
      <w:r>
        <w:t>aur yeh ajeeb ajeeb is mein mysterious maani nikal lete hain log jiska is verse se koi</w:t>
      </w:r>
    </w:p>
    <w:p>
      <w:pPr>
        <w:jc w:val="right"/>
      </w:pPr>
      <w:r>
        <w:t>اور یہ عجیب عجیب اس میں mysterious معنی نکال لیتے ہیں لوگ جس کا اس verse سے کوئی</w:t>
      </w:r>
    </w:p>
    <w:p>
      <w:r>
        <w:rPr>
          <w:b/>
        </w:rPr>
        <w:t xml:space="preserve">[1:06:30] </w:t>
      </w:r>
      <w:r>
        <w:t>taalluq nahi hai</w:t>
      </w:r>
    </w:p>
    <w:p>
      <w:pPr>
        <w:jc w:val="right"/>
      </w:pPr>
      <w:r>
        <w:t>تعلق نہیں ہے</w:t>
      </w:r>
    </w:p>
    <w:p>
      <w:r>
        <w:rPr>
          <w:b/>
        </w:rPr>
        <w:t xml:space="preserve">[1:06:34] </w:t>
      </w:r>
      <w:r>
        <w:t>This question is from Basit He says according to Bible there is a saying that spirit is willing but the flesh is weak He says that it was spoken by Jesus Christ Could you give your comments on this</w:t>
      </w:r>
    </w:p>
    <w:p>
      <w:pPr>
        <w:jc w:val="right"/>
      </w:pPr>
      <w:r>
        <w:t>This question is from باسط He says according to Bible there is a saying that spirit is willing but the flesh is weak He says that it was spoken by Jesus Christ Could you give your comments on this</w:t>
      </w:r>
    </w:p>
    <w:p>
      <w:r>
        <w:rPr>
          <w:b/>
        </w:rPr>
        <w:t xml:space="preserve">[1:06:54] </w:t>
      </w:r>
      <w:r>
        <w:t>dekhiye main yeh saying mere mind mein us waqt hai nahin main is ko kuch nahin samajh sakta lekin mera jo experience hai woh yeh hai yeh baat ulti hai kyunke spirit hi to karwati hai spirit na chahe to kuch bhi nahin hoga spirit spirit se murad leta hoon mind log jo hote hain mind aur spirit aur soul aur heart yeh sab main nahin manta is ko ek hi cheez hai mind mind hi order deta hai to bhook lagti hai mind hi order deta hai to main chalta hoon</w:t>
      </w:r>
    </w:p>
    <w:p>
      <w:pPr>
        <w:jc w:val="right"/>
      </w:pPr>
      <w:r>
        <w:t>دیکھیے میں یہ saying میرے mind میں اس وقت ہے نہیں میں اس کو کچھ نہیں سمجھ سکتا لیکن میرا جو experience ہے وہ یہ ہے یہ بات الٹی ہے کیونکہ spirit ہی تو کرواتی ہے spirit نہ چاہے تو کچھ بھی نہیں ہوگا spirit spirit سے مراد لیتا ہوں mind لوگ جو ہوتے ہیں mind اور spirit اور soul اور heart یہ سب میں نہیں مانتا اس کو ایک ہی چیز ہے mind mind ہی order دیتا ہے تو بھوک لگتی ہے mind ہی order دیتا ہے تو میں چلتا ہوں</w:t>
      </w:r>
    </w:p>
    <w:p>
      <w:r>
        <w:rPr>
          <w:b/>
        </w:rPr>
        <w:t xml:space="preserve">[1:07:23] </w:t>
      </w:r>
      <w:r>
        <w:t>sab kuch mind se control hota hai to flesh se thori control hota hai flesh to under control hai flesh jo hai woh to mind ke control ke andar jo mind kahega wahi karega woh flesh ke andar koi aqal to hoti nahin hai is wajah se is saying ka mere mind mein us waqt chuki hai nahin is wajah se main nahin keh sakta ke is ka matlab kya hai</w:t>
      </w:r>
    </w:p>
    <w:p>
      <w:pPr>
        <w:jc w:val="right"/>
      </w:pPr>
      <w:r>
        <w:t>سب کچھ mind سے کنٹرول ہوتا ہے تو فلش سے تھوڑی کنٹرول ہوتا ہے فلش تو under کنٹرول ہے فلش جو ہے وہ تو mind کے کنٹرول کے اندر جو mind کہے گا وہی کرے گا وہ فلش کے اندر کوئی عقل تو ہوتی نہیں ہے اس وجہ سے اس saying کا میرے mind میں اس وقت چونکہ ہے نہیں اس وجہ سے میں نہیں کہہ سکتا کہ اس کا مطلب کیا ہے</w:t>
      </w:r>
    </w:p>
    <w:p>
      <w:r>
        <w:rPr>
          <w:b/>
        </w:rPr>
        <w:t xml:space="preserve">[1:07:46] </w:t>
      </w:r>
      <w:r>
        <w:t>main jo jaanta hoon to matlab body aur spirit flesh ka matlab mera khayal hai body hai ghaliban to body aur spirit balke body aur mind main samajhta hoon ke do hi hain mind hai aur body hai to body jo hai woh mind se control hoti hai body ka apna alag se koi decision nahin hua karta yeh jahan tak main samajhta hoon baqi is mein is ka context kya hai is ko hum inshallah dekhenge</w:t>
      </w:r>
    </w:p>
    <w:p>
      <w:pPr>
        <w:jc w:val="right"/>
      </w:pPr>
      <w:r>
        <w:t>میں جو جانتا ہوں تو مطلب body اور spirit فلش کا مطلب میرا خیال ہے body ہے غالباً تو body اور spirit بلکہ body اور mind میں سمجھتا ہوں کہ دو ہی ہیں mind ہے اور body ہے تو body جو ہے وہ mind سے کنٹرول ہوتی ہے body کا اپنا الگ سے کوئی decision نہیں ہوا کرتا یہ جہاں تک میں سمجھتا ہوں باقی اس میں اس کا context کیا ہے اس کو ہم انشاءاللہ دیکھیں گے</w:t>
      </w:r>
    </w:p>
    <w:p>
      <w:r>
        <w:rPr>
          <w:b/>
        </w:rPr>
        <w:t xml:space="preserve">[1:08:15] </w:t>
      </w:r>
      <w:r>
        <w:t>This question is from Anwar Hussain He says that the finality of Prophet has become a topic of debate among Islamic scholars Do you think that the topic of finality should be abandoned Should it be left</w:t>
      </w:r>
    </w:p>
    <w:p>
      <w:pPr>
        <w:jc w:val="right"/>
      </w:pPr>
      <w:r>
        <w:t>This question is from انور حسین He says that the finality of Prophet has become a topic of debate among Islamic scholars Do you think that the topic of finality should be abandoned Should it be left</w:t>
      </w:r>
    </w:p>
    <w:p>
      <w:r>
        <w:rPr>
          <w:b/>
        </w:rPr>
        <w:t xml:space="preserve">[1:08:36] </w:t>
      </w:r>
      <w:r>
        <w:t>dekhiye Islami scholars ke darmiyan to nahin hai lekin yeh jo yeh tabqa hai jo apni ko Ahmadi kehta hai jise nickname Qadiani kaha jata hai apni khud ko Ahmadi kehte hain wohi is ko attributable mante hain baqi to main nahin samajhta ke koi is ko attributable manta hai aur woh bhi jo mante hain woh dekhiye woh un ka bhi ek khaas sense mein mante</w:t>
      </w:r>
    </w:p>
    <w:p>
      <w:pPr>
        <w:jc w:val="right"/>
      </w:pPr>
      <w:r>
        <w:t>دیکھیے اسلامی scholars کے درمیان تو نہیں ہے لیکن یہ جو یہ طبقہ ہے جو اپنی کو احمدی کہتا ہے جسے nickname قادیانی کہا جاتا ہے اپنی خود کو احمدی کہتے ہیں وہ وہی اس کو attributable مانتے ہیں باقی تو میں نہیں سمجھتا کہ کوئی اس کو attributable مانتا ہے اور وہ بھی جو مانتے ہیں وہ دیکھیے وہ ان کا بھی ایک خاص sense میں مانتے</w:t>
      </w:r>
    </w:p>
    <w:p>
      <w:r>
        <w:rPr>
          <w:b/>
        </w:rPr>
        <w:t xml:space="preserve">[1:09:02] </w:t>
      </w:r>
      <w:r>
        <w:t>hain dekhiye woh ek baat samajh lijiye ke Ghulam Ahmad Qadiani jo the unhone yeh nahin kaha tha kabhi bhi ke main Prophet am a Prophet of God just like Muhammad yeh woh kabhi nahin kaha tha unhone unhone yeh kaha tha ke main zill-e-nabi hoon yaani shadow of prophethood Muhammad ka main shadow hoon saya hoon un ka aisa kehte the woh</w:t>
      </w:r>
    </w:p>
    <w:p>
      <w:pPr>
        <w:jc w:val="right"/>
      </w:pPr>
      <w:r>
        <w:t>ہیں دیکھیے وہ ایک بات سمجھ لیجیے کہ غلام احمد قادیانی جو تھے انہوں نے یہ نہیں کہا تھا کبھی بھی کہ میں Prophet am a Prophet of God just like محمد یہ وہ کبھی نہیں کہا تھا انہوں نے انہوں نے یہ کہا تھا کہ میں ذل نبی ہوں یعنی shadow of prophethood محمد کا میں shadow ہوں سایہ ہوں ان کا ایسا کہتے تھے وہ</w:t>
      </w:r>
    </w:p>
    <w:p>
      <w:r>
        <w:rPr>
          <w:b/>
        </w:rPr>
        <w:t xml:space="preserve">[1:09:29] </w:t>
      </w:r>
      <w:r>
        <w:t>to yeh bhi main is ko galat samajhta hoon yeh sahi nahin hai lekin unhone jahan tak main jaanta hoon jahan tak main ne parha hai kabhi bhi unhone kaha tha ke I am a Prophet of God just like Muhammad aur Musa yeh unhone nahin kaha tha to zill-e-nabi ka concept hi bilkul yaani woh main ne dekha baseless hai is ki koi haqeeqat nahin hai lekin beharhal jo kaha tha unhone aisa kaha tha</w:t>
      </w:r>
    </w:p>
    <w:p>
      <w:pPr>
        <w:jc w:val="right"/>
      </w:pPr>
      <w:r>
        <w:t>تو یہ بھی میں اس کو غلط سمجھتا ہوں یہ صحیح نہیں ہے لیکن انہوں نے جہاں تک میں جانتا ہوں جہاں تک میں نے پڑھا ہے کبھی بھی انہوں نے کہا تھا کہ I am a Prophet of God just like محمد اور موسیٰ یہ انہوں نے نہیں کہا تھا تو ذل نبی کا concept ہی بالکل یعنی وہ میں نے دیکھا baseless ہے اس کی کوئی حقیقت نہیں ہے لیکن بہرحال جو کہا تھا انہوں نے ایسا کہا تھا</w:t>
      </w:r>
    </w:p>
    <w:p>
      <w:r>
        <w:rPr>
          <w:b/>
        </w:rPr>
        <w:t xml:space="preserve">[1:09:51] </w:t>
      </w:r>
      <w:r>
        <w:t>to jahan tak prophethood ke ke final hone ki baat hai to scholars ke darmiyan kabhi bhi is par koi ikhtilaf nahin hai siwaye yahi log jo the Ghulam Ahmad Qadiani wale sab log mante hain ke ab ab koi prophet nahin aane wala hai jahan tak main jaanta hoon koi sect abhi tak yeh bhi sect hi tha is musalmanon mein ab in ko unhone kafir bana diya hai</w:t>
      </w:r>
    </w:p>
    <w:p>
      <w:pPr>
        <w:jc w:val="right"/>
      </w:pPr>
      <w:r>
        <w:t>تو جہاں تک prophethood کے کے final ہونے کی بات ہے تو scholars کے درمیان کبھی بھی اس پر کوئی اختلاف نہیں ہے سوائے یہی لوگ جو تھے غلام احمد قادیانی والے سب لوگ مانتے ہیں کہ اب اب کوئی prophet نہیں آنے والا ہے جہاں تک میں جانتا ہوں کوئی سیکٹ ابھی تک یہ بھی سیکٹ ہی تھا اس مسلمانوں میں اب ان کو انہوں نے کافر بنا دیا ہے</w:t>
      </w:r>
    </w:p>
    <w:p>
      <w:r>
        <w:rPr>
          <w:b/>
        </w:rPr>
        <w:t xml:space="preserve">[1:10:16] </w:t>
      </w:r>
      <w:r>
        <w:t>to un ke siwa jahan tak main jaanta hoon koi is mein yeh nahin maloom hai ke jo is ko challenge jis ne kiya ho hmm Maulana I have a point Recently I met a Qadiani scholar a self-styled scholar So he was talking about prophet's miraculous powers and he also said that prophet of Islam was so miraculous that he did not have his own shadow</w:t>
      </w:r>
    </w:p>
    <w:p>
      <w:pPr>
        <w:jc w:val="right"/>
      </w:pPr>
      <w:r>
        <w:t>تو ان کے سوا جہاں تک میں جانتا ہوں کوئی اس میں یہ نہیں معلوم ہے کہ جو اس کو challenge جس نے کیا ہو ہمم مولانا I have a point Recently I met a Qadiani scholar a self-styled scholar So he was talking about prophet's miraculous powers and he also said that prophet of Islam was so miraculous that he did not have his own shadow</w:t>
      </w:r>
    </w:p>
    <w:p>
      <w:r>
        <w:rPr>
          <w:b/>
        </w:rPr>
        <w:t xml:space="preserve">[1:10:44] </w:t>
      </w:r>
      <w:r>
        <w:t>abhi aap keh rahe hain ke woh mante hain ke zill-e-nabi unhone Ghulam Ahmad Qadiani ne kaha apne aap ko to jab woh tabqa yeh manta hai ke prophet ka koi saya hi nahin tha aur un ke founder keh rahe hain ke main un ka saya hoon to yeh contradictory nahin ho gaya dono mein nahin nahin dekhiye woh symbolic sense mein hai woh saya jo mante hain woh wahi saya jo zameen par parta hai woh nahin is sense mein nahin zill-e-nabi ka maani yeh nahin hai</w:t>
      </w:r>
    </w:p>
    <w:p>
      <w:pPr>
        <w:jc w:val="right"/>
      </w:pPr>
      <w:r>
        <w:t>ابھی آپ کہہ رہے ہیں کہ وہ مانتے ہیں کہ ذل نبی انہوں نے غلام احمد قادیانی نے کہا اپنے آپ کو تو جب وہ طبقہ یہ مانتا ہے کہ prophet کا کوئی سایہ ہی نہیں تھا اور ان کے founder کہہ رہے ہیں کہ میں ان کا سایہ ہوں تو یہ contradictory نہیں ہو گیا دونوں میں نہیں نہیں دیکھیے وہ symbolic sense میں ہے وہ سایہ جو مانتے ہیں وہ وہی سایہ جو زمین پر پڑتا ہے وہ نہیں اس sense میں نہیں ذل نبی کا معنی یہ نہیں ہے</w:t>
      </w:r>
    </w:p>
    <w:p>
      <w:r>
        <w:rPr>
          <w:b/>
        </w:rPr>
        <w:t xml:space="preserve">[1:11:08] </w:t>
      </w:r>
      <w:r>
        <w:t>matlab woh kehte hain ke un ka yeh tha urdu mein unhone is tarah kaha tha ke Muhammad itne barhe paighambar the ke un ke tufail mein nabuwat banti thi yeh is sense mein saya ab yeh sab bekar baatein hain yeh sab yeh sab shayari hai yeh koi logic nahin hai</w:t>
      </w:r>
    </w:p>
    <w:p>
      <w:pPr>
        <w:jc w:val="right"/>
      </w:pPr>
      <w:r>
        <w:t>مطلب وہ کہتے ہیں کہ ان کا یہ تھا اردو میں انہوں نے اس طرح کہا تھا کہ محمد اتنے بڑے پیغمبر تھے کہ ان کے طفیل میں نبوت بٹتی تھی یہ اس sense میں سایہ اب یہ سب بیکار باتیں ہیں یہ سب یہ سب شاعری ہے یہ کوئی logic نہیں ہے</w:t>
      </w:r>
    </w:p>
    <w:p>
      <w:r>
        <w:rPr>
          <w:b/>
        </w:rPr>
        <w:t xml:space="preserve">[1:11:29] </w:t>
      </w:r>
      <w:r>
        <w:t>molana saadia would like to know what is the difference between making your wife an advisor and making her your intellectual partner dekhiye dono baatein ek dam alag alag hain</w:t>
      </w:r>
    </w:p>
    <w:p>
      <w:pPr>
        <w:jc w:val="right"/>
      </w:pPr>
      <w:r>
        <w:t>مولانا سعدیہ would like to know what is the difference between making your wife an advisor and making her your intellectual partner دیکھیے دونوں باتیں ایک دم الگ الگ ہیں</w:t>
      </w:r>
    </w:p>
    <w:p>
      <w:r>
        <w:rPr>
          <w:b/>
        </w:rPr>
        <w:t xml:space="preserve">[1:11:45] </w:t>
      </w:r>
      <w:r>
        <w:t>jab aap jo jis sense mein main ne bola hai advisor to is mein hadith mein hai ke umooruhum ila nisaaihim is ka literal translation yeh hai ke un ke un ke mamlaat auraton ke hawale ho jayenge isi ke liye main ne advisor ka lafz bola hai ke jo woh kahein woh aap kar daalein woh jo woh kahein woh aap karein</w:t>
      </w:r>
    </w:p>
    <w:p>
      <w:pPr>
        <w:jc w:val="right"/>
      </w:pPr>
      <w:r>
        <w:t>جب آپ جو جس sense میں میں نے بولا ہے advisor تو اس میں حدیث میں ہے کہ أمورهم إلى نسائهم اس کا literal translation یہ ہے کہ ان کے ان کے معاملات عورتوں کے حوالے ہو جائیں گے اسی کے لیے میں نے advisor کا لفظ بولا ہے کہ جو وہ کہیں وہ آپ کر ڈالیں وہ جو وہ کہیں وہ آپ کریں</w:t>
      </w:r>
    </w:p>
    <w:p>
      <w:r>
        <w:rPr>
          <w:b/>
        </w:rPr>
        <w:t xml:space="preserve">[1:12:08] </w:t>
      </w:r>
      <w:r>
        <w:t>yaani auraton ke baat ghar mein chalne lagein is sense mein main ne kaha hai</w:t>
      </w:r>
    </w:p>
    <w:p>
      <w:pPr>
        <w:jc w:val="right"/>
      </w:pPr>
      <w:r>
        <w:t>یعنی عورتوں کے بات گھر میں چلنے لگیں اس sense میں میں نے کہا ہے</w:t>
      </w:r>
    </w:p>
    <w:p>
      <w:r>
        <w:rPr>
          <w:b/>
        </w:rPr>
        <w:t xml:space="preserve">[1:12:13] </w:t>
      </w:r>
      <w:r>
        <w:t>aaj kal har jagah yahi hai ke auraton ki baat chalti hai aur is ko samajh aata hai ke modern yeh yeh yeh hai modern culture hai yeh molana ne kaha ji yeh to yeh to bohat hi jahannami culture hai yeh ke auraton ko pata chale auratein hoti hain emotional hoti hain woh jhoot bolti hain apne apne logon ko acha batane ke liye ajeeb ajeeb baatein nikalti hain</w:t>
      </w:r>
    </w:p>
    <w:p>
      <w:pPr>
        <w:jc w:val="right"/>
      </w:pPr>
      <w:r>
        <w:t>آج کل ہر جگہ یہی ہے کہ عورتوں کی بات چلتی ہے اور اس کو سمجھ آتا ہے کہ modern یہ یہ یہ ہے modern culture ہے یہ مولانا نے کہا جی یہ تو یہ تو بہت ہی جہنمی culture ہے یہ کہ عورتوں کو پتہ چلے عورتیں ہوتی ہیں emotional ہوتی ہیں وہ جھوٹ بولتی ہیں اپنے اپنے لوگوں کو اچھا بتانے کے لیے عجیب عجیب باتیں نکالتی ہیں</w:t>
      </w:r>
    </w:p>
    <w:p>
      <w:r>
        <w:rPr>
          <w:b/>
        </w:rPr>
        <w:t xml:space="preserve">[1:12:38] </w:t>
      </w:r>
      <w:r>
        <w:t>har aurat ka yeh woh mizaj yeh hai ke apne logon ko is ke jo apne log jo samajhti hain woh is ko acha dikhane ke liye ajeeb ajeeb tareeke se is ki tasweer banati hai is ki yeh sab auraton mein aisa hota hai siwaye un logon ke jo bohat zyada khuda se darte hon aur apne aap ko yaani apni zubaan par par taala laga rakha ho apni soch par taala laga rakha ho</w:t>
      </w:r>
    </w:p>
    <w:p>
      <w:pPr>
        <w:jc w:val="right"/>
      </w:pPr>
      <w:r>
        <w:t>ہر عورت کا یہ وہ مزاج یہ ہے کہ اپنے لوگوں کو اس کے جو اپنے لوگ جو سمجھتی ہیں وہ اس کو اچھا دکھانے کے لیے عجیب عجیب طریقے سے اس کی تصویر بناتی ہے اس کی یہ سب عورتوں میں ایسا ہوتا ہے سوائے ان لوگوں کے جو بہت زیادہ خدا سے ڈرتے ہوں اور اپنے آپ کو یعنی اپنی زبان پر پر تالا لگا رکھا ہو اپنی سوچ پر تالا لگا رکھا ہو</w:t>
      </w:r>
    </w:p>
    <w:p>
      <w:r>
        <w:rPr>
          <w:b/>
        </w:rPr>
        <w:t xml:space="preserve">[1:13:02] </w:t>
      </w:r>
      <w:r>
        <w:t>to dekhiye ek hai yeh ke aaj kal ke fashion ke mutabiq yeh aaj kal ka fashion hai jab aadmi kehta hai ke hamare ghar mein to bhai jo yeh kehte hain wahi hota hai to woh is fashion mein apne aap ko jod raha hot</w:t>
      </w:r>
    </w:p>
    <w:p>
      <w:pPr>
        <w:jc w:val="right"/>
      </w:pPr>
      <w:r>
        <w:t>تو دیکھیے ایک ہے یہ کہ آج کل کے فیشن کے مطابق یہ آج کل کا فیشن ہے جب آدمی کہتا ہے کہ ہمارے گھر میں تو بھئی جو یہ کہتے ہیں وہی ہوتا ہے تو وہ اس فیشن میں اپنے آپ کو جوڑ رہا ہوت</w:t>
      </w:r>
    </w:p>
    <w:p>
      <w:r>
        <w:rPr>
          <w:b/>
        </w:rPr>
        <w:t xml:space="preserve">[1:13:17] </w:t>
      </w:r>
      <w:r>
        <w:t>a hai yeh fashion hai modern fashion ke bhai hamare to shamti ji jo hain wahi yeh yeh apne ko samajhta hai ke main yaani fashion ke mutabiq apne ko main to yeh alag cheez hai yaani agar ghar ke mamlaat auraton ke hawale ho jayein yaani paisa hai to aurat ke paas hai koi decision lena hai to aurat decision le rahi hai</w:t>
      </w:r>
    </w:p>
    <w:p>
      <w:pPr>
        <w:jc w:val="right"/>
      </w:pPr>
      <w:r>
        <w:t>ا ہے یہ فیشن ہے modern فیشن کہ بھئی ہمارے تو شمتی جی جو ہیں وہی یہ یہ اپنے کو سمجھتا ہے کہ میں یعنی فیشن کے مطابق اپنے کو میں تو یہ الگ چیز ہے یعنی اگر گھر کے معاملات عورتوں کے حوالے ہو جائیں یعنی پیسہ ہے تو عورت کے پاس ہے کوئی decision لینا ہے تو عورت decision لے رہی ہے</w:t>
      </w:r>
    </w:p>
    <w:p>
      <w:r>
        <w:rPr>
          <w:b/>
        </w:rPr>
        <w:t xml:space="preserve">[1:13:42] </w:t>
      </w:r>
      <w:r>
        <w:t>kuch shopping aur outing aur sab cheez hai woh iska woh woh keh rahi jo keh rahi</w:t>
      </w:r>
    </w:p>
    <w:p>
      <w:pPr>
        <w:jc w:val="right"/>
      </w:pPr>
      <w:r>
        <w:t>کچھ shopping اور outing اور سب چیز ہے وہ اس کا وہ وہ کہہ رہی جو کہہ رہی</w:t>
      </w:r>
    </w:p>
    <w:p>
      <w:r>
        <w:rPr>
          <w:b/>
        </w:rPr>
        <w:t xml:space="preserve">[1:13:48] </w:t>
      </w:r>
      <w:r>
        <w:t>wohi ho raha hai to yeh hai umoor wala nisaa aurat ke hawale kar dena maamle ko aur</w:t>
      </w:r>
    </w:p>
    <w:p>
      <w:pPr>
        <w:jc w:val="right"/>
      </w:pPr>
      <w:r>
        <w:t>وہی ہو رہا ہے تو یہ ہے امور والا نسائے عورت کے حوالے کر دینا معاملے کو اور</w:t>
      </w:r>
    </w:p>
    <w:p>
      <w:r>
        <w:rPr>
          <w:b/>
        </w:rPr>
        <w:t xml:space="preserve">[1:13:56] </w:t>
      </w:r>
      <w:r>
        <w:t>jahan tak exchange ki baat hai woh to kisi se bhi kar sakte hain aap hum to har</w:t>
      </w:r>
    </w:p>
    <w:p>
      <w:pPr>
        <w:jc w:val="right"/>
      </w:pPr>
      <w:r>
        <w:t>جہاں تک exchange کی بات ہے وہ تو کسی سے بھی کر سکتے ہیں آپ ہم تو ہر</w:t>
      </w:r>
    </w:p>
    <w:p>
      <w:r>
        <w:rPr>
          <w:b/>
        </w:rPr>
        <w:t xml:space="preserve">[1:14:00] </w:t>
      </w:r>
      <w:r>
        <w:t>ek se karta hoon jo bhi mujhe milta hai to use mein intellectual exchange karta hoon</w:t>
      </w:r>
    </w:p>
    <w:p>
      <w:pPr>
        <w:jc w:val="right"/>
      </w:pPr>
      <w:r>
        <w:t>ایک سے کرتا ہوں جو بھی مجھے ملتا ہے تو اسے میں intellectual exchange کرتا ہوں</w:t>
      </w:r>
    </w:p>
    <w:p>
      <w:r>
        <w:rPr>
          <w:b/>
        </w:rPr>
        <w:t xml:space="preserve">[1:14:06] </w:t>
      </w:r>
      <w:r>
        <w:t>meri zindagi ka sab se bara kitabon ki study ke baad dosra jo mera hai intellectual exchange</w:t>
      </w:r>
    </w:p>
    <w:p>
      <w:pPr>
        <w:jc w:val="right"/>
      </w:pPr>
      <w:r>
        <w:t>میری زندگی کا سب سے بڑا کتابوں کی study کے بعد دوسرا جو میرا ہے intellectual exchange</w:t>
      </w:r>
    </w:p>
    <w:p>
      <w:r>
        <w:rPr>
          <w:b/>
        </w:rPr>
        <w:t xml:space="preserve">[1:14:13] </w:t>
      </w:r>
      <w:r>
        <w:t>kitaabon ke baad doosra jo mera hai jo source hai woh hai intellectual exchange main koi doosri baat nahi karta to woh jo cheez hai is mein na koi bara hota hai na koi chota hota hai intellectual exchange mein na koi boss hota hai na koi na koi chota hota hai na koi bara hota hai woh to woh ek alag cheez hai woh ek alag cheez hai hadith mein aata hai ke is mein shayad chaar cheezein hain</w:t>
      </w:r>
    </w:p>
    <w:p>
      <w:pPr>
        <w:jc w:val="right"/>
      </w:pPr>
      <w:r>
        <w:t>کتابوں کے بعد دوسرا جو میرا ہے جو source ہے وہ ہے intellectual exchange میں کوئی دوسری بات نہیں کرتا تو وہ جو چیز ہے اس میں نہ کوئی بڑا ہوتا ہے نہ کوئی چھوٹا ہوتا ہے intellectual exchange میں نہ کوئی باس ہوتا ہے نہ کوئی نہ کوئی چھوٹا ہوتا ہے نہ کوئی بڑا ہوتا ہے وہ تو وہ ایک الگ چیز ہے وہ ایک الگ چیز ہے حدیث میں آتا ہے کہ اس میں شاید چار چیزیں ہیں</w:t>
      </w:r>
    </w:p>
    <w:p>
      <w:r>
        <w:rPr>
          <w:b/>
        </w:rPr>
        <w:t xml:space="preserve">[1:14:37] </w:t>
      </w:r>
      <w:r>
        <w:t>is mein ek hai ke umoor hum ila nisaaihim ke ghar ki woh ghar ke mamlaat auraton ke hawale ho jayein to us waqt jo hai batan al arz khariq min zahriha ke zameen ka pait zameen ke pait se behtar hoga yaani dunya mein rehna jahannami zindagi ban jayegi aadmi chahega ke mar jaaun mein ek sacha insaan mar ke qabr mein chala jaaun</w:t>
      </w:r>
    </w:p>
    <w:p>
      <w:pPr>
        <w:jc w:val="right"/>
      </w:pPr>
      <w:r>
        <w:t>اس میں ایک ہے کہ امورہم إلى نسائہم کہ گھر کی وہ گھر کے معاملات عورتوں کے حوالے ہو جائیں تو اس وقت جو ہے بطن الأرض خارق من ظهرها کہ زمین کا پیٹ زمین کے پیٹ سے بہتر ہوگا یعنی دنیا میں رہنا جہنمی زندگی بن جائے گی آدمی چاہے گا کہ مر جاؤں میں ایک سچا انسان مر کے قبر میں چلا جاؤں</w:t>
      </w:r>
    </w:p>
    <w:p>
      <w:r>
        <w:rPr>
          <w:b/>
        </w:rPr>
        <w:t xml:space="preserve">[1:15:03] </w:t>
      </w:r>
      <w:r>
        <w:t>batan al arz khariq min zahriha ke zameen ki peeth zyada behtar hogi woh zameen ka pait zameen ki peeth se behtar ho jayegi yaani mar jaana khatam ho jaana yeh zyada yaani yaani aasan hoga insaan ke liye yaani lesser evil hoga aur yeh greater evil hoga ke zameen pe chale phire woh aur yeh yeh sab scene ko dekha hai aur is ko bhag</w:t>
      </w:r>
    </w:p>
    <w:p>
      <w:pPr>
        <w:jc w:val="right"/>
      </w:pPr>
      <w:r>
        <w:t>بطن الأرض خارق من ظهرها کہ زمین کی پیٹھ زیادہ بہتر ہوگی وہ زمین کا پیٹ زمین کی پیٹھ سے بہتر ہو جائے گی یعنی مر جانا ختم ہو جانا یہ زیادہ یعنی یعنی آسان ہوگا انسان کے لیے یعنی lesser evil ہوگا اور یہ greater evil ہوگا کہ زمین پہ چلے پھرے وہ اور یہ یہ سب سین کو دیکھا ہے اور اس کو بھگ</w:t>
      </w:r>
    </w:p>
    <w:p>
      <w:r>
        <w:rPr>
          <w:b/>
        </w:rPr>
        <w:t xml:space="preserve">[1:15:28] </w:t>
      </w:r>
      <w:r>
        <w:t>te hain molana raaziya says that it is often said that truth is relative as we generally see that it is different for different people and cannot be absolute please elaborate yeh to illogical baat hai bilkul baseless baat hai dekhiye truth kya cheez hai truth ko log ek cultural cheez samajhte hain cultural ek cultural custom samajhte hain truth ko</w:t>
      </w:r>
    </w:p>
    <w:p>
      <w:pPr>
        <w:jc w:val="right"/>
      </w:pPr>
      <w:r>
        <w:t>تے ہیں مولانا راضیہ says that it is often said that truth is relative as we generally see that it is different for different people and cannot be absolute Please elaborate یہ تو illogical بات ہے بالکل baseless بات ہے دیکھیے truth کیا چیز ہے truth کو لوگ ایک cultural چیز سمجھتے ہیں cultural ایک cultural custom سمجھتے ہیں truth کو</w:t>
      </w:r>
    </w:p>
    <w:p>
      <w:r>
        <w:rPr>
          <w:b/>
        </w:rPr>
        <w:t xml:space="preserve">[1:15:57] </w:t>
      </w:r>
      <w:r>
        <w:t>truth jo hai woh source of conviction hai yaad rakhiye truth koi cultural custom nahi hai jo log aisi baatein bolte hain woh sab wahi hain ke truth ko cultural phenomena samajhte hain woh truth jo hai woh source of conviction hai</w:t>
      </w:r>
    </w:p>
    <w:p>
      <w:pPr>
        <w:jc w:val="right"/>
      </w:pPr>
      <w:r>
        <w:t>truth جو ہے وہ source of conviction ہے یاد رکھیے truth کوئی cultural custom نہیں ہے جو لوگ ایسی باتیں بولتے ہیں وہ سب وہی ہیں کہ truth کو cultural phenomena سمجھتے ہیں وہ truth جو ہے وہ source of conviction ہے</w:t>
      </w:r>
    </w:p>
    <w:p>
      <w:r>
        <w:rPr>
          <w:b/>
        </w:rPr>
        <w:t xml:space="preserve">[1:16:16] </w:t>
      </w:r>
      <w:r>
        <w:t>ab aap sochiye ke agar mujh ko kisi ek cheez pe yaqeen na ho aur mujhe to ho</w:t>
      </w:r>
    </w:p>
    <w:p>
      <w:pPr>
        <w:jc w:val="right"/>
      </w:pPr>
      <w:r>
        <w:t>اب آپ سوچیے کہ اگر مجھ کو کسی ایک چیز پہ یقین نہ ہو اور مجھے تو ہو</w:t>
      </w:r>
    </w:p>
    <w:p>
      <w:r>
        <w:rPr>
          <w:b/>
        </w:rPr>
        <w:t xml:space="preserve">[1:16:22] </w:t>
      </w:r>
      <w:r>
        <w:t>ke sab sab sab sab cheez in mein se maa hai agar main apni maa ko samhoon ke</w:t>
      </w:r>
    </w:p>
    <w:p>
      <w:pPr>
        <w:jc w:val="right"/>
      </w:pPr>
      <w:r>
        <w:t>کہ سب سب سب سب چیز ان میں سے ماں ہے اگر میں اپنی ماں کو سمجھوں کہ</w:t>
      </w:r>
    </w:p>
    <w:p>
      <w:r>
        <w:rPr>
          <w:b/>
        </w:rPr>
        <w:t xml:space="preserve">[1:16:27] </w:t>
      </w:r>
      <w:r>
        <w:t>har aurat jo hai wahi meri maa hai to yeh motherhood khatm ho jaye gi</w:t>
      </w:r>
    </w:p>
    <w:p>
      <w:pPr>
        <w:jc w:val="right"/>
      </w:pPr>
      <w:r>
        <w:t>ہر عورت جو ہے وہی میری ماں ہے تو یہ motherhood ختم ہو جائے گی</w:t>
      </w:r>
    </w:p>
    <w:p>
      <w:r>
        <w:rPr>
          <w:b/>
        </w:rPr>
        <w:t xml:space="preserve">[1:16:33] </w:t>
      </w:r>
      <w:r>
        <w:t>wo negation ho jaye ga mother ka negation ban jaye ga kisi ek maa par mujhe yaqeen hona</w:t>
      </w:r>
    </w:p>
    <w:p>
      <w:pPr>
        <w:jc w:val="right"/>
      </w:pPr>
      <w:r>
        <w:t>وہ negation ہو جائے گا mother کا negation بن جائے گا کسی ایک ماں پر مجھے یقین ہونا</w:t>
      </w:r>
    </w:p>
    <w:p>
      <w:r>
        <w:rPr>
          <w:b/>
        </w:rPr>
        <w:t xml:space="preserve">[1:16:39] </w:t>
      </w:r>
      <w:r>
        <w:t>chahiye ke yeh meri maa hai</w:t>
      </w:r>
    </w:p>
    <w:p>
      <w:pPr>
        <w:jc w:val="right"/>
      </w:pPr>
      <w:r>
        <w:t>چاہیے کہ یہ میری ماں ہے</w:t>
      </w:r>
    </w:p>
    <w:p>
      <w:r>
        <w:rPr>
          <w:b/>
        </w:rPr>
        <w:t xml:space="preserve">[1:16:41] </w:t>
      </w:r>
      <w:r>
        <w:t>kisi ek aurat par mujhe yaqeen hona chahiye ke yeh meri maa hai nahi to wo connection khatm</w:t>
      </w:r>
    </w:p>
    <w:p>
      <w:pPr>
        <w:jc w:val="right"/>
      </w:pPr>
      <w:r>
        <w:t>کسی ایک عورت پر مجھے یقین ہونا چاہیے کہ یہ میری ماں ہے نہیں تو وہ connection ختم</w:t>
      </w:r>
    </w:p>
    <w:p>
      <w:r>
        <w:rPr>
          <w:b/>
        </w:rPr>
        <w:t xml:space="preserve">[1:16:46] </w:t>
      </w:r>
      <w:r>
        <w:t>hua conviction khatm hua to motherhood bhi khatm ho gayi to kisi ek sachai par mujhe yaqeen hona</w:t>
      </w:r>
    </w:p>
    <w:p>
      <w:pPr>
        <w:jc w:val="right"/>
      </w:pPr>
      <w:r>
        <w:t>ہوا conviction ختم ہوا تو motherhood بھی ختم ہو گئی تو کسی ایک سچائی پر مجھے یقین ہونا</w:t>
      </w:r>
    </w:p>
    <w:p>
      <w:r>
        <w:rPr>
          <w:b/>
        </w:rPr>
        <w:t xml:space="preserve">[1:16:52] </w:t>
      </w:r>
      <w:r>
        <w:t>chahiye kyunke dekhiye truth jo hai aap ko activate karti hai</w:t>
      </w:r>
    </w:p>
    <w:p>
      <w:pPr>
        <w:jc w:val="right"/>
      </w:pPr>
      <w:r>
        <w:t>چاہیے کیونکہ دیکھیے truth جو ہے آپ کو activate کرتی ہے</w:t>
      </w:r>
    </w:p>
    <w:p>
      <w:r>
        <w:rPr>
          <w:b/>
        </w:rPr>
        <w:t xml:space="preserve">[1:16:56] </w:t>
      </w:r>
      <w:r>
        <w:t>aap ko inspiration milta hai is se conviction milta hai dunya mein is ke sahare aap jee sakte</w:t>
      </w:r>
    </w:p>
    <w:p>
      <w:pPr>
        <w:jc w:val="right"/>
      </w:pPr>
      <w:r>
        <w:t>آپ کو inspiration ملتا ہے اس سے conviction ملتا ہے دنیا میں اس کے سہارے آپ جی سکتے</w:t>
      </w:r>
    </w:p>
    <w:p>
      <w:r>
        <w:rPr>
          <w:b/>
        </w:rPr>
        <w:t xml:space="preserve">[1:17:03] </w:t>
      </w:r>
      <w:r>
        <w:t>hain aur sab se bara source to wahi to hai intellectual development ka aur spiritual development ka to</w:t>
      </w:r>
    </w:p>
    <w:p>
      <w:pPr>
        <w:jc w:val="right"/>
      </w:pPr>
      <w:r>
        <w:t>ہیں اور سب سے بڑا source تو وہی تو ہے intellectual development کا اور spiritual development کا تو</w:t>
      </w:r>
    </w:p>
    <w:p>
      <w:r>
        <w:rPr>
          <w:b/>
        </w:rPr>
        <w:t xml:space="preserve">[1:17:09] </w:t>
      </w:r>
      <w:r>
        <w:t>agar aap ko conviction na ho to truth aap ke liye na spiritual development ka source banegi</w:t>
      </w:r>
    </w:p>
    <w:p>
      <w:pPr>
        <w:jc w:val="right"/>
      </w:pPr>
      <w:r>
        <w:t>اگر آپ کو conviction نہ ہو تو truth آپ کے لیے نہ spiritual development کا source بنے گی</w:t>
      </w:r>
    </w:p>
    <w:p>
      <w:r>
        <w:rPr>
          <w:b/>
        </w:rPr>
        <w:t xml:space="preserve">[1:17:16] </w:t>
      </w:r>
      <w:r>
        <w:t>na intellectual development ka source banegi to main is ko bilkul absurd samajhta hoon yeh kehne ko</w:t>
      </w:r>
    </w:p>
    <w:p>
      <w:pPr>
        <w:jc w:val="right"/>
      </w:pPr>
      <w:r>
        <w:t>نہ intellectual development کا source بنے گی تو میں اس کو بالکل absurd سمجھتا ہوں یہ کہنے کو</w:t>
      </w:r>
    </w:p>
    <w:p>
      <w:r>
        <w:rPr>
          <w:b/>
        </w:rPr>
        <w:t xml:space="preserve">[1:17:21] </w:t>
      </w:r>
      <w:r>
        <w:t>ke truth ek relative cheez hai aise log bilkul blind hain blind</w:t>
      </w:r>
    </w:p>
    <w:p>
      <w:pPr>
        <w:jc w:val="right"/>
      </w:pPr>
      <w:r>
        <w:t>کہ truth ایک relative چیز ہے ایسے لوگ بالکل blind ہیں blind</w:t>
      </w:r>
    </w:p>
    <w:p>
      <w:r>
        <w:rPr>
          <w:b/>
        </w:rPr>
        <w:t xml:space="preserve">[1:17:27] </w:t>
      </w:r>
      <w:r>
        <w:t>blind nahi in ka concern nahi hai sachai in ka concern nahi hai sachi baat yeh hai jo log aisa bolein sambhalein un ko sachai in ka concern nahi hai woh khana peena hua karni kar ke mar jaana chahte hain bas woh seeker nahi hain woh jo seeker hon woh zaroor yeh chahenge ke mujhe sachai the truth wid di capacity mil jaye aur jo sirf hua kar ke mar jaane wale hain wahi aisi baatein bola karte hain any more</w:t>
      </w:r>
    </w:p>
    <w:p>
      <w:pPr>
        <w:jc w:val="right"/>
      </w:pPr>
      <w:r>
        <w:t>blind نہیں ان کا concern نہیں ہے سچائی ان کا concern نہیں ہے سچی بات یہ ہے جو لوگ ایسا بولیں سنبھلیں ان کو سچائی ان کا concern نہیں ہے وہ کھانا پینا ہوا کرنی کر کے مر جانا چاہتے ہیں بس وہ seeker نہیں ہیں وہ جو seeker ہوں وہ ضرور یہ چاہیں گے کہ مجھے سچائی the truth ود دی کاپرٹی مل جائے اور جو صرف ہوا کر کے مر جانے والے ہیں وہی ایسی باتیں بولا کرتے ہیں Any more</w:t>
      </w:r>
    </w:p>
    <w:p>
      <w:r>
        <w:rPr>
          <w:b/>
        </w:rPr>
        <w:t xml:space="preserve">[1:17:54] </w:t>
      </w:r>
      <w:r>
        <w:t>questions? what is the reason for people becoming double standard which is called munafiq in islam mein haan dekhiye islam mein ek lafz hai munafiq jo kehte hain double standard wala aadmi duplicity</w:t>
      </w:r>
    </w:p>
    <w:p>
      <w:pPr>
        <w:jc w:val="right"/>
      </w:pPr>
      <w:r>
        <w:t>questions? What is the reason for people becoming double standard which is called منافق ان اسلام میں ہاں دیکھیے اسلام میں ایک لفظ ہے منافق جو کہتے ہیں double standard والا آدمی duplicity</w:t>
      </w:r>
    </w:p>
    <w:p>
      <w:r>
        <w:rPr>
          <w:b/>
        </w:rPr>
        <w:t xml:space="preserve">[1:18:17] </w:t>
      </w:r>
      <w:r>
        <w:t>to islam mein teen qism ke maane gaye hain momin munkir munafiq momin munkir munafiq to sachai ko khule tareeqe se jo maan le woh momin ho gaya aur jo inkar kar de woh munkir ho gaya to yeh do category hoti hai</w:t>
      </w:r>
    </w:p>
    <w:p>
      <w:pPr>
        <w:jc w:val="right"/>
      </w:pPr>
      <w:r>
        <w:t>تو اسلام میں تین قسم کے مانے گئے ہیں مومن منکر منافق مومن منکر منافق تو سچائی کو کھلے طریقے سے جو مان لے وہ مومن ہو گیا اور جو انکار کر دے وہ منکر ہو گیا تو یہ دو category ہوتی ہے</w:t>
      </w:r>
    </w:p>
    <w:p>
      <w:r>
        <w:rPr>
          <w:b/>
        </w:rPr>
        <w:t xml:space="preserve">[1:18:40] </w:t>
      </w:r>
      <w:r>
        <w:t>ke sachai ko seedhe se kaha ke nahi hum nahi mante is ko refuse karte hain hum is</w:t>
      </w:r>
    </w:p>
    <w:p>
      <w:pPr>
        <w:jc w:val="right"/>
      </w:pPr>
      <w:r>
        <w:t>کہ سچائی کو سیدھے سے کہا کہ نہیں ہم نہیں مانتے اس کو refuse کرتے ہیں ہم اس</w:t>
      </w:r>
    </w:p>
    <w:p>
      <w:r>
        <w:rPr>
          <w:b/>
        </w:rPr>
        <w:t xml:space="preserve">[1:18:44] </w:t>
      </w:r>
      <w:r>
        <w:t>ko hum deny karte hain is ko wo munkir ho gaye aur jo maan liya wo ho gaye</w:t>
      </w:r>
    </w:p>
    <w:p>
      <w:pPr>
        <w:jc w:val="right"/>
      </w:pPr>
      <w:r>
        <w:t>کو ہم deny کرتے ہیں اس کو وہ منکر ہو گئے اور جو مان لیا وہ ہو گئے</w:t>
      </w:r>
    </w:p>
    <w:p>
      <w:r>
        <w:rPr>
          <w:b/>
        </w:rPr>
        <w:t xml:space="preserve">[1:18:51] </w:t>
      </w:r>
      <w:r>
        <w:t>momin ab ek aur category wo hoti hai jo chahte hain arabi qawaneen se achi tarah parhein</w:t>
      </w:r>
    </w:p>
    <w:p>
      <w:pPr>
        <w:jc w:val="right"/>
      </w:pPr>
      <w:r>
        <w:t>مومن اب ایک اور category وہ ہوتی ہے جو چاہتے ہیں عربی قوانین سے اچھی طرح پڑھیں</w:t>
      </w:r>
    </w:p>
    <w:p>
      <w:r>
        <w:rPr>
          <w:b/>
        </w:rPr>
        <w:t xml:space="preserve">[1:18:57] </w:t>
      </w:r>
      <w:r>
        <w:t>to yaati ila haula wajhi ila haula wajhi in se hi bani rahe in se hi bani rahe</w:t>
      </w:r>
    </w:p>
    <w:p>
      <w:pPr>
        <w:jc w:val="right"/>
      </w:pPr>
      <w:r>
        <w:t>تو يأتي إلى حول وجه وإلى حول وجه ان سے ہی بنی رہے ان سے ہی بنی رہے</w:t>
      </w:r>
    </w:p>
    <w:p>
      <w:r>
        <w:rPr>
          <w:b/>
        </w:rPr>
        <w:t xml:space="preserve">[1:19:04] </w:t>
      </w:r>
      <w:r>
        <w:t>to wahan jab jayenge to un ki baat kar denge wahan jayenge un ki baat</w:t>
      </w:r>
    </w:p>
    <w:p>
      <w:pPr>
        <w:jc w:val="right"/>
      </w:pPr>
      <w:r>
        <w:t>تو وہاں جب جائیں گے تو ان کی بات کر دیں گے وہاں جائیں گے ان کی بات</w:t>
      </w:r>
    </w:p>
    <w:p>
      <w:r>
        <w:rPr>
          <w:b/>
        </w:rPr>
        <w:t xml:space="preserve">[1:19:07] </w:t>
      </w:r>
      <w:r>
        <w:t>kar denge isi ka naam hai duplicity</w:t>
      </w:r>
    </w:p>
    <w:p>
      <w:pPr>
        <w:jc w:val="right"/>
      </w:pPr>
      <w:r>
        <w:t>کر دیں گے اسی کا نام ہے duplicity</w:t>
      </w:r>
    </w:p>
    <w:p>
      <w:r>
        <w:rPr>
          <w:b/>
        </w:rPr>
        <w:t xml:space="preserve">[1:19:10] </w:t>
      </w:r>
      <w:r>
        <w:t>main ne aise log dekhe hain ke seminar waghera mein agar muslim seminar hai to wahi boli bol</w:t>
      </w:r>
    </w:p>
    <w:p>
      <w:pPr>
        <w:jc w:val="right"/>
      </w:pPr>
      <w:r>
        <w:t>میں نے ایسے لوگ دیکھے ہیں کہ سیمینار وغیرہ میں اگر مسلم سیمینار ہے تو وہی بولی بول</w:t>
      </w:r>
    </w:p>
    <w:p>
      <w:r>
        <w:rPr>
          <w:b/>
        </w:rPr>
        <w:t xml:space="preserve">[1:19:15] </w:t>
      </w:r>
      <w:r>
        <w:t>denge</w:t>
      </w:r>
    </w:p>
    <w:p>
      <w:pPr>
        <w:jc w:val="right"/>
      </w:pPr>
      <w:r>
        <w:t>دیں گے</w:t>
      </w:r>
    </w:p>
    <w:p>
      <w:r>
        <w:rPr>
          <w:b/>
        </w:rPr>
        <w:t xml:space="preserve">[1:19:16] </w:t>
      </w:r>
      <w:r>
        <w:t>hindu seminar hai to wahi boli bol denge</w:t>
      </w:r>
    </w:p>
    <w:p>
      <w:pPr>
        <w:jc w:val="right"/>
      </w:pPr>
      <w:r>
        <w:t>ہندو سیمینار ہے تو وہی بولی بول دیں گے</w:t>
      </w:r>
    </w:p>
    <w:p>
      <w:r>
        <w:rPr>
          <w:b/>
        </w:rPr>
        <w:t xml:space="preserve">[1:19:21] </w:t>
      </w:r>
      <w:r>
        <w:t>to is ko hadith mein kaha gaya hai ke yaati ila hawla wajhi wa ila hawla wajhi ek taraf doosra face doosra doosra face ek taraf doosra face doosra doosra face to yeh hai duplicity to is quran mein hai ke innal munafiqeena fi darqil asfal min anar</w:t>
      </w:r>
    </w:p>
    <w:p>
      <w:pPr>
        <w:jc w:val="right"/>
      </w:pPr>
      <w:r>
        <w:t>تو اس کو حدیث میں کہا گیا ہے کہ يأتي إلى حول وجه وإلى حول وجه ایک طرف دوسرا فیس دوسرا دوسرا فیس ایک طرف دوسرا فیس دوسرا دوسرا فیس تو یہ ہے duplicity تو اس قرآن میں ہے کہ إن المنافقين في الدرك الأصفر من النار</w:t>
      </w:r>
    </w:p>
    <w:p>
      <w:r>
        <w:rPr>
          <w:b/>
        </w:rPr>
        <w:t xml:space="preserve">[1:19:43] </w:t>
      </w:r>
      <w:r>
        <w:t>ke munafiq jo hain woh sab se jahannum ke sab se bure is mein honge sab se kada punishment hoga munafiqeen ko ya to munkir bano ya momin bano yeh beech ka jo rasta hai to apne interest ke liye logon ke darmiyan acha bana rehne ke liye aaj kal aisa hai sabhi log aise hi ho rahe hain 99%</w:t>
      </w:r>
    </w:p>
    <w:p>
      <w:pPr>
        <w:jc w:val="right"/>
      </w:pPr>
      <w:r>
        <w:t>کہ منافق جو ہیں وہ سب سے جہنم کے سب سے برے اس میں ہوں گے سب سے کڑا punishment ہوگا منافقین کو یا تو منکر بنو یا مومن بنو یہ بیچ کا جو راستہ ہے تو اپنے interest کے لیے لوگوں کے درمیان اچھا بنا رہنے کے لیے آج کل ایسا ہے سبھی لوگ ایسے ہی ہو رہے ہیں 99%</w:t>
      </w:r>
    </w:p>
    <w:p>
      <w:r>
        <w:rPr>
          <w:b/>
        </w:rPr>
        <w:t xml:space="preserve">[1:20:09] </w:t>
      </w:r>
      <w:r>
        <w:t>logon ke darmiyan acha bana rehne ke liye un se mulaqat hui un se un ki un ki wali baat keh di un se un ko un ki un ki baat kahi sab ke sab acha bana rahe hain sab yeh society mein ache bane rehna yeh bhi ek ban gaya logon ka concern society mein acha bana rehna yeh ek concern bana gaya isi liye woh do tarah ki boli bola karte hain woh jo dehati zubaan mein kaha jata hai ke ba musalman allah allah ba barabar ram ram</w:t>
      </w:r>
    </w:p>
    <w:p>
      <w:pPr>
        <w:jc w:val="right"/>
      </w:pPr>
      <w:r>
        <w:t>لوگوں کے درمیان اچھا بنا رہنے کے لیے ان سے ملاقات ہوئی ان سے ان کی ان کی والی بات کہہ دی ان سے ان کو ان کی ان کی بات کہی سب کے سب اچھا بنا رہے ہیں سب یہ society میں اچھے بنے رہنا یہ بھی ایک بن گیا لوگوں کا concern society میں اچھا بنا رہنا یہ ایک concern بنا گیا اسی لیے وہ دو طرح کی بولی بولا کرتے ہیں وہ جو دیہاتی زبان میں کہا جاتا ہے کہ با مسلمان اللہ اللہ با برابر رام رام</w:t>
      </w:r>
    </w:p>
    <w:p>
      <w:r>
        <w:rPr>
          <w:b/>
        </w:rPr>
        <w:t xml:space="preserve">[1:20:38] </w:t>
      </w:r>
      <w:r>
        <w:t>musalman se mile to allah allah kar rahe hain barabar se mile to ram ram kar rahe hain to yeh woh log hain jo society mein acha bana rehne ko sab se bari baat mante hain ke log sab mujhe acha samjhein yeh isi se munafiqat paida hoti hai acha bana rehne ko aap ne supreme culture bana liya sachai ko nahi to khuda ki nazar mein yeh bohat bari burai hai</w:t>
      </w:r>
    </w:p>
    <w:p>
      <w:pPr>
        <w:jc w:val="right"/>
      </w:pPr>
      <w:r>
        <w:t>مسلمان سے ملے تو اللہ اللہ کر رہے ہیں برابر سے ملے تو رام رام کر رہے ہیں تو یہ وہ لوگ ہیں جو society میں اچھا بنا رہنے کو سب سے بڑی بات مانتے ہیں کہ لوگ سب مجھے اچھا سمجھیں یہ اسی سے منافقت پیدا ہوتی ہے اچھا بنا رہنے کو آپ نے supreme culture بنا لیا سچائی کو نہیں تو خدا کی نظر میں یہ بہت بڑی برائی ہے</w:t>
      </w:r>
    </w:p>
    <w:p>
      <w:r>
        <w:rPr>
          <w:b/>
        </w:rPr>
        <w:t xml:space="preserve">[1:21:04] </w:t>
      </w:r>
      <w:r>
        <w:t>there are a few words in the quran like alif laam meem ya seen alif laam meem saad which do not have any meanings what are the significance of these words huroof muqattaat yun kehte hain na aap huroof muq</w:t>
      </w:r>
    </w:p>
    <w:p>
      <w:pPr>
        <w:jc w:val="right"/>
      </w:pPr>
      <w:r>
        <w:t>There are a few words in the Quran like الف لام میم یاسین الف لام میم صاد which do not have any meanings What are the significance of these words حروف مقطعات یوں کہتے ہیں نا آپ حروف مق</w:t>
      </w:r>
    </w:p>
    <w:p>
      <w:r>
        <w:rPr>
          <w:b/>
        </w:rPr>
        <w:t xml:space="preserve">[1:21:20] </w:t>
      </w:r>
      <w:r>
        <w:t>muqatta'at</w:t>
      </w:r>
    </w:p>
    <w:p>
      <w:pPr>
        <w:jc w:val="right"/>
      </w:pPr>
      <w:r>
        <w:t>طعات</w:t>
      </w:r>
    </w:p>
    <w:p>
      <w:r>
        <w:rPr>
          <w:b/>
        </w:rPr>
        <w:t xml:space="preserve">[1:21:24] </w:t>
      </w:r>
      <w:r>
        <w:t>dekhein huroof muqatta'at ka mujhe masla hai yeh bohat ziyada</w:t>
      </w:r>
    </w:p>
    <w:p>
      <w:pPr>
        <w:jc w:val="right"/>
      </w:pPr>
      <w:r>
        <w:t>دیکھیں حروف مقطعات کا مجھے مسئلہ ہے یہ بہت زیادہ</w:t>
      </w:r>
    </w:p>
    <w:p>
      <w:r>
        <w:rPr>
          <w:b/>
        </w:rPr>
        <w:t xml:space="preserve">[1:21:31] </w:t>
      </w:r>
      <w:r>
        <w:t>is mein bohat saare dhang se is ki commentary ki gayi hai lekin mein in mein se kisi ko bhi theek nahi paata</w:t>
      </w:r>
    </w:p>
    <w:p>
      <w:pPr>
        <w:jc w:val="right"/>
      </w:pPr>
      <w:r>
        <w:t>اس میں بہت سارے ڈھنگ سے اس کی commentary کی گئی ہے لیکن میں ان میں سے کسی کو بھی ٹھیک نہیں پاتا</w:t>
      </w:r>
    </w:p>
    <w:p>
      <w:r>
        <w:rPr>
          <w:b/>
        </w:rPr>
        <w:t xml:space="preserve">[1:21:41] </w:t>
      </w:r>
      <w:r>
        <w:t>is liye mein samajhta hoon ke Quran ka yeh jo hai yeh jo yeh letters hain sach peechay letters alif laam meem kaaf ya ain saad ya seen waghera</w:t>
      </w:r>
    </w:p>
    <w:p>
      <w:pPr>
        <w:jc w:val="right"/>
      </w:pPr>
      <w:r>
        <w:t>اس لیے میں سمجھتا ہوں کہ قرآن کا یہ جو ہے یہ جو یہ letters ہیں سچ پیچھے letters الف لام میم کف یا عین صاد یاسین وغیرہ</w:t>
      </w:r>
    </w:p>
    <w:p>
      <w:r>
        <w:rPr>
          <w:b/>
        </w:rPr>
        <w:t xml:space="preserve">[1:21:58] </w:t>
      </w:r>
      <w:r>
        <w:t>toh yeh abhi tak is ka koi aisa yaani aisa nahi bata sake hamare scholars jo bilkul do do chaar ki tarah se samajh mein aajaye theek samajhta hoon ke ek abhi tak yeh mystery hai yeh mystery yeh hai</w:t>
      </w:r>
    </w:p>
    <w:p>
      <w:pPr>
        <w:jc w:val="right"/>
      </w:pPr>
      <w:r>
        <w:t>تو یہ ابھی تک اس کا کوئی ایسا یعنی ایسا نہیں بتا سکے ہمارے scholars جو بالکل دو دو چار کی طرح سے سمجھ میں آجائے ٹھیک سمجھتا ہوں کہ ایک ابھی تک یہ mystery ہے یہ mystery یہ ہے</w:t>
      </w:r>
    </w:p>
    <w:p>
      <w:r>
        <w:rPr>
          <w:b/>
        </w:rPr>
        <w:t xml:space="preserve">[1:22:22] </w:t>
      </w:r>
      <w:r>
        <w:t>ek ek cheez jo hai mujh ko thoda sa attract karti hai ek scholar ki baat</w:t>
      </w:r>
    </w:p>
    <w:p>
      <w:pPr>
        <w:jc w:val="right"/>
      </w:pPr>
      <w:r>
        <w:t>ایک ایک چیز جو ہے مجھ کو تھوڑا سا attract کرتی ہے ایک scholar کی بات</w:t>
      </w:r>
    </w:p>
    <w:p>
      <w:r>
        <w:rPr>
          <w:b/>
        </w:rPr>
        <w:t xml:space="preserve">[1:22:28] </w:t>
      </w:r>
      <w:r>
        <w:t>aur bahut sare logon ne likhi bahut sari baatein hain to wo mujhe wo mujhe wo theek nahi</w:t>
      </w:r>
    </w:p>
    <w:p>
      <w:pPr>
        <w:jc w:val="right"/>
      </w:pPr>
      <w:r>
        <w:t>اور بہت سارے لوگوں نے لکھی بہت ساری باتیں ہیں تو وہ مجھے وہ مجھے وہ ٹھیک نہیں</w:t>
      </w:r>
    </w:p>
    <w:p>
      <w:r>
        <w:rPr>
          <w:b/>
        </w:rPr>
        <w:t xml:space="preserve">[1:22:33] </w:t>
      </w:r>
      <w:r>
        <w:t>lagti ke ek baat mujhe theek lagti hai kisi qadar</w:t>
      </w:r>
    </w:p>
    <w:p>
      <w:pPr>
        <w:jc w:val="right"/>
      </w:pPr>
      <w:r>
        <w:t>لگتی کہ ایک بات مجھے ٹھیک لگتی ہے کسی قدر</w:t>
      </w:r>
    </w:p>
    <w:p>
      <w:r>
        <w:rPr>
          <w:b/>
        </w:rPr>
        <w:t xml:space="preserve">[1:22:39] </w:t>
      </w:r>
      <w:r>
        <w:t>keh quran mein shuru mein hota hai yeh yeh hamesha shuru mein hota hai huroof muqatta'at kehte hain</w:t>
      </w:r>
    </w:p>
    <w:p>
      <w:pPr>
        <w:jc w:val="right"/>
      </w:pPr>
      <w:r>
        <w:t>کہ قرآن میں شروع میں ہوتا ہے یہ یہ ہمیشہ شروع میں ہوتا ہے حروف مقطعات کہتے ہیں</w:t>
      </w:r>
    </w:p>
    <w:p>
      <w:r>
        <w:rPr>
          <w:b/>
        </w:rPr>
        <w:t xml:space="preserve">[1:22:46] </w:t>
      </w:r>
      <w:r>
        <w:t>is ko woh shuru mein hotay hain yani letters ki shakal mein</w:t>
      </w:r>
    </w:p>
    <w:p>
      <w:pPr>
        <w:jc w:val="right"/>
      </w:pPr>
      <w:r>
        <w:t>اس کو وہ شروع میں ہوتے ہیں یعنی letters کی شکل میں</w:t>
      </w:r>
    </w:p>
    <w:p>
      <w:r>
        <w:rPr>
          <w:b/>
        </w:rPr>
        <w:t xml:space="preserve">[1:22:53] </w:t>
      </w:r>
      <w:r>
        <w:t>toh woh woh de kar ke goya Quran mein ek ek impression diya gaya ke Quran agarche isi tarah ke insani language mein human language mein tumhara ABC jo hai isi mein Quran bhi hai lekin is ke bawajood Quran jo hai woh woh word of God hai yaani language ke aitbaar se woh alif laam meem hai</w:t>
      </w:r>
    </w:p>
    <w:p>
      <w:pPr>
        <w:jc w:val="right"/>
      </w:pPr>
      <w:r>
        <w:t>تو وہ وہ دے کر کے گویا قرآن میں ایک ایک impression دیا گیا کہ قرآن اگرچہ اسی طرح کے انسانی language میں human language میں تمہارا اے بی سی ڈی جو ہے اسی میں قرآن بھی ہے لیکن اس کے باوجود قرآن جو ہے وہ وہ word of God ہے یعنی language کے اعتبار سے وہ الف لام میم ہے</w:t>
      </w:r>
    </w:p>
    <w:p>
      <w:r>
        <w:rPr>
          <w:b/>
        </w:rPr>
        <w:t xml:space="preserve">[1:23:19] </w:t>
      </w:r>
      <w:r>
        <w:t>language ke aitbaar se woh ABC hai lekin agar tum is ki meaning par utro ge aur gehrai mein is ko jaano ge toh pata chalega yeh toh yeh toh Khuda ki Khuda ka kalam hai yeh toh Khuda ki baat hai</w:t>
      </w:r>
    </w:p>
    <w:p>
      <w:pPr>
        <w:jc w:val="right"/>
      </w:pPr>
      <w:r>
        <w:t>language کے اعتبار سے وہ اے بی سی ڈی ہے لیکن اگر تم اس کی meaning پر اترو گے اور گہرائی میں اس کو جانو گے تو پتہ چلے گا یہ تو یہ تو خدا کی خدا کا کلام ہے یہ تو خدا کی بات ہے</w:t>
      </w:r>
    </w:p>
    <w:p>
      <w:r>
        <w:rPr>
          <w:b/>
        </w:rPr>
        <w:t xml:space="preserve">[1:23:34] </w:t>
      </w:r>
      <w:r>
        <w:t>yeh toh Khuda ki baat hai jaise aap mein ek misaal deta hoon aap ko ke dunya mein bohat saari kitabein hain jo muqaddas maani jaati hain sacred lekin aap aap comparative study kijiye</w:t>
      </w:r>
    </w:p>
    <w:p>
      <w:pPr>
        <w:jc w:val="right"/>
      </w:pPr>
      <w:r>
        <w:t>یہ تو خدا کی بات ہے جیسے آپ میں ایک مثال دیتا ہوں آپ کو کہ دنیا میں بہت ساری کتابیں ہیں جو مقدس مانی جاتی ہیں sacred لیکن آپ آپ comparative study کیجیے</w:t>
      </w:r>
    </w:p>
    <w:p>
      <w:r>
        <w:rPr>
          <w:b/>
        </w:rPr>
        <w:t xml:space="preserve">[1:23:50] </w:t>
      </w:r>
      <w:r>
        <w:t>toh kisi bhi doosri book mein ek baat nahi paayenge aap jo Quran mein hai ke Quran mein jo aap parhte hain toh lagta hai ke ek taraf God hai ek taraf aap hain God aap ko address kar raha hai yeh bohat hi anokhi baat hai yeh achaanak jaise aap Quran parhna shuru karte hain samajh kar ke achaanak aisa lagta hai ke ek aap wahan pahunch gaye hain jahan ek taraf God hai ek taraf aap hain God address karta raha hai aap ko toh</w:t>
      </w:r>
    </w:p>
    <w:p>
      <w:pPr>
        <w:jc w:val="right"/>
      </w:pPr>
      <w:r>
        <w:t>تو کسی بھی دوسری book میں ایک بات نہیں پائیں گے آپ جو قرآن میں ہے کہ قرآن میں جو آپ پڑھتے ہیں تو لگتا ہے کہ ایک طرف God ہے ایک طرف آپ ہیں God آپ کو address کر رہا ہے یہ بہت ہی انوکھی بات ہے یہ اچانک جیسے آپ قرآن پڑھنا شروع کرتے ہیں سمجھ کر کے اچانک ایسا لگتا ہے کہ ایک آپ وہاں پہنچ گئے ہیں جہاں ایک طرف God ہے ایک طرف آپ ہیں God address کرتا رہا ہے آپ کو تو</w:t>
      </w:r>
    </w:p>
    <w:p>
      <w:r>
        <w:rPr>
          <w:b/>
        </w:rPr>
        <w:t xml:space="preserve">[1:24:17] </w:t>
      </w:r>
      <w:r>
        <w:t>mein samajhta hoon keh yeh jo alif laam meem waghera hai shayad is ka matlab yeh hai keh</w:t>
      </w:r>
    </w:p>
    <w:p>
      <w:pPr>
        <w:jc w:val="right"/>
      </w:pPr>
      <w:r>
        <w:t>میں سمجھتا ہوں کہ یہ جو الف لام میم وغیرہ ہے شاید اس کا مطلب یہ ہے کہ</w:t>
      </w:r>
    </w:p>
    <w:p>
      <w:r>
        <w:rPr>
          <w:b/>
        </w:rPr>
        <w:t xml:space="preserve">[1:24:21] </w:t>
      </w:r>
      <w:r>
        <w:t>agarcheh quran hai insaan ki language mein lekin woh khuda ka kalam hai woh phir bhi</w:t>
      </w:r>
    </w:p>
    <w:p>
      <w:pPr>
        <w:jc w:val="right"/>
      </w:pPr>
      <w:r>
        <w:t>اگرچہ قرآن ہے انسان کی language میں لیکن وہ خدا کا کلام ہے وہ پھر بھی</w:t>
      </w:r>
    </w:p>
    <w:p>
      <w:r>
        <w:rPr>
          <w:b/>
        </w:rPr>
        <w:t xml:space="preserve">[1:24:27] </w:t>
      </w:r>
      <w:r>
        <w:t>upar upar dekho ge to lagay ga yeh yeh to abc ki language hai andar</w:t>
      </w:r>
    </w:p>
    <w:p>
      <w:pPr>
        <w:jc w:val="right"/>
      </w:pPr>
      <w:r>
        <w:t>اوپر اوپر دیکھو گے تو لگے گا یہ یہ تو اے بی سی ڈی کی language ہے اندر</w:t>
      </w:r>
    </w:p>
    <w:p>
      <w:r>
        <w:rPr>
          <w:b/>
        </w:rPr>
        <w:t xml:space="preserve">[1:24:31] </w:t>
      </w:r>
      <w:r>
        <w:t>ghusoo ge to maloom hoga keh nahi yeh to khuda ka kalam hai khuda bol raha hai</w:t>
      </w:r>
    </w:p>
    <w:p>
      <w:pPr>
        <w:jc w:val="right"/>
      </w:pPr>
      <w:r>
        <w:t>گھسو گے تو معلوم ہوگا کہ نہیں یہ تو خدا کا کلام ہے خدا بول رہا ہے</w:t>
      </w:r>
    </w:p>
    <w:p>
      <w:r>
        <w:rPr>
          <w:b/>
        </w:rPr>
        <w:t xml:space="preserve">[1:24:36] </w:t>
      </w:r>
      <w:r>
        <w:t>aik word of god hai yeh</w:t>
      </w:r>
    </w:p>
    <w:p>
      <w:pPr>
        <w:jc w:val="right"/>
      </w:pPr>
      <w:r>
        <w:t>ایک word of God ہے یہ</w:t>
      </w:r>
    </w:p>
    <w:p>
      <w:r>
        <w:rPr>
          <w:b/>
        </w:rPr>
        <w:t xml:space="preserve">[1:24:39] </w:t>
      </w:r>
      <w:r>
        <w:t>shayad is ka aik matlab yeh ho kisi aik aik scholar ne yeh baat likhi hai aur relatively</w:t>
      </w:r>
    </w:p>
    <w:p>
      <w:pPr>
        <w:jc w:val="right"/>
      </w:pPr>
      <w:r>
        <w:t>شاید اس کا ایک مطلب یہ ہو کسی ایک ایک scholar نے یہ بات لکھی ہے اور relatively</w:t>
      </w:r>
    </w:p>
    <w:p>
      <w:r>
        <w:rPr>
          <w:b/>
        </w:rPr>
        <w:t xml:space="preserve">[1:24:43] </w:t>
      </w:r>
      <w:r>
        <w:t>mujhe yahi baat zyada theek lagti hai</w:t>
      </w:r>
    </w:p>
    <w:p>
      <w:pPr>
        <w:jc w:val="right"/>
      </w:pPr>
      <w:r>
        <w:t>مجھے یہی بات زیادہ ٹھیک لگتی ہے</w:t>
      </w:r>
    </w:p>
    <w:p>
      <w:r>
        <w:rPr>
          <w:b/>
        </w:rPr>
        <w:t xml:space="preserve">[1:24:48] </w:t>
      </w:r>
      <w:r>
        <w:t>Maulana woh jaise Sahaba Karam har cheez poocha karte thay Huzoor se lekin is ke silsile mein aisa ho sakta hai ke woh jaante hon is ko pichli ahadees mein toh nahi milta na yeh ke Sahaba Karam ne poocha ho is ke baray mein ke is ka matlab kya hai alif laam meem ka aaya jo shuru mein hai kaaf aaya ain saad waghera mein toh Sahaba Karam jaant</w:t>
      </w:r>
    </w:p>
    <w:p>
      <w:pPr>
        <w:jc w:val="right"/>
      </w:pPr>
      <w:r>
        <w:t>مولانا وہ جیسے صحابہ کرام ہر چیز پوچھا کرتے تھے حضور سے لیکن اس کے سلسلے میں ایسا ہو سکتا ہے کہ وہ جانتے ہوں اس کو پچھلی حدیثوں میں تو نہیں ملتا نا یہ کہ صحابہ کرام نے پوچھا ہو اس کے بارے میں کہ اس کا مطلب کیا ہے الف لام میم کا آیا جو شروع میں ہے کف آیا عین صاد وغیرہ میں تو صحابہ کرام جانت</w:t>
      </w:r>
    </w:p>
    <w:p>
      <w:r>
        <w:rPr>
          <w:b/>
        </w:rPr>
        <w:t xml:space="preserve">[1:25:10] </w:t>
      </w:r>
      <w:r>
        <w:t>e hoon us waqt</w:t>
      </w:r>
    </w:p>
    <w:p>
      <w:pPr>
        <w:jc w:val="right"/>
      </w:pPr>
      <w:r>
        <w:t>ے ہوں اس وقت</w:t>
      </w:r>
    </w:p>
    <w:p>
      <w:r>
        <w:rPr>
          <w:b/>
        </w:rPr>
        <w:t xml:space="preserve">[1:25:12] </w:t>
      </w:r>
      <w:r>
        <w:t>dekhiye aik hadith hai qazi abdullah masood ki hadith hai keh nuhina an kathirati as sawali wa an kathirati al qeela</w:t>
      </w:r>
    </w:p>
    <w:p>
      <w:pPr>
        <w:jc w:val="right"/>
      </w:pPr>
      <w:r>
        <w:t>دیکھیے ایک حدیث ہے قاضی عبداللہ مسعود کی حدیث ہے کہ نُهِينَا أَنْ كَثِرْتِ السَّوَالِ وَأَنْ كَثِرْتِ الْقِيلَ</w:t>
      </w:r>
    </w:p>
    <w:p>
      <w:r>
        <w:rPr>
          <w:b/>
        </w:rPr>
        <w:t xml:space="preserve">[1:25:21] </w:t>
      </w:r>
      <w:r>
        <w:t>wa al qala to sahaba ka jo mizaj tha woh unnaturally question nahi karte thay woh</w:t>
      </w:r>
    </w:p>
    <w:p>
      <w:pPr>
        <w:jc w:val="right"/>
      </w:pPr>
      <w:r>
        <w:t>وَالْقَالِ تو صحابہ کا جو مزاج تھا وہ unnaturally question نہیں کرتے تھے وہ</w:t>
      </w:r>
    </w:p>
    <w:p>
      <w:r>
        <w:rPr>
          <w:b/>
        </w:rPr>
        <w:t xml:space="preserve">[1:25:28] </w:t>
      </w:r>
      <w:r>
        <w:t>yeh mein ne bhi aaj tak is pe zyada socha nahi hai mera mizaj by birth aisa hi</w:t>
      </w:r>
    </w:p>
    <w:p>
      <w:pPr>
        <w:jc w:val="right"/>
      </w:pPr>
      <w:r>
        <w:t>یہ میں نے بھی آج تک اس پہ زیادہ سوچا نہیں ہے میرا مزاج by birth ایسا ہی</w:t>
      </w:r>
    </w:p>
    <w:p>
      <w:r>
        <w:rPr>
          <w:b/>
        </w:rPr>
        <w:t xml:space="preserve">[1:25:34] </w:t>
      </w:r>
      <w:r>
        <w:t>hai keh mein un se koi parhta hi nahi</w:t>
      </w:r>
    </w:p>
    <w:p>
      <w:pPr>
        <w:jc w:val="right"/>
      </w:pPr>
      <w:r>
        <w:t>ہے کہ میں ان سے کوئی پڑھتا ہی نہیں</w:t>
      </w:r>
    </w:p>
    <w:p>
      <w:r>
        <w:rPr>
          <w:b/>
        </w:rPr>
        <w:t xml:space="preserve">[1:25:37] </w:t>
      </w:r>
      <w:r>
        <w:t>keh huroof muqatta'at pe bohat bari bari research ki logon ne ki hai kitabein likh dali hain mein</w:t>
      </w:r>
    </w:p>
    <w:p>
      <w:pPr>
        <w:jc w:val="right"/>
      </w:pPr>
      <w:r>
        <w:t>کہ حروف مقطعات پہ بہت بڑی بڑی research کی لوگوں نے کی ہے کتابیں لکھ ڈالی ہیں میں</w:t>
      </w:r>
    </w:p>
    <w:p>
      <w:r>
        <w:rPr>
          <w:b/>
        </w:rPr>
        <w:t xml:space="preserve">[1:25:41] </w:t>
      </w:r>
      <w:r>
        <w:t>unhein bilkul nonsense samajhta hoon to mein jo mera mizaj jo hai wahi sahaba wala mizaj hai keh</w:t>
      </w:r>
    </w:p>
    <w:p>
      <w:pPr>
        <w:jc w:val="right"/>
      </w:pPr>
      <w:r>
        <w:t>انہیں بالکل nonsense سمجھتا ہوں تو میں جو میرا مزاج جو ہے وہی صحابہ والا مزاج ہے کہ</w:t>
      </w:r>
    </w:p>
    <w:p>
      <w:r>
        <w:rPr>
          <w:b/>
        </w:rPr>
        <w:t xml:space="preserve">[1:25:47] </w:t>
      </w:r>
      <w:r>
        <w:t>jo baat samajh mein aati hai us ko lo baqi baaton ko zyada chakar mat parho is ke</w:t>
      </w:r>
    </w:p>
    <w:p>
      <w:pPr>
        <w:jc w:val="right"/>
      </w:pPr>
      <w:r>
        <w:t>جو بات سمجھ میں آتی ہے اس کو لو باقی باتوں کو زیادہ چکر مت پڑھو اس کے</w:t>
      </w:r>
    </w:p>
    <w:p>
      <w:r>
        <w:rPr>
          <w:b/>
        </w:rPr>
        <w:t xml:space="preserve">[1:25:51] </w:t>
      </w:r>
      <w:r>
        <w:t>to</w:t>
      </w:r>
    </w:p>
    <w:p>
      <w:pPr>
        <w:jc w:val="right"/>
      </w:pPr>
      <w:r>
        <w:t>تو</w:t>
      </w:r>
    </w:p>
    <w:p>
      <w:r>
        <w:rPr>
          <w:b/>
        </w:rPr>
        <w:t xml:space="preserve">[1:25:52] </w:t>
      </w:r>
      <w:r>
        <w:t>Sahaba ka mizaj yahi tha ke woh sawal waghera karte nahi thay ziyada jo hai woh theek hai woh siwaye is ke ke jo baat un se apne apne aap se jo yaani ta'alluq rakhne wali hoti thi toh yeh sahi hai ke hadees mein huroof muqatta'at ke baray mein koi bhi hadees nahi hai koi bhi ek bhi hadees nahi hai matlab sahi hadees nahi hai aur yeh bhi sahi hai ke Sahaba Karam ne kabhi poocha</w:t>
      </w:r>
    </w:p>
    <w:p>
      <w:pPr>
        <w:jc w:val="right"/>
      </w:pPr>
      <w:r>
        <w:t>صحابہ کا مزاج یہی تھا کہ وہ سوال وغیرہ کرتے نہیں تھے زیادہ جو ہے وہ ٹھیک ہے وہ سوائے اس کے کہ جو بات ان سے اپنے اپنے آپ سے جو یعنی تعلق رکھنے والی ہوتی تھی تو یہ صحیح ہے کہ حدیث میں حروف مقطعات کے بارے میں کوئی بھی حدیث نہیں ہے کوئی بھی ایک بھی حدیث نہیں ہے مطلب صحیح حدیث نہیں ہے اور یہ بھی صحیح ہے کہ صحابہ کرام نے کبھی پوچھا</w:t>
      </w:r>
    </w:p>
    <w:p>
      <w:r>
        <w:rPr>
          <w:b/>
        </w:rPr>
        <w:t xml:space="preserve">[1:26:19] </w:t>
      </w:r>
      <w:r>
        <w:t>nahi jo record hai jo hamare jo jo abhi hamare paas is record mein na toh aisa hai ke Rasool Allah se poocha hai Sahaba ne na yeh Rasool Allah ne kabhi bataya toh mein samajhta hoon ke is ko is khane mein daalna chahiye ke hadees mein aata hai ke wa sakata an ashya'in min ghairi nisanin fala tabhathoo anha</w:t>
      </w:r>
    </w:p>
    <w:p>
      <w:pPr>
        <w:jc w:val="right"/>
      </w:pPr>
      <w:r>
        <w:t>نہیں جو ریکارڈ ہے جو ہمارے جو جو ابھی ہمارے پاس اس ریکارڈ میں نہ تو ایسا ہے کہ رسول اللہ سے پوچھا ہے صحابہ نے نہ یہ رسول اللہ نے کبھی بتایا تو میں سمجھتا ہوں کہ اس کو اس خانے میں ڈالنا چاہیے کہ حدیث میں آتا ہے کہ وَسَكَتَ عَنْ أَشْيَاءٍ مِنْ غَيْرِ نِسَانٍ فَلَا تَبْحَثُوا عَنْهَا</w:t>
      </w:r>
    </w:p>
    <w:p>
      <w:r>
        <w:rPr>
          <w:b/>
        </w:rPr>
        <w:t xml:space="preserve">[1:26:40] </w:t>
      </w:r>
      <w:r>
        <w:t>ek hadees hai is ka translation yeh hai ke Khuda kuch baaton ke baray mein chup raha hai baghair bhoolay hue toh tum is ki woh na karo is ke peechay na parho wa sakata an ashya'in min ghairi nisanin fala tabhathoo anha Khuda kuch baat Khuda kuch cheezon ke baray mein chup raha hai baghair bhoolay hue toh tum is pe ziyada behas na karo mein samajhta hoon ke Sahaba ka mizaj yahi tha Khuda ka mizaj yahi hai</w:t>
      </w:r>
    </w:p>
    <w:p>
      <w:pPr>
        <w:jc w:val="right"/>
      </w:pPr>
      <w:r>
        <w:t>ایک حدیث ہے اس کا translation یہ ہے کہ خدا کچھ باتوں کے بارے میں چپ رہا ہے بغیر بھولے ہوئے تو تم اس کی وہ نہ کرو اس کے پیچھے نہ پڑو وَسَكَتَ عَنْ أَشْيَاءٍ مِنْ غَيْرِ نِسَانٍ فَلَا تَبْحَثُوا عَنْهَا خدا کچھ بات خدا کچھ چیزوں کے بارے میں چپ رہا ہے بغیر بھولے ہوئے تو تم اس پہ زیادہ بحث نہ کرو میں سمجھتا ہوں کہ صحابہ کا مزاج یہی تھا خدا کا مزاج یہی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