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Month of Ramadan and The Quran 15 July 2012 - Maulana Wahiduddin Khan</w:t>
      </w:r>
    </w:p>
    <w:p>
      <w:r>
        <w:t>https://www.youtube.com/watch?v=sxp7HZbQc7U</w:t>
      </w:r>
    </w:p>
    <w:p>
      <w:r>
        <w:rPr>
          <w:b/>
        </w:rPr>
        <w:t xml:space="preserve">[00:14] </w:t>
      </w:r>
      <w:r>
        <w:t>وصلی اللہ علی النبی الکریم۔ رب اشرح لی صدری، ویسر لی امری، واحل العقدۃ من لسانی، یفقہ قولی۔</w:t>
      </w:r>
    </w:p>
    <w:p>
      <w:pPr>
        <w:jc w:val="right"/>
      </w:pPr>
      <w:r>
        <w:t>وصلی اللہ علی النبی الکریم۔ رب اشرح لی صدری، ویسر لی امری، واحل العقدۃ من لسانی، یفقہ قولی۔</w:t>
      </w:r>
    </w:p>
    <w:p>
      <w:r>
        <w:rPr>
          <w:b/>
        </w:rPr>
        <w:t xml:space="preserve">[00:31] </w:t>
      </w:r>
      <w:r>
        <w:t>aaj ka topic hai: Ramadan ka mahina aur Quran.</w:t>
      </w:r>
    </w:p>
    <w:p>
      <w:pPr>
        <w:jc w:val="right"/>
      </w:pPr>
      <w:r>
        <w:t>آج کا ٹاپک ہے: رمضان کا مہینہ اور قرآن۔</w:t>
      </w:r>
    </w:p>
    <w:p>
      <w:r>
        <w:rPr>
          <w:b/>
        </w:rPr>
        <w:t xml:space="preserve">[00:42] </w:t>
      </w:r>
      <w:r>
        <w:t>Ramadan ka mahina qareeb aa gaya hai, umeed hai ke 22 July ko shayad Ramadan ki pehli tareekh ho.</w:t>
      </w:r>
    </w:p>
    <w:p>
      <w:pPr>
        <w:jc w:val="right"/>
      </w:pPr>
      <w:r>
        <w:t>رمضان کا مہینہ قریب آ گیا ہے، امید ہے کہ 22 جولائی کو شاید رمضان کی پہلی تاریخ ہو۔</w:t>
      </w:r>
    </w:p>
    <w:p>
      <w:r>
        <w:rPr>
          <w:b/>
        </w:rPr>
        <w:t xml:space="preserve">[00:57] </w:t>
      </w:r>
      <w:r>
        <w:t>to Quran mein jahan roze ka hukum diya gaya hai, wahan par yeh alfaaz aaye hain ke "شهر رمضان الذي انزل فيه القرآن، هُدى للناس وبينت من الهدى والفرقان" ۔</w:t>
      </w:r>
    </w:p>
    <w:p>
      <w:pPr>
        <w:jc w:val="right"/>
      </w:pPr>
      <w:r>
        <w:t>تو قرآن میں جہاں روزے کا حکم دیا گیا ہے، وہاں پر یہ الفاظ آئے ہیں کہ "شهر رمضان الذي انزل فيه القرآن، هُدى للناس وبينت من الهدى والفرقان" ۔</w:t>
      </w:r>
    </w:p>
    <w:p>
      <w:r>
        <w:rPr>
          <w:b/>
        </w:rPr>
        <w:t xml:space="preserve">[01:15] </w:t>
      </w:r>
      <w:r>
        <w:t>yani Ramadan ke mahine mein Quran utra, jis mein hidayat hai aur roshni hai.</w:t>
      </w:r>
    </w:p>
    <w:p>
      <w:pPr>
        <w:jc w:val="right"/>
      </w:pPr>
      <w:r>
        <w:t>یعنی رمضان کے مہینے میں قرآن اترا، جس میں ہدایت ہے اور روشنی ہے۔</w:t>
      </w:r>
    </w:p>
    <w:p>
      <w:r>
        <w:rPr>
          <w:b/>
        </w:rPr>
        <w:t xml:space="preserve">[01:23] </w:t>
      </w:r>
      <w:r>
        <w:t>to is mahine mein, yani Ramadan ke mahine mein, tum roza rakho.</w:t>
      </w:r>
    </w:p>
    <w:p>
      <w:pPr>
        <w:jc w:val="right"/>
      </w:pPr>
      <w:r>
        <w:t>تو اس مہینے میں، یعنی رمضان کے مہینے میں، تم روزہ رکھو۔</w:t>
      </w:r>
    </w:p>
    <w:p>
      <w:r>
        <w:rPr>
          <w:b/>
        </w:rPr>
        <w:t xml:space="preserve">[01:30] </w:t>
      </w:r>
      <w:r>
        <w:t>yahan par sochne ki baat yeh hai ke Ramadan ka aur Quran ka taluq kya hai?</w:t>
      </w:r>
    </w:p>
    <w:p>
      <w:pPr>
        <w:jc w:val="right"/>
      </w:pPr>
      <w:r>
        <w:t>یہاں پر سوچنے کی بات یہ ہے کہ رمضان کا اور قرآن کا تعلق کیا ہے؟</w:t>
      </w:r>
    </w:p>
    <w:p>
      <w:r>
        <w:rPr>
          <w:b/>
        </w:rPr>
        <w:t xml:space="preserve">[01:41] </w:t>
      </w:r>
      <w:r>
        <w:t>yani roza aur Quran ke darmiyan kya taluq hai?</w:t>
      </w:r>
    </w:p>
    <w:p>
      <w:pPr>
        <w:jc w:val="right"/>
      </w:pPr>
      <w:r>
        <w:t>یعنی روزہ اور قرآن کے درمیان کیا تعلق ہے؟</w:t>
      </w:r>
    </w:p>
    <w:p>
      <w:r>
        <w:rPr>
          <w:b/>
        </w:rPr>
        <w:t xml:space="preserve">[01:49] </w:t>
      </w:r>
      <w:r>
        <w:t>yeh bohat ziyada sochne ki baat hai, aur isi ko janne mein hum samajh sakte hain ke Ramadan mein roza rakhne ki hikmat kya hai.</w:t>
      </w:r>
    </w:p>
    <w:p>
      <w:pPr>
        <w:jc w:val="right"/>
      </w:pPr>
      <w:r>
        <w:t>یہ بہت زیادہ سوچنے کی بات ہے، اور اسی کو جاننے میں ہم سمجھ سکتے ہیں کہ رمضان میں روزہ رکھنے کی حکمت کیا ہے۔</w:t>
      </w:r>
    </w:p>
    <w:p>
      <w:r>
        <w:rPr>
          <w:b/>
        </w:rPr>
        <w:t xml:space="preserve">[02:05] </w:t>
      </w:r>
      <w:r>
        <w:t>dekhiye, is ka jawab is tarah maloom ho sakta hai ke aap quran ko parhiye.</w:t>
      </w:r>
    </w:p>
    <w:p>
      <w:pPr>
        <w:jc w:val="right"/>
      </w:pPr>
      <w:r>
        <w:t>دیکھیے، اس کا جواب اس طرح معلوم ہو سکتا ہے کہ آپ قرآن کو پڑھیں۔</w:t>
      </w:r>
    </w:p>
    <w:p>
      <w:r>
        <w:rPr>
          <w:b/>
        </w:rPr>
        <w:t xml:space="preserve">[02:14] </w:t>
      </w:r>
      <w:r>
        <w:t>ek martaba aap yeh aisa kijiye ke a se zed tak aap quran ko parhiye, sirf yeh janne ke liye ke quran ka message kya hai.</w:t>
      </w:r>
    </w:p>
    <w:p>
      <w:pPr>
        <w:jc w:val="right"/>
      </w:pPr>
      <w:r>
        <w:t>ایک مرتبہ آپ یہ ایسا کیجیے کہ اے سے زیڈ تک آپ قرآن کو پڑھیے، صرف یہ جاننے کے لیے کہ قرآن کا میسج کیا ہے۔</w:t>
      </w:r>
    </w:p>
    <w:p>
      <w:r>
        <w:rPr>
          <w:b/>
        </w:rPr>
        <w:t xml:space="preserve">[02:31] </w:t>
      </w:r>
      <w:r>
        <w:t>to aap payenge ke quran mein sara jo zor hai, woh hai yeh ke quran insan ke mind ko address karta hai.</w:t>
      </w:r>
    </w:p>
    <w:p>
      <w:pPr>
        <w:jc w:val="right"/>
      </w:pPr>
      <w:r>
        <w:t>تو آپ پائیں گے کہ قرآن میں سارا جو زور ہے، وہ ہے یہ کہ قرآن انسان کے مائنڈ کو ایڈریس کرتا ہے۔</w:t>
      </w:r>
    </w:p>
    <w:p>
      <w:r>
        <w:rPr>
          <w:b/>
        </w:rPr>
        <w:t xml:space="preserve">[02:45] </w:t>
      </w:r>
      <w:r>
        <w:t>system ka is mein koi zikr hi nahin.</w:t>
      </w:r>
    </w:p>
    <w:p>
      <w:pPr>
        <w:jc w:val="right"/>
      </w:pPr>
      <w:r>
        <w:t>سسٹم کا اس میں کوئی ذکر ہی نہیں۔</w:t>
      </w:r>
    </w:p>
    <w:p>
      <w:r>
        <w:rPr>
          <w:b/>
        </w:rPr>
        <w:t xml:space="preserve">[02:51] </w:t>
      </w:r>
      <w:r>
        <w:t>aaj kal bari dhoom hai, yaani arab se le kar, arab countries se le kar non arab countries tak har jagah.</w:t>
      </w:r>
    </w:p>
    <w:p>
      <w:pPr>
        <w:jc w:val="right"/>
      </w:pPr>
      <w:r>
        <w:t>آج کل بڑی دھوم ہے، یعنی عرب سے لے کر، عرب کنٹریز سے لے کر نان عرب کنٹریز تک ہر جگہ۔</w:t>
      </w:r>
    </w:p>
    <w:p>
      <w:r>
        <w:rPr>
          <w:b/>
        </w:rPr>
        <w:t xml:space="preserve">[03:00] </w:t>
      </w:r>
      <w:r>
        <w:t>islami nizam, islami system, islami hukoomat, islami qanoon—dhoom machi hui hai.</w:t>
      </w:r>
    </w:p>
    <w:p>
      <w:pPr>
        <w:jc w:val="right"/>
      </w:pPr>
      <w:r>
        <w:t>اسلامی نظام، اسلامی سسٹم، اسلامی حکومت، اسلامی قانون—دھوم مچی ہوئی ہے۔</w:t>
      </w:r>
    </w:p>
    <w:p>
      <w:r>
        <w:rPr>
          <w:b/>
        </w:rPr>
        <w:t xml:space="preserve">[03:11] </w:t>
      </w:r>
      <w:r>
        <w:t>daily media mein roz nahi, is silsile mein kuch na kuch khabrein aati hain. lekin is qism ke islam ka, yaani islam ki is edition ka quran se koi talluq nahin hai.</w:t>
      </w:r>
    </w:p>
    <w:p>
      <w:pPr>
        <w:jc w:val="right"/>
      </w:pPr>
      <w:r>
        <w:t>ڈیلی میڈیا میں روزہ نہیں، اس سلسلے میں کچھ نہ کچھ خبریں آتی ہیں۔ لیکن اس قسم کے اسلام کا، یعنی اسلام کی اس ایڈیشن کا قرآن سے کوئی تعلق نہیں ہے۔</w:t>
      </w:r>
    </w:p>
    <w:p>
      <w:r>
        <w:rPr>
          <w:b/>
        </w:rPr>
        <w:t xml:space="preserve">[03:32] </w:t>
      </w:r>
      <w:r>
        <w:t>aap jis ko bhi shaq ho, woh yeh kare ke ek martaba woh quran ko sirf is liye parhe ke quran mein kya us ki batai gayi hai.</w:t>
      </w:r>
    </w:p>
    <w:p>
      <w:pPr>
        <w:jc w:val="right"/>
      </w:pPr>
      <w:r>
        <w:t>آپ جس کو بھی شک ہو، وہ یہ کرے کہ ایک مرتبہ وہ قرآن کو صرف اس لیے پڑھے کہ قرآن میں کیا اس کی بتائی گئی ہے۔</w:t>
      </w:r>
    </w:p>
    <w:p>
      <w:r>
        <w:rPr>
          <w:b/>
        </w:rPr>
        <w:t xml:space="preserve">[03:45] </w:t>
      </w:r>
      <w:r>
        <w:t>to sare quran mein aap dekhenge ke quran insan ke mind ko address karta hai. woh yeh kehta hai ke sochiye,</w:t>
      </w:r>
    </w:p>
    <w:p>
      <w:pPr>
        <w:jc w:val="right"/>
      </w:pPr>
      <w:r>
        <w:t>تو سارے قرآن میں آپ دیکھیں گے کہ قرآن انسان کے مائنڈ کو ایڈریس کرتا ہے۔ وہ یہ کہتا ہے کہ سوچو،</w:t>
      </w:r>
    </w:p>
    <w:p>
      <w:r>
        <w:rPr>
          <w:b/>
        </w:rPr>
        <w:t xml:space="preserve">[03:57] </w:t>
      </w:r>
      <w:r>
        <w:t>apni islaah kijiye. yaani individual based hai sara quran ka message.</w:t>
      </w:r>
    </w:p>
    <w:p>
      <w:pPr>
        <w:jc w:val="right"/>
      </w:pPr>
      <w:r>
        <w:t>اپنی اصلاح کرو۔ یعنی انڈیویجول بیسڈ ہے سارا قرآن کا میسج۔</w:t>
      </w:r>
    </w:p>
    <w:p>
      <w:r>
        <w:rPr>
          <w:b/>
        </w:rPr>
        <w:t xml:space="preserve">[04:09] </w:t>
      </w:r>
      <w:r>
        <w:t>system based nahin hai.</w:t>
      </w:r>
    </w:p>
    <w:p>
      <w:pPr>
        <w:jc w:val="right"/>
      </w:pPr>
      <w:r>
        <w:t>سسٹم بیسڈ نہیں ہے۔</w:t>
      </w:r>
    </w:p>
    <w:p>
      <w:r>
        <w:rPr>
          <w:b/>
        </w:rPr>
        <w:t xml:space="preserve">[04:15] </w:t>
      </w:r>
      <w:r>
        <w:t>system based nahin hai.</w:t>
      </w:r>
    </w:p>
    <w:p>
      <w:pPr>
        <w:jc w:val="right"/>
      </w:pPr>
      <w:r>
        <w:t>سسٹم بیسڈ نہیں ہے۔</w:t>
      </w:r>
    </w:p>
    <w:p>
      <w:r>
        <w:rPr>
          <w:b/>
        </w:rPr>
        <w:t xml:space="preserve">[04:21] </w:t>
      </w:r>
      <w:r>
        <w:t>aaj kal aisi jamaatein bani hain musalmanon mein jin ka pehla, pehli line yeh hoti hai ke hamara maqsad sari duniya mein islam ki hukoomat qaim karna hai.</w:t>
      </w:r>
    </w:p>
    <w:p>
      <w:pPr>
        <w:jc w:val="right"/>
      </w:pPr>
      <w:r>
        <w:t>آج کل ایسی جماعتیں بنی ہیں مسلمانوں میں جن کا پہلا، پہلی لائن یہ ہوتی ہے کہ ہمارا مقصد ساری دنیا میں اسلام کی حکومت قائم کرنا ہے۔</w:t>
      </w:r>
    </w:p>
    <w:p>
      <w:r>
        <w:rPr>
          <w:b/>
        </w:rPr>
        <w:t xml:space="preserve">[04:36] </w:t>
      </w:r>
      <w:r>
        <w:t>pehli line. kya quran mein bhi aisa hi hai? quran mein aisa nahin hai. yeh to secular partiyon ka tareeqa hai jis ko ke imitate kiya gaya hai.</w:t>
      </w:r>
    </w:p>
    <w:p>
      <w:pPr>
        <w:jc w:val="right"/>
      </w:pPr>
      <w:r>
        <w:t>پہلی لائن۔ کیا قرآن میں بھی ایسا ہی ہے؟ قرآن میں ایسا نہیں ہے۔ یہ تو سیکولر پارٹیوں کا طریقہ ہے جس کو کہ ایمیٹیٹ کیا گیا ہے۔</w:t>
      </w:r>
    </w:p>
    <w:p>
      <w:r>
        <w:rPr>
          <w:b/>
        </w:rPr>
        <w:t xml:space="preserve">[04:54] </w:t>
      </w:r>
      <w:r>
        <w:t>isko kehte hain quran mein mazahamat.</w:t>
      </w:r>
    </w:p>
    <w:p>
      <w:pPr>
        <w:jc w:val="right"/>
      </w:pPr>
      <w:r>
        <w:t>اس کو کہتے ہیں قرآن میں مضاحات۔</w:t>
      </w:r>
    </w:p>
    <w:p>
      <w:r>
        <w:rPr>
          <w:b/>
        </w:rPr>
        <w:t xml:space="preserve">[04:57] </w:t>
      </w:r>
      <w:r>
        <w:t>main aap ko misaal deta hoon.</w:t>
      </w:r>
    </w:p>
    <w:p>
      <w:pPr>
        <w:jc w:val="right"/>
      </w:pPr>
      <w:r>
        <w:t>میں آپ کو مثال دیتا ہوں۔</w:t>
      </w:r>
    </w:p>
    <w:p>
      <w:r>
        <w:rPr>
          <w:b/>
        </w:rPr>
        <w:t xml:space="preserve">[05:03] </w:t>
      </w:r>
      <w:r>
        <w:t>france mein democracy ki tehreek ubhri, woh phir dheere dheere har jagah phaili.</w:t>
      </w:r>
    </w:p>
    <w:p>
      <w:pPr>
        <w:jc w:val="right"/>
      </w:pPr>
      <w:r>
        <w:t>فرانس میں ڈیموکریسی کی تحریک ابھری، وہ پھر دھیرے دھیرے ہر جگہ پھیلی۔</w:t>
      </w:r>
    </w:p>
    <w:p>
      <w:r>
        <w:rPr>
          <w:b/>
        </w:rPr>
        <w:t xml:space="preserve">[05:13] </w:t>
      </w:r>
      <w:r>
        <w:t>to is ka jo ek bara leader, leader tha, thinker, uska naam tha russo.</w:t>
      </w:r>
    </w:p>
    <w:p>
      <w:pPr>
        <w:jc w:val="right"/>
      </w:pPr>
      <w:r>
        <w:t>تو اس کا جو ایک بڑا لیڈر، لیڈر تھا، تھنکر، اس کا نام تھا روسو۔</w:t>
      </w:r>
    </w:p>
    <w:p>
      <w:r>
        <w:rPr>
          <w:b/>
        </w:rPr>
        <w:t xml:space="preserve">[05:23] </w:t>
      </w:r>
      <w:r>
        <w:t>uski kitaab hai "social contract". to uska pehla jumla yeh hai ke "Man was born free,</w:t>
      </w:r>
    </w:p>
    <w:p>
      <w:pPr>
        <w:jc w:val="right"/>
      </w:pPr>
      <w:r>
        <w:t>اس کی کتاب ہے "سوشل کنٹریکٹ"۔ تو اس کا پہلا جملہ یہ ہے کہ "Man was born free,</w:t>
      </w:r>
    </w:p>
    <w:p>
      <w:r>
        <w:rPr>
          <w:b/>
        </w:rPr>
        <w:t xml:space="preserve">[05:37] </w:t>
      </w:r>
      <w:r>
        <w:t>but I see him in chain." insan azaad paida hua tha magar main us ko zanjeeron mein jakra hua pata hoon.</w:t>
      </w:r>
    </w:p>
    <w:p>
      <w:pPr>
        <w:jc w:val="right"/>
      </w:pPr>
      <w:r>
        <w:t>but I see him in chain." انسان آزاد پیدا ہوا تھا مگر میں اس کو زنجیروں میں جکڑا ہوا پاتا ہوں۔</w:t>
      </w:r>
    </w:p>
    <w:p>
      <w:r>
        <w:rPr>
          <w:b/>
        </w:rPr>
        <w:t xml:space="preserve">[05:49] </w:t>
      </w:r>
      <w:r>
        <w:t>yaani political zanjeerein.</w:t>
      </w:r>
    </w:p>
    <w:p>
      <w:pPr>
        <w:jc w:val="right"/>
      </w:pPr>
      <w:r>
        <w:t>یعنی پولیٹیکل زنجیریں۔</w:t>
      </w:r>
    </w:p>
    <w:p>
      <w:r>
        <w:rPr>
          <w:b/>
        </w:rPr>
        <w:t xml:space="preserve">[05:53] </w:t>
      </w:r>
      <w:r>
        <w:t>to kaha democracy ka jo nishana hai, woh un ke apne khayal ke mutabiq insan se political zanjeeron ko todna hai.</w:t>
      </w:r>
    </w:p>
    <w:p>
      <w:pPr>
        <w:jc w:val="right"/>
      </w:pPr>
      <w:r>
        <w:t>تو کہا ڈیموکریسی کا جو نشانہ ہے، وہ ان کے اپنے خیال کے مطابق انسان سے پولیٹیکل زنجیروں کو توڑنا ہے۔</w:t>
      </w:r>
    </w:p>
    <w:p>
      <w:r>
        <w:rPr>
          <w:b/>
        </w:rPr>
        <w:t xml:space="preserve">[06:06] </w:t>
      </w:r>
      <w:r>
        <w:t>yaani awwal din hi un ka nishana hota hai political system ko badalna.</w:t>
      </w:r>
    </w:p>
    <w:p>
      <w:pPr>
        <w:jc w:val="right"/>
      </w:pPr>
      <w:r>
        <w:t>یعنی اول دن ہی ان کا نشانہ ہوتا ہے پولیٹیکل سسٹم کو بدلنا۔</w:t>
      </w:r>
    </w:p>
    <w:p>
      <w:r>
        <w:rPr>
          <w:b/>
        </w:rPr>
        <w:t xml:space="preserve">[06:13] </w:t>
      </w:r>
      <w:r>
        <w:t>isi liye un ka pehla kalma yahi hai ke "Man was born free, but I see him in chains." to political zanjeeron ko todna aur democratic system qaim karna yeh nishana hai un ka.</w:t>
      </w:r>
    </w:p>
    <w:p>
      <w:pPr>
        <w:jc w:val="right"/>
      </w:pPr>
      <w:r>
        <w:t>اسی لیے ان کا پہلا کلمہ یہی ہے کہ "Man was born free, but I see him in chains." تو پولیٹیکل زنجیروں کو توڑنا اور ڈیموکریٹک سسٹم قائم کرنا یہ نشان ہے ان کا۔</w:t>
      </w:r>
    </w:p>
    <w:p>
      <w:r>
        <w:rPr>
          <w:b/>
        </w:rPr>
        <w:t xml:space="preserve">[06:31] </w:t>
      </w:r>
      <w:r>
        <w:t>aisi communism ki tehreek uthi, bohat dhoom ke sath. aur sari duniya mein is ka bohat parchar hua.</w:t>
      </w:r>
    </w:p>
    <w:p>
      <w:pPr>
        <w:jc w:val="right"/>
      </w:pPr>
      <w:r>
        <w:t>ایسی کمیونزم کی تحریک اٹھی، بہت دھوم کے ساتھ۔ اور ساری دنیا میں اس کا بہت پرچار ہوا۔</w:t>
      </w:r>
    </w:p>
    <w:p>
      <w:r>
        <w:rPr>
          <w:b/>
        </w:rPr>
        <w:t xml:space="preserve">[06:45] </w:t>
      </w:r>
      <w:r>
        <w:t>is ki hukoomat bhi qaim hui. to is ki jo kitaab hai, jo sab se ziyada communism ko phailanay mein jis ka role raha hai, woh hai "communist manifesto".</w:t>
      </w:r>
    </w:p>
    <w:p>
      <w:pPr>
        <w:jc w:val="right"/>
      </w:pPr>
      <w:r>
        <w:t>اس کی حکومت بھی قائم ہوئی۔ تو اس کی جو کتاب ہے، جو سب سے زیادہ کمیونزم کو پھیلانے میں جس کا رول رہا ہے، وہ ہے "کمیونسٹ مینی فیسٹو"۔</w:t>
      </w:r>
    </w:p>
    <w:p>
      <w:r>
        <w:rPr>
          <w:b/>
        </w:rPr>
        <w:t xml:space="preserve">[06:58] </w:t>
      </w:r>
      <w:r>
        <w:t>marx ki kitaab.</w:t>
      </w:r>
    </w:p>
    <w:p>
      <w:pPr>
        <w:jc w:val="right"/>
      </w:pPr>
      <w:r>
        <w:t>مارکس کی کتاب۔</w:t>
      </w:r>
    </w:p>
    <w:p>
      <w:r>
        <w:rPr>
          <w:b/>
        </w:rPr>
        <w:t xml:space="preserve">[07:01] </w:t>
      </w:r>
      <w:r>
        <w:t>communist manifesto ka pehla jumla kya hai?</w:t>
      </w:r>
    </w:p>
    <w:p>
      <w:pPr>
        <w:jc w:val="right"/>
      </w:pPr>
      <w:r>
        <w:t>کمیونسٹ مینی فیسٹو کا پہلا جملہ کیا ہے؟</w:t>
      </w:r>
    </w:p>
    <w:p>
      <w:r>
        <w:rPr>
          <w:b/>
        </w:rPr>
        <w:t xml:space="preserve">[07:07] </w:t>
      </w:r>
      <w:r>
        <w:t>"Laborers of the world unite." dunya ke mazdooron, mutahid ho jao. k</w:t>
      </w:r>
    </w:p>
    <w:p>
      <w:pPr>
        <w:jc w:val="right"/>
      </w:pPr>
      <w:r>
        <w:t>"Laborers of the world unite." دنیا کے مزدوروں، متحد ہو جاؤ۔ ک</w:t>
      </w:r>
    </w:p>
    <w:p>
      <w:r>
        <w:rPr>
          <w:b/>
        </w:rPr>
        <w:t xml:space="preserve">[07:14] </w:t>
      </w:r>
      <w:r>
        <w:t>s ke khilaaf? capitalist system ko toranay ke liye. is ka nazariya tha ke dunya bhar ke mazdoor mutahid ho kar jo siyasi nizaam hai, us ko jo kehta hai woh</w:t>
      </w:r>
    </w:p>
    <w:p>
      <w:pPr>
        <w:jc w:val="right"/>
      </w:pPr>
      <w:r>
        <w:t>س کے خلاف؟ کیپٹلسٹ سسٹم کو توڑنے کے لیے۔ اس کا نظریہ تھا کہ دنیا بھر کے مزدور متحد ہو کر جو سیاسی نظام ہے، اس کو جو کہتا ہے وہ</w:t>
      </w:r>
    </w:p>
    <w:p>
      <w:r>
        <w:rPr>
          <w:b/>
        </w:rPr>
        <w:t xml:space="preserve">[07:31] </w:t>
      </w:r>
      <w:r>
        <w:t>capitalist system, us se takra jayen. tor kar ke woh communist nizaam banayen. to kaha in ka jo nishana hai awwal din se, woh hai system.</w:t>
      </w:r>
    </w:p>
    <w:p>
      <w:pPr>
        <w:jc w:val="right"/>
      </w:pPr>
      <w:r>
        <w:t>کیپٹلسٹ سسٹم، اس سے ٹکرا جائیں۔ توڑ کر کے وہ کمیونسٹ نظام بنائیں۔ تو کہا ان کا جو نشانہ ہے اول دن سے، وہ ہے سسٹم۔</w:t>
      </w:r>
    </w:p>
    <w:p>
      <w:r>
        <w:rPr>
          <w:b/>
        </w:rPr>
        <w:t xml:space="preserve">[07:46] </w:t>
      </w:r>
      <w:r>
        <w:t>acha ab aap quran ko dekhiye</w:t>
      </w:r>
    </w:p>
    <w:p>
      <w:pPr>
        <w:jc w:val="right"/>
      </w:pPr>
      <w:r>
        <w:t>اچھا اب آپ قرآن کو دیکھیے</w:t>
      </w:r>
    </w:p>
    <w:p>
      <w:r>
        <w:rPr>
          <w:b/>
        </w:rPr>
        <w:t xml:space="preserve">[07:49] </w:t>
      </w:r>
      <w:r>
        <w:t>ke quran ki pehli ayat kya hai?</w:t>
      </w:r>
    </w:p>
    <w:p>
      <w:pPr>
        <w:jc w:val="right"/>
      </w:pPr>
      <w:r>
        <w:t>کہ قرآن کی پہلی آیت کیا ہے؟</w:t>
      </w:r>
    </w:p>
    <w:p>
      <w:r>
        <w:rPr>
          <w:b/>
        </w:rPr>
        <w:t xml:space="preserve">[07:54] </w:t>
      </w:r>
      <w:r>
        <w:t>pehli ayat hai "Alhamdulillah Rabbil Alameen". sari hamd hai Allah ke liye jo Rabbil Alameen hai.</w:t>
      </w:r>
    </w:p>
    <w:p>
      <w:pPr>
        <w:jc w:val="right"/>
      </w:pPr>
      <w:r>
        <w:t>پہلی آیت ہے "الحمد لله رب العالمين" ۔ ساری حمد ہے اللہ کے لیے جو رب العالمین ہے۔</w:t>
      </w:r>
    </w:p>
    <w:p>
      <w:r>
        <w:rPr>
          <w:b/>
        </w:rPr>
        <w:t xml:space="preserve">[08:06] </w:t>
      </w:r>
      <w:r>
        <w:t>yeh kya cheez hai? is ka koi talluq system se nahi hai.</w:t>
      </w:r>
    </w:p>
    <w:p>
      <w:pPr>
        <w:jc w:val="right"/>
      </w:pPr>
      <w:r>
        <w:t>یہ کیا چیز ہے؟ اس کا کوئی تعلق سسٹم سے نہیں ہے۔</w:t>
      </w:r>
    </w:p>
    <w:p>
      <w:r>
        <w:rPr>
          <w:b/>
        </w:rPr>
        <w:t xml:space="preserve">[08:10] </w:t>
      </w:r>
      <w:r>
        <w:t>is ka talluq aik insaan se hai, individual se hai, aik mind se hai.</w:t>
      </w:r>
    </w:p>
    <w:p>
      <w:pPr>
        <w:jc w:val="right"/>
      </w:pPr>
      <w:r>
        <w:t>اس کا تعلق ایک انسان سے ہے، انڈیویجول سے ہے، ایک مائنڈ سے ہے۔</w:t>
      </w:r>
    </w:p>
    <w:p>
      <w:r>
        <w:rPr>
          <w:b/>
        </w:rPr>
        <w:t xml:space="preserve">[08:18] </w:t>
      </w:r>
      <w:r>
        <w:t>dekhiye yeh baat kaise hoti hai? insaan sochta hai, tadabbur aur tafakkur karta hai. phir woh discover karta hai ke is kainaat ka aik Khuda hai.</w:t>
      </w:r>
    </w:p>
    <w:p>
      <w:pPr>
        <w:jc w:val="right"/>
      </w:pPr>
      <w:r>
        <w:t>دیکھیے یہ بات کیسے ہوتی ہے؟ انسان سوچتا ہے، تدبر اور تفکر کرتا ہے۔ پھر وہ ڈسکور کرتا ہے کہ اس کائنات کا ایک خدا ہے۔</w:t>
      </w:r>
    </w:p>
    <w:p>
      <w:r>
        <w:rPr>
          <w:b/>
        </w:rPr>
        <w:t xml:space="preserve">[08:32] </w:t>
      </w:r>
      <w:r>
        <w:t>woh Khuda glory ko discover karta hai.</w:t>
      </w:r>
    </w:p>
    <w:p>
      <w:pPr>
        <w:jc w:val="right"/>
      </w:pPr>
      <w:r>
        <w:t>وہ خدا گلیوری کو ڈسکور کرتا ہے۔</w:t>
      </w:r>
    </w:p>
    <w:p>
      <w:r>
        <w:rPr>
          <w:b/>
        </w:rPr>
        <w:t xml:space="preserve">[08:38] </w:t>
      </w:r>
      <w:r>
        <w:t>mislan aaj mein soch raha tha quran ki aik ayat. quran ki aik ayat hai ke "Rafa'a al-samawati bighayri 'amadin tarawnaha".</w:t>
      </w:r>
    </w:p>
    <w:p>
      <w:pPr>
        <w:jc w:val="right"/>
      </w:pPr>
      <w:r>
        <w:t>مثلاً آج میں سوچ رہا تھا قرآن کی ایک آیت۔ قرآن کی ایک آیت ہے کہ "رفعت السماوات بغیر امد تروا" ۔</w:t>
      </w:r>
    </w:p>
    <w:p>
      <w:r>
        <w:rPr>
          <w:b/>
        </w:rPr>
        <w:t xml:space="preserve">[08:50] </w:t>
      </w:r>
      <w:r>
        <w:t>Allah ne aik dunya khari ki baghair sutoon ke, baghair pillars ke.</w:t>
      </w:r>
    </w:p>
    <w:p>
      <w:pPr>
        <w:jc w:val="right"/>
      </w:pPr>
      <w:r>
        <w:t>اللہ نے ایک دنیا کھڑی کی بغیر ستون کے، بغیر پلرز کے۔</w:t>
      </w:r>
    </w:p>
    <w:p>
      <w:r>
        <w:rPr>
          <w:b/>
        </w:rPr>
        <w:t xml:space="preserve">[08:57] </w:t>
      </w:r>
      <w:r>
        <w:t>aik shamsi nizaam hai, aik kahkashan hain. in sari cheezon ko sama kaha gaya hai. is mein itni sari dunyaen hain.</w:t>
      </w:r>
    </w:p>
    <w:p>
      <w:pPr>
        <w:jc w:val="right"/>
      </w:pPr>
      <w:r>
        <w:t>ایک شمسی نظام ہے، ایک کہکشائیں ہیں۔ ان ساری چیزوں کو سماں کہا گیا ہے۔ اس میں اتنی ساری دنیاؤں ہیں۔</w:t>
      </w:r>
    </w:p>
    <w:p>
      <w:r>
        <w:rPr>
          <w:b/>
        </w:rPr>
        <w:t xml:space="preserve">[09:06] </w:t>
      </w:r>
      <w:r>
        <w:t>hamari yeh building jahan mein baitha hua hoon, yeh kuch pillars par khari hui hai. woh pillars na hotay to yeh khari nahi ho sakti.</w:t>
      </w:r>
    </w:p>
    <w:p>
      <w:pPr>
        <w:jc w:val="right"/>
      </w:pPr>
      <w:r>
        <w:t>ہماری یہ بلڈنگ جہاں میں بیٹھا ہوا ہوں، یہ کچھ پلرز پر کھڑی ہوئی ہے۔ وہ پلرز نہ ہوتے تو یہ کھڑی نہیں ہو سکتی۔</w:t>
      </w:r>
    </w:p>
    <w:p>
      <w:r>
        <w:rPr>
          <w:b/>
        </w:rPr>
        <w:t xml:space="preserve">[09:16] </w:t>
      </w:r>
      <w:r>
        <w:t>to quran kehta hai ke yeh jo Khuda ki dunya jo hai, yeh zameen, yeh solar system, yeh kahkashan, yeh sitare aur sayare, yeh kisi pillar par nahi khare hue hain.</w:t>
      </w:r>
    </w:p>
    <w:p>
      <w:pPr>
        <w:jc w:val="right"/>
      </w:pPr>
      <w:r>
        <w:t>تو قرآن کہتا ہے کہ یہ جو خدا کی دنیا جو ہے، یہ زمین، یہ سولر سسٹم، یہ کہکشائیں، یہ ستارے اور سیارے، یہ کسی پلر پر نہیں کھڑے ہوئے ہیں۔</w:t>
      </w:r>
    </w:p>
    <w:p>
      <w:r>
        <w:rPr>
          <w:b/>
        </w:rPr>
        <w:t xml:space="preserve">[09:28] </w:t>
      </w:r>
      <w:r>
        <w:t>aik anokhay nizaam par khare hue hain. aik anokha nizaam</w:t>
      </w:r>
    </w:p>
    <w:p>
      <w:pPr>
        <w:jc w:val="right"/>
      </w:pPr>
      <w:r>
        <w:t>ایک انوکھے نظام پر کھڑے ہوئے ہیں۔ ایک انوکھا نظام</w:t>
      </w:r>
    </w:p>
    <w:p>
      <w:r>
        <w:rPr>
          <w:b/>
        </w:rPr>
        <w:t xml:space="preserve">[09:34] </w:t>
      </w:r>
      <w:r>
        <w:t>jo insaan ke</w:t>
      </w:r>
    </w:p>
    <w:p>
      <w:pPr>
        <w:jc w:val="right"/>
      </w:pPr>
      <w:r>
        <w:t>جو انسان کے</w:t>
      </w:r>
    </w:p>
    <w:p>
      <w:r>
        <w:rPr>
          <w:b/>
        </w:rPr>
        <w:t xml:space="preserve">[09:39] </w:t>
      </w:r>
      <w:r>
        <w:t>us se mukhtalif hota hai.</w:t>
      </w:r>
    </w:p>
    <w:p>
      <w:pPr>
        <w:jc w:val="right"/>
      </w:pPr>
      <w:r>
        <w:t>اس سے مختلف ہوتا ہے۔</w:t>
      </w:r>
    </w:p>
    <w:p>
      <w:r>
        <w:rPr>
          <w:b/>
        </w:rPr>
        <w:t xml:space="preserve">[09:44] </w:t>
      </w:r>
      <w:r>
        <w:t>yani khala mein gardish kar rahe hain baghair kisi sutoon ke. to yeh aik ehsas-e-ta'ajjub paida hota hai is ko soch kar ke kaisa azeem hai Khuda.</w:t>
      </w:r>
    </w:p>
    <w:p>
      <w:pPr>
        <w:jc w:val="right"/>
      </w:pPr>
      <w:r>
        <w:t>یعنی خلا میں گردش کر رہے ہیں بغیر کسی ستون کے۔ تو یہ ایک احساسِ تعجب پیدا ہوتا ہے اس کو سوچ کر کہ کیسا عظیم ہے خدا۔</w:t>
      </w:r>
    </w:p>
    <w:p>
      <w:r>
        <w:rPr>
          <w:b/>
        </w:rPr>
        <w:t xml:space="preserve">[10:02] </w:t>
      </w:r>
      <w:r>
        <w:t>mein ne subah apna mug uthaya, mera mug jis se pani peeta hoon, us par aik dhakkan aise hi rehta hai. to woh dhakkan phisal kar gir pada. to mein ne socha ke itni bari kainaat hai,</w:t>
      </w:r>
    </w:p>
    <w:p>
      <w:pPr>
        <w:jc w:val="right"/>
      </w:pPr>
      <w:r>
        <w:t>میں نے صبح اپنا مگ اٹھایا، میرا مگ جس سے پانی پیتا ہوں، اس پر ایک ڈھکن ایسے ہی رہتا ہے۔ تو وہ ڈھکن پھسل کر گر پڑا۔ تو میں نے سوچا کہ اتنی بڑی کائنات ہے،</w:t>
      </w:r>
    </w:p>
    <w:p>
      <w:r>
        <w:rPr>
          <w:b/>
        </w:rPr>
        <w:t xml:space="preserve">[10:15] </w:t>
      </w:r>
      <w:r>
        <w:t>billion trillion se bhi ziyada sitare aur sayare hain.</w:t>
      </w:r>
    </w:p>
    <w:p>
      <w:pPr>
        <w:jc w:val="right"/>
      </w:pPr>
      <w:r>
        <w:t>بلین ٹریلین سے بھی زیادہ ستارے اور سیارے ہیں۔</w:t>
      </w:r>
    </w:p>
    <w:p>
      <w:r>
        <w:rPr>
          <w:b/>
        </w:rPr>
        <w:t xml:space="preserve">[10:19] </w:t>
      </w:r>
      <w:r>
        <w:t>koi gir nahi parta, aik doosre par gir pade. agar hamari zameen gir pade to sab kuch teh-o-bala ho jaye.</w:t>
      </w:r>
    </w:p>
    <w:p>
      <w:pPr>
        <w:jc w:val="right"/>
      </w:pPr>
      <w:r>
        <w:t>کوئی گر نہیں پڑتا، ایک دوسرے پر گر پڑے۔ اگر ہماری زمین گر پڑے تو سب کچھ تہہ و بالا ہو جائے۔</w:t>
      </w:r>
    </w:p>
    <w:p>
      <w:r>
        <w:rPr>
          <w:b/>
        </w:rPr>
        <w:t xml:space="preserve">[10:29] </w:t>
      </w:r>
      <w:r>
        <w:t>chaand zameen par gir pade to sab teh o bala ho jae. zameen suraj par gir pade to teh o bala ho jae.</w:t>
      </w:r>
    </w:p>
    <w:p>
      <w:pPr>
        <w:jc w:val="right"/>
      </w:pPr>
      <w:r>
        <w:t>چاند زمین پر گر پڑے تو سب تہہ و بالا ہو جائے۔ زمین سورج پر گر پڑے تو تہہ و بالا ہو جائے۔</w:t>
      </w:r>
    </w:p>
    <w:p>
      <w:r>
        <w:rPr>
          <w:b/>
        </w:rPr>
        <w:t xml:space="preserve">[10:37] </w:t>
      </w:r>
      <w:r>
        <w:t>kitna zabardast control hai.</w:t>
      </w:r>
    </w:p>
    <w:p>
      <w:pPr>
        <w:jc w:val="right"/>
      </w:pPr>
      <w:r>
        <w:t>کتنا زبردست کنٹرول ہے۔</w:t>
      </w:r>
    </w:p>
    <w:p>
      <w:r>
        <w:rPr>
          <w:b/>
        </w:rPr>
        <w:t xml:space="preserve">[10:42] </w:t>
      </w:r>
      <w:r>
        <w:t>bilkul ek</w:t>
      </w:r>
    </w:p>
    <w:p>
      <w:pPr>
        <w:jc w:val="right"/>
      </w:pPr>
      <w:r>
        <w:t>بالکل ایک</w:t>
      </w:r>
    </w:p>
    <w:p>
      <w:r>
        <w:rPr>
          <w:b/>
        </w:rPr>
        <w:t xml:space="preserve">[10:46] </w:t>
      </w:r>
      <w:r>
        <w:t>kapkapi taari kar dene wala. is ko sochta hai aadmi. phir sochta hai ke khuda ne mujhe banaya, life support system rakha yahan par.</w:t>
      </w:r>
    </w:p>
    <w:p>
      <w:pPr>
        <w:jc w:val="right"/>
      </w:pPr>
      <w:r>
        <w:t>کپکپی طاری کر دینے والا۔ اس کو سوچتا ہے آدمی۔ پھر سوچتا ہے کہ خدا نے مجھے بنایا، لائف سپورٹ سسٹم رکھا یہاں پر۔</w:t>
      </w:r>
    </w:p>
    <w:p>
      <w:r>
        <w:rPr>
          <w:b/>
        </w:rPr>
        <w:t xml:space="preserve">[10:58] </w:t>
      </w:r>
      <w:r>
        <w:t>yeh sari cheezein soch kar is ko ek thrill aata hai, thrill.</w:t>
      </w:r>
    </w:p>
    <w:p>
      <w:pPr>
        <w:jc w:val="right"/>
      </w:pPr>
      <w:r>
        <w:t>یہ ساری چیزیں سوچ کر اس کو ایک تھرل آتا ہے، تھرل۔</w:t>
      </w:r>
    </w:p>
    <w:p>
      <w:r>
        <w:rPr>
          <w:b/>
        </w:rPr>
        <w:t xml:space="preserve">[11:03] </w:t>
      </w:r>
      <w:r>
        <w:t>ek thrilling discovery hoti hai. phir woh keh padta hai ke khuda sari glory tere liye hai. "Alhamdu lillahi Rabbil aalameen" .</w:t>
      </w:r>
    </w:p>
    <w:p>
      <w:pPr>
        <w:jc w:val="right"/>
      </w:pPr>
      <w:r>
        <w:t>ایک تھرلنگ ڈسکوری ہوتی ہے۔ پھر وہ کہہ پڑتا ہے کہ خدا ساری گلیوری تیرے لئے ہے۔ "الحمد لله رب العالمين" ۔</w:t>
      </w:r>
    </w:p>
    <w:p>
      <w:r>
        <w:rPr>
          <w:b/>
        </w:rPr>
        <w:t xml:space="preserve">[11:13] </w:t>
      </w:r>
      <w:r>
        <w:t>dekhiye yeh hai farq. doosre saare log jo hain,</w:t>
      </w:r>
    </w:p>
    <w:p>
      <w:pPr>
        <w:jc w:val="right"/>
      </w:pPr>
      <w:r>
        <w:t>دیکھیے یہ ہے فرق۔ دوسرے سارے لوگ جو ہیں،</w:t>
      </w:r>
    </w:p>
    <w:p>
      <w:r>
        <w:rPr>
          <w:b/>
        </w:rPr>
        <w:t xml:space="preserve">[11:21] </w:t>
      </w:r>
      <w:r>
        <w:t>jaise congress ne jo banaya tha dastoor, is ka pehla yeh tha ke hum ko angrezon ko nikalna hai is mulk se.</w:t>
      </w:r>
    </w:p>
    <w:p>
      <w:pPr>
        <w:jc w:val="right"/>
      </w:pPr>
      <w:r>
        <w:t>جیسے کانگریس نے جو بنایا تھا دستور، اس کا پہلا یہ تھا کہ ہم کو انگریزوں کو نکالنا ہے اس ملک سے۔</w:t>
      </w:r>
    </w:p>
    <w:p>
      <w:r>
        <w:rPr>
          <w:b/>
        </w:rPr>
        <w:t xml:space="preserve">[11:33] </w:t>
      </w:r>
      <w:r>
        <w:t>"Quit India" in ka nara tha. jis ko bhi dekhiye.</w:t>
      </w:r>
    </w:p>
    <w:p>
      <w:pPr>
        <w:jc w:val="right"/>
      </w:pPr>
      <w:r>
        <w:t>"Quit India" ان کا نعرہ تھا۔ جس کو بھی دیکھیے۔</w:t>
      </w:r>
    </w:p>
    <w:p>
      <w:r>
        <w:rPr>
          <w:b/>
        </w:rPr>
        <w:t xml:space="preserve">[11:41] </w:t>
      </w:r>
      <w:r>
        <w:t>yaani democracy ka nara tha ke political zanjeeron ko todo. communism ka nara yeh tha ke mazdooron ko muttahed kar ke capitalist system ko todo.</w:t>
      </w:r>
    </w:p>
    <w:p>
      <w:pPr>
        <w:jc w:val="right"/>
      </w:pPr>
      <w:r>
        <w:t>یعنی ڈیموکریسی کا نعرہ تھا کہ پولیٹیکل زنجیروں کو توڑو۔ کمیونزم کا نعرہ یہ تھا کہ مزدوروں کو متحد کر کے کیپٹلسٹ سسٹم کو توڑو۔</w:t>
      </w:r>
    </w:p>
    <w:p>
      <w:r>
        <w:rPr>
          <w:b/>
        </w:rPr>
        <w:t xml:space="preserve">[11:52] </w:t>
      </w:r>
      <w:r>
        <w:t>congress ka nara yeh tha ke logon ko muttahed kar ke Britishs</w:t>
      </w:r>
    </w:p>
    <w:p>
      <w:pPr>
        <w:jc w:val="right"/>
      </w:pPr>
      <w:r>
        <w:t>کانگریس کا نعرہ یہ تھا کہ لوگوں کو متحد کر کے برٹشز</w:t>
      </w:r>
    </w:p>
    <w:p>
      <w:r>
        <w:rPr>
          <w:b/>
        </w:rPr>
        <w:t xml:space="preserve">[11:58] </w:t>
      </w:r>
      <w:r>
        <w:t>se takrao unhein taake woh bhagein yahan se. yeh hota hai target political partiyon ka. ya insani secular partiyon ka.</w:t>
      </w:r>
    </w:p>
    <w:p>
      <w:pPr>
        <w:jc w:val="right"/>
      </w:pPr>
      <w:r>
        <w:t>سے ٹکراؤ انہیں تاکہ وہ بھاگیں یہاں سے۔ یہ ہوتا ہے ٹارگٹ پولیٹیکل پارٹیوں کا۔ یا انسانی سیکولر پارٹیوں کا۔</w:t>
      </w:r>
    </w:p>
    <w:p>
      <w:r>
        <w:rPr>
          <w:b/>
        </w:rPr>
        <w:t xml:space="preserve">[12:10] </w:t>
      </w:r>
      <w:r>
        <w:t>yeh Islam ka nishana nahi hai. Islam ka nishana hai</w:t>
      </w:r>
    </w:p>
    <w:p>
      <w:pPr>
        <w:jc w:val="right"/>
      </w:pPr>
      <w:r>
        <w:t>یہ اسلام کا نشانہ نہیں ہے۔ اسلام کا نشانہ ہے</w:t>
      </w:r>
    </w:p>
    <w:p>
      <w:r>
        <w:rPr>
          <w:b/>
        </w:rPr>
        <w:t xml:space="preserve">[12:16] </w:t>
      </w:r>
      <w:r>
        <w:t>"Alhamdu lillahi Rabbil aalameen". to "Alhamdu lillahi Rabbil aalameen" kon kehta hai? kaha koi majma kehta hai, koi bheed kehti hai ya ek insaan kehta hai.</w:t>
      </w:r>
    </w:p>
    <w:p>
      <w:pPr>
        <w:jc w:val="right"/>
      </w:pPr>
      <w:r>
        <w:t>"الحمد لله رب العالمین"۔ تو "الحمد لله رب العالمین" کون کہتا ہے؟ کہا کوئی مجمع کہتا ہے، کوئی بھیڑ کہتی ہے یا ایک انسان کہتا ہے۔</w:t>
      </w:r>
    </w:p>
    <w:p>
      <w:r>
        <w:rPr>
          <w:b/>
        </w:rPr>
        <w:t xml:space="preserve">[12:31] </w:t>
      </w:r>
      <w:r>
        <w:t>ek individual kehta hai.</w:t>
      </w:r>
    </w:p>
    <w:p>
      <w:pPr>
        <w:jc w:val="right"/>
      </w:pPr>
      <w:r>
        <w:t>ایک انڈیویجول کہتا ہے۔</w:t>
      </w:r>
    </w:p>
    <w:p>
      <w:r>
        <w:rPr>
          <w:b/>
        </w:rPr>
        <w:t xml:space="preserve">[12:34] </w:t>
      </w:r>
      <w:r>
        <w:t>yeh bheed ka kalma nahi hai, yeh fard ka kalma hai. kyun ke discovery ek fard ko hoti hai. discovery ek mind ko hoti hai.</w:t>
      </w:r>
    </w:p>
    <w:p>
      <w:pPr>
        <w:jc w:val="right"/>
      </w:pPr>
      <w:r>
        <w:t>یہ بھیڑ کا کلمہ نہیں ہے، یہ فرد کا کلمہ ہے۔ کیوں کہ ڈسکوری ایک فرد کو ہوتی ہے۔ ڈسکوری ایک مائنڈ کو ہوتی ہے۔</w:t>
      </w:r>
    </w:p>
    <w:p>
      <w:r>
        <w:rPr>
          <w:b/>
        </w:rPr>
        <w:t xml:space="preserve">[12:47] </w:t>
      </w:r>
      <w:r>
        <w:t>woh sochne se aati hai, sochne se. is mein na koi tod phod hai, na koi takrao hai, na koi procession hai, na koi hangama hai.</w:t>
      </w:r>
    </w:p>
    <w:p>
      <w:pPr>
        <w:jc w:val="right"/>
      </w:pPr>
      <w:r>
        <w:t>وہ سوچنے سے آتی ہے، سوچنے سے۔ اس میں نہ کوئی توڑ پھوڑ ہے، نہ کوئی ٹکراؤ ہے، نہ کوئی پروسیشن ہے، نہ کوئی ہنگامہ ہے۔</w:t>
      </w:r>
    </w:p>
    <w:p>
      <w:r>
        <w:rPr>
          <w:b/>
        </w:rPr>
        <w:t xml:space="preserve">[12:56] </w:t>
      </w:r>
      <w:r>
        <w:t>sochna, sochna, sochna. tafakkur, tadabbur, taaqul, tazakkur, tasawwum yeh hai.</w:t>
      </w:r>
    </w:p>
    <w:p>
      <w:pPr>
        <w:jc w:val="right"/>
      </w:pPr>
      <w:r>
        <w:t>سوچنا، سوچنا، سوچنا۔ تفکر، تدبر، تعقل، تذکر، توسم یہ ہے۔</w:t>
      </w:r>
    </w:p>
    <w:p>
      <w:r>
        <w:rPr>
          <w:b/>
        </w:rPr>
        <w:t xml:space="preserve">[13:06] </w:t>
      </w:r>
      <w:r>
        <w:t>to Ramzan ke mahine mein kya karna hai? Quran mein ghark hona hai. taake aap jaanein ke Quran mein kya hai.</w:t>
      </w:r>
    </w:p>
    <w:p>
      <w:pPr>
        <w:jc w:val="right"/>
      </w:pPr>
      <w:r>
        <w:t>تو رمضان کے مہینے میں کیا کرنا ہے؟ قرآن میں غرق ہونا ہے۔ تاکہ آپ جانیں کہ قرآن میں کیا ہے۔</w:t>
      </w:r>
    </w:p>
    <w:p>
      <w:r>
        <w:rPr>
          <w:b/>
        </w:rPr>
        <w:t xml:space="preserve">[13:18] </w:t>
      </w:r>
      <w:r>
        <w:t>Ramzan ke mahine ko main samajhta hoon ke woh jo aakhri dinon mein itikaf hota hai,</w:t>
      </w:r>
    </w:p>
    <w:p>
      <w:pPr>
        <w:jc w:val="right"/>
      </w:pPr>
      <w:r>
        <w:t>رمضان کے مہینے کو میں سمجھتا ہوں کہ وہ جو آخری دنوں میں اعتکاف ہوتا ہے،</w:t>
      </w:r>
    </w:p>
    <w:p>
      <w:r>
        <w:rPr>
          <w:b/>
        </w:rPr>
        <w:t xml:space="preserve">[13:24] </w:t>
      </w:r>
      <w:r>
        <w:t>woh ek ek alamaati itikaf hai. asal itikaf to saara mahina hai. woh kya hai?</w:t>
      </w:r>
    </w:p>
    <w:p>
      <w:pPr>
        <w:jc w:val="right"/>
      </w:pPr>
      <w:r>
        <w:t>وہ ایک ایک علامتی اعتکاف ہے۔ اصل اعتکاف تو سارا مہینہ ہے۔ وہ کیا ہے؟</w:t>
      </w:r>
    </w:p>
    <w:p>
      <w:r>
        <w:rPr>
          <w:b/>
        </w:rPr>
        <w:t xml:space="preserve">[13:33] </w:t>
      </w:r>
      <w:r>
        <w:t>intellectual itikaf. chand din physical itikaf kiya jata hai. woh chand din jo hota hai, woh physical itikaf hota hai.</w:t>
      </w:r>
    </w:p>
    <w:p>
      <w:pPr>
        <w:jc w:val="right"/>
      </w:pPr>
      <w:r>
        <w:t>انٹلیکچوئل اعتکاف۔ چند دن فزیکل اعتکاف کیا جاتا ہے۔ وہ چند دن جو ہوتا ہے، وہ فزیکل اعتکاف ہوتا ہے۔</w:t>
      </w:r>
    </w:p>
    <w:p>
      <w:r>
        <w:rPr>
          <w:b/>
        </w:rPr>
        <w:t xml:space="preserve">[13:43] </w:t>
      </w:r>
      <w:r>
        <w:t>lekin asal itikaf to intellectual itikaf hai. woh saare mahine jaari rehta hai.</w:t>
      </w:r>
    </w:p>
    <w:p>
      <w:pPr>
        <w:jc w:val="right"/>
      </w:pPr>
      <w:r>
        <w:t>لیکن اصل اعتکاف تو انٹلیکچوئل اعتکاف ہے۔ وہ سارے مہینے جاری رہتا ہے۔</w:t>
      </w:r>
    </w:p>
    <w:p>
      <w:r>
        <w:rPr>
          <w:b/>
        </w:rPr>
        <w:t xml:space="preserve">[13:52] </w:t>
      </w:r>
      <w:r>
        <w:t>intellectual itikaf kya hai? dekhiye hum is duniya mein rehte hain, beshumar sargharmiyan hain.</w:t>
      </w:r>
    </w:p>
    <w:p>
      <w:pPr>
        <w:jc w:val="right"/>
      </w:pPr>
      <w:r>
        <w:t>انٹلیکچوئل اعتکاف کیا ہے؟ دیکھیے ہم اس دنیا میں رہتے ہیں، بے شمار سرگرمیاں ہیں۔</w:t>
      </w:r>
    </w:p>
    <w:p>
      <w:r>
        <w:rPr>
          <w:b/>
        </w:rPr>
        <w:t xml:space="preserve">[14:02] </w:t>
      </w:r>
      <w:r>
        <w:t>har waqt ek na ek sargharmi. ek na ek kaam, ek na ek zaroorat. ghar mein, bachon mein, society mein.</w:t>
      </w:r>
    </w:p>
    <w:p>
      <w:pPr>
        <w:jc w:val="right"/>
      </w:pPr>
      <w:r>
        <w:t>ہر وقت ایک نہ ایک سرگرمی۔ ایک نہ ایک کام، ایک نہ ایک ضرورت۔ گھر میں، بچوں میں، سوسائٹی میں۔</w:t>
      </w:r>
    </w:p>
    <w:p>
      <w:r>
        <w:rPr>
          <w:b/>
        </w:rPr>
        <w:t xml:space="preserve">[14:12] </w:t>
      </w:r>
      <w:r>
        <w:t>har waqt ek na ek ekctivity.</w:t>
      </w:r>
    </w:p>
    <w:p>
      <w:pPr>
        <w:jc w:val="right"/>
      </w:pPr>
      <w:r>
        <w:t>ہر وقت ایک نہ ایک ایکٹیویٹی۔</w:t>
      </w:r>
    </w:p>
    <w:p>
      <w:r>
        <w:rPr>
          <w:b/>
        </w:rPr>
        <w:t xml:space="preserve">[14:18] </w:t>
      </w:r>
      <w:r>
        <w:t>to eitikaf kya hai? ekctivities ke darmiyan apne zehn ka focus jo hai, Khuda par baqi rakhna.</w:t>
      </w:r>
    </w:p>
    <w:p>
      <w:pPr>
        <w:jc w:val="right"/>
      </w:pPr>
      <w:r>
        <w:t>تو اعتکاف کیا ہے؟ ایکٹیویٹیز کے درمیان اپنے ذہن کا فوکس جو ہے، خدا پر باقی رکھنا۔</w:t>
      </w:r>
    </w:p>
    <w:p>
      <w:r>
        <w:rPr>
          <w:b/>
        </w:rPr>
        <w:t xml:space="preserve">[14:31] </w:t>
      </w:r>
      <w:r>
        <w:t>yani insaan goya ek dualism hai, dualism. is ko agar main kahoon to yeh hoga ke diverse ekctivities ke darmiyan focus sirf Allah par hona.</w:t>
      </w:r>
    </w:p>
    <w:p>
      <w:pPr>
        <w:jc w:val="right"/>
      </w:pPr>
      <w:r>
        <w:t>یعنی انسان گویا ایک ڈوئلزم ہے، ڈوئلزم۔ اس کو اگر میں کہوں تو یہ ہوگا کہ ڈائیورس ایکٹیویٹیز کے درمیان فوکس صرف اللہ پر ہونا۔</w:t>
      </w:r>
    </w:p>
    <w:p>
      <w:r>
        <w:rPr>
          <w:b/>
        </w:rPr>
        <w:t xml:space="preserve">[14:47] </w:t>
      </w:r>
      <w:r>
        <w:t>focused mind. ek aitbaar se aadmi focused mind hota hai.</w:t>
      </w:r>
    </w:p>
    <w:p>
      <w:pPr>
        <w:jc w:val="right"/>
      </w:pPr>
      <w:r>
        <w:t>فوکسڈ مائنڈ۔ ایک اعتبار سے آدمی فوکسڈ مائنڈ ہوتا ہے۔</w:t>
      </w:r>
    </w:p>
    <w:p>
      <w:r>
        <w:rPr>
          <w:b/>
        </w:rPr>
        <w:t xml:space="preserve">[14:52] </w:t>
      </w:r>
      <w:r>
        <w:t>doosre aitbaar se woh diverse ekctivities ke darmiyan hota hai.</w:t>
      </w:r>
    </w:p>
    <w:p>
      <w:pPr>
        <w:jc w:val="right"/>
      </w:pPr>
      <w:r>
        <w:t>دوسرے اعتبار سے وہ ڈائیورس ایکٹیویٹیز کے درمیان ہوتا ہے۔</w:t>
      </w:r>
    </w:p>
    <w:p>
      <w:r>
        <w:rPr>
          <w:b/>
        </w:rPr>
        <w:t xml:space="preserve">[14:59] </w:t>
      </w:r>
      <w:r>
        <w:t>to aap ko sanyas nahi lena hai. Ramadan ka matlab sanyas nahi hota. intellectual eitikaf.</w:t>
      </w:r>
    </w:p>
    <w:p>
      <w:pPr>
        <w:jc w:val="right"/>
      </w:pPr>
      <w:r>
        <w:t>تو آپ کو سنیاس نہیں لینا ہے۔ رمضان کا مطلب سنیاس نہیں ہوتا۔ انٹلیکچوئل اعتکاف۔</w:t>
      </w:r>
    </w:p>
    <w:p>
      <w:r>
        <w:rPr>
          <w:b/>
        </w:rPr>
        <w:t xml:space="preserve">[15:10] </w:t>
      </w:r>
      <w:r>
        <w:t>yani sochne ke aitbaar se eitikaf mein chale jana. jaise main ne arz kiya ke</w:t>
      </w:r>
    </w:p>
    <w:p>
      <w:pPr>
        <w:jc w:val="right"/>
      </w:pPr>
      <w:r>
        <w:t>یعنی سوچنے کے اعتبار سے اعتکاف میں چلے جانا۔ جیسے میں نے عرض کیا کہ</w:t>
      </w:r>
    </w:p>
    <w:p>
      <w:r>
        <w:rPr>
          <w:b/>
        </w:rPr>
        <w:t xml:space="preserve">[15:17] </w:t>
      </w:r>
      <w:r>
        <w:t>mug ka dhakkan gir gaya to woh to ek maadi waqia tha. lekin is mein main ne Khuda ki glory ko daryaft kiya.</w:t>
      </w:r>
    </w:p>
    <w:p>
      <w:pPr>
        <w:jc w:val="right"/>
      </w:pPr>
      <w:r>
        <w:t>مگ کا ڈھکن گر گیا تو وہ تو ایک مادی واقعہ تھا۔ لیکن اس میں میں نے خدا کی گلیوری کو دریافت کیا۔</w:t>
      </w:r>
    </w:p>
    <w:p>
      <w:r>
        <w:rPr>
          <w:b/>
        </w:rPr>
        <w:t xml:space="preserve">[15:27] </w:t>
      </w:r>
      <w:r>
        <w:t>ke main ek mug ko sambhal nahi sakta. aur Khuda ne apni universe ko sambhale hue hai.</w:t>
      </w:r>
    </w:p>
    <w:p>
      <w:pPr>
        <w:jc w:val="right"/>
      </w:pPr>
      <w:r>
        <w:t>کہ میں ایک مگ کو سنبھال نہیں سکتا۔ اور خدا نے اپنی یونیورس کو سنبھالے ہوئے ہے۔</w:t>
      </w:r>
    </w:p>
    <w:p>
      <w:r>
        <w:rPr>
          <w:b/>
        </w:rPr>
        <w:t xml:space="preserve">[15:35] </w:t>
      </w:r>
      <w:r>
        <w:t>yeh hai intellectual eitikaf. diverse activities ke darmiyan. to aap ki jo practical life hai, jo physical life hai, woh bohat si activities ke darmiyan rahegi hamesha.</w:t>
      </w:r>
    </w:p>
    <w:p>
      <w:pPr>
        <w:jc w:val="right"/>
      </w:pPr>
      <w:r>
        <w:t>یہ ہے انٹلیکچوئل اعتکاف۔ ڈائیورس ایکٹیویٹیز کے درمیان۔ تو آپ کی جو پریکٹیکل لائف ہے، جو فزیکل لائف ہے، وہ بہت سی ایکٹیویٹیز کے درمیان رہے گی ہمیشہ۔</w:t>
      </w:r>
    </w:p>
    <w:p>
      <w:r>
        <w:rPr>
          <w:b/>
        </w:rPr>
        <w:t xml:space="preserve">[15:51] </w:t>
      </w:r>
      <w:r>
        <w:t>woh is mein aap badal nahi sakte. yahan tak ke aap pahaad par chale jaao,</w:t>
      </w:r>
    </w:p>
    <w:p>
      <w:pPr>
        <w:jc w:val="right"/>
      </w:pPr>
      <w:r>
        <w:t>وہ اس میں آپ بدل نہیں سکتے۔ یہاں تک کہ آپ پہاڑ پر چلے جائیں،</w:t>
      </w:r>
    </w:p>
    <w:p>
      <w:r>
        <w:rPr>
          <w:b/>
        </w:rPr>
        <w:t xml:space="preserve">[15:56] </w:t>
      </w:r>
      <w:r>
        <w:t>tab bhi woh wahan ki activity phir bhi wahi hogi. ab yani inactive to nahi ban jaao ge wahan bhi.</w:t>
      </w:r>
    </w:p>
    <w:p>
      <w:pPr>
        <w:jc w:val="right"/>
      </w:pPr>
      <w:r>
        <w:t>تب بھی وہ وہاں کی ایکٹیویٹی پھر بھی وہی ہوگی۔ اب یعنی ان ایکٹیو تو نہیں بن جائیں گے وہاں بھی۔</w:t>
      </w:r>
    </w:p>
    <w:p>
      <w:r>
        <w:rPr>
          <w:b/>
        </w:rPr>
        <w:t xml:space="preserve">[16:07] </w:t>
      </w:r>
      <w:r>
        <w:t>to mukhtalif ekctivities ke darmiyan, diverse ekctivities ke darmiyan,</w:t>
      </w:r>
    </w:p>
    <w:p>
      <w:pPr>
        <w:jc w:val="right"/>
      </w:pPr>
      <w:r>
        <w:t>تو مختلف ایکٹیویٹیز کے درمیان، ڈائیورس ایکٹیویٹیز کے درمیان،</w:t>
      </w:r>
    </w:p>
    <w:p>
      <w:r>
        <w:rPr>
          <w:b/>
        </w:rPr>
        <w:t xml:space="preserve">[16:13] </w:t>
      </w:r>
      <w:r>
        <w:t>zehn ka focus Allah par bana rahe hain. aakhirat par bana rahe hain.</w:t>
      </w:r>
    </w:p>
    <w:p>
      <w:pPr>
        <w:jc w:val="right"/>
      </w:pPr>
      <w:r>
        <w:t>ذہن کا فوکس اللہ پر بنا رہے ہیں۔ آخرت پر بنا رہے ہیں۔</w:t>
      </w:r>
    </w:p>
    <w:p>
      <w:r>
        <w:rPr>
          <w:b/>
        </w:rPr>
        <w:t xml:space="preserve">[16:21] </w:t>
      </w:r>
      <w:r>
        <w:t>aakhirat ki baaton ko sochte rahen aap. to kaha insaan ko ek taraf se focused mind banna hai.</w:t>
      </w:r>
    </w:p>
    <w:p>
      <w:pPr>
        <w:jc w:val="right"/>
      </w:pPr>
      <w:r>
        <w:t>آخرت کی باتوں کو سوچتے رہیں آپ۔ تو کہا انسان کو ایک طرف سے فوکسڈ مائنڈ بننا ہے۔</w:t>
      </w:r>
    </w:p>
    <w:p>
      <w:r>
        <w:rPr>
          <w:b/>
        </w:rPr>
        <w:t xml:space="preserve">[16:30] </w:t>
      </w:r>
      <w:r>
        <w:t>focused mind. aur doosri taraf se diverse ekctivities mein ja to rahe ga woh. is mein to</w:t>
      </w:r>
    </w:p>
    <w:p>
      <w:pPr>
        <w:jc w:val="right"/>
      </w:pPr>
      <w:r>
        <w:t>فوکسڈ مائنڈ۔ اور دوسری طرف سے ڈائیورس ایکٹیویٹیز میں جا تو رہے گا وہ۔ اس میں تو</w:t>
      </w:r>
    </w:p>
    <w:p>
      <w:r>
        <w:rPr>
          <w:b/>
        </w:rPr>
        <w:t xml:space="preserve">[16:39] </w:t>
      </w:r>
      <w:r>
        <w:t>aap badal khatm nahi kar sakte. Those activities to aap jungle mein chale jaao tab bhi rahen gi. to activities mein aap aap kai tarah ki mashghooliyaten rahen gi, kai tarah ki.</w:t>
      </w:r>
    </w:p>
    <w:p>
      <w:pPr>
        <w:jc w:val="right"/>
      </w:pPr>
      <w:r>
        <w:t>آپ بدل ختم نہیں کر سکتے۔ وہ ایکٹیویٹیز تو آپ جنگل میں چلے جائیں تب بھی رہیں گی۔ تو ایکٹیویٹیز میں آپ آپ کئی طرح کی مشغولیتیں رہیں گی، کئی طرح کی۔</w:t>
      </w:r>
    </w:p>
    <w:p>
      <w:r>
        <w:rPr>
          <w:b/>
        </w:rPr>
        <w:t xml:space="preserve">[16:54] </w:t>
      </w:r>
      <w:r>
        <w:t>is mein tanawwu rahega,</w:t>
      </w:r>
    </w:p>
    <w:p>
      <w:pPr>
        <w:jc w:val="right"/>
      </w:pPr>
      <w:r>
        <w:t>اس میں تنوع رہے گا،</w:t>
      </w:r>
    </w:p>
    <w:p>
      <w:r>
        <w:rPr>
          <w:b/>
        </w:rPr>
        <w:t xml:space="preserve">[16:55] </w:t>
      </w:r>
      <w:r>
        <w:t>taaddud rahega, diversity rahegi. lekin mind ke aitbaar se aap ke andar ek hi focus hona chahiye. to Ramadan ke mahine ka maqsad yahi hai.</w:t>
      </w:r>
    </w:p>
    <w:p>
      <w:pPr>
        <w:jc w:val="right"/>
      </w:pPr>
      <w:r>
        <w:t>تعدد رہے گا، ڈائیورسٹی رہے گی۔ لیکن مائنڈ کے اعتبار سے آپ کے اندر ایک ہی فوکس ہونا چاہیے۔ تو رمضان کے مہینے کا مقصد یہی ہے۔</w:t>
      </w:r>
    </w:p>
    <w:p>
      <w:r>
        <w:rPr>
          <w:b/>
        </w:rPr>
        <w:t xml:space="preserve">[17:08] </w:t>
      </w:r>
      <w:r>
        <w:t>ke aap</w:t>
      </w:r>
    </w:p>
    <w:p>
      <w:pPr>
        <w:jc w:val="right"/>
      </w:pPr>
      <w:r>
        <w:t>کہ آپ</w:t>
      </w:r>
    </w:p>
    <w:p>
      <w:r>
        <w:rPr>
          <w:b/>
        </w:rPr>
        <w:t xml:space="preserve">[17:12] </w:t>
      </w:r>
      <w:r>
        <w:t>zehni eitikaf ki haalat mein rehna seekhen. intellectual eitikaf ki zindagi guzarna seekhen.</w:t>
      </w:r>
    </w:p>
    <w:p>
      <w:pPr>
        <w:jc w:val="right"/>
      </w:pPr>
      <w:r>
        <w:t>ذہنی اعتکاف کی حالت میں رہنا سیکھیں۔ انٹلیکچوئل اعتکاف کی زندگی گزارنا سیکھیں۔</w:t>
      </w:r>
    </w:p>
    <w:p>
      <w:r>
        <w:rPr>
          <w:b/>
        </w:rPr>
        <w:t xml:space="preserve">[17:22] </w:t>
      </w:r>
      <w:r>
        <w:t>yeh sirf Ramadan mein matloob nahi hai, yeh woh to training period hai. Ramadan ka mahina jo hai woh ek training period hai.</w:t>
      </w:r>
    </w:p>
    <w:p>
      <w:pPr>
        <w:jc w:val="right"/>
      </w:pPr>
      <w:r>
        <w:t>یہ صرف رمضان میں مطلوب نہیں ہے، یہ وہ تو ٹریننگ پیریڈ ہے۔ رمضان کا مہینہ جو ہے وہ ایک ٹریننگ پیریڈ ہے۔</w:t>
      </w:r>
    </w:p>
    <w:p>
      <w:r>
        <w:rPr>
          <w:b/>
        </w:rPr>
        <w:t xml:space="preserve">[17:31] </w:t>
      </w:r>
      <w:r>
        <w:t>is mein aakhri ke chand dinon mein aur zyada</w:t>
      </w:r>
    </w:p>
    <w:p>
      <w:pPr>
        <w:jc w:val="right"/>
      </w:pPr>
      <w:r>
        <w:t>اس میں آخری کے چند دنوں میں اور زیادہ</w:t>
      </w:r>
    </w:p>
    <w:p>
      <w:r>
        <w:rPr>
          <w:b/>
        </w:rPr>
        <w:t xml:space="preserve">[17:36] </w:t>
      </w:r>
      <w:r>
        <w:t>aadmi ko yani physical tor par bhi kaha jata hai ke ja kar masjid mein baith jao. lekin asal maqsad physical tor par masjid mein baithna nahi hai.</w:t>
      </w:r>
    </w:p>
    <w:p>
      <w:pPr>
        <w:jc w:val="right"/>
      </w:pPr>
      <w:r>
        <w:t>آدمی کو یعنی فزیکل طور پر بھی کہا جاتا ہے کہ جا کر مسجد میں بیٹھ جاؤ۔ لیکن اصل مقصد فزیکل طور پر مسجد میں بیٹھنا نہیں ہے۔</w:t>
      </w:r>
    </w:p>
    <w:p>
      <w:r>
        <w:rPr>
          <w:b/>
        </w:rPr>
        <w:t xml:space="preserve">[17:47] </w:t>
      </w:r>
      <w:r>
        <w:t>asal hai intellectual tor par apne aap ko alag karna. apne andar detailed thinking lana.</w:t>
      </w:r>
    </w:p>
    <w:p>
      <w:pPr>
        <w:jc w:val="right"/>
      </w:pPr>
      <w:r>
        <w:t>اصل ہے انٹلیکچوئل طور پر اپنے آپ کو الگ کرنا۔ اپنے اندر ڈیٹیلڈ تھنکنگ لانا۔</w:t>
      </w:r>
    </w:p>
    <w:p>
      <w:r>
        <w:rPr>
          <w:b/>
        </w:rPr>
        <w:t xml:space="preserve">[17:56] </w:t>
      </w:r>
      <w:r>
        <w:t>detailed thinking. yani sargarmiyon mein rehte hue alag sochna. to yeh aap jab ramzan ke mahine mein apne upar aiks kar ke quran ko padhenge,</w:t>
      </w:r>
    </w:p>
    <w:p>
      <w:pPr>
        <w:jc w:val="right"/>
      </w:pPr>
      <w:r>
        <w:t>ڈیٹیلڈ تھنکنگ۔ یعنی سرگرمیوں میں رہتے ہوئے الگ سوچنا۔ تو یہ آپ جب رمضان کے مہینے میں اپنے اوپر ایکسو کر کے قرآن کو پڑھیں گے،</w:t>
      </w:r>
    </w:p>
    <w:p>
      <w:r>
        <w:rPr>
          <w:b/>
        </w:rPr>
        <w:t xml:space="preserve">[18:10] </w:t>
      </w:r>
      <w:r>
        <w:t>aap mein se har shakhs se mein kahunga ke taraweeh ka quran woh kafi nahi hai.</w:t>
      </w:r>
    </w:p>
    <w:p>
      <w:pPr>
        <w:jc w:val="right"/>
      </w:pPr>
      <w:r>
        <w:t>آپ میں سے ہر شخص سے میں کہوں گا کہ تراویح کا قرآن وہ کافی نہیں ہے۔</w:t>
      </w:r>
    </w:p>
    <w:p>
      <w:r>
        <w:rPr>
          <w:b/>
        </w:rPr>
        <w:t xml:space="preserve">[18:17] </w:t>
      </w:r>
      <w:r>
        <w:t>sirf tilawat kafi nahi hai. kam se kam is ramzan mein aap mein se har shakhs ek baar quran ko sirf is liye padhe.</w:t>
      </w:r>
    </w:p>
    <w:p>
      <w:pPr>
        <w:jc w:val="right"/>
      </w:pPr>
      <w:r>
        <w:t>صرف تلاوت کافی نہیں ہے۔ کم سے کم اس رمضان میں آپ میں سے ہر شخص ایک بار قرآن کو صرف اس لئے پڑھے۔</w:t>
      </w:r>
    </w:p>
    <w:p>
      <w:r>
        <w:rPr>
          <w:b/>
        </w:rPr>
        <w:t xml:space="preserve">[18:28] </w:t>
      </w:r>
      <w:r>
        <w:t>What is the message of Quran. agar arabi janta hai aap to arabi mein padhiye. nahi to tarjuma padhiye.</w:t>
      </w:r>
    </w:p>
    <w:p>
      <w:pPr>
        <w:jc w:val="right"/>
      </w:pPr>
      <w:r>
        <w:t>What is the message of Quran ۔ اگر عربی جانتا ہے آپ تو عربی میں پڑھیے۔ نہیں تو ترجمہ پڑھیے۔</w:t>
      </w:r>
    </w:p>
    <w:p>
      <w:r>
        <w:rPr>
          <w:b/>
        </w:rPr>
        <w:t xml:space="preserve">[18:37] </w:t>
      </w:r>
      <w:r>
        <w:t>sirf tarjuma. koi aap ko tafseer ki zaroorat nahi hai. sirf tarjuma. maqsad sirf ek ho. yeh janna ke What is the message of the Quran .</w:t>
      </w:r>
    </w:p>
    <w:p>
      <w:pPr>
        <w:jc w:val="right"/>
      </w:pPr>
      <w:r>
        <w:t>صرف ترجمہ۔ کوئی آپ کو تفسیر کی ضرورت نہیں ہے۔ صرف ترجمہ۔ مقصد صرف ایک ہو۔ یہ جاننا کہ What is the message of the Quran ۔</w:t>
      </w:r>
    </w:p>
    <w:p>
      <w:r>
        <w:rPr>
          <w:b/>
        </w:rPr>
        <w:t xml:space="preserve">[18:51] </w:t>
      </w:r>
      <w:r>
        <w:t>to aap jahan jo safha kholenge aap,</w:t>
      </w:r>
    </w:p>
    <w:p>
      <w:pPr>
        <w:jc w:val="right"/>
      </w:pPr>
      <w:r>
        <w:t>تو آپ جہاں جو صفحہ کھولیں گے آپ،</w:t>
      </w:r>
    </w:p>
    <w:p>
      <w:r>
        <w:rPr>
          <w:b/>
        </w:rPr>
        <w:t xml:space="preserve">[18:55] </w:t>
      </w:r>
      <w:r>
        <w:t>aap payenge kahin bhi is mein system ki baat hi nahi hai. sab individual ko address kar raha hai quran.</w:t>
      </w:r>
    </w:p>
    <w:p>
      <w:pPr>
        <w:jc w:val="right"/>
      </w:pPr>
      <w:r>
        <w:t>آپ پائیں گے کہیں بھی اس میں سسٹم کی بات ہی نہیں ہے۔ سب انڈیویجول کو ایڈریس کر رہا ہے قرآن۔</w:t>
      </w:r>
    </w:p>
    <w:p>
      <w:r>
        <w:rPr>
          <w:b/>
        </w:rPr>
        <w:t xml:space="preserve">[19:07] </w:t>
      </w:r>
      <w:r>
        <w:t>to aap mein se har shakhs se mein kahunga ke ramzan ke mahine mein kam se kam ek baar quran ko samajh kar padhein. samajhne ka matlab yeh nahi ke aap tafseeron ko padhein.</w:t>
      </w:r>
    </w:p>
    <w:p>
      <w:pPr>
        <w:jc w:val="right"/>
      </w:pPr>
      <w:r>
        <w:t>تو آپ میں سے ہر شخص سے میں کہوں گا کہ رمضان کے مہینے میں کم سے کم ایک بار قرآن کو سمجھ کر پڑھیں۔ سمجھنے کا معنی یہ نہیں کہ آپ تفسیروں کو پڑھیں۔</w:t>
      </w:r>
    </w:p>
    <w:p>
      <w:r>
        <w:rPr>
          <w:b/>
        </w:rPr>
        <w:t xml:space="preserve">[19:19] </w:t>
      </w:r>
      <w:r>
        <w:t>tarjuma bohat ruk ruk kar, thehar thehar kar ke padhein.</w:t>
      </w:r>
    </w:p>
    <w:p>
      <w:pPr>
        <w:jc w:val="right"/>
      </w:pPr>
      <w:r>
        <w:t>ترجمہ بہت رک رک کر، ٹھہر ٹھہر کر کے پڑھیں۔</w:t>
      </w:r>
    </w:p>
    <w:p>
      <w:r>
        <w:rPr>
          <w:b/>
        </w:rPr>
        <w:t xml:space="preserve">[19:24] </w:t>
      </w:r>
      <w:r>
        <w:t>maqsad yahi ho ke quran aap ko kya keh raha hai. misaal ke taur par dekhiye mein aap ko ek misaal deta hoon.</w:t>
      </w:r>
    </w:p>
    <w:p>
      <w:pPr>
        <w:jc w:val="right"/>
      </w:pPr>
      <w:r>
        <w:t>مقصد یہی ہو کہ قرآن آپ کو کیا کہہ رہا ہے۔ مثلاً دیکھیے میں آپ کو ایک مثال دیتا ہوں۔</w:t>
      </w:r>
    </w:p>
    <w:p>
      <w:r>
        <w:rPr>
          <w:b/>
        </w:rPr>
        <w:t xml:space="preserve">[19:37] </w:t>
      </w:r>
      <w:r>
        <w:t>quran ka chapter number eighty one, At-Takwir aap kholiye.</w:t>
      </w:r>
    </w:p>
    <w:p>
      <w:pPr>
        <w:jc w:val="right"/>
      </w:pPr>
      <w:r>
        <w:t>قرآن کا چیپٹر نمبر ایٹی ون، التکبیر آپ کھولیے۔</w:t>
      </w:r>
    </w:p>
    <w:p>
      <w:r>
        <w:rPr>
          <w:b/>
        </w:rPr>
        <w:t xml:space="preserve">[19:47] </w:t>
      </w:r>
      <w:r>
        <w:t>At-Takwir chapter number eighty one. is ke aakhir mein jaiye. yani last but one verse ko lijiye.</w:t>
      </w:r>
    </w:p>
    <w:p>
      <w:pPr>
        <w:jc w:val="right"/>
      </w:pPr>
      <w:r>
        <w:t>التکبیر چیپٹر نمبر ایٹی ون۔ اس کے آخر میں جائیے۔ یعنی لاسٹ بٹ ون ورس کو لیجیے۔</w:t>
      </w:r>
    </w:p>
    <w:p>
      <w:r>
        <w:rPr>
          <w:b/>
        </w:rPr>
        <w:t xml:space="preserve">[20:01] </w:t>
      </w:r>
      <w:r>
        <w:t>woh hai INA HUWA ILLA ZIKRUL LIL ALAMEEN</w:t>
      </w:r>
    </w:p>
    <w:p>
      <w:pPr>
        <w:jc w:val="right"/>
      </w:pPr>
      <w:r>
        <w:t>وہ ہے إِنْ هَيَ إِلَّا ذِكْرُ لِلْعَالَمِينَ</w:t>
      </w:r>
    </w:p>
    <w:p>
      <w:r>
        <w:rPr>
          <w:b/>
        </w:rPr>
        <w:t xml:space="preserve">[20:06] </w:t>
      </w:r>
      <w:r>
        <w:t>INA HUWA ILLA ZIKRUL LIL ALAMEEN LIMAAN SHAA MINKUM AN YASTAQEEM . is ka matlab yeh hai ke</w:t>
      </w:r>
    </w:p>
    <w:p>
      <w:pPr>
        <w:jc w:val="right"/>
      </w:pPr>
      <w:r>
        <w:t>إِنْ هَيَ إِلَّا ذِكْرُ لِلْعَالَمِينَ لَمَنْ شَاءَ مِنْكُمْ أَنْ يَسْتَقِيمَ ۔ اس کا مطلب یہ ہے کہ</w:t>
      </w:r>
    </w:p>
    <w:p>
      <w:r>
        <w:rPr>
          <w:b/>
        </w:rPr>
        <w:t xml:space="preserve">[20:21] </w:t>
      </w:r>
      <w:r>
        <w:t>quran jo hai ek naseehat hai, yaad dehani hai, rehnuma kitaab hai.</w:t>
      </w:r>
    </w:p>
    <w:p>
      <w:pPr>
        <w:jc w:val="right"/>
      </w:pPr>
      <w:r>
        <w:t>قرآن جو ہے ایک نصیحت ہے، یاد دہانی ہے، رہنما کتاب ہے۔</w:t>
      </w:r>
    </w:p>
    <w:p>
      <w:r>
        <w:rPr>
          <w:b/>
        </w:rPr>
        <w:t xml:space="preserve">[20:30] </w:t>
      </w:r>
      <w:r>
        <w:t>is fard ke liye jo yeh chahe ke is ko apni zindagi ko sahi raaste par chalana hai.</w:t>
      </w:r>
    </w:p>
    <w:p>
      <w:pPr>
        <w:jc w:val="right"/>
      </w:pPr>
      <w:r>
        <w:t>اس فرد کے لئے جو یہ چاہے کہ اس کو اپنی زندگی کو صحیح راستے پر چلانا ہے۔</w:t>
      </w:r>
    </w:p>
    <w:p>
      <w:r>
        <w:rPr>
          <w:b/>
        </w:rPr>
        <w:t xml:space="preserve">[20:40] </w:t>
      </w:r>
      <w:r>
        <w:t>Quran is a book of guidance</w:t>
      </w:r>
    </w:p>
    <w:p>
      <w:pPr>
        <w:jc w:val="right"/>
      </w:pPr>
      <w:r>
        <w:t>Quran is a book of guidance</w:t>
      </w:r>
    </w:p>
    <w:p>
      <w:r>
        <w:rPr>
          <w:b/>
        </w:rPr>
        <w:t xml:space="preserve">[20:46] </w:t>
      </w:r>
      <w:r>
        <w:t>to every one of you who wishes</w:t>
      </w:r>
    </w:p>
    <w:p>
      <w:pPr>
        <w:jc w:val="right"/>
      </w:pPr>
      <w:r>
        <w:t>to every one of you who wishes</w:t>
      </w:r>
    </w:p>
    <w:p>
      <w:r>
        <w:rPr>
          <w:b/>
        </w:rPr>
        <w:t xml:space="preserve">[20:52] </w:t>
      </w:r>
      <w:r>
        <w:t>to follow the straight path . ab aap dekhiye ek fard ko quran khitab kar raha hai, ek shakhs ko khitab kar raha hai.</w:t>
      </w:r>
    </w:p>
    <w:p>
      <w:pPr>
        <w:jc w:val="right"/>
      </w:pPr>
      <w:r>
        <w:t>to follow the straight path ۔ اب آپ دیکھیے ایک فرد کو قرآن خطاب کر رہا ہے، ایک شخص کو خطاب کر رہا ہے۔</w:t>
      </w:r>
    </w:p>
    <w:p>
      <w:r>
        <w:rPr>
          <w:b/>
        </w:rPr>
        <w:t xml:space="preserve">[21:03] </w:t>
      </w:r>
      <w:r>
        <w:t>aur woh bhi is mein wish ki shart laga rakhi hai. woh ek fard, woh ek insaan</w:t>
      </w:r>
    </w:p>
    <w:p>
      <w:pPr>
        <w:jc w:val="right"/>
      </w:pPr>
      <w:r>
        <w:t>اور وہ بھی اس میں وش کی شرط لگا رکھی ہے۔ وہ ایک فرد، وہ ایک انسان</w:t>
      </w:r>
    </w:p>
    <w:p>
      <w:r>
        <w:rPr>
          <w:b/>
        </w:rPr>
        <w:t xml:space="preserve">[21:13] </w:t>
      </w:r>
      <w:r>
        <w:t>jo yeh chahe ke is ko Allah ke raaste par chalna hai, us ke liye quran utra hai. kaisi ajeeb baat hai.</w:t>
      </w:r>
    </w:p>
    <w:p>
      <w:pPr>
        <w:jc w:val="right"/>
      </w:pPr>
      <w:r>
        <w:t>جو یہ چاہے کہ اس کو اللہ کے راستے پر چلنا ہے، اس کے لئے قرآن اترا ہے۔ کیسی عجیب بات ہے۔</w:t>
      </w:r>
    </w:p>
    <w:p>
      <w:r>
        <w:rPr>
          <w:b/>
        </w:rPr>
        <w:t xml:space="preserve">[21:28] </w:t>
      </w:r>
      <w:r>
        <w:t>to yeh aap ramzan mein aap zaroor yeh karein ke quran ko ek baar sirf is liye padhein.</w:t>
      </w:r>
    </w:p>
    <w:p>
      <w:pPr>
        <w:jc w:val="right"/>
      </w:pPr>
      <w:r>
        <w:t>تو یہ آپ رمضان میں آپ ضرور یہ کریں کہ قرآن کو ایک بار صرف اس لئے پڑھیں۔</w:t>
      </w:r>
    </w:p>
    <w:p>
      <w:r>
        <w:rPr>
          <w:b/>
        </w:rPr>
        <w:t xml:space="preserve">[21:36] </w:t>
      </w:r>
      <w:r>
        <w:t>tilawat ke liye nahi, harghiz nahi.</w:t>
      </w:r>
    </w:p>
    <w:p>
      <w:pPr>
        <w:jc w:val="right"/>
      </w:pPr>
      <w:r>
        <w:t>تلاوت کے لئے نہیں، ہرگز نہیں۔</w:t>
      </w:r>
    </w:p>
    <w:p>
      <w:r>
        <w:rPr>
          <w:b/>
        </w:rPr>
        <w:t xml:space="preserve">[21:42] </w:t>
      </w:r>
      <w:r>
        <w:t>samajhne ke liye ke quran ka message kya hai. us ke liye samjhein. chahe ek din mein, miqdar ki baat nahi hai, ek din mein kitna aap padh sakte hain woh padhein.</w:t>
      </w:r>
    </w:p>
    <w:p>
      <w:pPr>
        <w:jc w:val="right"/>
      </w:pPr>
      <w:r>
        <w:t>سمجھنے کے لئے کہ قرآن کا میسج کیا ہے۔ اس کے لئے سمجھیں۔ چاہے ایک دن میں، مقدار کی بات نہیں ہے، ایک دن میں کتنا آپ پڑھ سکتے ہیں وہ پڑھیں۔</w:t>
      </w:r>
    </w:p>
    <w:p>
      <w:r>
        <w:rPr>
          <w:b/>
        </w:rPr>
        <w:t xml:space="preserve">[21:54] </w:t>
      </w:r>
      <w:r>
        <w:t>lekin ek mahine mein ek ek quran to poora khatam karein aap.</w:t>
      </w:r>
    </w:p>
    <w:p>
      <w:pPr>
        <w:jc w:val="right"/>
      </w:pPr>
      <w:r>
        <w:t>لیکن ایک مہینے میں ایک ایک قرآن تو پورا ختم کریں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