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Spirit of Islam 10 June 2012 - Maulana Wahiduddin Khan</w:t>
      </w:r>
    </w:p>
    <w:p>
      <w:r>
        <w:t>https://www.youtube.com/watch?v=2FuK5ml2tx4</w:t>
      </w:r>
    </w:p>
    <w:p>
      <w:r>
        <w:rPr>
          <w:b/>
        </w:rPr>
        <w:t xml:space="preserve">[00:14] </w:t>
      </w:r>
      <w:r>
        <w:t>bismillah-hir-rehman-nir-rahim, wa-sallallahu 'ala-n-nabiyyi-l-karim. rab-bish-rah-li sadri, wa-yassir li amri, wa-hlu-l-'uqdatan min lisani yafqahu qawli.</w:t>
      </w:r>
    </w:p>
    <w:p>
      <w:pPr>
        <w:jc w:val="right"/>
      </w:pPr>
      <w:r>
        <w:t>بسم اللہ الرحمن الرحیم، وصلی اللہ علی النبی الکریم۔ رب اشرح لی صدری، ویسر لی امری، واحل العقدۃ من لسانی یفقہ قولی۔</w:t>
      </w:r>
    </w:p>
    <w:p>
      <w:r>
        <w:rPr>
          <w:b/>
        </w:rPr>
        <w:t xml:space="preserve">[00:35] </w:t>
      </w:r>
      <w:r>
        <w:t>aaj ka topic hai</w:t>
      </w:r>
    </w:p>
    <w:p>
      <w:pPr>
        <w:jc w:val="right"/>
      </w:pPr>
      <w:r>
        <w:t>آج کا ٹاپک ہے</w:t>
      </w:r>
    </w:p>
    <w:p>
      <w:r>
        <w:rPr>
          <w:b/>
        </w:rPr>
        <w:t xml:space="preserve">[00:41] </w:t>
      </w:r>
      <w:r>
        <w:t>"The Spirit of Islam", ya'ni rooh-e-islam ya rooh-e-deen.</w:t>
      </w:r>
    </w:p>
    <w:p>
      <w:pPr>
        <w:jc w:val="right"/>
      </w:pPr>
      <w:r>
        <w:t>"دا اسپیٹ آف اسلام"، یعنی روح اسلام یا روح دین۔</w:t>
      </w:r>
    </w:p>
    <w:p>
      <w:r>
        <w:rPr>
          <w:b/>
        </w:rPr>
        <w:t xml:space="preserve">[00:52] </w:t>
      </w:r>
      <w:r>
        <w:t>dekhiye, kisi bhi mazhab mein, wahi to islam mein, jab bhi zawal aata hai to aisa nahi hota ke islam ki shaklein khatm ho jayen.</w:t>
      </w:r>
    </w:p>
    <w:p>
      <w:pPr>
        <w:jc w:val="right"/>
      </w:pPr>
      <w:r>
        <w:t>دیکھیے، کسی بھی مذہب میں، وہی تو اسلام میں، جب بھی زوال آتا ہے تو ایسا نہیں ہوتا کہ اسلام کی شکلیں ختم ہو جائیں۔</w:t>
      </w:r>
    </w:p>
    <w:p>
      <w:r>
        <w:rPr>
          <w:b/>
        </w:rPr>
        <w:t xml:space="preserve">[01:06] </w:t>
      </w:r>
      <w:r>
        <w:t>jo cheez nahi rehti woh sirf</w:t>
      </w:r>
    </w:p>
    <w:p>
      <w:pPr>
        <w:jc w:val="right"/>
      </w:pPr>
      <w:r>
        <w:t>جو چیز نہیں رہتی وہ صرف</w:t>
      </w:r>
    </w:p>
    <w:p>
      <w:r>
        <w:rPr>
          <w:b/>
        </w:rPr>
        <w:t xml:space="preserve">[01:09] </w:t>
      </w:r>
      <w:r>
        <w:t>spirit hai, rooh-e-deen. spirit ka matlab kya hai?</w:t>
      </w:r>
    </w:p>
    <w:p>
      <w:pPr>
        <w:jc w:val="right"/>
      </w:pPr>
      <w:r>
        <w:t>اسپیٹ ہے، روح دین۔ اسپیٹ کا مطلب کیا ہے؟</w:t>
      </w:r>
    </w:p>
    <w:p>
      <w:r>
        <w:rPr>
          <w:b/>
        </w:rPr>
        <w:t xml:space="preserve">[01:19] </w:t>
      </w:r>
      <w:r>
        <w:t>spirit ka matlab hai non-physical part of your personality.</w:t>
      </w:r>
    </w:p>
    <w:p>
      <w:pPr>
        <w:jc w:val="right"/>
      </w:pPr>
      <w:r>
        <w:t>اسپیٹ کا مطلب ہے نان فزیکل پارٹ آف یور پرسنیلٹی۔</w:t>
      </w:r>
    </w:p>
    <w:p>
      <w:r>
        <w:rPr>
          <w:b/>
        </w:rPr>
        <w:t xml:space="preserve">[01:27] </w:t>
      </w:r>
      <w:r>
        <w:t>aap ka yeh jo wajood hai to ek iski body hai jo aap dekh rahe hain, aur ek iske andar ki spirit hai, rooh hai, woh dikhai nahi deti lekin asal wahi hai.</w:t>
      </w:r>
    </w:p>
    <w:p>
      <w:pPr>
        <w:jc w:val="right"/>
      </w:pPr>
      <w:r>
        <w:t>آپ کا یہ جو وجود ہے تو ایک اس کی باڈی ہے جو آپ دیکھ رہے ہیں، اور ایک اس کے اندر کی سپرٹ ہے، روح ہے، وہ دکھائی نہیں دیتی لیکن اصل وہی ہے۔</w:t>
      </w:r>
    </w:p>
    <w:p>
      <w:r>
        <w:rPr>
          <w:b/>
        </w:rPr>
        <w:t xml:space="preserve">[01:42] </w:t>
      </w:r>
      <w:r>
        <w:t>jab woh nikal jaye to is body ko qabr mein daal dete hain.</w:t>
      </w:r>
    </w:p>
    <w:p>
      <w:pPr>
        <w:jc w:val="right"/>
      </w:pPr>
      <w:r>
        <w:t>جب وہ نکل جائے تو اس باڈی کو قبر میں ڈال دیتے ہیں۔</w:t>
      </w:r>
    </w:p>
    <w:p>
      <w:r>
        <w:rPr>
          <w:b/>
        </w:rPr>
        <w:t xml:space="preserve">[01:48] </w:t>
      </w:r>
      <w:r>
        <w:t>to asal cheez jo hai Islam mein spirit hai.</w:t>
      </w:r>
    </w:p>
    <w:p>
      <w:pPr>
        <w:jc w:val="right"/>
      </w:pPr>
      <w:r>
        <w:t>تو اصل چیز جو ہے اسلام میں اسپیٹ ہے۔</w:t>
      </w:r>
    </w:p>
    <w:p>
      <w:r>
        <w:rPr>
          <w:b/>
        </w:rPr>
        <w:t xml:space="preserve">[01:59] </w:t>
      </w:r>
      <w:r>
        <w:t>lekin yeh ajib baat hai ke</w:t>
      </w:r>
    </w:p>
    <w:p>
      <w:pPr>
        <w:jc w:val="right"/>
      </w:pPr>
      <w:r>
        <w:t>لیکن یہ عجیب بات ہے کہ</w:t>
      </w:r>
    </w:p>
    <w:p>
      <w:r>
        <w:rPr>
          <w:b/>
        </w:rPr>
        <w:t xml:space="preserve">[02:05] </w:t>
      </w:r>
      <w:r>
        <w:t>muslim tareekh mein s-pait jo hai wahi sab se zyada gum ho gayi. iska sabab yeh hai</w:t>
      </w:r>
    </w:p>
    <w:p>
      <w:pPr>
        <w:jc w:val="right"/>
      </w:pPr>
      <w:r>
        <w:t>مسلم تاریخ میں اسپیٹ جو ہے وہی سب سے زیادہ گم ہو گئی۔ اس کا سبب یہ ہے</w:t>
      </w:r>
    </w:p>
    <w:p>
      <w:r>
        <w:rPr>
          <w:b/>
        </w:rPr>
        <w:t xml:space="preserve">[02:17] </w:t>
      </w:r>
      <w:r>
        <w:t>ke is s-pait ki numaindagi aise logon ne ki jo iske sahi</w:t>
      </w:r>
    </w:p>
    <w:p>
      <w:pPr>
        <w:jc w:val="right"/>
      </w:pPr>
      <w:r>
        <w:t>کہ اس اسپیٹ کی نمائندگی ایسے لوگوں نے کی جو اس کے صحیح</w:t>
      </w:r>
    </w:p>
    <w:p>
      <w:r>
        <w:rPr>
          <w:b/>
        </w:rPr>
        <w:t xml:space="preserve">[02:27] </w:t>
      </w:r>
      <w:r>
        <w:t>iske liye competent nahi the. yeh masla dekhiye aaj se nahi hai, bohat pehle se aata hai. jab rasool Allah sallallahu 'alayhi wa sallam ka zamana tha, sahaba ka zamana tha, aur tabieen ka zamana tha,</w:t>
      </w:r>
    </w:p>
    <w:p>
      <w:pPr>
        <w:jc w:val="right"/>
      </w:pPr>
      <w:r>
        <w:t>اس کے لیے کمپیٹنٹ نہیں تھے۔ یہ مسئلہ دیکھیے آج سے نہیں ہے، بہت پیش سے آتا ہے۔ جب رسول اللہ صلی اللہ علیہ وسلم کا زمانہ تھا، صحابہ کا زمانہ تھا، اور تابعین کا زمانہ تھا،</w:t>
      </w:r>
    </w:p>
    <w:p>
      <w:r>
        <w:rPr>
          <w:b/>
        </w:rPr>
        <w:t xml:space="preserve">[02:44] </w:t>
      </w:r>
      <w:r>
        <w:t>jisko kaha jata hai qurun mashhood laha bil khair, us zamane mein sara zor s-pait pe hota tha. iska saboot yeh hai ke us zamane mein Quran,</w:t>
      </w:r>
    </w:p>
    <w:p>
      <w:pPr>
        <w:jc w:val="right"/>
      </w:pPr>
      <w:r>
        <w:t>جس کو کہا جاتا ہے قرون مشہود لہا بالخیر، اس زمانے میں سارا زور اسپیٹ پہ ہوتا تھا۔ اس کا ثبوت یہ ہے کہ اس زمانے میں قرآن،</w:t>
      </w:r>
    </w:p>
    <w:p>
      <w:r>
        <w:rPr>
          <w:b/>
        </w:rPr>
        <w:t xml:space="preserve">[02:59] </w:t>
      </w:r>
      <w:r>
        <w:t>us zamane mein deen mabni par Quran tha.</w:t>
      </w:r>
    </w:p>
    <w:p>
      <w:pPr>
        <w:jc w:val="right"/>
      </w:pPr>
      <w:r>
        <w:t>اس زمانے میں دین مبنی پر قرآن تھا۔</w:t>
      </w:r>
    </w:p>
    <w:p>
      <w:r>
        <w:rPr>
          <w:b/>
        </w:rPr>
        <w:t xml:space="preserve">[03:03] </w:t>
      </w:r>
      <w:r>
        <w:t>qurani ko padhna, Quran ko sunana, Quran ke zariye dawat dena, yahi sab tha us zamane mein.</w:t>
      </w:r>
    </w:p>
    <w:p>
      <w:pPr>
        <w:jc w:val="right"/>
      </w:pPr>
      <w:r>
        <w:t>قرآنی کو پڑھنا، قرآن کو سنانا، قرآن کے ذریعے دعوت دینا، یہی سب تھا اس زمانے میں۔</w:t>
      </w:r>
    </w:p>
    <w:p>
      <w:r>
        <w:rPr>
          <w:b/>
        </w:rPr>
        <w:t xml:space="preserve">[03:13] </w:t>
      </w:r>
      <w:r>
        <w:t>arz 'alayhim-ul-islam wa tilaawat-un-nabiyyi-l-qur'an sahaba-e-kiram muqarrir kehlate the, Quran padh kar sunane wale.</w:t>
      </w:r>
    </w:p>
    <w:p>
      <w:pPr>
        <w:jc w:val="right"/>
      </w:pPr>
      <w:r>
        <w:t>عرض علیہم الاسلام وطلع نب القرآن صحابہ کرام مقرر کہلاتے تھے، قرآن پڑھ کر سنانے والے۔</w:t>
      </w:r>
    </w:p>
    <w:p>
      <w:r>
        <w:rPr>
          <w:b/>
        </w:rPr>
        <w:t xml:space="preserve">[03:23] </w:t>
      </w:r>
      <w:r>
        <w:t>ab aap dekhiye, ek martaba poora Quran padhiye aap, pehli s-f-h se, kahin bhi aap is mein form ki baat nahi dekhenge.</w:t>
      </w:r>
    </w:p>
    <w:p>
      <w:pPr>
        <w:jc w:val="right"/>
      </w:pPr>
      <w:r>
        <w:t>اب آپ دیکھیے، ایک مرتبہ پورا قرآن پڑھیے آپ، پیش زد تک، کہیں بھی آپ اس میں فارم کی بات نہیں دیکھیں گے۔</w:t>
      </w:r>
    </w:p>
    <w:p>
      <w:r>
        <w:rPr>
          <w:b/>
        </w:rPr>
        <w:t xml:space="preserve">[03:36] </w:t>
      </w:r>
      <w:r>
        <w:t>s-pait ka ulta kya hai? form ya'ni shakl. saare Quran mein sirf s-pait ki baat hai.</w:t>
      </w:r>
    </w:p>
    <w:p>
      <w:pPr>
        <w:jc w:val="right"/>
      </w:pPr>
      <w:r>
        <w:t>اسپیڈ کا الٹا کیا ہے؟ فارم یعنی شکل۔ سارے قرآن میں صرف اسپیڈ کی بات ہے۔</w:t>
      </w:r>
    </w:p>
    <w:p>
      <w:r>
        <w:rPr>
          <w:b/>
        </w:rPr>
        <w:t xml:space="preserve">[03:43] </w:t>
      </w:r>
      <w:r>
        <w:t>aap dekhiye, na to ibadat ki shakl batai gayi hai, na roze ki shakl batai gayi hai, na hajj ki. ya'ni jo bhi islam mein zaroori a'maal hain, kisi ka bhi agar jaan na chahein form to is mein nahi milega aap ko Quran mein.</w:t>
      </w:r>
    </w:p>
    <w:p>
      <w:pPr>
        <w:jc w:val="right"/>
      </w:pPr>
      <w:r>
        <w:t>آپ دیکھیے، نہ تو عبادت کی شکل بتائی گئی ہے، نہ روزے کی شکل بتائی گئی ہے، نہ حج کی۔ یعنی جو بھی اسلام میں ضروری اعمال ہیں، کسی کا بھی اگر جاننا چاہیں فارم تو اس میں نہیں ملے گا آپ قرآن میں۔</w:t>
      </w:r>
    </w:p>
    <w:p>
      <w:r>
        <w:rPr>
          <w:b/>
        </w:rPr>
        <w:t xml:space="preserve">[03:59] </w:t>
      </w:r>
      <w:r>
        <w:t>aap ko</w:t>
      </w:r>
    </w:p>
    <w:p>
      <w:pPr>
        <w:jc w:val="right"/>
      </w:pPr>
      <w:r>
        <w:t>آپ کو</w:t>
      </w:r>
    </w:p>
    <w:p>
      <w:r>
        <w:rPr>
          <w:b/>
        </w:rPr>
        <w:t xml:space="preserve">[04:01] </w:t>
      </w:r>
      <w:r>
        <w:t>saara Quran s-pait hi ko bayan karta hai. s-pait, hamd, taqwa, khashiyat, khauf, mohabbat-e-ilahi.</w:t>
      </w:r>
    </w:p>
    <w:p>
      <w:pPr>
        <w:jc w:val="right"/>
      </w:pPr>
      <w:r>
        <w:t>سارا قرآن اسپیٹ ہی کو بیان کرتا ہے۔ اسپیٹ، حمد، تقویٰ، خشیت، خوف، محبت الہی۔</w:t>
      </w:r>
    </w:p>
    <w:p>
      <w:r>
        <w:rPr>
          <w:b/>
        </w:rPr>
        <w:t xml:space="preserve">[04:16] </w:t>
      </w:r>
      <w:r>
        <w:t>ya'ni jo s-pait wali cheezein hain, wahi saare Quran mein bhari hui hain.</w:t>
      </w:r>
    </w:p>
    <w:p>
      <w:pPr>
        <w:jc w:val="right"/>
      </w:pPr>
      <w:r>
        <w:t>یعنی جو اسپیٹ والی چیزیں ہیں، وہی سارے قرآن میں بھری ہوئی ہیں۔</w:t>
      </w:r>
    </w:p>
    <w:p>
      <w:r>
        <w:rPr>
          <w:b/>
        </w:rPr>
        <w:t xml:space="preserve">[04:20] </w:t>
      </w:r>
      <w:r>
        <w:t>tadabbur, tafakkur, tabassum, yeh sab s-pait ki baatein hain. to qurun mashhood laha bil khair ke zamane mein yeh tha ke sara charcha hota tha s-pait ko le kar ke.</w:t>
      </w:r>
    </w:p>
    <w:p>
      <w:pPr>
        <w:jc w:val="right"/>
      </w:pPr>
      <w:r>
        <w:t>تدبر، تفکر، تبسم، یہ سب اسپیٹ کی باتیں ہیں۔ تو قرون مشہود لہا بالخیر کے زمانے میں یہ تھا کہ سارا چرچہ ہوتا تھا اسپیٹ کو لے کر کے۔</w:t>
      </w:r>
    </w:p>
    <w:p>
      <w:r>
        <w:rPr>
          <w:b/>
        </w:rPr>
        <w:t xml:space="preserve">[04:36] </w:t>
      </w:r>
      <w:r>
        <w:t>baad ke zamane mein yeh ek derailment hua. derailment</w:t>
      </w:r>
    </w:p>
    <w:p>
      <w:pPr>
        <w:jc w:val="right"/>
      </w:pPr>
      <w:r>
        <w:t>بعد کے زمانے میں یہ ایک ڈیریلمنٹ ہوا۔ ڈیریلمنٹ</w:t>
      </w:r>
    </w:p>
    <w:p>
      <w:r>
        <w:rPr>
          <w:b/>
        </w:rPr>
        <w:t xml:space="preserve">[04:42] </w:t>
      </w:r>
      <w:r>
        <w:t>yaani gaadi patri se utar gayi. yeh hua abbasi daur mein fuqaha ke zariye. fuqaha ne saari bahas chala di form par.</w:t>
      </w:r>
    </w:p>
    <w:p>
      <w:pPr>
        <w:jc w:val="right"/>
      </w:pPr>
      <w:r>
        <w:t>یعنی گاڑی پٹری سے اتر گئی۔ یہ ہوا عباسی دور میں فقہاء کے ذریعے۔ فقہاء نے ساری بحث چلا دی فارم پر۔</w:t>
      </w:r>
    </w:p>
    <w:p>
      <w:r>
        <w:rPr>
          <w:b/>
        </w:rPr>
        <w:t xml:space="preserve">[04:54] </w:t>
      </w:r>
      <w:r>
        <w:t>aap dekhiye, yeh jis ko kaha jaata hai chaar fiqah. chaar fiqah kya hai?</w:t>
      </w:r>
    </w:p>
    <w:p>
      <w:pPr>
        <w:jc w:val="right"/>
      </w:pPr>
      <w:r>
        <w:t>آپ دیکھیے، یہ جس کو کہا جاتا ہے چار فقہ۔ چار فقہ کیا ہے؟</w:t>
      </w:r>
    </w:p>
    <w:p>
      <w:r>
        <w:rPr>
          <w:b/>
        </w:rPr>
        <w:t xml:space="preserve">[04:59] </w:t>
      </w:r>
      <w:r>
        <w:t>chaar aspect nahi hai. aisa nahi ke chaar ke haan taqwa ka chaar tasawwur hai, khashiyat ka tasawwur hai. aisa nahi hai. jo form hai, uska chaar tasawwur hai.</w:t>
      </w:r>
    </w:p>
    <w:p>
      <w:pPr>
        <w:jc w:val="right"/>
      </w:pPr>
      <w:r>
        <w:t>چار اسپیٹ نہیں ہے۔ ایسا نہیں کہ چار کے ہاں تقویٰ کا چار تصور ہے، خشیت کا تصور ہے۔ ایسا نہیں ہے۔ جو فارم ہے، اس کا چار تصور ہے۔</w:t>
      </w:r>
    </w:p>
    <w:p>
      <w:r>
        <w:rPr>
          <w:b/>
        </w:rPr>
        <w:t xml:space="preserve">[05:12] </w:t>
      </w:r>
      <w:r>
        <w:t>misalan koi kahega ke haan, maine bistar hona chahiye. koi kahega nahi, aap ne bijli hona chahiye. koi kahega haath ek haath se musafa, koi kahega do haath se musafa.</w:t>
      </w:r>
    </w:p>
    <w:p>
      <w:pPr>
        <w:jc w:val="right"/>
      </w:pPr>
      <w:r>
        <w:t>مثلاً کوئی کہے گا کہ ہاں، میں نے بستر ہونا چاہیے۔ کوئی کہے گا نہیں، آپ نے بجلی ہونا چاہیے۔ کوئی کہے گا ہاتھ ایک ہاتھ سے مسافہ، کوئی کہے گا دو ہاتھ سے مسافہ۔</w:t>
      </w:r>
    </w:p>
    <w:p>
      <w:r>
        <w:rPr>
          <w:b/>
        </w:rPr>
        <w:t xml:space="preserve">[05:20] </w:t>
      </w:r>
      <w:r>
        <w:t>yeh sab kya hai? form hai,</w:t>
      </w:r>
    </w:p>
    <w:p>
      <w:pPr>
        <w:jc w:val="right"/>
      </w:pPr>
      <w:r>
        <w:t>یہ سب کیا ہے؟ فارم ہے،</w:t>
      </w:r>
    </w:p>
    <w:p>
      <w:r>
        <w:rPr>
          <w:b/>
        </w:rPr>
        <w:t xml:space="preserve">[05:23] </w:t>
      </w:r>
      <w:r>
        <w:t>zahiri shakal hai. toh chaar fiqah ka matlab yeh nahi ke chaar aspect of Islam, chaar form of Islam.</w:t>
      </w:r>
    </w:p>
    <w:p>
      <w:pPr>
        <w:jc w:val="right"/>
      </w:pPr>
      <w:r>
        <w:t>ظاہری شکل ہے۔ تو چار فقہ کا مطلب یہ نہیں کہ چار اسپیٹ آف اسلام، چار فارم آف اسلام۔</w:t>
      </w:r>
    </w:p>
    <w:p>
      <w:r>
        <w:rPr>
          <w:b/>
        </w:rPr>
        <w:t xml:space="preserve">[05:33] </w:t>
      </w:r>
      <w:r>
        <w:t>yeh tha derailment. yaani isko hum keh sakte hain, yeh bhi keh sakte hain ke shift of emphasis.</w:t>
      </w:r>
    </w:p>
    <w:p>
      <w:pPr>
        <w:jc w:val="right"/>
      </w:pPr>
      <w:r>
        <w:t>یہ تھا ڈیریلمنٹ۔ یعنی اس کو ہم کہہ سکتے ہیں، یہ بھی کہہ سکتے ہیں کہ شفٹ آف ایمفیسز۔</w:t>
      </w:r>
    </w:p>
    <w:p>
      <w:r>
        <w:rPr>
          <w:b/>
        </w:rPr>
        <w:t xml:space="preserve">[05:43] </w:t>
      </w:r>
      <w:r>
        <w:t>saara zor hota tha pehle aspect par, ab zor hone laga form par. saari baatein hain, aap kitabein padhiye, fiqah ki kitabein, chaaron fuqaha ki kitabein padhiye, aap saari baatein chalengi form par.</w:t>
      </w:r>
    </w:p>
    <w:p>
      <w:pPr>
        <w:jc w:val="right"/>
      </w:pPr>
      <w:r>
        <w:t>سارا زور ہوتا تھا پہلے اسپیٹ پر، اب زور ہونے لگا فارم پر۔ ساری بحثیں ہیں، آپ کتابیں پڑھیے، فقہ کی کتابیں، چاروں فقہاء کی کتابیں پڑھیے، آپ ساری بحثیں چلیں گی فارم پر۔</w:t>
      </w:r>
    </w:p>
    <w:p>
      <w:r>
        <w:rPr>
          <w:b/>
        </w:rPr>
        <w:t xml:space="preserve">[05:55] </w:t>
      </w:r>
      <w:r>
        <w:t>yeh form nahi, woh form, yeh form nahi, woh form, isi par baatein hongi.</w:t>
      </w:r>
    </w:p>
    <w:p>
      <w:pPr>
        <w:jc w:val="right"/>
      </w:pPr>
      <w:r>
        <w:t>یہ فارم نہیں، وہ فارم، یہ فارم نہیں، وہ فارم، اسی پر بحثیں ہوں گی۔</w:t>
      </w:r>
    </w:p>
    <w:p>
      <w:r>
        <w:rPr>
          <w:b/>
        </w:rPr>
        <w:t xml:space="preserve">[06:03] </w:t>
      </w:r>
      <w:r>
        <w:t>yeh agar rooh ghayab ho gayi, form baqi raha. dekhiye, iske jawab mein ek tehreek uthi Sufiya ki.</w:t>
      </w:r>
    </w:p>
    <w:p>
      <w:pPr>
        <w:jc w:val="right"/>
      </w:pPr>
      <w:r>
        <w:t>یہ اگر روح غائب ہو گئی، فارم باقی رہا۔ دیکھیے، اس کے جواب میں ایک تحریک اٹھی صوفیاء کی۔</w:t>
      </w:r>
    </w:p>
    <w:p>
      <w:r>
        <w:rPr>
          <w:b/>
        </w:rPr>
        <w:t xml:space="preserve">[06:16] </w:t>
      </w:r>
      <w:r>
        <w:t>Sufiya ne rooh par zor diya.</w:t>
      </w:r>
    </w:p>
    <w:p>
      <w:pPr>
        <w:jc w:val="right"/>
      </w:pPr>
      <w:r>
        <w:t>صوفیاء نے روح پر زور دیا۔</w:t>
      </w:r>
    </w:p>
    <w:p>
      <w:r>
        <w:rPr>
          <w:b/>
        </w:rPr>
        <w:t xml:space="preserve">[06:19] </w:t>
      </w:r>
      <w:r>
        <w:t>lekin Sufiya mere nazdeek is mission ke liye competent nahi the jo le kar uthe the woh. kyun? pichhle zamane mein jo tasawwurat the pichhle mazhab walon ke, us se unhone samjha ke rooh kaise paida ki jaye.</w:t>
      </w:r>
    </w:p>
    <w:p>
      <w:pPr>
        <w:jc w:val="right"/>
      </w:pPr>
      <w:r>
        <w:t>لیکن صوفیاء میرے نزدیک اس مشن کے لیے کمپیٹنٹ نہیں تھے جو لے کر اٹھے تھے وہ۔ کیوں؟ پچھلے زمانے میں جو تصورات تھے پچھلے مذہب والوں کے، اس سے انہوں نے سمجھا کہ روح کیسے پیدا کی جائے۔</w:t>
      </w:r>
    </w:p>
    <w:p>
      <w:r>
        <w:rPr>
          <w:b/>
        </w:rPr>
        <w:t xml:space="preserve">[06:36] </w:t>
      </w:r>
      <w:r>
        <w:t>yaani murakaba, dil</w:t>
      </w:r>
    </w:p>
    <w:p>
      <w:pPr>
        <w:jc w:val="right"/>
      </w:pPr>
      <w:r>
        <w:t>یعنی مراقبہ، دل</w:t>
      </w:r>
    </w:p>
    <w:p>
      <w:r>
        <w:rPr>
          <w:b/>
        </w:rPr>
        <w:t xml:space="preserve">[06:38] </w:t>
      </w:r>
      <w:r>
        <w:t>mein, dil mein, mein utarna aur dil par dhyan dena. yeh ek galat cheez thi kyunke dil mein toh kuch bhi nahi.</w:t>
      </w:r>
    </w:p>
    <w:p>
      <w:pPr>
        <w:jc w:val="right"/>
      </w:pPr>
      <w:r>
        <w:t>میں، دل میں، میں اترنا اور دل پر دھیان دینا۔ یہ ایک غلط چیز تھی کیونکہ دل میں تو کچھ بھی نہیں۔</w:t>
      </w:r>
    </w:p>
    <w:p>
      <w:r>
        <w:rPr>
          <w:b/>
        </w:rPr>
        <w:t xml:space="preserve">[06:52] </w:t>
      </w:r>
      <w:r>
        <w:t>Quran Hadees mein jo aata hai ke "al-taqwa ho na", iska matlab nahi ke is dil mein sab kuch hai.</w:t>
      </w:r>
    </w:p>
    <w:p>
      <w:pPr>
        <w:jc w:val="right"/>
      </w:pPr>
      <w:r>
        <w:t>قرآن حدیث میں جو آتا ہے کہ "التقویٰ ہو نا"، اس کا مطلب نہیں کہ اس دل میں سب کچھ ہے۔</w:t>
      </w:r>
    </w:p>
    <w:p>
      <w:r>
        <w:rPr>
          <w:b/>
        </w:rPr>
        <w:t xml:space="preserve">[06:58] </w:t>
      </w:r>
      <w:r>
        <w:t>wahan yaani jo Hadees mein ya jo lafz aaya hai ya Quran mein qalb ka lafz, woh is mein inner content ke maane mein hai.</w:t>
      </w:r>
    </w:p>
    <w:p>
      <w:pPr>
        <w:jc w:val="right"/>
      </w:pPr>
      <w:r>
        <w:t>وہاں یعنی جو حدیث میں یا جو لفظ آیا ہے یا قرآن میں قلب کا لفظ، وہ اس میں انر کنٹینٹ کے معنی میں ہے۔</w:t>
      </w:r>
    </w:p>
    <w:p>
      <w:r>
        <w:rPr>
          <w:b/>
        </w:rPr>
        <w:t xml:space="preserve">[07:08] </w:t>
      </w:r>
      <w:r>
        <w:t>inner content yaani andar ki personality, andar ki aspect, us maane mein hai. yeh toh taqwa shakalon mein nahi hai, waza qata mein nahi hai,</w:t>
      </w:r>
    </w:p>
    <w:p>
      <w:pPr>
        <w:jc w:val="right"/>
      </w:pPr>
      <w:r>
        <w:t>انر کنٹینٹ یعنی اندر کی پرسنیلٹی، اندر کی اسپیٹ، اس معنی میں ہے۔ یہ تو تقویٰ شکلوں میں نہیں ہے، وضع قطع میں نہیں ہے،</w:t>
      </w:r>
    </w:p>
    <w:p>
      <w:r>
        <w:rPr>
          <w:b/>
        </w:rPr>
        <w:t xml:space="preserve">[07:18] </w:t>
      </w:r>
      <w:r>
        <w:t>kapde mein nahi hai, balkeh jo inner content hai, andar ki aspect, us mein taqwa hai. yeh matlab hai iska. nateeja kya hua ke sankadon saal ke Sufiyon ki koshish se rooh Islam zinda nahi ho saki kyunke dil mein woh thi hi nahi.</w:t>
      </w:r>
    </w:p>
    <w:p>
      <w:pPr>
        <w:jc w:val="right"/>
      </w:pPr>
      <w:r>
        <w:t>کپڑے میں نہیں ہے، بلکہ جو انر کنٹینٹ ہے، اندر کی اسپیٹ، اس میں تقویٰ ہے۔ یہ مطلب ہے اس کا۔ نتیجہ کیا ہوا کہ سینکڑوں سال کے صوفیوں کی کوشش سے روح اسلام زندہ نہیں ہو سکی کیونکہ دل میں وہ تھی ہی نہیں۔</w:t>
      </w:r>
    </w:p>
    <w:p>
      <w:r>
        <w:rPr>
          <w:b/>
        </w:rPr>
        <w:t xml:space="preserve">[07:39] </w:t>
      </w:r>
      <w:r>
        <w:t>waza qata ban gayi. bas waza qata ka naam taqwa ban gaya. mutaqiyana waza qata. mutaqiyana waza qata ek bilkul be maani lafz hai.</w:t>
      </w:r>
    </w:p>
    <w:p>
      <w:pPr>
        <w:jc w:val="right"/>
      </w:pPr>
      <w:r>
        <w:t>وضع قطع بن گئی۔ بس وضع قطع کا نام تقویٰ بن گیا۔ متقیانہ وضع قطع۔ متقیانہ وضع قطع ایک بالکل بے معنی لفظ ہے۔</w:t>
      </w:r>
    </w:p>
    <w:p>
      <w:r>
        <w:rPr>
          <w:b/>
        </w:rPr>
        <w:t xml:space="preserve">[07:50] </w:t>
      </w:r>
      <w:r>
        <w:t>aspect ki koi waza qata nahi hoti hai. maujooda zamane mein dekhiye,</w:t>
      </w:r>
    </w:p>
    <w:p>
      <w:pPr>
        <w:jc w:val="right"/>
      </w:pPr>
      <w:r>
        <w:t>اسپیٹ کی کوئی وضع قطع نہیں ہوتی ہے۔ موجودہ زمانے میں دیکھیے،</w:t>
      </w:r>
    </w:p>
    <w:p>
      <w:r>
        <w:rPr>
          <w:b/>
        </w:rPr>
        <w:t xml:space="preserve">[07:58] </w:t>
      </w:r>
      <w:r>
        <w:t>isko jo log uthe woh liberal Muslim the. liberal Muslim. jaise kitaab hai "Aspect of Islam" jo 19 jo chhapi hai Urdu aur Angrezi dono zubanon mein, yeh 1922 mein Angrezi daur mein likhi gayi thi.</w:t>
      </w:r>
    </w:p>
    <w:p>
      <w:pPr>
        <w:jc w:val="right"/>
      </w:pPr>
      <w:r>
        <w:t>اس کو جو لوگ اٹھے وہ لبرل مسلم تھے۔ لبرل مسلم۔ جیسے کتاب ہے "اسپیٹ آف اسلام" جو 19 جو چھپی ہے اردو اور انگریزی دونوں زبانوں میں، یہ 1922 میں انگریزی دور میں لکھی گئی تھی۔</w:t>
      </w:r>
    </w:p>
    <w:p>
      <w:r>
        <w:rPr>
          <w:b/>
        </w:rPr>
        <w:t xml:space="preserve">[08:13] </w:t>
      </w:r>
      <w:r>
        <w:t>rooh Islam</w:t>
      </w:r>
    </w:p>
    <w:p>
      <w:pPr>
        <w:jc w:val="right"/>
      </w:pPr>
      <w:r>
        <w:t>روح اسلام</w:t>
      </w:r>
    </w:p>
    <w:p>
      <w:r>
        <w:rPr>
          <w:b/>
        </w:rPr>
        <w:t xml:space="preserve">[08:14] </w:t>
      </w:r>
      <w:r>
        <w:t>moti si kitaab hai. is tarah ki bahut si kitabein liberal Musalmanon ne likhin. unhone kya taassur diya ke rooh Islam aur yaani aspect of Islam aur form of Islam ka jo equation bataya unhone ke aspect jo hai important hai aur form un important hai.</w:t>
      </w:r>
    </w:p>
    <w:p>
      <w:pPr>
        <w:jc w:val="right"/>
      </w:pPr>
      <w:r>
        <w:t>موٹی سی کتاب ہے۔ اس طرح کی بہت سی کتابیں لبرل مسلمانوں نے لکھیں۔ انہوں نے کیا تاثر دیا کہ روح اسلام اور یعنی اسپیٹ آف اسلام اور فارم آف اسلام کا جو ایکویشن بتایا انہوں نے کہ اسپیٹ جو ہے امپورٹنٹ ہے اور فارم ان امپورٹنٹ ہے۔</w:t>
      </w:r>
    </w:p>
    <w:p>
      <w:r>
        <w:rPr>
          <w:b/>
        </w:rPr>
        <w:t xml:space="preserve">[08:37] </w:t>
      </w:r>
      <w:r>
        <w:t>important aur un important ka equation yeh galat tha. aisa nahi ke shakal un important hai. nahi, yeh equation jo hai real aur relative ka hai.</w:t>
      </w:r>
    </w:p>
    <w:p>
      <w:pPr>
        <w:jc w:val="right"/>
      </w:pPr>
      <w:r>
        <w:t>امپورٹنٹ اور ان امپورٹنٹ کا ایکویشن یہ غلط تھا۔ ایسا نہیں کہ شکل ان امپورٹنٹ ہے۔ نہیں، یہ ایکویشن جو ہے ریئل اور ریلیٹو کا ہے۔</w:t>
      </w:r>
    </w:p>
    <w:p>
      <w:r>
        <w:rPr>
          <w:b/>
        </w:rPr>
        <w:t xml:space="preserve">[08:51] </w:t>
      </w:r>
      <w:r>
        <w:t>yani spirit jo hai woh islam ka real part hai</w:t>
      </w:r>
    </w:p>
    <w:p>
      <w:pPr>
        <w:jc w:val="right"/>
      </w:pPr>
      <w:r>
        <w:t>یعنی اسپیٹ جو ہے وہ اسلام کا ریئل پارٹ ہے</w:t>
      </w:r>
    </w:p>
    <w:p>
      <w:r>
        <w:rPr>
          <w:b/>
        </w:rPr>
        <w:t xml:space="preserve">[08:56] </w:t>
      </w:r>
      <w:r>
        <w:t>aur form jo hai woh islam ka relative part hai. to sahi equation real ya relative ka hai, na ke important aur unimportant ka.</w:t>
      </w:r>
    </w:p>
    <w:p>
      <w:pPr>
        <w:jc w:val="right"/>
      </w:pPr>
      <w:r>
        <w:t>اور فارم جو ہے وہ اسلام کا ریلیٹو پارٹ ہے۔ تو صحیح ایکویشن ریئل یا ریلیٹو کا ہے، نہ کہ امپورٹنٹ اور ان امپورٹنٹ کا۔</w:t>
      </w:r>
    </w:p>
    <w:p>
      <w:r>
        <w:rPr>
          <w:b/>
        </w:rPr>
        <w:t xml:space="preserve">[09:07] </w:t>
      </w:r>
      <w:r>
        <w:t>is wajah se jo log uthe rooh-e-deen ko zinda karne ke liye, woh rooh-e-deen ko zinda nahi kar sake. aur tareekh ka jo derailment hua tha</w:t>
      </w:r>
    </w:p>
    <w:p>
      <w:pPr>
        <w:jc w:val="right"/>
      </w:pPr>
      <w:r>
        <w:t>اس وجہ سے جو لوگ اٹھے روح دین کو زندہ کرنے کے لیے، وہ روح دین کو زندہ نہیں کر سکے۔ اور تاریخ کا جو ڈیریلمنٹ ہوا تھا</w:t>
      </w:r>
    </w:p>
    <w:p>
      <w:r>
        <w:rPr>
          <w:b/>
        </w:rPr>
        <w:t xml:space="preserve">[09:16] </w:t>
      </w:r>
      <w:r>
        <w:t>ke fiqhi islam chal pada, woh aaj tak chala ja raha hai. dekhiye, fiqhi islam ka nuqsan kya hai? yani spirit ki kitaab islam ka matlab yeh hai ke spirit-less islam.</w:t>
      </w:r>
    </w:p>
    <w:p>
      <w:pPr>
        <w:jc w:val="right"/>
      </w:pPr>
      <w:r>
        <w:t>کہ فقہی اسلام چل پڑا، وہ آج تک چلا جا رہا ہے۔ دیکھیے، فقہی اسلام کا نقصان کیا ہے؟ یعنی اسپیٹ کی کتاب اسلام کا مطلب یہ ہے کہ اسپیٹ لیس اسلام۔</w:t>
      </w:r>
    </w:p>
    <w:p>
      <w:r>
        <w:rPr>
          <w:b/>
        </w:rPr>
        <w:t xml:space="preserve">[09:29] </w:t>
      </w:r>
      <w:r>
        <w:t>yani saara zor form par, spirit par nahi.</w:t>
      </w:r>
    </w:p>
    <w:p>
      <w:pPr>
        <w:jc w:val="right"/>
      </w:pPr>
      <w:r>
        <w:t>یعنی سارا زور فارم پر، اسپیٹ پر نہیں۔</w:t>
      </w:r>
    </w:p>
    <w:p>
      <w:r>
        <w:rPr>
          <w:b/>
        </w:rPr>
        <w:t xml:space="preserve">[09:33] </w:t>
      </w:r>
      <w:r>
        <w:t>iska nuqsan kya hai? dekhiye, spirit jo hai saada baat nahi hai. spirit ka is se saari andar ki cheezein paida hoti hain.</w:t>
      </w:r>
    </w:p>
    <w:p>
      <w:pPr>
        <w:jc w:val="right"/>
      </w:pPr>
      <w:r>
        <w:t>اس کا نقصان کیا ہے؟ دیکھیے، اسپیٹ جو ہے سادہ بات نہیں ہے۔ اسپیٹ کا اس سے ساری اندر کی چیزیں پیدا ہوتی ہیں۔</w:t>
      </w:r>
    </w:p>
    <w:p>
      <w:r>
        <w:rPr>
          <w:b/>
        </w:rPr>
        <w:t xml:space="preserve">[09:43] </w:t>
      </w:r>
      <w:r>
        <w:t>yani hassasiyat, sensitivity, taqwa, khashiyat, mohabbat-e-ilahi, yeh saari cheezon ka ta'alluq spirit se hai.</w:t>
      </w:r>
    </w:p>
    <w:p>
      <w:pPr>
        <w:jc w:val="right"/>
      </w:pPr>
      <w:r>
        <w:t>یعنی حساسیت، سینسٹیوٹی، تقویٰ، خشیت، محبت الہی، یہ ساری چیزوں کا تعلق اسپیٹ سے ہے۔</w:t>
      </w:r>
    </w:p>
    <w:p>
      <w:r>
        <w:rPr>
          <w:b/>
        </w:rPr>
        <w:t xml:space="preserve">[09:51] </w:t>
      </w:r>
      <w:r>
        <w:t>jab spirit ghayab ho jaye aur form baqi rahe, yeh sab cheezein khatam ho jayengi. yeh sab cheezein khatam ho jayengi. to aaj mein aap ko ek misaal deta hoon.</w:t>
      </w:r>
    </w:p>
    <w:p>
      <w:pPr>
        <w:jc w:val="right"/>
      </w:pPr>
      <w:r>
        <w:t>جب اسپیٹ غائب ہو جائے اور فارم باقی رہے، یہ سب چیزیں ختم ہو جائیں گی۔ یہ سب چیزیں ختم ہو جائیں گی۔ تو آج میں آپ کو ایک مثال دیتا ہوں۔</w:t>
      </w:r>
    </w:p>
    <w:p>
      <w:r>
        <w:rPr>
          <w:b/>
        </w:rPr>
        <w:t xml:space="preserve">[10:02] </w:t>
      </w:r>
      <w:r>
        <w:t>yeh aaj ke akhbar mein chhaapa hai. dekhiye, yeh</w:t>
      </w:r>
    </w:p>
    <w:p>
      <w:pPr>
        <w:jc w:val="right"/>
      </w:pPr>
      <w:r>
        <w:t>یہ آج کے اخبار میں چھپا ہے۔ دیکھیے، یہ</w:t>
      </w:r>
    </w:p>
    <w:p>
      <w:r>
        <w:rPr>
          <w:b/>
        </w:rPr>
        <w:t xml:space="preserve">[10:09] </w:t>
      </w:r>
      <w:r>
        <w:t>Maulana Ubaidullah Sindhi ki tasweer hai. kitna zabardast aadmi thay Maulana Ubaidullah Sindhi.</w:t>
      </w:r>
    </w:p>
    <w:p>
      <w:pPr>
        <w:jc w:val="right"/>
      </w:pPr>
      <w:r>
        <w:t>مولا عبیداللہ سندھی کی تصویر ہے۔ کتنا زبردست آدمی تھے مولا عبیداللہ سندھی۔</w:t>
      </w:r>
    </w:p>
    <w:p>
      <w:r>
        <w:rPr>
          <w:b/>
        </w:rPr>
        <w:t xml:space="preserve">[10:16] </w:t>
      </w:r>
      <w:r>
        <w:t>yeh sikh family mein paida hue, phir unhon ne islam qubool kiya. bohat zeheen thay, bohat zabardast aadmi thay. lekin yeh chalay gaye Deoband.</w:t>
      </w:r>
    </w:p>
    <w:p>
      <w:pPr>
        <w:jc w:val="right"/>
      </w:pPr>
      <w:r>
        <w:t>یہ سکھ فیملی میں پیدا ہوئے، پھر انہوں نے اسلام قبول کیا۔ بہت ذہین تھے، بہت زبردست آدمی تھے۔ لیکن یہ چلے گئے دیوبند۔</w:t>
      </w:r>
    </w:p>
    <w:p>
      <w:r>
        <w:rPr>
          <w:b/>
        </w:rPr>
        <w:t xml:space="preserve">[10:26] </w:t>
      </w:r>
      <w:r>
        <w:t>Deoband mein unki taleem hui. ab Deoband ke ulama us waqt bas angrez nafrat mein jeetay thay. sab se bada islam unke ma'ano mein tha ke angrez nafrat, nafrat, nafrat.</w:t>
      </w:r>
    </w:p>
    <w:p>
      <w:pPr>
        <w:jc w:val="right"/>
      </w:pPr>
      <w:r>
        <w:t>دیوبند میں ان کی تعلیم ہوئی۔ اب دیوبند کے علماء اس وقت بس انگریز نفرت میں جیتے تھے۔ سب سے بڑا اسلام ان کے معنی میں تھا کہ انگریز نفرت، نفرت، نفرت۔</w:t>
      </w:r>
    </w:p>
    <w:p>
      <w:r>
        <w:rPr>
          <w:b/>
        </w:rPr>
        <w:t xml:space="preserve">[10:39] </w:t>
      </w:r>
      <w:r>
        <w:t>to angrez ko India se nikalna ke is mazmoon ko aap padhiye, yeh aaj hi ke akhbar mein hai. khud ulama ne farmaya un se ke angrez ko hum khud se nahi nikal sakte.</w:t>
      </w:r>
    </w:p>
    <w:p>
      <w:pPr>
        <w:jc w:val="right"/>
      </w:pPr>
      <w:r>
        <w:t>تو انگریز کو انڈیا سے نکالنا کہ اس مضمون کو آپ پڑھیے، یہ آج ہی کے اخبار میں ہے۔ خود علماء نے فرمایا ان سے کہ انگریز کو ہم خود سے نہیں نکال سکتے۔</w:t>
      </w:r>
    </w:p>
    <w:p>
      <w:r>
        <w:rPr>
          <w:b/>
        </w:rPr>
        <w:t xml:space="preserve">[10:57] </w:t>
      </w:r>
      <w:r>
        <w:t>angrez itna taqatwar hai ke hum khud se nahi nikal sakte. to humein bahar se madad lena hai. kis se? Afghanistan se, Turkey se, Germany se.</w:t>
      </w:r>
    </w:p>
    <w:p>
      <w:pPr>
        <w:jc w:val="right"/>
      </w:pPr>
      <w:r>
        <w:t>انگریز اتنا طاقتور ہے کہ ہم خود سے نہیں نکال سکتے۔ تو ہمیں باہر سے مدد لینا ہے۔ کس سے؟ افغانستان سے، ترکی سے، جرمنی سے۔</w:t>
      </w:r>
    </w:p>
    <w:p>
      <w:r>
        <w:rPr>
          <w:b/>
        </w:rPr>
        <w:t xml:space="preserve">[11:09] </w:t>
      </w:r>
      <w:r>
        <w:t>yeh yeh khud isi mein likha hua hai aur kitabon mein likha hua hai. aap kitabon ko padh lijiyey. in ulama ka zehan yeh tha</w:t>
      </w:r>
    </w:p>
    <w:p>
      <w:pPr>
        <w:jc w:val="right"/>
      </w:pPr>
      <w:r>
        <w:t>یہ یہ خود اسی میں لکھا ہوا ہے اور کتابوں میں لکھا ہوا ہے۔ آپ کتابوں کو پڑھ لیجئے۔ ان علماء کا ذہن یہ تھا</w:t>
      </w:r>
    </w:p>
    <w:p>
      <w:r>
        <w:rPr>
          <w:b/>
        </w:rPr>
        <w:t xml:space="preserve">[11:16] </w:t>
      </w:r>
      <w:r>
        <w:t>us zamane mein ke angrezon ko chuki hum khud se nahi nikal sakte, is liye humein bahar ki madad deni padegi.</w:t>
      </w:r>
    </w:p>
    <w:p>
      <w:pPr>
        <w:jc w:val="right"/>
      </w:pPr>
      <w:r>
        <w:t>اس زمانے میں کہ انگریزوں کو چونکہ ہم خود سے نہیں نکال سکتے، اس لیے ہمیں باہر کی مدد دینی پڑے گی۔</w:t>
      </w:r>
    </w:p>
    <w:p>
      <w:r>
        <w:rPr>
          <w:b/>
        </w:rPr>
        <w:t xml:space="preserve">[11:26] </w:t>
      </w:r>
      <w:r>
        <w:t>to in logon ne Afghanistan mein ek exile government, government, government banayi, jis ke yeh yeh</w:t>
      </w:r>
    </w:p>
    <w:p>
      <w:pPr>
        <w:jc w:val="right"/>
      </w:pPr>
      <w:r>
        <w:t>تو ان لوگوں نے افغانستان میں ایک ایگزائل گورنمنٹ، گورنمنٹ، گورنمنٹ بنائی، جس کے یہ یہ</w:t>
      </w:r>
    </w:p>
    <w:p>
      <w:r>
        <w:rPr>
          <w:b/>
        </w:rPr>
        <w:t xml:space="preserve">[11:34] </w:t>
      </w:r>
      <w:r>
        <w:t>Wazir-e-Dakhla thay, is ke yeh Maulana Ubaidullah Sindhi aur Raja Mahendra Pratap Sadar thay waghera waghera. to in logon ka kaam yeh tha ke Turkey se, Afghanistan se, Germany se ta'alluqat qaim kar ke wahan se hamla karwayein India ke upar.</w:t>
      </w:r>
    </w:p>
    <w:p>
      <w:pPr>
        <w:jc w:val="right"/>
      </w:pPr>
      <w:r>
        <w:t>وزیر داخلہ تھے، اس کے یہ مولا عبیداللہ سندھی اور راجہ مہندر پتہ صدر تھے وغیرہ وغیرہ۔ تو ان لوگوں کا کام یہ تھا کہ ترکی سے، افغانستان سے، جرمنی سے تعلقات قائم کر کے وہاں سے حملہ کروائیں انڈیا کے اوپر۔</w:t>
      </w:r>
    </w:p>
    <w:p>
      <w:r>
        <w:rPr>
          <w:b/>
        </w:rPr>
        <w:t xml:space="preserve">[11:53] </w:t>
      </w:r>
      <w:r>
        <w:t>jab mein is ko padh raha tha to ek bohat ajeeb-o-ghareeb khayal mere zehan mein aaya. bohat ajeeb khayal ke aap nazariya-e-e'tiqad mein agar aap ne padha hoga, aap wahan pe ek ek term hai "missing link".</w:t>
      </w:r>
    </w:p>
    <w:p>
      <w:pPr>
        <w:jc w:val="right"/>
      </w:pPr>
      <w:r>
        <w:t>جب میں اس کو پڑھ رہا تھا تو ایک بہت عجیب و غریب خیال میرے ذہن میں آیا۔ بہت عجیب خیال کہ آپ نظریہ اعتقاد میں اگر آپ نے پڑھا ہوگا، آپ وہاں پہ ایک ایک ٹرم ہے "مسنگ لنک"۔</w:t>
      </w:r>
    </w:p>
    <w:p>
      <w:r>
        <w:rPr>
          <w:b/>
        </w:rPr>
        <w:t xml:space="preserve">[12:09] </w:t>
      </w:r>
      <w:r>
        <w:t>"missing link"</w:t>
      </w:r>
    </w:p>
    <w:p>
      <w:pPr>
        <w:jc w:val="right"/>
      </w:pPr>
      <w:r>
        <w:t>"مسنگ لنک"</w:t>
      </w:r>
    </w:p>
    <w:p>
      <w:r>
        <w:rPr>
          <w:b/>
        </w:rPr>
        <w:t xml:space="preserve">[12:10] </w:t>
      </w:r>
      <w:r>
        <w:t>yani woh jo batate hain yani ke ke woh ek cheez se doosri cheez ban gayi, jo ek ek cheez se doosri cheez ban gayi, jaise billi se sher ban gaya,</w:t>
      </w:r>
    </w:p>
    <w:p>
      <w:pPr>
        <w:jc w:val="right"/>
      </w:pPr>
      <w:r>
        <w:t>یعنی وہ جو بتاتے ہیں یعنی کہ کہ وہ ایک چیز سے دوسری چیز بن گئی، جو ایک ایک چیز سے دوسری چیز بن گئی، جیسے بلی سے شیر بن گیا،</w:t>
      </w:r>
    </w:p>
    <w:p>
      <w:r>
        <w:rPr>
          <w:b/>
        </w:rPr>
        <w:t xml:space="preserve">[12:30] </w:t>
      </w:r>
      <w:r>
        <w:t>hippopotamus se whale ban gaya waghera. to jo yeh batate hain to beech mein bar bar un ko mehsoos hota hai ke beech ka beech kadiyan nahi hain.</w:t>
      </w:r>
    </w:p>
    <w:p>
      <w:pPr>
        <w:jc w:val="right"/>
      </w:pPr>
      <w:r>
        <w:t>ہپوپوٹیمس سے ویل بن گیا وغیرہ۔ تو جو یہ بتاتے ہیں تو بیچ میں بار بار ان کو محسوس ہوتا ہے کہ بیچ کا بیچ کڑیاں نہیں ہیں۔</w:t>
      </w:r>
    </w:p>
    <w:p>
      <w:r>
        <w:rPr>
          <w:b/>
        </w:rPr>
        <w:t xml:space="preserve">[12:45] </w:t>
      </w:r>
      <w:r>
        <w:t>yani billi aur sher ki beech kadi kahan hai?</w:t>
      </w:r>
    </w:p>
    <w:p>
      <w:pPr>
        <w:jc w:val="right"/>
      </w:pPr>
      <w:r>
        <w:t>یعنی بلی اور شیر کی بیچ کڑی کہاں ہے؟</w:t>
      </w:r>
    </w:p>
    <w:p>
      <w:r>
        <w:rPr>
          <w:b/>
        </w:rPr>
        <w:t xml:space="preserve">[12:49] </w:t>
      </w:r>
      <w:r>
        <w:t>hippopotamus aur whale ki beech kadiyan kahan hain? to is ko kehte hain "missing link" jo aaj tak daryaft nahi hui. to mujhe likha ke yeh musalmanon mein jo missing link hai, woh khud Allah Ta'ala hai.</w:t>
      </w:r>
    </w:p>
    <w:p>
      <w:pPr>
        <w:jc w:val="right"/>
      </w:pPr>
      <w:r>
        <w:t>ہپوپوٹیمس اور ویل کی بیچ کڑیاں کہاں ہیں؟ تو اس کو کہتے ہیں "مسنگ لنک" جو آج تک دریافت نہیں ہوئی۔ تو مجھے لکھا کہ یہ مسلمانوں میں جو مسنگ لنک ہے، وہ خود اللہ تعالیٰ ہے۔</w:t>
      </w:r>
    </w:p>
    <w:p>
      <w:r>
        <w:rPr>
          <w:b/>
        </w:rPr>
        <w:t xml:space="preserve">[13:06] </w:t>
      </w:r>
      <w:r>
        <w:t>Allah Ta'ala hi miss ho gaya.</w:t>
      </w:r>
    </w:p>
    <w:p>
      <w:pPr>
        <w:jc w:val="right"/>
      </w:pPr>
      <w:r>
        <w:t>اللہ تعالیٰ ہی مس ہو گیا۔</w:t>
      </w:r>
    </w:p>
    <w:p>
      <w:r>
        <w:rPr>
          <w:b/>
        </w:rPr>
        <w:t xml:space="preserve">[13:09] </w:t>
      </w:r>
      <w:r>
        <w:t>kaisi ajeeb cheez hai!</w:t>
      </w:r>
    </w:p>
    <w:p>
      <w:pPr>
        <w:jc w:val="right"/>
      </w:pPr>
      <w:r>
        <w:t>کیسی عجیب چیز ہے!</w:t>
      </w:r>
    </w:p>
    <w:p>
      <w:r>
        <w:rPr>
          <w:b/>
        </w:rPr>
        <w:t xml:space="preserve">[13:11] </w:t>
      </w:r>
      <w:r>
        <w:t>is ko parhte hue mujhe ek mein rone laga. maine kaha ke khudaaye is qaum se to hi ghayab ho gaya, teri kadi mafqood ho gayi.</w:t>
      </w:r>
    </w:p>
    <w:p>
      <w:pPr>
        <w:jc w:val="right"/>
      </w:pPr>
      <w:r>
        <w:t>اس کو پڑھتے ہوئے مجھے ایک میں رونے لگا۔ میں نے کہا کہ خدائے اس قوم سے تو ہی غائب ہو گیا، تیری کڑی مفقود ہو گئی۔</w:t>
      </w:r>
    </w:p>
    <w:p>
      <w:r>
        <w:rPr>
          <w:b/>
        </w:rPr>
        <w:t xml:space="preserve">[13:20] </w:t>
      </w:r>
      <w:r>
        <w:t>woh kaise? dekhiye, yeh jo ulamaa the, un ki unhone yeh socha ke angrez ko hum khud se nahi nikaal sakte, to humein daudna chahiye turki aur afghanistan aur germany ki taraf.</w:t>
      </w:r>
    </w:p>
    <w:p>
      <w:pPr>
        <w:jc w:val="right"/>
      </w:pPr>
      <w:r>
        <w:t>وہ کیسے؟ دیکھیے، یہ جو علماء تھے، ان کی انہوں نے یہ سوچا کہ انگریز کو ہم خود سے نہیں نکال سکتے، تو ہمیں دوڑنا چاہیے ترکی اور افغانستان اور جرمنی کی طرف۔</w:t>
      </w:r>
    </w:p>
    <w:p>
      <w:r>
        <w:rPr>
          <w:b/>
        </w:rPr>
        <w:t xml:space="preserve">[13:35] </w:t>
      </w:r>
      <w:r>
        <w:t>kya yahi soch rasool Allah ki thi? yahi soch paighambaron ki thi?</w:t>
      </w:r>
    </w:p>
    <w:p>
      <w:pPr>
        <w:jc w:val="right"/>
      </w:pPr>
      <w:r>
        <w:t>کیا یہی سوچ رسول اللہ کی تھی؟ یہی سوچ پیغمبروں کی تھی؟</w:t>
      </w:r>
    </w:p>
    <w:p>
      <w:r>
        <w:rPr>
          <w:b/>
        </w:rPr>
        <w:t xml:space="preserve">[13:42] </w:t>
      </w:r>
      <w:r>
        <w:t>soorah yusuf mein ek paighambar kehte hain: innamā ashku baththī waḥdī Allāh! in ko jo problem hai, is problem ko Allah ko refer kar rahe hain.</w:t>
      </w:r>
    </w:p>
    <w:p>
      <w:pPr>
        <w:jc w:val="right"/>
      </w:pPr>
      <w:r>
        <w:t>سورہ یوسف میں ایک پیغمبر کہتے ہیں: إنما أشكو بسي وحدي اللہ! ان کو جو پرابلم ہے، اس پرابلم کو اللہ کو ریفر کر رہے ہیں۔</w:t>
      </w:r>
    </w:p>
    <w:p>
      <w:r>
        <w:rPr>
          <w:b/>
        </w:rPr>
        <w:t xml:space="preserve">[13:54] </w:t>
      </w:r>
      <w:r>
        <w:t>innamā ashku baththī waḥdī Allāh! aye Allah! main problem se dochaar hoon, teri taraf mein is problem ko refer karta hoon, to hal kar de mere problem ko.</w:t>
      </w:r>
    </w:p>
    <w:p>
      <w:pPr>
        <w:jc w:val="right"/>
      </w:pPr>
      <w:r>
        <w:t>إنما أشكو بسي وحدي اللہ! اے اللہ! میں پرابلم سے دوچار ہوں، تیری طرف میں اس پرابلم کو ریفر کرتا ہوں، تو حل کر دے میرے پرابلم کو۔</w:t>
      </w:r>
    </w:p>
    <w:p>
      <w:r>
        <w:rPr>
          <w:b/>
        </w:rPr>
        <w:t xml:space="preserve">[14:04] </w:t>
      </w:r>
      <w:r>
        <w:t>aise hi dekhiye, rasool Allah sallallahu alaihi wasallam ne makkah se hijrat farmaayi madine ke liye. darmiyan mein aap ghaar e thor mein thehre to wahan aap ke dushman the, wahan bhi pahunch gaye.</w:t>
      </w:r>
    </w:p>
    <w:p>
      <w:pPr>
        <w:jc w:val="right"/>
      </w:pPr>
      <w:r>
        <w:t>ایسے ہی دیکھیے، رسول اللہ صلی اللہ علیہ وسلم نے مکہ سے ہجرت فرمائی مدینے کے لیے۔ درمیان میں آپ غور ثور میں ٹھہرے تو وہاں آپ کے دشمن تھے، وہاں بھی پہنچ گئے۔</w:t>
      </w:r>
    </w:p>
    <w:p>
      <w:r>
        <w:rPr>
          <w:b/>
        </w:rPr>
        <w:t xml:space="preserve">[14:18] </w:t>
      </w:r>
      <w:r>
        <w:t>talwarein li hui theen, woh log qatl karna chahte the.</w:t>
      </w:r>
    </w:p>
    <w:p>
      <w:pPr>
        <w:jc w:val="right"/>
      </w:pPr>
      <w:r>
        <w:t>تلواریں لی ہوئی تھیں، وہ لوگ قتل کرنا چاہتے تھے۔</w:t>
      </w:r>
    </w:p>
    <w:p>
      <w:r>
        <w:rPr>
          <w:b/>
        </w:rPr>
        <w:t xml:space="preserve">[14:22] </w:t>
      </w:r>
      <w:r>
        <w:t>to sirf do aadmi wahan the: rasool Allah aur abubakar. hazrat abubakar ne kaha ke yeh to yahan hi pahunch gaye. to aap ne quran mein soorah at-taubah mein padh lijiye, aap ne farmaya: lā taḥzan inna Allāha maʿanā</w:t>
      </w:r>
    </w:p>
    <w:p>
      <w:pPr>
        <w:jc w:val="right"/>
      </w:pPr>
      <w:r>
        <w:t>تو صرف دو آدمی وہاں تھے: رسول اللہ اور ابوبکر۔ حضرت ابوبکر نے کہا کہ یہ تو یہاں ہی پہنچ گئے۔ تو آپ نے قرآن میں سورہ التوبہ میں پڑھ لیجئے، آپ نے فرمایا: لا تحزن إن الله معنا</w:t>
      </w:r>
    </w:p>
    <w:p>
      <w:r>
        <w:rPr>
          <w:b/>
        </w:rPr>
        <w:t xml:space="preserve">[14:40] </w:t>
      </w:r>
      <w:r>
        <w:t>lā taḥzan inna Allāha maʿanā</w:t>
      </w:r>
    </w:p>
    <w:p>
      <w:pPr>
        <w:jc w:val="right"/>
      </w:pPr>
      <w:r>
        <w:t>لا تحزن إن الله معنا</w:t>
      </w:r>
    </w:p>
    <w:p>
      <w:r>
        <w:rPr>
          <w:b/>
        </w:rPr>
        <w:t xml:space="preserve">[14:45] </w:t>
      </w:r>
      <w:r>
        <w:t>gham na karo, Allah hamare saath hai. to yeh kaun se ulamaa the? main poochta hoon ke un ki yeh samajh mein nahi aayi ke Allah ki taraf rujoo karein, Allah se duaayein karein, quran padhkar sochein ke kya karna chahiye.</w:t>
      </w:r>
    </w:p>
    <w:p>
      <w:pPr>
        <w:jc w:val="right"/>
      </w:pPr>
      <w:r>
        <w:t>غم نہ کرو، اللہ ہمارے ساتھ ہے۔ تو یہ کون سے علماء تھے؟ میں پوچھتا ہوں کہ ان کی یہ سمجھ میں نہیں آئی کہ اللہ کی طرف رجوع کریں، اللہ سے دعائیں کریں، قرآن پڑھ کر سوچیں کہ کیا کرنا چاہیے۔</w:t>
      </w:r>
    </w:p>
    <w:p>
      <w:r>
        <w:rPr>
          <w:b/>
        </w:rPr>
        <w:t xml:space="preserve">[15:00] </w:t>
      </w:r>
      <w:r>
        <w:t>yeh daud rahe hain turki ki taraf, daud rahe hain germany ki taraf, daud rahe hain afghanistan ki taraf.</w:t>
      </w:r>
    </w:p>
    <w:p>
      <w:pPr>
        <w:jc w:val="right"/>
      </w:pPr>
      <w:r>
        <w:t>یہ دوڑ رہے ہیں ترکی کی طرف، دوڑ رہے ہیں جرمنی کی طرف، دوڑ رہے ہیں افغانستان کی طرف۔</w:t>
      </w:r>
    </w:p>
    <w:p>
      <w:r>
        <w:rPr>
          <w:b/>
        </w:rPr>
        <w:t xml:space="preserve">[15:05] </w:t>
      </w:r>
      <w:r>
        <w:t>natija kya hua? mukammal nakaami hui. ek lakh ulamaa ko shaheed kar maara angrezon ne. log be watan ho gaye, jaayedaadein un ki bik gayeen aur kya kya museebatein pesh aayeen.</w:t>
      </w:r>
    </w:p>
    <w:p>
      <w:pPr>
        <w:jc w:val="right"/>
      </w:pPr>
      <w:r>
        <w:t>نتیجہ کیا ہوا؟ مکمل ناکامی ہوئی۔ ایک لاکھ علماء کو شہید کر مار ڈالا انگریزوں نے۔ لوگ بے وطن ہو گئے، جائیدادیں ان کی بک گئیں اور کیا کیا مصیبتیں پیش آئیں۔</w:t>
      </w:r>
    </w:p>
    <w:p>
      <w:r>
        <w:rPr>
          <w:b/>
        </w:rPr>
        <w:t xml:space="preserve">[15:20] </w:t>
      </w:r>
      <w:r>
        <w:t>faayda kuch bhi nahi.</w:t>
      </w:r>
    </w:p>
    <w:p>
      <w:pPr>
        <w:jc w:val="right"/>
      </w:pPr>
      <w:r>
        <w:t>فائدہ کچھ بھی نہیں۔</w:t>
      </w:r>
    </w:p>
    <w:p>
      <w:r>
        <w:rPr>
          <w:b/>
        </w:rPr>
        <w:t xml:space="preserve">[15:24] </w:t>
      </w:r>
      <w:r>
        <w:t>to angrezon ke aane se jo masla paida hua tha, to log daudna chahte the Allah ki taraf. yeh daude kis ki taraf?</w:t>
      </w:r>
    </w:p>
    <w:p>
      <w:pPr>
        <w:jc w:val="right"/>
      </w:pPr>
      <w:r>
        <w:t>تو انگریزوں کے آنے سے جو مسئلہ پیدا ہوا تھا، تو لوگ دوڑنا چاہتے تھے اللہ کی طرف۔ یہ دوڑے کس کی طرف؟</w:t>
      </w:r>
    </w:p>
    <w:p>
      <w:r>
        <w:rPr>
          <w:b/>
        </w:rPr>
        <w:t xml:space="preserve">[15:33] </w:t>
      </w:r>
      <w:r>
        <w:t>insaanon ki taraf, afghanistan ki taraf, turki ki taraf, germany ki taraf. is wajah se wahan yaani unhein kuch khabar hi nahi hui ke kya karna chahiye.</w:t>
      </w:r>
    </w:p>
    <w:p>
      <w:pPr>
        <w:jc w:val="right"/>
      </w:pPr>
      <w:r>
        <w:t>انسانوں کی طرف، افغانستان کی طرف، ترکی کی طرف، جرمنی کی طرف۔ اس وجہ سے وہاں یعنی انہیں کچھ خبر ہی نہیں ہوئی کہ کیا کرنا چاہیے۔</w:t>
      </w:r>
    </w:p>
    <w:p>
      <w:r>
        <w:rPr>
          <w:b/>
        </w:rPr>
        <w:t xml:space="preserve">[15:44] </w:t>
      </w:r>
      <w:r>
        <w:t>ab dekhiye, is ko yeh saada baat nahi hai. agar woh daudte Allah ki taraf, yaani matlab duaayein karte, quran padhte, nabiyon ke haalaat ko mutaala karte,</w:t>
      </w:r>
    </w:p>
    <w:p>
      <w:pPr>
        <w:jc w:val="right"/>
      </w:pPr>
      <w:r>
        <w:t>اب دیکھیے، اس کو یہ سادہ بات نہیں ہے۔ اگر وہ دوڑتے اللہ کی طرف، یعنی مطلب دعائیں کرتے، قرآن پڑھتے، نبیوں کے حالات کو مطالعہ کرتے،</w:t>
      </w:r>
    </w:p>
    <w:p>
      <w:r>
        <w:rPr>
          <w:b/>
        </w:rPr>
        <w:t xml:space="preserve">[16:00] </w:t>
      </w:r>
      <w:r>
        <w:t>to un par ek bahut badi cheez khulti.</w:t>
      </w:r>
    </w:p>
    <w:p>
      <w:pPr>
        <w:jc w:val="right"/>
      </w:pPr>
      <w:r>
        <w:t>تو ان پر ایک بہت بڑی چیز کھلتی۔</w:t>
      </w:r>
    </w:p>
    <w:p>
      <w:r>
        <w:rPr>
          <w:b/>
        </w:rPr>
        <w:t xml:space="preserve">[16:03] </w:t>
      </w:r>
      <w:r>
        <w:t>bahut badi cheez khulti. woh kya hai? innamā al-ʿusra yusra innamā al-ʿusra yusra yaani har usr ke saath yusr aata hai, har problem ke saath ek opportunity aati hai.</w:t>
      </w:r>
    </w:p>
    <w:p>
      <w:pPr>
        <w:jc w:val="right"/>
      </w:pPr>
      <w:r>
        <w:t>بہت بڑی چیز کھلتی۔ وہ کیا ہے؟ إنما العسر يسر إنما العسر يسر یعنی ہر عسر کے ساتھ یسر آتا ہے، ہر پرابلم کے ساتھ ایک اپرچونیٹی آتی ہے۔</w:t>
      </w:r>
    </w:p>
    <w:p>
      <w:r>
        <w:rPr>
          <w:b/>
        </w:rPr>
        <w:t xml:space="preserve">[16:17] </w:t>
      </w:r>
      <w:r>
        <w:t>haan, angrez bahut hi badi opportunity laaye the.</w:t>
      </w:r>
    </w:p>
    <w:p>
      <w:pPr>
        <w:jc w:val="right"/>
      </w:pPr>
      <w:r>
        <w:t>ہاں، انگریز بہت ہی بڑی اپرچونیٹی لائے تھے۔</w:t>
      </w:r>
    </w:p>
    <w:p>
      <w:r>
        <w:rPr>
          <w:b/>
        </w:rPr>
        <w:t xml:space="preserve">[16:21] </w:t>
      </w:r>
      <w:r>
        <w:t>bahut badi opportunity, bahut bada ek mauqa kaar. woh kya? ek to khud woh aa gaye, yaani england se india mein aa gaye.</w:t>
      </w:r>
    </w:p>
    <w:p>
      <w:pPr>
        <w:jc w:val="right"/>
      </w:pPr>
      <w:r>
        <w:t>بہت بڑی اپرچونیٹی، بہت بڑا ایک موقع کار۔ وہ کیا؟ ایک تو خود وہ آ گئے، یعنی انگلینڈ سے انڈیا میں آ گئے۔</w:t>
      </w:r>
    </w:p>
    <w:p>
      <w:r>
        <w:rPr>
          <w:b/>
        </w:rPr>
        <w:t xml:space="preserve">[16:33] </w:t>
      </w:r>
      <w:r>
        <w:t>ga modood daai ke paas aa gaya. number one. number do.</w:t>
      </w:r>
    </w:p>
    <w:p>
      <w:pPr>
        <w:jc w:val="right"/>
      </w:pPr>
      <w:r>
        <w:t>گا مودود دائی کے پاس آ گیا۔ نمبر ون۔ نمبر دو۔</w:t>
      </w:r>
    </w:p>
    <w:p>
      <w:r>
        <w:rPr>
          <w:b/>
        </w:rPr>
        <w:t xml:space="preserve">[16:40] </w:t>
      </w:r>
      <w:r>
        <w:t>pehli baar india mein woh laaye communication, jo is se pehle wajood mein nahi tha. is ka yaani daak, telegraph, phir telephone, yeh saari cheezein wohi to laaye.</w:t>
      </w:r>
    </w:p>
    <w:p>
      <w:pPr>
        <w:jc w:val="right"/>
      </w:pPr>
      <w:r>
        <w:t>پہلی بار انڈیا میں وہ لائے کمیونیکیشن، جو اس سے پہلے وجود میں نہیں تھا۔ اس کا یعنی ڈاک، ٹیلی گراف، پھر ٹیلی فون، یہ ساری چیزیں وہی تو لائے۔</w:t>
      </w:r>
    </w:p>
    <w:p>
      <w:r>
        <w:rPr>
          <w:b/>
        </w:rPr>
        <w:t xml:space="preserve">[16:52] </w:t>
      </w:r>
      <w:r>
        <w:t>modern education woh laaye, woh industry laaya. jis se interested ek mobility paida ki, log yahan ja rahe hain, wahan ja rahe hain, yahan ja rahe hain, wahan ja rahe hain.</w:t>
      </w:r>
    </w:p>
    <w:p>
      <w:pPr>
        <w:jc w:val="right"/>
      </w:pPr>
      <w:r>
        <w:t>ماڈرن ایجوکیشن وہ لائے، وہ انڈسٹری لایا۔ جس سے انٹرسٹڈ ایک موبیلٹی پیدا کی، لوگ یہاں جا رہے ہیں، وہاں جا رہے ہیں، یہاں جا رہے ہیں، وہاں جا رہے ہیں۔</w:t>
      </w:r>
    </w:p>
    <w:p>
      <w:r>
        <w:rPr>
          <w:b/>
        </w:rPr>
        <w:t xml:space="preserve">[17:03] </w:t>
      </w:r>
      <w:r>
        <w:t>to saari duniya ko unhone global village bana diya. to dawat ke mawaaqe hazaron guna zyada paida ho gaye.</w:t>
      </w:r>
    </w:p>
    <w:p>
      <w:pPr>
        <w:jc w:val="right"/>
      </w:pPr>
      <w:r>
        <w:t>تو ساری دنیا کو انہوں نے گلوبل ولیج بنا دیا۔ تو دعوت کے مواقع ہزاروں گنا زیادہ پیدا ہوگئے۔</w:t>
      </w:r>
    </w:p>
    <w:p>
      <w:r>
        <w:rPr>
          <w:b/>
        </w:rPr>
        <w:t xml:space="preserve">[17:13] </w:t>
      </w:r>
      <w:r>
        <w:t>to agar woh quran ko parhte, duaein karte to un par khulta kya? un par khulta yeh hai ke bas dawat, dawat, dawat karo, dawat ka kaam karo.</w:t>
      </w:r>
    </w:p>
    <w:p>
      <w:pPr>
        <w:jc w:val="right"/>
      </w:pPr>
      <w:r>
        <w:t>تو اگر وہ قرآن کو پڑھتے، دعائیں کرتے تو ان پر کھلتا کیا؟ ان پر کھلتا یہ ہے کہ بس دعوت، دعوت، دعوت کرو، دعوت کا کام کرو۔</w:t>
      </w:r>
    </w:p>
    <w:p>
      <w:r>
        <w:rPr>
          <w:b/>
        </w:rPr>
        <w:t xml:space="preserve">[17:25] </w:t>
      </w:r>
      <w:r>
        <w:t>yani problem se na takra kar ke dawat ka kaam karo. aur is zamane mein itna aasan tha dawat ka kaam karna.</w:t>
      </w:r>
    </w:p>
    <w:p>
      <w:pPr>
        <w:jc w:val="right"/>
      </w:pPr>
      <w:r>
        <w:t>یعنی پرابلم سے نہ ٹکرا کر کے دعوت کا کام کرو۔ اور اس زمانے میں اتنا آسان تھا دعوت کا کام کرنا۔</w:t>
      </w:r>
    </w:p>
    <w:p>
      <w:r>
        <w:rPr>
          <w:b/>
        </w:rPr>
        <w:t xml:space="preserve">[17:36] </w:t>
      </w:r>
      <w:r>
        <w:t>dekhiye, yeh jo angrez chalte the london se to ship par chalte the. is zamane mein steam ship se aate the</w:t>
      </w:r>
    </w:p>
    <w:p>
      <w:pPr>
        <w:jc w:val="right"/>
      </w:pPr>
      <w:r>
        <w:t>دیکھیے، یہ جو انگریز چلتے تھے لندن سے تو شپ پر چلتے تھے۔ اس زمانے میں اسٹیم شپ سے آتے تھے</w:t>
      </w:r>
    </w:p>
    <w:p>
      <w:r>
        <w:rPr>
          <w:b/>
        </w:rPr>
        <w:t xml:space="preserve">[17:44] </w:t>
      </w:r>
      <w:r>
        <w:t>aur do hafte mein pahunchte the calcutta. woh do hafte lagta tha. to wahan par intezam hota tha ke angrez jo the, is zamane mein urdu zaban chalti thi zyada india mein.</w:t>
      </w:r>
    </w:p>
    <w:p>
      <w:pPr>
        <w:jc w:val="right"/>
      </w:pPr>
      <w:r>
        <w:t>اور دو ہفتے میں پہنچتے تھے کلکتہ۔ وہ دو ہفتہ لگتا تھا۔ تو وہاں پر انتظام ہوتا تھا کہ انگریز جو تھے، اس زمانے میں اردو زبان چلتی تھی زیادہ انڈیا میں۔</w:t>
      </w:r>
    </w:p>
    <w:p>
      <w:r>
        <w:rPr>
          <w:b/>
        </w:rPr>
        <w:t xml:space="preserve">[17:59] </w:t>
      </w:r>
      <w:r>
        <w:t>to urdu tutor hote the, woh</w:t>
      </w:r>
    </w:p>
    <w:p>
      <w:pPr>
        <w:jc w:val="right"/>
      </w:pPr>
      <w:r>
        <w:t>تو اردو ٹیٹر ہوتے تھے، وہ</w:t>
      </w:r>
    </w:p>
    <w:p>
      <w:r>
        <w:rPr>
          <w:b/>
        </w:rPr>
        <w:t xml:space="preserve">[18:01] </w:t>
      </w:r>
      <w:r>
        <w:t>london se cal calcutta tak woh sara waqt lagate the urdu se urdu seekhne mein. jab calcutta utarte the, woh to unko yani ek jo kahein ke workable language seekh seekh lete the, yani bol chaal ki zaban aa jati thi, contact language.</w:t>
      </w:r>
    </w:p>
    <w:p>
      <w:pPr>
        <w:jc w:val="right"/>
      </w:pPr>
      <w:r>
        <w:t>لندن سے کل کلکتہ تک وہ سارا وقت لگاتے تھے اردو سے اردو سیکھنے میں۔ جب کلکتہ اترتے تھے، وہ تو ان کو یعنی ایک جو کہیں کہ ورکیبل لینگویج سیکھ سیکھ لیتے تھے، یعنی بول چال کی زبان آ جاتی تھی، کنٹیکٹ لینگویج۔</w:t>
      </w:r>
    </w:p>
    <w:p>
      <w:r>
        <w:rPr>
          <w:b/>
        </w:rPr>
        <w:t xml:space="preserve">[18:24] </w:t>
      </w:r>
      <w:r>
        <w:t>to kaha is zamane mein kya the ke ulma aur munaziron ke darmiyan language gap nahi tha. kaisi ajib baat hai!</w:t>
      </w:r>
    </w:p>
    <w:p>
      <w:pPr>
        <w:jc w:val="right"/>
      </w:pPr>
      <w:r>
        <w:t>تو کہا اس زمانے میں کیا تھے کہ علماء اور مناظروں کے درمیان لینگویج گیپ نہیں تھا۔ کیسی عجیب بات ہے!</w:t>
      </w:r>
    </w:p>
    <w:p>
      <w:r>
        <w:rPr>
          <w:b/>
        </w:rPr>
        <w:t xml:space="preserve">[18:34] </w:t>
      </w:r>
      <w:r>
        <w:t>waise to unki zaban angrezi thi, ulma ki zaban urdu thi ya arabi thi. to ek tha language gap beech mein. lekin maudood ne khud apne intezam ke tehat yeh kiya ke urdu seekha us ne, kyunke woh aa raha tha yahan to wahan hukumat karna tha.</w:t>
      </w:r>
    </w:p>
    <w:p>
      <w:pPr>
        <w:jc w:val="right"/>
      </w:pPr>
      <w:r>
        <w:t>ویسے تو ان کی زبان انگریزی تھی، علماء کی زبان اردو تھی یا عربی تھی۔ تو ایک تھا لینگویج گیپ بیچ میں۔ لیکن مودود نے خود اپنے انتظام کے تحت یہ کیا کہ اردو سیکھا اس نے، کیونکہ وہ آ رہا تھا یہاں تو وہاں حکومت کرنا تھا۔</w:t>
      </w:r>
    </w:p>
    <w:p>
      <w:r>
        <w:rPr>
          <w:b/>
        </w:rPr>
        <w:t xml:space="preserve">[18:50] </w:t>
      </w:r>
      <w:r>
        <w:t>to us ko zaban seekhni thi yahan ki.</w:t>
      </w:r>
    </w:p>
    <w:p>
      <w:pPr>
        <w:jc w:val="right"/>
      </w:pPr>
      <w:r>
        <w:t>تو اس کو زبان سیکھنی تھی یہاں کی۔</w:t>
      </w:r>
    </w:p>
    <w:p>
      <w:r>
        <w:rPr>
          <w:b/>
        </w:rPr>
        <w:t xml:space="preserve">[18:54] </w:t>
      </w:r>
      <w:r>
        <w:t>to language gap khud hi khatam kar diya us ne. ab aap miliye un se, un se islam pesh kijiye, un se islam pesh kijiye.</w:t>
      </w:r>
    </w:p>
    <w:p>
      <w:pPr>
        <w:jc w:val="right"/>
      </w:pPr>
      <w:r>
        <w:t>تو لینگویج گیپ خود ہی ختم کر دیا اس نے۔ اب آپ ملیے ان سے، ان سے اسلام پیش کیجئے، ان سے اسلام پیش کیجئے۔</w:t>
      </w:r>
    </w:p>
    <w:p>
      <w:r>
        <w:rPr>
          <w:b/>
        </w:rPr>
        <w:t xml:space="preserve">[19:05] </w:t>
      </w:r>
      <w:r>
        <w:t>is zamane ka waqia hai ke maulana qasim nanautvi haj ke liye gaye,</w:t>
      </w:r>
    </w:p>
    <w:p>
      <w:pPr>
        <w:jc w:val="right"/>
      </w:pPr>
      <w:r>
        <w:t>اس زمانے کا واقعہ ہے کہ مولانا قاسم نورتی حج کے لیے گئے،</w:t>
      </w:r>
    </w:p>
    <w:p>
      <w:r>
        <w:rPr>
          <w:b/>
        </w:rPr>
        <w:t xml:space="preserve">[19:11] </w:t>
      </w:r>
      <w:r>
        <w:t>haj ke liye. to captain jo tha, woh angrez tha. is zamane mein hawai jahaz se nahi jate the, log pani ke jahaz jate the.</w:t>
      </w:r>
    </w:p>
    <w:p>
      <w:pPr>
        <w:jc w:val="right"/>
      </w:pPr>
      <w:r>
        <w:t>حج کے لیے۔ تو کیپٹن جو تھا، وہ انگریز تھا۔ اس زمانے میں ہوائی جہاز سے نہیں جاتے تھے، لوگ پانی کے جہاز جاتے تھے۔</w:t>
      </w:r>
    </w:p>
    <w:p>
      <w:r>
        <w:rPr>
          <w:b/>
        </w:rPr>
        <w:t xml:space="preserve">[19:21] </w:t>
      </w:r>
      <w:r>
        <w:t>captain angrez tha. is waqie ko aap parh sakte hain sawaneh qasmi mein, jo maulana abbas qasmi ne likhi hai.</w:t>
      </w:r>
    </w:p>
    <w:p>
      <w:pPr>
        <w:jc w:val="right"/>
      </w:pPr>
      <w:r>
        <w:t>کیپٹن انگریز تھا۔ اس واقعے کو آپ پڑھ سکتے ہیں سوانح قاسمی میں، جو مولانا عباس گلائن لکھی ہے۔</w:t>
      </w:r>
    </w:p>
    <w:p>
      <w:r>
        <w:rPr>
          <w:b/>
        </w:rPr>
        <w:t xml:space="preserve">[19:30] </w:t>
      </w:r>
      <w:r>
        <w:t>to us captain ne dekha ke ek ek alam hai, lambi dadi hai, alam ki surat hai. to un se aa ke mila woh aur us ne chaha ke kuch islam islam ke bare mein bhi yeh batayein.</w:t>
      </w:r>
    </w:p>
    <w:p>
      <w:pPr>
        <w:jc w:val="right"/>
      </w:pPr>
      <w:r>
        <w:t>تو اس کیپٹن نے دیکھا کہ ایک ایک عالم ہے، لمبی داڑھی ہے، عالم کی صورت ہے۔ تو ان سے آ کے ملا وہ اور اس نے چاہا کہ کچھ اسلام اسلام کے بارے میں بھی یہ بتائیں۔</w:t>
      </w:r>
    </w:p>
    <w:p>
      <w:r>
        <w:rPr>
          <w:b/>
        </w:rPr>
        <w:t xml:space="preserve">[19:44] </w:t>
      </w:r>
      <w:r>
        <w:t>to chunke english nahi jante the, to</w:t>
      </w:r>
    </w:p>
    <w:p>
      <w:pPr>
        <w:jc w:val="right"/>
      </w:pPr>
      <w:r>
        <w:t>تو چونکہ انگلش نہیں جانتے تھے، تو</w:t>
      </w:r>
    </w:p>
    <w:p>
      <w:r>
        <w:rPr>
          <w:b/>
        </w:rPr>
        <w:t xml:space="preserve">[19:48] </w:t>
      </w:r>
      <w:r>
        <w:t>translator ke zariye kuch guftagu hui us us ka us captain se. to us par acha asar pada.</w:t>
      </w:r>
    </w:p>
    <w:p>
      <w:pPr>
        <w:jc w:val="right"/>
      </w:pPr>
      <w:r>
        <w:t>ٹرانسلیٹر کے ذریعے کچھ گفتگو ہوئی اس اس کا اس کیپٹن سے۔ تو اس پر اچھا اثر پڑا۔</w:t>
      </w:r>
    </w:p>
    <w:p>
      <w:r>
        <w:rPr>
          <w:b/>
        </w:rPr>
        <w:t xml:space="preserve">[19:57] </w:t>
      </w:r>
      <w:r>
        <w:t>to maulana qasim nanautvi ne khud kaha ke agar main angrezi janta to zyada aur zyada bata sakta tha us ko aur zyada woh mutasir hota meri baaton se.</w:t>
      </w:r>
    </w:p>
    <w:p>
      <w:pPr>
        <w:jc w:val="right"/>
      </w:pPr>
      <w:r>
        <w:t>تو مولانا قاسم نورتی نے خود کہا کہ اگر میں انگریزی جانتا تو زیادہ اور زیادہ بتا سکتا تھا اس کو اور زیادہ وہ متاثر ہوتا میری باتوں سے۔</w:t>
      </w:r>
    </w:p>
    <w:p>
      <w:r>
        <w:rPr>
          <w:b/>
        </w:rPr>
        <w:t xml:space="preserve">[20:06] </w:t>
      </w:r>
      <w:r>
        <w:t>woh woh islam ke qareeb aa jata. yeh un ka tajurba hua.</w:t>
      </w:r>
    </w:p>
    <w:p>
      <w:pPr>
        <w:jc w:val="right"/>
      </w:pPr>
      <w:r>
        <w:t>وہ وہ اسلام کے قریب آ جاتا۔ یہ ان کا تجربہ ہوا۔</w:t>
      </w:r>
    </w:p>
    <w:p>
      <w:r>
        <w:rPr>
          <w:b/>
        </w:rPr>
        <w:t xml:space="preserve">[20:11] </w:t>
      </w:r>
      <w:r>
        <w:t>is tajurbe ke mani kya hue? is ka ek mani yeh hai ke angrez tere mulk mein khud hi aa gaye hain, ab khoob dhoom se un ko dawat kaam karo.</w:t>
      </w:r>
    </w:p>
    <w:p>
      <w:pPr>
        <w:jc w:val="right"/>
      </w:pPr>
      <w:r>
        <w:t>اس تجربے کے معنی کیا ہوئے؟ اس کا ایک معنی یہ ہے کہ انگریز تیرے ملک میں خود ہی آ گئے ہیں، اب خوب دھوم سے ان کو دعوت کام کرو۔</w:t>
      </w:r>
    </w:p>
    <w:p>
      <w:r>
        <w:rPr>
          <w:b/>
        </w:rPr>
        <w:t xml:space="preserve">[20:21] </w:t>
      </w:r>
      <w:r>
        <w:t>ek angrez mila tha un ko jahaz par. to us par jo tajurba hua, us tajurbe se</w:t>
      </w:r>
    </w:p>
    <w:p>
      <w:pPr>
        <w:jc w:val="right"/>
      </w:pPr>
      <w:r>
        <w:t>ایک انگریز ملا تھا ان کو جہاز پر۔ تو اس پر جو تجربہ ہوا، اس تجربے سے</w:t>
      </w:r>
    </w:p>
    <w:p>
      <w:r>
        <w:rPr>
          <w:b/>
        </w:rPr>
        <w:t xml:space="preserve">[20:29] </w:t>
      </w:r>
      <w:r>
        <w:t>allah taala ne unhein ek sabak diya tha ke angrezon par daawti kaam karo. urdu tumhari zaban hai, woh khud hi urdu seekh seekh seekh ke aa rahe hain.</w:t>
      </w:r>
    </w:p>
    <w:p>
      <w:pPr>
        <w:jc w:val="right"/>
      </w:pPr>
      <w:r>
        <w:t>اللہ تعالی نے انہیں ایک سبق دیا تھا کہ انگریزوں پر دعوتی کام کرو۔ اردو تمہاری زبان ہے، وہ خود ہی اردو سیکھ سیکھ سیکھ کے آ رہے ہیں۔</w:t>
      </w:r>
    </w:p>
    <w:p>
      <w:r>
        <w:rPr>
          <w:b/>
        </w:rPr>
        <w:t xml:space="preserve">[20:39] </w:t>
      </w:r>
      <w:r>
        <w:t>to aap ghor kijiye, kitna bara kaam hota hai. ye</w:t>
      </w:r>
    </w:p>
    <w:p>
      <w:pPr>
        <w:jc w:val="right"/>
      </w:pPr>
      <w:r>
        <w:t>تو آپ غور کیجئے، کتنا بڑا کام ہوتا ہے۔ ی</w:t>
      </w:r>
    </w:p>
    <w:p>
      <w:r>
        <w:rPr>
          <w:b/>
        </w:rPr>
        <w:t xml:space="preserve">[20:44] </w:t>
      </w:r>
      <w:r>
        <w:t>yani woh kaam hota jo barahwin sadi mein, terahwin sadi mein hua. dawat abbasi ko jab tatariyon ne khatam kar diya tha, tatariyon ne dawat abbasiyon ko mita diya.</w:t>
      </w:r>
    </w:p>
    <w:p>
      <w:pPr>
        <w:jc w:val="right"/>
      </w:pPr>
      <w:r>
        <w:t>عنی وہ کام ہوتا جو بارہویں صدی میں، تیرہویں صدی میں ہوا۔ دولت عباسی کو جب تاتاریوں نے ختم کر دیا تھا، تاتاریوں نے دولت عباسیوں کو مٹا دیا۔</w:t>
      </w:r>
    </w:p>
    <w:p>
      <w:r>
        <w:rPr>
          <w:b/>
        </w:rPr>
        <w:t xml:space="preserve">[20:59] </w:t>
      </w:r>
      <w:r>
        <w:t>yani samarkand se aleppo tak sab ko hawale kar diya. us waqt kis cheez ne bachaya ummat ko? woh tabligh o dawat ne.</w:t>
      </w:r>
    </w:p>
    <w:p>
      <w:pPr>
        <w:jc w:val="right"/>
      </w:pPr>
      <w:r>
        <w:t>یعنی سمرقند سے حلب تک سب کو حوالہ کر دیا۔ اس وقت کس چیز نے بچایا امت کو؟ وہ تبلیغ و دعوت نے۔</w:t>
      </w:r>
    </w:p>
    <w:p>
      <w:r>
        <w:rPr>
          <w:b/>
        </w:rPr>
        <w:t xml:space="preserve">[21:10] </w:t>
      </w:r>
      <w:r>
        <w:t>yani koi us waqt taqat nahi thi musalmanon ki un ke muqable mein.</w:t>
      </w:r>
    </w:p>
    <w:p>
      <w:pPr>
        <w:jc w:val="right"/>
      </w:pPr>
      <w:r>
        <w:t>یعنی کوئی اس وقت طاقت نہیں تھی مسلمانوں کی ان کے مقابلے میں۔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